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Manage Controversy 10 Nov 2019 - Maulana Wahiduddin Khan</w:t>
      </w:r>
    </w:p>
    <w:p>
      <w:r>
        <w:t>https://www.youtube.com/watch?v=UafTzJXHrSA</w:t>
      </w:r>
    </w:p>
    <w:p>
      <w:r>
        <w:rPr>
          <w:b/>
        </w:rPr>
        <w:t xml:space="preserve">[00:14] </w:t>
      </w:r>
      <w:r>
        <w:t>bismillah al-rahman al-rahim, wa salla Allahu ala nabiyyi al-karim.</w:t>
      </w:r>
    </w:p>
    <w:p>
      <w:pPr>
        <w:jc w:val="right"/>
      </w:pPr>
      <w:r>
        <w:t>بسم اللہ الرحمن الرحیم، وصلی اللہ علی نبی الکریم۔</w:t>
      </w:r>
    </w:p>
    <w:p>
      <w:r>
        <w:rPr>
          <w:b/>
        </w:rPr>
        <w:t xml:space="preserve">[00:23] </w:t>
      </w:r>
      <w:r>
        <w:t>10 november 2019.</w:t>
      </w:r>
    </w:p>
    <w:p>
      <w:pPr>
        <w:jc w:val="right"/>
      </w:pPr>
      <w:r>
        <w:t>10 نومبر 2019۔</w:t>
      </w:r>
    </w:p>
    <w:p>
      <w:r>
        <w:rPr>
          <w:b/>
        </w:rPr>
        <w:t xml:space="preserve">[00:36] </w:t>
      </w:r>
      <w:r>
        <w:t>Quran ki aik surah hajj hai. surah hajj ka.</w:t>
      </w:r>
    </w:p>
    <w:p>
      <w:pPr>
        <w:jc w:val="right"/>
      </w:pPr>
      <w:r>
        <w:t>قرآن کی ایک سورہ حج ہے۔ سورہ حج کا۔</w:t>
      </w:r>
    </w:p>
    <w:p>
      <w:r>
        <w:rPr>
          <w:b/>
        </w:rPr>
        <w:t xml:space="preserve">[00:45] </w:t>
      </w:r>
      <w:r>
        <w:t>surah hajj ki aik.</w:t>
      </w:r>
    </w:p>
    <w:p>
      <w:pPr>
        <w:jc w:val="right"/>
      </w:pPr>
      <w:r>
        <w:t>سورہ حج کی ایک۔</w:t>
      </w:r>
    </w:p>
    <w:p>
      <w:r>
        <w:rPr>
          <w:b/>
        </w:rPr>
        <w:t xml:space="preserve">[00:49] </w:t>
      </w:r>
      <w:r>
        <w:t>ayat yeh hai: "wa la yunazi'unaka fi al-amr".</w:t>
      </w:r>
    </w:p>
    <w:p>
      <w:pPr>
        <w:jc w:val="right"/>
      </w:pPr>
      <w:r>
        <w:t>آیت یہ ہے: "ولا ينازونک فی الامر"۔</w:t>
      </w:r>
    </w:p>
    <w:p>
      <w:r>
        <w:rPr>
          <w:b/>
        </w:rPr>
        <w:t xml:space="preserve">[00:59] </w:t>
      </w:r>
      <w:r>
        <w:t>"wa la yunazi'unaka fi al-amr". dekhiye, is ayat ka lafzi tarjuma kiya jaye to yeh hoga: "woh hargiz".</w:t>
      </w:r>
    </w:p>
    <w:p>
      <w:pPr>
        <w:jc w:val="right"/>
      </w:pPr>
      <w:r>
        <w:t>"ولا ينازونک فی الامر"۔ دیکھیے، اس آیت کا لفظی ترجمہ کیا جائے تو یہ ہوگا: "وہ ہرگز"۔</w:t>
      </w:r>
    </w:p>
    <w:p>
      <w:r>
        <w:rPr>
          <w:b/>
        </w:rPr>
        <w:t xml:space="preserve">[01:14] </w:t>
      </w:r>
      <w:r>
        <w:t>woh amr mein hargiz tum se.</w:t>
      </w:r>
    </w:p>
    <w:p>
      <w:pPr>
        <w:jc w:val="right"/>
      </w:pPr>
      <w:r>
        <w:t>وہ امر میں ہرگز تم سے۔</w:t>
      </w:r>
    </w:p>
    <w:p>
      <w:r>
        <w:rPr>
          <w:b/>
        </w:rPr>
        <w:t xml:space="preserve">[01:21] </w:t>
      </w:r>
      <w:r>
        <w:t>naza na karein, controversy na karein.</w:t>
      </w:r>
    </w:p>
    <w:p>
      <w:pPr>
        <w:jc w:val="right"/>
      </w:pPr>
      <w:r>
        <w:t>نزا نہ کریں، کنٹروورسی نہ کریں۔</w:t>
      </w:r>
    </w:p>
    <w:p>
      <w:r>
        <w:rPr>
          <w:b/>
        </w:rPr>
        <w:t xml:space="preserve">[01:29] </w:t>
      </w:r>
      <w:r>
        <w:t>lekin arabi zaban ka usloob hai.</w:t>
      </w:r>
    </w:p>
    <w:p>
      <w:pPr>
        <w:jc w:val="right"/>
      </w:pPr>
      <w:r>
        <w:t>لیکن عربی زبان کا اسلوب ہے۔</w:t>
      </w:r>
    </w:p>
    <w:p>
      <w:r>
        <w:rPr>
          <w:b/>
        </w:rPr>
        <w:t xml:space="preserve">[01:36] </w:t>
      </w:r>
      <w:r>
        <w:t>is ke lehaz se is ka matlab yeh hota hai: "un ko hargiz".</w:t>
      </w:r>
    </w:p>
    <w:p>
      <w:pPr>
        <w:jc w:val="right"/>
      </w:pPr>
      <w:r>
        <w:t>اس کے لحاظ سے اس کا مطلب یہ ہوتا ہے: "ان کو ہرگز"۔</w:t>
      </w:r>
    </w:p>
    <w:p>
      <w:r>
        <w:rPr>
          <w:b/>
        </w:rPr>
        <w:t xml:space="preserve">[01:48] </w:t>
      </w:r>
      <w:r>
        <w:t>naza ka mauqa na do.</w:t>
      </w:r>
    </w:p>
    <w:p>
      <w:pPr>
        <w:jc w:val="right"/>
      </w:pPr>
      <w:r>
        <w:t>نزا کا موقع نہ دو۔</w:t>
      </w:r>
    </w:p>
    <w:p>
      <w:r>
        <w:rPr>
          <w:b/>
        </w:rPr>
        <w:t xml:space="preserve">[01:53] </w:t>
      </w:r>
      <w:r>
        <w:t>yani tum hargiz naza na karo. yeh baat.</w:t>
      </w:r>
    </w:p>
    <w:p>
      <w:pPr>
        <w:jc w:val="right"/>
      </w:pPr>
      <w:r>
        <w:t>یعنی تم ہرگز نزا نہ کرو۔ یہ بات۔</w:t>
      </w:r>
    </w:p>
    <w:p>
      <w:r>
        <w:rPr>
          <w:b/>
        </w:rPr>
        <w:t xml:space="preserve">[02:01] </w:t>
      </w:r>
      <w:r>
        <w:t>lughat mein aur tafsir mein. maujood hai.</w:t>
      </w:r>
    </w:p>
    <w:p>
      <w:pPr>
        <w:jc w:val="right"/>
      </w:pPr>
      <w:r>
        <w:t>لغت میں اور تفسیر میں۔ موجود ہے۔</w:t>
      </w:r>
    </w:p>
    <w:p>
      <w:r>
        <w:rPr>
          <w:b/>
        </w:rPr>
        <w:t xml:space="preserve">[02:12] </w:t>
      </w:r>
      <w:r>
        <w:t>bazaahir to yeh hai ke tum naza na karo.</w:t>
      </w:r>
    </w:p>
    <w:p>
      <w:pPr>
        <w:jc w:val="right"/>
      </w:pPr>
      <w:r>
        <w:t>بظاہر تو یہ ہے کہ تم نزا نہ کرو۔</w:t>
      </w:r>
    </w:p>
    <w:p>
      <w:r>
        <w:rPr>
          <w:b/>
        </w:rPr>
        <w:t xml:space="preserve">[02:19] </w:t>
      </w:r>
      <w:r>
        <w:t>lekin arabi usloob mein is ka matlab yeh hai ke woh tum se naza na karein. to woh naza na karein.</w:t>
      </w:r>
    </w:p>
    <w:p>
      <w:pPr>
        <w:jc w:val="right"/>
      </w:pPr>
      <w:r>
        <w:t>لیکن عربی اسلوب میں اس کا مطلب یہ ہے کہ وہ تم سے نزا نہ کریں۔ تو وہ نزا نہ کریں۔</w:t>
      </w:r>
    </w:p>
    <w:p>
      <w:r>
        <w:rPr>
          <w:b/>
        </w:rPr>
        <w:t xml:space="preserve">[02:33] </w:t>
      </w:r>
      <w:r>
        <w:t>to kaise woh aap ka hukum manen ge? woh to jo un ke jee mein aaya ho woh karein ge.</w:t>
      </w:r>
    </w:p>
    <w:p>
      <w:pPr>
        <w:jc w:val="right"/>
      </w:pPr>
      <w:r>
        <w:t>تو کیسے وہ آپ کا حکم مانیں گے؟ وہ تو جو ان کے جی میں آیا ہو وہ کریں گے۔</w:t>
      </w:r>
    </w:p>
    <w:p>
      <w:r>
        <w:rPr>
          <w:b/>
        </w:rPr>
        <w:t xml:space="preserve">[02:42] </w:t>
      </w:r>
      <w:r>
        <w:t>is liye agarchay lafzi tarjuma is ka yeh hota hai ke.</w:t>
      </w:r>
    </w:p>
    <w:p>
      <w:pPr>
        <w:jc w:val="right"/>
      </w:pPr>
      <w:r>
        <w:t>اس لیے اگرچہ لفظی ترجمہ اس کا یہ ہوتا ہے کہ۔</w:t>
      </w:r>
    </w:p>
    <w:p>
      <w:r>
        <w:rPr>
          <w:b/>
        </w:rPr>
        <w:t xml:space="preserve">[02:51] </w:t>
      </w:r>
      <w:r>
        <w:t>woh tum se naza na karein. lekin usloob ke aitbaar se is ka matlab yeh hai ke tum.</w:t>
      </w:r>
    </w:p>
    <w:p>
      <w:pPr>
        <w:jc w:val="right"/>
      </w:pPr>
      <w:r>
        <w:t>وہ تم سے نزا نہ کریں۔ لیکن اسلوب کے اعتبار سے اس کا مطلب یہ ہے کہ تم۔</w:t>
      </w:r>
    </w:p>
    <w:p>
      <w:r>
        <w:rPr>
          <w:b/>
        </w:rPr>
        <w:t xml:space="preserve">[03:02] </w:t>
      </w:r>
      <w:r>
        <w:t>minus karo. aur minus kar ke un ko. baat ko raza tak pohnchne na do.</w:t>
      </w:r>
    </w:p>
    <w:p>
      <w:pPr>
        <w:jc w:val="right"/>
      </w:pPr>
      <w:r>
        <w:t>مائنس کرو۔ اور مائنس کر کے ان کو۔ بات کو رضا تک پہنچنے نہ دو۔</w:t>
      </w:r>
    </w:p>
    <w:p>
      <w:r>
        <w:rPr>
          <w:b/>
        </w:rPr>
        <w:t xml:space="preserve">[03:11] </w:t>
      </w:r>
      <w:r>
        <w:t>yeh matlab hai.</w:t>
      </w:r>
    </w:p>
    <w:p>
      <w:pPr>
        <w:jc w:val="right"/>
      </w:pPr>
      <w:r>
        <w:t>یہ مطلب ہے۔</w:t>
      </w:r>
    </w:p>
    <w:p>
      <w:r>
        <w:rPr>
          <w:b/>
        </w:rPr>
        <w:t xml:space="preserve">[03:15] </w:t>
      </w:r>
      <w:r>
        <w:t>is ki wajah yeh hai, dekhiye. jab bhi koi naza yaani controversy.</w:t>
      </w:r>
    </w:p>
    <w:p>
      <w:pPr>
        <w:jc w:val="right"/>
      </w:pPr>
      <w:r>
        <w:t>اس کی وجہ یہ ہے، دیکھیے۔ جب بھی کوئی نزا یعنی کنٹروورسی۔</w:t>
      </w:r>
    </w:p>
    <w:p>
      <w:r>
        <w:rPr>
          <w:b/>
        </w:rPr>
        <w:t xml:space="preserve">[03:25] </w:t>
      </w:r>
      <w:r>
        <w:t>ban jaye koi masla. controversial issue ban jaye. to kabhi bhi woh direct tor par hal nahi hota.</w:t>
      </w:r>
    </w:p>
    <w:p>
      <w:pPr>
        <w:jc w:val="right"/>
      </w:pPr>
      <w:r>
        <w:t>بن جائے۔ کوئی مسئلہ۔ کنٹروورشل ایشو بن جائے۔ تو کبھی بھی وہ ڈائریکٹ طور پر حل نہیں ہوتا۔</w:t>
      </w:r>
    </w:p>
    <w:p>
      <w:r>
        <w:rPr>
          <w:b/>
        </w:rPr>
        <w:t xml:space="preserve">[03:44] </w:t>
      </w:r>
      <w:r>
        <w:t>aap dekh lijeye, falasteen ka masla. aur kashmir ka masla. beshumar qurbaniyan dene ke bawajood.</w:t>
      </w:r>
    </w:p>
    <w:p>
      <w:pPr>
        <w:jc w:val="right"/>
      </w:pPr>
      <w:r>
        <w:t>آپ دیکھ لیجیے، فلسطین کا مسئلہ۔ اور کشمیر کا مسئلہ۔ بے شمار قربانیاں دینے کے باوجود۔</w:t>
      </w:r>
    </w:p>
    <w:p>
      <w:r>
        <w:rPr>
          <w:b/>
        </w:rPr>
        <w:t xml:space="preserve">[04:00] </w:t>
      </w:r>
      <w:r>
        <w:t>ab tak. satisfactory hue, satisfactory tareeqe par kuch hua nahi. kyunke hamara leaderon ne.</w:t>
      </w:r>
    </w:p>
    <w:p>
      <w:pPr>
        <w:jc w:val="right"/>
      </w:pPr>
      <w:r>
        <w:t>اب تک۔ سیٹسفیکٹری ہوئے، سیٹسفیکٹری طریقے پر کچھ ہوا نہیں۔ کیونکہ ہمارا لیڈروں نے۔</w:t>
      </w:r>
    </w:p>
    <w:p>
      <w:r>
        <w:rPr>
          <w:b/>
        </w:rPr>
        <w:t xml:space="preserve">[04:13] </w:t>
      </w:r>
      <w:r>
        <w:t>self decided leader. ne naza ke zariye se masle ko hal karna chaha.</w:t>
      </w:r>
    </w:p>
    <w:p>
      <w:pPr>
        <w:jc w:val="right"/>
      </w:pPr>
      <w:r>
        <w:t>سیلف ڈیسائیڈ لیڈر۔ نے نزا کے ذریعے سے مسئلے کو حل کرنا چاہا۔</w:t>
      </w:r>
    </w:p>
    <w:p>
      <w:r>
        <w:rPr>
          <w:b/>
        </w:rPr>
        <w:t xml:space="preserve">[04:30] </w:t>
      </w:r>
      <w:r>
        <w:t>mera mizaj yeh hai ke main har masle ko. quran ke. andaaz mein sochta hoon.</w:t>
      </w:r>
    </w:p>
    <w:p>
      <w:pPr>
        <w:jc w:val="right"/>
      </w:pPr>
      <w:r>
        <w:t>میرا مزاج یہ ہے کہ میں ہر مسئلے کو۔ قرآن کے۔ انداز میں سوچتا ہوں۔</w:t>
      </w:r>
    </w:p>
    <w:p>
      <w:r>
        <w:rPr>
          <w:b/>
        </w:rPr>
        <w:t xml:space="preserve">[04:40] </w:t>
      </w:r>
      <w:r>
        <w:t>quran o sunnat. to main ne is. quraani. hukum ko apply kiya har mauqe par.</w:t>
      </w:r>
    </w:p>
    <w:p>
      <w:pPr>
        <w:jc w:val="right"/>
      </w:pPr>
      <w:r>
        <w:t>قرآن و سنت۔ تو میں نے اس۔ قرآنی۔ حکم کو اپلائی کیا ہر موقع پر۔</w:t>
      </w:r>
    </w:p>
    <w:p>
      <w:r>
        <w:rPr>
          <w:b/>
        </w:rPr>
        <w:t xml:space="preserve">[04:52] </w:t>
      </w:r>
      <w:r>
        <w:t>har mauqe par. yaani. masla paida hote hi. yeh koshish ki. ke naza banne se pehle hi woh.</w:t>
      </w:r>
    </w:p>
    <w:p>
      <w:pPr>
        <w:jc w:val="right"/>
      </w:pPr>
      <w:r>
        <w:t>ہر موقع پر۔ یعنی۔ مسئلہ پیدا ہوتے ہی۔ یہ کوشش کی۔ کہ نزا بننے سے پہلے ہی وہ۔</w:t>
      </w:r>
    </w:p>
    <w:p>
      <w:r>
        <w:rPr>
          <w:b/>
        </w:rPr>
        <w:t xml:space="preserve">[05:06] </w:t>
      </w:r>
      <w:r>
        <w:t>hal ho jaye.</w:t>
      </w:r>
    </w:p>
    <w:p>
      <w:pPr>
        <w:jc w:val="right"/>
      </w:pPr>
      <w:r>
        <w:t>حل ہو جائے۔</w:t>
      </w:r>
    </w:p>
    <w:p>
      <w:r>
        <w:rPr>
          <w:b/>
        </w:rPr>
        <w:t xml:space="preserve">[05:10] </w:t>
      </w:r>
      <w:r>
        <w:t>is ko hote hain. management. management. yaani naza ko naza ke andaaz mein hal.</w:t>
      </w:r>
    </w:p>
    <w:p>
      <w:pPr>
        <w:jc w:val="right"/>
      </w:pPr>
      <w:r>
        <w:t>اس کو ہوتے ہیں۔ مینجمنٹ۔ مینجمنٹ۔ یعنی نزا کو نزا کے انداز میں حل۔</w:t>
      </w:r>
    </w:p>
    <w:p>
      <w:r>
        <w:rPr>
          <w:b/>
        </w:rPr>
        <w:t xml:space="preserve">[05:24] </w:t>
      </w:r>
      <w:r>
        <w:t>karne se hamesha main ne logon ko roka. balkay naza ko management ke andaaz mein hal karne ka tareeqa bataya.</w:t>
      </w:r>
    </w:p>
    <w:p>
      <w:pPr>
        <w:jc w:val="right"/>
      </w:pPr>
      <w:r>
        <w:t>کرنے سے ہمیشہ میں نے لوگوں کو روکا۔ بلکہ نزا کو مینجمنٹ کے انداز میں حل کرنے کا طریقہ بتایا۔</w:t>
      </w:r>
    </w:p>
    <w:p>
      <w:r>
        <w:rPr>
          <w:b/>
        </w:rPr>
        <w:t xml:space="preserve">[05:37] </w:t>
      </w:r>
      <w:r>
        <w:t>yeh. aur yeh jante hain, yeh. is ka tarjuma hoga hargiz. "wala yuzannook".</w:t>
      </w:r>
    </w:p>
    <w:p>
      <w:pPr>
        <w:jc w:val="right"/>
      </w:pPr>
      <w:r>
        <w:t>یہ۔ اور یہ جانتے ہیں، یہ۔ اس کا ترجمہ ہوگا ہرگز۔ "ولا یزنونک"۔</w:t>
      </w:r>
    </w:p>
    <w:p>
      <w:r>
        <w:rPr>
          <w:b/>
        </w:rPr>
        <w:t xml:space="preserve">[05:50] </w:t>
      </w:r>
      <w:r>
        <w:t>yaani hargiz tarjuma is se kiya jayega. yaani yahi usool hamesha ikhtiyar karo, is ke khilaf kabhi na jao.</w:t>
      </w:r>
    </w:p>
    <w:p>
      <w:pPr>
        <w:jc w:val="right"/>
      </w:pPr>
      <w:r>
        <w:t>یعنی ہرگز ترجمہ اس سے کیا جائے گا۔ یعنی یہی اصول ہمیشہ اختیار کرو، اس کے خلاف کبھی نہ جاؤ۔</w:t>
      </w:r>
    </w:p>
    <w:p>
      <w:r>
        <w:rPr>
          <w:b/>
        </w:rPr>
        <w:t xml:space="preserve">[06:01] </w:t>
      </w:r>
      <w:r>
        <w:t>aur hargiz. issue ko naza tak pohnchne na do.</w:t>
      </w:r>
    </w:p>
    <w:p>
      <w:pPr>
        <w:jc w:val="right"/>
      </w:pPr>
      <w:r>
        <w:t>اور ہرگز۔ ایشو کو نزا تک پہنچنے نہ دو۔</w:t>
      </w:r>
    </w:p>
    <w:p>
      <w:r>
        <w:rPr>
          <w:b/>
        </w:rPr>
        <w:t xml:space="preserve">[06:17] </w:t>
      </w:r>
      <w:r>
        <w:t>ab poori tareekh dekhiye.</w:t>
      </w:r>
    </w:p>
    <w:p>
      <w:pPr>
        <w:jc w:val="right"/>
      </w:pPr>
      <w:r>
        <w:t>اب پوری تاریخ دیکھیے۔</w:t>
      </w:r>
    </w:p>
    <w:p>
      <w:r>
        <w:rPr>
          <w:b/>
        </w:rPr>
        <w:t xml:space="preserve">[06:22] </w:t>
      </w:r>
      <w:r>
        <w:t>jab masle ko naza tak pohnchne tak pohnchaye ga. to masla hal nahi hua, balkay barh gaya, barh gaya.</w:t>
      </w:r>
    </w:p>
    <w:p>
      <w:pPr>
        <w:jc w:val="right"/>
      </w:pPr>
      <w:r>
        <w:t>جب مسئلے کو نزا تک پہنچنے تک پہنچائے گا۔ تو مسئلہ حل نہیں ہوا، بلکہ بڑھ گیا، بڑھ گیا۔</w:t>
      </w:r>
    </w:p>
    <w:p>
      <w:r>
        <w:rPr>
          <w:b/>
        </w:rPr>
        <w:t xml:space="preserve">[06:42] </w:t>
      </w:r>
      <w:r>
        <w:t>main aap ko do misaal deta hoon.</w:t>
      </w:r>
    </w:p>
    <w:p>
      <w:pPr>
        <w:jc w:val="right"/>
      </w:pPr>
      <w:r>
        <w:t>میں آپ کو دو مثال دیتا ہوں۔</w:t>
      </w:r>
    </w:p>
    <w:p>
      <w:r>
        <w:rPr>
          <w:b/>
        </w:rPr>
        <w:t xml:space="preserve">[06:47] </w:t>
      </w:r>
      <w:r>
        <w:t>rasool Allah sal Allah alayhi wasallam ke zamane mein. ek waqea yeh hua. madani daur mein.</w:t>
      </w:r>
    </w:p>
    <w:p>
      <w:pPr>
        <w:jc w:val="right"/>
      </w:pPr>
      <w:r>
        <w:t>رسول اللہ صلی اللہ علیہ وسلم کے زمانے میں۔ ایک واقعہ یہ ہوا۔ مدنی دور میں۔</w:t>
      </w:r>
    </w:p>
    <w:p>
      <w:r>
        <w:rPr>
          <w:b/>
        </w:rPr>
        <w:t xml:space="preserve">[06:57] </w:t>
      </w:r>
      <w:r>
        <w:t>madni dor mein.</w:t>
      </w:r>
    </w:p>
    <w:p>
      <w:pPr>
        <w:jc w:val="right"/>
      </w:pPr>
      <w:r>
        <w:t>مدنی دور میں۔</w:t>
      </w:r>
    </w:p>
    <w:p>
      <w:r>
        <w:rPr>
          <w:b/>
        </w:rPr>
        <w:t xml:space="preserve">[07:03] </w:t>
      </w:r>
      <w:r>
        <w:t>keh. madina se rasool Allah sal Allah aleh wasalam aur ashaab madina se rawana hue. umrah karne ke liye.</w:t>
      </w:r>
    </w:p>
    <w:p>
      <w:pPr>
        <w:jc w:val="right"/>
      </w:pPr>
      <w:r>
        <w:t>کہ۔ مدینہ سے رسول اللہ صلی اللہ علیہ وسلم اور اصحاب مدینہ سے روانہ ہوئے۔ عمرہ کرنے کے لیے۔</w:t>
      </w:r>
    </w:p>
    <w:p>
      <w:r>
        <w:rPr>
          <w:b/>
        </w:rPr>
        <w:t xml:space="preserve">[07:21] </w:t>
      </w:r>
      <w:r>
        <w:t>lekin abhi woh pahunche thay hudaybiya ke maqam par. keh. aap ke. jo hareef thay us waqt.</w:t>
      </w:r>
    </w:p>
    <w:p>
      <w:pPr>
        <w:jc w:val="right"/>
      </w:pPr>
      <w:r>
        <w:t>لیکن ابھی وہ پہنچے تھے حدیبیہ کے مقام پر۔ کہ۔ آپ کے۔ جو حریف تھے اس وقت۔</w:t>
      </w:r>
    </w:p>
    <w:p>
      <w:r>
        <w:rPr>
          <w:b/>
        </w:rPr>
        <w:t xml:space="preserve">[07:35] </w:t>
      </w:r>
      <w:r>
        <w:t>yani quraish. un ke. sardar.</w:t>
      </w:r>
    </w:p>
    <w:p>
      <w:pPr>
        <w:jc w:val="right"/>
      </w:pPr>
      <w:r>
        <w:t>یعنی قریش۔ ان کے۔ سردار۔</w:t>
      </w:r>
    </w:p>
    <w:p>
      <w:r>
        <w:rPr>
          <w:b/>
        </w:rPr>
        <w:t xml:space="preserve">[07:42] </w:t>
      </w:r>
      <w:r>
        <w:t>aage barh kar hudaybiya ke maqam par aaye. unhon ne kaha ke hum aap ko Makkah mein hargiz dakhil nahi hone den ge. hum aap ko umrah nahi karne den ge.</w:t>
      </w:r>
    </w:p>
    <w:p>
      <w:pPr>
        <w:jc w:val="right"/>
      </w:pPr>
      <w:r>
        <w:t>آگے بڑھ کر حدیبیہ کے مقام پر آئے۔ انہوں نے کہا کہ ہم آپ کو مکہ میں ہرگز داخل نہیں ہونے دیں گے۔ ہم آپ کو عمرہ نہیں کرنے دیں گے۔</w:t>
      </w:r>
    </w:p>
    <w:p>
      <w:r>
        <w:rPr>
          <w:b/>
        </w:rPr>
        <w:t xml:space="preserve">[07:56] </w:t>
      </w:r>
      <w:r>
        <w:t>to aap ne controversy ko minus kiya.</w:t>
      </w:r>
    </w:p>
    <w:p>
      <w:pPr>
        <w:jc w:val="right"/>
      </w:pPr>
      <w:r>
        <w:t>تو آپ نے کنٹروورسی کو مائنس کیا۔</w:t>
      </w:r>
    </w:p>
    <w:p>
      <w:r>
        <w:rPr>
          <w:b/>
        </w:rPr>
        <w:t xml:space="preserve">[08:03] </w:t>
      </w:r>
      <w:r>
        <w:t>qadeem arab.</w:t>
      </w:r>
    </w:p>
    <w:p>
      <w:pPr>
        <w:jc w:val="right"/>
      </w:pPr>
      <w:r>
        <w:t>قدیم عرب۔</w:t>
      </w:r>
    </w:p>
    <w:p>
      <w:r>
        <w:rPr>
          <w:b/>
        </w:rPr>
        <w:t xml:space="preserve">[08:10] </w:t>
      </w:r>
      <w:r>
        <w:t>adi arab mein jo riwayat thi. aise mauqe par. woh thi.</w:t>
      </w:r>
    </w:p>
    <w:p>
      <w:pPr>
        <w:jc w:val="right"/>
      </w:pPr>
      <w:r>
        <w:t>عدی عرب میں جو روایت تھی۔ ایسے موقع پر۔ وہ تھی۔</w:t>
      </w:r>
    </w:p>
    <w:p>
      <w:r>
        <w:rPr>
          <w:b/>
        </w:rPr>
        <w:t xml:space="preserve">[08:20] </w:t>
      </w:r>
      <w:r>
        <w:t>ladna beirna. keh hum to jayen ge. ab tum rok ke dekh rahe ho.</w:t>
      </w:r>
    </w:p>
    <w:p>
      <w:pPr>
        <w:jc w:val="right"/>
      </w:pPr>
      <w:r>
        <w:t>لڑنا بیڑنا۔ کہ ہم تو جائیں گے۔ اب تم روک کے دیکھ رہے ہو۔</w:t>
      </w:r>
    </w:p>
    <w:p>
      <w:r>
        <w:rPr>
          <w:b/>
        </w:rPr>
        <w:t xml:space="preserve">[08:34] </w:t>
      </w:r>
      <w:r>
        <w:t>to rasool Allah se rasool Allah sal Allah aleh wasalam ne. yeh tareeqa ikhtiyar nahi kiya.</w:t>
      </w:r>
    </w:p>
    <w:p>
      <w:pPr>
        <w:jc w:val="right"/>
      </w:pPr>
      <w:r>
        <w:t>تو رسول اللہ سے رسول اللہ صلی اللہ علیہ وسلم نے۔ یہ طریقہ اختیار نہیں کیا۔</w:t>
      </w:r>
    </w:p>
    <w:p>
      <w:r>
        <w:rPr>
          <w:b/>
        </w:rPr>
        <w:t xml:space="preserve">[08:43] </w:t>
      </w:r>
      <w:r>
        <w:t>aap ne.</w:t>
      </w:r>
    </w:p>
    <w:p>
      <w:pPr>
        <w:jc w:val="right"/>
      </w:pPr>
      <w:r>
        <w:t>آپ نے۔</w:t>
      </w:r>
    </w:p>
    <w:p>
      <w:r>
        <w:rPr>
          <w:b/>
        </w:rPr>
        <w:t xml:space="preserve">[08:47] </w:t>
      </w:r>
      <w:r>
        <w:t>minus ka tareeqa, management ka tareeqa ikhtiyar kiya.</w:t>
      </w:r>
    </w:p>
    <w:p>
      <w:pPr>
        <w:jc w:val="right"/>
      </w:pPr>
      <w:r>
        <w:t>مائنس کا طریقہ، مینجمنٹ کا طریقہ اختیار کیا۔</w:t>
      </w:r>
    </w:p>
    <w:p>
      <w:r>
        <w:rPr>
          <w:b/>
        </w:rPr>
        <w:t xml:space="preserve">[08:54] </w:t>
      </w:r>
      <w:r>
        <w:t>management ka tareeqa.</w:t>
      </w:r>
    </w:p>
    <w:p>
      <w:pPr>
        <w:jc w:val="right"/>
      </w:pPr>
      <w:r>
        <w:t>مینجمنٹ کا طریقہ۔</w:t>
      </w:r>
    </w:p>
    <w:p>
      <w:r>
        <w:rPr>
          <w:b/>
        </w:rPr>
        <w:t xml:space="preserve">[08:59] </w:t>
      </w:r>
      <w:r>
        <w:t>15 din tak taqreeban guftagu hoti rahi.</w:t>
      </w:r>
    </w:p>
    <w:p>
      <w:pPr>
        <w:jc w:val="right"/>
      </w:pPr>
      <w:r>
        <w:t>15 دن تک تقریباً گفتگو ہوتی رہی۔</w:t>
      </w:r>
    </w:p>
    <w:p>
      <w:r>
        <w:rPr>
          <w:b/>
        </w:rPr>
        <w:t xml:space="preserve">[09:09] </w:t>
      </w:r>
      <w:r>
        <w:t>aakhir kar. is ki tafseer aap parh sakte hain. is ki tafseel. sehat ki kitabon mein.</w:t>
      </w:r>
    </w:p>
    <w:p>
      <w:pPr>
        <w:jc w:val="right"/>
      </w:pPr>
      <w:r>
        <w:t>آخر کار۔ اس کی تفسیر آپ پڑھ سکتے ہیں۔ اس کی تفصیل۔ صحت کی کتابوں میں۔</w:t>
      </w:r>
    </w:p>
    <w:p>
      <w:r>
        <w:rPr>
          <w:b/>
        </w:rPr>
        <w:t xml:space="preserve">[09:20] </w:t>
      </w:r>
      <w:r>
        <w:t>aakhir kar ek.</w:t>
      </w:r>
    </w:p>
    <w:p>
      <w:pPr>
        <w:jc w:val="right"/>
      </w:pPr>
      <w:r>
        <w:t>آخر کار ایک۔</w:t>
      </w:r>
    </w:p>
    <w:p>
      <w:r>
        <w:rPr>
          <w:b/>
        </w:rPr>
        <w:t xml:space="preserve">[09:27] </w:t>
      </w:r>
      <w:r>
        <w:t>ek muahida tay hua. woh muahida tha ke aap wapas reh jayen. yani madina wapas reh jayen.</w:t>
      </w:r>
    </w:p>
    <w:p>
      <w:pPr>
        <w:jc w:val="right"/>
      </w:pPr>
      <w:r>
        <w:t>ایک معاہدہ طے ہوا۔ وہ معاہدہ تھا کہ آپ واپس رہ جائیں۔ یعنی مدینہ واپس رہ جائیں۔</w:t>
      </w:r>
    </w:p>
    <w:p>
      <w:r>
        <w:rPr>
          <w:b/>
        </w:rPr>
        <w:t xml:space="preserve">[09:37] </w:t>
      </w:r>
      <w:r>
        <w:t>baghair umrah kiye.</w:t>
      </w:r>
    </w:p>
    <w:p>
      <w:pPr>
        <w:jc w:val="right"/>
      </w:pPr>
      <w:r>
        <w:t>بغیر عمرہ کیے۔</w:t>
      </w:r>
    </w:p>
    <w:p>
      <w:r>
        <w:rPr>
          <w:b/>
        </w:rPr>
        <w:t xml:space="preserve">[09:42] </w:t>
      </w:r>
      <w:r>
        <w:t>rasool Allah sal Allah aleh wasalam aur aap ke ashaab is par razi ho gaye. aur. hudaybiya pahunch kar wapas ho kar ke chale gaye madina.</w:t>
      </w:r>
    </w:p>
    <w:p>
      <w:pPr>
        <w:jc w:val="right"/>
      </w:pPr>
      <w:r>
        <w:t>رسول اللہ صلی اللہ علیہ وسلم اور آپ کے اصحاب اس پر راضی ہو گئے۔ اور۔ حدیبیہ پہنچ کر واپس ہو کر کے چلے گئے مدینہ۔</w:t>
      </w:r>
    </w:p>
    <w:p>
      <w:r>
        <w:rPr>
          <w:b/>
        </w:rPr>
        <w:t xml:space="preserve">[09:59] </w:t>
      </w:r>
      <w:r>
        <w:t>yeh arab dunya mein ek naya waqea tha. ke wahan aise mamle mein koi wapas nahi lotta tha. chahe ladai ho jaye, chahe khoon bahe, lekin wapas ek.</w:t>
      </w:r>
    </w:p>
    <w:p>
      <w:pPr>
        <w:jc w:val="right"/>
      </w:pPr>
      <w:r>
        <w:t>یہ عرب دنیا میں ایک نیا واقعہ تھا۔ کہ وہاں ایسے معاملے میں کوئی واپس نہیں لوٹتا تھا۔ چاہے لڑائی ہو جائے، چاہے خون بہے، لیکن واپس ایک۔</w:t>
      </w:r>
    </w:p>
    <w:p>
      <w:r>
        <w:rPr>
          <w:b/>
        </w:rPr>
        <w:t xml:space="preserve">[10:14] </w:t>
      </w:r>
      <w:r>
        <w:t>un ke destiny mein nahi thi na.</w:t>
      </w:r>
    </w:p>
    <w:p>
      <w:pPr>
        <w:jc w:val="right"/>
      </w:pPr>
      <w:r>
        <w:t>ان کے ڈسٹری میں نہیں تھی نا۔</w:t>
      </w:r>
    </w:p>
    <w:p>
      <w:r>
        <w:rPr>
          <w:b/>
        </w:rPr>
        <w:t xml:space="preserve">[10:22] </w:t>
      </w:r>
      <w:r>
        <w:t>to rasool Allah sal Allah aleh wasalam. hudaybiya ke chale gaye. aur itni bari is wapsi ki.</w:t>
      </w:r>
    </w:p>
    <w:p>
      <w:pPr>
        <w:jc w:val="right"/>
      </w:pPr>
      <w:r>
        <w:t>تو رسول اللہ صلی اللہ علیہ وسلم۔ حدیبیہ کے چلے گئے۔ اور اتنی بڑی اس واپسی کی۔</w:t>
      </w:r>
    </w:p>
    <w:p>
      <w:r>
        <w:rPr>
          <w:b/>
        </w:rPr>
        <w:t xml:space="preserve">[10:32] </w:t>
      </w:r>
      <w:r>
        <w:t>itni bari qeemat ada ki. jab wapsi ka muahida likha ja raha tha.</w:t>
      </w:r>
    </w:p>
    <w:p>
      <w:pPr>
        <w:jc w:val="right"/>
      </w:pPr>
      <w:r>
        <w:t>اتنی بڑی قیمت ادا کی۔ جب واپسی کا معاہدہ لکھا جا رہا تھا۔</w:t>
      </w:r>
    </w:p>
    <w:p>
      <w:r>
        <w:rPr>
          <w:b/>
        </w:rPr>
        <w:t xml:space="preserve">[10:41] </w:t>
      </w:r>
      <w:r>
        <w:t>to rasool Allah ne likhwaya: "haza ma salaha alaih Muhammad rasool Allah".</w:t>
      </w:r>
    </w:p>
    <w:p>
      <w:pPr>
        <w:jc w:val="right"/>
      </w:pPr>
      <w:r>
        <w:t>تو رسول اللہ نے لکھوایا: "ھذا ما سالہ علیہ محمد رسول اللہ"۔</w:t>
      </w:r>
    </w:p>
    <w:p>
      <w:r>
        <w:rPr>
          <w:b/>
        </w:rPr>
        <w:t xml:space="preserve">[10:52] </w:t>
      </w:r>
      <w:r>
        <w:t>yeh alfaaz bole aur likh rahe thay Hazrat Ali. to quraish ka jo aadmi tha. us ne foran etiraz kiya.</w:t>
      </w:r>
    </w:p>
    <w:p>
      <w:pPr>
        <w:jc w:val="right"/>
      </w:pPr>
      <w:r>
        <w:t>یہ الفاظ بولے اور لکھ رہے تھے حضرت علی۔ تو قریش کا جو آدمی تھا۔ اس نے فوراً اعتراض کیا۔</w:t>
      </w:r>
    </w:p>
    <w:p>
      <w:r>
        <w:rPr>
          <w:b/>
        </w:rPr>
        <w:t xml:space="preserve">[11:03] </w:t>
      </w:r>
      <w:r>
        <w:t>keh hum aap ko rasool to mante nahin hain.</w:t>
      </w:r>
    </w:p>
    <w:p>
      <w:pPr>
        <w:jc w:val="right"/>
      </w:pPr>
      <w:r>
        <w:t>کہ ہم آپ کو رسول تو مانتے نہیں۔</w:t>
      </w:r>
    </w:p>
    <w:p>
      <w:r>
        <w:rPr>
          <w:b/>
        </w:rPr>
        <w:t xml:space="preserve">[11:10] </w:t>
      </w:r>
      <w:r>
        <w:t>aap Muhammad bin Abdullah likhiye.</w:t>
      </w:r>
    </w:p>
    <w:p>
      <w:pPr>
        <w:jc w:val="right"/>
      </w:pPr>
      <w:r>
        <w:t>آپ محمد بن عبداللہ لکھیے۔</w:t>
      </w:r>
    </w:p>
    <w:p>
      <w:r>
        <w:rPr>
          <w:b/>
        </w:rPr>
        <w:t xml:space="preserve">[11:16] </w:t>
      </w:r>
      <w:r>
        <w:t>to aap ne kuch bhi paas nahin kiya. foran aap ne kaha keh: "aye Ali, likho".</w:t>
      </w:r>
    </w:p>
    <w:p>
      <w:pPr>
        <w:jc w:val="right"/>
      </w:pPr>
      <w:r>
        <w:t>تو آپ نے کچھ بھی پاس نہیں کی۔ فوراً آپ نے کہا کہ: "اے علی، لکھو"۔ "ھذا ما سالہ علیہ محمد ابن عبداللہ"۔</w:t>
      </w:r>
    </w:p>
    <w:p>
      <w:r>
        <w:rPr>
          <w:b/>
        </w:rPr>
        <w:t xml:space="preserve">[11:32] </w:t>
      </w:r>
      <w:r>
        <w:t>yeh hai. naza tak pohnchne na dena. muamle ko raza banne se pehle.</w:t>
      </w:r>
    </w:p>
    <w:p>
      <w:pPr>
        <w:jc w:val="right"/>
      </w:pPr>
      <w:r>
        <w:t>یہ ہے۔ نزا تک پہنچنے نہ دینا۔ معاملے کو رضا بننے سے پہلے۔</w:t>
      </w:r>
    </w:p>
    <w:p>
      <w:r>
        <w:rPr>
          <w:b/>
        </w:rPr>
        <w:t xml:space="preserve">[11:45] </w:t>
      </w:r>
      <w:r>
        <w:t>management ke andaaz mein khatm kar dena.</w:t>
      </w:r>
    </w:p>
    <w:p>
      <w:pPr>
        <w:jc w:val="right"/>
      </w:pPr>
      <w:r>
        <w:t>مینجمنٹ کے انداز میں ختم کر دینا۔</w:t>
      </w:r>
    </w:p>
    <w:p>
      <w:r>
        <w:rPr>
          <w:b/>
        </w:rPr>
        <w:t xml:space="preserve">[11:52] </w:t>
      </w:r>
      <w:r>
        <w:t>to jab yeh. muahida ho gaya aur Hudaybiyah ke maqam se. to hum log wapas hue.</w:t>
      </w:r>
    </w:p>
    <w:p>
      <w:pPr>
        <w:jc w:val="right"/>
      </w:pPr>
      <w:r>
        <w:t>تو جب یہ۔ معاہدہ ہو گیا۔ اور حدیبیہ کے مقام سے۔ تو ہم لوگ واپس ہوئے۔</w:t>
      </w:r>
    </w:p>
    <w:p>
      <w:r>
        <w:rPr>
          <w:b/>
        </w:rPr>
        <w:t xml:space="preserve">[12:04] </w:t>
      </w:r>
      <w:r>
        <w:t>to abhi woh. Madinah pohnche nahin the keh. woh ayat utri. woh surah utri jo.</w:t>
      </w:r>
    </w:p>
    <w:p>
      <w:pPr>
        <w:jc w:val="right"/>
      </w:pPr>
      <w:r>
        <w:t>تو ابھی وہ۔ مدینہ پہنچے نہیں تھے کہ۔ وہ آیت اتری۔ وہ سورہ اتری جو۔</w:t>
      </w:r>
    </w:p>
    <w:p>
      <w:r>
        <w:rPr>
          <w:b/>
        </w:rPr>
        <w:t xml:space="preserve">[12:13] </w:t>
      </w:r>
      <w:r>
        <w:t>fatah ke naam se Quran mein maujood hai.</w:t>
      </w:r>
    </w:p>
    <w:p>
      <w:pPr>
        <w:jc w:val="right"/>
      </w:pPr>
      <w:r>
        <w:t>فتح کے نام سے قرآن میں موجود ہے۔</w:t>
      </w:r>
    </w:p>
    <w:p>
      <w:r>
        <w:rPr>
          <w:b/>
        </w:rPr>
        <w:t xml:space="preserve">[12:23] </w:t>
      </w:r>
      <w:r>
        <w:t>"Inna Fatahna Alayka Fatahan Mubeena". yani aap ghor kijiye. keh Rasool Allah aur aap ke ashaab. Umrah kiye baghair.</w:t>
      </w:r>
    </w:p>
    <w:p>
      <w:pPr>
        <w:jc w:val="right"/>
      </w:pPr>
      <w:r>
        <w:t>"انا فتحنا علیک فتح مبینہ"۔ یعنی آپ غور کیجیے۔ کہ رسول اللہ اور آپ کے اصحاب۔ عمرہ کیے بغیر۔</w:t>
      </w:r>
    </w:p>
    <w:p>
      <w:r>
        <w:rPr>
          <w:b/>
        </w:rPr>
        <w:t xml:space="preserve">[12:38] </w:t>
      </w:r>
      <w:r>
        <w:t>wapas ho gaye the.</w:t>
      </w:r>
    </w:p>
    <w:p>
      <w:pPr>
        <w:jc w:val="right"/>
      </w:pPr>
      <w:r>
        <w:t>واپس ہو گئے تھے۔</w:t>
      </w:r>
    </w:p>
    <w:p>
      <w:r>
        <w:rPr>
          <w:b/>
        </w:rPr>
        <w:t xml:space="preserve">[12:42] </w:t>
      </w:r>
      <w:r>
        <w:t>aur surah jo utri. woh thi.</w:t>
      </w:r>
    </w:p>
    <w:p>
      <w:pPr>
        <w:jc w:val="right"/>
      </w:pPr>
      <w:r>
        <w:t>اور سورہ جو اتری۔ وہ تھی۔</w:t>
      </w:r>
    </w:p>
    <w:p>
      <w:r>
        <w:rPr>
          <w:b/>
        </w:rPr>
        <w:t xml:space="preserve">[12:51] </w:t>
      </w:r>
      <w:r>
        <w:t>"Inna Fatahna Alayka Fatahan Mubeena".</w:t>
      </w:r>
    </w:p>
    <w:p>
      <w:pPr>
        <w:jc w:val="right"/>
      </w:pPr>
      <w:r>
        <w:t>"انا فتحنا علیک فتح مبینہ"۔</w:t>
      </w:r>
    </w:p>
    <w:p>
      <w:r>
        <w:rPr>
          <w:b/>
        </w:rPr>
        <w:t xml:space="preserve">[12:58] </w:t>
      </w:r>
      <w:r>
        <w:t>is ke bare mein yeh hai keh. Allah Rabbul Alameen ke nazdeek.</w:t>
      </w:r>
    </w:p>
    <w:p>
      <w:pPr>
        <w:jc w:val="right"/>
      </w:pPr>
      <w:r>
        <w:t>اس کے بارے میں یہ ہے کہ۔ اللہ رب العالمین کے نزدیک۔</w:t>
      </w:r>
    </w:p>
    <w:p>
      <w:r>
        <w:rPr>
          <w:b/>
        </w:rPr>
        <w:t xml:space="preserve">[13:06] </w:t>
      </w:r>
      <w:r>
        <w:t>issue ko.</w:t>
      </w:r>
    </w:p>
    <w:p>
      <w:pPr>
        <w:jc w:val="right"/>
      </w:pPr>
      <w:r>
        <w:t>ایشو کو۔</w:t>
      </w:r>
    </w:p>
    <w:p>
      <w:r>
        <w:rPr>
          <w:b/>
        </w:rPr>
        <w:t xml:space="preserve">[13:10] </w:t>
      </w:r>
      <w:r>
        <w:t>naza tak pohnchne se. na pohnchne na dena aur is ko management ke andaaz mein. khatm kar dena.</w:t>
      </w:r>
    </w:p>
    <w:p>
      <w:pPr>
        <w:jc w:val="right"/>
      </w:pPr>
      <w:r>
        <w:t>نزا تک پہنچنے سے۔ نہ پہنچنے نہ دینا اور اس کو مینجمنٹ کے انداز میں۔ ختم کر دینا۔</w:t>
      </w:r>
    </w:p>
    <w:p>
      <w:r>
        <w:rPr>
          <w:b/>
        </w:rPr>
        <w:t xml:space="preserve">[13:21] </w:t>
      </w:r>
      <w:r>
        <w:t>is ko kehte hain management.</w:t>
      </w:r>
    </w:p>
    <w:p>
      <w:pPr>
        <w:jc w:val="right"/>
      </w:pPr>
      <w:r>
        <w:t>اس کو کہتے ہیں مینجمنٹ۔</w:t>
      </w:r>
    </w:p>
    <w:p>
      <w:r>
        <w:rPr>
          <w:b/>
        </w:rPr>
        <w:t xml:space="preserve">[13:29] </w:t>
      </w:r>
      <w:r>
        <w:t>aur waqatan woh fatah ban gayi.</w:t>
      </w:r>
    </w:p>
    <w:p>
      <w:pPr>
        <w:jc w:val="right"/>
      </w:pPr>
      <w:r>
        <w:t>اور واقعتا وہ فتح بن گئی۔</w:t>
      </w:r>
    </w:p>
    <w:p>
      <w:r>
        <w:rPr>
          <w:b/>
        </w:rPr>
        <w:t xml:space="preserve">[13:35] </w:t>
      </w:r>
      <w:r>
        <w:t>to is ki detail mein nahin bayan karunga. is ki detail aap. sehat ki kisi bhi kitab mein dekh sakte hain.</w:t>
      </w:r>
    </w:p>
    <w:p>
      <w:pPr>
        <w:jc w:val="right"/>
      </w:pPr>
      <w:r>
        <w:t>تو اس کی ڈیٹیل میں نہیں بیان کروں گا۔ اس کی ڈیٹیل آپ۔ صحت کی کسی بھی کتاب میں دیکھ سکتے ہیں۔</w:t>
      </w:r>
    </w:p>
    <w:p>
      <w:r>
        <w:rPr>
          <w:b/>
        </w:rPr>
        <w:t xml:space="preserve">[13:48] </w:t>
      </w:r>
      <w:r>
        <w:t>keh aap ne is muamle mein jab. aisa kiya keh amr ko. naza banne nahin diya.</w:t>
      </w:r>
    </w:p>
    <w:p>
      <w:pPr>
        <w:jc w:val="right"/>
      </w:pPr>
      <w:r>
        <w:t>کہ آپ نے اس معاملے میں جب۔ ایسا کیا۔ کہ امر کو۔ نزا بننے نہیں دیا۔</w:t>
      </w:r>
    </w:p>
    <w:p>
      <w:r>
        <w:rPr>
          <w:b/>
        </w:rPr>
        <w:t xml:space="preserve">[14:00] </w:t>
      </w:r>
      <w:r>
        <w:t>balkeh management ke usool par. management ke usool ko ikhtiyar karte hue.</w:t>
      </w:r>
    </w:p>
    <w:p>
      <w:pPr>
        <w:jc w:val="right"/>
      </w:pPr>
      <w:r>
        <w:t>بلکہ مینجمنٹ کے اصول پر۔ مینجمنٹ کے اصول کو اختیار کرتے ہوئے۔</w:t>
      </w:r>
    </w:p>
    <w:p>
      <w:r>
        <w:rPr>
          <w:b/>
        </w:rPr>
        <w:t xml:space="preserve">[14:09] </w:t>
      </w:r>
      <w:r>
        <w:t>muamle ko ghair razaai andaaz mein.</w:t>
      </w:r>
    </w:p>
    <w:p>
      <w:pPr>
        <w:jc w:val="right"/>
      </w:pPr>
      <w:r>
        <w:t>معاملے کو غیر رضائی انداز میں۔</w:t>
      </w:r>
    </w:p>
    <w:p>
      <w:r>
        <w:rPr>
          <w:b/>
        </w:rPr>
        <w:t xml:space="preserve">[14:15] </w:t>
      </w:r>
      <w:r>
        <w:t>wahin ka wahin khatm kar diya. khatm karne ke maani kya hain? khatm karne ke maani dekhiye saada nahin hain.</w:t>
      </w:r>
    </w:p>
    <w:p>
      <w:pPr>
        <w:jc w:val="right"/>
      </w:pPr>
      <w:r>
        <w:t>وہیں کا وہیں ختم کر دیا۔ ختم کرنے کے معنی کیا ہیں؟ ختم کرنے کے معنی دیکھیے سادہ نہیں ہیں۔</w:t>
      </w:r>
    </w:p>
    <w:p>
      <w:r>
        <w:rPr>
          <w:b/>
        </w:rPr>
        <w:t xml:space="preserve">[14:27] </w:t>
      </w:r>
      <w:r>
        <w:t>khatm karne ke maani yeh hain. keh apne waqt, apni energy. ko naza ke usool par.</w:t>
      </w:r>
    </w:p>
    <w:p>
      <w:pPr>
        <w:jc w:val="right"/>
      </w:pPr>
      <w:r>
        <w:t>ختم کرنے کے معنی یہ ہیں۔ کہ اپنے وقت، اپنی انرجی۔ کو نزا کے اصول پر۔</w:t>
      </w:r>
    </w:p>
    <w:p>
      <w:r>
        <w:rPr>
          <w:b/>
        </w:rPr>
        <w:t xml:space="preserve">[14:42] </w:t>
      </w:r>
      <w:r>
        <w:t>istemaal karne ki bajaye. sulah ke andaaz ikhtiyar karna yani. koi energy.</w:t>
      </w:r>
    </w:p>
    <w:p>
      <w:pPr>
        <w:jc w:val="right"/>
      </w:pPr>
      <w:r>
        <w:t>استعمال کرنے کی بجائے۔ صلح کے انداز اختیار کرنا یعنی۔ کوئی انرجی۔</w:t>
      </w:r>
    </w:p>
    <w:p>
      <w:r>
        <w:rPr>
          <w:b/>
        </w:rPr>
        <w:t xml:space="preserve">[14:54] </w:t>
      </w:r>
      <w:r>
        <w:t>nazai muamle mein. kharch na ki jaye. sari energy ko bachana, saare waqt ko bachana. apni sari taqat ko bacha kar ke.</w:t>
      </w:r>
    </w:p>
    <w:p>
      <w:pPr>
        <w:jc w:val="right"/>
      </w:pPr>
      <w:r>
        <w:t>نزائی معاملے میں۔ خرچ نہ کی جائے۔ ساری انرجی کو بچانا، سارے وقت کو بچانا۔ اپنی ساری طاقت کو بچا کر کے۔</w:t>
      </w:r>
    </w:p>
    <w:p>
      <w:r>
        <w:rPr>
          <w:b/>
        </w:rPr>
        <w:t xml:space="preserve">[15:08] </w:t>
      </w:r>
      <w:r>
        <w:t>positive, positive andaz mein. jo is issue aur jo. jo mission chal raha hai.</w:t>
      </w:r>
    </w:p>
    <w:p>
      <w:pPr>
        <w:jc w:val="right"/>
      </w:pPr>
      <w:r>
        <w:t>پازیٹیو، پازیٹیو انداز میں۔ جو اس ایشو اور جو۔ جو مشن چل رہا ہے۔</w:t>
      </w:r>
    </w:p>
    <w:p>
      <w:r>
        <w:rPr>
          <w:b/>
        </w:rPr>
        <w:t xml:space="preserve">[15:20] </w:t>
      </w:r>
      <w:r>
        <w:t>yani mission se zara bhi deviate na karna. is ka matlab yeh hai. rasool Allah ke mission chala rahe the.</w:t>
      </w:r>
    </w:p>
    <w:p>
      <w:pPr>
        <w:jc w:val="right"/>
      </w:pPr>
      <w:r>
        <w:t>یعنی مشن سے ذرا بھی ڈیویٹ نہ کرنا۔ اس کا مطلب یہ ہے۔ رسول اللہ کے مشن چلا رہے تھے۔</w:t>
      </w:r>
    </w:p>
    <w:p>
      <w:r>
        <w:rPr>
          <w:b/>
        </w:rPr>
        <w:t xml:space="preserve">[15:30] </w:t>
      </w:r>
      <w:r>
        <w:t>tauheed ka mission.</w:t>
      </w:r>
    </w:p>
    <w:p>
      <w:pPr>
        <w:jc w:val="right"/>
      </w:pPr>
      <w:r>
        <w:t>توحید کا مشن۔</w:t>
      </w:r>
    </w:p>
    <w:p>
      <w:r>
        <w:rPr>
          <w:b/>
        </w:rPr>
        <w:t xml:space="preserve">[15:35] </w:t>
      </w:r>
      <w:r>
        <w:t>to naza ko chhodna.</w:t>
      </w:r>
    </w:p>
    <w:p>
      <w:pPr>
        <w:jc w:val="right"/>
      </w:pPr>
      <w:r>
        <w:t>تو نزا کو چھوڑنا۔</w:t>
      </w:r>
    </w:p>
    <w:p>
      <w:r>
        <w:rPr>
          <w:b/>
        </w:rPr>
        <w:t xml:space="preserve">[15:41] </w:t>
      </w:r>
      <w:r>
        <w:t>ka matlab kya tha? apne mission par qaim rehna. mission se deviate na hona.</w:t>
      </w:r>
    </w:p>
    <w:p>
      <w:pPr>
        <w:jc w:val="right"/>
      </w:pPr>
      <w:r>
        <w:t>کا مطلب کیا تھا؟ اپنے مشن پر قائم رہنا۔ مشن سے ڈیویٹ نہ ہونا۔</w:t>
      </w:r>
    </w:p>
    <w:p>
      <w:r>
        <w:rPr>
          <w:b/>
        </w:rPr>
        <w:t xml:space="preserve">[15:54] </w:t>
      </w:r>
      <w:r>
        <w:t>yeh jo kaam hai abhi. quran mein batai gayi hai. fath umar, fath mubeen. fath mubeen koi shayari ki baat nahi thi.</w:t>
      </w:r>
    </w:p>
    <w:p>
      <w:pPr>
        <w:jc w:val="right"/>
      </w:pPr>
      <w:r>
        <w:t>یہ جو کام ہے ابھی۔ قرآن میں بتائی گئی ہے۔ فتح عمر، فتح مبین۔ فتح مبین کوئی شاعری کی بات نہیں تھی۔</w:t>
      </w:r>
    </w:p>
    <w:p>
      <w:r>
        <w:rPr>
          <w:b/>
        </w:rPr>
        <w:t xml:space="preserve">[16:07] </w:t>
      </w:r>
      <w:r>
        <w:t>fath mubeen jo thi woh yeh thi. ke jab tum ne ek mission. chalaya hai makkah mein.</w:t>
      </w:r>
    </w:p>
    <w:p>
      <w:pPr>
        <w:jc w:val="right"/>
      </w:pPr>
      <w:r>
        <w:t>فتح مبین جو تھی وہ یہ تھی۔ کہ جب تم نے ایک مشن۔ چلایا ہے مکہ میں۔</w:t>
      </w:r>
    </w:p>
    <w:p>
      <w:r>
        <w:rPr>
          <w:b/>
        </w:rPr>
        <w:t xml:space="preserve">[16:17] </w:t>
      </w:r>
      <w:r>
        <w:t>aur jaana pada madinah.</w:t>
      </w:r>
    </w:p>
    <w:p>
      <w:pPr>
        <w:jc w:val="right"/>
      </w:pPr>
      <w:r>
        <w:t>اور جانا پڑا مدینہ۔</w:t>
      </w:r>
    </w:p>
    <w:p>
      <w:r>
        <w:rPr>
          <w:b/>
        </w:rPr>
        <w:t xml:space="preserve">[16:23] </w:t>
      </w:r>
      <w:r>
        <w:t>to aap isi pe qaim raho. peeche hatna pada hai tab bhi, aage badhna pada hai tab bhi. sirf yeh hoga ke.</w:t>
      </w:r>
    </w:p>
    <w:p>
      <w:pPr>
        <w:jc w:val="right"/>
      </w:pPr>
      <w:r>
        <w:t>تو آپ اسی پہ قائم رہو۔ پیچھے ہٹنا پڑا ہے تب بھی، آگے بڑھنا پڑا ہے تب بھی۔ صرف یہ ہوگا کہ۔</w:t>
      </w:r>
    </w:p>
    <w:p>
      <w:r>
        <w:rPr>
          <w:b/>
        </w:rPr>
        <w:t xml:space="preserve">[16:39] </w:t>
      </w:r>
      <w:r>
        <w:t>kaam karne ka tareeqa badal jayega. bas. mission same rahega. agar rasool Allah.</w:t>
      </w:r>
    </w:p>
    <w:p>
      <w:pPr>
        <w:jc w:val="right"/>
      </w:pPr>
      <w:r>
        <w:t>کام کرنے کا طریقہ بدل جائے گا۔ بس۔ مشن سیم رہے گا۔ اگر رسول اللہ۔</w:t>
      </w:r>
    </w:p>
    <w:p>
      <w:r>
        <w:rPr>
          <w:b/>
        </w:rPr>
        <w:t xml:space="preserve">[16:51] </w:t>
      </w:r>
      <w:r>
        <w:t>a jate naza par, a jate ladai par. to tareeqa kaam ka karne ka tareeqa badal jata.</w:t>
      </w:r>
    </w:p>
    <w:p>
      <w:pPr>
        <w:jc w:val="right"/>
      </w:pPr>
      <w:r>
        <w:t>آ جاتے نزا پر، آ جاتے لڑائی پر۔ تو طریقہ کام کا کرنے کا طریقہ بدل جاتا۔</w:t>
      </w:r>
    </w:p>
    <w:p>
      <w:r>
        <w:rPr>
          <w:b/>
        </w:rPr>
        <w:t xml:space="preserve">[17:03] </w:t>
      </w:r>
      <w:r>
        <w:t>yani ghair nazai mission ek nazai mission ban jata.</w:t>
      </w:r>
    </w:p>
    <w:p>
      <w:pPr>
        <w:jc w:val="right"/>
      </w:pPr>
      <w:r>
        <w:t>یعنی غیر نزائی مشن ایک نزائی مشن بن جاتا۔</w:t>
      </w:r>
    </w:p>
    <w:p>
      <w:r>
        <w:rPr>
          <w:b/>
        </w:rPr>
        <w:t xml:space="preserve">[17:13] </w:t>
      </w:r>
      <w:r>
        <w:t>ghair nazai mission tha aap ka. kyunke aap dekhiye ke wahan itna bada waqea tha. ke kaaba jo sab se muqaddas masjid hai.</w:t>
      </w:r>
    </w:p>
    <w:p>
      <w:pPr>
        <w:jc w:val="right"/>
      </w:pPr>
      <w:r>
        <w:t>غیر نزائی مشن تھا آپ کا۔ کیونکہ آپ دیکھیے کہ وہاں اتنا بڑا واقعہ تھا۔ کہ کعبہ جو سب سے مقدس مسجد ہے۔</w:t>
      </w:r>
    </w:p>
    <w:p>
      <w:r>
        <w:rPr>
          <w:b/>
        </w:rPr>
        <w:t xml:space="preserve">[17:28] </w:t>
      </w:r>
      <w:r>
        <w:t>wahan par bohat zyada but rakh diye gaye, ek do nahi. rozana wahan log aate the. aur but ki pooja hoti thi.</w:t>
      </w:r>
    </w:p>
    <w:p>
      <w:pPr>
        <w:jc w:val="right"/>
      </w:pPr>
      <w:r>
        <w:t>وہاں پر بہت زیادہ بت رکھ دیے گئے، ایک دو نہیں۔ روزانہ وہاں لوگ آتے تھے۔ اور بت کی پوجا ہوتی تھی۔</w:t>
      </w:r>
    </w:p>
    <w:p>
      <w:r>
        <w:rPr>
          <w:b/>
        </w:rPr>
        <w:t xml:space="preserve">[17:41] </w:t>
      </w:r>
      <w:r>
        <w:t>yani jo kaaba banata. tauheed ke liye woh kaaba banaya gaya tha, aoun bana diya gaya tha.</w:t>
      </w:r>
    </w:p>
    <w:p>
      <w:pPr>
        <w:jc w:val="right"/>
      </w:pPr>
      <w:r>
        <w:t>یعنی جو کعبہ بناتا۔ توحید کے لیے وہ کعبہ بنایا گیا تھا، عون بنا دیا گیا تھا۔</w:t>
      </w:r>
    </w:p>
    <w:p>
      <w:r>
        <w:rPr>
          <w:b/>
        </w:rPr>
        <w:t xml:space="preserve">[17:53] </w:t>
      </w:r>
      <w:r>
        <w:t>butkhana. to is se bada koi waqea ho sakta hai? is se bada bada koi waqea ho sakta hai?</w:t>
      </w:r>
    </w:p>
    <w:p>
      <w:pPr>
        <w:jc w:val="right"/>
      </w:pPr>
      <w:r>
        <w:t>بت خانہ۔ تو اس سے بڑا کوئی واقعہ ہو سکتا ہے؟ اس سے بڑا بڑا کوئی واقعہ ہو سکتا ہے؟</w:t>
      </w:r>
    </w:p>
    <w:p>
      <w:r>
        <w:rPr>
          <w:b/>
        </w:rPr>
        <w:t xml:space="preserve">[18:07] </w:t>
      </w:r>
      <w:r>
        <w:t>is se bada koi waqea nahi ho sakta.</w:t>
      </w:r>
    </w:p>
    <w:p>
      <w:pPr>
        <w:jc w:val="right"/>
      </w:pPr>
      <w:r>
        <w:t>اس سے بڑا کوئی واقعہ نہیں ہو سکتا۔</w:t>
      </w:r>
    </w:p>
    <w:p>
      <w:r>
        <w:rPr>
          <w:b/>
        </w:rPr>
        <w:t xml:space="preserve">[18:12] </w:t>
      </w:r>
      <w:r>
        <w:t>chunaanche yeh kya hua ke. rasool Allah sallallahu alaihi wasallam ne. yeh nabat aayi to aap peeche hat gaye.</w:t>
      </w:r>
    </w:p>
    <w:p>
      <w:pPr>
        <w:jc w:val="right"/>
      </w:pPr>
      <w:r>
        <w:t>چنانچہ یہ کیا ہوا کہ۔ رسول اللہ صلی اللہ علیہ وسلم نے۔ یہ نوبت آئی تو آپ پیچھے ہٹ گئے۔</w:t>
      </w:r>
    </w:p>
    <w:p>
      <w:r>
        <w:rPr>
          <w:b/>
        </w:rPr>
        <w:t xml:space="preserve">[18:24] </w:t>
      </w:r>
      <w:r>
        <w:t>is ke maani tha peeche hatna.</w:t>
      </w:r>
    </w:p>
    <w:p>
      <w:pPr>
        <w:jc w:val="right"/>
      </w:pPr>
      <w:r>
        <w:t>اس کے معنی تھا پیچھے ہٹنا۔</w:t>
      </w:r>
    </w:p>
    <w:p>
      <w:r>
        <w:rPr>
          <w:b/>
        </w:rPr>
        <w:t xml:space="preserve">[18:30] </w:t>
      </w:r>
      <w:r>
        <w:t>is se dekhiye ek usool nikalta hai, ek principle.</w:t>
      </w:r>
    </w:p>
    <w:p>
      <w:pPr>
        <w:jc w:val="right"/>
      </w:pPr>
      <w:r>
        <w:t>اس سے دیکھیے ایک اصول نکلتا ہے، ایک پرنسپل۔</w:t>
      </w:r>
    </w:p>
    <w:p>
      <w:r>
        <w:rPr>
          <w:b/>
        </w:rPr>
        <w:t xml:space="preserve">[18:39] </w:t>
      </w:r>
      <w:r>
        <w:t>ijtimai mamlaat mein. jo insaan ya jo groh. peeche hat ta hai, peeche hat ta hai. usi ke liye Allah ki taraf se aage badhne ke faisle hote hain.</w:t>
      </w:r>
    </w:p>
    <w:p>
      <w:pPr>
        <w:jc w:val="right"/>
      </w:pPr>
      <w:r>
        <w:t>اجتماعی معاملات میں۔ جو انسان یا جو گروہ۔ پیچھے ہٹتا ہے، پیچھے ہٹتا ہے۔ اسی کے لیے اللہ کی طرف سے آگے بڑھنے کے فیصلے ہوتے ہیں۔</w:t>
      </w:r>
    </w:p>
    <w:p>
      <w:r>
        <w:rPr>
          <w:b/>
        </w:rPr>
        <w:t xml:space="preserve">[18:56] </w:t>
      </w:r>
      <w:r>
        <w:t>yani quraish ne aap ko peeche hataya hai. aur Allah ne likh diya. fath mubeen, inna fathna laka fath mubeena.</w:t>
      </w:r>
    </w:p>
    <w:p>
      <w:pPr>
        <w:jc w:val="right"/>
      </w:pPr>
      <w:r>
        <w:t>یعنی قریش نے آپ کو پیچھے ہٹایا ہے۔ اور اللہ نے لکھ دیا۔ فتح مبین، ان فتحنا علیک فتح مبینہ۔</w:t>
      </w:r>
    </w:p>
    <w:p>
      <w:r>
        <w:rPr>
          <w:b/>
        </w:rPr>
        <w:t xml:space="preserve">[19:07] </w:t>
      </w:r>
      <w:r>
        <w:t>is se usool nikla, usool nikla.</w:t>
      </w:r>
    </w:p>
    <w:p>
      <w:pPr>
        <w:jc w:val="right"/>
      </w:pPr>
      <w:r>
        <w:t>اس سے اصول نکلا، اصول نکلا۔</w:t>
      </w:r>
    </w:p>
    <w:p>
      <w:r>
        <w:rPr>
          <w:b/>
        </w:rPr>
        <w:t xml:space="preserve">[19:12] </w:t>
      </w:r>
      <w:r>
        <w:t>ke jo insaan ya jo groh.</w:t>
      </w:r>
    </w:p>
    <w:p>
      <w:pPr>
        <w:jc w:val="right"/>
      </w:pPr>
      <w:r>
        <w:t>کہ جو انسان یا جو گروہ۔</w:t>
      </w:r>
    </w:p>
    <w:p>
      <w:r>
        <w:rPr>
          <w:b/>
        </w:rPr>
        <w:t xml:space="preserve">[19:18] </w:t>
      </w:r>
      <w:r>
        <w:t>naza ke baghair, naza ke bajaye.</w:t>
      </w:r>
    </w:p>
    <w:p>
      <w:pPr>
        <w:jc w:val="right"/>
      </w:pPr>
      <w:r>
        <w:t>نزا کے بغیر، نزا کے بجائے۔</w:t>
      </w:r>
    </w:p>
    <w:p>
      <w:r>
        <w:rPr>
          <w:b/>
        </w:rPr>
        <w:t xml:space="preserve">[19:25] </w:t>
      </w:r>
      <w:r>
        <w:t>management ka tareeqa ikhtiyar karte hain. un ke liye Allah ka hukum ho jata hai farishton ko. ke inhen.</w:t>
      </w:r>
    </w:p>
    <w:p>
      <w:pPr>
        <w:jc w:val="right"/>
      </w:pPr>
      <w:r>
        <w:t>مینجمنٹ کا طریقہ اختیار کرتے ہیں۔ ان کے لیے اللہ کا حکم ہو جاتا ہے فرشتوں کو۔ کہ انہیں۔</w:t>
      </w:r>
    </w:p>
    <w:p>
      <w:r>
        <w:rPr>
          <w:b/>
        </w:rPr>
        <w:t xml:space="preserve">[19:36] </w:t>
      </w:r>
      <w:r>
        <w:t>un ke aage barhne ke rastay khol de un ke liye.</w:t>
      </w:r>
    </w:p>
    <w:p>
      <w:pPr>
        <w:jc w:val="right"/>
      </w:pPr>
      <w:r>
        <w:t>ان کے آگے بڑھنے کے راستے کھول دے ان کے لیے۔</w:t>
      </w:r>
    </w:p>
    <w:p>
      <w:r>
        <w:rPr>
          <w:b/>
        </w:rPr>
        <w:t xml:space="preserve">[19:48] </w:t>
      </w:r>
      <w:r>
        <w:t>to peechhe hat, peechhe hatna. ka mani hai. apne mission ko chhodna nahin hai.</w:t>
      </w:r>
    </w:p>
    <w:p>
      <w:pPr>
        <w:jc w:val="right"/>
      </w:pPr>
      <w:r>
        <w:t>تو پیچھے ہٹ، پیچھے ہٹنا۔ کا معنی ہے۔ اپنے مشن کو چھوڑنا نہیں ہے۔</w:t>
      </w:r>
    </w:p>
    <w:p>
      <w:r>
        <w:rPr>
          <w:b/>
        </w:rPr>
        <w:t xml:space="preserve">[19:58] </w:t>
      </w:r>
      <w:r>
        <w:t>mission ko. zyada well management mein. hazir karna hai.</w:t>
      </w:r>
    </w:p>
    <w:p>
      <w:pPr>
        <w:jc w:val="right"/>
      </w:pPr>
      <w:r>
        <w:t>مشن کو۔ زیادہ ویل مینجمنٹ میں۔ حاضر کرنا ہے۔</w:t>
      </w:r>
    </w:p>
    <w:p>
      <w:r>
        <w:rPr>
          <w:b/>
        </w:rPr>
        <w:t xml:space="preserve">[20:10] </w:t>
      </w:r>
      <w:r>
        <w:t>yani Hudaybiyah ki tareekh kya batati hai?</w:t>
      </w:r>
    </w:p>
    <w:p>
      <w:pPr>
        <w:jc w:val="right"/>
      </w:pPr>
      <w:r>
        <w:t>یعنی حدیبیہ کی تاریخ کیا بتاتی ہے؟</w:t>
      </w:r>
    </w:p>
    <w:p>
      <w:r>
        <w:rPr>
          <w:b/>
        </w:rPr>
        <w:t xml:space="preserve">[20:16] </w:t>
      </w:r>
      <w:r>
        <w:t xml:space="preserve">Hudaybiyah ki tareekh batati hai ke Hudaybiyah mein Rasool Allah ne jo. </w:t>
      </w:r>
    </w:p>
    <w:p>
      <w:pPr>
        <w:jc w:val="right"/>
      </w:pPr>
      <w:r>
        <w:t>حدیبیہ کی تاریخ بتاتی ہے کہ حدیبیہ میں رسول اللہ نے جو۔</w:t>
      </w:r>
    </w:p>
    <w:p>
      <w:r>
        <w:rPr>
          <w:b/>
        </w:rPr>
        <w:t xml:space="preserve">[20:26] </w:t>
      </w:r>
      <w:r>
        <w:t>tareeqa ikhtiyar kiya tha. management ka. woh. bazahir peechhe hatna tha lekin farishton ki madad se.</w:t>
      </w:r>
    </w:p>
    <w:p>
      <w:pPr>
        <w:jc w:val="right"/>
      </w:pPr>
      <w:r>
        <w:t>طریقہ اختیار کیا تھا۔ مینجمنٹ کا۔ وہ۔ بظاہر پیچھے ہٹنا تھا لیکن فرشتوں کی مدد سے۔</w:t>
      </w:r>
    </w:p>
    <w:p>
      <w:r>
        <w:rPr>
          <w:b/>
        </w:rPr>
        <w:t xml:space="preserve">[20:39] </w:t>
      </w:r>
      <w:r>
        <w:t>woh aage barhna ban gaya.</w:t>
      </w:r>
    </w:p>
    <w:p>
      <w:pPr>
        <w:jc w:val="right"/>
      </w:pPr>
      <w:r>
        <w:t>وہ آگے بڑھنا بن گیا۔</w:t>
      </w:r>
    </w:p>
    <w:p>
      <w:r>
        <w:rPr>
          <w:b/>
        </w:rPr>
        <w:t xml:space="preserve">[20:47] </w:t>
      </w:r>
      <w:r>
        <w:t>yeh muamla dekhiye. kisi ek issue ka muamla nahin hai. har issue ka muamla hai.</w:t>
      </w:r>
    </w:p>
    <w:p>
      <w:pPr>
        <w:jc w:val="right"/>
      </w:pPr>
      <w:r>
        <w:t>یہ معاملہ دیکھیے۔ کسی ایک ایشو کا معاملہ نہیں ہے۔ ہر ایشو کا معاملہ ہے۔</w:t>
      </w:r>
    </w:p>
    <w:p>
      <w:r>
        <w:rPr>
          <w:b/>
        </w:rPr>
        <w:t xml:space="preserve">[20:58] </w:t>
      </w:r>
      <w:r>
        <w:t>har issue ka, chahe woh. zaati ho, khandani ho, social ho, koi bhi ho.</w:t>
      </w:r>
    </w:p>
    <w:p>
      <w:pPr>
        <w:jc w:val="right"/>
      </w:pPr>
      <w:r>
        <w:t>ہر ایشو کا، چاہے وہ۔ ذاتی ہو، خاندانی ہو، سوشل ہو، کوئی بھی ہو۔</w:t>
      </w:r>
    </w:p>
    <w:p>
      <w:r>
        <w:rPr>
          <w:b/>
        </w:rPr>
        <w:t xml:space="preserve">[21:08] </w:t>
      </w:r>
      <w:r>
        <w:t>hata ke shadi byah ka ho. shadi byah mein aap dekhiye jo peechhe hat'ta hai wohi aage barhta hai.</w:t>
      </w:r>
    </w:p>
    <w:p>
      <w:pPr>
        <w:jc w:val="right"/>
      </w:pPr>
      <w:r>
        <w:t>حتی کہ شادی بیاہ کا ہو۔ شادی بیاہ میں آپ دیکھیے جو پیچھے ہٹتا ہے وہی آگے بڑھتا ہے۔</w:t>
      </w:r>
    </w:p>
    <w:p>
      <w:r>
        <w:rPr>
          <w:b/>
        </w:rPr>
        <w:t xml:space="preserve">[21:18] </w:t>
      </w:r>
      <w:r>
        <w:t>har yahi usool.</w:t>
      </w:r>
    </w:p>
    <w:p>
      <w:pPr>
        <w:jc w:val="right"/>
      </w:pPr>
      <w:r>
        <w:t>ہر یہی اصول۔</w:t>
      </w:r>
    </w:p>
    <w:p>
      <w:r>
        <w:rPr>
          <w:b/>
        </w:rPr>
        <w:t xml:space="preserve">[21:23] </w:t>
      </w:r>
      <w:r>
        <w:t>hai.</w:t>
      </w:r>
    </w:p>
    <w:p>
      <w:pPr>
        <w:jc w:val="right"/>
      </w:pPr>
      <w:r>
        <w:t>ہے۔</w:t>
      </w:r>
    </w:p>
    <w:p>
      <w:r>
        <w:rPr>
          <w:b/>
        </w:rPr>
        <w:t xml:space="preserve">[21:31] </w:t>
      </w:r>
      <w:r>
        <w:t>jo aage barhne par israr karta hai, israr. woh kabhi kamyab nahin hota, us ke hisse mein ladai bhadai.</w:t>
      </w:r>
    </w:p>
    <w:p>
      <w:pPr>
        <w:jc w:val="right"/>
      </w:pPr>
      <w:r>
        <w:t>جو آگے بڑھنے پر اصرار کرتا ہے، اصرار۔ وہ کبھی کامیاب نہیں ہوتا، اس کے حصے میں لڑائی بھڑائی۔</w:t>
      </w:r>
    </w:p>
    <w:p>
      <w:r>
        <w:rPr>
          <w:b/>
        </w:rPr>
        <w:t xml:space="preserve">[21:40] </w:t>
      </w:r>
      <w:r>
        <w:t>is ki misaal aap dekhte dekh sakte hain. Kashmir ka issue, Falasteen ka issue.</w:t>
      </w:r>
    </w:p>
    <w:p>
      <w:pPr>
        <w:jc w:val="right"/>
      </w:pPr>
      <w:r>
        <w:t>اس کی مثال آپ دیکھتے دیکھ سکتے ہیں۔ کشمیر کا ایشو، فلسطین کا ایشو۔</w:t>
      </w:r>
    </w:p>
    <w:p>
      <w:r>
        <w:rPr>
          <w:b/>
        </w:rPr>
        <w:t xml:space="preserve">[21:49] </w:t>
      </w:r>
      <w:r>
        <w:t>Misr ka issue. wahan ke leader log bas hamein to aage barhna hai, is par qaim hain. yani.</w:t>
      </w:r>
    </w:p>
    <w:p>
      <w:pPr>
        <w:jc w:val="right"/>
      </w:pPr>
      <w:r>
        <w:t>مصر کا ایشو۔ وہاں کے لیڈر لوگ بس ہمیں تو آگے بڑھنا ہے، اس پر قائم ہیں۔ یعنی۔</w:t>
      </w:r>
    </w:p>
    <w:p>
      <w:r>
        <w:rPr>
          <w:b/>
        </w:rPr>
        <w:t xml:space="preserve">[22:01] </w:t>
      </w:r>
      <w:r>
        <w:t>naz'uun fil amr ke muamle mein hum to nazai karenge, hum to naza karenge.</w:t>
      </w:r>
    </w:p>
    <w:p>
      <w:pPr>
        <w:jc w:val="right"/>
      </w:pPr>
      <w:r>
        <w:t>نازعون فی الامر کے معاملے میں ہم تو نزائی کریں گے، ہم تو نزا کریں گے۔</w:t>
      </w:r>
    </w:p>
    <w:p>
      <w:r>
        <w:rPr>
          <w:b/>
        </w:rPr>
        <w:t xml:space="preserve">[22:13] </w:t>
      </w:r>
      <w:r>
        <w:t>to dekhiye. yeh waqia. hamesha ke liye, qayamat tak ke liye ek ek namoona hai, hamare liye namoona.</w:t>
      </w:r>
    </w:p>
    <w:p>
      <w:pPr>
        <w:jc w:val="right"/>
      </w:pPr>
      <w:r>
        <w:t>تو دیکھیے۔ یہ واقعہ۔ ہمیشہ کے لیے، قیامت تک کے لیے ایک ایک نمونہ ہے، ہمارے لیے نمونہ۔</w:t>
      </w:r>
    </w:p>
    <w:p>
      <w:r>
        <w:rPr>
          <w:b/>
        </w:rPr>
        <w:t xml:space="preserve">[22:23] </w:t>
      </w:r>
      <w:r>
        <w:t>ek model hai. ke jab bhi koi controversy paida ho to us ko manage karo. us ko naza mat banao.</w:t>
      </w:r>
    </w:p>
    <w:p>
      <w:pPr>
        <w:jc w:val="right"/>
      </w:pPr>
      <w:r>
        <w:t>ایک ماڈل ہے۔ کہ جب بھی کوئی کنٹروورسی پیدا ہو تو اس کو مینج کرو۔ اس کو نزا مت بناؤ۔</w:t>
      </w:r>
    </w:p>
    <w:p>
      <w:r>
        <w:rPr>
          <w:b/>
        </w:rPr>
        <w:t xml:space="preserve">[22:40] </w:t>
      </w:r>
      <w:r>
        <w:t>jab koi controversy paida ho. to us ko naza mat banao, us ko management ke tareeqe par wahin ka wahin khatm kar do.</w:t>
      </w:r>
    </w:p>
    <w:p>
      <w:pPr>
        <w:jc w:val="right"/>
      </w:pPr>
      <w:r>
        <w:t>جب کوئی کنٹروورسی پیدا ہو۔ تو اس کو نزا مت بناؤ، اس کو مینجمنٹ کے طریقے پر وہیں کا وہیں ختم کر دو۔</w:t>
      </w:r>
    </w:p>
    <w:p>
      <w:r>
        <w:rPr>
          <w:b/>
        </w:rPr>
        <w:t xml:space="preserve">[22:58] </w:t>
      </w:r>
      <w:r>
        <w:t>management ka lafz bohat acha lafz hai.</w:t>
      </w:r>
    </w:p>
    <w:p>
      <w:pPr>
        <w:jc w:val="right"/>
      </w:pPr>
      <w:r>
        <w:t>مینجمنٹ کا لفظ بہت اچھا لفظ ہے۔</w:t>
      </w:r>
    </w:p>
    <w:p>
      <w:r>
        <w:rPr>
          <w:b/>
        </w:rPr>
        <w:t xml:space="preserve">[23:05] </w:t>
      </w:r>
      <w:r>
        <w:t>management ka lafz bohat acha lafz hai. to controversy ki bajaye. controversal. takrao, takrao ke bajaye.</w:t>
      </w:r>
    </w:p>
    <w:p>
      <w:pPr>
        <w:jc w:val="right"/>
      </w:pPr>
      <w:r>
        <w:t>مینجمنٹ کا لفظ بہت اچھا لفظ ہے۔ تو کنٹروورسی کی بجائے۔ کنٹروورسل۔ ٹکراؤ، ٹکراؤ کے بجائے۔</w:t>
      </w:r>
    </w:p>
    <w:p>
      <w:r>
        <w:rPr>
          <w:b/>
        </w:rPr>
        <w:t xml:space="preserve">[23:18] </w:t>
      </w:r>
      <w:r>
        <w:t>takrao ke bajaye. management ka tareeqa ikhtiyar kar ke wahin ka wahin khatm kar do. taake tumhare jo qadam barhe hain mission ke liye woh.</w:t>
      </w:r>
    </w:p>
    <w:p>
      <w:pPr>
        <w:jc w:val="right"/>
      </w:pPr>
      <w:r>
        <w:t>ٹکراؤ کے بجائے۔ مینجمنٹ کا طریقہ اختیار کر کے وہیں کا وہیں ختم کر دو۔ تاکہ تمہارے جو قدم بڑھے ہیں مشن کے لیے وہ۔</w:t>
      </w:r>
    </w:p>
    <w:p>
      <w:r>
        <w:rPr>
          <w:b/>
        </w:rPr>
        <w:t xml:space="preserve">[23:33] </w:t>
      </w:r>
      <w:r>
        <w:t>ek minute ke liye bhi deviate na hon.</w:t>
      </w:r>
    </w:p>
    <w:p>
      <w:pPr>
        <w:jc w:val="right"/>
      </w:pPr>
      <w:r>
        <w:t>ایک منٹ کے لیے بھی ڈیویٹ نہ ہوں۔</w:t>
      </w:r>
    </w:p>
    <w:p>
      <w:r>
        <w:rPr>
          <w:b/>
        </w:rPr>
        <w:t xml:space="preserve">[23:42] </w:t>
      </w:r>
      <w:r>
        <w:t>to Hudaybiyah ka jo sabaq hai woh yahi hai. ke deviation se, de-relevant se, de-relevant.</w:t>
      </w:r>
    </w:p>
    <w:p>
      <w:pPr>
        <w:jc w:val="right"/>
      </w:pPr>
      <w:r>
        <w:t>تو حدیبیہ کا جو سبق ہے وہ یہی ہے۔ کہ ڈیوی ایشن سے، ڈی ریلیونٹ سے، ڈی ریلیونٹ۔</w:t>
      </w:r>
    </w:p>
    <w:p>
      <w:r>
        <w:rPr>
          <w:b/>
        </w:rPr>
        <w:t xml:space="preserve">[23:55] </w:t>
      </w:r>
      <w:r>
        <w:t>de rileevant se aakhirat tak bachao apne aap ko.</w:t>
      </w:r>
    </w:p>
    <w:p>
      <w:pPr>
        <w:jc w:val="right"/>
      </w:pPr>
      <w:r>
        <w:t>ڈی ریلیونٹ سے آخرت تک بچاؤ اپنے آپ کو۔</w:t>
      </w:r>
    </w:p>
    <w:p>
      <w:r>
        <w:rPr>
          <w:b/>
        </w:rPr>
        <w:t xml:space="preserve">[24:05] </w:t>
      </w:r>
      <w:r>
        <w:t>kisi kisi haal mein, kisi haal mein.</w:t>
      </w:r>
    </w:p>
    <w:p>
      <w:pPr>
        <w:jc w:val="right"/>
      </w:pPr>
      <w:r>
        <w:t>کسی کسی حال میں، کسی حال میں۔</w:t>
      </w:r>
    </w:p>
    <w:p>
      <w:r>
        <w:rPr>
          <w:b/>
        </w:rPr>
        <w:t xml:space="preserve">[24:13] </w:t>
      </w:r>
      <w:r>
        <w:t>de rileevant ka tareeqa ikhtiyar na karo. mein bataoon ke yeh de rileevant jo hai bohat acha lafz hai.</w:t>
      </w:r>
    </w:p>
    <w:p>
      <w:pPr>
        <w:jc w:val="right"/>
      </w:pPr>
      <w:r>
        <w:t>ڈی ریلیونٹ کا طریقہ اختیار نہ کرو۔ میں بتاؤں کہ یہ ڈی ریلیونٹ جو ہے بہت اچھا لفظ ہے۔</w:t>
      </w:r>
    </w:p>
    <w:p>
      <w:r>
        <w:rPr>
          <w:b/>
        </w:rPr>
        <w:t xml:space="preserve">[24:24] </w:t>
      </w:r>
      <w:r>
        <w:t>yeh bana hai. rail ki pattiyon se. aap jante hain ke rail ki pattiyan jo bichhai gai.</w:t>
      </w:r>
    </w:p>
    <w:p>
      <w:pPr>
        <w:jc w:val="right"/>
      </w:pPr>
      <w:r>
        <w:t>یہ بنا ہے۔ ریل کی پٹیوں سے۔ آپ جانتے ہیں کہ ریل کی پٹیاں جو بچھائی گئی۔</w:t>
      </w:r>
    </w:p>
    <w:p>
      <w:r>
        <w:rPr>
          <w:b/>
        </w:rPr>
        <w:t xml:space="preserve">[24:34] </w:t>
      </w:r>
      <w:r>
        <w:t>indya mein aur bahar. to jab gaari chalti hai.</w:t>
      </w:r>
    </w:p>
    <w:p>
      <w:pPr>
        <w:jc w:val="right"/>
      </w:pPr>
      <w:r>
        <w:t>انڈیا میں اور باہر۔ تو جب گاڑی چلتی ہے۔</w:t>
      </w:r>
    </w:p>
    <w:p>
      <w:r>
        <w:rPr>
          <w:b/>
        </w:rPr>
        <w:t xml:space="preserve">[24:43] </w:t>
      </w:r>
      <w:r>
        <w:t>to woh apni pattiyon pe chalti hai.</w:t>
      </w:r>
    </w:p>
    <w:p>
      <w:pPr>
        <w:jc w:val="right"/>
      </w:pPr>
      <w:r>
        <w:t>تو وہ اپنی پٹیوں پہ چلتی ہے۔</w:t>
      </w:r>
    </w:p>
    <w:p>
      <w:r>
        <w:rPr>
          <w:b/>
        </w:rPr>
        <w:t xml:space="preserve">[24:50] </w:t>
      </w:r>
      <w:r>
        <w:t>agar pattiyaan hat jayen to is ko kehte hain. ke gaari deril, deril ho gai. yaani pattiyaan hat gayin.</w:t>
      </w:r>
    </w:p>
    <w:p>
      <w:pPr>
        <w:jc w:val="right"/>
      </w:pPr>
      <w:r>
        <w:t>اگر پٹیز ہٹ جائیں تو اس کو کہتے ہیں۔ کہ گاڑی ڈیریل، ڈیریل ہو گئی۔ یعنی پٹیز ہٹ گئی۔</w:t>
      </w:r>
    </w:p>
    <w:p>
      <w:r>
        <w:rPr>
          <w:b/>
        </w:rPr>
        <w:t xml:space="preserve">[25:03] </w:t>
      </w:r>
      <w:r>
        <w:t>to gaari ko patti se na hatne dena, larr kar nahin. larr kar nahin, khud apne aap ko manage kar ke.</w:t>
      </w:r>
    </w:p>
    <w:p>
      <w:pPr>
        <w:jc w:val="right"/>
      </w:pPr>
      <w:r>
        <w:t>تو گاڑی کو پٹی سے نہ ہٹنے دینا، لڑ کر نہیں۔ لڑ کر نہیں، خود اپنے آپ کو مینج کر کے۔</w:t>
      </w:r>
    </w:p>
    <w:p>
      <w:r>
        <w:rPr>
          <w:b/>
        </w:rPr>
        <w:t xml:space="preserve">[25:25] </w:t>
      </w:r>
      <w:r>
        <w:t>khud apne aap ko manage karo.</w:t>
      </w:r>
    </w:p>
    <w:p>
      <w:pPr>
        <w:jc w:val="right"/>
      </w:pPr>
      <w:r>
        <w:t>خود اپنے آپ کو مینج کرو۔</w:t>
      </w:r>
    </w:p>
    <w:p>
      <w:r>
        <w:rPr>
          <w:b/>
        </w:rPr>
        <w:t xml:space="preserve">[25:30] </w:t>
      </w:r>
      <w:r>
        <w:t>wala naz'uun ka jo lafz hai is ka tarjuma hoga hargiz.</w:t>
      </w:r>
    </w:p>
    <w:p>
      <w:pPr>
        <w:jc w:val="right"/>
      </w:pPr>
      <w:r>
        <w:t>ولا نازعون کا جو لفظ ہے اس کا ترجمہ ہوگا ہرگز۔</w:t>
      </w:r>
    </w:p>
    <w:p>
      <w:r>
        <w:rPr>
          <w:b/>
        </w:rPr>
        <w:t xml:space="preserve">[25:38] </w:t>
      </w:r>
      <w:r>
        <w:t>hargiz aisa mat karo. yaani yeh.</w:t>
      </w:r>
    </w:p>
    <w:p>
      <w:pPr>
        <w:jc w:val="right"/>
      </w:pPr>
      <w:r>
        <w:t>ہرگز ایسا مت کرو۔ یعنی یہ۔</w:t>
      </w:r>
    </w:p>
    <w:p>
      <w:r>
        <w:rPr>
          <w:b/>
        </w:rPr>
        <w:t xml:space="preserve">[25:50] </w:t>
      </w:r>
      <w:r>
        <w:t>sadah lafz nahin hai.</w:t>
      </w:r>
    </w:p>
    <w:p>
      <w:pPr>
        <w:jc w:val="right"/>
      </w:pPr>
      <w:r>
        <w:t>سادہ لفظ نہیں ہے۔</w:t>
      </w:r>
    </w:p>
    <w:p>
      <w:r>
        <w:rPr>
          <w:b/>
        </w:rPr>
        <w:t xml:space="preserve">[25:54] </w:t>
      </w:r>
      <w:r>
        <w:t>woh hargiz ke bare mein hai.</w:t>
      </w:r>
    </w:p>
    <w:p>
      <w:pPr>
        <w:jc w:val="right"/>
      </w:pPr>
      <w:r>
        <w:t>وہ ہرگز کے بارے میں ہے۔</w:t>
      </w:r>
    </w:p>
    <w:p>
      <w:r>
        <w:rPr>
          <w:b/>
        </w:rPr>
        <w:t xml:space="preserve">[26:03] </w:t>
      </w:r>
      <w:r>
        <w:t>to mein samajhta hoon ke. aaj. musalmanon ko, sirf indya ke musalmanon ko nahin, misr ke musalmanon ko, kashmir ke musalmanon ko.</w:t>
      </w:r>
    </w:p>
    <w:p>
      <w:pPr>
        <w:jc w:val="right"/>
      </w:pPr>
      <w:r>
        <w:t>تو میں سمجھتا ہوں کہ۔ آج۔ مسلمانوں کو، صرف انڈیا کے مسلمانوں کو نہیں، مصر کے مسلمانوں کو، کشمیر کے مسلمانوں کو۔</w:t>
      </w:r>
    </w:p>
    <w:p>
      <w:r>
        <w:rPr>
          <w:b/>
        </w:rPr>
        <w:t xml:space="preserve">[26:22] </w:t>
      </w:r>
      <w:r>
        <w:t>falasteen ke musalmanon ko, har jagah ke musalmanon ko. yeh. faisla karna chahiye.</w:t>
      </w:r>
    </w:p>
    <w:p>
      <w:pPr>
        <w:jc w:val="right"/>
      </w:pPr>
      <w:r>
        <w:t>فلسطین کے مسلمانوں کو، ہر جگہ کے مسلمانوں کو۔ یہ۔ فیصلہ کرنا چاہیے۔</w:t>
      </w:r>
    </w:p>
    <w:p>
      <w:r>
        <w:rPr>
          <w:b/>
        </w:rPr>
        <w:t xml:space="preserve">[26:34] </w:t>
      </w:r>
      <w:r>
        <w:t>ke hamara tareeqa kya hona chahiye. ke jab bhi koi naza paida ho to naza ko.</w:t>
      </w:r>
    </w:p>
    <w:p>
      <w:pPr>
        <w:jc w:val="right"/>
      </w:pPr>
      <w:r>
        <w:t>کہ ہمارا طریقہ کیا ہونا چاہیے۔ کہ جب بھی کوئی نزا پیدا ہو۔ تو نزا کو۔</w:t>
      </w:r>
    </w:p>
    <w:p>
      <w:r>
        <w:rPr>
          <w:b/>
        </w:rPr>
        <w:t xml:space="preserve">[26:48] </w:t>
      </w:r>
      <w:r>
        <w:t>har. takrao na banne dein, balkeh.</w:t>
      </w:r>
    </w:p>
    <w:p>
      <w:pPr>
        <w:jc w:val="right"/>
      </w:pPr>
      <w:r>
        <w:t>ہر۔ ٹکراؤ نہ بننے دیں، بلکہ۔</w:t>
      </w:r>
    </w:p>
    <w:p>
      <w:r>
        <w:rPr>
          <w:b/>
        </w:rPr>
        <w:t xml:space="preserve">[26:57] </w:t>
      </w:r>
      <w:r>
        <w:t>balkeh. management ke tareeqe par chalte hue maamle ko wohin ka wohin.</w:t>
      </w:r>
    </w:p>
    <w:p>
      <w:pPr>
        <w:jc w:val="right"/>
      </w:pPr>
      <w:r>
        <w:t>بلکہ۔ مینجمنٹ کے طریقے پر چلتے ہوئے۔ معاملے کو وہیں کا وہیں۔</w:t>
      </w:r>
    </w:p>
    <w:p>
      <w:r>
        <w:rPr>
          <w:b/>
        </w:rPr>
        <w:t xml:space="preserve">[27:08] </w:t>
      </w:r>
      <w:r>
        <w:t>khatm kar dein.</w:t>
      </w:r>
    </w:p>
    <w:p>
      <w:pPr>
        <w:jc w:val="right"/>
      </w:pPr>
      <w:r>
        <w:t>ختم کر دیں۔</w:t>
      </w:r>
    </w:p>
    <w:p>
      <w:r>
        <w:rPr>
          <w:b/>
        </w:rPr>
        <w:t xml:space="preserve">[27:16] </w:t>
      </w:r>
      <w:r>
        <w:t>yeh jo michael hart ne, doctor michael hart ne jo kitaab likhi hai, da dead, to us mein unhon ne kaha hai.</w:t>
      </w:r>
    </w:p>
    <w:p>
      <w:pPr>
        <w:jc w:val="right"/>
      </w:pPr>
      <w:r>
        <w:t>یہ جو مائیکل ہارٹ نے، ڈاکٹر مائیکل ہارٹ نے جو کتاب لکھی ہے، دا ڈیڈ، تو اس میں انہوں نے کہا ہے۔</w:t>
      </w:r>
    </w:p>
    <w:p>
      <w:r>
        <w:rPr>
          <w:b/>
        </w:rPr>
        <w:t xml:space="preserve">[27:28] </w:t>
      </w:r>
      <w:r>
        <w:t>ke Muhammad sallallahu alaihi wasallam. poori insani history ke. sab se zyada kamyab insan thay.</w:t>
      </w:r>
    </w:p>
    <w:p>
      <w:pPr>
        <w:jc w:val="right"/>
      </w:pPr>
      <w:r>
        <w:t>کہ محمد صلی اللہ علیہ وسلم۔ پوری انسانی ہسٹری کے۔ سب سے زیادہ کامیاب انسان تھے۔</w:t>
      </w:r>
    </w:p>
    <w:p>
      <w:r>
        <w:rPr>
          <w:b/>
        </w:rPr>
        <w:t xml:space="preserve">[27:44] </w:t>
      </w:r>
      <w:r>
        <w:t>sab se zyada kamyab insan. to woh magar yeh nahin bata paye ke yeh kamyabi bhi aap ne kaise hasil ki.</w:t>
      </w:r>
    </w:p>
    <w:p>
      <w:pPr>
        <w:jc w:val="right"/>
      </w:pPr>
      <w:r>
        <w:t>سب سے زیادہ کامیاب انسان۔ تو وہ مگر یہ نہیں بتا پائے کہ یہ کامیابی بھی آپ نے کیسے حاصل کی۔</w:t>
      </w:r>
    </w:p>
    <w:p>
      <w:r>
        <w:rPr>
          <w:b/>
        </w:rPr>
        <w:t xml:space="preserve">[27:59] </w:t>
      </w:r>
      <w:r>
        <w:t>woh kamyabi bhi hasil ki aap ne.</w:t>
      </w:r>
    </w:p>
    <w:p>
      <w:pPr>
        <w:jc w:val="right"/>
      </w:pPr>
      <w:r>
        <w:t>وہ کامیابی بھی حاصل کی آپ نے۔</w:t>
      </w:r>
    </w:p>
    <w:p>
      <w:r>
        <w:rPr>
          <w:b/>
        </w:rPr>
        <w:t xml:space="preserve">[28:07] </w:t>
      </w:r>
      <w:r>
        <w:t>controversy ko khatm kiya. management ka tareeqa ikhtiyar kiya. yeh hai is sabaq. jo hum ko. hasil karna chahiye.</w:t>
      </w:r>
    </w:p>
    <w:p>
      <w:pPr>
        <w:jc w:val="right"/>
      </w:pPr>
      <w:r>
        <w:t>کنٹروورسی کو ختم کیا۔ مینجمنٹ کا طریقہ اختیار کیا۔ یہ ہے اس سبق۔ جو ہم کو۔ حاصل کرنا چاہیے۔</w:t>
      </w:r>
    </w:p>
    <w:p>
      <w:r>
        <w:rPr>
          <w:b/>
        </w:rPr>
        <w:t xml:space="preserve">[28:20] </w:t>
      </w:r>
      <w:r>
        <w:t>aaj ki tareekh mein. mein dua karta hoon ke Allah taala. hum sab ko tofeeq de. ke apne.</w:t>
      </w:r>
    </w:p>
    <w:p>
      <w:pPr>
        <w:jc w:val="right"/>
      </w:pPr>
      <w:r>
        <w:t>آج کی تاریخ میں۔ میں دعا کرتا ہوں کہ اللہ تعالیٰ۔ ہم سب کو توفیق دے۔ کہ اپنے۔</w:t>
      </w:r>
    </w:p>
    <w:p>
      <w:r>
        <w:rPr>
          <w:b/>
        </w:rPr>
        <w:t xml:space="preserve">[28:31] </w:t>
      </w:r>
      <w:r>
        <w:t>baray baray issue mein nahin sirf. balkay har issue mein, hatta ke.</w:t>
      </w:r>
    </w:p>
    <w:p>
      <w:pPr>
        <w:jc w:val="right"/>
      </w:pPr>
      <w:r>
        <w:t>بڑے بڑے ایشو میں نہیں صرف۔ بلکہ ہر ایشو میں، حتی کہ۔</w:t>
      </w:r>
    </w:p>
    <w:p>
      <w:r>
        <w:rPr>
          <w:b/>
        </w:rPr>
        <w:t xml:space="preserve">[28:41] </w:t>
      </w:r>
      <w:r>
        <w:t>zawjan ka masla ho, ghar ka masla ho, miyan biwi ka masla ho. ya qaumi masla ho, har maslay ko.</w:t>
      </w:r>
    </w:p>
    <w:p>
      <w:pPr>
        <w:jc w:val="right"/>
      </w:pPr>
      <w:r>
        <w:t>زوجان کا مسئلہ ہو، گھر کا مسئلہ ہو، میاں بیوی کا مسئلہ ہو۔ یا قومی مسئلہ ہو، ہر مسئلے کو۔</w:t>
      </w:r>
    </w:p>
    <w:p>
      <w:r>
        <w:rPr>
          <w:b/>
        </w:rPr>
        <w:t xml:space="preserve">[28:52] </w:t>
      </w:r>
      <w:r>
        <w:t>management ke usool par. khatam karen. Allah taala tofeeq de. hum sab ko. ke hum.</w:t>
      </w:r>
    </w:p>
    <w:p>
      <w:pPr>
        <w:jc w:val="right"/>
      </w:pPr>
      <w:r>
        <w:t>مینجمنٹ کے اصول پر۔ ختم کریں۔ اللہ تعالیٰ توفیق دے۔ ہم سب کو۔ کہ ہم۔</w:t>
      </w:r>
    </w:p>
    <w:p>
      <w:r>
        <w:rPr>
          <w:b/>
        </w:rPr>
        <w:t xml:space="preserve">[29:02] </w:t>
      </w:r>
      <w:r>
        <w:t>is hikmat ko janiye, is wisdom ko janiye.</w:t>
      </w:r>
    </w:p>
    <w:p>
      <w:pPr>
        <w:jc w:val="right"/>
      </w:pPr>
      <w:r>
        <w:t>اس حکمت کو جانیں، اس وزڈم کو جانیں۔</w:t>
      </w:r>
    </w:p>
    <w:p>
      <w:r>
        <w:rPr>
          <w:b/>
        </w:rPr>
        <w:t xml:space="preserve">[29:10] </w:t>
      </w:r>
      <w:r>
        <w:t>yeh meri dua hai. apne liye aur aap sab ke liye. Assalam o alaikum wa rehmatullahi.</w:t>
      </w:r>
    </w:p>
    <w:p>
      <w:pPr>
        <w:jc w:val="right"/>
      </w:pPr>
      <w:r>
        <w:t>یہ میری دعا ہے۔ اپنے لیے اور آپ سب کے لیے۔ السلام علیکم ورحمۃ اللہ۔</w:t>
      </w:r>
    </w:p>
    <w:p>
      <w:r>
        <w:rPr>
          <w:b/>
        </w:rPr>
        <w:t xml:space="preserve">[29:28] </w:t>
      </w:r>
      <w:r>
        <w:t>Okay, we will start with the question answer and comment session. Uh, I request all the online viewers to also post their location, uh, when they give their comments or they send their questions.</w:t>
      </w:r>
    </w:p>
    <w:p>
      <w:pPr>
        <w:jc w:val="right"/>
      </w:pPr>
      <w:r>
        <w:t>اوکے، وی ویل سٹارٹ ود دی کوئسچن انسر اینڈ کمنٹ سیشن۔ اہ، ائی ریکویسٹ ال دی ان لائن ویوورز ٹو السو پوسٹ دیر لوکیشن، اہ، وین دے گیو دیر کمنٹس اور دے سینڈ دیر کوئسچنز۔</w:t>
      </w:r>
    </w:p>
    <w:p>
      <w:r>
        <w:rPr>
          <w:b/>
        </w:rPr>
        <w:t xml:space="preserve">[29:41] </w:t>
      </w:r>
      <w:r>
        <w:t>Maulana, sab se pehle comment lena chahenge. Uh, yeh comment bheja hai Maulana Iqbal Umri ne Chennai se. unhon ne likha hai: "Issue ko manage karna hi fateh ka rasta kholta hai." Maulana, is sunnat ko Al Risala mission hi bata paya hai.</w:t>
      </w:r>
    </w:p>
    <w:p>
      <w:pPr>
        <w:jc w:val="right"/>
      </w:pPr>
      <w:r>
        <w:t>مولانا، سب سے پہلے کمنٹ لینا چاہیں گے۔ اہ، یہ کمنٹ بھیجا ہے مولانا اقبال عمری نے چنئی سے۔ انہوں نے لکھا ہے: "ایشو کو مینج کرنا ہی فتح کا راستہ کھولتا ہے۔" مولانا، اس سنت کو الرسالہ مشن ہی بتا پایا ہے۔</w:t>
      </w:r>
    </w:p>
    <w:p>
      <w:r>
        <w:rPr>
          <w:b/>
        </w:rPr>
        <w:t xml:space="preserve">[30:01] </w:t>
      </w:r>
      <w:r>
        <w:t>Jazak Allah. Muhammad Irfan Rashidi sahab ne Nagpur se likha hai: "Amr ko nizam banaye baghair, ghair nizam andaaz mein khatam karna, yeh wisdom hai aur Rasool Allah ki sunnat bhi." This is great wisdom.</w:t>
      </w:r>
    </w:p>
    <w:p>
      <w:pPr>
        <w:jc w:val="right"/>
      </w:pPr>
      <w:r>
        <w:t>جزاک اللہ۔ محمد عرفان رشیدی صاحب نے ناکپور سے لکھا ہے: "امر کو نظام بنائے بغیر، غیر نظام انداز میں ختم کرنا، یہ وزڈم ہے اور رسول اللہ کی سنت بھی۔" دس از گریٹ وزڈ</w:t>
      </w:r>
    </w:p>
    <w:p>
      <w:r>
        <w:rPr>
          <w:b/>
        </w:rPr>
        <w:t xml:space="preserve">[30:18] </w:t>
      </w:r>
      <w:r>
        <w:t>M. Phir unhon ne likha hai: "Ijtamai maamle mein jo groh peechay hatt jata hai, Allah usi ke liye aagay barhanay ka faisla karta hai.</w:t>
      </w:r>
    </w:p>
    <w:p>
      <w:pPr>
        <w:jc w:val="right"/>
      </w:pPr>
      <w:r>
        <w:t>م۔ پھر انہوں نے لکھا ہے: "اجتماعی معاملے میں جو گروہ پیچھے ہٹ جاتا ہے، اللہ اسی کے لیے آگے بڑھانے کا فیصلہ کرتا ہے۔</w:t>
      </w:r>
    </w:p>
    <w:p>
      <w:r>
        <w:rPr>
          <w:b/>
        </w:rPr>
        <w:t xml:space="preserve">[30:29] </w:t>
      </w:r>
      <w:r>
        <w:t>Sulh Hudaybiyyah is ki umda misaal hai." Very thoughtful, Jazak Allah Maulana sahab. Mustafa Ali sahab ne Kolkata se likha hai: "By avoiding conflict, one can save one's energy for positive wo</w:t>
      </w:r>
    </w:p>
    <w:p>
      <w:pPr>
        <w:jc w:val="right"/>
      </w:pPr>
      <w:r>
        <w:t>صلح حدیبیہ اس کی عمدہ مثال ہے۔" ویری تھاٹ فل، جزاک اللہ مولانا صاحب۔ اصطفی علی صاحب نے کلکتہ سے لکھا ہے: "بائے اوائڈنگ کانفلکٹ، ون کین سیو ونز انرجی فار پوزیٹیو و</w:t>
      </w:r>
    </w:p>
    <w:p>
      <w:r>
        <w:rPr>
          <w:b/>
        </w:rPr>
        <w:t xml:space="preserve">[30:45] </w:t>
      </w:r>
      <w:r>
        <w:t>rks." This is one of the lessons from Hudaybiyyah treaty. Jazak Allah Maulana. Muhammad Rafiq sahab ne Banur se likha hai: "Naza ke baghair peechay hatna, Khuda ki madad hasil karna hai aur woh aagay barhata hai." Jazak Allah Maulana.</w:t>
      </w:r>
    </w:p>
    <w:p>
      <w:pPr>
        <w:jc w:val="right"/>
      </w:pPr>
      <w:r>
        <w:t>رکس۔" دس از ون اف دا لیسنز فرام حدیبیہ ٹریٹی۔ جزاک اللہ مولانا۔ محمد رفیق صاحب نے بنور سے لکھا ہے: "نزا کے بغیر پیچھے ہٹنا، خدا کی مدد حاصل کرنا ہے اور وہ آگے بڑھاتا ہے۔" جزاک اللہ مولانا۔</w:t>
      </w:r>
    </w:p>
    <w:p>
      <w:r>
        <w:rPr>
          <w:b/>
        </w:rPr>
        <w:t xml:space="preserve">[31:07] </w:t>
      </w:r>
      <w:r>
        <w:t>Khalid Dad Khan sahab ne Bhopal se likha hai: "Agar hum tareekh ko seriously study karein to poori zindagi ko saleeqay se jee sakte hain.</w:t>
      </w:r>
    </w:p>
    <w:p>
      <w:pPr>
        <w:jc w:val="right"/>
      </w:pPr>
      <w:r>
        <w:t>خالد داد خان صاحب نے بھوپال سے لکھا ہے: "اگر ہم تاریخ کو سیریسلی سٹڈی کریں تو پوری زندگی کو سلیقے سے جی سکتے ہیں۔</w:t>
      </w:r>
    </w:p>
    <w:p>
      <w:r>
        <w:rPr>
          <w:b/>
        </w:rPr>
        <w:t xml:space="preserve">[31:18] </w:t>
      </w:r>
      <w:r>
        <w:t>Wahan har tarah ke sabak aur experiment maujood hain."</w:t>
      </w:r>
    </w:p>
    <w:p>
      <w:pPr>
        <w:jc w:val="right"/>
      </w:pPr>
      <w:r>
        <w:t>وہاں ہر طرح کے سبق اور ایکسپیریمنٹ موجود ہیں۔"</w:t>
      </w:r>
    </w:p>
    <w:p>
      <w:r>
        <w:rPr>
          <w:b/>
        </w:rPr>
        <w:t xml:space="preserve">[31:25] </w:t>
      </w:r>
      <w:r>
        <w:t>Maulana, ab sawal lena chahenge. Yeh sawal Lucknow se bheja hai Sanaullah Khan sahab ne. unhon ne likha hai: "Maulana, how to manage one's emotions which run very high during the period of controversy?</w:t>
      </w:r>
    </w:p>
    <w:p>
      <w:pPr>
        <w:jc w:val="right"/>
      </w:pPr>
      <w:r>
        <w:t>مولانا، اب سوال لینا چاہیں گے۔ یہ سوال لکھنو سے بھیجا ہے ثناء اللہ خان صاحب نے۔ انہوں نے لکھا ہے: "مولانا، ہاؤ ٹو مینج ونز ایموشنز وچ رن ویری ہائی ڈیورنگ دا پیریڈ اف کنٹروورسی؟</w:t>
      </w:r>
    </w:p>
    <w:p>
      <w:r>
        <w:rPr>
          <w:b/>
        </w:rPr>
        <w:t xml:space="preserve">[31:44] </w:t>
      </w:r>
      <w:r>
        <w:t>In such a situation, temper usually flares up and it is difficult to see reason. What</w:t>
      </w:r>
    </w:p>
    <w:p>
      <w:pPr>
        <w:jc w:val="right"/>
      </w:pPr>
      <w:r>
        <w:t>ان سچ ا سچویشن، ٹیمپر یوزلی فلیئرز اپ اینڈ اٹ از ڈیفیکلٹ ٹو سی ریزن۔ واٹ</w:t>
      </w:r>
    </w:p>
    <w:p>
      <w:r>
        <w:rPr>
          <w:b/>
        </w:rPr>
        <w:t xml:space="preserve">[31:52] </w:t>
      </w:r>
      <w:r>
        <w:t>is your advice?"</w:t>
      </w:r>
    </w:p>
    <w:p>
      <w:pPr>
        <w:jc w:val="right"/>
      </w:pPr>
      <w:r>
        <w:t>از یور ایڈوائس؟"</w:t>
      </w:r>
    </w:p>
    <w:p>
      <w:r>
        <w:rPr>
          <w:b/>
        </w:rPr>
        <w:t xml:space="preserve">[31:56] </w:t>
      </w:r>
      <w:r>
        <w:t>Dekhiye.</w:t>
      </w:r>
    </w:p>
    <w:p>
      <w:pPr>
        <w:jc w:val="right"/>
      </w:pPr>
      <w:r>
        <w:t>دیکھیے۔</w:t>
      </w:r>
    </w:p>
    <w:p>
      <w:r>
        <w:rPr>
          <w:b/>
        </w:rPr>
        <w:t xml:space="preserve">[32:05] </w:t>
      </w:r>
      <w:r>
        <w:t>Controversy ko ladaai banana ya controversy ko management banana, management ka usool, dono ek</w:t>
      </w:r>
    </w:p>
    <w:p>
      <w:pPr>
        <w:jc w:val="right"/>
      </w:pPr>
      <w:r>
        <w:t>کنٹروورسی کو لڑائی بنانا یا کنٹروورسی کو مینجمنٹ بنانا، مینجمنٹ کا اصول، دونوں ایک</w:t>
      </w:r>
    </w:p>
    <w:p>
      <w:r>
        <w:rPr>
          <w:b/>
        </w:rPr>
        <w:t xml:space="preserve">[32:22] </w:t>
      </w:r>
      <w:r>
        <w:t>second ki baatein hain. Yeh mera tajurba hai.</w:t>
      </w:r>
    </w:p>
    <w:p>
      <w:pPr>
        <w:jc w:val="right"/>
      </w:pPr>
      <w:r>
        <w:t>سیکنڈ کی باتیں ہیں۔ یہ میرا تجربہ ہے۔</w:t>
      </w:r>
    </w:p>
    <w:p>
      <w:r>
        <w:rPr>
          <w:b/>
        </w:rPr>
        <w:t xml:space="preserve">[32:30] </w:t>
      </w:r>
      <w:r>
        <w:t>Maine apne ghusse ko is tarah se manage kiya hai ke jab ghussa bharkta hai to main foran chup ho jata hoon.</w:t>
      </w:r>
    </w:p>
    <w:p>
      <w:pPr>
        <w:jc w:val="right"/>
      </w:pPr>
      <w:r>
        <w:t>میں نے اپنے غصے کو اس طرح سے مینج کیا ہے کہ جب غصہ بھڑکتا ہے تو میں فوراً چپ ہو جاتا ہوں۔</w:t>
      </w:r>
    </w:p>
    <w:p>
      <w:r>
        <w:rPr>
          <w:b/>
        </w:rPr>
        <w:t xml:space="preserve">[32:44] </w:t>
      </w:r>
      <w:r>
        <w:t>Poori tareekh mein maine apni apni tareekh mein aisa kiya hai ke ghussa aaya to main chup ho gaya. Chup honay ke maani kya hain?</w:t>
      </w:r>
    </w:p>
    <w:p>
      <w:pPr>
        <w:jc w:val="right"/>
      </w:pPr>
      <w:r>
        <w:t>پوری تاریخ میں میں نے اپنی اپنی تاریخ میں ایسا کیا ہے کہ غصہ آیا تو میں چپ ہو گیا۔ چپ ہونے کے معنی کیا ہیں؟</w:t>
      </w:r>
    </w:p>
    <w:p>
      <w:r>
        <w:rPr>
          <w:b/>
        </w:rPr>
        <w:t xml:space="preserve">[32:56] </w:t>
      </w:r>
      <w:r>
        <w:t>Let your mind to manage the issue. Apne mind ko mauqa do.</w:t>
      </w:r>
    </w:p>
    <w:p>
      <w:pPr>
        <w:jc w:val="right"/>
      </w:pPr>
      <w:r>
        <w:t>لیٹ یور مائنڈ ٹو مینج دا ایشو۔ اپنے مائنڈ کو موقع دو۔</w:t>
      </w:r>
    </w:p>
    <w:p>
      <w:r>
        <w:rPr>
          <w:b/>
        </w:rPr>
        <w:t xml:space="preserve">[33:07] </w:t>
      </w:r>
      <w:r>
        <w:t>Chup hona ek ek ek bohat bara tareeqa hai, method hai. Jaise hi aap chup hote hain, mind</w:t>
      </w:r>
    </w:p>
    <w:p>
      <w:pPr>
        <w:jc w:val="right"/>
      </w:pPr>
      <w:r>
        <w:t>چپ ہونا ایک ایک ایک بہت بڑا طریقہ ہے، میتھڈ ہے۔ جیسے ہی آپ چپ ہوتے ہیں، مائنڈ</w:t>
      </w:r>
    </w:p>
    <w:p>
      <w:r>
        <w:rPr>
          <w:b/>
        </w:rPr>
        <w:t xml:space="preserve">[33:23] </w:t>
      </w:r>
      <w:r>
        <w:t>mind work karne lagta hai.</w:t>
      </w:r>
    </w:p>
    <w:p>
      <w:pPr>
        <w:jc w:val="right"/>
      </w:pPr>
      <w:r>
        <w:t>مائنڈ ورک کرنے لگتا ہے۔</w:t>
      </w:r>
    </w:p>
    <w:p>
      <w:r>
        <w:rPr>
          <w:b/>
        </w:rPr>
        <w:t xml:space="preserve">[33:27] </w:t>
      </w:r>
      <w:r>
        <w:t>Jab aap bol bol, jab ghussa aaya aur bol pade aap to aap ka ego bharkta hai. Lekin jab aap chup ho jayein to aap ka jo wisdom, wisdom amal karta hai.</w:t>
      </w:r>
    </w:p>
    <w:p>
      <w:pPr>
        <w:jc w:val="right"/>
      </w:pPr>
      <w:r>
        <w:t>جب آپ بول بول، جب غصہ آیا اور بول پڑے آپ تو آپ کا ایگو بھڑکتا ہے۔ لیکن جب آپ چپ ہو جائیں تو آپ کا جو وزڈم، وزڈم عمل کرتا ہے۔</w:t>
      </w:r>
    </w:p>
    <w:p>
      <w:r>
        <w:rPr>
          <w:b/>
        </w:rPr>
        <w:t xml:space="preserve">[33:48] </w:t>
      </w:r>
      <w:r>
        <w:t>ek ego, ek wisdom. to bohat aasan tareeqa hai ke jab bhi aap ko ghussa aaye to aap chup ho jaiye aur wisdom ko mauqa diye ke woh manage karey.</w:t>
      </w:r>
    </w:p>
    <w:p>
      <w:pPr>
        <w:jc w:val="right"/>
      </w:pPr>
      <w:r>
        <w:t>ایک ایگو، ایک وزڈم۔ تو بہت آسان طریقہ ہے کہ جب بھی آپ کو غصہ آئے تو آپ چپ ہو جائیے اور وزڈم کو موقع دیے کہ وہ مینج کرے۔</w:t>
      </w:r>
    </w:p>
    <w:p>
      <w:r>
        <w:rPr>
          <w:b/>
        </w:rPr>
        <w:t xml:space="preserve">[34:06] </w:t>
      </w:r>
      <w:r>
        <w:t>is ke bar aks agar aap bolenge, takrao ki baatein karenge to aap ka ego bhadkega aur woh sirf ego hamesha sirf yeh badhata hai, maslay ko badhata hai,</w:t>
      </w:r>
    </w:p>
    <w:p>
      <w:pPr>
        <w:jc w:val="right"/>
      </w:pPr>
      <w:r>
        <w:t>اس کے برعکس اگر آپ بولیں گے، ٹکراؤ کی باتیں کریں گے تو آپ کا ایگو بھڑکے گا اور وہ صرف ایگو ہمیشہ صرف یہ بڑھاتا ہے، مسئلے کو بڑھاتا ہے،</w:t>
      </w:r>
    </w:p>
    <w:p>
      <w:r>
        <w:rPr>
          <w:b/>
        </w:rPr>
        <w:t xml:space="preserve">[34:32] </w:t>
      </w:r>
      <w:r>
        <w:t>maslay ko hal nahi karta.</w:t>
      </w:r>
    </w:p>
    <w:p>
      <w:pPr>
        <w:jc w:val="right"/>
      </w:pPr>
      <w:r>
        <w:t>مسئلے کو حل نہیں کرتا۔</w:t>
      </w:r>
    </w:p>
    <w:p>
      <w:r>
        <w:rPr>
          <w:b/>
        </w:rPr>
        <w:t xml:space="preserve">[34:39] </w:t>
      </w:r>
      <w:r>
        <w:t>doctor naghma siddiqui ne dilli se likha hai: "today i understood the importance of managing controversies by taking a step b</w:t>
      </w:r>
    </w:p>
    <w:p>
      <w:pPr>
        <w:jc w:val="right"/>
      </w:pPr>
      <w:r>
        <w:t>ڈاکٹر نغمہ صدیقی نے دلی سے لکھا ہے: "ٹوڈے ائی انڈرسٹڈ دی امپورٹنس اف مینجنگ کنٹروورسیز بائے ٹیکنگ ا سٹیپ ب</w:t>
      </w:r>
    </w:p>
    <w:p>
      <w:r>
        <w:rPr>
          <w:b/>
        </w:rPr>
        <w:t xml:space="preserve">[34:49] </w:t>
      </w:r>
      <w:r>
        <w:t>ack. it is really an amazing principle of life given by prophet muhammad. we receive god's help then.</w:t>
      </w:r>
    </w:p>
    <w:p>
      <w:pPr>
        <w:jc w:val="right"/>
      </w:pPr>
      <w:r>
        <w:t>یک۔ اٹ از ریلی این امیزنگ پرنسپل اف لائف گیون بائے پرافٹ محمد۔ وی ریسیو گاڈز ہیلپ دین۔</w:t>
      </w:r>
    </w:p>
    <w:p>
      <w:r>
        <w:rPr>
          <w:b/>
        </w:rPr>
        <w:t xml:space="preserve">[34:58] </w:t>
      </w:r>
      <w:r>
        <w:t>i will definitely follow this in my life." mahboob bhai ne mumbai se likha hai: "aage barhne ke liye peeche hatna ka formula hum ne aap se hi seekha hai, Maulana.</w:t>
      </w:r>
    </w:p>
    <w:p>
      <w:pPr>
        <w:jc w:val="right"/>
      </w:pPr>
      <w:r>
        <w:t>ائی ویل ڈیفینیٹلی فالو دس ان مائی لائف۔" محبوب بھائی نے ممبئی سے لکھا ہے: "اگے بڑھنے کے لیے پیچھے ہٹنا کا فارمولا ہم نے آپ سے ہی سیکھا ہے، مولانا۔</w:t>
      </w:r>
    </w:p>
    <w:p>
      <w:r>
        <w:rPr>
          <w:b/>
        </w:rPr>
        <w:t xml:space="preserve">[35:10] </w:t>
      </w:r>
      <w:r>
        <w:t>jazak Allah." Maulana, agla sawal kanpur se hai. athar shamsi sahib ne bheja hai. unhone likha hai: "Maulana, any emotion management requires wisdom,</w:t>
      </w:r>
    </w:p>
    <w:p>
      <w:pPr>
        <w:jc w:val="right"/>
      </w:pPr>
      <w:r>
        <w:t>جزاک اللہ۔" مولانا، اگلا سوال کانپور سے ہے۔ اطہر شمسی صاحب نے بھیجا ہے۔ انہوں نے لکھا ہے: "مولانا، اینی ایموشن مینجمنٹ ریکوائر وزڈم،</w:t>
      </w:r>
    </w:p>
    <w:p>
      <w:r>
        <w:rPr>
          <w:b/>
        </w:rPr>
        <w:t xml:space="preserve">[35:25] </w:t>
      </w:r>
      <w:r>
        <w:t>but wisdom comes with a long process of de conditioning, as you have always been telling us through your lectures and books.</w:t>
      </w:r>
    </w:p>
    <w:p>
      <w:pPr>
        <w:jc w:val="right"/>
      </w:pPr>
      <w:r>
        <w:t>بٹ وزڈم کمز ود ا لانگ پروسیس اف ڈی کنڈیشننگ، ایز یو ہیو الویز بین ٹیلنگ اس تھرو یور لیکچرز اینڈ بکس۔</w:t>
      </w:r>
    </w:p>
    <w:p>
      <w:r>
        <w:rPr>
          <w:b/>
        </w:rPr>
        <w:t xml:space="preserve">[35:34] </w:t>
      </w:r>
      <w:r>
        <w:t>but in a controversy situation, most of the people who react are ordinary people with no wisdom.</w:t>
      </w:r>
    </w:p>
    <w:p>
      <w:pPr>
        <w:jc w:val="right"/>
      </w:pPr>
      <w:r>
        <w:t>بٹ ان ا کنٹروورسی سچویشن، موسٹ اف دا پیپل ہو ری ایکٹ ار ارڈینری پیپل ود نو وزڈم۔</w:t>
      </w:r>
    </w:p>
    <w:p>
      <w:r>
        <w:rPr>
          <w:b/>
        </w:rPr>
        <w:t xml:space="preserve">[35:43] </w:t>
      </w:r>
      <w:r>
        <w:t>so my question is: how can a situation at a mass level be managed during controversy? where is the ho</w:t>
      </w:r>
    </w:p>
    <w:p>
      <w:pPr>
        <w:jc w:val="right"/>
      </w:pPr>
      <w:r>
        <w:t>سو مائی کوئسچن از: ہاؤ کین ا سچویشن ایٹ ا ماس لیول بی مینج ڈیورنگ کنٹروورسی؟ ویئر از دی ہو</w:t>
      </w:r>
    </w:p>
    <w:p>
      <w:r>
        <w:rPr>
          <w:b/>
        </w:rPr>
        <w:t xml:space="preserve">[35:51] </w:t>
      </w:r>
      <w:r>
        <w:t>p?"</w:t>
      </w:r>
    </w:p>
    <w:p>
      <w:pPr>
        <w:jc w:val="right"/>
      </w:pPr>
      <w:r>
        <w:t>پ؟"</w:t>
      </w:r>
    </w:p>
    <w:p>
      <w:r>
        <w:rPr>
          <w:b/>
        </w:rPr>
        <w:t xml:space="preserve">[35:56] </w:t>
      </w:r>
      <w:r>
        <w:t>dekhiye, main aap ko ek ek qissa batata hoon. hazrat umar jab khalifa thay, hazrat umar jab khalifa thay to ek aadmi un ke ghar par us se milne ke liye gaye.</w:t>
      </w:r>
    </w:p>
    <w:p>
      <w:pPr>
        <w:jc w:val="right"/>
      </w:pPr>
      <w:r>
        <w:t>دیکھیے، میں آپ کو ایک ایک قصہ بتاتا ہوں۔ حضرت عمر جب خلیفہ تھے، حضرت عمر جب خلیفہ تھے تو ایک آدمی ان کے گھر پر اس سے ملنے کے لیے گئے۔</w:t>
      </w:r>
    </w:p>
    <w:p>
      <w:r>
        <w:rPr>
          <w:b/>
        </w:rPr>
        <w:t xml:space="preserve">[36:15] </w:t>
      </w:r>
      <w:r>
        <w:t>to wahan jo aadmi tha,</w:t>
      </w:r>
    </w:p>
    <w:p>
      <w:pPr>
        <w:jc w:val="right"/>
      </w:pPr>
      <w:r>
        <w:t>تو وہاں جو آدمی تھا،</w:t>
      </w:r>
    </w:p>
    <w:p>
      <w:r>
        <w:rPr>
          <w:b/>
        </w:rPr>
        <w:t xml:space="preserve">[36:22] </w:t>
      </w:r>
      <w:r>
        <w:t>bahar waiter ke taur par, aadmi ne us se kaha ke mujhe umar se milna hai. to us ne kaha ke umar to us waqt so rahe hain.</w:t>
      </w:r>
    </w:p>
    <w:p>
      <w:pPr>
        <w:jc w:val="right"/>
      </w:pPr>
      <w:r>
        <w:t>باہر ویٹر کے طور پر، آدمی نے اس سے کہا کہ مجھے عمر سے ملنا ہے۔ تو اس نے کہا کہ عمر تو اس وقت سو رہے ہیں۔</w:t>
      </w:r>
    </w:p>
    <w:p>
      <w:r>
        <w:rPr>
          <w:b/>
        </w:rPr>
        <w:t xml:space="preserve">[36:37] </w:t>
      </w:r>
      <w:r>
        <w:t>to woh aadmi baith gaya, baatein hone lagi.</w:t>
      </w:r>
    </w:p>
    <w:p>
      <w:pPr>
        <w:jc w:val="right"/>
      </w:pPr>
      <w:r>
        <w:t>تو وہ آدمی بیٹھ گیا، باتیں ہونے لگی۔</w:t>
      </w:r>
    </w:p>
    <w:p>
      <w:r>
        <w:rPr>
          <w:b/>
        </w:rPr>
        <w:t xml:space="preserve">[36:44] </w:t>
      </w:r>
      <w:r>
        <w:t>to baatein karte hue unhone poocha ke tum umar ke saath rehte ho, batao ke umar ke baray mein tumhari kya rai hai?</w:t>
      </w:r>
    </w:p>
    <w:p>
      <w:pPr>
        <w:jc w:val="right"/>
      </w:pPr>
      <w:r>
        <w:t>تو باتیں کرتے ہوئے انہوں نے پوچھا کہ تم عمر کے ساتھ رہتے ہو، بتاؤ کہ عمر کے بارے میں تمہاری کیا رائے ہے؟</w:t>
      </w:r>
    </w:p>
    <w:p>
      <w:r>
        <w:rPr>
          <w:b/>
        </w:rPr>
        <w:t xml:space="preserve">[37:00] </w:t>
      </w:r>
      <w:r>
        <w:t>to us aadmi ne kaha ke umar bohat achhe aadmi hain, bohat ziyada achhe aadmi hain, lekin jab unhein ghussa aa jata hai to woh bohat sakht ho jatay hain.</w:t>
      </w:r>
    </w:p>
    <w:p>
      <w:pPr>
        <w:jc w:val="right"/>
      </w:pPr>
      <w:r>
        <w:t>تو اس آدمی نے کہا کہ عمر بہت اچھے آدمی ہیں، بہت زیادہ اچھے آدمی ہیں، لیکن جب انہیں غصہ آ جاتا ہے تو وہ بہت سخت ہو جاتے ہیں۔</w:t>
      </w:r>
    </w:p>
    <w:p>
      <w:r>
        <w:rPr>
          <w:b/>
        </w:rPr>
        <w:t xml:space="preserve">[37:18] </w:t>
      </w:r>
      <w:r>
        <w:t>to us aadmi ne kaha ke is ka bohat simple formula main tumhein batata hoon.</w:t>
      </w:r>
    </w:p>
    <w:p>
      <w:pPr>
        <w:jc w:val="right"/>
      </w:pPr>
      <w:r>
        <w:t>تو اس آدمی نے کہا کہ اس کا بہت سمپل فارمولا میں تمہیں بتاتا ہوں۔</w:t>
      </w:r>
    </w:p>
    <w:p>
      <w:r>
        <w:rPr>
          <w:b/>
        </w:rPr>
        <w:t xml:space="preserve">[37:29] </w:t>
      </w:r>
      <w:r>
        <w:t>us ne kaha ke kya? us ne kaha ke bas quran ki koi ayat parh do, jab ghussa aaye un ko to quran ki koi ayat parh do, bas woh chup ho jayenge.</w:t>
      </w:r>
    </w:p>
    <w:p>
      <w:pPr>
        <w:jc w:val="right"/>
      </w:pPr>
      <w:r>
        <w:t>اس نے کہا کہ کیا؟ اس نے کہا کہ بس قرآن کی کوئی آیت پڑھ دو، جب غصہ آئے ان کو تو قرآن کی کوئی آیت پڑھ دو، بس وہ چپ ہو جائیں گے۔</w:t>
      </w:r>
    </w:p>
    <w:p>
      <w:r>
        <w:rPr>
          <w:b/>
        </w:rPr>
        <w:t xml:space="preserve">[37:43] </w:t>
      </w:r>
      <w:r>
        <w:t>umar usi waqt chup ho jayenge. to masla yeh umar ki baat nahi hai, yeh momin ki baat hai.</w:t>
      </w:r>
    </w:p>
    <w:p>
      <w:pPr>
        <w:jc w:val="right"/>
      </w:pPr>
      <w:r>
        <w:t>عمر اسی وقت چپ ہو جائیں گے۔ تو مسئلہ یہ عمر کی بات نہیں ہے، یہ مومن کی بات ہے۔</w:t>
      </w:r>
    </w:p>
    <w:p>
      <w:r>
        <w:rPr>
          <w:b/>
        </w:rPr>
        <w:t xml:space="preserve">[37:54] </w:t>
      </w:r>
      <w:r>
        <w:t>har momin ke andar yeh mizaj hona chahiye</w:t>
      </w:r>
    </w:p>
    <w:p>
      <w:pPr>
        <w:jc w:val="right"/>
      </w:pPr>
      <w:r>
        <w:t>ہر مومن کے اندر یہ مزاج ہونا چاہیے</w:t>
      </w:r>
    </w:p>
    <w:p>
      <w:r>
        <w:rPr>
          <w:b/>
        </w:rPr>
        <w:t xml:space="preserve">[38:01] </w:t>
      </w:r>
      <w:r>
        <w:t>ke jab quran ki koi ayat parh di jaye to sunnay wala bilkul khamosh ho jaye.</w:t>
      </w:r>
    </w:p>
    <w:p>
      <w:pPr>
        <w:jc w:val="right"/>
      </w:pPr>
      <w:r>
        <w:t>کہ جب قرآن کی کوئی آیت پڑھ دی جائے تو سننے والا بالکل خاموش ہو جائے۔</w:t>
      </w:r>
    </w:p>
    <w:p>
      <w:r>
        <w:rPr>
          <w:b/>
        </w:rPr>
        <w:t xml:space="preserve">[38:12] </w:t>
      </w:r>
      <w:r>
        <w:t>to aisi society banaiye, aisa ghar banaiye, aisi family banaiye ke log quran ki ayat parh kar chup ho jaya karen.</w:t>
      </w:r>
    </w:p>
    <w:p>
      <w:pPr>
        <w:jc w:val="right"/>
      </w:pPr>
      <w:r>
        <w:t>تو ایسی سوسائٹی بنائیے، ایسا گھر بنائیے، ایسی فیملی بنائیے کہ لوگ قرآن کی آیت پڑھ کر چپ ہو جایا کریں۔</w:t>
      </w:r>
    </w:p>
    <w:p>
      <w:r>
        <w:rPr>
          <w:b/>
        </w:rPr>
        <w:t xml:space="preserve">[38:29] </w:t>
      </w:r>
      <w:r>
        <w:t>yani ghussa ka mamla pesh aane se pehle logon ko train kijiye, apne ghar ko, apne samaj ko. inshallah yeh bohat zabardast sabit hoga.</w:t>
      </w:r>
    </w:p>
    <w:p>
      <w:pPr>
        <w:jc w:val="right"/>
      </w:pPr>
      <w:r>
        <w:t>یعنی غصہ کا معاملہ پیش آنے سے پہلے لوگوں کو ٹرین کیجئے، اپنے گھر کو، اپنے سماج کو۔ انشاءاللہ یہ بہت زبردست ثابت ہوگا۔</w:t>
      </w:r>
    </w:p>
    <w:p>
      <w:r>
        <w:rPr>
          <w:b/>
        </w:rPr>
        <w:t xml:space="preserve">[38:48] </w:t>
      </w:r>
      <w:r>
        <w:t>Maulana, agla sawal lete hain. yeh sawal Pakistan se bheja hai, Pakistan Lahore se bheja hai, mubashir ali sahib ne. unhone likha hai: "Maulana sahib, i have recently started following you.</w:t>
      </w:r>
    </w:p>
    <w:p>
      <w:pPr>
        <w:jc w:val="right"/>
      </w:pPr>
      <w:r>
        <w:t>مولانا، اگلا سوال لیتے ہیں۔ یہ سوال پاکستان سے بھیجا ہے، پاکستان لاہور سے بھیجا ہے، مبشر علی صاحب نے۔ انہوں نے لکھا ہے: "مولانا صاحب، آئی ہیو ریسنٹلی سٹارٹڈ فالونگ یو۔</w:t>
      </w:r>
    </w:p>
    <w:p>
      <w:r>
        <w:rPr>
          <w:b/>
        </w:rPr>
        <w:t xml:space="preserve">[39:02] </w:t>
      </w:r>
      <w:r>
        <w:t>I saw one of your video yesterday about khurooj is haram in Islam, and I really need more</w:t>
      </w:r>
    </w:p>
    <w:p>
      <w:pPr>
        <w:jc w:val="right"/>
      </w:pPr>
      <w:r>
        <w:t>آئی سو ون آف یور ویڈیو یسٹرڈے اباؤٹ خروج از حرام ان اسلام، اینڈ آئی ریلی نیڈ مور</w:t>
      </w:r>
    </w:p>
    <w:p>
      <w:r>
        <w:rPr>
          <w:b/>
        </w:rPr>
        <w:t xml:space="preserve">[39:10] </w:t>
      </w:r>
      <w:r>
        <w:t>clarity in this issue, as in Pakistan these days some molana are protesting against the government of Pakistan,</w:t>
      </w:r>
    </w:p>
    <w:p>
      <w:pPr>
        <w:jc w:val="right"/>
      </w:pPr>
      <w:r>
        <w:t>کلیرٹی ان دس ایشو، ایز ان پاکستان دیز ڈیز سم مولانا آر پروٹیسٹنگ اگینسٹ دی گورنمنٹ آف پاکستان،</w:t>
      </w:r>
    </w:p>
    <w:p>
      <w:r>
        <w:rPr>
          <w:b/>
        </w:rPr>
        <w:t xml:space="preserve">[39:18] </w:t>
      </w:r>
      <w:r>
        <w:t>and especially the pm of Pakistan, using bad and foul language, and they are even instigating people</w:t>
      </w:r>
    </w:p>
    <w:p>
      <w:pPr>
        <w:jc w:val="right"/>
      </w:pPr>
      <w:r>
        <w:t>اینڈ اسپیشلی دا پی ایم آف پاکستان، یوزنگ بیڈ اینڈ فاؤل لینگویج، اینڈ دے آر ایون انسٹیگیٹنگ پیپل</w:t>
      </w:r>
    </w:p>
    <w:p>
      <w:r>
        <w:rPr>
          <w:b/>
        </w:rPr>
        <w:t xml:space="preserve">[39:26] </w:t>
      </w:r>
      <w:r>
        <w:t>in the name of religion, by associating the prime minister with jews and calling him shaitan, and even</w:t>
      </w:r>
    </w:p>
    <w:p>
      <w:pPr>
        <w:jc w:val="right"/>
      </w:pPr>
      <w:r>
        <w:t>ان دا نیم آف ریلیجن، بائے ایسوسیٹنگ دا پرائم منسٹر ود جیوز اینڈ کالنگ ہم شیطان، اینڈ ایون</w:t>
      </w:r>
    </w:p>
    <w:p>
      <w:r>
        <w:rPr>
          <w:b/>
        </w:rPr>
        <w:t xml:space="preserve">[39:33] </w:t>
      </w:r>
      <w:r>
        <w:t>agents of jews.</w:t>
      </w:r>
    </w:p>
    <w:p>
      <w:pPr>
        <w:jc w:val="right"/>
      </w:pPr>
      <w:r>
        <w:t>ایجنٹس آف جیوز۔</w:t>
      </w:r>
    </w:p>
    <w:p>
      <w:r>
        <w:rPr>
          <w:b/>
        </w:rPr>
        <w:t xml:space="preserve">[39:35] </w:t>
      </w:r>
      <w:r>
        <w:t>these things hurt me and many others when they see the religion being used for politics, and to the extent where moral and islamic values are being compromised.</w:t>
      </w:r>
    </w:p>
    <w:p>
      <w:pPr>
        <w:jc w:val="right"/>
      </w:pPr>
      <w:r>
        <w:t>دیز تھنگز ہرٹ می اینڈ مینی ادرز وین دے سی دا ریلیجن بینگ یوزڈ فار پولیٹکس، اینڈ ٹو دی ایکسٹینٹ ویئر مورل اینڈ اسلامک ویلیوز آر بینگ کمپرومائزڈ۔</w:t>
      </w:r>
    </w:p>
    <w:p>
      <w:r>
        <w:rPr>
          <w:b/>
        </w:rPr>
        <w:t xml:space="preserve">[39:48] </w:t>
      </w:r>
      <w:r>
        <w:t>but no islamic scholar has courage to stand and tell people its wrong</w:t>
      </w:r>
    </w:p>
    <w:p>
      <w:pPr>
        <w:jc w:val="right"/>
      </w:pPr>
      <w:r>
        <w:t>بٹ نو اسلامک سکالر ہیز کریج ٹو سٹینڈ اینڈ ٹیل پیپل اٹس رونگ</w:t>
      </w:r>
    </w:p>
    <w:p>
      <w:r>
        <w:rPr>
          <w:b/>
        </w:rPr>
        <w:t xml:space="preserve">[39:53] </w:t>
      </w:r>
      <w:r>
        <w:t>in the other hand, i also want to know from you that if the muslim or even a non muslim government is doing things that are anti islamic and against the orders of Allah subhanahu wa ta'ala, then is khuruj still haram</w:t>
      </w:r>
    </w:p>
    <w:p>
      <w:pPr>
        <w:jc w:val="right"/>
      </w:pPr>
      <w:r>
        <w:t>۔ ان دی ادر ہینڈ، آئی السو وانٹ ٹو نو فرام یو دیٹ اف دا مسلم اور ایون ا نان مسلم گورنمنٹ از ڈوئنگ تھنگز دیٹ آر اینٹی اسلامک اینڈ اگینسٹ دی آرڈرز آف اللہ سبحانہ و تعالی، دین از خروج سٹل ح</w:t>
      </w:r>
    </w:p>
    <w:p>
      <w:r>
        <w:rPr>
          <w:b/>
        </w:rPr>
        <w:t xml:space="preserve">[40:09] </w:t>
      </w:r>
      <w:r>
        <w:t>haram. please give some examples from the life of the prophet."</w:t>
      </w:r>
    </w:p>
    <w:p>
      <w:pPr>
        <w:jc w:val="right"/>
      </w:pPr>
      <w:r>
        <w:t>رام۔ پلیز گیو سم ایگزیمپلز فرام دی لائف آف دا پرافٹ۔"</w:t>
      </w:r>
    </w:p>
    <w:p>
      <w:r>
        <w:rPr>
          <w:b/>
        </w:rPr>
        <w:t xml:space="preserve">[40:19] </w:t>
      </w:r>
      <w:r>
        <w:t>to yeh sawal hai ke comment hai ek aadmi. yeh sawal hai Maulana unka ke ek to woh jo khuruj is haram ko le ke jo aap ne ek talk diya tha, us ki woh wazahat chahte hain un ke present context se ke Pakistan mein kafi log protest kar rahe hain government ko le ke.</w:t>
      </w:r>
    </w:p>
    <w:p>
      <w:pPr>
        <w:jc w:val="right"/>
      </w:pPr>
      <w:r>
        <w:t>تو یہ سوال ہے کہ کمنٹ ہے ایک آدمی۔ یہ سوال ہے مولانا ان کا کہ ایک تو وہ جو خروج از حرام کو لے کے جو آپ نے ایک ٹاک دیا تھا، اس کی وہ وضاحت چاہتے ہیں ان کے پریزنٹ کانٹیکسٹ سے کہ پاکستان میں کافی لوگ پروٹیسٹ کر رہے ہیں گورنمنٹ کو لے کے۔</w:t>
      </w:r>
    </w:p>
    <w:p>
      <w:r>
        <w:rPr>
          <w:b/>
        </w:rPr>
        <w:t xml:space="preserve">[40:37] </w:t>
      </w:r>
      <w:r>
        <w:t>aur doosri doosri baat woh yeh keh rahe hain ke chahe muslim government ho ya non muslim government ho, agar woh anti islamic activities ko barhawa de rahe hain to kya tab bhi khuruj haram hai?</w:t>
      </w:r>
    </w:p>
    <w:p>
      <w:pPr>
        <w:jc w:val="right"/>
      </w:pPr>
      <w:r>
        <w:t>اور دوسری دوسری بات وہ یہ کہہ رہے ہیں کہ چاہے مسلم گورنمنٹ ہو یا نان مسلم گورنمنٹ ہو، اگر وہ اینٹی اسلامک ایکٹیویٹیز کو بڑھاوا دے رہے ہیں تو کیا تب بھی خروج حرام ہے؟</w:t>
      </w:r>
    </w:p>
    <w:p>
      <w:r>
        <w:rPr>
          <w:b/>
        </w:rPr>
        <w:t xml:space="preserve">[40:53] </w:t>
      </w:r>
      <w:r>
        <w:t>to yeh do baaton pe woh aap ka opinion chahte hain. bilkul haram, har haal mein hai, har haal mein haram hai.</w:t>
      </w:r>
    </w:p>
    <w:p>
      <w:pPr>
        <w:jc w:val="right"/>
      </w:pPr>
      <w:r>
        <w:t>تو یہ دو باتوں پہ وہ آپ کا اوپینین چاہتے ہیں۔ بالکل حرام، ہر حال میں ہے، ہر حال میں حرام ہے۔</w:t>
      </w:r>
    </w:p>
    <w:p>
      <w:r>
        <w:rPr>
          <w:b/>
        </w:rPr>
        <w:t xml:space="preserve">[41:03] </w:t>
      </w:r>
      <w:r>
        <w:t>aap agar kuch karna chahte hain to peaceful tareeqe se kijiye. yeh jo protest hai aur khuruj hai, yeh to bilashuba haram hai.</w:t>
      </w:r>
    </w:p>
    <w:p>
      <w:pPr>
        <w:jc w:val="right"/>
      </w:pPr>
      <w:r>
        <w:t>آپ اگر کچھ کرنا چاہتے ہیں تو پیس فل طریقے سے کیجئے۔ یہ جو پروٹیسٹ ہے اور خروج ہے، یہ تو بلاشبہ حرام ہے۔</w:t>
      </w:r>
    </w:p>
    <w:p>
      <w:r>
        <w:rPr>
          <w:b/>
        </w:rPr>
        <w:t xml:space="preserve">[41:16] </w:t>
      </w:r>
      <w:r>
        <w:t>is mein bohat ziyada hadith hain. aap ko agar reference dekhna hai to aap ko mein ek reference batata hoon, woh hai sahih muslim ke jo sharah hain, imam nawawi,</w:t>
      </w:r>
    </w:p>
    <w:p>
      <w:pPr>
        <w:jc w:val="right"/>
      </w:pPr>
      <w:r>
        <w:t>اس میں بہت زیادہ حدیثیں ہیں۔ آپ کو اگر ریفرنس دیکھنا ہے تو آپ کو میں ایک ریفرنس بتاتا ہوں، وہ ہے صحیح مسلم کے جو شارح ہیں، امام نووی،</w:t>
      </w:r>
    </w:p>
    <w:p>
      <w:r>
        <w:rPr>
          <w:b/>
        </w:rPr>
        <w:t xml:space="preserve">[41:36] </w:t>
      </w:r>
      <w:r>
        <w:t>unhone hadithon ko, hadithon ke imam hain, woh hadithon ka mutala kar ke likha hai ke</w:t>
      </w:r>
    </w:p>
    <w:p>
      <w:pPr>
        <w:jc w:val="right"/>
      </w:pPr>
      <w:r>
        <w:t>انہوں نے حدیثوں کو، حدیثوں کے امام ہیں، وہ حدیثوں کا مطالعہ کر کے لکھا ہے کہ</w:t>
      </w:r>
    </w:p>
    <w:p>
      <w:r>
        <w:rPr>
          <w:b/>
        </w:rPr>
        <w:t xml:space="preserve">[41:50] </w:t>
      </w:r>
      <w:r>
        <w:t>"wa 'amala khurujun 'alayhim fa haramun bijg ma'al muslimin wa law kanu fasaqaa wa law kanu zhaalimeen" yaani fasaq aur zhaalim ho tab bhi aap khuruj nahi kar sakte.</w:t>
      </w:r>
    </w:p>
    <w:p>
      <w:pPr>
        <w:jc w:val="right"/>
      </w:pPr>
      <w:r>
        <w:t>"وَعَمَّلْ خُرُوجُ عَلَيْهِمْ فَحَرَامٌ بِيْجْ مَعَ الْمُسْلِمِينَ وَلَوْ كَانُوا فَاسَقَا وَلَوْ كَانُوا ظَالِمِينَ" یعنی فاسق اور ظالم ہو تب بھی آپ خروج نہیں کر سکتے۔</w:t>
      </w:r>
    </w:p>
    <w:p>
      <w:r>
        <w:rPr>
          <w:b/>
        </w:rPr>
        <w:t xml:space="preserve">[42:12] </w:t>
      </w:r>
      <w:r>
        <w:t>aap peaceful tareeqe se kijiye, maslan aap memorandum pesh kijiye, akhbar mein mazmoon likhiye.</w:t>
      </w:r>
    </w:p>
    <w:p>
      <w:pPr>
        <w:jc w:val="right"/>
      </w:pPr>
      <w:r>
        <w:t>آپ پیس فل طریقے سے کیجئے، مثلاً آپ میمورینڈم پیش کیجئے، اخبار میں مضمون لکھیے۔</w:t>
      </w:r>
    </w:p>
    <w:p>
      <w:r>
        <w:rPr>
          <w:b/>
        </w:rPr>
        <w:t xml:space="preserve">[42:24] </w:t>
      </w:r>
      <w:r>
        <w:t>lekin yeh jo protest jo hota hai aur jo khuruj jo kiya jata hai, woh to bilashuba haram hai.</w:t>
      </w:r>
    </w:p>
    <w:p>
      <w:pPr>
        <w:jc w:val="right"/>
      </w:pPr>
      <w:r>
        <w:t>لیکن یہ جو پروٹیسٹ جو ہوتا ہے اور جو خروج جو کیا جاتا ہے، وہ تو بلاشبہ حرام ہے۔</w:t>
      </w:r>
    </w:p>
    <w:p>
      <w:r>
        <w:rPr>
          <w:b/>
        </w:rPr>
        <w:t xml:space="preserve">[42:33] </w:t>
      </w:r>
      <w:r>
        <w:t>koi agar Allah se na na darta ho to wahi aisa kar sakta hai.</w:t>
      </w:r>
    </w:p>
    <w:p>
      <w:pPr>
        <w:jc w:val="right"/>
      </w:pPr>
      <w:r>
        <w:t>کوئی اگر اللہ سے نہ نہ ڈرتا ہو تو وہی ایسا کر سکتا ہے۔</w:t>
      </w:r>
    </w:p>
    <w:p>
      <w:r>
        <w:rPr>
          <w:b/>
        </w:rPr>
        <w:t xml:space="preserve">[42:46] </w:t>
      </w:r>
      <w:r>
        <w:t>tariq tariq badr sahib ne Pakistan se sawal bheja hai, unhone likha hai: "sulh hudaybiyyah incident, what we learned from Maulana,</w:t>
      </w:r>
    </w:p>
    <w:p>
      <w:pPr>
        <w:jc w:val="right"/>
      </w:pPr>
      <w:r>
        <w:t>طارق طارق بدر صاحب نے پاکستان سے سوال بھیجا ہے، انہوں نے لکھا ہے: "صلح حدیبیہ انسیڈنٹ، واٹ وی لرنڈ فرام مولانا،</w:t>
      </w:r>
    </w:p>
    <w:p>
      <w:r>
        <w:rPr>
          <w:b/>
        </w:rPr>
        <w:t xml:space="preserve">[42:57] </w:t>
      </w:r>
      <w:r>
        <w:t>i have never heard from any person or scholar in Pakistan, even though we are reading about it since our school days, and it is still in the course.</w:t>
      </w:r>
    </w:p>
    <w:p>
      <w:pPr>
        <w:jc w:val="right"/>
      </w:pPr>
      <w:r>
        <w:t>آئی ہیو نیور ہرڈ فرام اینی پرسن اور سکالر ان پاکستان، ایون دو وی آر ریڈنگ اباؤٹ اٹ سنس اور سکول ڈیز، اینڈ اٹ از سٹل ان دی کورس۔</w:t>
      </w:r>
    </w:p>
    <w:p>
      <w:r>
        <w:rPr>
          <w:b/>
        </w:rPr>
        <w:t xml:space="preserve">[43:08] </w:t>
      </w:r>
      <w:r>
        <w:t>Maulana, what is the reason that we never draw this important lesson from this incident?</w:t>
      </w:r>
    </w:p>
    <w:p>
      <w:pPr>
        <w:jc w:val="right"/>
      </w:pPr>
      <w:r>
        <w:t>مولانا، واٹ از دا ریزن دیٹ وی نیور ڈرا دس امپورٹنٹ لیسن فرام دس انسیڈ</w:t>
      </w:r>
    </w:p>
    <w:p>
      <w:r>
        <w:rPr>
          <w:b/>
        </w:rPr>
        <w:t xml:space="preserve">[43:14] </w:t>
      </w:r>
      <w:r>
        <w:t>simple simple wajah yeh hai ke is zamane mein log Allah se</w:t>
      </w:r>
    </w:p>
    <w:p>
      <w:pPr>
        <w:jc w:val="right"/>
      </w:pPr>
      <w:r>
        <w:t>نٹ؟" سمپل سمپل وجہ یہ ہے کہ اس زمانے میں لوگ اللہ سے</w:t>
      </w:r>
    </w:p>
    <w:p>
      <w:r>
        <w:rPr>
          <w:b/>
        </w:rPr>
        <w:t xml:space="preserve">[43:30] </w:t>
      </w:r>
      <w:r>
        <w:t>dar nikal gaya hai.</w:t>
      </w:r>
    </w:p>
    <w:p>
      <w:pPr>
        <w:jc w:val="right"/>
      </w:pPr>
      <w:r>
        <w:t>ڈر نکل گیا ہے۔</w:t>
      </w:r>
    </w:p>
    <w:p>
      <w:r>
        <w:rPr>
          <w:b/>
        </w:rPr>
        <w:t xml:space="preserve">[43:36] </w:t>
      </w:r>
      <w:r>
        <w:t>hadith waris ka ek zamana aaye ga jab ke koi darne wala nahi, Allah se darne wala nahi hoga. hatta la tra khashi'un,</w:t>
      </w:r>
    </w:p>
    <w:p>
      <w:pPr>
        <w:jc w:val="right"/>
      </w:pPr>
      <w:r>
        <w:t>حدیث وارث کا ایک زمانہ آئے گا جب کہ کوئی ڈرنے والا نہیں، اللہ سے ڈرنے والا نہیں ہوگا۔ حتیٰ لا ترا خاشع،</w:t>
      </w:r>
    </w:p>
    <w:p>
      <w:r>
        <w:rPr>
          <w:b/>
        </w:rPr>
        <w:t xml:space="preserve">[43:50] </w:t>
      </w:r>
      <w:r>
        <w:t>yahan tak ke ek bhi khashi'un nahi hoga. jaise alfaaz hain hadith mein: "ek bhi, ek bhi, hatta la tra khashi'un, hatta ke tum ek bhi khashi'un nahi dekhoge." yeh badi badi dadiyon wale bhi is mein shamil hain kyunke ek bhi hai: "hatta la tra khashi'un"</w:t>
      </w:r>
    </w:p>
    <w:p>
      <w:pPr>
        <w:jc w:val="right"/>
      </w:pPr>
      <w:r>
        <w:t>یہاں تک کہ ایک بھی خاشع نہیں ہوگا۔ جیسے الفاظ ہیں حدیث میں: "ایک بھی، ایک بھی، حتیٰ لا ترا خاشع، حتیٰ کہ تم ایک بھی خاشع نہیں دیکھو گے۔" یہ بڑی بڑی داڑھیوں والے بھی اس میں شامل ہیں کیونکہ ایک بھی ہے: "حتیٰ لا ترا خاشع"</w:t>
      </w:r>
    </w:p>
    <w:p>
      <w:r>
        <w:rPr>
          <w:b/>
        </w:rPr>
        <w:t xml:space="preserve">[44:15] </w:t>
      </w:r>
      <w:r>
        <w:t>kisi exception exception nahi hai. is liye ab jo tareekh chalna chahiye, woh khushu pe chalna chahiye.</w:t>
      </w:r>
    </w:p>
    <w:p>
      <w:pPr>
        <w:jc w:val="right"/>
      </w:pPr>
      <w:r>
        <w:t>کسی ایکسیپشن ایکسیپشن نہیں ہے۔ اس لیے اب جو تاریخ چلنا چاہیے، وہ خشوع پہ چلنا چاہیے۔</w:t>
      </w:r>
    </w:p>
    <w:p>
      <w:r>
        <w:rPr>
          <w:b/>
        </w:rPr>
        <w:t xml:space="preserve">[44:26] </w:t>
      </w:r>
      <w:r>
        <w:t>ab jo tareeqe chal rahe hain, woh bilkul irrelevant hain, irrelevant hain. tareeqe chalne chahiye logon mein aspect of taqwa inculcate karne ke liye.</w:t>
      </w:r>
    </w:p>
    <w:p>
      <w:pPr>
        <w:jc w:val="right"/>
      </w:pPr>
      <w:r>
        <w:t>اب جو طریقے چل رہے ہیں، وہ بالکل اریلیونٹ ہیں، اریلیونٹ ہیں۔ طریقے چلنے چاہیے لوگوں میں اسپیکٹ آف تقویٰ انکلیکیٹ کرنے کے لیے۔</w:t>
      </w:r>
    </w:p>
    <w:p>
      <w:r>
        <w:rPr>
          <w:b/>
        </w:rPr>
        <w:t xml:space="preserve">[44:41] </w:t>
      </w:r>
      <w:r>
        <w:t>jo tareeqe chala rahe hain log idhar udhar idhar udhar, woh sab bilkul irrelevant hain. sara issue yahi hai ke logon ke dil mein khushu nahi hai.</w:t>
      </w:r>
    </w:p>
    <w:p>
      <w:pPr>
        <w:jc w:val="right"/>
      </w:pPr>
      <w:r>
        <w:t>جو طریقے چلا رہے ہیں لوگ ادھر ادھر ادھر ادھر، وہ سب بالکل اریلیونٹ ہیں۔ سارا ایشو یہی ہے کہ لوگوں کے دلوں میں خشوع نہیں ہے۔</w:t>
      </w:r>
    </w:p>
    <w:p>
      <w:r>
        <w:rPr>
          <w:b/>
        </w:rPr>
        <w:t xml:space="preserve">[44:56] </w:t>
      </w:r>
      <w:r>
        <w:t>yeh hadith se sabit hai.</w:t>
      </w:r>
    </w:p>
    <w:p>
      <w:pPr>
        <w:jc w:val="right"/>
      </w:pPr>
      <w:r>
        <w:t>یہ حدیث سے ثابت ہے۔</w:t>
      </w:r>
    </w:p>
    <w:p>
      <w:r>
        <w:rPr>
          <w:b/>
        </w:rPr>
        <w:t xml:space="preserve">[45:00] </w:t>
      </w:r>
      <w:r>
        <w:t>to hadith ke mutabiq agar kisi ko tareekh chalani hai to woh</w:t>
      </w:r>
    </w:p>
    <w:p>
      <w:pPr>
        <w:jc w:val="right"/>
      </w:pPr>
      <w:r>
        <w:t>تو حدیث کے مطابق اگر کسی کو تاریخ چلانی ہے تو وہ</w:t>
      </w:r>
    </w:p>
    <w:p>
      <w:r>
        <w:rPr>
          <w:b/>
        </w:rPr>
        <w:t xml:space="preserve">[45:08] </w:t>
      </w:r>
      <w:r>
        <w:t>mabni par khushu tareekh chalaye, yani taqwa</w:t>
      </w:r>
    </w:p>
    <w:p>
      <w:pPr>
        <w:jc w:val="right"/>
      </w:pPr>
      <w:r>
        <w:t>مبنی پر خشوع تاریخ چلائے، یعنی تقویٰ</w:t>
      </w:r>
    </w:p>
    <w:p>
      <w:r>
        <w:rPr>
          <w:b/>
        </w:rPr>
        <w:t xml:space="preserve">[45:20] </w:t>
      </w:r>
      <w:r>
        <w:t>quran aur hadith ke mein. is ke siwa kisi aur tehreek ke liye koi justification nahi hai, koi justification nahi hai.</w:t>
      </w:r>
    </w:p>
    <w:p>
      <w:pPr>
        <w:jc w:val="right"/>
      </w:pPr>
      <w:r>
        <w:t>قرآن اور حدیث کے میں۔ اس کے سوا کسی اور تحریک کے لیے کوئی جسٹیفیکیشن نہیں ہے، کوئی جسٹیفیکیشن نہیں ہے۔</w:t>
      </w:r>
    </w:p>
    <w:p>
      <w:r>
        <w:rPr>
          <w:b/>
        </w:rPr>
        <w:t xml:space="preserve">[45:37] </w:t>
      </w:r>
      <w:r>
        <w:t>maulana, agla comment aaya hai abdul aziz chous sahib se, ah in delhi se.</w:t>
      </w:r>
    </w:p>
    <w:p>
      <w:pPr>
        <w:jc w:val="right"/>
      </w:pPr>
      <w:r>
        <w:t>مولانا، اگلا کمنٹ آیا ہے عبدالعزیز چوس صاحب سے، اہ ان دلی سے۔</w:t>
      </w:r>
    </w:p>
    <w:p>
      <w:r>
        <w:rPr>
          <w:b/>
        </w:rPr>
        <w:t xml:space="preserve">[45:46] </w:t>
      </w:r>
      <w:r>
        <w:t>unhon ne likha hai: "upon ayodhya word death, i realized why my father usman chous used to say al risala, waqt ka khudai intezam hai,</w:t>
      </w:r>
    </w:p>
    <w:p>
      <w:pPr>
        <w:jc w:val="right"/>
      </w:pPr>
      <w:r>
        <w:t>انہوں نے لکھا ہے: "اپون ائیودھیا ورڈ ڈیتھ، آئی ریلائزڈ وائی مائی فادر عثمان چوس یوز ٹو سے الرسالہ، وقت کا خدائی انتظام ہے،</w:t>
      </w:r>
    </w:p>
    <w:p>
      <w:r>
        <w:rPr>
          <w:b/>
        </w:rPr>
        <w:t xml:space="preserve">[45:58] </w:t>
      </w:r>
      <w:r>
        <w:t>alhamdulillah." maulana, agla comment bheja hai riyaz bhat sahib ne bangalore se. unhon ne likha hai: "today lesson of management of issue was very important to rejuvenate our efforts to our mission.</w:t>
      </w:r>
    </w:p>
    <w:p>
      <w:pPr>
        <w:jc w:val="right"/>
      </w:pPr>
      <w:r>
        <w:t>الحمدللہ۔" مولانا، اگلا کمنٹ بھیجا ہے ریاض بھٹ صاحب نے بنگلور سے۔ انہوں نے لکھا ہے: "ٹوڈے لیسن آف مینجمنٹ آف ایشو واز ویری امپورٹنٹ ٹو ریجووینیٹ اور ایفرٹس ٹو اور مشن۔</w:t>
      </w:r>
    </w:p>
    <w:p>
      <w:r>
        <w:rPr>
          <w:b/>
        </w:rPr>
        <w:t xml:space="preserve">[46:14] </w:t>
      </w:r>
      <w:r>
        <w:t>i remember an important expression of american athlete jesse owens, who said: 'every long jumper takes some steps backward to ensure his longest jump.' i feel biggest problem towards resolution of controversies is ones ego,</w:t>
      </w:r>
    </w:p>
    <w:p>
      <w:pPr>
        <w:jc w:val="right"/>
      </w:pPr>
      <w:r>
        <w:t>آئی ریممبر این امپورٹنٹ ایکسپریشن آف امریکن ایتھلیٹ جیس اوونز، ہو سیڈ: 'ایوری لانگ جمپر ٹیکس سم سٹیپس بیکورڈ ٹو انشور ہز لانگیسٹ جمپ۔' آئی فیل بگسٹ پرابلم ٹورڈز ریزولیوشن آف کنٹروورسیز از ونز ایگو،</w:t>
      </w:r>
    </w:p>
    <w:p>
      <w:r>
        <w:rPr>
          <w:b/>
        </w:rPr>
        <w:t xml:space="preserve">[46:34] </w:t>
      </w:r>
      <w:r>
        <w:t>hence we should work in shunning of egoistic attitude." maulana sahib, am i right in this?</w:t>
      </w:r>
    </w:p>
    <w:p>
      <w:pPr>
        <w:jc w:val="right"/>
      </w:pPr>
      <w:r>
        <w:t>ہینس وی شوڈ ورک ان شننگ آف ایگوئسٹک ایٹیٹیوڈ۔" مولانا صاحب، ایم آئی رائٹ ان دس؟</w:t>
      </w:r>
    </w:p>
    <w:p>
      <w:r>
        <w:rPr>
          <w:b/>
        </w:rPr>
        <w:t xml:space="preserve">[46:42] </w:t>
      </w:r>
      <w:r>
        <w:t>bilkul sahi hai, aap ne jo kaha bilkul theek baat hai.</w:t>
      </w:r>
    </w:p>
    <w:p>
      <w:pPr>
        <w:jc w:val="right"/>
      </w:pPr>
      <w:r>
        <w:t>بالکل صحیح ہے، آپ نے جو کہا بالکل ٹھیک بات ہے۔</w:t>
      </w:r>
    </w:p>
    <w:p>
      <w:r>
        <w:rPr>
          <w:b/>
        </w:rPr>
        <w:t xml:space="preserve">[46:49] </w:t>
      </w:r>
      <w:r>
        <w:t>azhar mubarak sahib ne bhagalpur se sawal bheja hai. unhon ne aap se poocha hai ke: "what is the relationship between patience and maintaining of the status quo?</w:t>
      </w:r>
    </w:p>
    <w:p>
      <w:pPr>
        <w:jc w:val="right"/>
      </w:pPr>
      <w:r>
        <w:t>اظہر مبارک صاحب نے بھاگلپور سے سوال بھیجا ہے۔ انہوں نے آپ سے پوچھا ہے کہ: "واٹ از دا ریلیشن شپ بٹوین پیشنس اینڈ مینٹیننگ آف دا سٹیٹس کو؟</w:t>
      </w:r>
    </w:p>
    <w:p>
      <w:r>
        <w:rPr>
          <w:b/>
        </w:rPr>
        <w:t xml:space="preserve">[47:02] </w:t>
      </w:r>
      <w:r>
        <w:t>" is ke bare mein batayein.</w:t>
      </w:r>
    </w:p>
    <w:p>
      <w:pPr>
        <w:jc w:val="right"/>
      </w:pPr>
      <w:r>
        <w:t>" اس کے بارے میں بتائیں۔</w:t>
      </w:r>
    </w:p>
    <w:p>
      <w:r>
        <w:rPr>
          <w:b/>
        </w:rPr>
        <w:t xml:space="preserve">[47:10] </w:t>
      </w:r>
      <w:r>
        <w:t>bhai, aap ka to agar</w:t>
      </w:r>
    </w:p>
    <w:p>
      <w:pPr>
        <w:jc w:val="right"/>
      </w:pPr>
      <w:r>
        <w:t>بھئی، آپ کا تو اگر</w:t>
      </w:r>
    </w:p>
    <w:p>
      <w:r>
        <w:rPr>
          <w:b/>
        </w:rPr>
        <w:t xml:space="preserve">[47:14] </w:t>
      </w:r>
      <w:r>
        <w:t>sensitivity hogi, tabhi aap status quo maintain karna ki koshish karenge.</w:t>
      </w:r>
    </w:p>
    <w:p>
      <w:pPr>
        <w:jc w:val="right"/>
      </w:pPr>
      <w:r>
        <w:t>سینسٹیوٹی ہوگی، تبھی آپ اسٹیٹس کو مینٹین کرنا کی کوشش کریں گے۔</w:t>
      </w:r>
    </w:p>
    <w:p>
      <w:r>
        <w:rPr>
          <w:b/>
        </w:rPr>
        <w:t xml:space="preserve">[47:26] </w:t>
      </w:r>
      <w:r>
        <w:t>to sensitivity to lazim hai, sensitive comes the first.</w:t>
      </w:r>
    </w:p>
    <w:p>
      <w:pPr>
        <w:jc w:val="right"/>
      </w:pPr>
      <w:r>
        <w:t>تو سینسٹیوٹی تو لازم ہے، سینسٹیو کمز دی فرسٹ۔</w:t>
      </w:r>
    </w:p>
    <w:p>
      <w:r>
        <w:rPr>
          <w:b/>
        </w:rPr>
        <w:t xml:space="preserve">[47:43] </w:t>
      </w:r>
      <w:r>
        <w:t>maulana yaqoob umri ne delhi se comment bheja hai. unhon ne likha hai: "managing the issue without controversy means continuing our mission without interruption.</w:t>
      </w:r>
    </w:p>
    <w:p>
      <w:pPr>
        <w:jc w:val="right"/>
      </w:pPr>
      <w:r>
        <w:t>مولانا یعقوب عمری نے دلی سے کمنٹ بھیجا ہے۔ انہوں نے لکھا ہے: "مینیجنگ دا ایشو ودا آؤٹ کنٹروورسی مینز کنٹینیونگ اور مشن ودا آؤٹ انٹرپشن۔</w:t>
      </w:r>
    </w:p>
    <w:p>
      <w:r>
        <w:rPr>
          <w:b/>
        </w:rPr>
        <w:t xml:space="preserve">[47:55] </w:t>
      </w:r>
      <w:r>
        <w:t>this is great guidance, maulana sa</w:t>
      </w:r>
    </w:p>
    <w:p>
      <w:pPr>
        <w:jc w:val="right"/>
      </w:pPr>
      <w:r>
        <w:t>دس از گریٹ گائیڈنس، مولانا ص</w:t>
      </w:r>
    </w:p>
    <w:p>
      <w:r>
        <w:rPr>
          <w:b/>
        </w:rPr>
        <w:t xml:space="preserve">[47:57] </w:t>
      </w:r>
      <w:r>
        <w:t>hib, jazaak allah." mashallah. maulana, agla sawal chennai se bheja hai maulana iqbal umri ne. unhon ne aap se poocha hai ke: "qanooni karwai ya qanoon ka hawala de kar jo nizam jari rakhna chahte hain, woh log kya maghalta rakhte hain?</w:t>
      </w:r>
    </w:p>
    <w:p>
      <w:pPr>
        <w:jc w:val="right"/>
      </w:pPr>
      <w:r>
        <w:t>احب، جزاک اللہ۔" ماشاءاللہ۔ مولانا، اگلا سوال چنئی سے بھیجا ہے مولانا اقبال عمری نے۔ انہوں نے آپ سے پوچھا ہے کہ: "قانونی کاروائی یا قانون کا حوالہ دے کر جو نظام جاری رکھنا چاہتے ہیں، وہ لوگ کیا مغالطہ رکھتے ہیں؟</w:t>
      </w:r>
    </w:p>
    <w:p>
      <w:r>
        <w:rPr>
          <w:b/>
        </w:rPr>
        <w:t xml:space="preserve">[48:16] </w:t>
      </w:r>
      <w:r>
        <w:t>is ki wazahat karein." dekhiye,</w:t>
      </w:r>
    </w:p>
    <w:p>
      <w:pPr>
        <w:jc w:val="right"/>
      </w:pPr>
      <w:r>
        <w:t>اس کی وضاحت کریں۔" دیکھیے،</w:t>
      </w:r>
    </w:p>
    <w:p>
      <w:r>
        <w:rPr>
          <w:b/>
        </w:rPr>
        <w:t xml:space="preserve">[48:23] </w:t>
      </w:r>
      <w:r>
        <w:t>qanooni karwai ka yeh masla hi nahi tha jo tha.</w:t>
      </w:r>
    </w:p>
    <w:p>
      <w:pPr>
        <w:jc w:val="right"/>
      </w:pPr>
      <w:r>
        <w:t>قانونی کاروائی کا یہ مسئلہ ہی نہیں تھا جو تھا۔</w:t>
      </w:r>
    </w:p>
    <w:p>
      <w:r>
        <w:rPr>
          <w:b/>
        </w:rPr>
        <w:t xml:space="preserve">[48:30] </w:t>
      </w:r>
      <w:r>
        <w:t>qanooni karwai kisi ek fard ke bare mein hoti hai. koi ijtimai masla ho to us mein qanoon ka</w:t>
      </w:r>
    </w:p>
    <w:p>
      <w:pPr>
        <w:jc w:val="right"/>
      </w:pPr>
      <w:r>
        <w:t>قانونی کاروائی کسی ایک فرد کے بارے میں ہوتی ہے۔ کوئی اجتماعی مسئلہ ہو تو اس میں قانون کا</w:t>
      </w:r>
    </w:p>
    <w:p>
      <w:r>
        <w:rPr>
          <w:b/>
        </w:rPr>
        <w:t xml:space="preserve">[48:42] </w:t>
      </w:r>
      <w:r>
        <w:t>qanoon ki ek had hai, ek limit hai. misaal ke taur par log parha parhwa chhodte hain diwali mein. ab adalat woh case lagaye le jayein, is se parha parhwa nahi band hoga,</w:t>
      </w:r>
    </w:p>
    <w:p>
      <w:pPr>
        <w:jc w:val="right"/>
      </w:pPr>
      <w:r>
        <w:t>قانون کی ایک حد ہے، ایک لمٹ ہے۔ مثلاً لوگ پڑھا پڑھاخوا چھوڑتے ہیں دیوالی میں۔ اب عدالت وہ کیس لگائے لے جائیں، اس سے پڑھاخوا نہیں بند ہوگا،</w:t>
      </w:r>
    </w:p>
    <w:p>
      <w:r>
        <w:rPr>
          <w:b/>
        </w:rPr>
        <w:t xml:space="preserve">[48:57] </w:t>
      </w:r>
      <w:r>
        <w:t>kabhi nahi band hoga. parha parhwa ek ek qomi masla hai, poori poori qaum is ko sacrifice ki hui hai.</w:t>
      </w:r>
    </w:p>
    <w:p>
      <w:pPr>
        <w:jc w:val="right"/>
      </w:pPr>
      <w:r>
        <w:t>کبھی نہیں بند ہوگا۔ پڑھاخوا ایک ایک قومی مسئلہ ہے، پوری پوری قوم اس کو سیکریفائی کی ہوئی ہے۔</w:t>
      </w:r>
    </w:p>
    <w:p>
      <w:r>
        <w:rPr>
          <w:b/>
        </w:rPr>
        <w:t xml:space="preserve">[49:12] </w:t>
      </w:r>
      <w:r>
        <w:t>to aap dekhein ke jo tareeqa aap ikhtiyar karne ja rahe hain, woh wahan applicable ho ke hai ke nahi hai? applicable ho ke hai ke nahi hai?</w:t>
      </w:r>
    </w:p>
    <w:p>
      <w:pPr>
        <w:jc w:val="right"/>
      </w:pPr>
      <w:r>
        <w:t>تو آپ دیکھیں کہ جو طریقہ آپ اختیار کرنے جا رہے ہیں، وہ وہاں ایپلیکیبل ہو کے ہے کہ نہیں ہے؟ ایپلیکیبل ہو کے ہے کہ نہیں ہے؟</w:t>
      </w:r>
    </w:p>
    <w:p>
      <w:r>
        <w:rPr>
          <w:b/>
        </w:rPr>
        <w:t xml:space="preserve">[49:27] </w:t>
      </w:r>
      <w:r>
        <w:t>yeh jo masla tha ya hai, woh</w:t>
      </w:r>
    </w:p>
    <w:p>
      <w:pPr>
        <w:jc w:val="right"/>
      </w:pPr>
      <w:r>
        <w:t>یہ جو مسئلہ تھا یا ہے، وہ</w:t>
      </w:r>
    </w:p>
    <w:p>
      <w:r>
        <w:rPr>
          <w:b/>
        </w:rPr>
        <w:t xml:space="preserve">[49:34] </w:t>
      </w:r>
      <w:r>
        <w:t>woh to do group ke darmiyan nizaam ka masla hai. to do group ko aap manage kijiyay.</w:t>
      </w:r>
    </w:p>
    <w:p>
      <w:pPr>
        <w:jc w:val="right"/>
      </w:pPr>
      <w:r>
        <w:t>وہ تو دو گروپ کے درمیان نظام کا مسئلہ ہے۔ تو دو گروپ کو آپ مینج کیجئے۔</w:t>
      </w:r>
    </w:p>
    <w:p>
      <w:r>
        <w:rPr>
          <w:b/>
        </w:rPr>
        <w:t xml:space="preserve">[49:54] </w:t>
      </w:r>
      <w:r>
        <w:t>yeh mein awwal din se kar raha hoon, aaj hi se nahin. Maulana, agla comment bheja hai Ms Sahar Saleem ne Delhi se. unhon ne likha hai: "its always hard how to respond appropriately when defensive hurt or critical</w:t>
      </w:r>
    </w:p>
    <w:p>
      <w:pPr>
        <w:jc w:val="right"/>
      </w:pPr>
      <w:r>
        <w:t>یہ میں اول دن سے کر رہا ہوں، آج ہی سے نہیں۔ مولانا، اگلا کمنٹ بھیجا ہے مس سحر سلیم نے دلی سے۔ انہوں نے لکھا ہے: "اٹس آلویز ہارڈ ہاؤ ٹو ریسپانڈ اپروپریٹلی وین ڈیفنسو ہرٹ اور کریٹیکل</w:t>
      </w:r>
    </w:p>
    <w:p>
      <w:r>
        <w:rPr>
          <w:b/>
        </w:rPr>
        <w:t xml:space="preserve">[50:10] </w:t>
      </w:r>
      <w:r>
        <w:t>. today after this talk, my take away is: moving forward by stepping back, the master formula. may Allah guide us</w:t>
      </w:r>
    </w:p>
    <w:p>
      <w:pPr>
        <w:jc w:val="right"/>
      </w:pPr>
      <w:r>
        <w:t>۔ ٹوڈے افٹر دس ٹاک، مائی ٹیک اوے از: موونگ فارورڈ بائی سٹیپنگ بیک، دا ماسٹر فارمولا۔ می اللہ گائیڈ اس</w:t>
      </w:r>
    </w:p>
    <w:p>
      <w:r>
        <w:rPr>
          <w:b/>
        </w:rPr>
        <w:t xml:space="preserve">[50:19] </w:t>
      </w:r>
      <w:r>
        <w:t>all. thank you Maulana sahib for all the master lessons." Masha Allah. Maulana, agla sawal Tasaduq Shakeel sahib ne bheja hai.</w:t>
      </w:r>
    </w:p>
    <w:p>
      <w:pPr>
        <w:jc w:val="right"/>
      </w:pPr>
      <w:r>
        <w:t>آل۔ تھینک یو مولانا صاحب فار آل دی ماسٹر لیسنز۔" ماشاءاللہ۔ مولانا، اگلا سوال تصدق شکیل صاحب نے بھیجا ہے۔</w:t>
      </w:r>
    </w:p>
    <w:p>
      <w:r>
        <w:rPr>
          <w:b/>
        </w:rPr>
        <w:t xml:space="preserve">[50:30] </w:t>
      </w:r>
      <w:r>
        <w:t>unhon ne location nahin likhi hai apni. un ka sawal hai: "Maulana sahib, with due respect, there are many other incidents in the life of Prophet of Islam, like Badr, Uhud, Hunayn, etc.</w:t>
      </w:r>
    </w:p>
    <w:p>
      <w:pPr>
        <w:jc w:val="right"/>
      </w:pPr>
      <w:r>
        <w:t>انہوں نے لوکیشن نہیں لکھی ہے اپنی۔ ان کا سوال ہے: "مولانا صاحب، ود ڈیو ریسپیکٹ، دیر آر مینی ادر انسیڈنٹس ان دا لائف آف پرافٹ آف اسلام، لائک بدر، احد، حنین، ایٹسٹرہ۔</w:t>
      </w:r>
    </w:p>
    <w:p>
      <w:r>
        <w:rPr>
          <w:b/>
        </w:rPr>
        <w:t xml:space="preserve">[50:43] </w:t>
      </w:r>
      <w:r>
        <w:t>why don't we take lessons from th</w:t>
      </w:r>
    </w:p>
    <w:p>
      <w:pPr>
        <w:jc w:val="right"/>
      </w:pPr>
      <w:r>
        <w:t>وائی ڈونٹ وی ٹیک لیسنز فرام د</w:t>
      </w:r>
    </w:p>
    <w:p>
      <w:r>
        <w:rPr>
          <w:b/>
        </w:rPr>
        <w:t xml:space="preserve">[50:46] </w:t>
      </w:r>
      <w:r>
        <w:t>em?" is par mein ne bohat likha hai. aap Paigham-e-Inqilab parh lijiye. yeh jo reference aap log dete hain, woh bohat hi ziyada ghalat hai.</w:t>
      </w:r>
    </w:p>
    <w:p>
      <w:pPr>
        <w:jc w:val="right"/>
      </w:pPr>
      <w:r>
        <w:t>یر؟" اس پر میں نے بہت لکھا ہے۔ آپ پیغام انقلاب پڑھ لیجئے۔ یہ جو ریفرنس آپ لوگ دیتے ہیں، وہ بہت ہی زیادہ غلط ہے۔</w:t>
      </w:r>
    </w:p>
    <w:p>
      <w:r>
        <w:rPr>
          <w:b/>
        </w:rPr>
        <w:t xml:space="preserve">[51:00] </w:t>
      </w:r>
      <w:r>
        <w:t>aap meri kitab parhiye: "Paighambar-e-Islam".</w:t>
      </w:r>
    </w:p>
    <w:p>
      <w:pPr>
        <w:jc w:val="right"/>
      </w:pPr>
      <w:r>
        <w:t>آپ میری کتاب پڑھیے: "پیغمبر اسلام"۔</w:t>
      </w:r>
    </w:p>
    <w:p>
      <w:r>
        <w:rPr>
          <w:b/>
        </w:rPr>
        <w:t xml:space="preserve">[51:08] </w:t>
      </w:r>
      <w:r>
        <w:t>we would like to tell Mr Shakeel that you know, all these books of Maulana sahib are available on the website www.cpsglobal.</w:t>
      </w:r>
    </w:p>
    <w:p>
      <w:pPr>
        <w:jc w:val="right"/>
      </w:pPr>
      <w:r>
        <w:t>وی وڈ لائک ٹو ٹیل مسٹر شکیل دیٹ یو نو، آل دیز بکس آف مولانا صاحب آر اویلیبل آن دی ویب سائٹ www.cpsglobal.</w:t>
      </w:r>
    </w:p>
    <w:p>
      <w:r>
        <w:rPr>
          <w:b/>
        </w:rPr>
        <w:t xml:space="preserve">[51:20] </w:t>
      </w:r>
      <w:r>
        <w:t>org. you can download the pdf of all these books and read it you know whenever you have time. Maulana, agla sawal lete hain.</w:t>
      </w:r>
    </w:p>
    <w:p>
      <w:pPr>
        <w:jc w:val="right"/>
      </w:pPr>
      <w:r>
        <w:t>org۔ یو کین ڈاؤن لوڈ دا پی ڈی ایف آف آل دیز بکس اینڈ ریڈ اٹ یو نو وین ایور یو ہیو ٹائم۔ مولانا، اگلا سوال لیتے ہیں۔</w:t>
      </w:r>
    </w:p>
    <w:p>
      <w:r>
        <w:rPr>
          <w:b/>
        </w:rPr>
        <w:t xml:space="preserve">[51:31] </w:t>
      </w:r>
      <w:r>
        <w:t>yeh sawal bheja hai Ms Daniya Mustafa ne Karachi se. unhon ne likha hai: "Maulana sahib, how can we strengthen the quality of patience in our self</w:t>
      </w:r>
    </w:p>
    <w:p>
      <w:pPr>
        <w:jc w:val="right"/>
      </w:pPr>
      <w:r>
        <w:t>یہ سوال بھیجا ہے مس دانیا مصطفیٰ نے کراچی سے۔ انہوں نے لکھا ہے: "مولانا صاحب، ہاؤ کین وی سٹرینتھن دی کوالٹی آف پیشنس ان اور سیلف</w:t>
      </w:r>
    </w:p>
    <w:p>
      <w:r>
        <w:rPr>
          <w:b/>
        </w:rPr>
        <w:t xml:space="preserve">[51:43] </w:t>
      </w:r>
      <w:r>
        <w:t>? please guide us on this point."</w:t>
      </w:r>
    </w:p>
    <w:p>
      <w:pPr>
        <w:jc w:val="right"/>
      </w:pPr>
      <w:r>
        <w:t>؟ پلیز گائیڈ اس آن دس پوائنٹ۔"</w:t>
      </w:r>
    </w:p>
    <w:p>
      <w:r>
        <w:rPr>
          <w:b/>
        </w:rPr>
        <w:t xml:space="preserve">[51:51] </w:t>
      </w:r>
      <w:r>
        <w:t>bas wohi kijiye. Hazrat Umar ko mein ne kaise bataya ke Quran ki ayat parhiye, bas apne aap sab thanda ho jayega.</w:t>
      </w:r>
    </w:p>
    <w:p>
      <w:pPr>
        <w:jc w:val="right"/>
      </w:pPr>
      <w:r>
        <w:t>بس وہی کیجئے۔ حضرت عمر کو میں نے کیسے بتایا کہ قرآن کی آیت پڑھیے، بس اپنے آپ سب ٹھنڈا ہو جائے گا۔</w:t>
      </w:r>
    </w:p>
    <w:p>
      <w:r>
        <w:rPr>
          <w:b/>
        </w:rPr>
        <w:t xml:space="preserve">[52:07] </w:t>
      </w:r>
      <w:r>
        <w:t>ji Maulana, agla sawal Mehtab Ahmed sahib ka hai Dhampur se. unhon ne likha hai: "Maulana sahib, CPS mission ke logon ke ilawa deen ki sahi baat doosre logon ki samajh mein kyun nahin aa rahi hai?</w:t>
      </w:r>
    </w:p>
    <w:p>
      <w:pPr>
        <w:jc w:val="right"/>
      </w:pPr>
      <w:r>
        <w:t>جی مولانا، اگلا سوال مہتاب احمد صاحب کا ہے دھامپور سے۔ انہوں نے لکھا ہے: "مولانا صاحب، سی پی ایس مشن کے لوگوں کے علاوہ دین کی صحیح بات دوسرے لوگوں کی سمجھ میں کیوں نہیں آ رہی ہے؟</w:t>
      </w:r>
    </w:p>
    <w:p>
      <w:r>
        <w:rPr>
          <w:b/>
        </w:rPr>
        <w:t xml:space="preserve">[52:23] </w:t>
      </w:r>
      <w:r>
        <w:t>meharbani kar ke is ke baray mein batayen."</w:t>
      </w:r>
    </w:p>
    <w:p>
      <w:pPr>
        <w:jc w:val="right"/>
      </w:pPr>
      <w:r>
        <w:t>مہربانی کر کے اس کے بارے میں بتائیں۔"</w:t>
      </w:r>
    </w:p>
    <w:p>
      <w:r>
        <w:rPr>
          <w:b/>
        </w:rPr>
        <w:t xml:space="preserve">[52:29] </w:t>
      </w:r>
      <w:r>
        <w:t>mein ne arz kar diya ke Allah ka darr logon ke andar hai hi nahin. aap kisi bhi majlis mein jaiye, kisi bhi program mein jaiye,</w:t>
      </w:r>
    </w:p>
    <w:p>
      <w:pPr>
        <w:jc w:val="right"/>
      </w:pPr>
      <w:r>
        <w:t>میں نے عرض کر دیا کہ اللہ کا ڈر لوگوں کے اندر ہے ہی نہیں۔ آپ کسی بھی مجلس میں جائیے، کسی بھی پروگرام میں جائیے،</w:t>
      </w:r>
    </w:p>
    <w:p>
      <w:r>
        <w:rPr>
          <w:b/>
        </w:rPr>
        <w:t xml:space="preserve">[52:43] </w:t>
      </w:r>
      <w:r>
        <w:t>wahan Allah ke darr ki baat hi nahin sunenge aap.</w:t>
      </w:r>
    </w:p>
    <w:p>
      <w:pPr>
        <w:jc w:val="right"/>
      </w:pPr>
      <w:r>
        <w:t>وہاں اللہ کے ڈر کی بات ہی نہیں سنیں گے آپ۔</w:t>
      </w:r>
    </w:p>
    <w:p>
      <w:r>
        <w:rPr>
          <w:b/>
        </w:rPr>
        <w:t xml:space="preserve">[52:53] </w:t>
      </w:r>
      <w:r>
        <w:t>yeh to mera zindagi ka barkat tajurba hai. aap ko agar tajurba karna hai to aap har din jo Musalmanon ke jalsay hotay hain, har din aap chale jaiye aur dekhiye wahan par kya charcha hota hai.</w:t>
      </w:r>
    </w:p>
    <w:p>
      <w:pPr>
        <w:jc w:val="right"/>
      </w:pPr>
      <w:r>
        <w:t>یہ تو میرا زندگی کا برکت تجربہ ہے۔ آپ کو اگر تجربہ کرنا ہے تو آپ ہر دن جو مسلمانوں کے جلسے ہوتے ہیں، ہر دن آپ چلے جائیے اور دیکھیے وہاں پر کیا چرچا ہوتا ہے۔</w:t>
      </w:r>
    </w:p>
    <w:p>
      <w:r>
        <w:rPr>
          <w:b/>
        </w:rPr>
        <w:t xml:space="preserve">[53:15] </w:t>
      </w:r>
      <w:r>
        <w:t>Maulana, Peshawar se Muhammad Tufail sahib ne sawal bheja hai. unhon ne aap se poocha hai: "Maulana sahib, please explain managing issues or taking a step back from the aspects of married life?" from the aspect of married life?</w:t>
      </w:r>
    </w:p>
    <w:p>
      <w:pPr>
        <w:jc w:val="right"/>
      </w:pPr>
      <w:r>
        <w:t>مولانا، پشاور سے محمد طفیل صاحب نے سوال بھیجا ہے۔ انہوں نے آپ سے پوچھا ہے: "مولانا صاحب، پلیز ایکسپلین مینیجنگ ایشوز اور ٹیکنگ ا سٹیپ بیک فرام دی ایسپیکٹس آف میریڈ لائف؟" فرام دا ایسپیکٹ آف میریڈ لائف؟</w:t>
      </w:r>
    </w:p>
    <w:p>
      <w:r>
        <w:rPr>
          <w:b/>
        </w:rPr>
        <w:t xml:space="preserve">[53:33] </w:t>
      </w:r>
      <w:r>
        <w:t>shadi? ji, yeh to bohat aasan hai. yeh to aap bohat likh chuke hain. aap parh lijiye hamari kitaben, bohat likh chuke hain ke married life ko kaise manage kiya jaye.</w:t>
      </w:r>
    </w:p>
    <w:p>
      <w:pPr>
        <w:jc w:val="right"/>
      </w:pPr>
      <w:r>
        <w:t>شادی؟ جی، یہ تو بہت آسان ہے۔ یہ تو آپ بہت لکھ چکے ہیں۔ آپ پڑھ لیجئے ہماری کتابیں، بہت لکھ چکے ہیں کہ میریڈ لائف کو کیسے مینج کیا جائے۔</w:t>
      </w:r>
    </w:p>
    <w:p>
      <w:r>
        <w:rPr>
          <w:b/>
        </w:rPr>
        <w:t xml:space="preserve">[53:50] </w:t>
      </w:r>
      <w:r>
        <w:t>ji Maulana, is pe yeh batana chahenge ke aap ki kitab "Family Life" bhi maujood hai CPS website pe, to aap wahan se download kar sakte hain.</w:t>
      </w:r>
    </w:p>
    <w:p>
      <w:pPr>
        <w:jc w:val="right"/>
      </w:pPr>
      <w:r>
        <w:t>جی مولانا، اس پہ یہ بتانا چاہیں گے کہ آپ کی کتاب "فیملی لائف" بھی موجود ہے سی پی ایس ویب سائٹ پہ، تو آپ وہاں سے ڈاؤن لوڈ کر سکتے ہیں۔</w:t>
      </w:r>
    </w:p>
    <w:p>
      <w:r>
        <w:rPr>
          <w:b/>
        </w:rPr>
        <w:t xml:space="preserve">[54:01] </w:t>
      </w:r>
      <w:r>
        <w:t>Maulana, agla sawal bheja hai Ms Shabana Ansari ne Pakistan se. unhon ne likha hai: "Maulana, kya wajah hai ke hamare ulama jitni importance ghazwat ko dete hain, utni importance Hudaybiyyah treaty ko nahin dete?" although, Allah has given victory on Hudaybiyyah treaty.</w:t>
      </w:r>
    </w:p>
    <w:p>
      <w:pPr>
        <w:jc w:val="right"/>
      </w:pPr>
      <w:r>
        <w:t>مولانا، اگلا سوال بھیجا ہے مس شبانہ انصاری نے پاکستان سے۔ انہوں نے لکھا ہے: "مولانا، کیا وجہ ہے کہ ہمارے علماء جتنی امپورٹنس غزوات کو دیتے ہیں، اتنی امپورٹنس حدیبیہ ٹریٹی کو نہیں دیتے؟" آل دو، اللہ ہیز گیون وکٹری آن حدیبیہ ٹریٹی۔</w:t>
      </w:r>
    </w:p>
    <w:p>
      <w:r>
        <w:rPr>
          <w:b/>
        </w:rPr>
        <w:t xml:space="preserve">[54:23] </w:t>
      </w:r>
      <w:r>
        <w:t>are they unable to grasp the wisdom of i</w:t>
      </w:r>
    </w:p>
    <w:p>
      <w:pPr>
        <w:jc w:val="right"/>
      </w:pPr>
      <w:r>
        <w:t>آر دے ان ایبل ٹو گریسپ دا وزڈم آف ا</w:t>
      </w:r>
    </w:p>
    <w:p>
      <w:r>
        <w:rPr>
          <w:b/>
        </w:rPr>
        <w:t xml:space="preserve">[54:26] </w:t>
      </w:r>
      <w:r>
        <w:t>t. what is the reason for this? aap in hazraat ki majlison mein baithiye aur suniye. kisi bhi in hazraat ki kisi bhi majlis mein aap Allah ke darr ka taassur nahin payenge.</w:t>
      </w:r>
    </w:p>
    <w:p>
      <w:pPr>
        <w:jc w:val="right"/>
      </w:pPr>
      <w:r>
        <w:t>ٹ۔ واٹ از دا ریزن فار دس؟ آپ ان حضرات کی مجلسوں میں بیٹھیے اور سنیے۔ کسی بھی ان حضرات کی کسی بھی مجلس میں آپ اللہ کے ڈر کا تاثر نہیں پائیں گے۔</w:t>
      </w:r>
    </w:p>
    <w:p>
      <w:r>
        <w:rPr>
          <w:b/>
        </w:rPr>
        <w:t xml:space="preserve">[54:43] </w:t>
      </w:r>
      <w:r>
        <w:t>doosri doosri baaten milen gi aap ko. to yeh to yeh to Quran o Hadees se sabit hai</w:t>
      </w:r>
    </w:p>
    <w:p>
      <w:pPr>
        <w:jc w:val="right"/>
      </w:pPr>
      <w:r>
        <w:t>دوسری دوسری باتیں ملیں گی آپ کو۔ تو یہ تو یہ تو قرآن و حدیث سے ثابت ہے</w:t>
      </w:r>
    </w:p>
    <w:p>
      <w:r>
        <w:rPr>
          <w:b/>
        </w:rPr>
        <w:t xml:space="preserve">[54:56] </w:t>
      </w:r>
      <w:r>
        <w:t>keh allah ka dar jab nikal jaye to aur bhi har cheez nikal jati hai. aur yeh mujh se poochne ki zaroorat nahi hai.</w:t>
      </w:r>
    </w:p>
    <w:p>
      <w:pPr>
        <w:jc w:val="right"/>
      </w:pPr>
      <w:r>
        <w:t>کہ اللہ کا ڈر جب نکل جائے تو اور بھی ہر چیز نکل جاتی ہے۔ اور یہ مجھ سے پوچھنے کی ضرورت نہیں ہے۔</w:t>
      </w:r>
    </w:p>
    <w:p>
      <w:r>
        <w:rPr>
          <w:b/>
        </w:rPr>
        <w:t xml:space="preserve">[55:09] </w:t>
      </w:r>
      <w:r>
        <w:t>aap kisi bhi un hazraat ke jo musalmanon ke leader bane bane hue hain, leaderi kar rahe hain, un ki kisi majlis mein ja ke parh jaiye.</w:t>
      </w:r>
    </w:p>
    <w:p>
      <w:pPr>
        <w:jc w:val="right"/>
      </w:pPr>
      <w:r>
        <w:t>آپ کسی بھی ان حضرات کے جو مسلمانوں کے لیڈر بنے بنے ہوئے ہیں، لیڈری کر رہے ہیں، ان کی کسی مجلس میں جا کے پڑھ جائیے۔</w:t>
      </w:r>
    </w:p>
    <w:p>
      <w:r>
        <w:rPr>
          <w:b/>
        </w:rPr>
        <w:t xml:space="preserve">[55:21] </w:t>
      </w:r>
      <w:r>
        <w:t>aap dekhenge ke wahan</w:t>
      </w:r>
    </w:p>
    <w:p>
      <w:pPr>
        <w:jc w:val="right"/>
      </w:pPr>
      <w:r>
        <w:t>آپ دیکھیں گے کہ وہاں</w:t>
      </w:r>
    </w:p>
    <w:p>
      <w:r>
        <w:rPr>
          <w:b/>
        </w:rPr>
        <w:t xml:space="preserve">[55:26] </w:t>
      </w:r>
      <w:r>
        <w:t>allah ke dar ka koi khana hi nahi hai, koi khana hi nahi hai.</w:t>
      </w:r>
    </w:p>
    <w:p>
      <w:pPr>
        <w:jc w:val="right"/>
      </w:pPr>
      <w:r>
        <w:t>اللہ کے ڈر کا کوئی خانہ ہی نہیں ہے، کوئی خانہ ہی نہیں ہے۔</w:t>
      </w:r>
    </w:p>
    <w:p>
      <w:r>
        <w:rPr>
          <w:b/>
        </w:rPr>
        <w:t xml:space="preserve">[55:37] </w:t>
      </w:r>
      <w:r>
        <w:t>maulana sahib, shahab ahmed sahib ne aurangabad, maharashtra se sawal bheja hai. unhone likha hai: "it is very difficult for a common man in practical life to take step back when he thinks he is on the right side.</w:t>
      </w:r>
    </w:p>
    <w:p>
      <w:pPr>
        <w:jc w:val="right"/>
      </w:pPr>
      <w:r>
        <w:t>مولانا صاحب، شہاب احمد صاحب نے اورنگ آباد، مہاراشٹرہ سے سوال بھیجا ہے۔ انہوں نے لکھا ہے: "اٹ از ویری ڈیفیکلٹ فار ا کامن مین ان پریکٹیکل لائف ٹو ٹیک سٹیپ بیک وین ہی تھنکس ہی از آن دا رائٹ سائیڈ۔</w:t>
      </w:r>
    </w:p>
    <w:p>
      <w:r>
        <w:rPr>
          <w:b/>
        </w:rPr>
        <w:t xml:space="preserve">[55:54] </w:t>
      </w:r>
      <w:r>
        <w:t>on the spur of the moment, it becomes more difficult</w:t>
      </w:r>
    </w:p>
    <w:p>
      <w:pPr>
        <w:jc w:val="right"/>
      </w:pPr>
      <w:r>
        <w:t>آن دی سپر آف دا مومنٹ، اٹ بیکمز مور ڈیفیکلٹ</w:t>
      </w:r>
    </w:p>
    <w:p>
      <w:r>
        <w:rPr>
          <w:b/>
        </w:rPr>
        <w:t xml:space="preserve">[55:58] </w:t>
      </w:r>
      <w:r>
        <w:t>. it feels very humiliating to take a step back when we are on the right side. how to tackle such</w:t>
      </w:r>
    </w:p>
    <w:p>
      <w:pPr>
        <w:jc w:val="right"/>
      </w:pPr>
      <w:r>
        <w:t>۔ اٹ فیلز ویری ہیومیلیٹنگ ٹو ٹیک ا سٹیپ بیک وین وی آر آن دا رائٹ سائیڈ۔ ہاؤ ٹو ٹیکل سچ</w:t>
      </w:r>
    </w:p>
    <w:p>
      <w:r>
        <w:rPr>
          <w:b/>
        </w:rPr>
        <w:t xml:space="preserve">[56:06] </w:t>
      </w:r>
      <w:r>
        <w:t>a situation?"</w:t>
      </w:r>
    </w:p>
    <w:p>
      <w:pPr>
        <w:jc w:val="right"/>
      </w:pPr>
      <w:r>
        <w:t>ا سچویشن؟"</w:t>
      </w:r>
    </w:p>
    <w:p>
      <w:r>
        <w:rPr>
          <w:b/>
        </w:rPr>
        <w:t xml:space="preserve">[56:10] </w:t>
      </w:r>
      <w:r>
        <w:t>bhai, isi ke liye to maine kaha ke logon ke andar allah ka dar paida kijiye. hum pakde jayenge, aakhirat mein hamara hisab hoga.</w:t>
      </w:r>
    </w:p>
    <w:p>
      <w:pPr>
        <w:jc w:val="right"/>
      </w:pPr>
      <w:r>
        <w:t>بھائی، اسی کے لیے تو میں نے کہا کہ لوگوں کے اندر اللہ کا ڈر پیدا کیجئے۔ ہم پکڑے جائیں گے، آخرت میں ہمارا حساب ہوگا۔</w:t>
      </w:r>
    </w:p>
    <w:p>
      <w:r>
        <w:rPr>
          <w:b/>
        </w:rPr>
        <w:t xml:space="preserve">[56:22] </w:t>
      </w:r>
      <w:r>
        <w:t>farishte hamara record tayyar kar rahe hain, wahan pesh kiya jayega. yeh sab baatein bataiye jo nahi bataiye rahe rahe log.</w:t>
      </w:r>
    </w:p>
    <w:p>
      <w:pPr>
        <w:jc w:val="right"/>
      </w:pPr>
      <w:r>
        <w:t>فرشتے ہمارا ریکارڈ تیار کر رہے ہیں، وہاں پیش کیا جائے گا۔ یہ سب باتیں بتائیے جو نہیں بتائے رہے رہے لوگ۔</w:t>
      </w:r>
    </w:p>
    <w:p>
      <w:r>
        <w:rPr>
          <w:b/>
        </w:rPr>
        <w:t xml:space="preserve">[56:37] </w:t>
      </w:r>
      <w:r>
        <w:t>hyderabad se rishi chaurasiya sahib ne sawal kiya hai. unhone aapse poocha hai: "maulana sahib, yeh sare terrorist kon si kitab, kon si quran padhte hain jo sab ko maarne par tul jaate hain?</w:t>
      </w:r>
    </w:p>
    <w:p>
      <w:pPr>
        <w:jc w:val="right"/>
      </w:pPr>
      <w:r>
        <w:t>حیدرآباد سے رشی چورسیہ صاحب نے سوال کیا ہے۔ انہوں نے آپ سے پوچھا ہے: "مولانا صاحب، یہ سارے ٹیررسٹ کون سی کتاب، کون سی قرآن پڑھتے ہیں جو سب کو مارنے پر تل جاتے ہیں؟</w:t>
      </w:r>
    </w:p>
    <w:p>
      <w:r>
        <w:rPr>
          <w:b/>
        </w:rPr>
        <w:t xml:space="preserve">[56:52] </w:t>
      </w:r>
      <w:r>
        <w:t>unhe kon si galat shisha di jati hai? is ko clarify karen."</w:t>
      </w:r>
    </w:p>
    <w:p>
      <w:pPr>
        <w:jc w:val="right"/>
      </w:pPr>
      <w:r>
        <w:t>انہیں کون سی غلط शिक्षा دی جاتی ہے؟ اس کو کلیریفائی کریں۔"</w:t>
      </w:r>
    </w:p>
    <w:p>
      <w:r>
        <w:rPr>
          <w:b/>
        </w:rPr>
        <w:t xml:space="preserve">[57:01] </w:t>
      </w:r>
      <w:r>
        <w:t>woh ek lafz mein yeh hai ke hamare jitne bhi likhne aur bolne wale log hain, unhone quran se</w:t>
      </w:r>
    </w:p>
    <w:p>
      <w:pPr>
        <w:jc w:val="right"/>
      </w:pPr>
      <w:r>
        <w:t>وہ ایک لفظ میں یہ ہے کہ ہمارے جتنے بھی لکھنے اور بولنے والے لوگ ہیں، انہوں نے قرآن سے</w:t>
      </w:r>
    </w:p>
    <w:p>
      <w:r>
        <w:rPr>
          <w:b/>
        </w:rPr>
        <w:t xml:space="preserve">[57:16] </w:t>
      </w:r>
      <w:r>
        <w:t>har jagah quran mein bas</w:t>
      </w:r>
    </w:p>
    <w:p>
      <w:pPr>
        <w:jc w:val="right"/>
      </w:pPr>
      <w:r>
        <w:t>ہر جگہ قرآن میں بس</w:t>
      </w:r>
    </w:p>
    <w:p>
      <w:r>
        <w:rPr>
          <w:b/>
        </w:rPr>
        <w:t xml:space="preserve">[57:22] </w:t>
      </w:r>
      <w:r>
        <w:t>jihad likh rakha hai aur</w:t>
      </w:r>
    </w:p>
    <w:p>
      <w:pPr>
        <w:jc w:val="right"/>
      </w:pPr>
      <w:r>
        <w:t>جہاد لکھ رکھا ہے اور</w:t>
      </w:r>
    </w:p>
    <w:p>
      <w:r>
        <w:rPr>
          <w:b/>
        </w:rPr>
        <w:t xml:space="preserve">[57:29] </w:t>
      </w:r>
      <w:r>
        <w:t>peace ko hadaf kar rakha hai. aap kisi bhi tafsir ko padhiye, har har tafsir mein yahi milega aap ko. ab main kya karun?</w:t>
      </w:r>
    </w:p>
    <w:p>
      <w:pPr>
        <w:jc w:val="right"/>
      </w:pPr>
      <w:r>
        <w:t>پیس کو ہدف کر رکھا ہے۔ آپ کسی بھی تفسیر کو پڑھیے، ہر ہر تفسیر میں یہی ملے گا آپ کو۔ اب میں کیا کروں؟</w:t>
      </w:r>
    </w:p>
    <w:p>
      <w:r>
        <w:rPr>
          <w:b/>
        </w:rPr>
        <w:t xml:space="preserve">[57:39] </w:t>
      </w:r>
      <w:r>
        <w:t>yeh waqia hai ke tafsiron mein yahi ho gaya hai jo ke islam nahi hai. to aap mujh se mat poochhiye, aap in kitabon ko padhiye, in tafsiron ko padhiye aur dekhiye kya yeh baat hai ke nahi hai.</w:t>
      </w:r>
    </w:p>
    <w:p>
      <w:pPr>
        <w:jc w:val="right"/>
      </w:pPr>
      <w:r>
        <w:t>یہ واقعہ ہے کہ تفسیروں میں یہی ہو گیا ہے جو کہ اسلام نہیں ہے۔ تو آپ مجھ سے مت پوچھیے، آپ ان کتابوں کو پڑھیے، ان تفسیروں کو پڑھیے اور دیکھیے کیا یہ بات ہے کہ نہیں ہے۔</w:t>
      </w:r>
    </w:p>
    <w:p>
      <w:r>
        <w:rPr>
          <w:b/>
        </w:rPr>
        <w:t xml:space="preserve">[57:59] </w:t>
      </w:r>
      <w:r>
        <w:t>musalli jihad jo karte hain, log is ko bara darja de rakha hai</w:t>
      </w:r>
    </w:p>
    <w:p>
      <w:pPr>
        <w:jc w:val="right"/>
      </w:pPr>
      <w:r>
        <w:t>مصلی جہاد جو کرتے ہیں، لوگ اس کو بڑا درجہ دے رکھا ہے</w:t>
      </w:r>
    </w:p>
    <w:p>
      <w:r>
        <w:rPr>
          <w:b/>
        </w:rPr>
        <w:t xml:space="preserve">[58:09] </w:t>
      </w:r>
      <w:r>
        <w:t>aur mere paas koi doosra jawab nahi hai. aap khud in kitabon ko, in tafsiron ko dekhiye.</w:t>
      </w:r>
    </w:p>
    <w:p>
      <w:pPr>
        <w:jc w:val="right"/>
      </w:pPr>
      <w:r>
        <w:t>اور میرے پاس کوئی دوسرا جواب نہیں ہے۔ آپ خود ان کتابوں کو، ان تفسیروں کو دیکھیے۔</w:t>
      </w:r>
    </w:p>
    <w:p>
      <w:r>
        <w:rPr>
          <w:b/>
        </w:rPr>
        <w:t xml:space="preserve">[58:24] </w:t>
      </w:r>
      <w:r>
        <w:t>maulana, agla comment bheja hai sajid anwar sahib ne mumbai se. unhone likha hai: "maulana, from today lecture, i have learned a completely new aspect of hudaybiyah treaty, that not to make a problem into controversy.</w:t>
      </w:r>
    </w:p>
    <w:p>
      <w:pPr>
        <w:jc w:val="right"/>
      </w:pPr>
      <w:r>
        <w:t>مولانا، اگلا کمنٹ بھیجا ہے ساجد انور صاحب نے ممبئی سے۔ انہوں نے لکھا ہے: "مولانا، فرام ٹوڈے لیکچر، آئی ہیو لرنڈ ا کمپلیٹلی نیو ایسپیکٹ آف حدیبیہ ٹریٹی، دیٹ ناٹ ٹو میک ا پرابلم انٹو کنٹروورسی۔</w:t>
      </w:r>
    </w:p>
    <w:p>
      <w:r>
        <w:rPr>
          <w:b/>
        </w:rPr>
        <w:t xml:space="preserve">[58:41] </w:t>
      </w:r>
      <w:r>
        <w:t>this is a great learning. i will follow this principle in all aspects of life. jazak allah maulana." masha allah.</w:t>
      </w:r>
    </w:p>
    <w:p>
      <w:pPr>
        <w:jc w:val="right"/>
      </w:pPr>
      <w:r>
        <w:t>دس از ا گریٹ لرننگ۔ آئی ویل فالو دس پرنسپل ان آل ایسپیکٹس آف لائف۔ جزاک اللہ مولانا۔" ماشاءاللہ۔</w:t>
      </w:r>
    </w:p>
    <w:p>
      <w:r>
        <w:rPr>
          <w:b/>
        </w:rPr>
        <w:t xml:space="preserve">[58:51] </w:t>
      </w:r>
      <w:r>
        <w:t>professor farida khanoom ne delhi se likha hai: "it is exactly true that muslims have no fear of god.</w:t>
      </w:r>
    </w:p>
    <w:p>
      <w:pPr>
        <w:jc w:val="right"/>
      </w:pPr>
      <w:r>
        <w:t>پروفیسر فریدہ خانم نے دلی سے لکھا ہے: "اٹ از ایگزیکٹلی ٹرو دیٹ مسلمز ہیو نو فیئر آف گاڈ۔</w:t>
      </w:r>
    </w:p>
    <w:p>
      <w:r>
        <w:rPr>
          <w:b/>
        </w:rPr>
        <w:t xml:space="preserve">[58:59] </w:t>
      </w:r>
      <w:r>
        <w:t>i had been associated with the muslim institution for 25 years, but i never heard any of them engaged in serious conversation about god, paradise and the hereafter.</w:t>
      </w:r>
    </w:p>
    <w:p>
      <w:pPr>
        <w:jc w:val="right"/>
      </w:pPr>
      <w:r>
        <w:t>آئی ہیڈ بین ایسوسیٹڈ ود دا مسلم انسٹیٹیوشن فار 25 ایئرز، بٹ آئی نیور ہرڈ اینی آف دیم انگیجڈ ان سیریس کنورسیشن اباؤٹ گاڈ، پیراڈائز اینڈ دی ہیر آفٹر۔</w:t>
      </w:r>
    </w:p>
    <w:p>
      <w:r>
        <w:rPr>
          <w:b/>
        </w:rPr>
        <w:t xml:space="preserve">[59:14] </w:t>
      </w:r>
      <w:r>
        <w:t>their material concerns are their only focus."</w:t>
      </w:r>
    </w:p>
    <w:p>
      <w:pPr>
        <w:jc w:val="right"/>
      </w:pPr>
      <w:r>
        <w:t>دیر مٹیریل کنسرنز آر دیر اونلی فوکس۔"</w:t>
      </w:r>
    </w:p>
    <w:p>
      <w:r>
        <w:rPr>
          <w:b/>
        </w:rPr>
        <w:t xml:space="preserve">[59:21] </w:t>
      </w:r>
      <w:r>
        <w:t>yahi asal masla hai, jar ki baat yahi hai, jar ki baat yahi hai. maulana, agla sawal ahmedabad se shoaib akhtar sahib ne bheja hai.</w:t>
      </w:r>
    </w:p>
    <w:p>
      <w:pPr>
        <w:jc w:val="right"/>
      </w:pPr>
      <w:r>
        <w:t>یہی اصل مسئلہ ہے، جڑ کی بات یہی ہے، جڑ کی بات یہی ہے۔ مولانا، اگلا سوال احمد آباد سے شعیب اختر صاحب نے بھیجا ہے۔</w:t>
      </w:r>
    </w:p>
    <w:p>
      <w:r>
        <w:rPr>
          <w:b/>
        </w:rPr>
        <w:t xml:space="preserve">[59:33] </w:t>
      </w:r>
      <w:r>
        <w:t>unho ne likha hai: "maulana sahib, i don't have a child and both me and my wife feel very lonely.</w:t>
      </w:r>
    </w:p>
    <w:p>
      <w:pPr>
        <w:jc w:val="right"/>
      </w:pPr>
      <w:r>
        <w:t>انہوں نے لکھا ہے: "مولانا صاحب، آئی ڈونٹ ہیو ا چائلڈ اینڈ بوتھ می اینڈ مائی وائف فیل ویری لونلی۔</w:t>
      </w:r>
    </w:p>
    <w:p>
      <w:r>
        <w:rPr>
          <w:b/>
        </w:rPr>
        <w:t xml:space="preserve">[59:43] </w:t>
      </w:r>
      <w:r>
        <w:t>maulana sahib, please give us some guidance as it is affecting our peace of mind." bhai, yeh is ke liye main yahi kahunga ke rasool Allah ko dekhiye, aap</w:t>
      </w:r>
    </w:p>
    <w:p>
      <w:pPr>
        <w:jc w:val="right"/>
      </w:pPr>
      <w:r>
        <w:t>مولانا صاحب، پلیز گیو اس سم گائیڈنس ایز اٹ از ایفیکٹنگ اور پیس آف مائنڈ۔" بھائی، یہ اس کے لیے میں یہی کہوں گا کہ رسول اللہ کو دیکھیے، آپ</w:t>
      </w:r>
    </w:p>
    <w:p>
      <w:r>
        <w:rPr>
          <w:b/>
        </w:rPr>
        <w:t xml:space="preserve">[1:00:03] </w:t>
      </w:r>
      <w:r>
        <w:t>rasool Allah ka beta kahan tha? jo bete paida hue, woh khatam ho gaye.</w:t>
      </w:r>
    </w:p>
    <w:p>
      <w:pPr>
        <w:jc w:val="right"/>
      </w:pPr>
      <w:r>
        <w:t>رسول اللہ کا بیٹا کہاں تھا؟ جو بیٹے پیدا ہوئے، وہ ختم ہو گئے۔</w:t>
      </w:r>
    </w:p>
    <w:p>
      <w:r>
        <w:rPr>
          <w:b/>
        </w:rPr>
        <w:t xml:space="preserve">[1:00:13] </w:t>
      </w:r>
      <w:r>
        <w:t>ab aur kya kar sakta hoon main aap ko? okay, we will end the session</w:t>
      </w:r>
    </w:p>
    <w:p>
      <w:pPr>
        <w:jc w:val="right"/>
      </w:pPr>
      <w:r>
        <w:t>اب اور کیا کر سکتا ہوں میں آپ کو؟ اوکے، وی ویل اینڈ دی سیشن</w:t>
      </w:r>
    </w:p>
    <w:p>
      <w:r>
        <w:rPr>
          <w:b/>
        </w:rPr>
        <w:t xml:space="preserve">[1:00:18] </w:t>
      </w:r>
      <w:r>
        <w:t>now. thank you.</w:t>
      </w:r>
    </w:p>
    <w:p>
      <w:pPr>
        <w:jc w:val="right"/>
      </w:pPr>
      <w:r>
        <w:t>ناؤ۔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