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Discovery of God November 3, 2019 Maulana Wahiduddin Khan</w:t>
      </w:r>
    </w:p>
    <w:p>
      <w:r>
        <w:t>https://www.youtube.com/watch?v=WUaOl0Kwwng</w:t>
      </w:r>
    </w:p>
    <w:p>
      <w:r>
        <w:rPr>
          <w:b/>
        </w:rPr>
        <w:t xml:space="preserve">[00:13] </w:t>
      </w:r>
      <w:r>
        <w:t>bismillah-ir-rahman-ir-rahim, wa salla Allahu ala nabiyyil karim.</w:t>
      </w:r>
    </w:p>
    <w:p>
      <w:pPr>
        <w:jc w:val="right"/>
      </w:pPr>
      <w:r>
        <w:t>بسم اللہ الرحمن الرحیم، و صلی اللہ علی نبی الکریم۔</w:t>
      </w:r>
    </w:p>
    <w:p>
      <w:r>
        <w:rPr>
          <w:b/>
        </w:rPr>
        <w:t xml:space="preserve">[00:23] </w:t>
      </w:r>
      <w:r>
        <w:t>rabbi-shrahli sadri, wa yassirli amri, wahlul uqdatan min lisani yafqahu qawli.</w:t>
      </w:r>
    </w:p>
    <w:p>
      <w:pPr>
        <w:jc w:val="right"/>
      </w:pPr>
      <w:r>
        <w:t>رب اشرح لی صدری، ویسر لی امری، واحل العقدۃ من لسانی یفقہ قولی۔</w:t>
      </w:r>
    </w:p>
    <w:p>
      <w:r>
        <w:rPr>
          <w:b/>
        </w:rPr>
        <w:t xml:space="preserve">[00:40] </w:t>
      </w:r>
      <w:r>
        <w:t>jab se dunya mein yeh jo reason aaya hai,</w:t>
      </w:r>
    </w:p>
    <w:p>
      <w:pPr>
        <w:jc w:val="right"/>
      </w:pPr>
      <w:r>
        <w:t>جب سے دنیا میں یہ جو ریزن آیا ہے،</w:t>
      </w:r>
    </w:p>
    <w:p>
      <w:r>
        <w:rPr>
          <w:b/>
        </w:rPr>
        <w:t xml:space="preserve">[00:48] </w:t>
      </w:r>
      <w:r>
        <w:t>tab se log shakk karte hain Allah ke wajood par.</w:t>
      </w:r>
    </w:p>
    <w:p>
      <w:pPr>
        <w:jc w:val="right"/>
      </w:pPr>
      <w:r>
        <w:t>تب سے لوگ شک کرتے ہیں اللہ کے وجود پر۔</w:t>
      </w:r>
    </w:p>
    <w:p>
      <w:r>
        <w:rPr>
          <w:b/>
        </w:rPr>
        <w:t xml:space="preserve">[00:59] </w:t>
      </w:r>
      <w:r>
        <w:t>nietzsche, jo german philosopher tha, us ne 1882 mein kaha tha ke "God is dead".</w:t>
      </w:r>
    </w:p>
    <w:p>
      <w:pPr>
        <w:jc w:val="right"/>
      </w:pPr>
      <w:r>
        <w:t>نٹسے، جو جرمن فلاسفر تھا، اس نے 1882 میں کہا تھا کہ "God is dead"۔</w:t>
      </w:r>
    </w:p>
    <w:p>
      <w:r>
        <w:rPr>
          <w:b/>
        </w:rPr>
        <w:t xml:space="preserve">[01:20] </w:t>
      </w:r>
      <w:r>
        <w:t>tab se yeh yeh idea logon mein phaila hua hai. main aap ko quran ki ek ayat yaad dilata hoon. yeh ayat hai surah number 41 mein.</w:t>
      </w:r>
    </w:p>
    <w:p>
      <w:pPr>
        <w:jc w:val="right"/>
      </w:pPr>
      <w:r>
        <w:t>تب سے یہ یہ آئیڈیا لوگوں میں پھیلا ہوا ہے۔ میں آپ کو قرآن کی ایک آیت یاد دلاتا ہوں۔ یہ آیت ہے سورہ نمبر 41 میں۔</w:t>
      </w:r>
    </w:p>
    <w:p>
      <w:r>
        <w:rPr>
          <w:b/>
        </w:rPr>
        <w:t xml:space="preserve">[01:41] </w:t>
      </w:r>
      <w:r>
        <w:t>woh ayat yeh hai: "sanurihim ayatina fil afaqi wa fi anfusihim hatta".</w:t>
      </w:r>
    </w:p>
    <w:p>
      <w:pPr>
        <w:jc w:val="right"/>
      </w:pPr>
      <w:r>
        <w:t>وہ آیت یہ ہے: "سنوریہم آیتنا فی آفاق انفسہم حتیٰ"۔</w:t>
      </w:r>
    </w:p>
    <w:p>
      <w:r>
        <w:rPr>
          <w:b/>
        </w:rPr>
        <w:t xml:space="preserve">[01:53] </w:t>
      </w:r>
      <w:r>
        <w:t>iska tarjuma yeh hai: hum dikhayenge apni nishaniyan. nishaniyan ka matlab hai evidence,</w:t>
      </w:r>
    </w:p>
    <w:p>
      <w:pPr>
        <w:jc w:val="right"/>
      </w:pPr>
      <w:r>
        <w:t>اس کا ترجمہ یہ ہے: ہم دکھائیں گے اپنی نشانیاں۔ نشانیاں کا مطلب ہے ایویڈنس،</w:t>
      </w:r>
    </w:p>
    <w:p>
      <w:r>
        <w:rPr>
          <w:b/>
        </w:rPr>
        <w:t xml:space="preserve">[02:09] </w:t>
      </w:r>
      <w:r>
        <w:t>afaq mein aur anfus mein. yahan tak ke</w:t>
      </w:r>
    </w:p>
    <w:p>
      <w:pPr>
        <w:jc w:val="right"/>
      </w:pPr>
      <w:r>
        <w:t>آفاق میں اور انفس میں۔ یہاں تک کہ</w:t>
      </w:r>
    </w:p>
    <w:p>
      <w:r>
        <w:rPr>
          <w:b/>
        </w:rPr>
        <w:t xml:space="preserve">[02:15] </w:t>
      </w:r>
      <w:r>
        <w:t>logon par khul jaye ke yeh haq hai.</w:t>
      </w:r>
    </w:p>
    <w:p>
      <w:pPr>
        <w:jc w:val="right"/>
      </w:pPr>
      <w:r>
        <w:t>لوگوں پر کھل جائے کہ یہ حق ہے۔</w:t>
      </w:r>
    </w:p>
    <w:p>
      <w:r>
        <w:rPr>
          <w:b/>
        </w:rPr>
        <w:t xml:space="preserve">[02:23] </w:t>
      </w:r>
      <w:r>
        <w:t>is ayat par sochte hue mujhe samajh aaya ke</w:t>
      </w:r>
    </w:p>
    <w:p>
      <w:pPr>
        <w:jc w:val="right"/>
      </w:pPr>
      <w:r>
        <w:t>اس آیت پر سوچتے ہوئے مجھے سمجھ آیا کہ</w:t>
      </w:r>
    </w:p>
    <w:p>
      <w:r>
        <w:rPr>
          <w:b/>
        </w:rPr>
        <w:t xml:space="preserve">[02:31] </w:t>
      </w:r>
      <w:r>
        <w:t>paighambar jinka silsila shuru ho gaya tha, Adam Adam se, Hazrat Adam se, unho ne bar bar poori history mein insan ko bataya ke kainat ka ek creator hai.</w:t>
      </w:r>
    </w:p>
    <w:p>
      <w:pPr>
        <w:jc w:val="right"/>
      </w:pPr>
      <w:r>
        <w:t>پیغمبر جن کا سلسلہ شروع ہوگیا تھا، آدم آدم سے، حضرت آدم سے، انہوں نے بار بار پوری ہسٹری میں انسان کو بتایا کہ کائنات کا ایک کریٹر ہے۔</w:t>
      </w:r>
    </w:p>
    <w:p>
      <w:r>
        <w:rPr>
          <w:b/>
        </w:rPr>
        <w:t xml:space="preserve">[02:53] </w:t>
      </w:r>
      <w:r>
        <w:t>us ne insan ko aur tamam cheezon ko banaya hai.</w:t>
      </w:r>
    </w:p>
    <w:p>
      <w:pPr>
        <w:jc w:val="right"/>
      </w:pPr>
      <w:r>
        <w:t>اس نے انسان کو اور تمام چیزوں کو بنایا ہے۔</w:t>
      </w:r>
    </w:p>
    <w:p>
      <w:r>
        <w:rPr>
          <w:b/>
        </w:rPr>
        <w:t xml:space="preserve">[03:01] </w:t>
      </w:r>
      <w:r>
        <w:t>poori history mein yeh repeat hota raha: "kullu arsalna rasulana".</w:t>
      </w:r>
    </w:p>
    <w:p>
      <w:pPr>
        <w:jc w:val="right"/>
      </w:pPr>
      <w:r>
        <w:t>پوری ہسٹری میں یہ ریپیٹ ہوتا رہا: "سب ارسلنا رسولنا"۔</w:t>
      </w:r>
    </w:p>
    <w:p>
      <w:r>
        <w:rPr>
          <w:b/>
        </w:rPr>
        <w:t xml:space="preserve">[03:13] </w:t>
      </w:r>
      <w:r>
        <w:t>yeh pehli bar age of reason mein aisa hua ke logon ne yeh kehna shuru kiya ke God ka koi wajood nahin.</w:t>
      </w:r>
    </w:p>
    <w:p>
      <w:pPr>
        <w:jc w:val="right"/>
      </w:pPr>
      <w:r>
        <w:t>یہ پہلی بار ایج آف ریزن میں ایسا ہوا کہ لوگوں نے یہ کہنا شروع کیا کہ گاڈ کا کوئی وجود نہیں۔</w:t>
      </w:r>
    </w:p>
    <w:p>
      <w:r>
        <w:rPr>
          <w:b/>
        </w:rPr>
        <w:t xml:space="preserve">[03:28] </w:t>
      </w:r>
      <w:r>
        <w:t>aur san 1882 mein german philosopher nietzsche ne ailan kar diya ke "God is dead".</w:t>
      </w:r>
    </w:p>
    <w:p>
      <w:pPr>
        <w:jc w:val="right"/>
      </w:pPr>
      <w:r>
        <w:t>اور سن 1882 میں جرمن فلاسفر نٹسے نے اعلان کر دیا کہ "God is dead"۔</w:t>
      </w:r>
    </w:p>
    <w:p>
      <w:r>
        <w:rPr>
          <w:b/>
        </w:rPr>
        <w:t xml:space="preserve">[03:47] </w:t>
      </w:r>
      <w:r>
        <w:t>to yeh ayat jo hai quran ki, jo maine padhi aap ke samne, yeh poori history ko address kar rahi hai.</w:t>
      </w:r>
    </w:p>
    <w:p>
      <w:pPr>
        <w:jc w:val="right"/>
      </w:pPr>
      <w:r>
        <w:t>تو یہ آیت جو ہے قرآن کی، جو میں نے پڑھی آپ کے سامنے، یہ پوری ہسٹری کو ایڈریس کر رہی ہے۔</w:t>
      </w:r>
    </w:p>
    <w:p>
      <w:r>
        <w:rPr>
          <w:b/>
        </w:rPr>
        <w:t xml:space="preserve">[04:00] </w:t>
      </w:r>
      <w:r>
        <w:t>saatveen sadi isvi mein jab quran utra, usi zamane ko nahin, poori history ko. to iske maani is lehaz se dekha jaye to hum kahenge ke jab insan yeh keh raha tha age of reason mein ke Khuda ka koi wajood nahin,</w:t>
      </w:r>
    </w:p>
    <w:p>
      <w:pPr>
        <w:jc w:val="right"/>
      </w:pPr>
      <w:r>
        <w:t>ساتویں صدی عیسوی میں جب قرآن اترا، اسی زمانے کو نہیں، پوری ہسٹری کو۔ تو اس کے معنی اس لحاظ سے دیکھا جائے تو ہم کہیں گے کہ جب انسان یہ کہہ رہا تھا ایج آف ریزن میں کہ خدا کا کوئی وجود نہیں،</w:t>
      </w:r>
    </w:p>
    <w:p>
      <w:r>
        <w:rPr>
          <w:b/>
        </w:rPr>
        <w:t xml:space="preserve">[04:25] </w:t>
      </w:r>
      <w:r>
        <w:t>"God is no more",</w:t>
      </w:r>
    </w:p>
    <w:p>
      <w:pPr>
        <w:jc w:val="right"/>
      </w:pPr>
      <w:r>
        <w:t>"God is no more"،</w:t>
      </w:r>
    </w:p>
    <w:p>
      <w:r>
        <w:rPr>
          <w:b/>
        </w:rPr>
        <w:t xml:space="preserve">[04:30] </w:t>
      </w:r>
      <w:r>
        <w:t>to is se pehle God ki awaz kainat mein goonj chuki thi,</w:t>
      </w:r>
    </w:p>
    <w:p>
      <w:pPr>
        <w:jc w:val="right"/>
      </w:pPr>
      <w:r>
        <w:t>تو اس سے پہلے گاڈ کی آواز کائنات میں گونج چکی تھی،</w:t>
      </w:r>
    </w:p>
    <w:p>
      <w:r>
        <w:rPr>
          <w:b/>
        </w:rPr>
        <w:t xml:space="preserve">[04:40] </w:t>
      </w:r>
      <w:r>
        <w:t>goonj rahi thi</w:t>
      </w:r>
    </w:p>
    <w:p>
      <w:pPr>
        <w:jc w:val="right"/>
      </w:pPr>
      <w:r>
        <w:t>گونج رہی تھی</w:t>
      </w:r>
    </w:p>
    <w:p>
      <w:r>
        <w:rPr>
          <w:b/>
        </w:rPr>
        <w:t xml:space="preserve">[04:45] </w:t>
      </w:r>
      <w:r>
        <w:t>keh future mein, sunrihem ke mani future mein, aindah</w:t>
      </w:r>
    </w:p>
    <w:p>
      <w:pPr>
        <w:jc w:val="right"/>
      </w:pPr>
      <w:r>
        <w:t>کہ فیوچر میں، سنوریہم کے معنی فیوچر میں، آئندہ</w:t>
      </w:r>
    </w:p>
    <w:p>
      <w:r>
        <w:rPr>
          <w:b/>
        </w:rPr>
        <w:t xml:space="preserve">[04:56] </w:t>
      </w:r>
      <w:r>
        <w:t>yani logon ke kehne ke baad</w:t>
      </w:r>
    </w:p>
    <w:p>
      <w:pPr>
        <w:jc w:val="right"/>
      </w:pPr>
      <w:r>
        <w:t>یعنی لوگوں کے کہنے کے بعد</w:t>
      </w:r>
    </w:p>
    <w:p>
      <w:r>
        <w:rPr>
          <w:b/>
        </w:rPr>
        <w:t xml:space="preserve">[05:01] </w:t>
      </w:r>
      <w:r>
        <w:t>future mein aisa hoga keh aisi aayatain zahir hongi, aisi nishaniyan zahir hongi</w:t>
      </w:r>
    </w:p>
    <w:p>
      <w:pPr>
        <w:jc w:val="right"/>
      </w:pPr>
      <w:r>
        <w:t>فیوچر میں ایسا ہوگا کہ ایسی آیتیں ظاہر ہوں گی، ایسی نشانیاں ظاہر ہوں گی</w:t>
      </w:r>
    </w:p>
    <w:p>
      <w:r>
        <w:rPr>
          <w:b/>
        </w:rPr>
        <w:t xml:space="preserve">[05:15] </w:t>
      </w:r>
      <w:r>
        <w:t>jo peghambaron ki baat ko reaffirm karengi, jo peghambaron ki baat ko reaffirm karengi aur kahengi: "is kainat ke khaliq hain".</w:t>
      </w:r>
    </w:p>
    <w:p>
      <w:pPr>
        <w:jc w:val="right"/>
      </w:pPr>
      <w:r>
        <w:t>جو پیغمبروں کی بات کو ری افرم کریں گی، جو پیغمبروں کی بات کو ری افرم کریں گی اور کہیں گی: "اس کائنات کے خالق ہیں"۔</w:t>
      </w:r>
    </w:p>
    <w:p>
      <w:r>
        <w:rPr>
          <w:b/>
        </w:rPr>
        <w:t xml:space="preserve">[05:34] </w:t>
      </w:r>
      <w:r>
        <w:t>mein samajhta hoon keh 1927 mein, yani meri paidaish ke do saal baad,</w:t>
      </w:r>
    </w:p>
    <w:p>
      <w:pPr>
        <w:jc w:val="right"/>
      </w:pPr>
      <w:r>
        <w:t>میں سمجھتا ہوں کہ 1927 میں، یعنی میری پیدائش کے دو سال بعد،</w:t>
      </w:r>
    </w:p>
    <w:p>
      <w:r>
        <w:rPr>
          <w:b/>
        </w:rPr>
        <w:t xml:space="preserve">[05:47] </w:t>
      </w:r>
      <w:r>
        <w:t>mein paida hua 1925 mein, aur yeh baat hai 1927 ki, jabkeh science daanon ne daryaft kiya keh sitare jo hain, yeh galaxy jo hai, woh phail rahi hai,</w:t>
      </w:r>
    </w:p>
    <w:p>
      <w:pPr>
        <w:jc w:val="right"/>
      </w:pPr>
      <w:r>
        <w:t>میں پیدا ہوا 1925 میں، اور یہ بات ہے 1927 کی، جبکہ سائنس دانوں نے دریافت کیا کہ ستارے جو ہیں، یہ گلیکسی جو ہے، وہ پھیل رہی ہے،</w:t>
      </w:r>
    </w:p>
    <w:p>
      <w:r>
        <w:rPr>
          <w:b/>
        </w:rPr>
        <w:t xml:space="preserve">[06:08] </w:t>
      </w:r>
      <w:r>
        <w:t>phail rahi hai, charon taraf phail rahi hai. to is ke yeh jo mushahida tha, is ko le kar science daanon ne bohat zyada study ki,</w:t>
      </w:r>
    </w:p>
    <w:p>
      <w:pPr>
        <w:jc w:val="right"/>
      </w:pPr>
      <w:r>
        <w:t>پھیل رہی ہے، چاروں طرف پھیل رہی ہے۔ تو اس کے یہ جو مشاہدہ تھا، اس کو لے کر سائنس دانوں نے بہت زیادہ اسٹڈی کی،</w:t>
      </w:r>
    </w:p>
    <w:p>
      <w:r>
        <w:rPr>
          <w:b/>
        </w:rPr>
        <w:t xml:space="preserve">[06:24] </w:t>
      </w:r>
      <w:r>
        <w:t>bohat zyada study ki. saare astronomers is mein lag gaye,</w:t>
      </w:r>
    </w:p>
    <w:p>
      <w:pPr>
        <w:jc w:val="right"/>
      </w:pPr>
      <w:r>
        <w:t>بہت زیادہ اسٹڈی کی۔ سارے اسٹرانومرز اس میں لگ گئے،</w:t>
      </w:r>
    </w:p>
    <w:p>
      <w:r>
        <w:rPr>
          <w:b/>
        </w:rPr>
        <w:t xml:space="preserve">[06:32] </w:t>
      </w:r>
      <w:r>
        <w:t>yahan tak keh 1927 mein</w:t>
      </w:r>
    </w:p>
    <w:p>
      <w:pPr>
        <w:jc w:val="right"/>
      </w:pPr>
      <w:r>
        <w:t>یہاں تک کہ 1927 میں</w:t>
      </w:r>
    </w:p>
    <w:p>
      <w:r>
        <w:rPr>
          <w:b/>
        </w:rPr>
        <w:t xml:space="preserve">[06:39] </w:t>
      </w:r>
      <w:r>
        <w:t>yeh</w:t>
      </w:r>
    </w:p>
    <w:p>
      <w:pPr>
        <w:jc w:val="right"/>
      </w:pPr>
      <w:r>
        <w:t>یہ</w:t>
      </w:r>
    </w:p>
    <w:p>
      <w:r>
        <w:rPr>
          <w:b/>
        </w:rPr>
        <w:t xml:space="preserve">[06:45] </w:t>
      </w:r>
      <w:r>
        <w:t>maan liya gaya keh</w:t>
      </w:r>
    </w:p>
    <w:p>
      <w:pPr>
        <w:jc w:val="right"/>
      </w:pPr>
      <w:r>
        <w:t>مان لیا گیا کہ</w:t>
      </w:r>
    </w:p>
    <w:p>
      <w:r>
        <w:rPr>
          <w:b/>
        </w:rPr>
        <w:t xml:space="preserve">[06:49] </w:t>
      </w:r>
      <w:r>
        <w:t>space mein ek ek big big bang hua hai,</w:t>
      </w:r>
    </w:p>
    <w:p>
      <w:pPr>
        <w:jc w:val="right"/>
      </w:pPr>
      <w:r>
        <w:t>اسپیس میں ایک ایک بگ بگ بینگ ہوا ہے،</w:t>
      </w:r>
    </w:p>
    <w:p>
      <w:r>
        <w:rPr>
          <w:b/>
        </w:rPr>
        <w:t xml:space="preserve">[06:57] </w:t>
      </w:r>
      <w:r>
        <w:t>bohat bara dhamaka,</w:t>
      </w:r>
    </w:p>
    <w:p>
      <w:pPr>
        <w:jc w:val="right"/>
      </w:pPr>
      <w:r>
        <w:t>بہت بڑا دھماکہ،</w:t>
      </w:r>
    </w:p>
    <w:p>
      <w:r>
        <w:rPr>
          <w:b/>
        </w:rPr>
        <w:t xml:space="preserve">[07:04] </w:t>
      </w:r>
      <w:r>
        <w:t>big bang hua hai</w:t>
      </w:r>
    </w:p>
    <w:p>
      <w:pPr>
        <w:jc w:val="right"/>
      </w:pPr>
      <w:r>
        <w:t>بگ بینگ ہوا ہے</w:t>
      </w:r>
    </w:p>
    <w:p>
      <w:r>
        <w:rPr>
          <w:b/>
        </w:rPr>
        <w:t xml:space="preserve">[07:11] </w:t>
      </w:r>
      <w:r>
        <w:t>1927 mein. mein is par soch raha tha keh big bang to haqeeqat mein tha, big beginning.</w:t>
      </w:r>
    </w:p>
    <w:p>
      <w:pPr>
        <w:jc w:val="right"/>
      </w:pPr>
      <w:r>
        <w:t>1927 میں۔ میں اس پر سوچ رہا تھا کہ بگ بینگ تو حقیقت میں تھا، بگ بگننگ۔</w:t>
      </w:r>
    </w:p>
    <w:p>
      <w:r>
        <w:rPr>
          <w:b/>
        </w:rPr>
        <w:t xml:space="preserve">[07:26] </w:t>
      </w:r>
      <w:r>
        <w:t>is is pas is pas manzar ko le kar socha gaya hai keh jab keh insan yeh keh raha tha keh koi</w:t>
      </w:r>
    </w:p>
    <w:p>
      <w:pPr>
        <w:jc w:val="right"/>
      </w:pPr>
      <w:r>
        <w:t>اس اس پس اس پس منظر کو لے کر سوچا گیا ہے کہ جب کہ انسان یہ کہہ رہا تھا کہ کوئی</w:t>
      </w:r>
    </w:p>
    <w:p>
      <w:r>
        <w:rPr>
          <w:b/>
        </w:rPr>
        <w:t xml:space="preserve">[07:40] </w:t>
      </w:r>
      <w:r>
        <w:t>is kainat ka koi bigger beginner nahi hai,</w:t>
      </w:r>
    </w:p>
    <w:p>
      <w:pPr>
        <w:jc w:val="right"/>
      </w:pPr>
      <w:r>
        <w:t>اس کائنات کا کوئی بگر بگنر نہیں ہے،</w:t>
      </w:r>
    </w:p>
    <w:p>
      <w:r>
        <w:rPr>
          <w:b/>
        </w:rPr>
        <w:t xml:space="preserve">[07:48] </w:t>
      </w:r>
      <w:r>
        <w:t>yani koi khaliq nahi hai jis ne is kainat ka aaghaz kiya ho. yeh chali aa rahi hai, chali aa rahi hai, chali aa rahi hai.</w:t>
      </w:r>
    </w:p>
    <w:p>
      <w:pPr>
        <w:jc w:val="right"/>
      </w:pPr>
      <w:r>
        <w:t>یعنی کوئی خالق نہیں ہے جس نے اس کائنات کا آغاز کیا ہو۔ یہ چلی آ رہی ہے، چلی آ رہی ہے، چلی آ رہی ہے۔</w:t>
      </w:r>
    </w:p>
    <w:p>
      <w:r>
        <w:rPr>
          <w:b/>
        </w:rPr>
        <w:t xml:space="preserve">[07:59] </w:t>
      </w:r>
      <w:r>
        <w:t>is waqt</w:t>
      </w:r>
    </w:p>
    <w:p>
      <w:pPr>
        <w:jc w:val="right"/>
      </w:pPr>
      <w:r>
        <w:t>اس وقت</w:t>
      </w:r>
    </w:p>
    <w:p>
      <w:r>
        <w:rPr>
          <w:b/>
        </w:rPr>
        <w:t xml:space="preserve">[08:02] </w:t>
      </w:r>
      <w:r>
        <w:t>1927 mein yeh bhi kaha gaya keh 13 billion saal pehle universe ka ek ek big bang hua hai.</w:t>
      </w:r>
    </w:p>
    <w:p>
      <w:pPr>
        <w:jc w:val="right"/>
      </w:pPr>
      <w:r>
        <w:t>1927 میں یہ بھی کہا گیا کہ 13 بلین سال پہلے یونیورس کا ایک ایک بگ بینگ ہوا ہے۔</w:t>
      </w:r>
    </w:p>
    <w:p>
      <w:r>
        <w:rPr>
          <w:b/>
        </w:rPr>
        <w:t xml:space="preserve">[08:18] </w:t>
      </w:r>
      <w:r>
        <w:t>to big bang ka lafz yeh tha keh bara dhamaka, lekin dhamake ka koi waqt tha, zahir hai,</w:t>
      </w:r>
    </w:p>
    <w:p>
      <w:pPr>
        <w:jc w:val="right"/>
      </w:pPr>
      <w:r>
        <w:t>تو بگ بینگ کا لفظ یہ تھا کہ بڑا دھماکہ، لیکن دھماکے کا کوئی وقت تھا، ظاہر ہے،</w:t>
      </w:r>
    </w:p>
    <w:p>
      <w:r>
        <w:rPr>
          <w:b/>
        </w:rPr>
        <w:t xml:space="preserve">[08:32] </w:t>
      </w:r>
      <w:r>
        <w:t>dhamake ki koi beginning thi. to agarcheh lafz bola gaya tha big bang, lekin</w:t>
      </w:r>
    </w:p>
    <w:p>
      <w:pPr>
        <w:jc w:val="right"/>
      </w:pPr>
      <w:r>
        <w:t>دھماکے کی کوئی بگننگ تھی۔ تو اگرچہ لفظ بولا گیا تھا بگ بینگ، لیکن</w:t>
      </w:r>
    </w:p>
    <w:p>
      <w:r>
        <w:rPr>
          <w:b/>
        </w:rPr>
        <w:t xml:space="preserve">[08:44] </w:t>
      </w:r>
      <w:r>
        <w:t>apne meaning ke aitbar se is ki meaning thi</w:t>
      </w:r>
    </w:p>
    <w:p>
      <w:pPr>
        <w:jc w:val="right"/>
      </w:pPr>
      <w:r>
        <w:t>اپنے میننگ کے اعتبار سے اس کی میننگ تھی</w:t>
      </w:r>
    </w:p>
    <w:p>
      <w:r>
        <w:rPr>
          <w:b/>
        </w:rPr>
        <w:t xml:space="preserve">[08:56] </w:t>
      </w:r>
      <w:r>
        <w:t>big beginning. big bang ka matlab tha big beginning, yani ek space thi, space mein ek dhamaka hua.</w:t>
      </w:r>
    </w:p>
    <w:p>
      <w:pPr>
        <w:jc w:val="right"/>
      </w:pPr>
      <w:r>
        <w:t>بگ بگننگ۔ بگ بینگ کا مطلب تھا بگ بگننگ، یعنی ایک اسپیس تھی، اسپیس میں ایک دھماکہ ہوا۔</w:t>
      </w:r>
    </w:p>
    <w:p>
      <w:r>
        <w:rPr>
          <w:b/>
        </w:rPr>
        <w:t xml:space="preserve">[09:12] </w:t>
      </w:r>
      <w:r>
        <w:t>is dhamake ke baad universe wajood aai.</w:t>
      </w:r>
    </w:p>
    <w:p>
      <w:pPr>
        <w:jc w:val="right"/>
      </w:pPr>
      <w:r>
        <w:t>اس دھماکے کے بعد یونیورس وجود آئی۔</w:t>
      </w:r>
    </w:p>
    <w:p>
      <w:r>
        <w:rPr>
          <w:b/>
        </w:rPr>
        <w:t xml:space="preserve">[09:21] </w:t>
      </w:r>
      <w:r>
        <w:t>to is ka matlab yeh hai ke woh jo insaan ne samajh liya tha ke koi Khuda nahi hai,</w:t>
      </w:r>
    </w:p>
    <w:p>
      <w:pPr>
        <w:jc w:val="right"/>
      </w:pPr>
      <w:r>
        <w:t>تو اس کا مطلب یہ ہے کہ وہ جو انسان نے سمجھ لیا تھا کہ کوئی خدا نہیں ہے،</w:t>
      </w:r>
    </w:p>
    <w:p>
      <w:r>
        <w:rPr>
          <w:b/>
        </w:rPr>
        <w:t xml:space="preserve">[09:30] </w:t>
      </w:r>
      <w:r>
        <w:t>to science ki discovery yahan tak pahunchi, yahan tak pahunchi, yahan tak pahunchi ke 1927 mein ailaan kar diya gaya, jis ko tamam poori scientific community ne accept kar liya ke kainat ka ek beginner hai,</w:t>
      </w:r>
    </w:p>
    <w:p>
      <w:pPr>
        <w:jc w:val="right"/>
      </w:pPr>
      <w:r>
        <w:t>تو سائنس کی ڈسکوری یہاں تک پہنچی، یہاں تک پہنچی، یہاں تک پہنچی کہ 1927 میں اعلان کر دیا گیا، جس کو تمام پوری سائنٹیفک کمیونٹی نے ایکسیپٹ کر لیا کہ کائنات کا ایک بگنر ہے،</w:t>
      </w:r>
    </w:p>
    <w:p>
      <w:r>
        <w:rPr>
          <w:b/>
        </w:rPr>
        <w:t xml:space="preserve">[09:55] </w:t>
      </w:r>
      <w:r>
        <w:t>yaani kainat ka ek creator hai.</w:t>
      </w:r>
    </w:p>
    <w:p>
      <w:pPr>
        <w:jc w:val="right"/>
      </w:pPr>
      <w:r>
        <w:t>یعنی کائنات کا ایک کریٹر ہے۔</w:t>
      </w:r>
    </w:p>
    <w:p>
      <w:r>
        <w:rPr>
          <w:b/>
        </w:rPr>
        <w:t xml:space="preserve">[10:03] </w:t>
      </w:r>
      <w:r>
        <w:t>ek yeh mein samajhta hoon ke yeh baat jo Quran mein kahi gayi thi, yeh apne aap mein Khuda ka saboot hai, Quran ki sadaqat ka saboot hai,</w:t>
      </w:r>
    </w:p>
    <w:p>
      <w:pPr>
        <w:jc w:val="right"/>
      </w:pPr>
      <w:r>
        <w:t>ایک یہ میں سمجھتا ہوں کہ یہ بات جو قرآن میں کہی گئی تھی، یہ اپنے آپ میں خدا کا ثبوت ہے، قرآن کی صداقت کا ثبوت ہے،</w:t>
      </w:r>
    </w:p>
    <w:p>
      <w:r>
        <w:rPr>
          <w:b/>
        </w:rPr>
        <w:t xml:space="preserve">[10:17] </w:t>
      </w:r>
      <w:r>
        <w:t>saari cheezein is mein shamil hain.</w:t>
      </w:r>
    </w:p>
    <w:p>
      <w:pPr>
        <w:jc w:val="right"/>
      </w:pPr>
      <w:r>
        <w:t>ساری چیزیں اس میں شامل ہیں۔</w:t>
      </w:r>
    </w:p>
    <w:p>
      <w:r>
        <w:rPr>
          <w:b/>
        </w:rPr>
        <w:t xml:space="preserve">[10:26] </w:t>
      </w:r>
      <w:r>
        <w:t>aur isi mein is baat ka bhi saboot hai ke ke Quran sachi kitaab hai. Ab jo hum Quran distribute kar rahe hain saari duniya mein, hum to darasal hum is history ko le kar chale hain jo kitaab ki shakal mein to 1960 se shuru hui,</w:t>
      </w:r>
    </w:p>
    <w:p>
      <w:pPr>
        <w:jc w:val="right"/>
      </w:pPr>
      <w:r>
        <w:t>اور اسی میں اس بات کا بھی ثبوت ہے کہ کہ قرآن سچی کتاب ہے۔ اب جو ہم قرآن ڈسٹریبیوٹ کر رہے ہیں ساری دنیا میں، ہم تو دراصل ہم اس ہسٹری کو لے کر چلے ہیں جو کتاب کی شکل میں تو 1960 سے شروع ہوئی،</w:t>
      </w:r>
    </w:p>
    <w:p>
      <w:r>
        <w:rPr>
          <w:b/>
        </w:rPr>
        <w:t xml:space="preserve">[10:49] </w:t>
      </w:r>
      <w:r>
        <w:t>lekin scientific discoveries ki soorat mein woh 1927 mein shuru hui.</w:t>
      </w:r>
    </w:p>
    <w:p>
      <w:pPr>
        <w:jc w:val="right"/>
      </w:pPr>
      <w:r>
        <w:t>لیکن سائنٹیفک ڈسکریز کی صورت میں وہ 1927 میں شروع ہوئی۔</w:t>
      </w:r>
    </w:p>
    <w:p>
      <w:r>
        <w:rPr>
          <w:b/>
        </w:rPr>
        <w:t xml:space="preserve">[11:00] </w:t>
      </w:r>
      <w:r>
        <w:t>to kaisi ajeeb baat hai,</w:t>
      </w:r>
    </w:p>
    <w:p>
      <w:pPr>
        <w:jc w:val="right"/>
      </w:pPr>
      <w:r>
        <w:t>تو کیسی عجیب بات ہے،</w:t>
      </w:r>
    </w:p>
    <w:p>
      <w:r>
        <w:rPr>
          <w:b/>
        </w:rPr>
        <w:t xml:space="preserve">[11:06] </w:t>
      </w:r>
      <w:r>
        <w:t>aap log jo Quran saari duniya mein logon ki zabaanon mein, har zabaan mein phaila rahe hain, woh back waqt do pehlu is ka hai.</w:t>
      </w:r>
    </w:p>
    <w:p>
      <w:pPr>
        <w:jc w:val="right"/>
      </w:pPr>
      <w:r>
        <w:t>آپ لوگ جو قرآن ساری دنیا میں لوگوں کی زبانوں میں، ہر زبان میں پھیلا رہے ہیں، وہ بیک وقت دو پہلو اس کا ہے۔</w:t>
      </w:r>
    </w:p>
    <w:p>
      <w:r>
        <w:rPr>
          <w:b/>
        </w:rPr>
        <w:t xml:space="preserve">[11:19] </w:t>
      </w:r>
      <w:r>
        <w:t>ek hai ke woh</w:t>
      </w:r>
    </w:p>
    <w:p>
      <w:pPr>
        <w:jc w:val="right"/>
      </w:pPr>
      <w:r>
        <w:t>ایک ہے کہ وہ</w:t>
      </w:r>
    </w:p>
    <w:p>
      <w:r>
        <w:rPr>
          <w:b/>
        </w:rPr>
        <w:t xml:space="preserve">[11:25] </w:t>
      </w:r>
      <w:r>
        <w:t>Quran mein jo ailaan kiya gaya tha,</w:t>
      </w:r>
    </w:p>
    <w:p>
      <w:pPr>
        <w:jc w:val="right"/>
      </w:pPr>
      <w:r>
        <w:t>قرآن میں جو اعلان کیا گیا تھا،</w:t>
      </w:r>
    </w:p>
    <w:p>
      <w:r>
        <w:rPr>
          <w:b/>
        </w:rPr>
        <w:t xml:space="preserve">[11:31] </w:t>
      </w:r>
      <w:r>
        <w:t>"likun lil-alamin nazeeruh".</w:t>
      </w:r>
    </w:p>
    <w:p>
      <w:pPr>
        <w:jc w:val="right"/>
      </w:pPr>
      <w:r>
        <w:t>"لیکون للعالمین نظیرہ"۔</w:t>
      </w:r>
    </w:p>
    <w:p>
      <w:r>
        <w:rPr>
          <w:b/>
        </w:rPr>
        <w:t xml:space="preserve">[11:37] </w:t>
      </w:r>
      <w:r>
        <w:t>"likun lil-alamin nazeeruh" saare alam ke liye yeh Quran warner banaya hai, warner.</w:t>
      </w:r>
    </w:p>
    <w:p>
      <w:pPr>
        <w:jc w:val="right"/>
      </w:pPr>
      <w:r>
        <w:t>"لیکون للعالمین نظیرہ" سارے عالم کے لیے یہ قرآن وارنر بنایا ہے، وارنر۔</w:t>
      </w:r>
    </w:p>
    <w:p>
      <w:r>
        <w:rPr>
          <w:b/>
        </w:rPr>
        <w:t xml:space="preserve">[11:47] </w:t>
      </w:r>
      <w:r>
        <w:t>to ab aap logon ke apni understanding language mein, including international language mein, saari duniya mein phaila rahe hain.</w:t>
      </w:r>
    </w:p>
    <w:p>
      <w:pPr>
        <w:jc w:val="right"/>
      </w:pPr>
      <w:r>
        <w:t>تو اب آپ لوگوں کے اپنی انڈرسٹینڈ لینگویج میں، انکلوڈنگ انٹرنیشنل لینگویج میں، ساری دنیا میں پھیلا رہے ہیں۔</w:t>
      </w:r>
    </w:p>
    <w:p>
      <w:r>
        <w:rPr>
          <w:b/>
        </w:rPr>
        <w:t xml:space="preserve">[11:59] </w:t>
      </w:r>
      <w:r>
        <w:t>is is lihaaz se yeh ek Qurani waqea hai. Doosra pehlu yeh hai ke khud science ne is ko confirm kar diya hai.</w:t>
      </w:r>
    </w:p>
    <w:p>
      <w:pPr>
        <w:jc w:val="right"/>
      </w:pPr>
      <w:r>
        <w:t>اس اس لحاظ سے یہ ایک قرآنی واقعہ ہے۔ دوسرا پہلو یہ ہے کہ خود سائنس نے اس کو کنفرم کر دیا ہے۔</w:t>
      </w:r>
    </w:p>
    <w:p>
      <w:r>
        <w:rPr>
          <w:b/>
        </w:rPr>
        <w:t xml:space="preserve">[12:15] </w:t>
      </w:r>
      <w:r>
        <w:t>Big Bang theory jo science scientific community ne ne mein general acceptance hasil ho chuka hai, woh confirm kar rahi hai ke yeh jo jo log uthe hain Quran ka description le kar ke, woh sirf religious baat nahi hai, woh scientific baat bhi hai.</w:t>
      </w:r>
    </w:p>
    <w:p>
      <w:pPr>
        <w:jc w:val="right"/>
      </w:pPr>
      <w:r>
        <w:t>بگ بینگ تھیوری جو سائنس سائنٹیفک کمیونٹی نے نے میں جنرل ایکسیپٹنس حاصل ہو چکا ہے، وہ کنفرم کر رہی ہے کہ یہ جو جو لوگ اٹھے ہیں قرآن کا ڈسکریپشن لے کر کے، وہ صرف ریلیجیس بات نہیں ہے، وہ سائنٹیفک بات بھی ہے۔</w:t>
      </w:r>
    </w:p>
    <w:p>
      <w:r>
        <w:rPr>
          <w:b/>
        </w:rPr>
        <w:t xml:space="preserve">[12:39] </w:t>
      </w:r>
      <w:r>
        <w:t>yaani Nietzsche ka jo ailaan tha 1882 mein ke Khuda ka wajood nahi hai, is ka repudiation hai, is ko repute karne wala hai.</w:t>
      </w:r>
    </w:p>
    <w:p>
      <w:pPr>
        <w:jc w:val="right"/>
      </w:pPr>
      <w:r>
        <w:t>یعنی نٹسے کا جو اعلان تھا 1882 میں کہ خدا کا وجود نہیں ہے، اس کا ریپیوٹیشن ہے، اس کو ریپیوٹ کرنے والا ہے۔</w:t>
      </w:r>
    </w:p>
    <w:p>
      <w:r>
        <w:rPr>
          <w:b/>
        </w:rPr>
        <w:t xml:space="preserve">[12:57] </w:t>
      </w:r>
      <w:r>
        <w:t>kaisi ajeeb baat hai,</w:t>
      </w:r>
    </w:p>
    <w:p>
      <w:pPr>
        <w:jc w:val="right"/>
      </w:pPr>
      <w:r>
        <w:t>کیسی عجیب بات ہے،</w:t>
      </w:r>
    </w:p>
    <w:p>
      <w:r>
        <w:rPr>
          <w:b/>
        </w:rPr>
        <w:t xml:space="preserve">[13:01] </w:t>
      </w:r>
      <w:r>
        <w:t>Allah ke jo bande saari duniya mein Quran ko aur logon ki apni understandable language mein Quran ko phaila rahe hain, to ek lihaaz se woh</w:t>
      </w:r>
    </w:p>
    <w:p>
      <w:pPr>
        <w:jc w:val="right"/>
      </w:pPr>
      <w:r>
        <w:t>اللہ کے جو بندے ساری دنیا میں قرآن کو اور لوگوں کی اپنی انڈرسٹینڈیبل لینگویج میں قرآن کو پھیلا رہے ہیں، تو ایک لحاظ سے وہ</w:t>
      </w:r>
    </w:p>
    <w:p>
      <w:r>
        <w:rPr>
          <w:b/>
        </w:rPr>
        <w:t xml:space="preserve">[13:18] </w:t>
      </w:r>
      <w:r>
        <w:t>Quran ka distribution hai, yaani kitaab-e-Ilahi ka shayad logon tak pahunchana hai. Aur doosri taraf se woh duniya ko yeh batana hai ke Big Bang yahi to tha,</w:t>
      </w:r>
    </w:p>
    <w:p>
      <w:pPr>
        <w:jc w:val="right"/>
      </w:pPr>
      <w:r>
        <w:t>قرآن کا ڈسٹریبیوشن ہے، یعنی کتاب الہی کا شاید لوگوں تک پہنچانا ہے۔ اور دوسری طرف سے وہ دنیا کو یہ بتانا ہے کہ بگ بینگ یہی تو تھا،</w:t>
      </w:r>
    </w:p>
    <w:p>
      <w:r>
        <w:rPr>
          <w:b/>
        </w:rPr>
        <w:t xml:space="preserve">[13:35] </w:t>
      </w:r>
      <w:r>
        <w:t>big beginning, yaani Allah ke wajood ko jis ka inkaar kar diya tha Nietzsche ne aur doosre logon ne, woh reaffirm ho raha hai,</w:t>
      </w:r>
    </w:p>
    <w:p>
      <w:pPr>
        <w:jc w:val="right"/>
      </w:pPr>
      <w:r>
        <w:t>بگ بگننگ، یعنی اللہ کے وجود کو جس کا انکار کر دیا تھا نٹسے نے اور دوسرے لوگوں نے، وہ ری افرم ہو رہا ہے،</w:t>
      </w:r>
    </w:p>
    <w:p>
      <w:r>
        <w:rPr>
          <w:b/>
        </w:rPr>
        <w:t xml:space="preserve">[13:50] </w:t>
      </w:r>
      <w:r>
        <w:t>reaffirm ho raha hai is zamane mein.</w:t>
      </w:r>
    </w:p>
    <w:p>
      <w:pPr>
        <w:jc w:val="right"/>
      </w:pPr>
      <w:r>
        <w:t>ری افرم ہو رہا ہے اس زمانے میں۔</w:t>
      </w:r>
    </w:p>
    <w:p>
      <w:r>
        <w:rPr>
          <w:b/>
        </w:rPr>
        <w:t xml:space="preserve">[13:57] </w:t>
      </w:r>
      <w:r>
        <w:t>yeh bohat hi bari baat hai, bohat hi bari baat hai.</w:t>
      </w:r>
    </w:p>
    <w:p>
      <w:pPr>
        <w:jc w:val="right"/>
      </w:pPr>
      <w:r>
        <w:t>یہ بہت ہی بڑی بات ہے، بہت ہی بڑی بات ہے۔</w:t>
      </w:r>
    </w:p>
    <w:p>
      <w:r>
        <w:rPr>
          <w:b/>
        </w:rPr>
        <w:t xml:space="preserve">[14:06] </w:t>
      </w:r>
      <w:r>
        <w:t>ab mein aap ko ek hadith sunana chahta hoon jis ko kal ke program mein bhi sunaya tha maine.</w:t>
      </w:r>
    </w:p>
    <w:p>
      <w:pPr>
        <w:jc w:val="right"/>
      </w:pPr>
      <w:r>
        <w:t>اب میں آپ کو ایک حدیث سنانا چاہتا ہوں جس کو کل کے پروگرام میں بھی سنایا تھا میں نے۔</w:t>
      </w:r>
    </w:p>
    <w:p>
      <w:r>
        <w:rPr>
          <w:b/>
        </w:rPr>
        <w:t xml:space="preserve">[14:22] </w:t>
      </w:r>
      <w:r>
        <w:t>jo log kal ke program mein shamil the, un ko yaad hoga:</w:t>
      </w:r>
    </w:p>
    <w:p>
      <w:pPr>
        <w:jc w:val="right"/>
      </w:pPr>
      <w:r>
        <w:t>جو لوگ کل کے پروگرام میں شامل تھے، ان کو یاد ہوگا:</w:t>
      </w:r>
    </w:p>
    <w:p>
      <w:r>
        <w:rPr>
          <w:b/>
        </w:rPr>
        <w:t xml:space="preserve">[14:29] </w:t>
      </w:r>
      <w:r>
        <w:t>"kunt kunzam makhfiya faab nurfa fakhrqut al-khalq". agarche muhaddiseen ne is ko hadith sahih mein shumar nahin kiya hai,</w:t>
      </w:r>
    </w:p>
    <w:p>
      <w:pPr>
        <w:jc w:val="right"/>
      </w:pPr>
      <w:r>
        <w:t>"کنت کنزم مخفیہ فاب نورفا فخرقت الخلق"۔ اگرچہ محدثین نے اس کو حدیث صحیح میں شمار نہیں کیا ہے،</w:t>
      </w:r>
    </w:p>
    <w:p>
      <w:r>
        <w:rPr>
          <w:b/>
        </w:rPr>
        <w:t xml:space="preserve">[14:47] </w:t>
      </w:r>
      <w:r>
        <w:t>lekin kai ahle ilm aise hain, mislan Mulla Ali Qari ne yeh kaha hai ke yeh woh jo ayat hai Quran mein: "wa ma khalaqtul jinna wal ins illa li ya'budun".</w:t>
      </w:r>
    </w:p>
    <w:p>
      <w:pPr>
        <w:jc w:val="right"/>
      </w:pPr>
      <w:r>
        <w:t>لیکن کئی اہل علم ایسے ہیں، مثلاً ملا علی قاری نے یہ کہا ہے کہ یہ وہ جو آیت ہے قرآن میں: "وما خلقت الجن والانس الا لیعبدون"۔</w:t>
      </w:r>
    </w:p>
    <w:p>
      <w:r>
        <w:rPr>
          <w:b/>
        </w:rPr>
        <w:t xml:space="preserve">[15:07] </w:t>
      </w:r>
      <w:r>
        <w:t>is ko Ibn Abbas ne kaha hai ke</w:t>
      </w:r>
    </w:p>
    <w:p>
      <w:pPr>
        <w:jc w:val="right"/>
      </w:pPr>
      <w:r>
        <w:t>اس کو ابن عباس نے کہا ہے کہ</w:t>
      </w:r>
    </w:p>
    <w:p>
      <w:r>
        <w:rPr>
          <w:b/>
        </w:rPr>
        <w:t xml:space="preserve">[15:13] </w:t>
      </w:r>
      <w:r>
        <w:t>"ya'budun" ka matlab hai, "li ya'budun" ka matlab hai, "li ya'rifun". yeh wohi to hai, wohi to hai.</w:t>
      </w:r>
    </w:p>
    <w:p>
      <w:pPr>
        <w:jc w:val="right"/>
      </w:pPr>
      <w:r>
        <w:t>"یا عبدون" کا مطلب ہے، "لیعبدون" کا مطلب ہے، "لیعرفون"۔ یہ وہی تو ہے، وہی تو ہے۔</w:t>
      </w:r>
    </w:p>
    <w:p>
      <w:r>
        <w:rPr>
          <w:b/>
        </w:rPr>
        <w:t xml:space="preserve">[15:24] </w:t>
      </w:r>
      <w:r>
        <w:t>is lihaz se mani yeh hadith hai, lafzan is ki riwayat maujood na ho, lekin mani woh hadith hai, mani woh Quran ki baat hai.</w:t>
      </w:r>
    </w:p>
    <w:p>
      <w:pPr>
        <w:jc w:val="right"/>
      </w:pPr>
      <w:r>
        <w:t>اس لحاظ سے معنی یہ حدیث ہے، لفظاً اس کی روایت موجود نہ ہو، لیکن معنی وہ حدیث ہے، معنی وہ قرآن کی بات ہے۔</w:t>
      </w:r>
    </w:p>
    <w:p>
      <w:r>
        <w:rPr>
          <w:b/>
        </w:rPr>
        <w:t xml:space="preserve">[15:51] </w:t>
      </w:r>
      <w:r>
        <w:t>to "kunt kunzam makhfiya" ka ek matlab yahi ho sakta hai ke age of reason jo aya dunya mein, tab tak scientific system mein Khuda ka wajood chupa hua tha.</w:t>
      </w:r>
    </w:p>
    <w:p>
      <w:pPr>
        <w:jc w:val="right"/>
      </w:pPr>
      <w:r>
        <w:t>تو "کنت کنزم مخفیہ" کا ایک مطلب یہی ہو سکتا ہے کہ ایج آف ریزن جو آیا دنیا میں، تب تک سائنٹیفک سسٹم میں خدا کا وجود چھپا ہوا تھا۔</w:t>
      </w:r>
    </w:p>
    <w:p>
      <w:r>
        <w:rPr>
          <w:b/>
        </w:rPr>
        <w:t xml:space="preserve">[16:07] </w:t>
      </w:r>
      <w:r>
        <w:t>is ke baad jab big bang ya big beginning ka daur aya to</w:t>
      </w:r>
    </w:p>
    <w:p>
      <w:pPr>
        <w:jc w:val="right"/>
      </w:pPr>
      <w:r>
        <w:t>اس کے بعد جب بگ بینگ یا بگ بگننگ کا دور آیا تو</w:t>
      </w:r>
    </w:p>
    <w:p>
      <w:r>
        <w:rPr>
          <w:b/>
        </w:rPr>
        <w:t xml:space="preserve">[16:19] </w:t>
      </w:r>
      <w:r>
        <w:t>nabiyon ki woh baat reaffirm ho gayi ke Allah ek wajood hai, Allah Rabbul Alameen ka khaliq ka,</w:t>
      </w:r>
    </w:p>
    <w:p>
      <w:pPr>
        <w:jc w:val="right"/>
      </w:pPr>
      <w:r>
        <w:t>نبیوں کی وہ بات ری افرم ہو گئی کہ اللہ ایک وجود ہے، اللہ رب العالمین کا خالق کا،</w:t>
      </w:r>
    </w:p>
    <w:p>
      <w:r>
        <w:rPr>
          <w:b/>
        </w:rPr>
        <w:t xml:space="preserve">[16:31] </w:t>
      </w:r>
      <w:r>
        <w:t>woh bashar se hai aur bashar rahega.</w:t>
      </w:r>
    </w:p>
    <w:p>
      <w:pPr>
        <w:jc w:val="right"/>
      </w:pPr>
      <w:r>
        <w:t>وہ بشر سے ہے اور بشر رہے گا۔</w:t>
      </w:r>
    </w:p>
    <w:p>
      <w:r>
        <w:rPr>
          <w:b/>
        </w:rPr>
        <w:t xml:space="preserve">[16:36] </w:t>
      </w:r>
      <w:r>
        <w:t>yahan mein ek baat kahun ke kahunga ke khaliq ek sahib ne yeh sawal kiya tha ke khaliq jab is is kainat ka ek khaliq tha to us ne apne aap ko chupa kar kyun rakha?</w:t>
      </w:r>
    </w:p>
    <w:p>
      <w:pPr>
        <w:jc w:val="right"/>
      </w:pPr>
      <w:r>
        <w:t>یہاں میں ایک بات کہوں کہ کہوں گا کہ خالق ایک صاحب نے یہ سوال کیا تھا کہ خالق جب اس اس کائنات کا ایک خالق تھا تو اس نے اپنے آپ کو چھپا کر کیوں رکھا؟</w:t>
      </w:r>
    </w:p>
    <w:p>
      <w:r>
        <w:rPr>
          <w:b/>
        </w:rPr>
        <w:t xml:space="preserve">[16:54] </w:t>
      </w:r>
      <w:r>
        <w:t>jaise suraj nikalta hai, hum dekhte hain, waise hum khaliq ko bhi dekhte hain.</w:t>
      </w:r>
    </w:p>
    <w:p>
      <w:pPr>
        <w:jc w:val="right"/>
      </w:pPr>
      <w:r>
        <w:t>جیسے سورج نکلتا ہے، ہم دیکھتے ہیں، ویسے ہم خالق کو بھی دیکھتے ہیں۔</w:t>
      </w:r>
    </w:p>
    <w:p>
      <w:r>
        <w:rPr>
          <w:b/>
        </w:rPr>
        <w:t xml:space="preserve">[17:04] </w:t>
      </w:r>
      <w:r>
        <w:t>is ka jawab yeh hai ke khaliq ka aap knowledge karna, khaliq ko aap knowledge karein, yeh saada baat nahin hai.</w:t>
      </w:r>
    </w:p>
    <w:p>
      <w:pPr>
        <w:jc w:val="right"/>
      </w:pPr>
      <w:r>
        <w:t>اس کا جواب یہ ہے کہ خالق کا آپ اکنالج کرنا، خالق کو آپ اکنالج کریں، یہ سادہ بات نہیں ہے۔</w:t>
      </w:r>
    </w:p>
    <w:p>
      <w:r>
        <w:rPr>
          <w:b/>
        </w:rPr>
        <w:t xml:space="preserve">[17:17] </w:t>
      </w:r>
      <w:r>
        <w:t>khaliq ko knowledge karna yeh prize ki price hai, price hai.</w:t>
      </w:r>
    </w:p>
    <w:p>
      <w:pPr>
        <w:jc w:val="right"/>
      </w:pPr>
      <w:r>
        <w:t>خالق کو اکنالج کرنا یہ پیرائیز کی پرائس ہے، پرائس ہے۔</w:t>
      </w:r>
    </w:p>
    <w:p>
      <w:r>
        <w:rPr>
          <w:b/>
        </w:rPr>
        <w:t xml:space="preserve">[17:26] </w:t>
      </w:r>
      <w:r>
        <w:t>to agar khaliq is tareeqe se hota, jis tarah se suraj hota hai, to price kyun banta? woh</w:t>
      </w:r>
    </w:p>
    <w:p>
      <w:pPr>
        <w:jc w:val="right"/>
      </w:pPr>
      <w:r>
        <w:t>تو اگر خالق اس طریقے سے ہوتا، جس طرح سے سورج ہوتا ہے، تو پرائس کیوں بنتا؟ وہ</w:t>
      </w:r>
    </w:p>
    <w:p>
      <w:r>
        <w:rPr>
          <w:b/>
        </w:rPr>
        <w:t xml:space="preserve">[17:39] </w:t>
      </w:r>
      <w:r>
        <w:t>to mein is samajh paya hoon ke</w:t>
      </w:r>
    </w:p>
    <w:p>
      <w:pPr>
        <w:jc w:val="right"/>
      </w:pPr>
      <w:r>
        <w:t>تو میں اس سمجھ پایا ہوں کہ</w:t>
      </w:r>
    </w:p>
    <w:p>
      <w:r>
        <w:rPr>
          <w:b/>
        </w:rPr>
        <w:t xml:space="preserve">[17:47] </w:t>
      </w:r>
      <w:r>
        <w:t>prize jo hai, woh</w:t>
      </w:r>
    </w:p>
    <w:p>
      <w:pPr>
        <w:jc w:val="right"/>
      </w:pPr>
      <w:r>
        <w:t>پیرائیز جو ہے، وہ</w:t>
      </w:r>
    </w:p>
    <w:p>
      <w:r>
        <w:rPr>
          <w:b/>
        </w:rPr>
        <w:t xml:space="preserve">[17:55] </w:t>
      </w:r>
      <w:r>
        <w:t>self discovery ka reward hai. agar aap khaliq ko, agar aap ka, agar aap ka intellectual development itna high ho,</w:t>
      </w:r>
    </w:p>
    <w:p>
      <w:pPr>
        <w:jc w:val="right"/>
      </w:pPr>
      <w:r>
        <w:t>سیلف ڈسکوری کا ریوارڈ ہے۔ اگر آپ خالق کو، اگر آپ کا، اگر آپ کا انٹلیکچول ڈیولپمنٹ اتنا ہائی ہو،</w:t>
      </w:r>
    </w:p>
    <w:p>
      <w:r>
        <w:rPr>
          <w:b/>
        </w:rPr>
        <w:t xml:space="preserve">[18:11] </w:t>
      </w:r>
      <w:r>
        <w:t>agar aap ka intellectual development itna high ho ke aap self discovery ki satah par khaliq ko daryaft</w:t>
      </w:r>
    </w:p>
    <w:p>
      <w:pPr>
        <w:jc w:val="right"/>
      </w:pPr>
      <w:r>
        <w:t>اگر آپ کا انٹلیکچول ڈیولپمنٹ اتنا ہائی ہو کہ آپ سیلف ڈسکوری کی سطح پر خالق کو دریافت</w:t>
      </w:r>
    </w:p>
    <w:p>
      <w:r>
        <w:rPr>
          <w:b/>
        </w:rPr>
        <w:t xml:space="preserve">[18:20] </w:t>
      </w:r>
      <w:r>
        <w:t>kar sakein, agar aap ka intellectual development</w:t>
      </w:r>
    </w:p>
    <w:p>
      <w:pPr>
        <w:jc w:val="right"/>
      </w:pPr>
      <w:r>
        <w:t>کر سکیں، اگر آپ کا انٹلیکچول ڈیولپمنٹ</w:t>
      </w:r>
    </w:p>
    <w:p>
      <w:r>
        <w:rPr>
          <w:b/>
        </w:rPr>
        <w:t xml:space="preserve">[18:26] </w:t>
      </w:r>
      <w:r>
        <w:t>itna high ho ke aap</w:t>
      </w:r>
    </w:p>
    <w:p>
      <w:pPr>
        <w:jc w:val="right"/>
      </w:pPr>
      <w:r>
        <w:t>اتنا ہائی ہو کہ آپ</w:t>
      </w:r>
    </w:p>
    <w:p>
      <w:r>
        <w:rPr>
          <w:b/>
        </w:rPr>
        <w:t xml:space="preserve">[18:31] </w:t>
      </w:r>
      <w:r>
        <w:t>self discovery ki satah par khaliq ko daryaft kar sakein, to yahi, yahi daryaft,</w:t>
      </w:r>
    </w:p>
    <w:p>
      <w:pPr>
        <w:jc w:val="right"/>
      </w:pPr>
      <w:r>
        <w:t>سیلف ڈسکوری کی سطح پر خالق کو دریافت کر سکیں، تو یہی، یہی دریافت،</w:t>
      </w:r>
    </w:p>
    <w:p>
      <w:r>
        <w:rPr>
          <w:b/>
        </w:rPr>
        <w:t xml:space="preserve">[18:39] </w:t>
      </w:r>
      <w:r>
        <w:t>yahi self discovery</w:t>
      </w:r>
    </w:p>
    <w:p>
      <w:pPr>
        <w:jc w:val="right"/>
      </w:pPr>
      <w:r>
        <w:t>یہی سیلف ڈسکوری</w:t>
      </w:r>
    </w:p>
    <w:p>
      <w:r>
        <w:rPr>
          <w:b/>
        </w:rPr>
        <w:t xml:space="preserve">[18:42] </w:t>
      </w:r>
      <w:r>
        <w:t>paries ki price hai.</w:t>
      </w:r>
    </w:p>
    <w:p>
      <w:pPr>
        <w:jc w:val="right"/>
      </w:pPr>
      <w:r>
        <w:t>پیرائیز کی پرائس ہے۔</w:t>
      </w:r>
    </w:p>
    <w:p>
      <w:r>
        <w:rPr>
          <w:b/>
        </w:rPr>
        <w:t xml:space="preserve">[18:47] </w:t>
      </w:r>
      <w:r>
        <w:t>yani prize un ko milegi,</w:t>
      </w:r>
    </w:p>
    <w:p>
      <w:pPr>
        <w:jc w:val="right"/>
      </w:pPr>
      <w:r>
        <w:t>یعنی پیرائیز ان کو ملے گی،</w:t>
      </w:r>
    </w:p>
    <w:p>
      <w:r>
        <w:rPr>
          <w:b/>
        </w:rPr>
        <w:t xml:space="preserve">[18:54] </w:t>
      </w:r>
      <w:r>
        <w:t>pride prize un ko, un logon ke liye hai jo apne mind ko itna develop karein,</w:t>
      </w:r>
    </w:p>
    <w:p>
      <w:pPr>
        <w:jc w:val="right"/>
      </w:pPr>
      <w:r>
        <w:t>پرائیڈ پیرائیز ان کو، ان لوگوں کے لیے ہے جو اپنے مائنڈ کو اتنا ڈیولپ کریں،</w:t>
      </w:r>
    </w:p>
    <w:p>
      <w:r>
        <w:rPr>
          <w:b/>
        </w:rPr>
        <w:t xml:space="preserve">[19:09] </w:t>
      </w:r>
      <w:r>
        <w:t>itna develop karein, itna develop karein ke woh</w:t>
      </w:r>
    </w:p>
    <w:p>
      <w:pPr>
        <w:jc w:val="right"/>
      </w:pPr>
      <w:r>
        <w:t>اتنا ڈیولپ کریں، اتنا ڈیولپ کریں کہ وہ</w:t>
      </w:r>
    </w:p>
    <w:p>
      <w:r>
        <w:rPr>
          <w:b/>
        </w:rPr>
        <w:t xml:space="preserve">[19:17] </w:t>
      </w:r>
      <w:r>
        <w:t>na dekhne ke bawajood Allah Rabbul Alameen ko dekhne lagen.</w:t>
      </w:r>
    </w:p>
    <w:p>
      <w:pPr>
        <w:jc w:val="right"/>
      </w:pPr>
      <w:r>
        <w:t>نہ دیکھنے کے باوجود اللہ رب العالمین کو دیکھنے لگیں۔</w:t>
      </w:r>
    </w:p>
    <w:p>
      <w:r>
        <w:rPr>
          <w:b/>
        </w:rPr>
        <w:t xml:space="preserve">[19:24] </w:t>
      </w:r>
      <w:r>
        <w:t>aap Quran ko parhna shuru karein to bilkul shuru mein ayat hai, bilkul shuru mein: "yubunul ghaib".</w:t>
      </w:r>
    </w:p>
    <w:p>
      <w:pPr>
        <w:jc w:val="right"/>
      </w:pPr>
      <w:r>
        <w:t>آپ قرآن کو پڑھنا شروع کریں تو بالکل شروع میں آیت ہے، بالکل شروع میں: "یہ بنو الغیب"۔</w:t>
      </w:r>
    </w:p>
    <w:p>
      <w:r>
        <w:rPr>
          <w:b/>
        </w:rPr>
        <w:t xml:space="preserve">[19:35] </w:t>
      </w:r>
      <w:r>
        <w:t>"yubunul ghaib"</w:t>
      </w:r>
    </w:p>
    <w:p>
      <w:pPr>
        <w:jc w:val="right"/>
      </w:pPr>
      <w:r>
        <w:t>"یہ بنو الغیب"</w:t>
      </w:r>
    </w:p>
    <w:p>
      <w:r>
        <w:rPr>
          <w:b/>
        </w:rPr>
        <w:t xml:space="preserve">[19:39] </w:t>
      </w:r>
      <w:r>
        <w:t>yani Allah ko woh insan matloob hai jo ghaib par iman laye, yani</w:t>
      </w:r>
    </w:p>
    <w:p>
      <w:pPr>
        <w:jc w:val="right"/>
      </w:pPr>
      <w:r>
        <w:t>یعنی اللہ کو وہ انسان مطلوب ہے جو غیب پر ایمان لائے، یعنی</w:t>
      </w:r>
    </w:p>
    <w:p>
      <w:r>
        <w:rPr>
          <w:b/>
        </w:rPr>
        <w:t xml:space="preserve">[19:51] </w:t>
      </w:r>
      <w:r>
        <w:t>ghaib ko apna yaqeen bana sake,</w:t>
      </w:r>
    </w:p>
    <w:p>
      <w:pPr>
        <w:jc w:val="right"/>
      </w:pPr>
      <w:r>
        <w:t>غیب کو اپنا یقین بنا سکے،</w:t>
      </w:r>
    </w:p>
    <w:p>
      <w:r>
        <w:rPr>
          <w:b/>
        </w:rPr>
        <w:t xml:space="preserve">[19:59] </w:t>
      </w:r>
      <w:r>
        <w:t>na dekhe hue ko apne yaqeen bana sake. to yahi to hua 1927 mein jab big bang daryaft hui, yahi to hua.</w:t>
      </w:r>
    </w:p>
    <w:p>
      <w:pPr>
        <w:jc w:val="right"/>
      </w:pPr>
      <w:r>
        <w:t>نہ دیکھے ہوئے کو اپنے یقین بنا سکے۔ تو یہی تو ہوا 1927 میں جب بگ بینگ دریافت ہوئی، یہی تو ہوا۔</w:t>
      </w:r>
    </w:p>
    <w:p>
      <w:r>
        <w:rPr>
          <w:b/>
        </w:rPr>
        <w:t xml:space="preserve">[20:16] </w:t>
      </w:r>
      <w:r>
        <w:t>chunancheh yeh jo kitab chhapi thi, is ke baad bohat si kitabein chhapi hain, in mein se ek kitab hai: "Evidence of God in an Expanding Universe".</w:t>
      </w:r>
    </w:p>
    <w:p>
      <w:pPr>
        <w:jc w:val="right"/>
      </w:pPr>
      <w:r>
        <w:t>چنانچہ یہ جو کتاب چھپی تھی، اس کے بعد بہت سی کتابیں چھپی ہیں، ان میں سے ایک کتاب ہے: "ایویڈنس آف گاڈ ان این ایکسپینڈنگ یونیورس"۔</w:t>
      </w:r>
    </w:p>
    <w:p>
      <w:r>
        <w:rPr>
          <w:b/>
        </w:rPr>
        <w:t xml:space="preserve">[20:29] </w:t>
      </w:r>
      <w:r>
        <w:t>is title par pehli baar ki dunya mein ek kitab chhapi thi: "Evidence of God in an Expanding Universe".</w:t>
      </w:r>
    </w:p>
    <w:p>
      <w:pPr>
        <w:jc w:val="right"/>
      </w:pPr>
      <w:r>
        <w:t>اس ٹائٹل پر پہلی بار کی دنیا میں ایک کتاب چھپی تھی: "ایویڈنس آف گاڈ ان این ایکسپینڈنگ یونیورس"۔</w:t>
      </w:r>
    </w:p>
    <w:p>
      <w:r>
        <w:rPr>
          <w:b/>
        </w:rPr>
        <w:t xml:space="preserve">[20:44] </w:t>
      </w:r>
      <w:r>
        <w:t>is kitab ka jo Arabi tarjuma hua tha, bohat hi meaningful tha. woh is kitab ka Arabi tarjuma,</w:t>
      </w:r>
    </w:p>
    <w:p>
      <w:pPr>
        <w:jc w:val="right"/>
      </w:pPr>
      <w:r>
        <w:t>اس کتاب کا جو عربی ترجمہ ہوا تھا، بہت ہی میننگ فل تھا۔ وہ اس کتاب کا عربی ترجمہ،</w:t>
      </w:r>
    </w:p>
    <w:p>
      <w:r>
        <w:rPr>
          <w:b/>
        </w:rPr>
        <w:t xml:space="preserve">[20:59] </w:t>
      </w:r>
      <w:r>
        <w:t>yeh kitab asal mein likhi gayi thi 50 scientists ne,</w:t>
      </w:r>
    </w:p>
    <w:p>
      <w:pPr>
        <w:jc w:val="right"/>
      </w:pPr>
      <w:r>
        <w:t>یہ کتاب اصل میں لکھی گئی تھی 50 سائنس دانوں نے،</w:t>
      </w:r>
    </w:p>
    <w:p>
      <w:r>
        <w:rPr>
          <w:b/>
        </w:rPr>
        <w:t xml:space="preserve">[21:08] </w:t>
      </w:r>
      <w:r>
        <w:t>ne French mein likhi thi. is ke baad is ka tarjuma hua English mein, phir bohat si zabanon mein.</w:t>
      </w:r>
    </w:p>
    <w:p>
      <w:pPr>
        <w:jc w:val="right"/>
      </w:pPr>
      <w:r>
        <w:t>نے فرنچ میں لکھی تھی۔ اس کے بعد اس کا ترجمہ ہوا انگلش میں، پھر بہت سی زبانوں میں۔</w:t>
      </w:r>
    </w:p>
    <w:p>
      <w:r>
        <w:rPr>
          <w:b/>
        </w:rPr>
        <w:t xml:space="preserve">[21:20] </w:t>
      </w:r>
      <w:r>
        <w:t>Arabi mein is ka jo tarjuma hua tha, woh bohat hi meaningful tha, jo Buruj se chhapa tha: "Allah Yatajalla fi Asr al-Ilm".</w:t>
      </w:r>
    </w:p>
    <w:p>
      <w:pPr>
        <w:jc w:val="right"/>
      </w:pPr>
      <w:r>
        <w:t>عربی میں اس کا جو ترجمہ ہوا تھا، وہ بہت ہی میننگ فل تھا، جو بروج سے چھپا تھا: "اللہ یتجلی فی عصر العلم"۔</w:t>
      </w:r>
    </w:p>
    <w:p>
      <w:r>
        <w:rPr>
          <w:b/>
        </w:rPr>
        <w:t xml:space="preserve">[21:33] </w:t>
      </w:r>
      <w:r>
        <w:t>best title tha yeh: "Allah Yatajalla fi Asr al-Ilm".</w:t>
      </w:r>
    </w:p>
    <w:p>
      <w:pPr>
        <w:jc w:val="right"/>
      </w:pPr>
      <w:r>
        <w:t>بیسٹ ٹائٹل تھا یہ: "اللہ یتجلی فی عصر العلم"۔</w:t>
      </w:r>
    </w:p>
    <w:p>
      <w:r>
        <w:rPr>
          <w:b/>
        </w:rPr>
        <w:t xml:space="preserve">[21:41] </w:t>
      </w:r>
      <w:r>
        <w:t>mein samajhta hoon ke yeh best title tha.</w:t>
      </w:r>
    </w:p>
    <w:p>
      <w:pPr>
        <w:jc w:val="right"/>
      </w:pPr>
      <w:r>
        <w:t>میں سمجھتا ہوں کہ یہ بیسٹ ٹائٹل تھا۔</w:t>
      </w:r>
    </w:p>
    <w:p>
      <w:r>
        <w:rPr>
          <w:b/>
        </w:rPr>
        <w:t xml:space="preserve">[21:48] </w:t>
      </w:r>
      <w:r>
        <w:t>to mein apne bare mein keh sakta hoon ke mein</w:t>
      </w:r>
    </w:p>
    <w:p>
      <w:pPr>
        <w:jc w:val="right"/>
      </w:pPr>
      <w:r>
        <w:t>تو میں اپنے بارے میں کہہ سکتا ہوں کہ میں</w:t>
      </w:r>
    </w:p>
    <w:p>
      <w:r>
        <w:rPr>
          <w:b/>
        </w:rPr>
        <w:t xml:space="preserve">[21:56] </w:t>
      </w:r>
      <w:r>
        <w:t>basically I was a seeker. All the days since I was born, I was a seeker.</w:t>
      </w:r>
    </w:p>
    <w:p>
      <w:pPr>
        <w:jc w:val="right"/>
      </w:pPr>
      <w:r>
        <w:t>بیسیکلی آئی واز ا سیکر۔ اول دن سے جب سے میں پیدا ہوا، میں سیکر تھا۔</w:t>
      </w:r>
    </w:p>
    <w:p>
      <w:r>
        <w:rPr>
          <w:b/>
        </w:rPr>
        <w:t xml:space="preserve">[22:07] </w:t>
      </w:r>
      <w:r>
        <w:t>meri maan yeh kehti thi: "mein paida hua 1925 mein, yeh khoob January 1925 mein."</w:t>
      </w:r>
    </w:p>
    <w:p>
      <w:pPr>
        <w:jc w:val="right"/>
      </w:pPr>
      <w:r>
        <w:t>میری ماں یہ کہتی تھی: "میں پیدا ہوا 1925 میں، یہ خوب جروری 1925 میں۔"</w:t>
      </w:r>
    </w:p>
    <w:p>
      <w:r>
        <w:rPr>
          <w:b/>
        </w:rPr>
        <w:t xml:space="preserve">[22:19] </w:t>
      </w:r>
      <w:r>
        <w:t>us waqt mein rehta tha ek gaon mein. to meri maan kehti thi ke jis jis subah ko mein paida ho raha tha, us raat ko meri maan ne khwab dekha.</w:t>
      </w:r>
    </w:p>
    <w:p>
      <w:pPr>
        <w:jc w:val="right"/>
      </w:pPr>
      <w:r>
        <w:t>اس وقت میں رہتا تھا ایک گاؤں میں۔ تو میری ماں کہتی تھی کہ جس جس صبح کو میں پیدا ہو رہا تھا، اس رات کو میری ماں نے خواب دیکھا۔</w:t>
      </w:r>
    </w:p>
    <w:p>
      <w:r>
        <w:rPr>
          <w:b/>
        </w:rPr>
        <w:t xml:space="preserve">[22:34] </w:t>
      </w:r>
      <w:r>
        <w:t>yani raat ko maan ne khwab dekha aur subah ko woh paida hua. woh khwab yeh tha ke meri maan ne dekha ke ek bohat bara hathi aaya hai,</w:t>
      </w:r>
    </w:p>
    <w:p>
      <w:pPr>
        <w:jc w:val="right"/>
      </w:pPr>
      <w:r>
        <w:t>یعنی رات کو ماں نے خواب دیکھا اور صبح کو وہ پیدا ہوا۔ وہ خواب یہ تھا کہ میری ماں نے دیکھا کہ ایک بہت بڑا ہاتھی آیا ہے،</w:t>
      </w:r>
    </w:p>
    <w:p>
      <w:r>
        <w:rPr>
          <w:b/>
        </w:rPr>
        <w:t xml:space="preserve">[22:48] </w:t>
      </w:r>
      <w:r>
        <w:t>bohat bara hathi. aur mere paida hone ke baad, mere paida hone ke baad ek bohat bara hathi aaya hai.</w:t>
      </w:r>
    </w:p>
    <w:p>
      <w:pPr>
        <w:jc w:val="right"/>
      </w:pPr>
      <w:r>
        <w:t>بہت بڑا ہاتھی۔ اور میرے پیدا ہونے کے بعد، میرے پیدا ہونے کے بعد ایک بہت بڑا ہاتھی آیا ہے۔</w:t>
      </w:r>
    </w:p>
    <w:p>
      <w:r>
        <w:rPr>
          <w:b/>
        </w:rPr>
        <w:t xml:space="preserve">[22:59] </w:t>
      </w:r>
      <w:r>
        <w:t>us ne apne apne soot se uthaya mujh ko aur peeth pe rakh liya. zahir hai ke woh chhota chhota sa hua.</w:t>
      </w:r>
    </w:p>
    <w:p>
      <w:pPr>
        <w:jc w:val="right"/>
      </w:pPr>
      <w:r>
        <w:t>اس نے اپنے اپنے سوٹ سے اٹھایا مجھ کو اور پیٹھ پہ رکھ لیا۔ ظاہر ہے کہ وہ چھوٹا چھوٹا سا ہوا۔</w:t>
      </w:r>
    </w:p>
    <w:p>
      <w:r>
        <w:rPr>
          <w:b/>
        </w:rPr>
        <w:t xml:space="preserve">[23:08] </w:t>
      </w:r>
      <w:r>
        <w:t>us waqt, us waqt to hathi ne apne soot se uthaya mujh ko aur peeth pe rakh liya. aur is ke baad woh chala gaya jangla ki taraf, jangla mein ghayab ho gaya.</w:t>
      </w:r>
    </w:p>
    <w:p>
      <w:pPr>
        <w:jc w:val="right"/>
      </w:pPr>
      <w:r>
        <w:t>اس وقت، اس وقت تو ہاتھی نے اپنے سوٹ سے اٹھایا مجھ کو اور پیٹھ پہ رکھ لیا۔ اور اس کے بعد وہ چلا گیا جنگل کی طرف، جنگل میں غائب ہو گیا۔</w:t>
      </w:r>
    </w:p>
    <w:p>
      <w:r>
        <w:rPr>
          <w:b/>
        </w:rPr>
        <w:t xml:space="preserve">[23:24] </w:t>
      </w:r>
      <w:r>
        <w:t>to meri maan kehti hain us waqt khwab mein ke itna acha bacha tha, us ko hathi utha le gaya.</w:t>
      </w:r>
    </w:p>
    <w:p>
      <w:pPr>
        <w:jc w:val="right"/>
      </w:pPr>
      <w:r>
        <w:t>تو میری ماں کہتی ہیں اس وقت خواب میں کہ اتنا اچھا بچہ تھا، اس کو ہاتھی اٹھا لے گیا۔</w:t>
      </w:r>
    </w:p>
    <w:p>
      <w:r>
        <w:rPr>
          <w:b/>
        </w:rPr>
        <w:t xml:space="preserve">[23:37] </w:t>
      </w:r>
      <w:r>
        <w:t>mein samajhta hoon ke yeh is baat ki taabeer thi ke mein ek seeker insan ke hesiyat se paida hua hoon.</w:t>
      </w:r>
    </w:p>
    <w:p>
      <w:pPr>
        <w:jc w:val="right"/>
      </w:pPr>
      <w:r>
        <w:t>میں سمجھتا ہوں کہ یہ اس بات کی تعبیر تھی کہ میں ایک سیکر انسان کے حیثیت سے پیدا ہوا ہوں۔</w:t>
      </w:r>
    </w:p>
    <w:p>
      <w:r>
        <w:rPr>
          <w:b/>
        </w:rPr>
        <w:t xml:space="preserve">[23:49] </w:t>
      </w:r>
      <w:r>
        <w:t>mein ek seeker insan ke hesiyat se paida hua hoon. aur waqea yeh hai ke mera nature aaj bhi yahi hai.</w:t>
      </w:r>
    </w:p>
    <w:p>
      <w:pPr>
        <w:jc w:val="right"/>
      </w:pPr>
      <w:r>
        <w:t>میں ایک سیکر انسان کے حیثیت سے پیدا ہوا ہوں۔ اور واقعہ یہ ہے کہ میرا نیچر آج بھی یہی ہے۔</w:t>
      </w:r>
    </w:p>
    <w:p>
      <w:r>
        <w:rPr>
          <w:b/>
        </w:rPr>
        <w:t xml:space="preserve">[24:01] </w:t>
      </w:r>
      <w:r>
        <w:t>aaj mein bhi, mein ek seeker insan hoon. aaj bhi mein ek seeker insan hoon.</w:t>
      </w:r>
    </w:p>
    <w:p>
      <w:pPr>
        <w:jc w:val="right"/>
      </w:pPr>
      <w:r>
        <w:t>آج میں بھی، میں ایک سیکر انسان ہوں۔ آج بھی میں ایک سیکر انسان ہوں۔</w:t>
      </w:r>
    </w:p>
    <w:p>
      <w:r>
        <w:rPr>
          <w:b/>
        </w:rPr>
        <w:t xml:space="preserve">[24:15] </w:t>
      </w:r>
      <w:r>
        <w:t>meri poori kahani, meri zindagi ki poori kahani</w:t>
      </w:r>
    </w:p>
    <w:p>
      <w:pPr>
        <w:jc w:val="right"/>
      </w:pPr>
      <w:r>
        <w:t>میری پوری کہانی، میری زندگی کی پوری کہانی</w:t>
      </w:r>
    </w:p>
    <w:p>
      <w:r>
        <w:rPr>
          <w:b/>
        </w:rPr>
        <w:t xml:space="preserve">[24:22] </w:t>
      </w:r>
      <w:r>
        <w:t>talash ki kahani hai.</w:t>
      </w:r>
    </w:p>
    <w:p>
      <w:pPr>
        <w:jc w:val="right"/>
      </w:pPr>
      <w:r>
        <w:t>تلاش کی کہانی ہے۔</w:t>
      </w:r>
    </w:p>
    <w:p>
      <w:r>
        <w:rPr>
          <w:b/>
        </w:rPr>
        <w:t xml:space="preserve">[24:28] </w:t>
      </w:r>
      <w:r>
        <w:t>pehli baat jo mujhe yaad hai, yaani talash ka pehla kalma, talash ka pehla kalma jo mujh ko yaad hai,</w:t>
      </w:r>
    </w:p>
    <w:p>
      <w:pPr>
        <w:jc w:val="right"/>
      </w:pPr>
      <w:r>
        <w:t>پہلی بات جو مجھے یاد ہے، یعنی تلاش کا پہلا کلمہ، تلاش کا پہلا کلمہ جو مجھ کو یاد ہے،</w:t>
      </w:r>
    </w:p>
    <w:p>
      <w:r>
        <w:rPr>
          <w:b/>
        </w:rPr>
        <w:t xml:space="preserve">[24:40] </w:t>
      </w:r>
      <w:r>
        <w:t>woh yeh hai ke is waqt mein Aloor mein tha. mere bhai rehte thay Aloor mein, wahan un ke sath tha.</w:t>
      </w:r>
    </w:p>
    <w:p>
      <w:pPr>
        <w:jc w:val="right"/>
      </w:pPr>
      <w:r>
        <w:t>وہ یہ ہے کہ اس وقت میں الوبڑ میں تھا۔ میرے بھائی رہتے تھے الوبڑ میں، وہاں ان کے ساتھ تھا۔</w:t>
      </w:r>
    </w:p>
    <w:p>
      <w:r>
        <w:rPr>
          <w:b/>
        </w:rPr>
        <w:t xml:space="preserve">[24:49] </w:t>
      </w:r>
      <w:r>
        <w:t>mein</w:t>
      </w:r>
    </w:p>
    <w:p>
      <w:pPr>
        <w:jc w:val="right"/>
      </w:pPr>
      <w:r>
        <w:t>میں</w:t>
      </w:r>
    </w:p>
    <w:p>
      <w:r>
        <w:rPr>
          <w:b/>
        </w:rPr>
        <w:t xml:space="preserve">[24:54] </w:t>
      </w:r>
      <w:r>
        <w:t>toh shayad yeh 1941 ki baat hai, 1941 ya 1940 ki. toh mujhe aik aik ajeeb qism ka toofan aaya mere mind mein.</w:t>
      </w:r>
    </w:p>
    <w:p>
      <w:pPr>
        <w:jc w:val="right"/>
      </w:pPr>
      <w:r>
        <w:t>تو شاید یہ 1941 کی بات ہے، 1941 یا 1940 کی۔ تو مجھے ایک ایک عجیب قسم کا طوفان آیا میرے مائنڈ میں۔</w:t>
      </w:r>
    </w:p>
    <w:p>
      <w:r>
        <w:rPr>
          <w:b/>
        </w:rPr>
        <w:t xml:space="preserve">[25:08] </w:t>
      </w:r>
      <w:r>
        <w:t>aur ghar se nikal kar ke mein chala toh chalte chalte aaya jahan masjid ka gate, Aloor ki jahan masjid ka gate, toh wahan se dakhil ho gaya.</w:t>
      </w:r>
    </w:p>
    <w:p>
      <w:pPr>
        <w:jc w:val="right"/>
      </w:pPr>
      <w:r>
        <w:t>اور گھر سے نکل کر کے میں چلا تو چلتے چلتے آیا جہاں مسجد کا گیٹ، الوبڑ کی جہاں مسجد کا گیٹ، تو وہاں سے داخل ہو گیا۔</w:t>
      </w:r>
    </w:p>
    <w:p>
      <w:r>
        <w:rPr>
          <w:b/>
        </w:rPr>
        <w:t xml:space="preserve">[25:23] </w:t>
      </w:r>
      <w:r>
        <w:t>yaani ghar se yeh soch kar hi chala tha ke jab samne gate aaye toh chala gaya. mein toh dil Adam ke jahan masjid mein is waqt aik bara sa</w:t>
      </w:r>
    </w:p>
    <w:p>
      <w:pPr>
        <w:jc w:val="right"/>
      </w:pPr>
      <w:r>
        <w:t>یعنی گھر سے یہ سوچ کر ہی چلا تھا کہ جب سامنے گیٹ آئے تو چلا گیا۔ میں تو دل آدم کے جہاں مسجد میں اس وقت ایک بڑا سا</w:t>
      </w:r>
    </w:p>
    <w:p>
      <w:r>
        <w:rPr>
          <w:b/>
        </w:rPr>
        <w:t xml:space="preserve">[25:41] </w:t>
      </w:r>
      <w:r>
        <w:t>ground tha, aik bara sa sehan ya ang.</w:t>
      </w:r>
    </w:p>
    <w:p>
      <w:pPr>
        <w:jc w:val="right"/>
      </w:pPr>
      <w:r>
        <w:t>گراؤنڈ تھا، ایک بڑا سا صحن یا انگ۔</w:t>
      </w:r>
    </w:p>
    <w:p>
      <w:r>
        <w:rPr>
          <w:b/>
        </w:rPr>
        <w:t xml:space="preserve">[25:50] </w:t>
      </w:r>
      <w:r>
        <w:t>is mein aik taraf papite ke bohat sare pear thay. jin logon ne papite ko dekha hai, woh jante hain ke papita aik aise aisa pear hai.</w:t>
      </w:r>
    </w:p>
    <w:p>
      <w:pPr>
        <w:jc w:val="right"/>
      </w:pPr>
      <w:r>
        <w:t>اس میں ایک طرف پپیتے کے بہت سارے پیڑ تھے۔ جن لوگوں نے پپیتے کو دیکھا ہے، وہ جانتے ہیں کہ پپیتا ایک ایسے ایسا پیڑ ہے۔</w:t>
      </w:r>
    </w:p>
    <w:p>
      <w:r>
        <w:rPr>
          <w:b/>
        </w:rPr>
        <w:t xml:space="preserve">[26:07] </w:t>
      </w:r>
      <w:r>
        <w:t>is mein bohat phool nikalte hain, bohat ziyada</w:t>
      </w:r>
    </w:p>
    <w:p>
      <w:pPr>
        <w:jc w:val="right"/>
      </w:pPr>
      <w:r>
        <w:t>اس میں بہت پھول نکلتے ہیں، بہت زیادہ</w:t>
      </w:r>
    </w:p>
    <w:p>
      <w:r>
        <w:rPr>
          <w:b/>
        </w:rPr>
        <w:t xml:space="preserve">[26:14] </w:t>
      </w:r>
      <w:r>
        <w:t>aur bohat hi nazuk hotay hain. woh zara sa bhi hawa chalti hai toh phool girne lagte hain. toh mein aik pear ke neechay khara tha, oopar papite ke phool thay,</w:t>
      </w:r>
    </w:p>
    <w:p>
      <w:pPr>
        <w:jc w:val="right"/>
      </w:pPr>
      <w:r>
        <w:t>اور بہت ہی نازک ہوتے ہیں۔ وہ ذرا سا بھی ہوا چلتی ہے تو پھول گرنے لگتے ہیں۔ تو میں ایک پیڑ کے نیچے کھڑا تھا، اوپر پپیتے کے پھول تھے،</w:t>
      </w:r>
    </w:p>
    <w:p>
      <w:r>
        <w:rPr>
          <w:b/>
        </w:rPr>
        <w:t xml:space="preserve">[26:32] </w:t>
      </w:r>
      <w:r>
        <w:t>phool barabar jhad rahay thay. is ke neechay mein barabar ro raha tha. yaani oopar se papite ke phool gir rahay thay, neechay mere aansu zameen pe tapak rahay thay.</w:t>
      </w:r>
    </w:p>
    <w:p>
      <w:pPr>
        <w:jc w:val="right"/>
      </w:pPr>
      <w:r>
        <w:t>پھول برابر جھڑ رہے تھے۔ اس کے نیچے میں برابر رو رہا تھا۔ یعنی اوپر سے پپیتے کے پھول گر رہے تھے، نیچے میرے آنسو زمین پہ ٹپک رہے تھے۔</w:t>
      </w:r>
    </w:p>
    <w:p>
      <w:r>
        <w:rPr>
          <w:b/>
        </w:rPr>
        <w:t xml:space="preserve">[26:52] </w:t>
      </w:r>
      <w:r>
        <w:t>is waqt mein deewangi mein tha, deewangi mein akela tha, wahan koi tha nahin. woh namaz ka waqt nahin tha.</w:t>
      </w:r>
    </w:p>
    <w:p>
      <w:pPr>
        <w:jc w:val="right"/>
      </w:pPr>
      <w:r>
        <w:t>اس وقت میں دیوانگی میں تھا، دیوانگی میں اکیلا تھا، وہاں کوئی تھا نہیں۔ وہ نماز کا وقت نہیں تھا۔</w:t>
      </w:r>
    </w:p>
    <w:p>
      <w:r>
        <w:rPr>
          <w:b/>
        </w:rPr>
        <w:t xml:space="preserve">[27:06] </w:t>
      </w:r>
      <w:r>
        <w:t>toh is is deewangi mein meri zuban se nikla tha: "Khawand toh kab aaye ga? mein kab tak tere aanay ka intezar karoon?</w:t>
      </w:r>
    </w:p>
    <w:p>
      <w:pPr>
        <w:jc w:val="right"/>
      </w:pPr>
      <w:r>
        <w:t>تو اس اس دیوانگی میں میری زبان سے نکلا تھا: "خداوند تو کب آئے گا؟ میں کب تک تیرے آنے کا انتظار کروں؟</w:t>
      </w:r>
    </w:p>
    <w:p>
      <w:r>
        <w:rPr>
          <w:b/>
        </w:rPr>
        <w:t xml:space="preserve">[27:20] </w:t>
      </w:r>
      <w:r>
        <w:t>Khawand toh kab aaye ga? mein kab tak tere aanay ka intezar karoon?"</w:t>
      </w:r>
    </w:p>
    <w:p>
      <w:pPr>
        <w:jc w:val="right"/>
      </w:pPr>
      <w:r>
        <w:t>خداوند تو کب آئے گا؟ میں کب تک تیرے آنے کا انتظار کروں؟"</w:t>
      </w:r>
    </w:p>
    <w:p>
      <w:r>
        <w:rPr>
          <w:b/>
        </w:rPr>
        <w:t xml:space="preserve">[27:31] </w:t>
      </w:r>
      <w:r>
        <w:t>is is tarah ki bhi zindagi shuru hui, talash ki zindagi. phir mein Ras Ras ko mari gaya, mein Lahore gaya,</w:t>
      </w:r>
    </w:p>
    <w:p>
      <w:pPr>
        <w:jc w:val="right"/>
      </w:pPr>
      <w:r>
        <w:t>اس اس طرح کی بھی زندگی شروع ہوئی، تلاش کی زندگی۔ پھر میں راس راس کو ماری گیا، میں لاہور گیا،</w:t>
      </w:r>
    </w:p>
    <w:p>
      <w:r>
        <w:rPr>
          <w:b/>
        </w:rPr>
        <w:t xml:space="preserve">[27:45] </w:t>
      </w:r>
      <w:r>
        <w:t>mein Bombay gaya, mein jangalon mein gaya, paharon mein gaya. aik aik aik muddat tha jab mein yeh sab karta tha.</w:t>
      </w:r>
    </w:p>
    <w:p>
      <w:pPr>
        <w:jc w:val="right"/>
      </w:pPr>
      <w:r>
        <w:t>میں بمبئی گیا، میں جنگلوں میں گیا، پہاڑوں میں گیا۔ ایک ایک ایک مدت تھا جب میں یہ سب کرتا تھا۔</w:t>
      </w:r>
    </w:p>
    <w:p>
      <w:r>
        <w:rPr>
          <w:b/>
        </w:rPr>
        <w:t xml:space="preserve">[28:01] </w:t>
      </w:r>
      <w:r>
        <w:t>ek baar mujhe yaad hai ke main chal raha tha, chal raha tha paidal aur main pahuncha, saare</w:t>
      </w:r>
    </w:p>
    <w:p>
      <w:pPr>
        <w:jc w:val="right"/>
      </w:pPr>
      <w:r>
        <w:t>ایک بار مجھے یاد ہے کہ میں چل رہا تھا، چل رہا تھا پیدل اور میں پہنچا، سارے</w:t>
      </w:r>
    </w:p>
    <w:p>
      <w:r>
        <w:rPr>
          <w:b/>
        </w:rPr>
        <w:t xml:space="preserve">[28:07] </w:t>
      </w:r>
      <w:r>
        <w:t>par gaye thay.</w:t>
      </w:r>
    </w:p>
    <w:p>
      <w:pPr>
        <w:jc w:val="right"/>
      </w:pPr>
      <w:r>
        <w:t>پڑ گئے تھے۔</w:t>
      </w:r>
    </w:p>
    <w:p>
      <w:r>
        <w:rPr>
          <w:b/>
        </w:rPr>
        <w:t xml:space="preserve">[28:09] </w:t>
      </w:r>
      <w:r>
        <w:t>phir peechay peechay chalta raha aur yeh shair parhta tha: "main chala hai shoq be khabar janoob mein,</w:t>
      </w:r>
    </w:p>
    <w:p>
      <w:pPr>
        <w:jc w:val="right"/>
      </w:pPr>
      <w:r>
        <w:t>پھر پیچھے پیچھے چلتا رہا اور یہ شعر پڑھتا تھا: "میں چلا ہے شوق بے خبر جنوب میں،</w:t>
      </w:r>
    </w:p>
    <w:p>
      <w:r>
        <w:rPr>
          <w:b/>
        </w:rPr>
        <w:t xml:space="preserve">[28:16] </w:t>
      </w:r>
      <w:r>
        <w:t>janiye kidhar na</w:t>
      </w:r>
    </w:p>
    <w:p>
      <w:pPr>
        <w:jc w:val="right"/>
      </w:pPr>
      <w:r>
        <w:t>جانیے کدھر نہ</w:t>
      </w:r>
    </w:p>
    <w:p>
      <w:r>
        <w:rPr>
          <w:b/>
        </w:rPr>
        <w:t xml:space="preserve">[28:19] </w:t>
      </w:r>
      <w:r>
        <w:t>koi manzar safar, na qaid kuch maqam ki."</w:t>
      </w:r>
    </w:p>
    <w:p>
      <w:pPr>
        <w:jc w:val="right"/>
      </w:pPr>
      <w:r>
        <w:t>کوئی منظر سفر، نہ قید کچھ مقام کی۔"</w:t>
      </w:r>
    </w:p>
    <w:p>
      <w:r>
        <w:rPr>
          <w:b/>
        </w:rPr>
        <w:t xml:space="preserve">[28:24] </w:t>
      </w:r>
      <w:r>
        <w:t>ajeeb halat thi us zamanay mein, meri rota tha aur yahi sab kehta tha.</w:t>
      </w:r>
    </w:p>
    <w:p>
      <w:pPr>
        <w:jc w:val="right"/>
      </w:pPr>
      <w:r>
        <w:t>عجیب حالت تھی اس زمانے میں، میری روتا تھا اور یہی سب کہتا تھا۔</w:t>
      </w:r>
    </w:p>
    <w:p>
      <w:r>
        <w:rPr>
          <w:b/>
        </w:rPr>
        <w:t xml:space="preserve">[28:32] </w:t>
      </w:r>
      <w:r>
        <w:t>yahan tak ke</w:t>
      </w:r>
    </w:p>
    <w:p>
      <w:pPr>
        <w:jc w:val="right"/>
      </w:pPr>
      <w:r>
        <w:t>یہاں تک کہ</w:t>
      </w:r>
    </w:p>
    <w:p>
      <w:r>
        <w:rPr>
          <w:b/>
        </w:rPr>
        <w:t xml:space="preserve">[28:39] </w:t>
      </w:r>
      <w:r>
        <w:t>mein ne bohat baqayda</w:t>
      </w:r>
    </w:p>
    <w:p>
      <w:pPr>
        <w:jc w:val="right"/>
      </w:pPr>
      <w:r>
        <w:t>میں نے بہت باقاعدہ</w:t>
      </w:r>
    </w:p>
    <w:p>
      <w:r>
        <w:rPr>
          <w:b/>
        </w:rPr>
        <w:t xml:space="preserve">[28:46] </w:t>
      </w:r>
      <w:r>
        <w:t>Angrezi parhi aur pack line parhna shuru kiya. science ki kitabein, novel nahin, fiction nahin, science ki kitabein.</w:t>
      </w:r>
    </w:p>
    <w:p>
      <w:pPr>
        <w:jc w:val="right"/>
      </w:pPr>
      <w:r>
        <w:t>انگریزی پڑھی اور پک لائن پڑھنا شروع کیا۔ سائنس کی کتابیں، ناول نہیں، فکشن نہیں، سائنس کی کتابیں۔</w:t>
      </w:r>
    </w:p>
    <w:p>
      <w:r>
        <w:rPr>
          <w:b/>
        </w:rPr>
        <w:t xml:space="preserve">[28:57] </w:t>
      </w:r>
      <w:r>
        <w:t>toh is zamanay mein mujhe yaad hai ke mein Delhi mein aik sahib thay, bohat parhay likhay thay, woh I S thay, Zanjani sahib.</w:t>
      </w:r>
    </w:p>
    <w:p>
      <w:pPr>
        <w:jc w:val="right"/>
      </w:pPr>
      <w:r>
        <w:t>تو اس زمانے میں مجھے یاد ہے کہ میں دلے میں ایک صاحب تھے، بہت پڑھے لکھے تھے، وہ آئی ایس تھے، زنجانی صاحب۔</w:t>
      </w:r>
    </w:p>
    <w:p>
      <w:r>
        <w:rPr>
          <w:b/>
        </w:rPr>
        <w:t xml:space="preserve">[29:08] </w:t>
      </w:r>
      <w:r>
        <w:t>Zanjani sahib toh mein un ke pas gaya, mashhoor tha ke woh achi Angrezi jante hain. toh un se mein ne poocha ke bhai, mein aik molvi aadmi hoon aur Angrezi parhna chahta hoon, kya karoon?</w:t>
      </w:r>
    </w:p>
    <w:p>
      <w:pPr>
        <w:jc w:val="right"/>
      </w:pPr>
      <w:r>
        <w:t>زنجانی صاحب تو میں ان کے پاس گیا، مشہور تھا کہ وہ اچھی انگریزی جانتے ہیں۔ تو ان سے میں نے پوچھا کہ بھئی، میں ایک مولوی آدمی ہوں اور انگریزی پڑھنا چاہتا ہوں، کیا کروں؟</w:t>
      </w:r>
    </w:p>
    <w:p>
      <w:r>
        <w:rPr>
          <w:b/>
        </w:rPr>
        <w:t xml:space="preserve">[29:25] </w:t>
      </w:r>
      <w:r>
        <w:t>toh sunte hi unhon ne kaha tha, sunte hi: "Rectification, rectification, rectification, rectification." yaani ratto, ratto, ratto.</w:t>
      </w:r>
    </w:p>
    <w:p>
      <w:pPr>
        <w:jc w:val="right"/>
      </w:pPr>
      <w:r>
        <w:t>تو سنتے ہی انہوں نے کہا تھا، سنتے ہی: "ریٹریفیکیشن، ریٹریفیکیشن، ریٹریفیکیشن، ریٹریفیکیشن۔" یعنی رٹو، رٹو، رٹو۔</w:t>
      </w:r>
    </w:p>
    <w:p>
      <w:r>
        <w:rPr>
          <w:b/>
        </w:rPr>
        <w:t xml:space="preserve">[29:37] </w:t>
      </w:r>
      <w:r>
        <w:t>toh waqatan mein ratna shuru kiya, har waqt ratna, ratna. aik kaghaz par English alfaaz aur Urdu mani likh likhta tha, hath pe le rehta tha.</w:t>
      </w:r>
    </w:p>
    <w:p>
      <w:pPr>
        <w:jc w:val="right"/>
      </w:pPr>
      <w:r>
        <w:t>تو واقعتا میں رٹنا شروع کیا، ہر وقت رٹنا، رٹنا۔ ایک کاغذ پر انگلش الفاظ اور اردو معنی لکھ لکھتا تھا، ہاتھ پہ لے رہتا تھا۔</w:t>
      </w:r>
    </w:p>
    <w:p>
      <w:r>
        <w:rPr>
          <w:b/>
        </w:rPr>
        <w:t xml:space="preserve">[29:49] </w:t>
      </w:r>
      <w:r>
        <w:t>mein aur rasta chalte bhi ratta tha, bathroom mein hota toh ratta tha, sota tha, jagta tha, ratta tha.</w:t>
      </w:r>
    </w:p>
    <w:p>
      <w:pPr>
        <w:jc w:val="right"/>
      </w:pPr>
      <w:r>
        <w:t>میں اور راستہ چلتے بھی رٹتا تھا، باتھ روم میں ہوتا تو رٹتا تھا، سوتا تھا، جاگتا تھا، رٹتا تھا۔</w:t>
      </w:r>
    </w:p>
    <w:p>
      <w:r>
        <w:rPr>
          <w:b/>
        </w:rPr>
        <w:t xml:space="preserve">[29:59] </w:t>
      </w:r>
      <w:r>
        <w:t>to retriification kar ke main ne angrezi parhi hai.</w:t>
      </w:r>
    </w:p>
    <w:p>
      <w:pPr>
        <w:jc w:val="right"/>
      </w:pPr>
      <w:r>
        <w:t>تو رٹریفیکیشن کر کے میں نے انگریزی پڑھی ہے۔</w:t>
      </w:r>
    </w:p>
    <w:p>
      <w:r>
        <w:rPr>
          <w:b/>
        </w:rPr>
        <w:t xml:space="preserve">[30:08] </w:t>
      </w:r>
      <w:r>
        <w:t>to is zamane mein aap ko main bataon, ek kitab chhapi thi,</w:t>
      </w:r>
    </w:p>
    <w:p>
      <w:pPr>
        <w:jc w:val="right"/>
      </w:pPr>
      <w:r>
        <w:t>تو اس زمانے میں آپ کو میں بتاؤں، ایک کتاب چھپی تھی،</w:t>
      </w:r>
    </w:p>
    <w:p>
      <w:r>
        <w:rPr>
          <w:b/>
        </w:rPr>
        <w:t xml:space="preserve">[30:17] </w:t>
      </w:r>
      <w:r>
        <w:t>julian huxley ki kitab,</w:t>
      </w:r>
    </w:p>
    <w:p>
      <w:pPr>
        <w:jc w:val="right"/>
      </w:pPr>
      <w:r>
        <w:t>جولن ہکسلی کی کتاب،</w:t>
      </w:r>
    </w:p>
    <w:p>
      <w:r>
        <w:rPr>
          <w:b/>
        </w:rPr>
        <w:t xml:space="preserve">[30:23] </w:t>
      </w:r>
      <w:r>
        <w:t>woh thi ke "man stands alone". to mujhe ek diwangi tari hui ke yeh kaun hai aisi kitab likhne wala ke "man stands alone".</w:t>
      </w:r>
    </w:p>
    <w:p>
      <w:pPr>
        <w:jc w:val="right"/>
      </w:pPr>
      <w:r>
        <w:t>وہ تھی کہ "مین اسٹینڈز الون"۔ تو مجھے ایک دیوانگی طاری ہوئی کہ یہ کون ہے ایسی کتاب لکھنے والا کہ "مین اسٹینڈز الون"۔</w:t>
      </w:r>
    </w:p>
    <w:p>
      <w:r>
        <w:rPr>
          <w:b/>
        </w:rPr>
        <w:t xml:space="preserve">[30:37] </w:t>
      </w:r>
      <w:r>
        <w:t>to by chance is zamane mein amreeka ka ek scientist tha, us ne ek kitab likhi thi. isi kitab ke jawab mein:</w:t>
      </w:r>
    </w:p>
    <w:p>
      <w:pPr>
        <w:jc w:val="right"/>
      </w:pPr>
      <w:r>
        <w:t>تو بائی چانس اس زمانے میں امریکہ کا ایک سائنٹسٹ تھا، اس نے ایک کتاب لکھی تھی۔ اسی کتاب کے جواب میں:</w:t>
      </w:r>
    </w:p>
    <w:p>
      <w:r>
        <w:rPr>
          <w:b/>
        </w:rPr>
        <w:t xml:space="preserve">[30:47] </w:t>
      </w:r>
      <w:r>
        <w:t>"man does not stand alone,</w:t>
      </w:r>
    </w:p>
    <w:p>
      <w:pPr>
        <w:jc w:val="right"/>
      </w:pPr>
      <w:r>
        <w:t>"مین ڈز ناٹ اسٹینڈ الون،</w:t>
      </w:r>
    </w:p>
    <w:p>
      <w:r>
        <w:rPr>
          <w:b/>
        </w:rPr>
        <w:t xml:space="preserve">[30:53] </w:t>
      </w:r>
      <w:r>
        <w:t>man does not stand alone". is waqt main lucknow mein tha, bohat ziyada dhoondh kar ke main ne yeh kitab hasil ki, alex alex carl ki kitab.</w:t>
      </w:r>
    </w:p>
    <w:p>
      <w:pPr>
        <w:jc w:val="right"/>
      </w:pPr>
      <w:r>
        <w:t>مین ڈز ناٹ اسٹینڈ الون"۔ اس وقت میں لکھنو میں تھا، بہت زیادہ ڈھونڈ کر کے میں نے یہ کتاب حاصل کی، الیکس الیکس کرل کی کتاب۔</w:t>
      </w:r>
    </w:p>
    <w:p>
      <w:r>
        <w:rPr>
          <w:b/>
        </w:rPr>
        <w:t xml:space="preserve">[31:11] </w:t>
      </w:r>
      <w:r>
        <w:t>to is is kitab ko parhne ke baad sab diwanish ho gaya. main bohat zabardast kitab hai woh. aur phir main ne woh kitab likhi jiska naam tha "mazhab aur jadeed challenge".</w:t>
      </w:r>
    </w:p>
    <w:p>
      <w:pPr>
        <w:jc w:val="right"/>
      </w:pPr>
      <w:r>
        <w:t>تو اس اس کتاب کو پڑھنے کے بعد سب دیوانش ہو گیا۔ میں بہت زبردست کتاب ہے وہ۔ اور پھر میں نے وہ کتاب لکھی جس کا نام تھا "مذہب اور جدید چیلنج"۔</w:t>
      </w:r>
    </w:p>
    <w:p>
      <w:r>
        <w:rPr>
          <w:b/>
        </w:rPr>
        <w:t xml:space="preserve">[31:28] </w:t>
      </w:r>
      <w:r>
        <w:t>yeh kitab pehle urdu mein chhapi hai, phir arabi mein chhapi hai, english mein chhapi hai, bohat se zubanon mein chhapi hai.</w:t>
      </w:r>
    </w:p>
    <w:p>
      <w:pPr>
        <w:jc w:val="right"/>
      </w:pPr>
      <w:r>
        <w:t>یہ کتاب پہلے اردو میں چھپی ہے، پھر عربی میں چھپی ہے، انگلش میں چھپی ہے، بہت سے زبانوں میں چھپی ہے۔</w:t>
      </w:r>
    </w:p>
    <w:p>
      <w:r>
        <w:rPr>
          <w:b/>
        </w:rPr>
        <w:t xml:space="preserve">[31:36] </w:t>
      </w:r>
      <w:r>
        <w:t>woh</w:t>
      </w:r>
    </w:p>
    <w:p>
      <w:pPr>
        <w:jc w:val="right"/>
      </w:pPr>
      <w:r>
        <w:t>وہ</w:t>
      </w:r>
    </w:p>
    <w:p>
      <w:r>
        <w:rPr>
          <w:b/>
        </w:rPr>
        <w:t xml:space="preserve">[31:40] </w:t>
      </w:r>
      <w:r>
        <w:t>is ke baad bohat si kitaben parhi main ne. to</w:t>
      </w:r>
    </w:p>
    <w:p>
      <w:pPr>
        <w:jc w:val="right"/>
      </w:pPr>
      <w:r>
        <w:t>اس کے بعد بہت سی کتابیں پڑھی میں نے۔ تو</w:t>
      </w:r>
    </w:p>
    <w:p>
      <w:r>
        <w:rPr>
          <w:b/>
        </w:rPr>
        <w:t xml:space="preserve">[31:49] </w:t>
      </w:r>
      <w:r>
        <w:t>main apne bare mein keh sakta hoon ke ke jis shair ne kaha tha: "god is dead".</w:t>
      </w:r>
    </w:p>
    <w:p>
      <w:pPr>
        <w:jc w:val="right"/>
      </w:pPr>
      <w:r>
        <w:t>میں اپنے بارے میں کہہ سکتا ہوں کہ کہ جس شعر نے کہا تھا: "گاڈ از ڈیڈ"۔</w:t>
      </w:r>
    </w:p>
    <w:p>
      <w:r>
        <w:rPr>
          <w:b/>
        </w:rPr>
        <w:t xml:space="preserve">[31:58] </w:t>
      </w:r>
      <w:r>
        <w:t>to</w:t>
      </w:r>
    </w:p>
    <w:p>
      <w:pPr>
        <w:jc w:val="right"/>
      </w:pPr>
      <w:r>
        <w:t>تو</w:t>
      </w:r>
    </w:p>
    <w:p>
      <w:r>
        <w:rPr>
          <w:b/>
        </w:rPr>
        <w:t xml:space="preserve">[32:01] </w:t>
      </w:r>
      <w:r>
        <w:t>is tarah ke mutale ne main main rediscover kiya ke yeh to jhooti baaten hain. god jadeed ilm mein, jadeed ilm ne god ko</w:t>
      </w:r>
    </w:p>
    <w:p>
      <w:pPr>
        <w:jc w:val="right"/>
      </w:pPr>
      <w:r>
        <w:t>اس طرح کے مطالعے نے میں میں ری ڈسکور کیا کہ یہ تو جھوٹی باتیں ہیں۔ گات جدید علم میں، جدید علم نے گاٹ کو</w:t>
      </w:r>
    </w:p>
    <w:p>
      <w:r>
        <w:rPr>
          <w:b/>
        </w:rPr>
        <w:t xml:space="preserve">[32:18] </w:t>
      </w:r>
      <w:r>
        <w:t>reform kiya hai,</w:t>
      </w:r>
    </w:p>
    <w:p>
      <w:pPr>
        <w:jc w:val="right"/>
      </w:pPr>
      <w:r>
        <w:t>ریفارم کیا ہے،</w:t>
      </w:r>
    </w:p>
    <w:p>
      <w:r>
        <w:rPr>
          <w:b/>
        </w:rPr>
        <w:t xml:space="preserve">[32:22] </w:t>
      </w:r>
      <w:r>
        <w:t>reform kiya hai.</w:t>
      </w:r>
    </w:p>
    <w:p>
      <w:pPr>
        <w:jc w:val="right"/>
      </w:pPr>
      <w:r>
        <w:t>ریفارم کیا ہے۔</w:t>
      </w:r>
    </w:p>
    <w:p>
      <w:r>
        <w:rPr>
          <w:b/>
        </w:rPr>
        <w:t xml:space="preserve">[32:27] </w:t>
      </w:r>
      <w:r>
        <w:t>is tarah ke mutale ke baad phir hum ne yeh mission shuru kiya. aur aaj kal jo hum mission ka jo culmination hai, woh hai quran ka distribution,</w:t>
      </w:r>
    </w:p>
    <w:p>
      <w:pPr>
        <w:jc w:val="right"/>
      </w:pPr>
      <w:r>
        <w:t>اس طرح کے مطالعے کے بعد پھر ہم نے یہ مشن شروع کیا۔ اور آج کل جو ہم مشن کا جو کلمنیشن ہے، وہ ہے قرآن کا ڈسٹریبیوشن،</w:t>
      </w:r>
    </w:p>
    <w:p>
      <w:r>
        <w:rPr>
          <w:b/>
        </w:rPr>
        <w:t xml:space="preserve">[32:40] </w:t>
      </w:r>
      <w:r>
        <w:t>woh isi ka.</w:t>
      </w:r>
    </w:p>
    <w:p>
      <w:pPr>
        <w:jc w:val="right"/>
      </w:pPr>
      <w:r>
        <w:t>وہ اسی کا۔</w:t>
      </w:r>
    </w:p>
    <w:p>
      <w:r>
        <w:rPr>
          <w:b/>
        </w:rPr>
        <w:t xml:space="preserve">[32:50] </w:t>
      </w:r>
      <w:r>
        <w:t>to main Allah taala se dua karta hoon ke yeh mission apne</w:t>
      </w:r>
    </w:p>
    <w:p>
      <w:pPr>
        <w:jc w:val="right"/>
      </w:pPr>
      <w:r>
        <w:t>تو میں اللہ تعالی سے دعا کرتا ہوں کہ یہ مشن اپنے</w:t>
      </w:r>
    </w:p>
    <w:p>
      <w:r>
        <w:rPr>
          <w:b/>
        </w:rPr>
        <w:t xml:space="preserve">[32:57] </w:t>
      </w:r>
      <w:r>
        <w:t>kal mission tak pohanchay. aur main dua karta hoon ke Allah ke jo bande is mission mein hamara sath de rahe hain, sari duniya mein, un un sab ko Allah khusoosi madad farmaye,</w:t>
      </w:r>
    </w:p>
    <w:p>
      <w:pPr>
        <w:jc w:val="right"/>
      </w:pPr>
      <w:r>
        <w:t>کل مشن تک پہنچے۔ اور میں دعا کرتا ہوں کہ اللہ کے جو بندے اس مشن میں ہمارا ساتھ دے رہے ہیں، ساری دنیا میں، ان ان سب کو اللہ خصوصی مدد فرمائے،</w:t>
      </w:r>
    </w:p>
    <w:p>
      <w:r>
        <w:rPr>
          <w:b/>
        </w:rPr>
        <w:t xml:space="preserve">[33:17] </w:t>
      </w:r>
      <w:r>
        <w:t>khusoosi madad farmaye.</w:t>
      </w:r>
    </w:p>
    <w:p>
      <w:pPr>
        <w:jc w:val="right"/>
      </w:pPr>
      <w:r>
        <w:t>خصوصی مدد فرمائے۔</w:t>
      </w:r>
    </w:p>
    <w:p>
      <w:r>
        <w:rPr>
          <w:b/>
        </w:rPr>
        <w:t xml:space="preserve">[33:21] </w:t>
      </w:r>
      <w:r>
        <w:t>aur aur main aap se arz karoon ke sari Allah ke fazl se sari duniya mein bohat se Allah ke bande hain jo is kaam mein lage hue hain.</w:t>
      </w:r>
    </w:p>
    <w:p>
      <w:pPr>
        <w:jc w:val="right"/>
      </w:pPr>
      <w:r>
        <w:t>اور اور میں آپ سے عرض کروں کہ سارے اللہ کے فضل سے ساری دنیا میں بہت سے اللہ کے بندے ہیں جو اس کام میں لگے ہوئے ہیں۔</w:t>
      </w:r>
    </w:p>
    <w:p>
      <w:r>
        <w:rPr>
          <w:b/>
        </w:rPr>
        <w:t xml:space="preserve">[33:35] </w:t>
      </w:r>
      <w:r>
        <w:t>woh apni energy, apna time, apna paisa, sab kuch kharch kar ke quran ko phaila rahe hain.</w:t>
      </w:r>
    </w:p>
    <w:p>
      <w:pPr>
        <w:jc w:val="right"/>
      </w:pPr>
      <w:r>
        <w:t>وہ اپنی انرجی، اپنا ٹائم، اپنا پیسہ، سب کچھ خرچ کر کے قرآن کو پھیلا رہے ہیں۔</w:t>
      </w:r>
    </w:p>
    <w:p>
      <w:r>
        <w:rPr>
          <w:b/>
        </w:rPr>
        <w:t xml:space="preserve">[33:46] </w:t>
      </w:r>
      <w:r>
        <w:t>Allah taala in sab ko madad farmaye, Allah taala in sab ko taqat de, Allah taala in sab ko jannat mein dakhil farmaye. yeh sari log jo is mission mein lage hue hain, Allah taala in sab ko pairaye mein dakhil farmaye, jannat mein dakhil farmaye,</w:t>
      </w:r>
    </w:p>
    <w:p>
      <w:pPr>
        <w:jc w:val="right"/>
      </w:pPr>
      <w:r>
        <w:t>اللہ تعالی ان سب کو مدد فرمائے، اللہ تعالی ان سب کو طاقت دے، اللہ تعالی ان سب کو جنت میں داخل فرمائے۔ یہ سارے لوگ جو اس مشن میں لگے ہوئے ہیں، اللہ تعالی ان سب کو پیرائے میں داخل فرمائے، جنت میں داخل فرمائے،</w:t>
      </w:r>
    </w:p>
    <w:p>
      <w:r>
        <w:rPr>
          <w:b/>
        </w:rPr>
        <w:t xml:space="preserve">[34:09] </w:t>
      </w:r>
      <w:r>
        <w:t>un ko apni rehmaton ke liye qabool farmaye. assalam o alaikum wa rehmatullah.</w:t>
      </w:r>
    </w:p>
    <w:p>
      <w:pPr>
        <w:jc w:val="right"/>
      </w:pPr>
      <w:r>
        <w:t>ان کو اپنی رحمتوں کے لیے قبول فرمائے۔ السلام علیکم ورحمۃ اللہ۔</w:t>
      </w:r>
    </w:p>
    <w:p>
      <w:r>
        <w:rPr>
          <w:b/>
        </w:rPr>
        <w:t xml:space="preserve">[34:27] </w:t>
      </w:r>
      <w:r>
        <w:t>okay, so we will start with the question answer and comment session. once again, we request all the online viewers to please mention your location when you post your comments and questions.</w:t>
      </w:r>
    </w:p>
    <w:p>
      <w:pPr>
        <w:jc w:val="right"/>
      </w:pPr>
      <w:r>
        <w:t>اوکے، سو وی ویل سٹارٹ ود دی کوئسچن انسر اینڈ کمنٹ سیشن۔ ونس اگین، وی ریکویسٹ ال دی ان لائن ویورز ٹو پلیز مینشن یور لوکیشن وین یو پوسٹ یور کمنٹس اینڈ کوئسچنز۔</w:t>
      </w:r>
    </w:p>
    <w:p>
      <w:r>
        <w:rPr>
          <w:b/>
        </w:rPr>
        <w:t xml:space="preserve">[34:40] </w:t>
      </w:r>
      <w:r>
        <w:t>so i will start with the comments first. molana, yeh comment aaya hai california se muhammad hussain sahib ka.</w:t>
      </w:r>
    </w:p>
    <w:p>
      <w:pPr>
        <w:jc w:val="right"/>
      </w:pPr>
      <w:r>
        <w:t>سو آئی ویل سٹارٹ ود دی کمنٹس فرسٹ۔ مولانا، یہ کمنٹ آیا ہے کیلیفورنیا سے محمد حسین صاحب کا۔</w:t>
      </w:r>
    </w:p>
    <w:p>
      <w:r>
        <w:rPr>
          <w:b/>
        </w:rPr>
        <w:t xml:space="preserve">[34:51] </w:t>
      </w:r>
      <w:r>
        <w:t>unhon ne likha hai: "the death of god is a widely quoted statement by german philosopher nietzsche. nietzsche used the phrase to express his idea that the enlightenment had eliminated the possibility of the existence of god." molana iqbal umri ne chennai se likha hai:</w:t>
      </w:r>
    </w:p>
    <w:p>
      <w:pPr>
        <w:jc w:val="right"/>
      </w:pPr>
      <w:r>
        <w:t>انہوں نے لکھا ہے: "دا ڈیتھ آف گاڈ از ا وائیڈلی کوٹڈ سٹیٹمنٹ بائے جرمن فلاسفر نڈزے۔ نڈزے یوز دا فریز ٹو ایکسپریس ہز آئیڈیا دیٹ دی انلائٹنمنٹ ہیڈ ایلیمینیٹڈ دا پوسیبلیٹی آف دی ایگزسٹنس آف گاڈ۔" مولانا اقبال عمری نے چنئی سے لکھا ہے:</w:t>
      </w:r>
    </w:p>
    <w:p>
      <w:r>
        <w:rPr>
          <w:b/>
        </w:rPr>
        <w:t xml:space="preserve">[35:15] </w:t>
      </w:r>
      <w:r>
        <w:t>"big the big beginning by the big bang. what a thrilling discovery that is leading to the existence of the beginner that is god." jazak allah molana.</w:t>
      </w:r>
    </w:p>
    <w:p>
      <w:pPr>
        <w:jc w:val="right"/>
      </w:pPr>
      <w:r>
        <w:t>"بگ دا بگ بگننگ بائے دا بگ بینگ۔ واٹ ا تھرلنگ ڈسکوری دیٹ از لیڈنگ ٹو دی ایگزسٹنس آف دا بگنر دیٹ از گاڈ۔" جزاک اللہ مولانا۔</w:t>
      </w:r>
    </w:p>
    <w:p>
      <w:r>
        <w:rPr>
          <w:b/>
        </w:rPr>
        <w:t xml:space="preserve">[35:29] </w:t>
      </w:r>
      <w:r>
        <w:t>zain ullah sahib ne kabul, afghanistan se likha hai: "sir, you are a great scholar. i am inspired from you.</w:t>
      </w:r>
    </w:p>
    <w:p>
      <w:pPr>
        <w:jc w:val="right"/>
      </w:pPr>
      <w:r>
        <w:t>زین اللہ صاحب نے کابل، افغانستان سے لکھا ہے: "سر، یو آر ا گریٹ سکالر۔ آئی ایم انسپائرڈ فرام یو۔</w:t>
      </w:r>
    </w:p>
    <w:p>
      <w:r>
        <w:rPr>
          <w:b/>
        </w:rPr>
        <w:t xml:space="preserve">[35:38] </w:t>
      </w:r>
      <w:r>
        <w:t>you are the man who can represent the real islam." istafa ali sahib ne kolkata se likha hai: "discovery of god means developing ones mind to such an extent that one starts seeing the unseen.</w:t>
      </w:r>
    </w:p>
    <w:p>
      <w:pPr>
        <w:jc w:val="right"/>
      </w:pPr>
      <w:r>
        <w:t>یو آر دا مین ہو کین ریپریزنٹ دا ریئل اسلام۔" استفا علی صاحب نے کلکتہ سے لکھا ہے: "ڈسکوری آف گاڈ مینز ڈیویلپنگ ونز مائنڈ ٹو سچ اینڈ ایکسٹینٹ دیٹ ون سٹارٹس سینگ دا ان سین۔</w:t>
      </w:r>
    </w:p>
    <w:p>
      <w:r>
        <w:rPr>
          <w:b/>
        </w:rPr>
        <w:t xml:space="preserve">[35:54] </w:t>
      </w:r>
      <w:r>
        <w:t>this is wonderful molana sahib. jazak allah." sajid ahmad khan sahib ne nagpur se likha hai: "allah kareem hum sab ko seekh banaye.</w:t>
      </w:r>
    </w:p>
    <w:p>
      <w:pPr>
        <w:jc w:val="right"/>
      </w:pPr>
      <w:r>
        <w:t>دس از ونڈرفل مولانا صاحب۔ جزاک اللہ۔" ساجد احمد خان صاحب نے ناکپور سے لکھا ہے: "اللہ کریم ہم سب کو سیکھر بنائے۔</w:t>
      </w:r>
    </w:p>
    <w:p>
      <w:r>
        <w:rPr>
          <w:b/>
        </w:rPr>
        <w:t xml:space="preserve">[36:07] </w:t>
      </w:r>
      <w:r>
        <w:t>hum sab ki zindagi ka ek hi maqsad ho ke sachai ki talash aur sirf allah ki pehchan hamara sab se bara concern ho jaye.</w:t>
      </w:r>
    </w:p>
    <w:p>
      <w:pPr>
        <w:jc w:val="right"/>
      </w:pPr>
      <w:r>
        <w:t>ہم سب کی زندگی کا ایک ہی مقصد ہو کہ سچائی کی تلاش اور صرف اللہ کی پہچان ہمارا سب سے بڑا کنسرن ہو جائے۔</w:t>
      </w:r>
    </w:p>
    <w:p>
      <w:r>
        <w:rPr>
          <w:b/>
        </w:rPr>
        <w:t xml:space="preserve">[36:19] </w:t>
      </w:r>
      <w:r>
        <w:t>ameen." inshallah. molana, ab sawal lena chahenge. yeh sawal bheja hai doctor naghma siddiqui ne delhi se.</w:t>
      </w:r>
    </w:p>
    <w:p>
      <w:pPr>
        <w:jc w:val="right"/>
      </w:pPr>
      <w:r>
        <w:t>آمین۔" انشاءاللہ۔ مولانا، اب سوال لینا چاہیں گے۔ یہ سوال بھیجا ہے ڈاکٹر نغمہ صدیقی نے دلی سے۔</w:t>
      </w:r>
    </w:p>
    <w:p>
      <w:r>
        <w:rPr>
          <w:b/>
        </w:rPr>
        <w:t xml:space="preserve">[36:31] </w:t>
      </w:r>
      <w:r>
        <w:t>unhon ne likha hai: "how can we develop strong affection or love of god and how does it help us?" dekhiye, iska ek hi jawab hai.</w:t>
      </w:r>
    </w:p>
    <w:p>
      <w:pPr>
        <w:jc w:val="right"/>
      </w:pPr>
      <w:r>
        <w:t>انہوں نے لکھا ہے: "ہاؤ کین وی ڈیویلپ سٹرونگ افیکشن اور لو آف گاڈ اینڈ ہاؤ ڈز اٹ ہیلپ اس؟" دیکھیے، اس کا ایک ہی جواب ہے۔</w:t>
      </w:r>
    </w:p>
    <w:p>
      <w:r>
        <w:rPr>
          <w:b/>
        </w:rPr>
        <w:t xml:space="preserve">[36:50] </w:t>
      </w:r>
      <w:r>
        <w:t>aur is jawab ko maine ek tajrube se jana.</w:t>
      </w:r>
    </w:p>
    <w:p>
      <w:pPr>
        <w:jc w:val="right"/>
      </w:pPr>
      <w:r>
        <w:t>اور اس جواب کو میں نے ایک تجربے سے جانا۔</w:t>
      </w:r>
    </w:p>
    <w:p>
      <w:r>
        <w:rPr>
          <w:b/>
        </w:rPr>
        <w:t xml:space="preserve">[36:59] </w:t>
      </w:r>
      <w:r>
        <w:t>ek martaba main,</w:t>
      </w:r>
    </w:p>
    <w:p>
      <w:pPr>
        <w:jc w:val="right"/>
      </w:pPr>
      <w:r>
        <w:t>ایک مرتبہ میں،</w:t>
      </w:r>
    </w:p>
    <w:p>
      <w:r>
        <w:rPr>
          <w:b/>
        </w:rPr>
        <w:t xml:space="preserve">[37:04] </w:t>
      </w:r>
      <w:r>
        <w:t>yani bachpan ke zamane mein, jab main apne sathiyon ke hamrah jaya karta tha mela dussehra dekhne ke liye,</w:t>
      </w:r>
    </w:p>
    <w:p>
      <w:pPr>
        <w:jc w:val="right"/>
      </w:pPr>
      <w:r>
        <w:t>یعنی بچپن کے زمانے میں، جب میں اپنے ساتھیوں کے ہمراہ جایا کرتا تھا میلہ دسرا دیکھنے کے لیے،</w:t>
      </w:r>
    </w:p>
    <w:p>
      <w:r>
        <w:rPr>
          <w:b/>
        </w:rPr>
        <w:t xml:space="preserve">[37:17] </w:t>
      </w:r>
      <w:r>
        <w:t>to ek martaba aisa hua ke hum hum log pahunche jab mele mein to wahan bari bheed thi aur ek bachcha ro raha tha, daud raha tha idhar udhar.</w:t>
      </w:r>
    </w:p>
    <w:p>
      <w:pPr>
        <w:jc w:val="right"/>
      </w:pPr>
      <w:r>
        <w:t>تو ایک مرتبہ ایسا ہوا کہ ہم ہم لوگ پہنچے جب میلے میں تو وہاں بڑی بھیڑ تھی اور ایک بچہ رو رہا تھا، دوڑ رہا تھا ادھر ادھر۔</w:t>
      </w:r>
    </w:p>
    <w:p>
      <w:r>
        <w:rPr>
          <w:b/>
        </w:rPr>
        <w:t xml:space="preserve">[37:35] </w:t>
      </w:r>
      <w:r>
        <w:t>"meri maa, meri</w:t>
      </w:r>
    </w:p>
    <w:p>
      <w:pPr>
        <w:jc w:val="right"/>
      </w:pPr>
      <w:r>
        <w:t>"میری ماں، میری</w:t>
      </w:r>
    </w:p>
    <w:p>
      <w:r>
        <w:rPr>
          <w:b/>
        </w:rPr>
        <w:t xml:space="preserve">[37:36] </w:t>
      </w:r>
      <w:r>
        <w:t>maa!" ek karta tha woh. to kai logon ne, auraton ne bhi, mardon ne bhi, isko kuch biscuit wagera diya aur apni god mein uthana chaha.</w:t>
      </w:r>
    </w:p>
    <w:p>
      <w:pPr>
        <w:jc w:val="right"/>
      </w:pPr>
      <w:r>
        <w:t>ماں!" ایک کرتا تھا وہ۔ تو کئی لوگوں نے، عورتوں نے بھی، مردوں نے بھی، اس کو کچھ بسکٹ وغیرہ دیا اور اپنی گود میں اٹھانا چاہا۔</w:t>
      </w:r>
    </w:p>
    <w:p>
      <w:r>
        <w:rPr>
          <w:b/>
        </w:rPr>
        <w:t xml:space="preserve">[37:46] </w:t>
      </w:r>
      <w:r>
        <w:t>chhota bachcha tha woh to sab ko marta tha woh, yani "hato, hat</w:t>
      </w:r>
    </w:p>
    <w:p>
      <w:pPr>
        <w:jc w:val="right"/>
      </w:pPr>
      <w:r>
        <w:t>چھوٹا بچہ تھا وہ تو سب کو مارتا تھا وہ، یعنی "ہٹو، ہٹ</w:t>
      </w:r>
    </w:p>
    <w:p>
      <w:r>
        <w:rPr>
          <w:b/>
        </w:rPr>
        <w:t xml:space="preserve">[37:54] </w:t>
      </w:r>
      <w:r>
        <w:t>wahan se, hato!" na kuch khata tha, na kisi god mein jata tha woh. yahan tak ke uski jo baat thi, jo bichhad gayi thi,</w:t>
      </w:r>
    </w:p>
    <w:p>
      <w:pPr>
        <w:jc w:val="right"/>
      </w:pPr>
      <w:r>
        <w:t>و یہاں سے، ہٹو!" نہ کچھ کھاتا تھا، نہ کسی گود میں جاتا تھا وہ۔ یہاں تک کہ اس کی جو بات تھی، جو بچھڑ گئی تھی،</w:t>
      </w:r>
    </w:p>
    <w:p>
      <w:r>
        <w:rPr>
          <w:b/>
        </w:rPr>
        <w:t xml:space="preserve">[38:10] </w:t>
      </w:r>
      <w:r>
        <w:t>woh aa gayi. jaise hi usne dekha apni maa ko, daud kar lapat gaya uske sath, daud kar lapat gaya uske sath.</w:t>
      </w:r>
    </w:p>
    <w:p>
      <w:pPr>
        <w:jc w:val="right"/>
      </w:pPr>
      <w:r>
        <w:t>وہ آ گئی۔ جیسے ہی اس نے دیکھا اپنی ماں کو، دوڑ کر لپٹ گیا اس کے ساتھ، دوڑ کر لپٹ گیا اس کے ساتھ۔</w:t>
      </w:r>
    </w:p>
    <w:p>
      <w:r>
        <w:rPr>
          <w:b/>
        </w:rPr>
        <w:t xml:space="preserve">[38:24] </w:t>
      </w:r>
      <w:r>
        <w:t>to ajib baat hai ke main kaisa sahi hua. main zindagi mein bachpan se bahut si cheezon ke taraf lapka, bahut si cheezon ko apna banana chaha,</w:t>
      </w:r>
    </w:p>
    <w:p>
      <w:pPr>
        <w:jc w:val="right"/>
      </w:pPr>
      <w:r>
        <w:t>تو عجیب بات ہے کہ میں کیسا صحیح ہوا۔ میں زندگی میں بچپن سے بہت سی چیزوں کے طرف لپکا، بہت سی چیزوں کو اپنا بنانا چاہا،</w:t>
      </w:r>
    </w:p>
    <w:p>
      <w:r>
        <w:rPr>
          <w:b/>
        </w:rPr>
        <w:t xml:space="preserve">[38:42] </w:t>
      </w:r>
      <w:r>
        <w:t>lekin thodi thodi doori mein maine chhod diya. meri raghbat hat gayi.</w:t>
      </w:r>
    </w:p>
    <w:p>
      <w:pPr>
        <w:jc w:val="right"/>
      </w:pPr>
      <w:r>
        <w:t>لیکن تھوڑی تھوڑی دوری میں میں نے چھوڑ دیا۔ میری رغبت ہٹ گئی۔</w:t>
      </w:r>
    </w:p>
    <w:p>
      <w:r>
        <w:rPr>
          <w:b/>
        </w:rPr>
        <w:t xml:space="preserve">[38:52] </w:t>
      </w:r>
      <w:r>
        <w:t>aakhir mein mujhe jab discovery hui allah rab ul alameen ki to sare apne wajood ke sath, apne sare jazbat ke sath, apne poori spirit ke sath usi se jud gaya.</w:t>
      </w:r>
    </w:p>
    <w:p>
      <w:pPr>
        <w:jc w:val="right"/>
      </w:pPr>
      <w:r>
        <w:t>آخر میں مجھے جب ڈسکوری ہوئی اللہ رب العالمین کی تو سارے اپنے وجود کے ساتھ، اپنے سارے جذبات کے ساتھ، اپنے پوری اسپرٹ کے ساتھ اسی سے جڑ گیا۔</w:t>
      </w:r>
    </w:p>
    <w:p>
      <w:r>
        <w:rPr>
          <w:b/>
        </w:rPr>
        <w:t xml:space="preserve">[39:10] </w:t>
      </w:r>
      <w:r>
        <w:t>yahan tak ke</w:t>
      </w:r>
    </w:p>
    <w:p>
      <w:pPr>
        <w:jc w:val="right"/>
      </w:pPr>
      <w:r>
        <w:t>یہاں تک کہ</w:t>
      </w:r>
    </w:p>
    <w:p>
      <w:r>
        <w:rPr>
          <w:b/>
        </w:rPr>
        <w:t xml:space="preserve">[39:14] </w:t>
      </w:r>
      <w:r>
        <w:t>woh kitab allah taala ne likhwai, jo angrezi mein jisko tarjuma kiya hai doctor farida khanam ne, aur aur arabi mein uska tarjuma kiya hai doctor zafar sahib khan ne.</w:t>
      </w:r>
    </w:p>
    <w:p>
      <w:pPr>
        <w:jc w:val="right"/>
      </w:pPr>
      <w:r>
        <w:t>وہ کتاب اللہ تعالی نے لکھوائی، جو انگریزی میں جس کو ترجمہ کیا ہے ڈاکٹر فریدہ خانم نے، اور اور عربی میں اس کا ترجمہ کیا ہے ڈاکٹر ظفر صاحب خان نے۔</w:t>
      </w:r>
    </w:p>
    <w:p>
      <w:r>
        <w:rPr>
          <w:b/>
        </w:rPr>
        <w:t xml:space="preserve">[39:35] </w:t>
      </w:r>
      <w:r>
        <w:t>isi tarah se bahut si zubanon mein iske tarjume hue hain aur aam taur par har jagah woh phail chuki hai.</w:t>
      </w:r>
    </w:p>
    <w:p>
      <w:pPr>
        <w:jc w:val="right"/>
      </w:pPr>
      <w:r>
        <w:t>اسی طرح سے بہت سی زبانوں میں اس کے ترجمے ہوئے ہیں اور عام طور پر ہر جگہ وہ پھیل چکی ہے۔</w:t>
      </w:r>
    </w:p>
    <w:p>
      <w:r>
        <w:rPr>
          <w:b/>
        </w:rPr>
        <w:t xml:space="preserve">[39:46] </w:t>
      </w:r>
      <w:r>
        <w:t>phir ab aakhir mein mera mission yeh ban gaya ke mein Allah ki kitab ko sari dunya mein phailaoon.</w:t>
      </w:r>
    </w:p>
    <w:p>
      <w:pPr>
        <w:jc w:val="right"/>
      </w:pPr>
      <w:r>
        <w:t>پھر اب آخر میں میرا مشن یہ بن گیا کہ میں اللہ کی کتاب کو ساری دنیا میں پھیلاؤں۔</w:t>
      </w:r>
    </w:p>
    <w:p>
      <w:r>
        <w:rPr>
          <w:b/>
        </w:rPr>
        <w:t xml:space="preserve">[39:58] </w:t>
      </w:r>
      <w:r>
        <w:t>to mein yeh keh sakta hoon ke Allah ko paana us ki</w:t>
      </w:r>
    </w:p>
    <w:p>
      <w:pPr>
        <w:jc w:val="right"/>
      </w:pPr>
      <w:r>
        <w:t>تو میں یہ کہہ سکتا ہوں کہ اللہ کو پانا اس کی</w:t>
      </w:r>
    </w:p>
    <w:p>
      <w:r>
        <w:rPr>
          <w:b/>
        </w:rPr>
        <w:t xml:space="preserve">[40:07] </w:t>
      </w:r>
      <w:r>
        <w:t>us ki creation ke through hota hai.</w:t>
      </w:r>
    </w:p>
    <w:p>
      <w:pPr>
        <w:jc w:val="right"/>
      </w:pPr>
      <w:r>
        <w:t>اس کی کریشن کے تھرو ہوتا ہے۔</w:t>
      </w:r>
    </w:p>
    <w:p>
      <w:r>
        <w:rPr>
          <w:b/>
        </w:rPr>
        <w:t xml:space="preserve">[40:13] </w:t>
      </w:r>
      <w:r>
        <w:t>aap parhiye is is ayat ko jis ne Hazrat Musa ne kaha tha ke "Rab mere liye Khuda mujhe dikha kaisi kitab jo rooh hogi us waqt Musa ke andar.</w:t>
      </w:r>
    </w:p>
    <w:p>
      <w:pPr>
        <w:jc w:val="right"/>
      </w:pPr>
      <w:r>
        <w:t>آپ پڑھیے اس اس آیت کو جس نے حضرت موسیٰ نے کہا تھا کہ "رب میرے لیے خدا مجھے دکھا کیسی کتاب جو روح ہوگی اس وقت موسیٰ کے اندر۔</w:t>
      </w:r>
    </w:p>
    <w:p>
      <w:r>
        <w:rPr>
          <w:b/>
        </w:rPr>
        <w:t xml:space="preserve">[40:27] </w:t>
      </w:r>
      <w:r>
        <w:t>Khuda mujhe dikha taake mein us ko dekhon." to Khuda ne ek demonstration diya us waqt ke Khuda ne apni tajalli dali</w:t>
      </w:r>
    </w:p>
    <w:p>
      <w:pPr>
        <w:jc w:val="right"/>
      </w:pPr>
      <w:r>
        <w:t>خدا مجھے دکھا تاکہ میں اس کو دیکھوں۔" تو خدا نے ایک ڈیمونسٹریشن دیا اس وقت کہ خدا نے اپنی تجلی ڈالی</w:t>
      </w:r>
    </w:p>
    <w:p>
      <w:r>
        <w:rPr>
          <w:b/>
        </w:rPr>
        <w:t xml:space="preserve">[40:43] </w:t>
      </w:r>
      <w:r>
        <w:t>door pahaar par to pahaar reze reze ho gaya Khuda ne kaha "agar tu dekhna chahta hai to dekhne ka tareeqa yahi hai, yaani indirect mein bhi tum dekh sakte ho, us ko direct nahi,</w:t>
      </w:r>
    </w:p>
    <w:p>
      <w:pPr>
        <w:jc w:val="right"/>
      </w:pPr>
      <w:r>
        <w:t>دور پہاڑ پر تو پہاڑ ریزے ریزے ہو گیا۔ خدا نے کہا "اگر تو دیکھنا چاہتا ہے تو دیکھنے کا طریقہ یہی ہے، یعنی ان ڈائریکٹ میں بھی تم دیکھ سکتے ہو، اس کو ڈائریکٹ نہیں،</w:t>
      </w:r>
    </w:p>
    <w:p>
      <w:r>
        <w:rPr>
          <w:b/>
        </w:rPr>
        <w:t xml:space="preserve">[41:02] </w:t>
      </w:r>
      <w:r>
        <w:t>tum mujhe direct nahi de sakte ho, indirect mein bhi." yeh wahi position hai jo jo quantum physics ki position hai ke matter ko hum yeh jo matter hai, world of matter,</w:t>
      </w:r>
    </w:p>
    <w:p>
      <w:pPr>
        <w:jc w:val="right"/>
      </w:pPr>
      <w:r>
        <w:t>تم مجھے ڈائریکٹ نہیں دے سکتے ہو، ان ڈائریکٹ میں بھی۔" یہ وہی پوزیشن ہے جو جو کوانٹم فزکس کی پوزیشن ہے کہ میٹر کو ہم یہ جو میٹر ہے، ورلڈ آف میٹر،</w:t>
      </w:r>
    </w:p>
    <w:p>
      <w:r>
        <w:rPr>
          <w:b/>
        </w:rPr>
        <w:t xml:space="preserve">[41:20] </w:t>
      </w:r>
      <w:r>
        <w:t>us ko hum direct nahi dekh sakte, us ke effect ke through hum dekh sakte hain. to ajeeb baat hai ke Allah ne jab apne aap ko na qabil deed banaya ke insaan us ko dekh na sake to isi waqt yeh bhi muqaddar kar diya ke insaan indirect way mein Allah ko dekh sake, yaani us ki nematton ke through,</w:t>
      </w:r>
    </w:p>
    <w:p>
      <w:pPr>
        <w:jc w:val="right"/>
      </w:pPr>
      <w:r>
        <w:t>اس کو ہم ڈائریکٹ نہیں دیکھ سکتے، اس کے ایفیکٹ کے تھرو ہم دیکھ سکتے ہیں۔ تو عجیب بات ہے کہ اللہ نے جب اپنے آپ کو ناقابل دید بنایا کہ انسان اس کو دیکھ نہ سکے تو اسی وقت یہ بھی مقدر کر دیا کہ انسان ان ڈائریکٹ وے میں اللہ کو دیکھ سکے، یعنی اس کی نعمتوں کے تھرو،</w:t>
      </w:r>
    </w:p>
    <w:p>
      <w:r>
        <w:rPr>
          <w:b/>
        </w:rPr>
        <w:t xml:space="preserve">[41:46] </w:t>
      </w:r>
      <w:r>
        <w:t>us ki creation ke through, us ki jo blessing hai, us ke through. to jitna zyada aap Allah ki blessing ko daryaft karein, utne zyada aap Allah Rab ul Alameen ko daryaft kar sakenge.</w:t>
      </w:r>
    </w:p>
    <w:p>
      <w:pPr>
        <w:jc w:val="right"/>
      </w:pPr>
      <w:r>
        <w:t>اس کی کریشن کے تھرو، اس کی جو بلیسنگ ہے، اس کے تھرو۔ تو جتنا زیادہ آپ اللہ کی بلیسنگ کو دریافت کریں، اتنے زیادہ آپ اللہ رب العالمین کو دریافت کر سکیں گے۔</w:t>
      </w:r>
    </w:p>
    <w:p>
      <w:r>
        <w:rPr>
          <w:b/>
        </w:rPr>
        <w:t xml:space="preserve">[42:08] </w:t>
      </w:r>
      <w:r>
        <w:t>Maulana, agla sawal Islamabad, Pakistan se Muhammad Tufail sahib ne bheja hai. unhone likha hai: "Maulana sahib, last week I lost my three year old son named Arham while driving to hospital.</w:t>
      </w:r>
    </w:p>
    <w:p>
      <w:pPr>
        <w:jc w:val="right"/>
      </w:pPr>
      <w:r>
        <w:t>مولانا، اگلا سوال اسلام آباد، پاکستان سے محمد طفیل صاحب نے بھیجا ہے۔ انہوں نے لکھا ہے: "مولانا صاحب، لاسٹ ویک آئی لاسٹ مائی تھری ایئر اولڈ سن نیمڈ ارحم وائل ڈرائیونگ ٹو ہاسپٹل۔</w:t>
      </w:r>
    </w:p>
    <w:p>
      <w:r>
        <w:rPr>
          <w:b/>
        </w:rPr>
        <w:t xml:space="preserve">[42:25] </w:t>
      </w:r>
      <w:r>
        <w:t>We as parents are facing very tough time. Shaitan is telling me that it is my fault that we didn't reach the hospital in time.</w:t>
      </w:r>
    </w:p>
    <w:p>
      <w:pPr>
        <w:jc w:val="right"/>
      </w:pPr>
      <w:r>
        <w:t>وی ایز پیرنٹس آر فیسنگ ویری ٹف ٹائم۔ شیطان از ٹیلنگ می دیٹ اٹ از مائی فالٹ دیٹ وی ڈنٹ ریچ دی ہاسپٹل ان ٹائم۔</w:t>
      </w:r>
    </w:p>
    <w:p>
      <w:r>
        <w:rPr>
          <w:b/>
        </w:rPr>
        <w:t xml:space="preserve">[42:36] </w:t>
      </w:r>
      <w:r>
        <w:t>Will my son be with me in judgment day? Please pray for sabr for me and my wife. This incident has given us a new direction towards after life.</w:t>
      </w:r>
    </w:p>
    <w:p>
      <w:pPr>
        <w:jc w:val="right"/>
      </w:pPr>
      <w:r>
        <w:t>ول مائی سن بی ود می ان ججمنٹ ڈے؟ پلیز پری فار صبر فار می اینڈ مائی وائف۔ دس انسیڈنٹ ہیز گیون اس ا نیو ڈائریکشن ٹورڈز افٹر لائف۔</w:t>
      </w:r>
    </w:p>
    <w:p>
      <w:r>
        <w:rPr>
          <w:b/>
        </w:rPr>
        <w:t xml:space="preserve">[42:49] </w:t>
      </w:r>
      <w:r>
        <w:t>World seems so insignificant to us right now. We need your guidance."</w:t>
      </w:r>
    </w:p>
    <w:p>
      <w:pPr>
        <w:jc w:val="right"/>
      </w:pPr>
      <w:r>
        <w:t>ورلڈ سیمز سو انسگنیفیکنٹ ٹو اس رائٹ ناؤ۔ وی نیڈ یور گائیڈنس۔"</w:t>
      </w:r>
    </w:p>
    <w:p>
      <w:r>
        <w:rPr>
          <w:b/>
        </w:rPr>
        <w:t xml:space="preserve">[42:58] </w:t>
      </w:r>
      <w:r>
        <w:t>dekhiye, mein apna experience batata hoon aap ko.</w:t>
      </w:r>
    </w:p>
    <w:p>
      <w:pPr>
        <w:jc w:val="right"/>
      </w:pPr>
      <w:r>
        <w:t>دیکھیے، میں اپنا ایکسپیرینس بتاتا ہوں آپ کو۔</w:t>
      </w:r>
    </w:p>
    <w:p>
      <w:r>
        <w:rPr>
          <w:b/>
        </w:rPr>
        <w:t xml:space="preserve">[43:06] </w:t>
      </w:r>
      <w:r>
        <w:t>mera bhi jo ek bachcha tha, pehla bachcha, woh chote par us ka inteqal ho gaya.</w:t>
      </w:r>
    </w:p>
    <w:p>
      <w:pPr>
        <w:jc w:val="right"/>
      </w:pPr>
      <w:r>
        <w:t>میرا بھی جو ایک بچہ تھا، پہلا بچہ، وہ چھوٹے پر اس کا انتقال ہو گیا۔</w:t>
      </w:r>
    </w:p>
    <w:p>
      <w:r>
        <w:rPr>
          <w:b/>
        </w:rPr>
        <w:t xml:space="preserve">[43:17] </w:t>
      </w:r>
      <w:r>
        <w:t>us waqt mein Lucknow mein tha, us zamane mein telephone nahi hua karta tha, telegram hua karta tha. to Lucknow mein Six Dropping Road par hamare relative rehte the, mein wahan tha un ke sath.</w:t>
      </w:r>
    </w:p>
    <w:p>
      <w:pPr>
        <w:jc w:val="right"/>
      </w:pPr>
      <w:r>
        <w:t>اس وقت میں لکھنؤ میں تھا، اس زمانے میں ٹیلی فون نہیں ہوا کرتا تھا، ٹیلی گرام ہوا کرتا تھا۔ تو لکھنؤ میں سکس ڈراپنگ روڈ پر ہمارے ریلیٹو رہتے تھے، میں وہاں تھا ان کے ساتھ۔</w:t>
      </w:r>
    </w:p>
    <w:p>
      <w:r>
        <w:rPr>
          <w:b/>
        </w:rPr>
        <w:t xml:space="preserve">[43:36] </w:t>
      </w:r>
      <w:r>
        <w:t>to achaanak telegram aaya, telegram aaya, us mein likha tha ke "tumhara beta Shams ul Islam inteqal kar gaya." us waqt to chota bachcha tha,</w:t>
      </w:r>
    </w:p>
    <w:p>
      <w:pPr>
        <w:jc w:val="right"/>
      </w:pPr>
      <w:r>
        <w:t>تو اچانک ٹیلی گرام آیا، ٹیلی گرام آیا، اس میں لکھا تھا کہ "تمہارا بیٹا شمس الاسلام انتقال کر گیا۔" اس وقت تو چھوٹا بچہ تھا،</w:t>
      </w:r>
    </w:p>
    <w:p>
      <w:r>
        <w:rPr>
          <w:b/>
        </w:rPr>
        <w:t xml:space="preserve">[43:53] </w:t>
      </w:r>
      <w:r>
        <w:t>to mein kuch bhi bola nahi, na shikayat ki baat, na rone ki baat, na kuch.</w:t>
      </w:r>
    </w:p>
    <w:p>
      <w:pPr>
        <w:jc w:val="right"/>
      </w:pPr>
      <w:r>
        <w:t>تو میں کچھ بھی بولا نہیں، نہ شکایت کی بات، نہ رونے کی بات، نہ کچھ۔</w:t>
      </w:r>
    </w:p>
    <w:p>
      <w:r>
        <w:rPr>
          <w:b/>
        </w:rPr>
        <w:t xml:space="preserve">[44:03] </w:t>
      </w:r>
      <w:r>
        <w:t>chup chap utha mein aur wahan par ek kamra to hota tha Six Dropping Road par, us mein ek takht bichha hua tha aur pani ka intezaam tha.</w:t>
      </w:r>
    </w:p>
    <w:p>
      <w:pPr>
        <w:jc w:val="right"/>
      </w:pPr>
      <w:r>
        <w:t>چپ چاپ اٹھا میں اور وہاں پر ایک کمرہ تو ہوتا تھا سکس ڈراپنگ روڈ پر، اس میں ایک تخت بچھا ہوا تھا اور پانی کا انتظام تھا۔</w:t>
      </w:r>
    </w:p>
    <w:p>
      <w:r>
        <w:rPr>
          <w:b/>
        </w:rPr>
        <w:t xml:space="preserve">[44:19] </w:t>
      </w:r>
      <w:r>
        <w:t>wahan mein gaya, wuzu kiya, woh wuzu kar ke do rak'at namaz parhi, bas us ke baad khatam.</w:t>
      </w:r>
    </w:p>
    <w:p>
      <w:pPr>
        <w:jc w:val="right"/>
      </w:pPr>
      <w:r>
        <w:t>وہاں میں گیا، وضو کیا، وہ وضو کر کے دو رکعت نماز پڑھی، بس اس کے بعد ختم۔</w:t>
      </w:r>
    </w:p>
    <w:p>
      <w:r>
        <w:rPr>
          <w:b/>
        </w:rPr>
        <w:t xml:space="preserve">[44:30] </w:t>
      </w:r>
      <w:r>
        <w:t>yaani goya chand minute mere liye Allah ki yaad mein gap pada tha, gap. woh dobara apni jagah retain ho gaya.</w:t>
      </w:r>
    </w:p>
    <w:p>
      <w:pPr>
        <w:jc w:val="right"/>
      </w:pPr>
      <w:r>
        <w:t>یعنی گویا چند منٹ میرے لیے اللہ کی یاد میں گیپ پڑا تھا، گیپ۔ وہ دوبارہ اپنی جگہ ریٹین ہو گیا۔</w:t>
      </w:r>
    </w:p>
    <w:p>
      <w:r>
        <w:rPr>
          <w:b/>
        </w:rPr>
        <w:t xml:space="preserve">[44:43] </w:t>
      </w:r>
      <w:r>
        <w:t>us ke pehle bhi Khuda tha mere liye, us ke baad bhi Khuda tha mere liye. yaani bachche ki khabar se pehle bhi mere liye Khuda tha, sab kuch tha.</w:t>
      </w:r>
    </w:p>
    <w:p>
      <w:pPr>
        <w:jc w:val="right"/>
      </w:pPr>
      <w:r>
        <w:t>اس کے پہلے بھی خدا تھا میرے لیے، اس کے بعد بھی خدا تھا میرے لیے۔ یعنی بچے کی خبر سے پہلے بھی میرے لیے خدا تھا، سب کچھ تھا۔</w:t>
      </w:r>
    </w:p>
    <w:p>
      <w:r>
        <w:rPr>
          <w:b/>
        </w:rPr>
        <w:t xml:space="preserve">[44:53] </w:t>
      </w:r>
      <w:r>
        <w:t>bachche ke baad, maut ke baad bhi Khuda mere liye sab kuch ban gaya. to is tarah itna strong apni yaad banaiye Allah ki, Allah ke wajood ki,</w:t>
      </w:r>
    </w:p>
    <w:p>
      <w:pPr>
        <w:jc w:val="right"/>
      </w:pPr>
      <w:r>
        <w:t>بچے کے بعد، موت کے بعد بھی خدا میرے لیے سب کچھ بن گیا۔ تو اس طرح اتنا سٹرانگ اپنی یاد بنائیے اللہ کی، اللہ کے وجود کی،</w:t>
      </w:r>
    </w:p>
    <w:p>
      <w:r>
        <w:rPr>
          <w:b/>
        </w:rPr>
        <w:t xml:space="preserve">[45:07] </w:t>
      </w:r>
      <w:r>
        <w:t>Allah ki</w:t>
      </w:r>
    </w:p>
    <w:p>
      <w:pPr>
        <w:jc w:val="right"/>
      </w:pPr>
      <w:r>
        <w:t>اللہ کی</w:t>
      </w:r>
    </w:p>
    <w:p>
      <w:r>
        <w:rPr>
          <w:b/>
        </w:rPr>
        <w:t xml:space="preserve">[45:11] </w:t>
      </w:r>
      <w:r>
        <w:t>itna strong banaiye, itna strong banaiye ke chand lamhe ke siwa koi doosra aap ki zindagi mein shamil na ho.</w:t>
      </w:r>
    </w:p>
    <w:p>
      <w:pPr>
        <w:jc w:val="right"/>
      </w:pPr>
      <w:r>
        <w:t>اتنا سٹرانگ بنائیے، اتنا سٹرانگ بنائیے کہ چند لمحے کے سوا کوئی دوسرا آپ کی زندگی میں شامل نہ ہو۔</w:t>
      </w:r>
    </w:p>
    <w:p>
      <w:r>
        <w:rPr>
          <w:b/>
        </w:rPr>
        <w:t xml:space="preserve">[45:24] </w:t>
      </w:r>
      <w:r>
        <w:t>maulana, kuch comments lena chahenge agle sawal se pehle. yeh comment bheja hai meerath se rashid ansari sahab ne.</w:t>
      </w:r>
    </w:p>
    <w:p>
      <w:pPr>
        <w:jc w:val="right"/>
      </w:pPr>
      <w:r>
        <w:t>مولانا، کچھ کمنٹس لینا چاہیں گے اگلے سوال سے پہلے۔ یہ کمنٹ بھیجا ہے میرٹھ سے راشد انصاری صاحب نے۔</w:t>
      </w:r>
    </w:p>
    <w:p>
      <w:r>
        <w:rPr>
          <w:b/>
        </w:rPr>
        <w:t xml:space="preserve">[45:33] </w:t>
      </w:r>
      <w:r>
        <w:t>unhon ne likha hai: "maulana, jo salahiyat allah rab ul izzat ne aap ko ata ki hai, woh poori tarah se god gifted hai.</w:t>
      </w:r>
    </w:p>
    <w:p>
      <w:pPr>
        <w:jc w:val="right"/>
      </w:pPr>
      <w:r>
        <w:t>انہوں نے لکھا ہے: "مولانا، جو صلاحیت اللہ رب العزت نے آپ کو عطا کی ہے، وہ پوری طرح سے گاڈ گفٹڈ ہے۔</w:t>
      </w:r>
    </w:p>
    <w:p>
      <w:r>
        <w:rPr>
          <w:b/>
        </w:rPr>
        <w:t xml:space="preserve">[45:43] </w:t>
      </w:r>
      <w:r>
        <w:t>jazak allah maulana." aslam baig sahab ne mumbai se likha hai: "maulana, shukriya for enlightening us with the eminence wisdom behind the creation and for the insights about the meaningfulness of creation plan of god." riyaz bhatt sahab ne bangalore se likha hai:</w:t>
      </w:r>
    </w:p>
    <w:p>
      <w:pPr>
        <w:jc w:val="right"/>
      </w:pPr>
      <w:r>
        <w:t>جزاک اللہ مولانا۔" اسلم بیگ صاحب نے ممبئی سے لکھا ہے: "مولانا، شکریہ فار انلائٹننگ اس ود دی ایمنس وزڈم بیہائنڈ دا کریشن اینڈ فار دی انسائٹس اباؤٹ دا میننگ فلنس اف کریشن پلان اف گاڈ۔" ریاض بھٹ صاحب نے بینگلور سے لکھا ہے:</w:t>
      </w:r>
    </w:p>
    <w:p>
      <w:r>
        <w:rPr>
          <w:b/>
        </w:rPr>
        <w:t xml:space="preserve">[46:07] </w:t>
      </w:r>
      <w:r>
        <w:t>"today lecture was enlightening. today lecture was enlightening. you emphasize the fact that big bang beginning is reaffirmation of existence of creator through age of reason, and it should help any confused mind who seeks to reach a conclusion whether he exist as a supreme or creator exist as supreme.</w:t>
      </w:r>
    </w:p>
    <w:p>
      <w:pPr>
        <w:jc w:val="right"/>
      </w:pPr>
      <w:r>
        <w:t>"ٹوڈے لیکچر واز انلائٹننگ۔ ٹوڈے لیکچر واز انلائٹننگ۔ یو ایمفسائز دا فیکٹ دیٹ بگ بینگ بگننگ از ری ایفرمیشن اف ایگزسٹنس اف کریٹر تھرو ایج اف ریزن، اینڈ اٹ شوڈ ہیلپ اینی کنفیوز مائنڈ ہو سیکس ٹو ریچ ا کنکلوژن ویدر ہی ایگزسٹ ایز ا سپریم اور کریٹر ایگزسٹ ایز سپریم۔</w:t>
      </w:r>
    </w:p>
    <w:p>
      <w:r>
        <w:rPr>
          <w:b/>
        </w:rPr>
        <w:t xml:space="preserve">[46:35] </w:t>
      </w:r>
      <w:r>
        <w:t>thank you maulana." is ke baad bangalore team jo collectively aap ke program ko dekh rahi hai, un ki taraf se comment aaya hai.</w:t>
      </w:r>
    </w:p>
    <w:p>
      <w:pPr>
        <w:jc w:val="right"/>
      </w:pPr>
      <w:r>
        <w:t>تھینک یو مولانا۔" اس کے بعد بینگلور ٹیم جو کلیکٹولی آپ کے پروگرام کو دیکھ رہی ہے، ان کی طرف سے کمنٹ آیا ہے۔</w:t>
      </w:r>
    </w:p>
    <w:p>
      <w:r>
        <w:rPr>
          <w:b/>
        </w:rPr>
        <w:t xml:space="preserve">[46:45] </w:t>
      </w:r>
      <w:r>
        <w:t>unhon ne likha hai: "maulana, aaj ki class se yeh maloom hua ke scientific age se pehle khuda sirf muqaddas aqeedah ka subject tha.</w:t>
      </w:r>
    </w:p>
    <w:p>
      <w:pPr>
        <w:jc w:val="right"/>
      </w:pPr>
      <w:r>
        <w:t>انہوں نے لکھا ہے: "مولانا، آج کی کلاس سے یہ معلوم ہوا کہ سائنٹیفک ایج سے پہلے خدا صرف مقدس عقیدہ کا سبجیکٹ تھا۔</w:t>
      </w:r>
    </w:p>
    <w:p>
      <w:r>
        <w:rPr>
          <w:b/>
        </w:rPr>
        <w:t xml:space="preserve">[46:56] </w:t>
      </w:r>
      <w:r>
        <w:t>poori tareekh mein pehli baar aisa hua hai ke khuda discovery ka subject bana hai. jazak allah khair maulana." mashallah.</w:t>
      </w:r>
    </w:p>
    <w:p>
      <w:pPr>
        <w:jc w:val="right"/>
      </w:pPr>
      <w:r>
        <w:t>پوری تاریخ میں پہلی بار ایسا ہوا ہے کہ خدا ڈسکوری کا سبجیکٹ بنا ہے۔ جزاک اللہ خیر مولانا۔" ماشاءاللہ۔</w:t>
      </w:r>
    </w:p>
    <w:p>
      <w:r>
        <w:rPr>
          <w:b/>
        </w:rPr>
        <w:t xml:space="preserve">[47:06] </w:t>
      </w:r>
      <w:r>
        <w:t>maulana, agla sawal bheja hai dhampur se mehtab ahmad sahab ne. unhon ne likha hai: "maulana sahab, iman ke baad amal saleh kya hai?</w:t>
      </w:r>
    </w:p>
    <w:p>
      <w:pPr>
        <w:jc w:val="right"/>
      </w:pPr>
      <w:r>
        <w:t>مولانا، اگلا سوال بھیجا ہے دھامپور سے مہتاب احمد صاحب نے۔ انہوں نے لکھا ہے: "مولانا صاحب، ایمان کے بعد عمل صالح کیا ہے؟</w:t>
      </w:r>
    </w:p>
    <w:p>
      <w:r>
        <w:rPr>
          <w:b/>
        </w:rPr>
        <w:t xml:space="preserve">[47:18] </w:t>
      </w:r>
      <w:r>
        <w:t>is ke bare mein bataein."</w:t>
      </w:r>
    </w:p>
    <w:p>
      <w:pPr>
        <w:jc w:val="right"/>
      </w:pPr>
      <w:r>
        <w:t>اس کے بارے میں بتائیں۔"</w:t>
      </w:r>
    </w:p>
    <w:p>
      <w:r>
        <w:rPr>
          <w:b/>
        </w:rPr>
        <w:t xml:space="preserve">[47:27] </w:t>
      </w:r>
      <w:r>
        <w:t>dekhiye, ek lafz mein amal saleh yeh hai: iman ke mutabiq amal.</w:t>
      </w:r>
    </w:p>
    <w:p>
      <w:pPr>
        <w:jc w:val="right"/>
      </w:pPr>
      <w:r>
        <w:t>دیکھیے، ایک لفظ میں عمل صالح یہ ہے: ایمان کے مطابق عمل۔</w:t>
      </w:r>
    </w:p>
    <w:p>
      <w:r>
        <w:rPr>
          <w:b/>
        </w:rPr>
        <w:t xml:space="preserve">[47:39] </w:t>
      </w:r>
      <w:r>
        <w:t>iman ke mutabiq amal. misaal ke taur par jab mera bachcha mar gaya to maine is ka yasar liya.</w:t>
      </w:r>
    </w:p>
    <w:p>
      <w:pPr>
        <w:jc w:val="right"/>
      </w:pPr>
      <w:r>
        <w:t>ایمان کے مطابق عمل۔ مثلاً جب میرا بچہ مر گیا تو میں نے اس کا یسر لیا۔</w:t>
      </w:r>
    </w:p>
    <w:p>
      <w:r>
        <w:rPr>
          <w:b/>
        </w:rPr>
        <w:t xml:space="preserve">[47:52] </w:t>
      </w:r>
      <w:r>
        <w:t>jis khuda ne paida kiya tha, usi ne wapas le liya is ko. agar is ki wajah mein woh rota, chalta, cheikhta to woh is ka iman ke mutabiq na hota.</w:t>
      </w:r>
    </w:p>
    <w:p>
      <w:pPr>
        <w:jc w:val="right"/>
      </w:pPr>
      <w:r>
        <w:t>جس خدا نے پیدا کیا تھا، اسی نے واپس لے لیا اس کو۔ اگر اس کی وجہ میں وہ روتا، چلتا، چیختا تو وہ اس کا ایمان کے مطابق نہ ہوتا۔</w:t>
      </w:r>
    </w:p>
    <w:p>
      <w:r>
        <w:rPr>
          <w:b/>
        </w:rPr>
        <w:t xml:space="preserve">[48:05] </w:t>
      </w:r>
      <w:r>
        <w:t>lekin allah ki tofeeq se jo maine kiya, woh islam, woh iman ke mutabiq tha.</w:t>
      </w:r>
    </w:p>
    <w:p>
      <w:pPr>
        <w:jc w:val="right"/>
      </w:pPr>
      <w:r>
        <w:t>لیکن اللہ کی توفیق سے جو میں نے کیا، وہ اسلام، وہ ایمان کے مطابق تھا۔</w:t>
      </w:r>
    </w:p>
    <w:p>
      <w:r>
        <w:rPr>
          <w:b/>
        </w:rPr>
        <w:t xml:space="preserve">[48:14] </w:t>
      </w:r>
      <w:r>
        <w:t>to iman, darasal iman ke baad is ke mutabiq amal karna, yahi hamari amal saleh hai.</w:t>
      </w:r>
    </w:p>
    <w:p>
      <w:pPr>
        <w:jc w:val="right"/>
      </w:pPr>
      <w:r>
        <w:t>تو ایمان، دراصل ایمان کے بعد اس کے مطابق عمل کرنا، یہی ہماری عمل صالح ہے۔</w:t>
      </w:r>
    </w:p>
    <w:p>
      <w:r>
        <w:rPr>
          <w:b/>
        </w:rPr>
        <w:t xml:space="preserve">[48:25] </w:t>
      </w:r>
      <w:r>
        <w:t>maulana, miss shabana ansari ne pakistan se likha hai: "maulana, you are a seeker and you made us seeker by your strong literature.</w:t>
      </w:r>
    </w:p>
    <w:p>
      <w:pPr>
        <w:jc w:val="right"/>
      </w:pPr>
      <w:r>
        <w:t>مولانا، مس شبانہ انصاری نے پاکستان سے لکھا ہے: "مولانا، یو آر ا سیکر اینڈ یو میڈ اس سیکر بائے یور سٹرانگ لٹریچر۔</w:t>
      </w:r>
    </w:p>
    <w:p>
      <w:r>
        <w:rPr>
          <w:b/>
        </w:rPr>
        <w:t xml:space="preserve">[48:36] </w:t>
      </w:r>
      <w:r>
        <w:t>jazak allah maulana for providing us this precious literature. may allah give you eminence reward." miss hina manzoor ne likha hai kashmir se.</w:t>
      </w:r>
    </w:p>
    <w:p>
      <w:pPr>
        <w:jc w:val="right"/>
      </w:pPr>
      <w:r>
        <w:t>جزاک اللہ مولانا فار پرووائیڈنگ اس دس پریشیس لٹریچر۔ می اللہ گیو یو ایمنس ریوارڈ۔" مس ہینا منظور نے لکھا ہے کشمیر سے۔</w:t>
      </w:r>
    </w:p>
    <w:p>
      <w:r>
        <w:rPr>
          <w:b/>
        </w:rPr>
        <w:t xml:space="preserve">[48:48] </w:t>
      </w:r>
      <w:r>
        <w:t>unhon ne likha hai: "what a great learning from today lecture!</w:t>
      </w:r>
    </w:p>
    <w:p>
      <w:pPr>
        <w:jc w:val="right"/>
      </w:pPr>
      <w:r>
        <w:t>انہوں نے لکھا ہے: "واٹ ا گریٹ لرننگ فرام ٹوڈے لیکچر!</w:t>
      </w:r>
    </w:p>
    <w:p>
      <w:r>
        <w:rPr>
          <w:b/>
        </w:rPr>
        <w:t xml:space="preserve">[48:53] </w:t>
      </w:r>
      <w:r>
        <w:t>the quran is the direct answer for from god for all those people who refuse his existence. this thought makes me realize the greater importance of doing dawah work and be the part of that process for which god has created us.</w:t>
      </w:r>
    </w:p>
    <w:p>
      <w:pPr>
        <w:jc w:val="right"/>
      </w:pPr>
      <w:r>
        <w:t>دا قرآن از دی ڈائریکٹ انسر فار فرام گاڈ فار آل دوست پیپل ہو ریفیوز ہز ایگزسٹنس۔ دس تھاٹ میکس می ریلائز دا گریٹر امپورٹنس اف ڈوئنگ دعویٰ ورک اینڈ بی دا پارٹ اف دیٹ پروسیس فار وچ گاڈ ہیز کریٹڈ اس۔</w:t>
      </w:r>
    </w:p>
    <w:p>
      <w:r>
        <w:rPr>
          <w:b/>
        </w:rPr>
        <w:t xml:space="preserve">[49:11] </w:t>
      </w:r>
      <w:r>
        <w:t>thank you maulana sahab for your guidance. may allah help us to discover god and spread his message to entire humanity." maulana, agla sawal nagpur se bheja hai sajid ahmad khan sahab ne.</w:t>
      </w:r>
    </w:p>
    <w:p>
      <w:pPr>
        <w:jc w:val="right"/>
      </w:pPr>
      <w:r>
        <w:t>تھینک یو مولانا صاحب فار یور گائیڈنس۔ می اللہ ہیلپ اس ٹو ڈسکور گاڈ اینڈ سپریڈ ہز میسج ٹو انٹائر ہیومینٹی۔" مولانا، اگلا سوال ناکپور سے بھیجا ہے ساجد احمد خان صاحب نے۔</w:t>
      </w:r>
    </w:p>
    <w:p>
      <w:r>
        <w:rPr>
          <w:b/>
        </w:rPr>
        <w:t xml:space="preserve">[49:27] </w:t>
      </w:r>
      <w:r>
        <w:t>unhon ne likha hai: "maulana sahab, your discovery of god is a milestone for all of us. we all find it difficult to see the existence of god in routine experiences due to lot of distractions.</w:t>
      </w:r>
    </w:p>
    <w:p>
      <w:pPr>
        <w:jc w:val="right"/>
      </w:pPr>
      <w:r>
        <w:t>انہوں نے لکھا ہے: "مولانا صاحب، یور ڈسکوری اف گاڈ از ا مائل سٹون فار آل اف اس۔ وی آل فائنڈ اٹ ڈیفیکلٹ ٹو سی دی ایگزسٹنس اف گاڈ ان روٹین ایکسپیرینسز ڈیو ٹو لاٹ اف ڈسٹریکشنز۔</w:t>
      </w:r>
    </w:p>
    <w:p>
      <w:r>
        <w:rPr>
          <w:b/>
        </w:rPr>
        <w:t xml:space="preserve">[49:44] </w:t>
      </w:r>
      <w:r>
        <w:t>maulana, please tell us how it is possible to avoid the distraction and purify our thoughts." maulana, isi se milta julta sawal maulana israr khatib sahab ne bhi kiya hai chennai se.</w:t>
      </w:r>
    </w:p>
    <w:p>
      <w:pPr>
        <w:jc w:val="right"/>
      </w:pPr>
      <w:r>
        <w:t>مولانا، پلیز ٹیل اس ہاؤ اٹ از پوسیبل ٹو اوائڈ دا ڈسٹریکشن اینڈ پیوریفائی اور تھاٹس۔" مولانا، اسی سے ملتا جلتا سوال مولانا اسرار خطیب صاحب نے بھی کیا ہے چنئی سے۔</w:t>
      </w:r>
    </w:p>
    <w:p>
      <w:r>
        <w:rPr>
          <w:b/>
        </w:rPr>
        <w:t xml:space="preserve">[49:59] </w:t>
      </w:r>
      <w:r>
        <w:t>un ka bhi parhna chahenge. dono ek jaise sawal hain. unhon ne likha hai: "maulana, aap ka concern hamesha god raha hai.</w:t>
      </w:r>
    </w:p>
    <w:p>
      <w:pPr>
        <w:jc w:val="right"/>
      </w:pPr>
      <w:r>
        <w:t>ان کا بھی پڑھنا چاہیں گے۔ دونوں ایک جیسے سوال ہیں۔ انہوں نے لکھا ہے: "مولانا، آپ کا کنسرن ہمیشہ گاڈ رہا ہے۔</w:t>
      </w:r>
    </w:p>
    <w:p>
      <w:r>
        <w:rPr>
          <w:b/>
        </w:rPr>
        <w:t xml:space="preserve">[50:08] </w:t>
      </w:r>
      <w:r>
        <w:t>aap kabhi bhi is se derail nahi hue, lekin hamare liye yeh andesha rehta hai ke hum derail ho jaen. maulana, hum apne aap ko derail hone se kaise bacha sakte hain?"</w:t>
      </w:r>
    </w:p>
    <w:p>
      <w:pPr>
        <w:jc w:val="right"/>
      </w:pPr>
      <w:r>
        <w:t>آپ کبھی بھی اس سے ڈیریل نہیں ہوئے، لیکن ہمارے لیے یہ اندیشہ رہتا ہے کہ ہم ڈیریل ہو جائیں۔ مولانا، ہم اپنے آپ کو ڈیریل ہونے سے کیسے بچا سکتے ہیں؟"</w:t>
      </w:r>
    </w:p>
    <w:p>
      <w:r>
        <w:rPr>
          <w:b/>
        </w:rPr>
        <w:t xml:space="preserve">[50:31] </w:t>
      </w:r>
      <w:r>
        <w:t>main apna ek qissa batata hoon aap ko.</w:t>
      </w:r>
    </w:p>
    <w:p>
      <w:pPr>
        <w:jc w:val="right"/>
      </w:pPr>
      <w:r>
        <w:t>میں اپنا ایک قصہ بتاتا ہوں آپ کو۔</w:t>
      </w:r>
    </w:p>
    <w:p>
      <w:r>
        <w:rPr>
          <w:b/>
        </w:rPr>
        <w:t xml:space="preserve">[50:37] </w:t>
      </w:r>
      <w:r>
        <w:t>main pehle naujawan umar mein kuch shair waghera parha karta tha. shair to nahi tha, lekin parhta tha. to us zamane mein bohat se logon ko parha maine, top ke bhi jaise ghalib,</w:t>
      </w:r>
    </w:p>
    <w:p>
      <w:pPr>
        <w:jc w:val="right"/>
      </w:pPr>
      <w:r>
        <w:t>میں پہلے نوجوانی کے عمر میں کچھ شعر وغیرہ پڑھا کرتا تھا۔ شاعر تو نہیں تھا، لیکن پڑھتا تھا۔ تو اس زمانے میں بہت سے لوگوں کو پڑھا میں نے، ٹاپ کے بھی جیسے غالب،</w:t>
      </w:r>
    </w:p>
    <w:p>
      <w:r>
        <w:rPr>
          <w:b/>
        </w:rPr>
        <w:t xml:space="preserve">[50:54] </w:t>
      </w:r>
      <w:r>
        <w:t>zauq waghera, aur doosre logon ko bhi. is zamane mein shair ki taraf, yani kalam bohat sa parha parha tha maine,</w:t>
      </w:r>
    </w:p>
    <w:p>
      <w:pPr>
        <w:jc w:val="right"/>
      </w:pPr>
      <w:r>
        <w:t>ذوق وغیرہ، اور دوسرے لوگوں کو بھی۔ اس زمانے میں شعر کی طرف، یعنی کلام بہت سا پڑھا پڑھا تھا میں نے،</w:t>
      </w:r>
    </w:p>
    <w:p>
      <w:r>
        <w:rPr>
          <w:b/>
        </w:rPr>
        <w:t xml:space="preserve">[51:09] </w:t>
      </w:r>
      <w:r>
        <w:t>lekin sirf ek hi kalam mujhe attract kiya, woh tha fani ka, fani badaioni. to is zamane mein maine ek mazmoon likha tha: "fani haqeeqat ki talash mein sargardan." maine paya ke ek hi insaan tha shair ki duniya mein jo sachai ki talash mein, yani jo mutrashi tha,</w:t>
      </w:r>
    </w:p>
    <w:p>
      <w:pPr>
        <w:jc w:val="right"/>
      </w:pPr>
      <w:r>
        <w:t>لیکن صرف ایک ہی کلام مجھے اٹریکٹ کیا، وہ تھا فانی کا، فانی بدائیونی۔ تو اس زمانے میں میں نے ایک مضمون لکھا تھا: "فانی حقیقت کی تلاش میں سرگرداں۔" میں نے پایا کہ ایک ہی انسان تھا شعر کی دنیا میں جو سچائی کی تلاش میں، یعنی جو متراشی تھا،</w:t>
      </w:r>
    </w:p>
    <w:p>
      <w:r>
        <w:rPr>
          <w:b/>
        </w:rPr>
        <w:t xml:space="preserve">[51:33] </w:t>
      </w:r>
      <w:r>
        <w:t>seeker tha, woh tha fani. to maine likha: "fani haqeeqat ki talash mein sargardan." to is is ke ek shair mere liye bohat important ban ban gaya.</w:t>
      </w:r>
    </w:p>
    <w:p>
      <w:pPr>
        <w:jc w:val="right"/>
      </w:pPr>
      <w:r>
        <w:t>سیکر تھا، وہ تھا فانی۔ تو میں نے لکھا: "فانی حقیقت کی تلاش میں سرگرداں۔" تو اس اس کے ایک شعر میرے لیے بہت امپورٹنٹ بن بن گیا۔</w:t>
      </w:r>
    </w:p>
    <w:p>
      <w:r>
        <w:rPr>
          <w:b/>
        </w:rPr>
        <w:t xml:space="preserve">[51:51] </w:t>
      </w:r>
      <w:r>
        <w:t>ek shair,</w:t>
      </w:r>
    </w:p>
    <w:p>
      <w:pPr>
        <w:jc w:val="right"/>
      </w:pPr>
      <w:r>
        <w:t>ایک شعر،</w:t>
      </w:r>
    </w:p>
    <w:p>
      <w:r>
        <w:rPr>
          <w:b/>
        </w:rPr>
        <w:t xml:space="preserve">[51:57] </w:t>
      </w:r>
      <w:r>
        <w:t>woh wahi meri, wahi shair bhi, meri tasweer hai. woh shair yeh tha:</w:t>
      </w:r>
    </w:p>
    <w:p>
      <w:pPr>
        <w:jc w:val="right"/>
      </w:pPr>
      <w:r>
        <w:t>وہ وہی میری، وہی شعر بھی، میری تصویر ہے۔ وہ شعر یہ تھا:</w:t>
      </w:r>
    </w:p>
    <w:p>
      <w:r>
        <w:rPr>
          <w:b/>
        </w:rPr>
        <w:t xml:space="preserve">[52:10] </w:t>
      </w:r>
      <w:r>
        <w:t>"fareb jalwa aur kitna mukammal</w:t>
      </w:r>
    </w:p>
    <w:p>
      <w:pPr>
        <w:jc w:val="right"/>
      </w:pPr>
      <w:r>
        <w:t>"فریب جلوہ اور کتنا مکمل</w:t>
      </w:r>
    </w:p>
    <w:p>
      <w:r>
        <w:rPr>
          <w:b/>
        </w:rPr>
        <w:t xml:space="preserve">[52:13] </w:t>
      </w:r>
      <w:r>
        <w:t>, aye maaz Allah, bari mushkil se dil ko bazm-e-alam se utha paya."</w:t>
      </w:r>
    </w:p>
    <w:p>
      <w:pPr>
        <w:jc w:val="right"/>
      </w:pPr>
      <w:r>
        <w:t>، اے معاذ اللہ، بڑی مشکل سے دل کو بزم عالم سے اٹھا پایا۔"</w:t>
      </w:r>
    </w:p>
    <w:p>
      <w:r>
        <w:rPr>
          <w:b/>
        </w:rPr>
        <w:t xml:space="preserve">[52:22] </w:t>
      </w:r>
      <w:r>
        <w:t>yeh meri tasweer hai. fareb jalwa, yani duniya ki har chamak, har raunaq, fareb jalwa hai.</w:t>
      </w:r>
    </w:p>
    <w:p>
      <w:pPr>
        <w:jc w:val="right"/>
      </w:pPr>
      <w:r>
        <w:t>یہ میری تصویر ہے۔ فریب جلوہ، یعنی دنیا کی ہر چمک، ہر رونق، فریب جلوہ ہے۔</w:t>
      </w:r>
    </w:p>
    <w:p>
      <w:r>
        <w:rPr>
          <w:b/>
        </w:rPr>
        <w:t xml:space="preserve">[52:31] </w:t>
      </w:r>
      <w:r>
        <w:t>yeh kuch bhi nahi hai, sarag hai.</w:t>
      </w:r>
    </w:p>
    <w:p>
      <w:pPr>
        <w:jc w:val="right"/>
      </w:pPr>
      <w:r>
        <w:t>یہ کچھ بھی نہیں ہے، سراغ ہے۔</w:t>
      </w:r>
    </w:p>
    <w:p>
      <w:r>
        <w:rPr>
          <w:b/>
        </w:rPr>
        <w:t xml:space="preserve">[52:40] </w:t>
      </w:r>
      <w:r>
        <w:t>to fareb jalwa aur kitna mukammal</w:t>
      </w:r>
    </w:p>
    <w:p>
      <w:pPr>
        <w:jc w:val="right"/>
      </w:pPr>
      <w:r>
        <w:t>تو فریب جلوہ اور کتنا مکمل</w:t>
      </w:r>
    </w:p>
    <w:p>
      <w:r>
        <w:rPr>
          <w:b/>
        </w:rPr>
        <w:t xml:space="preserve">[52:43] </w:t>
      </w:r>
      <w:r>
        <w:t>, aye maaz Allah, bari mushkil se dil ko bazm-e-alam se utha paya. to aap ko yahi karna parega ke aalami raunaq se apne ko utha len.</w:t>
      </w:r>
    </w:p>
    <w:p>
      <w:pPr>
        <w:jc w:val="right"/>
      </w:pPr>
      <w:r>
        <w:t>، اے معاذ اللہ، بڑی مشکل سے دل کو بزم عالم سے اٹھا پایا۔ تو آپ کو یہی کرنا پڑے گا کہ عالمی رونق سے اپنے کو اٹھا لیں۔</w:t>
      </w:r>
    </w:p>
    <w:p>
      <w:r>
        <w:rPr>
          <w:b/>
        </w:rPr>
        <w:t xml:space="preserve">[52:58] </w:t>
      </w:r>
      <w:r>
        <w:t>koi aalami raunaq aap ko attract na kar sake. to isi maine isi ko attend kiya, isi se mujhe faida hua.</w:t>
      </w:r>
    </w:p>
    <w:p>
      <w:pPr>
        <w:jc w:val="right"/>
      </w:pPr>
      <w:r>
        <w:t>کوئی عالمی رونق آپ کو اٹریکٹ نہ کر سکے۔ تو اسی میں نے اسی کو اٹینڈ کیا، اسی سے مجھے فائدہ ہوا۔</w:t>
      </w:r>
    </w:p>
    <w:p>
      <w:r>
        <w:rPr>
          <w:b/>
        </w:rPr>
        <w:t xml:space="preserve">[53:11] </w:t>
      </w:r>
      <w:r>
        <w:t>fareb jalwa aur kitna mukammal</w:t>
      </w:r>
    </w:p>
    <w:p>
      <w:pPr>
        <w:jc w:val="right"/>
      </w:pPr>
      <w:r>
        <w:t>فریب جلوہ اور کتنا مکمل</w:t>
      </w:r>
    </w:p>
    <w:p>
      <w:r>
        <w:rPr>
          <w:b/>
        </w:rPr>
        <w:t xml:space="preserve">[53:14] </w:t>
      </w:r>
      <w:r>
        <w:t>, aye maaz Allah, bari mushkil se dil ko bazm-e-alam se utha paya. to aap ko yahi karna parega ke aalami raunaq se apne ko utha len.</w:t>
      </w:r>
    </w:p>
    <w:p>
      <w:pPr>
        <w:jc w:val="right"/>
      </w:pPr>
      <w:r>
        <w:t>، اے معاذ اللہ، بڑی مشکل سے دل کو بزم عالم سے اٹھا پایا۔</w:t>
      </w:r>
    </w:p>
    <w:p>
      <w:r>
        <w:rPr>
          <w:b/>
        </w:rPr>
        <w:t xml:space="preserve">[53:25] </w:t>
      </w:r>
      <w:r>
        <w:t>is mein sari woh cheezein shamil hain jo insaan ko attract karti hain.</w:t>
      </w:r>
    </w:p>
    <w:p>
      <w:pPr>
        <w:jc w:val="right"/>
      </w:pPr>
      <w:r>
        <w:t>اس میں ساری وہ چیزیں شامل ہیں جو انسان کو اٹریکٹ کرتی ہیں۔</w:t>
      </w:r>
    </w:p>
    <w:p>
      <w:r>
        <w:rPr>
          <w:b/>
        </w:rPr>
        <w:t xml:space="preserve">[53:37] </w:t>
      </w:r>
      <w:r>
        <w:t>maulana, agla comment bangalore se Faisal Saleem sahib ne bheja hai. unhone likha hai: "your lec</w:t>
      </w:r>
    </w:p>
    <w:p>
      <w:pPr>
        <w:jc w:val="right"/>
      </w:pPr>
      <w:r>
        <w:t>مولانا، اگلا کمنٹ بینگلور سے فیصل سلیم صاحب نے بھیجا ہے۔ انہوں نے لکھا ہے: "یور لیک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