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A New Age March 18, 2012</w:t>
      </w:r>
    </w:p>
    <w:p>
      <w:r>
        <w:t>https://youtu.be/P5hzq_NheY0</w:t>
      </w:r>
    </w:p>
    <w:p>
      <w:r>
        <w:rPr>
          <w:b/>
        </w:rPr>
        <w:t xml:space="preserve">[00:14] </w:t>
      </w:r>
      <w:r>
        <w:t>Bismillah Rehman e Rahim, wa salla Allahu ala Nabi al-Kareem.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 al-uqdata min lisani yafqahu qawli.</w:t>
      </w:r>
    </w:p>
    <w:p>
      <w:pPr>
        <w:jc w:val="right"/>
      </w:pPr>
      <w:r>
        <w:t>واحل العقدۃ من لسانی یفقہ قولی۔</w:t>
      </w:r>
    </w:p>
    <w:p>
      <w:r>
        <w:rPr>
          <w:b/>
        </w:rPr>
        <w:t xml:space="preserve">[00:35] </w:t>
      </w:r>
      <w:r>
        <w:t>aaj ka topic hai: Islam in New Age. Islam ek naye zamane mein.</w:t>
      </w:r>
    </w:p>
    <w:p>
      <w:pPr>
        <w:jc w:val="right"/>
      </w:pPr>
      <w:r>
        <w:t>آج کا ٹاپک ہے: اسلام ان نیو ایج۔ اسلام ایک نئے زمانے میں۔</w:t>
      </w:r>
    </w:p>
    <w:p>
      <w:r>
        <w:rPr>
          <w:b/>
        </w:rPr>
        <w:t xml:space="preserve">[00:48] </w:t>
      </w:r>
      <w:r>
        <w:t>yeh bohat hi important topic hai kyunke yeh jo naya zamana hai, yeh pro Islam zamana hai.</w:t>
      </w:r>
    </w:p>
    <w:p>
      <w:pPr>
        <w:jc w:val="right"/>
      </w:pPr>
      <w:r>
        <w:t>یہ بہت ہی امپورٹنٹ ٹاپک ہے کیونکہ یہ جو نیا زمانہ ہے، یہ پرو اسلام زمانہ ہے۔</w:t>
      </w:r>
    </w:p>
    <w:p>
      <w:r>
        <w:rPr>
          <w:b/>
        </w:rPr>
        <w:t xml:space="preserve">[00:59] </w:t>
      </w:r>
      <w:r>
        <w:t>yeh anti Islam zamana nahi hai.</w:t>
      </w:r>
    </w:p>
    <w:p>
      <w:pPr>
        <w:jc w:val="right"/>
      </w:pPr>
      <w:r>
        <w:t>یہ اینٹی اسلام زمانہ نہیں ہے۔</w:t>
      </w:r>
    </w:p>
    <w:p>
      <w:r>
        <w:rPr>
          <w:b/>
        </w:rPr>
        <w:t xml:space="preserve">[01:03] </w:t>
      </w:r>
      <w:r>
        <w:t>100 percent yeh pro Islam zamana hai.</w:t>
      </w:r>
    </w:p>
    <w:p>
      <w:pPr>
        <w:jc w:val="right"/>
      </w:pPr>
      <w:r>
        <w:t>100 فیصد یہ پرو اسلام زمانہ ہے۔</w:t>
      </w:r>
    </w:p>
    <w:p>
      <w:r>
        <w:rPr>
          <w:b/>
        </w:rPr>
        <w:t xml:space="preserve">[01:08] </w:t>
      </w:r>
      <w:r>
        <w:t>toh agar aap is ko is hesiyat se discover karein toh aap ke liye, yani Khuda ki blessing ke samandar khul jayenge.</w:t>
      </w:r>
    </w:p>
    <w:p>
      <w:pPr>
        <w:jc w:val="right"/>
      </w:pPr>
      <w:r>
        <w:t>تو اگر آپ اس کو اس حیثیت سے ڈسکور کریں تو آپ کے لیے، یعنی خدا کی بلیسنگ کے سمندر کھل جائیں گے۔</w:t>
      </w:r>
    </w:p>
    <w:p>
      <w:r>
        <w:rPr>
          <w:b/>
        </w:rPr>
        <w:t xml:space="preserve">[01:24] </w:t>
      </w:r>
      <w:r>
        <w:t>is liye bohat zaroori hai ke is pehlu se mutala kiya jaye.</w:t>
      </w:r>
    </w:p>
    <w:p>
      <w:pPr>
        <w:jc w:val="right"/>
      </w:pPr>
      <w:r>
        <w:t>اس لیے بہت ضروری ہے کہ اس پہلو سے مطالعہ کیا جائے۔</w:t>
      </w:r>
    </w:p>
    <w:p>
      <w:r>
        <w:rPr>
          <w:b/>
        </w:rPr>
        <w:t xml:space="preserve">[01:32] </w:t>
      </w:r>
      <w:r>
        <w:t>dekhiye, Rasool Allah sal Allah alaihi wasallam ki ek hadith hai jo Tirmizi mein aur doosri hadith ki kai kitabon mein aayi hai.</w:t>
      </w:r>
    </w:p>
    <w:p>
      <w:pPr>
        <w:jc w:val="right"/>
      </w:pPr>
      <w:r>
        <w:t>دیکھیے، رسول اللہ صلی اللہ علیہ وسلم کی ایک حدیث ہے جو الترمذی میں اور دوسری حدیث کی کئی کتابوں میں آئی ہے۔</w:t>
      </w:r>
    </w:p>
    <w:p>
      <w:r>
        <w:rPr>
          <w:b/>
        </w:rPr>
        <w:t xml:space="preserve">[01:45] </w:t>
      </w:r>
      <w:r>
        <w:t>is ke alfaaz yeh hain: "مثل المؤمن كمثل المطر، لا يدرى أوله خير أم آخره" ۔</w:t>
      </w:r>
    </w:p>
    <w:p>
      <w:pPr>
        <w:jc w:val="right"/>
      </w:pPr>
      <w:r>
        <w:t>اس کے الفاظ یہ ہیں: "مثل المؤمن كمثل المطر، لا يدرى أوله خير أم آخره" ۔</w:t>
      </w:r>
    </w:p>
    <w:p>
      <w:r>
        <w:rPr>
          <w:b/>
        </w:rPr>
        <w:t xml:space="preserve">[02:00] </w:t>
      </w:r>
      <w:r>
        <w:t>meri ummat ki misaal barish jaisi hai. Nahi maloom ke is ka pehla hissa behtar hoga ya doosra hissa.</w:t>
      </w:r>
    </w:p>
    <w:p>
      <w:pPr>
        <w:jc w:val="right"/>
      </w:pPr>
      <w:r>
        <w:t>میری امت کی مثال بارش جیسی ہے۔ نہیں معلوم کہ اس کا پہلا حصہ بہتر ہوگا یا دوسرا حصہ۔</w:t>
      </w:r>
    </w:p>
    <w:p>
      <w:r>
        <w:rPr>
          <w:b/>
        </w:rPr>
        <w:t xml:space="preserve">[02:09] </w:t>
      </w:r>
      <w:r>
        <w:t>dekhiye, yeh ek usloob hai kehne ka. Yeh shubha ki baat nahi hai. Is ka matlab hai ke agla hissa zyada behtar hoga.</w:t>
      </w:r>
    </w:p>
    <w:p>
      <w:pPr>
        <w:jc w:val="right"/>
      </w:pPr>
      <w:r>
        <w:t>دیکھیے، یہ ایک اسلوب ہے کہنے کا۔ یہ شبہے کی بات نہیں ہے۔ اس کا مطلب ہے کہ اگلا حصہ زیادہ بہتر ہوگا۔</w:t>
      </w:r>
    </w:p>
    <w:p>
      <w:r>
        <w:rPr>
          <w:b/>
        </w:rPr>
        <w:t xml:space="preserve">[02:21] </w:t>
      </w:r>
      <w:r>
        <w:t>kyunke barish jab aati hai toh shuru mein toh kuch cheezein ugti hain, lekin baad ko toh bargi fasal lehlati hai.</w:t>
      </w:r>
    </w:p>
    <w:p>
      <w:pPr>
        <w:jc w:val="right"/>
      </w:pPr>
      <w:r>
        <w:t>کیونکہ بارش جب آتی ہے تو شروع میں تو کچھ چیزیں اگتی ہیں، لیکن بعد کو تو برگی فصل لہلاتی ہے۔</w:t>
      </w:r>
    </w:p>
    <w:p>
      <w:r>
        <w:rPr>
          <w:b/>
        </w:rPr>
        <w:t xml:space="preserve">[02:29] </w:t>
      </w:r>
      <w:r>
        <w:t>bagh aur khet lehle uthte hain. Toh yeh maloom baat hai ke barish ka agla hissa zyada behtar hota. Aisa kabhi nahi ho sakta ke barish ka agla hissa jo hai zyada behtar na ho.</w:t>
      </w:r>
    </w:p>
    <w:p>
      <w:pPr>
        <w:jc w:val="right"/>
      </w:pPr>
      <w:r>
        <w:t>باغ اور کھیت سب لہلہ اٹھتے ہیں۔ تو یہ معلوم بات ہے کہ بارش کا اگلا حصہ زیادہ بہتر ہوتا۔ ایسا کبھی نہیں ہو سکتا کہ بارش کا اگلا حصہ جو ہے زیادہ بہتر نہ ہو۔</w:t>
      </w:r>
    </w:p>
    <w:p>
      <w:r>
        <w:rPr>
          <w:b/>
        </w:rPr>
        <w:t xml:space="preserve">[02:45] </w:t>
      </w:r>
      <w:r>
        <w:t>toh barish ki misaal de kar Rasool Allah sal Allah alaihi wasallam ne mutayyan kar diya ke is ummat ka agla hissa zyada behtar hoga. Dekhiye, yeh ummat ki fazilat nahi hai.</w:t>
      </w:r>
    </w:p>
    <w:p>
      <w:pPr>
        <w:jc w:val="right"/>
      </w:pPr>
      <w:r>
        <w:t>تو بارش کی مثال دے کر رسول اللہ صلی اللہ علیہ وسلم نے متعین کر دیا کہ اس امت کا اگلا حصہ زیادہ بہتر ہوگا۔ دیکھیے، یہ امت کی فضیلت نہیں ہے۔</w:t>
      </w:r>
    </w:p>
    <w:p>
      <w:r>
        <w:rPr>
          <w:b/>
        </w:rPr>
        <w:t xml:space="preserve">[02:57] </w:t>
      </w:r>
      <w:r>
        <w:t>sab se badi baat janne ki woh yeh hai ke yeh ayat ummat ki fazilat toh nahi batati. Fazilat ka tasawwur yaad rakhiye, Islam mein ajnabi hai.</w:t>
      </w:r>
    </w:p>
    <w:p>
      <w:pPr>
        <w:jc w:val="right"/>
      </w:pPr>
      <w:r>
        <w:t>سب سے بڑی بات جاننے کی وہ یہ ہے کہ یہ آیت امت کی فضیلت تو نہیں بتاتی۔ فضیلت کا تصور یاد رکھیے، اسلام میں اجنبی ہے۔</w:t>
      </w:r>
    </w:p>
    <w:p>
      <w:r>
        <w:rPr>
          <w:b/>
        </w:rPr>
        <w:t xml:space="preserve">[03:13] </w:t>
      </w:r>
      <w:r>
        <w:t>yeh toh ek mubtadiana tasawwur hai. Asal yeh hai ke yeh ummat, yani aakhri paygambar ki ummat, hamesha ke liye baqi rehne wali thi.</w:t>
      </w:r>
    </w:p>
    <w:p>
      <w:pPr>
        <w:jc w:val="right"/>
      </w:pPr>
      <w:r>
        <w:t>یہ تو ایک مبتدیانہ تصور ہے۔ اصل یہ ہے کہ یہ امت، یعنی آخری پیغمبر کی امت، ہمیشہ کے لیے باقی رہنے والی تھی۔</w:t>
      </w:r>
    </w:p>
    <w:p>
      <w:r>
        <w:rPr>
          <w:b/>
        </w:rPr>
        <w:t xml:space="preserve">[03:26] </w:t>
      </w:r>
      <w:r>
        <w:t>ummat ka matlab hai ke jab deen mehfooz ho gaya, is se pehle bhi Allah ki taraf se kitabein aayin, lekin woh mehfooz na reh sakein.</w:t>
      </w:r>
    </w:p>
    <w:p>
      <w:pPr>
        <w:jc w:val="right"/>
      </w:pPr>
      <w:r>
        <w:t>امت کا مطلب ہے کہ جب دین محفوظ ہو گیا، اس سے پہلے بھی اللہ کی طرف سے کتابیں آئیں، لیکن وہ محفوظ نہ رہ سکیں۔</w:t>
      </w:r>
    </w:p>
    <w:p>
      <w:r>
        <w:rPr>
          <w:b/>
        </w:rPr>
        <w:t xml:space="preserve">[03:38] </w:t>
      </w:r>
      <w:r>
        <w:t>is liye woh kitabein bhi ho gayin ghair mustanad, unauthentic, aur khud is ke followers bhi unauthentic ho gaye. Woh numainde deen ilahi nahi rahe.</w:t>
      </w:r>
    </w:p>
    <w:p>
      <w:pPr>
        <w:jc w:val="right"/>
      </w:pPr>
      <w:r>
        <w:t>اس لیے وہ کتابیں بھی ہو گئیں غیر مستند، ان اتھینٹک، اور خود اس کے فالوورز بھی ان اتھینٹک ہو گئے۔ وہ نمائندے دین الہی نہیں رہے۔</w:t>
      </w:r>
    </w:p>
    <w:p>
      <w:r>
        <w:rPr>
          <w:b/>
        </w:rPr>
        <w:t xml:space="preserve">[03:52] </w:t>
      </w:r>
      <w:r>
        <w:t>toh is ummat ke saath Allah taala ne yeh muamla kiya ke Quran ko mehfooz kar diya, sunnat Muhammadi ko mehfooz kar diya.</w:t>
      </w:r>
    </w:p>
    <w:p>
      <w:pPr>
        <w:jc w:val="right"/>
      </w:pPr>
      <w:r>
        <w:t>تو اس امت کے ساتھ اللہ تعالی نے یہ معاملہ کیا کہ قرآن کو محفوظ کر دیا، سنت محمدی کو محفوظ کر دیا۔</w:t>
      </w:r>
    </w:p>
    <w:p>
      <w:r>
        <w:rPr>
          <w:b/>
        </w:rPr>
        <w:t xml:space="preserve">[04:04] </w:t>
      </w:r>
      <w:r>
        <w:t>saari baatein jo deen se mutalliq theen, woh sab mehfooz ho gayin. Mehfooz hone ki bina par yeh mumkin hoga ke yeh continue rahe, agle daur tak is ka zamana pahunche.</w:t>
      </w:r>
    </w:p>
    <w:p>
      <w:pPr>
        <w:jc w:val="right"/>
      </w:pPr>
      <w:r>
        <w:t>ساری باتیں جو دین سے متعلق تھیں، وہ سب محفوظ ہو گئیں۔ محفوظ ہونے کی بنا پر یہ ممکن ہوگا کہ یہ کنٹینیو رہے، اگلے دور تک اس کا زمانہ پہنچے۔</w:t>
      </w:r>
    </w:p>
    <w:p>
      <w:r>
        <w:rPr>
          <w:b/>
        </w:rPr>
        <w:t xml:space="preserve">[04:18] </w:t>
      </w:r>
      <w:r>
        <w:t>is liye Muhammad ke liye mumkin hoga ke baad ke zamane ki boundaries, baad ke zamane ki divine blessings is se hisse mein aayin. Yeh baat hai.</w:t>
      </w:r>
    </w:p>
    <w:p>
      <w:pPr>
        <w:jc w:val="right"/>
      </w:pPr>
      <w:r>
        <w:t>اس لیے محمد کے لیے ممکن ہوگا کہ بعد کے زمانے کی باؤنڈریز، بعد کے زمانے کی ڈیوائن بلیسنگز اس سے حصے میں آئیں۔ یہ بات ہے۔</w:t>
      </w:r>
    </w:p>
    <w:p>
      <w:r>
        <w:rPr>
          <w:b/>
        </w:rPr>
        <w:t xml:space="preserve">[04:27] </w:t>
      </w:r>
      <w:r>
        <w:t>toh fazilat ummat ki baat nahi hai, balke yeh daur ki baat hai.</w:t>
      </w:r>
    </w:p>
    <w:p>
      <w:pPr>
        <w:jc w:val="right"/>
      </w:pPr>
      <w:r>
        <w:t>تو فضیلت امت کی بات نہیں ہے، بلکہ یہ دور کی بات ہے۔</w:t>
      </w:r>
    </w:p>
    <w:p>
      <w:r>
        <w:rPr>
          <w:b/>
        </w:rPr>
        <w:t xml:space="preserve">[04:33] </w:t>
      </w:r>
      <w:r>
        <w:t>toh ab hum isi naye daur mein pahunche hain. Is naye daur ke bare mein hadithon mein aur Quran mein bohat sari aayatein aur hadithin hain.</w:t>
      </w:r>
    </w:p>
    <w:p>
      <w:pPr>
        <w:jc w:val="right"/>
      </w:pPr>
      <w:r>
        <w:t>تو اب ہم اسی نئے دور میں پہنچے ہیں۔ اس نئے دور کے بارے میں حدیثوں میں اور قرآن میں بہت ساری آیتیں اور حدیثیں ہیں۔</w:t>
      </w:r>
    </w:p>
    <w:p>
      <w:r>
        <w:rPr>
          <w:b/>
        </w:rPr>
        <w:t xml:space="preserve">[04:47] </w:t>
      </w:r>
      <w:r>
        <w:t>in mein khazana hai, bohat bada khazana.</w:t>
      </w:r>
    </w:p>
    <w:p>
      <w:pPr>
        <w:jc w:val="right"/>
      </w:pPr>
      <w:r>
        <w:t>ان میں خزانہ ہے، بہت بڑا خزانہ۔</w:t>
      </w:r>
    </w:p>
    <w:p>
      <w:r>
        <w:rPr>
          <w:b/>
        </w:rPr>
        <w:t xml:space="preserve">[04:52] </w:t>
      </w:r>
      <w:r>
        <w:t>yani badi marifat, higher form of realization. Badi marifat, badi qurbat-e-khudawandi, bada dawat-e-Ilah ka kaam.</w:t>
      </w:r>
    </w:p>
    <w:p>
      <w:pPr>
        <w:jc w:val="right"/>
      </w:pPr>
      <w:r>
        <w:t>یعنی بڑی معرفت، ہائر فارم آف ریلائزیشن۔ بڑی معرفت، بڑی قربت خداوندی، بڑا دعوت اللہ کا کام۔</w:t>
      </w:r>
    </w:p>
    <w:p>
      <w:r>
        <w:rPr>
          <w:b/>
        </w:rPr>
        <w:t xml:space="preserve">[05:05] </w:t>
      </w:r>
      <w:r>
        <w:t>har cheez zyada bade peymane par achieve karna mumkin ho gaya. Lekin Musalman is se qat'an mehroom hain.</w:t>
      </w:r>
    </w:p>
    <w:p>
      <w:pPr>
        <w:jc w:val="right"/>
      </w:pPr>
      <w:r>
        <w:t>ہر چیز زیادہ بڑے پیمانے پر اچیو کرنا ممکن ہو گیا۔ لیکن مسلمان اس سے قطعاً محروم ہیں۔</w:t>
      </w:r>
    </w:p>
    <w:p>
      <w:r>
        <w:rPr>
          <w:b/>
        </w:rPr>
        <w:t xml:space="preserve">[05:14] </w:t>
      </w:r>
      <w:r>
        <w:t>kuch bhi unhein is naye daur mein jo higher form of deen-e-khudawandi jo tha, us ka hissa unhein nahi mila. Kyunke unhein khabar hi nahi is ki.</w:t>
      </w:r>
    </w:p>
    <w:p>
      <w:pPr>
        <w:jc w:val="right"/>
      </w:pPr>
      <w:r>
        <w:t>کچھ بھی انہیں اس نئے دور میں جو ہائر فارم آف دین خداوندی جو تھا، اس کا حصہ انہیں نہیں ملا۔ کیونکہ انہیں خبر ہی نہیں اس کی۔</w:t>
      </w:r>
    </w:p>
    <w:p>
      <w:r>
        <w:rPr>
          <w:b/>
        </w:rPr>
        <w:t xml:space="preserve">[05:25] </w:t>
      </w:r>
      <w:r>
        <w:t>woh to jantay hain ke naya daur dushman e islam daur hai. naya daur hargiz hargiz dushman e islam daur nahi hai.</w:t>
      </w:r>
    </w:p>
    <w:p>
      <w:pPr>
        <w:jc w:val="right"/>
      </w:pPr>
      <w:r>
        <w:t>وہ تو جانتے ہیں کہ نیا دور دشمن اسلام دور ہے۔ نیا دور ہرگز ہرگز دشمن اسلام دور نہیں ہے۔</w:t>
      </w:r>
    </w:p>
    <w:p>
      <w:r>
        <w:rPr>
          <w:b/>
        </w:rPr>
        <w:t xml:space="preserve">[05:35] </w:t>
      </w:r>
      <w:r>
        <w:t>woh pro islam daur hai. dekhiye, mein kai aayatein aur hadeesein aap ke samnay pesh karunga is baat ko samajhnay ke liye.</w:t>
      </w:r>
    </w:p>
    <w:p>
      <w:pPr>
        <w:jc w:val="right"/>
      </w:pPr>
      <w:r>
        <w:t>وہ پرو اسلام دور ہے۔ دیکھیے، میں کئی آیتیں اور حدیثیں آپ کے سامنے پیش کروں گا اس بات کو سمجھنے کے لیے۔</w:t>
      </w:r>
    </w:p>
    <w:p>
      <w:r>
        <w:rPr>
          <w:b/>
        </w:rPr>
        <w:t xml:space="preserve">[05:43] </w:t>
      </w:r>
      <w:r>
        <w:t>is se aap ke andar bari marifat, bari qurbat, bara dawati hosla, quran ke naye naye mani, yeh sab khulenge inshallah.</w:t>
      </w:r>
    </w:p>
    <w:p>
      <w:pPr>
        <w:jc w:val="right"/>
      </w:pPr>
      <w:r>
        <w:t>اس سے آپ کے اندر بڑی معرفت، بڑی قربت، بڑا دعوتی حوصلہ، قرآن کے نئے نئے معنی، یہ سب کھلیں گے انشاءاللہ۔</w:t>
      </w:r>
    </w:p>
    <w:p>
      <w:r>
        <w:rPr>
          <w:b/>
        </w:rPr>
        <w:t xml:space="preserve">[05:58] </w:t>
      </w:r>
      <w:r>
        <w:t>to mein is is ki aap ko dawat deta hoon ke is par aap ghor karein. dekhiye, aik hadees hai jo hadees ki taqreeban sab sab kitabon mein aayi hai.</w:t>
      </w:r>
    </w:p>
    <w:p>
      <w:pPr>
        <w:jc w:val="right"/>
      </w:pPr>
      <w:r>
        <w:t>تو میں اس اس کی آپ کو دعوت دیتا ہوں کہ اس پر آپ غور کریں۔ دیکھیے، ایک حدیث ہے جو حدیث کی تقریباً سب سب کتابوں میں آئی ہے۔</w:t>
      </w:r>
    </w:p>
    <w:p>
      <w:r>
        <w:rPr>
          <w:b/>
        </w:rPr>
        <w:t xml:space="preserve">[06:11] </w:t>
      </w:r>
      <w:r>
        <w:t>yani bukhari mein, muslim mein, aur doosri tamam kitabon mein. is hadees mein rasool allah sallallahu alaihi wasallam ne farmaya ke "al halal bayyin wa al haram bayyin, wa baynahuma umoor-e-mushtabihat" .</w:t>
      </w:r>
    </w:p>
    <w:p>
      <w:pPr>
        <w:jc w:val="right"/>
      </w:pPr>
      <w:r>
        <w:t>یعنی بخاری میں، مسلم میں، اور دوسری تمام کتابوں میں۔ اس حدیث میں رسول اللہ صلی اللہ علیہ وسلم نے فرمایا کہ "الحلال بين والحرام بين، وبينهما عبور مشتبہات" ۔</w:t>
      </w:r>
    </w:p>
    <w:p>
      <w:r>
        <w:rPr>
          <w:b/>
        </w:rPr>
        <w:t xml:space="preserve">[06:31] </w:t>
      </w:r>
      <w:r>
        <w:t>islam mein jo halaal hai, woh bohat hi wazeh hai. isi tarah haraam jo hai, wohi bohat hi wazeh hai.</w:t>
      </w:r>
    </w:p>
    <w:p>
      <w:pPr>
        <w:jc w:val="right"/>
      </w:pPr>
      <w:r>
        <w:t>اسلام میں جو حلال ہے، وہ بہت ہی واضح ہے۔ اسی طرح حرام جو ہے، وہی بہت ہی واضح ہے۔</w:t>
      </w:r>
    </w:p>
    <w:p>
      <w:r>
        <w:rPr>
          <w:b/>
        </w:rPr>
        <w:t xml:space="preserve">[06:41] </w:t>
      </w:r>
      <w:r>
        <w:t>yani clear hai. in ke beech mein kuch mushtabah cheezein hain.</w:t>
      </w:r>
    </w:p>
    <w:p>
      <w:pPr>
        <w:jc w:val="right"/>
      </w:pPr>
      <w:r>
        <w:t>یعنی کلیئر ہے۔ ان کے بیچ میں کچھ مشتبہ چیزیں ہیں۔</w:t>
      </w:r>
    </w:p>
    <w:p>
      <w:r>
        <w:rPr>
          <w:b/>
        </w:rPr>
        <w:t xml:space="preserve">[06:49] </w:t>
      </w:r>
      <w:r>
        <w:t>mushtabah cheezein hain, mushtabihat. yani in clear.</w:t>
      </w:r>
    </w:p>
    <w:p>
      <w:pPr>
        <w:jc w:val="right"/>
      </w:pPr>
      <w:r>
        <w:t>مشتبہ چیزیں ہیں، مشتبہات۔ یعنی ان کلیئر۔</w:t>
      </w:r>
    </w:p>
    <w:p>
      <w:r>
        <w:rPr>
          <w:b/>
        </w:rPr>
        <w:t xml:space="preserve">[06:58] </w:t>
      </w:r>
      <w:r>
        <w:t>to woh jo in clear hai, us mein bohat bara samandar hai cheezon ka. lekin woh in clear hai.</w:t>
      </w:r>
    </w:p>
    <w:p>
      <w:pPr>
        <w:jc w:val="right"/>
      </w:pPr>
      <w:r>
        <w:t>تو وہ جو ان کلیئر ہے، اس میں بہت بڑا سمندر ہے چیزوں کا۔ لیکن وہ ان کلیئر ہے۔</w:t>
      </w:r>
    </w:p>
    <w:p>
      <w:r>
        <w:rPr>
          <w:b/>
        </w:rPr>
        <w:t xml:space="preserve">[07:09] </w:t>
      </w:r>
      <w:r>
        <w:t>to yeh jo in clear hissa hai,</w:t>
      </w:r>
    </w:p>
    <w:p>
      <w:pPr>
        <w:jc w:val="right"/>
      </w:pPr>
      <w:r>
        <w:t>تو یہ جو ان کلیئر حصہ ہے،</w:t>
      </w:r>
    </w:p>
    <w:p>
      <w:r>
        <w:rPr>
          <w:b/>
        </w:rPr>
        <w:t xml:space="preserve">[07:14] </w:t>
      </w:r>
      <w:r>
        <w:t>is ko is ka kya, is mein kya baatein hain? yeh bohat hi ajeeb baat hai ke poori tareekh mein is se bekhabar reh gaye log. aur is ka mein hawala deta hoon aap ko ke allama anwar shah kashmiri, jo bohat hi top ke muhaddis thay,</w:t>
      </w:r>
    </w:p>
    <w:p>
      <w:pPr>
        <w:jc w:val="right"/>
      </w:pPr>
      <w:r>
        <w:t>اس کو اس کا کیا، اس میں کیا باتیں ہیں؟ یہ بہت ہی عجیب بات ہے کہ پوری تاریخ میں اس سے بے خبر رہ گئے لوگ۔ اور اس کا میں حوالہ دیتا ہوں آپ کو کہ علامہ انور شاہ کشمیری، جو بہت ہی ٹاپ کے محدث تھے،</w:t>
      </w:r>
    </w:p>
    <w:p>
      <w:r>
        <w:rPr>
          <w:b/>
        </w:rPr>
        <w:t xml:space="preserve">[07:35] </w:t>
      </w:r>
      <w:r>
        <w:t>saari hadees ki kitabein, saari mutalliq kitabein, saara zakhira jo hai sunnat ka, woh unhon ne parha tha. to woh likhte hain, un ki kitab mere paas maujood hai,</w:t>
      </w:r>
    </w:p>
    <w:p>
      <w:pPr>
        <w:jc w:val="right"/>
      </w:pPr>
      <w:r>
        <w:t>ساری حدیث کی کتابیں، ساری متعلق کتابیں، سارا ذخیرہ جو ہے سنت کا، وہ انہوں نے پڑھا تھا۔ تو وہ لکھتے ہیں، ان کی کتاب میرے پاس موجود ہے،</w:t>
      </w:r>
    </w:p>
    <w:p>
      <w:r>
        <w:rPr>
          <w:b/>
        </w:rPr>
        <w:t xml:space="preserve">[07:49] </w:t>
      </w:r>
      <w:r>
        <w:t>jo amali hai, lekin bahar haal unhi ki kitab hai woh. woh kehte hain ke maine sab parha. shaukani ki kitab parhi, aur falan kitab parhi, saara parh dala maine is hadees ko samajhnay ke liye.</w:t>
      </w:r>
    </w:p>
    <w:p>
      <w:pPr>
        <w:jc w:val="right"/>
      </w:pPr>
      <w:r>
        <w:t>جو اعمالی ہے، لیکن بہرحال انہی کی کتاب ہے وہ۔ وہ کہتے ہیں کہ میں نے سب پڑھا۔ شوکانی کی کتاب پڑھی، اور فلاں کتاب پڑھی، سارا پڑھ ڈالا میں نے اس حدیث کو سمجھنے کے لیے۔</w:t>
      </w:r>
    </w:p>
    <w:p>
      <w:r>
        <w:rPr>
          <w:b/>
        </w:rPr>
        <w:t xml:space="preserve">[08:01] </w:t>
      </w:r>
      <w:r>
        <w:t>lekin</w:t>
      </w:r>
    </w:p>
    <w:p>
      <w:pPr>
        <w:jc w:val="right"/>
      </w:pPr>
      <w:r>
        <w:t>لیکن</w:t>
      </w:r>
    </w:p>
    <w:p>
      <w:r>
        <w:rPr>
          <w:b/>
        </w:rPr>
        <w:t xml:space="preserve">[08:02] </w:t>
      </w:r>
      <w:r>
        <w:t>is ke baad likhte hain ke "lam yatahassal shay'un ghair hall al-lughaat, ghair hall al-alfaz, lam yatahassal shay'un ghair hall al-alfaz" .</w:t>
      </w:r>
    </w:p>
    <w:p>
      <w:pPr>
        <w:jc w:val="right"/>
      </w:pPr>
      <w:r>
        <w:t>اس کے بعد لکھتے ہیں کہ "لم یتحصل شيء غیر حل اللغات، غیر حل الالفاظ، لم یتحصل شيء غیر حل الالفاظ" ۔</w:t>
      </w:r>
    </w:p>
    <w:p>
      <w:r>
        <w:rPr>
          <w:b/>
        </w:rPr>
        <w:t xml:space="preserve">[08:18] </w:t>
      </w:r>
      <w:r>
        <w:t>yani yeh saara zakhira jo is hadees ki sharah mein likha gaya hai, is mein is hadees ke mani par mujhe kuch nahi mila.</w:t>
      </w:r>
    </w:p>
    <w:p>
      <w:pPr>
        <w:jc w:val="right"/>
      </w:pPr>
      <w:r>
        <w:t>یعنی یہ سارا ذخیرہ جو اس حدیث کی شرح میں لکھا گیا ہے، اس میں اس حدیث کے معنی پر مجھے کچھ نہیں ملا۔</w:t>
      </w:r>
    </w:p>
    <w:p>
      <w:r>
        <w:rPr>
          <w:b/>
        </w:rPr>
        <w:t xml:space="preserve">[08:26] </w:t>
      </w:r>
      <w:r>
        <w:t>sirf alfaaz ki grammatical explanation, literal explanation, bas yeh mila. aap ghor kijiye, kaisi ajeeb baat yeh hai.</w:t>
      </w:r>
    </w:p>
    <w:p>
      <w:pPr>
        <w:jc w:val="right"/>
      </w:pPr>
      <w:r>
        <w:t>صرف الفاظ کی گرامیٹیکل ایکسپلینیشن، لیٹرل ایکسپلینیشن، بس یہ ملا۔ آپ غور کیجیے، کیسی عجیب بات یہ ہے۔</w:t>
      </w:r>
    </w:p>
    <w:p>
      <w:r>
        <w:rPr>
          <w:b/>
        </w:rPr>
        <w:t xml:space="preserve">[08:38] </w:t>
      </w:r>
      <w:r>
        <w:t>aur is hadees ke baray mein jo ke bukhari mein bhi hai, aur ibn hajar ki jo kitab hai, fath al-bari, ibn hajar ki kitab jo fath al-bari hai, us ko hadees ka encyclopedia kaha jata hai.</w:t>
      </w:r>
    </w:p>
    <w:p>
      <w:pPr>
        <w:jc w:val="right"/>
      </w:pPr>
      <w:r>
        <w:t>اور اس حدیث کے بارے میں جو کہ بخاری میں بھی ہے، اور ابن حجر کی جو کتاب ہے، فتح الباری، ابن حجر کی کتاب جو فتح الباری ہے، اس کو حدیث کا انسائیکلوپیڈیا کہا جاتا ہے۔</w:t>
      </w:r>
    </w:p>
    <w:p>
      <w:r>
        <w:rPr>
          <w:b/>
        </w:rPr>
        <w:t xml:space="preserve">[08:53] </w:t>
      </w:r>
      <w:r>
        <w:t>bees jildon mein hai woh.</w:t>
      </w:r>
    </w:p>
    <w:p>
      <w:pPr>
        <w:jc w:val="right"/>
      </w:pPr>
      <w:r>
        <w:t>بیس جلدوں میں ہے وہ۔</w:t>
      </w:r>
    </w:p>
    <w:p>
      <w:r>
        <w:rPr>
          <w:b/>
        </w:rPr>
        <w:t xml:space="preserve">[08:56] </w:t>
      </w:r>
      <w:r>
        <w:t>is mein bhi is tarah behs hai, lekin aik jumla bhi us ki maanoiyat, us ki meaning ke baray mein kuch nahi hai. kaisi ajeeb baat hai.</w:t>
      </w:r>
    </w:p>
    <w:p>
      <w:pPr>
        <w:jc w:val="right"/>
      </w:pPr>
      <w:r>
        <w:t>اس میں بھی اس طرح بحث ہے، لیکن ایک جملہ بھی اس کی معنویت، اس کی میننگ کے بارے میں کچھ نہیں ہے۔ کیسی عجیب بات ہے۔</w:t>
      </w:r>
    </w:p>
    <w:p>
      <w:r>
        <w:rPr>
          <w:b/>
        </w:rPr>
        <w:t xml:space="preserve">[09:07] </w:t>
      </w:r>
      <w:r>
        <w:t>lekin isi mein aik jumla bohat ahem likha unhon ne ke is hadees mein jo baat hai, us ka janna mumkin hai, lekin thoday logon ke liye mumkin hai woh.</w:t>
      </w:r>
    </w:p>
    <w:p>
      <w:pPr>
        <w:jc w:val="right"/>
      </w:pPr>
      <w:r>
        <w:t>لیکن اسی میں ایک جملہ بہت اہم لکھا انہوں نے کہ اس حدیث میں جو بات ہے، اس کا جاننا ممکن ہے، لیکن تھوڑے لوگوں کے لیے ممکن ہے وہ۔</w:t>
      </w:r>
    </w:p>
    <w:p>
      <w:r>
        <w:rPr>
          <w:b/>
        </w:rPr>
        <w:t xml:space="preserve">[09:16] </w:t>
      </w:r>
      <w:r>
        <w:t>ab woh kon thoday log hain? woh mujtahid log hain.</w:t>
      </w:r>
    </w:p>
    <w:p>
      <w:pPr>
        <w:jc w:val="right"/>
      </w:pPr>
      <w:r>
        <w:t>اب وہ کون تھوڑے لوگ ہیں؟ وہ مجتہد لوگ ہیں۔</w:t>
      </w:r>
    </w:p>
    <w:p>
      <w:r>
        <w:rPr>
          <w:b/>
        </w:rPr>
        <w:t xml:space="preserve">[09:24] </w:t>
      </w:r>
      <w:r>
        <w:t>marifat hukmihi mumkin, walakin lil qaleel min an-nas wa hum al-mujtahidun. is se kya nikla?</w:t>
      </w:r>
    </w:p>
    <w:p>
      <w:pPr>
        <w:jc w:val="right"/>
      </w:pPr>
      <w:r>
        <w:t>معرفت حکمہ ممکن، ولكن للقليل من الناس وهم المجتہدون ۔ اس سے کیا نکلا؟</w:t>
      </w:r>
    </w:p>
    <w:p>
      <w:r>
        <w:rPr>
          <w:b/>
        </w:rPr>
        <w:t xml:space="preserve">[09:34] </w:t>
      </w:r>
      <w:r>
        <w:t>is mani ke jo baray baray mani hain jo hadees o quran mein, us ke liye ijtihad ki zaroorat hai. ijtihadi ghor o fikr, ijtihadi zehan.</w:t>
      </w:r>
    </w:p>
    <w:p>
      <w:pPr>
        <w:jc w:val="right"/>
      </w:pPr>
      <w:r>
        <w:t>اس معنی کے جو بڑے بڑے معنی ہیں جو حدیث و قرآن میں، اس کے لیے اجتہاد کی ضرورت ہے۔ اجتہادی غور و فکر، اجتہادی ذہن۔</w:t>
      </w:r>
    </w:p>
    <w:p>
      <w:r>
        <w:rPr>
          <w:b/>
        </w:rPr>
        <w:t xml:space="preserve">[09:46] </w:t>
      </w:r>
      <w:r>
        <w:t>agar aap ke andar ijtihadi salahiyat nahi hai to in mani tak aap pohnchenge nahi.</w:t>
      </w:r>
    </w:p>
    <w:p>
      <w:pPr>
        <w:jc w:val="right"/>
      </w:pPr>
      <w:r>
        <w:t>اگر آپ کے اندر اجتہادی صلاحیت نہیں ہے تو ان معنی تک آپ پہنچیں گے نہیں۔</w:t>
      </w:r>
    </w:p>
    <w:p>
      <w:r>
        <w:rPr>
          <w:b/>
        </w:rPr>
        <w:t xml:space="preserve">[09:53] </w:t>
      </w:r>
      <w:r>
        <w:t>is ka matlab kya hua? ke ijtihad na karne ki wajah se poori poori ummat, poori poori ummat jo hai, islam ke reduced form tak pahunch saki.</w:t>
      </w:r>
    </w:p>
    <w:p>
      <w:pPr>
        <w:jc w:val="right"/>
      </w:pPr>
      <w:r>
        <w:t>اس کا مطلب کیا ہوا؟ کہ اجتہاد نہ کرنے کی وجہ سے پوری پوری امت، پوری پوری امت جو ہے، اسلام کے ریڈیوسڈ فارم تک پہنچ سکی۔</w:t>
      </w:r>
    </w:p>
    <w:p>
      <w:r>
        <w:rPr>
          <w:b/>
        </w:rPr>
        <w:t xml:space="preserve">[10:06] </w:t>
      </w:r>
      <w:r>
        <w:t>islam ka jo higher form tha, us se bekhabar reh gayi. kaisi ajeeb mahroomi hai ye.</w:t>
      </w:r>
    </w:p>
    <w:p>
      <w:pPr>
        <w:jc w:val="right"/>
      </w:pPr>
      <w:r>
        <w:t>اسلام کا جو ہائر فارم تھا، اس سے بے خبر رہ گئی۔ کیسی عجیب محرومی ہے یہ۔</w:t>
      </w:r>
    </w:p>
    <w:p>
      <w:r>
        <w:rPr>
          <w:b/>
        </w:rPr>
        <w:t xml:space="preserve">[10:14] </w:t>
      </w:r>
      <w:r>
        <w:t>aur dekhiye, rasool Allah salallahu alaihi wasallam ne is maamle mein</w:t>
      </w:r>
    </w:p>
    <w:p>
      <w:pPr>
        <w:jc w:val="right"/>
      </w:pPr>
      <w:r>
        <w:t>اور دیکھیے، رسول اللہ صلی اللہ علیہ وسلم نے اس معاملے میں</w:t>
      </w:r>
    </w:p>
    <w:p>
      <w:r>
        <w:rPr>
          <w:b/>
        </w:rPr>
        <w:t xml:space="preserve">[10:20] </w:t>
      </w:r>
      <w:r>
        <w:t>apni ummat ko ek bahut badi hidayat di thi ke ijtihad har haal mein karo. agar galat ijtihad ho jaye, tab bhi karo ijtihad.</w:t>
      </w:r>
    </w:p>
    <w:p>
      <w:pPr>
        <w:jc w:val="right"/>
      </w:pPr>
      <w:r>
        <w:t>اپنی امت کو ایک بہت بڑی ہدایت دی تھی کہ اجتہاد ہر حال میں کرو۔ اگر غلط اجتہاد ہو جائے، تب بھی کرو اجتہاد۔</w:t>
      </w:r>
    </w:p>
    <w:p>
      <w:r>
        <w:rPr>
          <w:b/>
        </w:rPr>
        <w:t xml:space="preserve">[10:30] </w:t>
      </w:r>
      <w:r>
        <w:t>ye kaisi ajeeb cheez hai. dekhiye, bukhari mein ek riwayat hai ijtihad ke baare mein. sahih al bukhari mein</w:t>
      </w:r>
    </w:p>
    <w:p>
      <w:pPr>
        <w:jc w:val="right"/>
      </w:pPr>
      <w:r>
        <w:t>یہ کیسی عجیب چیز ہے۔ دیکھیے، بخاری میں ایک روایت ہے اجتہاد کے بارے میں۔ صحیح البخاری میں</w:t>
      </w:r>
    </w:p>
    <w:p>
      <w:r>
        <w:rPr>
          <w:b/>
        </w:rPr>
        <w:t xml:space="preserve">[10:42] </w:t>
      </w:r>
      <w:r>
        <w:t>ke ek shakhs ijtihad karta hai aur ijtihad mein ghalti kar jata hai, tab bhi us ke liye ek sawab hai. is hadith mein hai ke agar ijtihad sahih ho to double sawab hai.</w:t>
      </w:r>
    </w:p>
    <w:p>
      <w:pPr>
        <w:jc w:val="right"/>
      </w:pPr>
      <w:r>
        <w:t>کہ ایک شخص اجتہاد کرتا ہے اور اجتہاد میں غلطی کر جاتا ہے، تب بھی اس کے لیے ایک ثواب ہے۔ اس حدیث میں ہے کہ اگر اجتہاد صحیح ہو تو ڈبل ثواب ہے۔</w:t>
      </w:r>
    </w:p>
    <w:p>
      <w:r>
        <w:rPr>
          <w:b/>
        </w:rPr>
        <w:t xml:space="preserve">[10:55] </w:t>
      </w:r>
      <w:r>
        <w:t>agar sahih na ho, ghalti ho jaye, tab bhi ek sawab hai. is ka matlab kya hai? ye ijtihad ko ubharna hai. ijtihad ka shauq dilana hai ke bila dare hue ijtihad karo.</w:t>
      </w:r>
    </w:p>
    <w:p>
      <w:pPr>
        <w:jc w:val="right"/>
      </w:pPr>
      <w:r>
        <w:t>اگر صحیح نہ ہو، غلطی ہو جائے، تب بھی ایک ثواب ہے۔ اس کا مطلب کیا ہے؟ یہ اجتہاد کو ابھارنا ہے۔ اجتہاد کا شوق دلانا ہے کہ بلا ڈرے ہوئے اجتہاد کرو۔</w:t>
      </w:r>
    </w:p>
    <w:p>
      <w:r>
        <w:rPr>
          <w:b/>
        </w:rPr>
        <w:t xml:space="preserve">[11:12] </w:t>
      </w:r>
      <w:r>
        <w:t>kaisi ajeeb baat hai. yaani ye mat daro ke ijtihad kar ke tum ghalti kar jaoge. ghalti karoge, tab bhi Allah taala tum ko inaam dega.</w:t>
      </w:r>
    </w:p>
    <w:p>
      <w:pPr>
        <w:jc w:val="right"/>
      </w:pPr>
      <w:r>
        <w:t>کیسی عجیب بات ہے۔ یعنی یہ مت ڈرو کہ اجتہاد کر کے تم غلطی کر جاؤ گے۔ غلطی کرو گے، تب بھی اللہ تعالیٰ تم کو انعام دے گا۔</w:t>
      </w:r>
    </w:p>
    <w:p>
      <w:r>
        <w:rPr>
          <w:b/>
        </w:rPr>
        <w:t xml:space="preserve">[11:23] </w:t>
      </w:r>
      <w:r>
        <w:t>sirf apni niyat ka lihaaz rakho. innamal aamaalu binniyat apni niyat ko dekho ke niyat durust ho.</w:t>
      </w:r>
    </w:p>
    <w:p>
      <w:pPr>
        <w:jc w:val="right"/>
      </w:pPr>
      <w:r>
        <w:t>صرف اپنی نیت کا لحاظ رکھو۔ إنما الأعمال بالنيات اپنی نیت کو دیکھو کہ نیت درست ہو۔</w:t>
      </w:r>
    </w:p>
    <w:p>
      <w:r>
        <w:rPr>
          <w:b/>
        </w:rPr>
        <w:t xml:space="preserve">[11:32] </w:t>
      </w:r>
      <w:r>
        <w:t>yaani niyat agar durust hai, yaani fehm-e-deen ki niyat hai, Allah ki marifat janne ki niyat hai, Allah ki qurbat hasil karne ki niyat hai,</w:t>
      </w:r>
    </w:p>
    <w:p>
      <w:pPr>
        <w:jc w:val="right"/>
      </w:pPr>
      <w:r>
        <w:t>یعنی نیت اگر درست ہے، یعنی فہم دین کی نیت ہے، اللہ کی معرفت جاننے کی نیت ہے، اللہ کی قربت حاصل کرنے کی نیت ہے،</w:t>
      </w:r>
    </w:p>
    <w:p>
      <w:r>
        <w:rPr>
          <w:b/>
        </w:rPr>
        <w:t xml:space="preserve">[11:45] </w:t>
      </w:r>
      <w:r>
        <w:t>to khoob ijtihad karo.</w:t>
      </w:r>
    </w:p>
    <w:p>
      <w:pPr>
        <w:jc w:val="right"/>
      </w:pPr>
      <w:r>
        <w:t>تو خوب اجتہاد کرو۔</w:t>
      </w:r>
    </w:p>
    <w:p>
      <w:r>
        <w:rPr>
          <w:b/>
        </w:rPr>
        <w:t xml:space="preserve">[11:50] </w:t>
      </w:r>
      <w:r>
        <w:t>kaisi ajeeb baat hai. kaisi ajeeb baat hai.</w:t>
      </w:r>
    </w:p>
    <w:p>
      <w:pPr>
        <w:jc w:val="right"/>
      </w:pPr>
      <w:r>
        <w:t>کیسی عجیب بات ہے۔ کیسی عجیب بات ہے۔</w:t>
      </w:r>
    </w:p>
    <w:p>
      <w:r>
        <w:rPr>
          <w:b/>
        </w:rPr>
        <w:t xml:space="preserve">[11:56] </w:t>
      </w:r>
      <w:r>
        <w:t>yaani ye niyat to hamare har hum mein se har ek ke bas mein hai. har ek jaanta hai ke meri niyat kya hai. yaani publicity ki niyat hai, paisa kamane ki niyat hai, ya dunya ka faida uthane ki niyat hai, political faida maqsood hai.</w:t>
      </w:r>
    </w:p>
    <w:p>
      <w:pPr>
        <w:jc w:val="right"/>
      </w:pPr>
      <w:r>
        <w:t>یعنی یہ نیت تو ہمارے ہر ہم میں سے ہر ایک کے بس میں ہے۔ ہر ایک جانتا ہے کہ میری نیت کیا ہے۔ یعنی پبلیسٹی کی نیت ہے، پیسہ کمانے کی نیت ہے، یا دنیا کا فائدہ اٹھانے کی نیت ہے، پولیٹیکل فائدہ مقصود ہے۔</w:t>
      </w:r>
    </w:p>
    <w:p>
      <w:r>
        <w:rPr>
          <w:b/>
        </w:rPr>
        <w:t xml:space="preserve">[12:12] </w:t>
      </w:r>
      <w:r>
        <w:t>ye sab yahan hota hai. wo hamein, hum mein se har shakhs ko pata hai. koi bhi nahi hai aisa aadmi jo ye na jaane ke meri niyat kya hai.</w:t>
      </w:r>
    </w:p>
    <w:p>
      <w:pPr>
        <w:jc w:val="right"/>
      </w:pPr>
      <w:r>
        <w:t>یہ سب یہاں ہوتا ہے۔ وہ ہمیں، ہم میں سے ہر شخص کو پتہ ہے۔ کوئی بھی نہیں ہے ایسا آدمی جو یہ نہ جانے کہ میری نیت کیا ہے۔</w:t>
      </w:r>
    </w:p>
    <w:p>
      <w:r>
        <w:rPr>
          <w:b/>
        </w:rPr>
        <w:t xml:space="preserve">[12:24] </w:t>
      </w:r>
      <w:r>
        <w:t>to jab niyat ka pata hai aap ko, to bas niyat ko dekhiye.</w:t>
      </w:r>
    </w:p>
    <w:p>
      <w:pPr>
        <w:jc w:val="right"/>
      </w:pPr>
      <w:r>
        <w:t>تو جب نیت کا پتہ ہے آپ کو، تو بس نیت کو دیکھیے۔</w:t>
      </w:r>
    </w:p>
    <w:p>
      <w:r>
        <w:rPr>
          <w:b/>
        </w:rPr>
        <w:t xml:space="preserve">[12:31] </w:t>
      </w:r>
      <w:r>
        <w:t>aur niyat ko durust rakhiye. yaani koi bhi dunyavi faida maqsood na ho, koi publicity maqsood na ho, media mein aana maqsood na ho, koi paisa kamana maqsood na ho, koi political faida maqsood na ho.</w:t>
      </w:r>
    </w:p>
    <w:p>
      <w:pPr>
        <w:jc w:val="right"/>
      </w:pPr>
      <w:r>
        <w:t>اور نیت کو درست رکھیے۔ یعنی کوئی بھی دنیاوی فائدہ مقصود نہ ہو، کوئی پبلیسٹی مقصود نہ ہو، میڈیا میں آنا مقصود نہ ہو، کوئی پیسہ کمانا مقصود نہ ہو، کوئی پولیٹیکل فائدہ مقصود نہ ہو۔</w:t>
      </w:r>
    </w:p>
    <w:p>
      <w:r>
        <w:rPr>
          <w:b/>
        </w:rPr>
        <w:t xml:space="preserve">[12:48] </w:t>
      </w:r>
      <w:r>
        <w:t>bas yahan jaiza lijiye. aur jab aap dekhen ke mere dil mein siwaye</w:t>
      </w:r>
    </w:p>
    <w:p>
      <w:pPr>
        <w:jc w:val="right"/>
      </w:pPr>
      <w:r>
        <w:t>بس یہاں جائزہ لیجیے۔ اور جب آپ دیکھیں کہ میرے دل میں سوائے</w:t>
      </w:r>
    </w:p>
    <w:p>
      <w:r>
        <w:rPr>
          <w:b/>
        </w:rPr>
        <w:t xml:space="preserve">[12:58] </w:t>
      </w:r>
      <w:r>
        <w:t>Allah ki deen tak pahunchne ke siwa koi mere dil mein koi nahi, to khoob ijtihad kijiye.</w:t>
      </w:r>
    </w:p>
    <w:p>
      <w:pPr>
        <w:jc w:val="right"/>
      </w:pPr>
      <w:r>
        <w:t>اللہ کی دین تک پہنچنے کے سوا کوئی میرے دل میں کوئی نہیں، تو خوب اجتہاد کیجیے۔</w:t>
      </w:r>
    </w:p>
    <w:p>
      <w:r>
        <w:rPr>
          <w:b/>
        </w:rPr>
        <w:t xml:space="preserve">[13:07] </w:t>
      </w:r>
      <w:r>
        <w:t>dare baghair ke ghalti ho jayegi to pakdo. nahi, ghalti par bhi sawab milega.</w:t>
      </w:r>
    </w:p>
    <w:p>
      <w:pPr>
        <w:jc w:val="right"/>
      </w:pPr>
      <w:r>
        <w:t>ڈرے بغیر کہ غلطی ہو جائے گی تو پکڑو۔ نہیں، غلطی پر بھی ثواب ملے گا۔</w:t>
      </w:r>
    </w:p>
    <w:p>
      <w:r>
        <w:rPr>
          <w:b/>
        </w:rPr>
        <w:t xml:space="preserve">[13:15] </w:t>
      </w:r>
      <w:r>
        <w:t>Allah taala ke rasool Allah salallahu alaihi wasallam ne dekhiye, kitna zyada aap ko</w:t>
      </w:r>
    </w:p>
    <w:p>
      <w:pPr>
        <w:jc w:val="right"/>
      </w:pPr>
      <w:r>
        <w:t>اللہ تعالیٰ کے رسول اللہ صلی اللہ علیہ وسلم نے دیکھیے، کتنا زیادہ آپ کو</w:t>
      </w:r>
    </w:p>
    <w:p>
      <w:r>
        <w:rPr>
          <w:b/>
        </w:rPr>
        <w:t xml:space="preserve">[13:21] </w:t>
      </w:r>
      <w:r>
        <w:t>is maamle mein ahmiyat di thi. kyun? ijtihad ye par mabni hai ye baat ke aap ko aala marifat mile.</w:t>
      </w:r>
    </w:p>
    <w:p>
      <w:pPr>
        <w:jc w:val="right"/>
      </w:pPr>
      <w:r>
        <w:t>اس معاملے میں اہمیت دی تھی۔ کیوں؟ اجتہاد یہ پر مبنی ہے یہ بات کہ آپ کو اعلیٰ معرفت ملے۔</w:t>
      </w:r>
    </w:p>
    <w:p>
      <w:r>
        <w:rPr>
          <w:b/>
        </w:rPr>
        <w:t xml:space="preserve">[13:33] </w:t>
      </w:r>
      <w:r>
        <w:t>deen ka aala darja jab wahan tak pahunche, aap higher form of qurbat aap ko hasil ho. higher form of dawat aap ko hasil ho.</w:t>
      </w:r>
    </w:p>
    <w:p>
      <w:pPr>
        <w:jc w:val="right"/>
      </w:pPr>
      <w:r>
        <w:t>دین کا اعلیٰ درجہ جب وہاں تک پہنچے، آپ ہائر فارم آف قربت آپ کو حاصل ہو۔ ہائر فارم آف دعوت آپ کو حاصل ہو۔</w:t>
      </w:r>
    </w:p>
    <w:p>
      <w:r>
        <w:rPr>
          <w:b/>
        </w:rPr>
        <w:t xml:space="preserve">[13:44] </w:t>
      </w:r>
      <w:r>
        <w:t>ab mein aap ko arz karna chahta hoon ke Quran o hadith mein dekhiye, kasrat se aisi aayatein aur hadisein hain jo batati hain ke baad ke zamane mein naye naye darwaze khulenge.</w:t>
      </w:r>
    </w:p>
    <w:p>
      <w:pPr>
        <w:jc w:val="right"/>
      </w:pPr>
      <w:r>
        <w:t>اب میں آپ کو عرض کرنا چاہتا ہوں کہ قرآن و حدیث میں دیکھیے، کثرت سے ایسی آیتیں اور حدیثیں ہیں جو بتاتی ہیں کہ بعد کے زمانے میں نئے نئے دروازے کھلیں گے۔</w:t>
      </w:r>
    </w:p>
    <w:p>
      <w:r>
        <w:rPr>
          <w:b/>
        </w:rPr>
        <w:t xml:space="preserve">[13:58] </w:t>
      </w:r>
      <w:r>
        <w:t>naye naye darwaze khulenge.</w:t>
      </w:r>
    </w:p>
    <w:p>
      <w:pPr>
        <w:jc w:val="right"/>
      </w:pPr>
      <w:r>
        <w:t>نئے نئے دروازے کھلیں گے۔</w:t>
      </w:r>
    </w:p>
    <w:p>
      <w:r>
        <w:rPr>
          <w:b/>
        </w:rPr>
        <w:t xml:space="preserve">[14:03] </w:t>
      </w:r>
      <w:r>
        <w:t>misalan ek aaj mein soch raha tha subah ko ke Quran mein hai ke rasool Allah salallahu alaihi wasallam ke liye moajze nahi diye gaye.</w:t>
      </w:r>
    </w:p>
    <w:p>
      <w:pPr>
        <w:jc w:val="right"/>
      </w:pPr>
      <w:r>
        <w:t>مثلاً ایک آج میں سوچ رہا تھا صبح کو کہ قرآن میں ہے کہ رسول اللہ صلی اللہ علیہ وسلم کے لیے معجزے نہیں دیے گئے۔</w:t>
      </w:r>
    </w:p>
    <w:p>
      <w:r>
        <w:rPr>
          <w:b/>
        </w:rPr>
        <w:t xml:space="preserve">[14:13] </w:t>
      </w:r>
      <w:r>
        <w:t>jo log samajhte hain ke rasool Allah ko moajze diye gaye, woh khud sakhta apne dimagh se bolte hain. kyunke quran mein saaf saaf hai wa ma mana'na an nursila bil ayat illa an al-awwaloon yeh ayat saaf batati hai ke Allah taala ne moajza rasool Allah sal Allah alaihi wasallam ko nahi diya.</w:t>
      </w:r>
    </w:p>
    <w:p>
      <w:pPr>
        <w:jc w:val="right"/>
      </w:pPr>
      <w:r>
        <w:t>جو لوگ سمجھتے ہیں کہ رسول اللہ کو معجزے دیے گئے، وہ خود ساختہ اپنے دماغ سے بولتے ہیں۔ کیونکہ قرآن میں صاف صاف ہے وما منعنا أن نرسل بالآيات إلا أن أولون یہ آیت صاف بتاتی ہے کہ اللہ تعالیٰ نے معجزہ رسول اللہ صلی اللہ علیہ وسلم کو نہیں دیا۔</w:t>
      </w:r>
    </w:p>
    <w:p>
      <w:r>
        <w:rPr>
          <w:b/>
        </w:rPr>
        <w:t xml:space="preserve">[14:35] </w:t>
      </w:r>
      <w:r>
        <w:t>yeh nasq ek bilkul nas ke darje mein hai. ab jo shakhs sabit karna chahta hai ke mujhe diya gaya, to woh us ke apne mind ki baat hai.</w:t>
      </w:r>
    </w:p>
    <w:p>
      <w:pPr>
        <w:jc w:val="right"/>
      </w:pPr>
      <w:r>
        <w:t>یہ نسق ایک بالکل نس کے درجے میں ہے۔ اب جو شخص ثابت کرنا چاہتا ہے کہ مجھے دیا گیا، تو وہ اس کے اپنے مائنڈ کی بات ہے۔</w:t>
      </w:r>
    </w:p>
    <w:p>
      <w:r>
        <w:rPr>
          <w:b/>
        </w:rPr>
        <w:t xml:space="preserve">[14:43] </w:t>
      </w:r>
      <w:r>
        <w:t>achha, aisa kyun hua? yeh saada baat nahi. yaad rakhiye, yeh rasool Allah ke ke ummat ke ya rasool Allah ke deen mein koi kami ki baat nahi hai, balke ek naye pehlu ki baat hai.</w:t>
      </w:r>
    </w:p>
    <w:p>
      <w:pPr>
        <w:jc w:val="right"/>
      </w:pPr>
      <w:r>
        <w:t>اچھا، ایسا کیوں ہوا؟ یہ سادہ بات نہیں۔ یاد رکھیے، یہ رسول اللہ کے کہ امت کے یا رسول اللہ کے دین میں کوئی کمی کی بات نہیں ہے، بلکہ ایک نئے پہلو کی بات ہے۔</w:t>
      </w:r>
    </w:p>
    <w:p>
      <w:r>
        <w:rPr>
          <w:b/>
        </w:rPr>
        <w:t xml:space="preserve">[14:58] </w:t>
      </w:r>
      <w:r>
        <w:t>wasee tar pehlu ki baat woh yeh hai ke Allah taala ne muqaddar kiya tha</w:t>
      </w:r>
    </w:p>
    <w:p>
      <w:pPr>
        <w:jc w:val="right"/>
      </w:pPr>
      <w:r>
        <w:t>وسیع تر پہلو کی بات وہ یہ ہے کہ اللہ تعالیٰ نے مقدر کیا تھا</w:t>
      </w:r>
    </w:p>
    <w:p>
      <w:r>
        <w:rPr>
          <w:b/>
        </w:rPr>
        <w:t xml:space="preserve">[15:07] </w:t>
      </w:r>
      <w:r>
        <w:t>ke rasool Allah ke mission se jo inqalab aaya hai, jo naya process jari hua hai tareekh mein, us ke baad ek naya daur aayega.</w:t>
      </w:r>
    </w:p>
    <w:p>
      <w:pPr>
        <w:jc w:val="right"/>
      </w:pPr>
      <w:r>
        <w:t>کہ رسول اللہ کے مشن سے جو انقلاب آیا ہے، جو نیا پراسیس جاری ہوا ہے تاریخ میں، اس کے بعد ایک نیا دور آئے گا۔</w:t>
      </w:r>
    </w:p>
    <w:p>
      <w:r>
        <w:rPr>
          <w:b/>
        </w:rPr>
        <w:t xml:space="preserve">[15:20] </w:t>
      </w:r>
      <w:r>
        <w:t>aur yeh mumkin ho jayega ke jo bazr moajzat hua karte the, woh technologies hote hue hone lagen. kaisi ajeeb baat hai.</w:t>
      </w:r>
    </w:p>
    <w:p>
      <w:pPr>
        <w:jc w:val="right"/>
      </w:pPr>
      <w:r>
        <w:t>اور یہ ممکن ہو جائے گا کہ جو بذر معجزات ہوا کرتے تھے، وہ ٹیکنالوجیز ہوتے ہوئے ہونے لگیں۔ کیسی عجیب بات ہے۔</w:t>
      </w:r>
    </w:p>
    <w:p>
      <w:r>
        <w:rPr>
          <w:b/>
        </w:rPr>
        <w:t xml:space="preserve">[15:30] </w:t>
      </w:r>
      <w:r>
        <w:t>haz</w:t>
      </w:r>
    </w:p>
    <w:p>
      <w:pPr>
        <w:jc w:val="right"/>
      </w:pPr>
      <w:r>
        <w:t>حض</w:t>
      </w:r>
    </w:p>
    <w:p>
      <w:r>
        <w:rPr>
          <w:b/>
        </w:rPr>
        <w:t xml:space="preserve">[15:31] </w:t>
      </w:r>
      <w:r>
        <w:t>rat moosa alaihi assalam ke hath mein ek lathi thi, ek danda lakri ka. to Allah taala ne un ko ek moajza diya ke woh jab dalte the us ko zameen par, to saanp ban kar rengne lagta tha.</w:t>
      </w:r>
    </w:p>
    <w:p>
      <w:pPr>
        <w:jc w:val="right"/>
      </w:pPr>
      <w:r>
        <w:t>رت موسیٰ علیہ السلام کے ہاتھ میں ایک لاٹھی تھی، ایک ڈنڈا لکڑی کا۔ تو اللہ تعالیٰ نے ان کو ایک معجزہ دیا کہ وہ جب ڈالتے تھے اس کو زمین پر، تو سانپ بن کر رینگنے لگتا تھا۔</w:t>
      </w:r>
    </w:p>
    <w:p>
      <w:r>
        <w:rPr>
          <w:b/>
        </w:rPr>
        <w:t xml:space="preserve">[15:46] </w:t>
      </w:r>
      <w:r>
        <w:t>yani meter jo hai, woh move karta tha. aaj technology ke nateejay mein kya hai? bohat baray peemanay par meter move kar raha hai. car ban kar chal raha hai.</w:t>
      </w:r>
    </w:p>
    <w:p>
      <w:pPr>
        <w:jc w:val="right"/>
      </w:pPr>
      <w:r>
        <w:t>یعنی میٹر جو ہے، وہ موو کرتا تھا۔ آج ٹیکنالوجی کے نتیجے میں کیا ہے؟ بہت بڑے پیمانے پر میٹر موو کر رہا ہے۔ کار بن کر چل رہا ہے۔</w:t>
      </w:r>
    </w:p>
    <w:p>
      <w:r>
        <w:rPr>
          <w:b/>
        </w:rPr>
        <w:t xml:space="preserve">[15:56] </w:t>
      </w:r>
      <w:r>
        <w:t>hawa jahaz ban kar urr raha hai.</w:t>
      </w:r>
    </w:p>
    <w:p>
      <w:pPr>
        <w:jc w:val="right"/>
      </w:pPr>
      <w:r>
        <w:t>ہوا جہاز بن کر اڑ رہا ہے۔</w:t>
      </w:r>
    </w:p>
    <w:p>
      <w:r>
        <w:rPr>
          <w:b/>
        </w:rPr>
        <w:t xml:space="preserve">[15:59] </w:t>
      </w:r>
      <w:r>
        <w:t>yeh daur aanay wala tha. to moajze ka bohat bara badal Allah taala ne muqaddar kar diya tha insan ke liye.</w:t>
      </w:r>
    </w:p>
    <w:p>
      <w:pPr>
        <w:jc w:val="right"/>
      </w:pPr>
      <w:r>
        <w:t>یہ دور آنے والا تھا۔ تو معجزے کا بہت بڑا بدل اللہ تعالیٰ نے مقدر کر دیا تھا انسان کے لیے۔</w:t>
      </w:r>
    </w:p>
    <w:p>
      <w:r>
        <w:rPr>
          <w:b/>
        </w:rPr>
        <w:t xml:space="preserve">[16:10] </w:t>
      </w:r>
      <w:r>
        <w:t>is ummat ke liye. to moajza to ek shakhs dikha sakta tha. ek shakhs. ab kya hai ke poori poori ummat jo hai, moajze mein shareek hai.</w:t>
      </w:r>
    </w:p>
    <w:p>
      <w:pPr>
        <w:jc w:val="right"/>
      </w:pPr>
      <w:r>
        <w:t>اس امت کے لیے۔ تو معجزہ تو ایک شخص دکھا سکتا تھا۔ ایک شخص۔ اب کیا ہے کہ پوری پوری امت جو ہے، معجزے میں شریک ہے۔</w:t>
      </w:r>
    </w:p>
    <w:p>
      <w:r>
        <w:rPr>
          <w:b/>
        </w:rPr>
        <w:t xml:space="preserve">[16:23] </w:t>
      </w:r>
      <w:r>
        <w:t>yeh meter us ko le kar dorr raha hai. meter move kar raha hai. motor harkat kar raha hai. meter poora poora karkhana chala raha hai.</w:t>
      </w:r>
    </w:p>
    <w:p>
      <w:pPr>
        <w:jc w:val="right"/>
      </w:pPr>
      <w:r>
        <w:t>یہ میٹر اس کو لے کر دوڑ رہا ہے۔ میٹر موو کر رہا ہے۔ موٹر حرکت کر رہا ہے۔ میٹر پورا پورا کارخانہ چلا رہا ہے۔</w:t>
      </w:r>
    </w:p>
    <w:p>
      <w:r>
        <w:rPr>
          <w:b/>
        </w:rPr>
        <w:t xml:space="preserve">[16:33] </w:t>
      </w:r>
      <w:r>
        <w:t>to rasool Allah ke zamanay mein jo moajza aana, yeh ailan kiya Allah taala ne ke aap ko moajza nahi aayega. to us mein yeh cheez understood thi ke ab ek super moajza tum ko diya jayega.</w:t>
      </w:r>
    </w:p>
    <w:p>
      <w:pPr>
        <w:jc w:val="right"/>
      </w:pPr>
      <w:r>
        <w:t>تو رسول اللہ کے زمانے میں جو معجزہ آنا، یہ اعلان کیا اللہ تعالیٰ نے کہ آپ کو معجزہ نہیں آئے گا۔ تو اس میں یہ چیز انڈرسٹڈ تھی کہ اب ایک سپر معجزہ تم کو دیا جائے گا۔</w:t>
      </w:r>
    </w:p>
    <w:p>
      <w:r>
        <w:rPr>
          <w:b/>
        </w:rPr>
        <w:t xml:space="preserve">[16:47] </w:t>
      </w:r>
      <w:r>
        <w:t>ke poora poora meter jo hai, woh tumhare liye moajza ban jayega.</w:t>
      </w:r>
    </w:p>
    <w:p>
      <w:pPr>
        <w:jc w:val="right"/>
      </w:pPr>
      <w:r>
        <w:t>کہ پورا پورا میٹر جو ہے، وہ تمہارے لیے معجزہ بن جائے گا۔</w:t>
      </w:r>
    </w:p>
    <w:p>
      <w:r>
        <w:rPr>
          <w:b/>
        </w:rPr>
        <w:t xml:space="preserve">[16:51] </w:t>
      </w:r>
      <w:r>
        <w:t>har ummat ke liye mumkin ho jaye ke woh is moajze se hissa paye. kaisi ajeeb baat hai. kaisi ajeeb baat hai.</w:t>
      </w:r>
    </w:p>
    <w:p>
      <w:pPr>
        <w:jc w:val="right"/>
      </w:pPr>
      <w:r>
        <w:t>ہر امت کے لیے ممکن ہو جائے کہ وہ اس معجزے سے حصہ پائے۔ کیسی عجیب بات ہے۔ کیسی عجیب بات ہے۔</w:t>
      </w:r>
    </w:p>
    <w:p>
      <w:r>
        <w:rPr>
          <w:b/>
        </w:rPr>
        <w:t xml:space="preserve">[17:04] </w:t>
      </w:r>
      <w:r>
        <w:t>hum yeh sabit karne mein phansay hue hain ke rasool Allah ko moajza diya gaya. aur Allah taala yeh bata raha hai ke is se bari cheez tum ko di gayi jis mein poori ummat shareek hai.</w:t>
      </w:r>
    </w:p>
    <w:p>
      <w:pPr>
        <w:jc w:val="right"/>
      </w:pPr>
      <w:r>
        <w:t>ہم یہ ثابت کرنے میں پھنسے ہوئے ہیں کہ رسول اللہ کو معجزہ دیا گیا۔ اور اللہ تعالیٰ یہ بتا رہا ہے کہ اس سے بڑی چیز تم کو دی گئی جس میں پوری امت شریک ہے۔</w:t>
      </w:r>
    </w:p>
    <w:p>
      <w:r>
        <w:rPr>
          <w:b/>
        </w:rPr>
        <w:t xml:space="preserve">[17:14] </w:t>
      </w:r>
      <w:r>
        <w:t>poori ummat shareek hai is mein. kaisi ajeeb baat hai.</w:t>
      </w:r>
    </w:p>
    <w:p>
      <w:pPr>
        <w:jc w:val="right"/>
      </w:pPr>
      <w:r>
        <w:t>پوری امت شریک ہے اس میں۔ کیسی عجیب بات ہے۔</w:t>
      </w:r>
    </w:p>
    <w:p>
      <w:r>
        <w:rPr>
          <w:b/>
        </w:rPr>
        <w:t xml:space="preserve">[17:20] </w:t>
      </w:r>
      <w:r>
        <w:t>abhi dekhiye, mein ek bohat hi ajeeb misaal ek. yeh parcha mere hath mein hai.</w:t>
      </w:r>
    </w:p>
    <w:p>
      <w:pPr>
        <w:jc w:val="right"/>
      </w:pPr>
      <w:r>
        <w:t>ابھی دیکھیے، میں ایک بہت ہی عجیب مثال ایک۔ یہ پرچہ میرے ہاتھ میں ہے۔</w:t>
      </w:r>
    </w:p>
    <w:p>
      <w:r>
        <w:rPr>
          <w:b/>
        </w:rPr>
        <w:t xml:space="preserve">[17:32] </w:t>
      </w:r>
      <w:r>
        <w:t>nai dilli ka english daily. nai dilli ka english roznama. hindustan times. yeh shumarah hai 16 March 2012 ka.</w:t>
      </w:r>
    </w:p>
    <w:p>
      <w:pPr>
        <w:jc w:val="right"/>
      </w:pPr>
      <w:r>
        <w:t>نئی دہلی کا انگلش ڈیلی۔ نئی دہلی کا انگلش روزنامہ۔ ہندوستان ٹائمز۔ یہ شمارہ ہے 16 مارچ 2012 کا۔</w:t>
      </w:r>
    </w:p>
    <w:p>
      <w:r>
        <w:rPr>
          <w:b/>
        </w:rPr>
        <w:t xml:space="preserve">[17:47] </w:t>
      </w:r>
      <w:r>
        <w:t>2012 ka 16 March ka parcha. is ka page 17. page 17 par ek news aayi hai jis ki heading hai</w:t>
      </w:r>
    </w:p>
    <w:p>
      <w:pPr>
        <w:jc w:val="right"/>
      </w:pPr>
      <w:r>
        <w:t>2012 کا 16 مارچ کا پرچہ۔ اس کا پیج 17۔ پیج 17 پر ایک نیوز آئی ہے جس کی ہیڈنگ ہے</w:t>
      </w:r>
    </w:p>
    <w:p>
      <w:r>
        <w:rPr>
          <w:b/>
        </w:rPr>
        <w:t xml:space="preserve">[18:04] </w:t>
      </w:r>
      <w:r>
        <w:t>Google Earth helps</w:t>
      </w:r>
    </w:p>
    <w:p>
      <w:pPr>
        <w:jc w:val="right"/>
      </w:pPr>
      <w:r>
        <w:t>Google Earth helps</w:t>
      </w:r>
    </w:p>
    <w:p>
      <w:r>
        <w:rPr>
          <w:b/>
        </w:rPr>
        <w:t xml:space="preserve">[18:10] </w:t>
      </w:r>
      <w:r>
        <w:t>Indians reunite with family</w:t>
      </w:r>
    </w:p>
    <w:p>
      <w:pPr>
        <w:jc w:val="right"/>
      </w:pPr>
      <w:r>
        <w:t>Indians reunite with family</w:t>
      </w:r>
    </w:p>
    <w:p>
      <w:r>
        <w:rPr>
          <w:b/>
        </w:rPr>
        <w:t xml:space="preserve">[18:14] </w:t>
      </w:r>
      <w:r>
        <w:t>Google Earth helps Indians reunite with family. yeh aap dekhiye.</w:t>
      </w:r>
    </w:p>
    <w:p>
      <w:pPr>
        <w:jc w:val="right"/>
      </w:pPr>
      <w:r>
        <w:t>گوگل ارتھ ہیلپس انڈینز ری یونائٹ ود فیملی۔ یہ آپ دیکھیے۔</w:t>
      </w:r>
    </w:p>
    <w:p>
      <w:r>
        <w:rPr>
          <w:b/>
        </w:rPr>
        <w:t xml:space="preserve">[18:26] </w:t>
      </w:r>
      <w:r>
        <w:t>ek ajeeb o ghareeb kahani hai. aur bohat hi iman afroz baat. dekhiye, ek qissa yeh hai is mein jo chupa hai.</w:t>
      </w:r>
    </w:p>
    <w:p>
      <w:pPr>
        <w:jc w:val="right"/>
      </w:pPr>
      <w:r>
        <w:t>ایک عجیب و غریب کہانی ہے۔ اور بہت ہی ایمان افروز بات۔ دیکھیے، ایک قصہ یہ ہے اس میں جو چھپا ہے۔</w:t>
      </w:r>
    </w:p>
    <w:p>
      <w:r>
        <w:rPr>
          <w:b/>
        </w:rPr>
        <w:t xml:space="preserve">[18:39] </w:t>
      </w:r>
      <w:r>
        <w:t>aik bachcha panch saal ka, woh india mein paida hua, ghareeb family mein. bheek mangta tha. yaani panch saal.</w:t>
      </w:r>
    </w:p>
    <w:p>
      <w:pPr>
        <w:jc w:val="right"/>
      </w:pPr>
      <w:r>
        <w:t>ایک بچہ پانچ سال کا، وہ انڈیا میں پیدا ہوا، غریب فیملی میں۔ بھیک مانگتا تھا۔ یعنی پانچ سال۔</w:t>
      </w:r>
    </w:p>
    <w:p>
      <w:r>
        <w:rPr>
          <w:b/>
        </w:rPr>
        <w:t xml:space="preserve">[18:49] </w:t>
      </w:r>
      <w:r>
        <w:t>toh apne aik gaon mein rehta tha. wahan jo qareeb ka railway station tha, wahan par bheek mangne ke liye gaya woh. toh kisi gaadi par baith gaya woh.</w:t>
      </w:r>
    </w:p>
    <w:p>
      <w:pPr>
        <w:jc w:val="right"/>
      </w:pPr>
      <w:r>
        <w:t>تو اپنے ایک گاؤں میں رہتا تھا۔ وہاں جو قریب کا ریلوے اسٹیشن تھا، وہاں پر بھیک مانگنے کے لیے گیا وہ۔ تو کسی گاڑی پر بیٹھ گیا وہ۔</w:t>
      </w:r>
    </w:p>
    <w:p>
      <w:r>
        <w:rPr>
          <w:b/>
        </w:rPr>
        <w:t xml:space="preserve">[19:01] </w:t>
      </w:r>
      <w:r>
        <w:t>yaani musafiron mein bheek mangne ke liye. ab gaadi chal padi.</w:t>
      </w:r>
    </w:p>
    <w:p>
      <w:pPr>
        <w:jc w:val="right"/>
      </w:pPr>
      <w:r>
        <w:t>یعنی مسافروں میں بھیک مانگنے کے لیے۔ اب گاڑی چل پڑی۔</w:t>
      </w:r>
    </w:p>
    <w:p>
      <w:r>
        <w:rPr>
          <w:b/>
        </w:rPr>
        <w:t xml:space="preserve">[19:07] </w:t>
      </w:r>
      <w:r>
        <w:t>ab gaadi kahin ja kar aik naye station par utaar diya is ne. ab panch saal ka bachcha is samajh nahi aata kya kare. idhar udhar woh ghoom raha hai.</w:t>
      </w:r>
    </w:p>
    <w:p>
      <w:pPr>
        <w:jc w:val="right"/>
      </w:pPr>
      <w:r>
        <w:t>اب گاڑی کہیں جا کر ایک نئے اسٹیشن پر اتار دیا اس نے۔ اب پانچ سال کا بچہ اس سمجھ نہیں آتا کیا کرے۔ ادھر ادھر وہ گھوم رہا ہے۔</w:t>
      </w:r>
    </w:p>
    <w:p>
      <w:r>
        <w:rPr>
          <w:b/>
        </w:rPr>
        <w:t xml:space="preserve">[19:18] </w:t>
      </w:r>
      <w:r>
        <w:t>wahan par aik australian joda tha aaya hua. un ke paas woh woh bachche nahi, yaani aulaad nahi thi.</w:t>
      </w:r>
    </w:p>
    <w:p>
      <w:pPr>
        <w:jc w:val="right"/>
      </w:pPr>
      <w:r>
        <w:t>وہاں پر ایک آسٹریلین جوڑا تھا آیا ہوا۔ ان کے پاس وہ وہ بچے نہیں، یعنی اولاد نہیں تھی۔</w:t>
      </w:r>
    </w:p>
    <w:p>
      <w:r>
        <w:rPr>
          <w:b/>
        </w:rPr>
        <w:t xml:space="preserve">[19:30] </w:t>
      </w:r>
      <w:r>
        <w:t>woh adopt karne ke liye aik bachcha chahte the woh.</w:t>
      </w:r>
    </w:p>
    <w:p>
      <w:pPr>
        <w:jc w:val="right"/>
      </w:pPr>
      <w:r>
        <w:t>وہ اڈاپٹ کرنے کے لیے ایک بچہ چاہتے تھے وہ۔</w:t>
      </w:r>
    </w:p>
    <w:p>
      <w:r>
        <w:rPr>
          <w:b/>
        </w:rPr>
        <w:t xml:space="preserve">[19:33] </w:t>
      </w:r>
      <w:r>
        <w:t>toh kisi wajah se woh bachcha jo hai un ko pasand aa gaya. jo panch saal ka tha us waqt. us ko apne saath le liya unhon ne.</w:t>
      </w:r>
    </w:p>
    <w:p>
      <w:pPr>
        <w:jc w:val="right"/>
      </w:pPr>
      <w:r>
        <w:t>تو کسی وجہ سے وہ بچہ جو ہے ان کو پسند آ گیا۔ جو پانچ سال کا تھا اس وقت۔ اس کو اپنے ساتھ لے لیا انہوں نے۔</w:t>
      </w:r>
    </w:p>
    <w:p>
      <w:r>
        <w:rPr>
          <w:b/>
        </w:rPr>
        <w:t xml:space="preserve">[19:44] </w:t>
      </w:r>
      <w:r>
        <w:t>aur le kar gaye australia ke the woh log. australia mein aik island hai, tasmania. tasmania mein un ka business tha.</w:t>
      </w:r>
    </w:p>
    <w:p>
      <w:pPr>
        <w:jc w:val="right"/>
      </w:pPr>
      <w:r>
        <w:t>اور لے کر گئے آسٹریلیا کے تھے وہ لوگ۔ آسٹریلیا میں ایک آئی لینڈ ہے، ٹسوانیا۔ ٹسوانیا میں ان کا بزنس تھا۔</w:t>
      </w:r>
    </w:p>
    <w:p>
      <w:r>
        <w:rPr>
          <w:b/>
        </w:rPr>
        <w:t xml:space="preserve">[19:54] </w:t>
      </w:r>
      <w:r>
        <w:t>wahan par le gaye. is panch saal bachche ko parhaya likhaya unhon ne.</w:t>
      </w:r>
    </w:p>
    <w:p>
      <w:pPr>
        <w:jc w:val="right"/>
      </w:pPr>
      <w:r>
        <w:t>وہاں پر لے گئے۔ اس پانچ سال بچے کو پڑھایا لکھایا انہوں نے۔</w:t>
      </w:r>
    </w:p>
    <w:p>
      <w:r>
        <w:rPr>
          <w:b/>
        </w:rPr>
        <w:t xml:space="preserve">[19:59] </w:t>
      </w:r>
      <w:r>
        <w:t>phir us ko business mein lagaya. aur woh kaafi paisa bhi kamaya us ne. parh likh ke angrezi janne laga.</w:t>
      </w:r>
    </w:p>
    <w:p>
      <w:pPr>
        <w:jc w:val="right"/>
      </w:pPr>
      <w:r>
        <w:t>پھر اس کو بزنس میں لگایا۔ اور وہ کافی پیسہ بھی کمایا اس نے۔ پڑھ لکھ کے انگریزی جاننے لگا۔</w:t>
      </w:r>
    </w:p>
    <w:p>
      <w:r>
        <w:rPr>
          <w:b/>
        </w:rPr>
        <w:t xml:space="preserve">[20:09] </w:t>
      </w:r>
      <w:r>
        <w:t>toh is tarah pachis saal beet gaye. pachis saal. phir us ko khayal aaya. us ke mind mein aik faint idea tha apne gaon ka.</w:t>
      </w:r>
    </w:p>
    <w:p>
      <w:pPr>
        <w:jc w:val="right"/>
      </w:pPr>
      <w:r>
        <w:t>تو اس طرح پچیس سال بیت گئے۔ پچیس سال۔ پھر اس کو خیال آیا۔ اس کے مائنڈ میں ایک فینٹ آئیڈیا تھا اپنے گاؤں کا۔</w:t>
      </w:r>
    </w:p>
    <w:p>
      <w:r>
        <w:rPr>
          <w:b/>
        </w:rPr>
        <w:t xml:space="preserve">[20:21] </w:t>
      </w:r>
      <w:r>
        <w:t>toh us ko yaad aati thi apne maa baap ki, bhai behan ki. toh faint idea tha ke mera ghar, mera gaon aisa tha.</w:t>
      </w:r>
    </w:p>
    <w:p>
      <w:pPr>
        <w:jc w:val="right"/>
      </w:pPr>
      <w:r>
        <w:t>تو اس کو یاد آتی تھی اپنے ماں باپ کی، بھائی بہن کی۔ تو فینٹ آئیڈیا تھا کہ میرا گھر، میرا گاؤں ایسا تھا۔</w:t>
      </w:r>
    </w:p>
    <w:p>
      <w:r>
        <w:rPr>
          <w:b/>
        </w:rPr>
        <w:t xml:space="preserve">[20:29] </w:t>
      </w:r>
      <w:r>
        <w:t>toh aap jante hain aaj kal aik jis ko kehte hain google earth. fiza mein aisa satellite hai jis mein poore poore zameen ka naqsha hai.</w:t>
      </w:r>
    </w:p>
    <w:p>
      <w:pPr>
        <w:jc w:val="right"/>
      </w:pPr>
      <w:r>
        <w:t>تو آپ جانتے ہیں آج کل ایک جس کو کہتے ہیں گوگل ارتھ۔ فضا میں ایسا سیٹلائٹ ہے جس میں پورے پورے زمین کا نقشہ ہے۔</w:t>
      </w:r>
    </w:p>
    <w:p>
      <w:r>
        <w:rPr>
          <w:b/>
        </w:rPr>
        <w:t xml:space="preserve">[20:41] </w:t>
      </w:r>
      <w:r>
        <w:t>aap us ko agar aap switch dabayein aur search karein toh jahan aap baithe hue hain, yeh wahan dikhai dega aap ko. computer ki screen par dikhai dega woh.</w:t>
      </w:r>
    </w:p>
    <w:p>
      <w:pPr>
        <w:jc w:val="right"/>
      </w:pPr>
      <w:r>
        <w:t>آپ اس کو اگر آپ سوئچ دبائیں اور سرچ کریں تو جہاں آپ بیٹھے ہوئے ہیں، یہ وہاں دکھائی دے گا آپ کو۔ کمپیوٹر کی سکرین پر دکھائی دے گا وہ۔</w:t>
      </w:r>
    </w:p>
    <w:p>
      <w:r>
        <w:rPr>
          <w:b/>
        </w:rPr>
        <w:t xml:space="preserve">[20:52] </w:t>
      </w:r>
      <w:r>
        <w:t>woh us ko spot kar lega us ko.</w:t>
      </w:r>
    </w:p>
    <w:p>
      <w:pPr>
        <w:jc w:val="right"/>
      </w:pPr>
      <w:r>
        <w:t>وہ اس کو اسپاٹ کر لے گا اس کو۔</w:t>
      </w:r>
    </w:p>
    <w:p>
      <w:r>
        <w:rPr>
          <w:b/>
        </w:rPr>
        <w:t xml:space="preserve">[20:55] </w:t>
      </w:r>
      <w:r>
        <w:t>toh woh bachcha jo australia mein parha barha aur kaafi taleem yafta ho gaya, business bhi ho gaya uska.</w:t>
      </w:r>
    </w:p>
    <w:p>
      <w:pPr>
        <w:jc w:val="right"/>
      </w:pPr>
      <w:r>
        <w:t>تو وہ بچہ جو آسٹریلیا میں پڑھا بڑھا اور کافی تعلیم یافتہ ہو گیا، بزنس بھی ہو گیا اس کا۔</w:t>
      </w:r>
    </w:p>
    <w:p>
      <w:r>
        <w:rPr>
          <w:b/>
        </w:rPr>
        <w:t xml:space="preserve">[21:05] </w:t>
      </w:r>
      <w:r>
        <w:t>toh pachis saal ke baad us ko khayal hua kyun na mein talash karoon. toh google earth par gaya woh. talash karte karte us ke samne aik aik gaon ka naqsha aaya.</w:t>
      </w:r>
    </w:p>
    <w:p>
      <w:pPr>
        <w:jc w:val="right"/>
      </w:pPr>
      <w:r>
        <w:t>تو پچیس سال کے بعد اس کو خیال ہوا کیوں نہ میں تلاش کروں۔ تو گوگل ارتھ پر گیا وہ۔ تلاش کرتے کرتے اس کے سامنے ایک ایک گاؤں کا نقشہ آیا۔</w:t>
      </w:r>
    </w:p>
    <w:p>
      <w:r>
        <w:rPr>
          <w:b/>
        </w:rPr>
        <w:t xml:space="preserve">[21:19] </w:t>
      </w:r>
      <w:r>
        <w:t>toh kaha yeh yeh toh mera gaon hai.</w:t>
      </w:r>
    </w:p>
    <w:p>
      <w:pPr>
        <w:jc w:val="right"/>
      </w:pPr>
      <w:r>
        <w:t>تو کہا یہ یہ تو میرا گاؤں ہے۔</w:t>
      </w:r>
    </w:p>
    <w:p>
      <w:r>
        <w:rPr>
          <w:b/>
        </w:rPr>
        <w:t xml:space="preserve">[21:25] </w:t>
      </w:r>
      <w:r>
        <w:t>woh gaon toh kathua ka aik gaon tha. kathua ka. yaani woh tasmania mein kar raha hai woh, australia mein. aur aur kathua ka gaon woh dekhta hai google earth par.</w:t>
      </w:r>
    </w:p>
    <w:p>
      <w:pPr>
        <w:jc w:val="right"/>
      </w:pPr>
      <w:r>
        <w:t>وہ گاؤں تو کھٹوا کا ایک گاؤں تھا۔ کھٹوا کا۔ یعنی وہ ٹسوانیا میں کر رہا ہے وہ، آسٹریلیا میں۔ اور اور کھٹوا کا گاؤں وہ دیکھتا ہے گوگل ارتھ پر۔</w:t>
      </w:r>
    </w:p>
    <w:p>
      <w:r>
        <w:rPr>
          <w:b/>
        </w:rPr>
        <w:t xml:space="preserve">[21:38] </w:t>
      </w:r>
      <w:r>
        <w:t>phir us ne pata kiya, pata kiya, pata kiya. is ke baad hua jahaz se wahan se aaya, apne maa baap se mila. yeh qissa hua. ab dekhiye, ab main aap ko doosra qissa batata hoon.</w:t>
      </w:r>
    </w:p>
    <w:p>
      <w:pPr>
        <w:jc w:val="right"/>
      </w:pPr>
      <w:r>
        <w:t>پھر اس نے پتہ کیا، پتہ کیا، پتہ کیا۔ اس کے بعد ہوا جہاز سے وہاں سے آیا، اپنے ماں باپ سے ملا۔ یہ قصہ ہوا۔ اب دیکھیے، اب میں آپ کو دوسرا قصہ بتاتا ہوں۔</w:t>
      </w:r>
    </w:p>
    <w:p>
      <w:r>
        <w:rPr>
          <w:b/>
        </w:rPr>
        <w:t xml:space="preserve">[21:53] </w:t>
      </w:r>
      <w:r>
        <w:t>Bukhari aur Muslim mein yeh riwayat hai ke Rasool Allah Sal Allahu Alaihi Wasallam ko jab woh waqia hua jis ko Quran mein Isra kaha gaya hai aur aam taur par us ko Meraj kehte hain.</w:t>
      </w:r>
    </w:p>
    <w:p>
      <w:pPr>
        <w:jc w:val="right"/>
      </w:pPr>
      <w:r>
        <w:t>بخاری اور مسلم میں یہ روایت ہے کہ رسول اللہ صلی اللہ علیہ وسلم کو جب وہ واقعہ ہوا جس کو قرآن میں اسراء کہا گیا ہے اور عام طور پر اس کو معراج کہتے ہیں۔</w:t>
      </w:r>
    </w:p>
    <w:p>
      <w:r>
        <w:rPr>
          <w:b/>
        </w:rPr>
        <w:t xml:space="preserve">[22:05] </w:t>
      </w:r>
      <w:r>
        <w:t>lafz Meraj dekhiye, Quran mein nahi hai. aam taur par Meraj kaha jata hai us ko. lekin Quran mein lafz Isra hai. yaani Makkah se aap, Makkah ke aakhri zamaney ka waqia hai.</w:t>
      </w:r>
    </w:p>
    <w:p>
      <w:pPr>
        <w:jc w:val="right"/>
      </w:pPr>
      <w:r>
        <w:t>لفظ معراج دیکھیے، قرآن میں نہیں ہے۔ عام طور پر معراج کہا جاتا ہے اس کو۔ لیکن قرآن میں لفظ اسراء ہے۔ یعنی مکہ سے آپ، مکہ کے آخری زمانے کا واقعہ ہے۔</w:t>
      </w:r>
    </w:p>
    <w:p>
      <w:r>
        <w:rPr>
          <w:b/>
        </w:rPr>
        <w:t xml:space="preserve">[22:17] </w:t>
      </w:r>
      <w:r>
        <w:t>Makkah se aap Yerushalayim gaye. aur raton raat wapas bhi aaye.</w:t>
      </w:r>
    </w:p>
    <w:p>
      <w:pPr>
        <w:jc w:val="right"/>
      </w:pPr>
      <w:r>
        <w:t>مکہ سے آپ یروشلم گئے۔ اور راتوں رات واپس بھی آئے۔</w:t>
      </w:r>
    </w:p>
    <w:p>
      <w:r>
        <w:rPr>
          <w:b/>
        </w:rPr>
        <w:t xml:space="preserve">[22:22] </w:t>
      </w:r>
      <w:r>
        <w:t>Isra ke maani hote hain raton raat jana, sab raton raat safar karna. toh Rasool Allah Sal Allahu Alaihi Wasallam ko Allah Ta'ala ne aik safar karwaya raat ko.</w:t>
      </w:r>
    </w:p>
    <w:p>
      <w:pPr>
        <w:jc w:val="right"/>
      </w:pPr>
      <w:r>
        <w:t>اسراء کے معنی ہوتے ہیں راتوں رات جانا، سب راتوں رات سفر کرنا۔ تو رسول اللہ صلی اللہ علیہ وسلم کو اللہ تعالیٰ نے ایک سفر کروایا رات کو۔</w:t>
      </w:r>
    </w:p>
    <w:p>
      <w:r>
        <w:rPr>
          <w:b/>
        </w:rPr>
        <w:t xml:space="preserve">[22:34] </w:t>
      </w:r>
      <w:r>
        <w:t>main manta hoon ke is par bara behas hai ke woh roohani tha ke jismani tha. main manta hoon ke jismani tha woh. main us ko jismani manta hoon.</w:t>
      </w:r>
    </w:p>
    <w:p>
      <w:pPr>
        <w:jc w:val="right"/>
      </w:pPr>
      <w:r>
        <w:t>میں مانتا ہوں کہ اس پر بڑا بحث ہے کہ وہ روحانی تھا کہ جسمانی تھا۔ میں مانتا ہوں کہ جسمانی تھا وہ۔ میں اس کو جسمانی مانتا ہوں۔</w:t>
      </w:r>
    </w:p>
    <w:p>
      <w:r>
        <w:rPr>
          <w:b/>
        </w:rPr>
        <w:t xml:space="preserve">[22:46] </w:t>
      </w:r>
      <w:r>
        <w:t>to lekin woh ek ek bohat hi thore time mein hua</w:t>
      </w:r>
    </w:p>
    <w:p>
      <w:pPr>
        <w:jc w:val="right"/>
      </w:pPr>
      <w:r>
        <w:t>تو لیکن وہ ایک ایک بہت ہی تھوڑے ٹائم میں ہوا</w:t>
      </w:r>
    </w:p>
    <w:p>
      <w:r>
        <w:rPr>
          <w:b/>
        </w:rPr>
        <w:t xml:space="preserve">[22:50] </w:t>
      </w:r>
      <w:r>
        <w:t>tha. ek ek shayad ek moment mein hua tha. to us waqt time aur space ka khatam kar diya tha Allah taala ne. farq.</w:t>
      </w:r>
    </w:p>
    <w:p>
      <w:pPr>
        <w:jc w:val="right"/>
      </w:pPr>
      <w:r>
        <w:t>تھا۔ ایک ایک شاید ایک مومنٹ میں ہوا تھا۔ تو اس وقت ٹائم اور اسپیس کا ختم کر دیا تھا اللہ تعالیٰ نے۔ فرق۔</w:t>
      </w:r>
    </w:p>
    <w:p>
      <w:r>
        <w:rPr>
          <w:b/>
        </w:rPr>
        <w:t xml:space="preserve">[23:00] </w:t>
      </w:r>
      <w:r>
        <w:t>to Rasool Allah S.A.W. ne subah ko elaan bataya ke aaj raton raat mein gaya یروشلم aur wahan se wapas aaya.</w:t>
      </w:r>
    </w:p>
    <w:p>
      <w:pPr>
        <w:jc w:val="right"/>
      </w:pPr>
      <w:r>
        <w:t>تو رسول اللہ صلی اللہ علیہ وسلم نے صبح کو اعلان بتایا کہ آج راتوں رات میں گیا یروشلم اور وہاں سے واپس آیا۔</w:t>
      </w:r>
    </w:p>
    <w:p>
      <w:r>
        <w:rPr>
          <w:b/>
        </w:rPr>
        <w:t xml:space="preserve">[23:10] </w:t>
      </w:r>
      <w:r>
        <w:t>to Makkah ke log naoozubillah mazak urane lage. dekho ab in ka ajeeb ghareeb baatein kar rahe</w:t>
      </w:r>
    </w:p>
    <w:p>
      <w:pPr>
        <w:jc w:val="right"/>
      </w:pPr>
      <w:r>
        <w:t>تو مکہ کے لوگ نعوذ باللہ مذاق اڑانے لگے۔ دیکھو اب ان کا عجیب غریب باتیں کر رہے</w:t>
      </w:r>
    </w:p>
    <w:p>
      <w:r>
        <w:rPr>
          <w:b/>
        </w:rPr>
        <w:t xml:space="preserve">[23:17] </w:t>
      </w:r>
      <w:r>
        <w:t>hain yeh. to riwayat hai ke</w:t>
      </w:r>
    </w:p>
    <w:p>
      <w:pPr>
        <w:jc w:val="right"/>
      </w:pPr>
      <w:r>
        <w:t>ہیں یہ۔ تو روایت ہے کہ</w:t>
      </w:r>
    </w:p>
    <w:p>
      <w:r>
        <w:rPr>
          <w:b/>
        </w:rPr>
        <w:t xml:space="preserve">[23:21] </w:t>
      </w:r>
      <w:r>
        <w:t>is zamane mein ek aadmi jo ke safar karte the, yeh Makkah ke log, ek zamane mein gaya tha یروشلم ek shakhs.</w:t>
      </w:r>
    </w:p>
    <w:p>
      <w:pPr>
        <w:jc w:val="right"/>
      </w:pPr>
      <w:r>
        <w:t>اس زمانے میں ایک آدمی جو کہ سفر کرتے تھے، یہ مکہ کے لوگ، ایک زمانے میں گیا تھا یروشلم ایک شخص۔</w:t>
      </w:r>
    </w:p>
    <w:p>
      <w:r>
        <w:rPr>
          <w:b/>
        </w:rPr>
        <w:t xml:space="preserve">[23:31] </w:t>
      </w:r>
      <w:r>
        <w:t>aur lauta tha یروشلم se. yeh tay hua ke woh aadmi pooche ke aap ne jo dekha kya dekha? yani is ki east mein kya hai, west mein kya hai?</w:t>
      </w:r>
    </w:p>
    <w:p>
      <w:pPr>
        <w:jc w:val="right"/>
      </w:pPr>
      <w:r>
        <w:t>اور لوٹا تھا یروشلم سے۔ یہ طے ہوا کہ وہ آدمی پوچھے کہ آپ نے جو دیکھا کیا دیکھا؟ یعنی اس کی ایسٹ میں کیا ہے، ویسٹ میں کیا ہے؟</w:t>
      </w:r>
    </w:p>
    <w:p>
      <w:r>
        <w:rPr>
          <w:b/>
        </w:rPr>
        <w:t xml:space="preserve">[23:42] </w:t>
      </w:r>
      <w:r>
        <w:t>idhar kya hai, udhar kya hai? woh sab pooche woh. aur aap bata</w:t>
      </w:r>
    </w:p>
    <w:p>
      <w:pPr>
        <w:jc w:val="right"/>
      </w:pPr>
      <w:r>
        <w:t>ادھر کیا ہے، ادھر کیا ہے؟ وہ سب پوچھے وہ۔ اور آپ بت</w:t>
      </w:r>
    </w:p>
    <w:p>
      <w:r>
        <w:rPr>
          <w:b/>
        </w:rPr>
        <w:t xml:space="preserve">[23:45] </w:t>
      </w:r>
      <w:r>
        <w:t>ein to woh woh tasdeeq kare ke haan aisa hai wahan par. to woh aadmi bulaya gaya Rasool Allah S.A.W. se, woh poochne laga. to wahan yeh hai ke Jibrael ne woh poora naqsha یروشلم ka jis ko hum aaj kehte hain Masjid Aqsa,</w:t>
      </w:r>
    </w:p>
    <w:p>
      <w:pPr>
        <w:jc w:val="right"/>
      </w:pPr>
      <w:r>
        <w:t>ائیں تو وہ وہ تصدیق کرے کہ ہاں ایسا ہے وہاں پر۔ تو وہ آدمی بلایا گیا رسول اللہ صلی اللہ علیہ وسلم سے، وہ پوچھنے لگا۔ تو وہاں یہ ہے کہ جبرائیل نے وہ پورا نقشہ یروشلم کا جس کو ہم آج کہتے ہیں مسجد اقصی،</w:t>
      </w:r>
    </w:p>
    <w:p>
      <w:r>
        <w:rPr>
          <w:b/>
        </w:rPr>
        <w:t xml:space="preserve">[24:03] </w:t>
      </w:r>
      <w:r>
        <w:t>woh poora naqsha Jibrael ne samne kar diya.</w:t>
      </w:r>
    </w:p>
    <w:p>
      <w:pPr>
        <w:jc w:val="right"/>
      </w:pPr>
      <w:r>
        <w:t>وہ پورا نقشہ جبرائیل نے سامنے کر دیا۔</w:t>
      </w:r>
    </w:p>
    <w:p>
      <w:r>
        <w:rPr>
          <w:b/>
        </w:rPr>
        <w:t xml:space="preserve">[24:10] </w:t>
      </w:r>
      <w:r>
        <w:t>to woh aadmi poochta jata tha, Rasool Allah batate jate the.</w:t>
      </w:r>
    </w:p>
    <w:p>
      <w:pPr>
        <w:jc w:val="right"/>
      </w:pPr>
      <w:r>
        <w:t>تو وہ آدمی پوچھتا جاتا تھا، رسول اللہ بتاتے جاتے تھے۔</w:t>
      </w:r>
    </w:p>
    <w:p>
      <w:r>
        <w:rPr>
          <w:b/>
        </w:rPr>
        <w:t xml:space="preserve">[24:14] </w:t>
      </w:r>
      <w:r>
        <w:t>tab yaqeen kar liya logon ne ke haan aisa waqea hua hai.</w:t>
      </w:r>
    </w:p>
    <w:p>
      <w:pPr>
        <w:jc w:val="right"/>
      </w:pPr>
      <w:r>
        <w:t>تب یقین کر لیا لوگوں نے کہ ہاں ایسا واقعہ ہوا ہے۔</w:t>
      </w:r>
    </w:p>
    <w:p>
      <w:r>
        <w:rPr>
          <w:b/>
        </w:rPr>
        <w:t xml:space="preserve">[24:20] </w:t>
      </w:r>
      <w:r>
        <w:t>ab is ko compare kijiye aap. dekhiye Makkah se یروشلم ka faasla jo hai taqreeban ek hazar teen so kilometer hai.</w:t>
      </w:r>
    </w:p>
    <w:p>
      <w:pPr>
        <w:jc w:val="right"/>
      </w:pPr>
      <w:r>
        <w:t>اب اس کو کمپیئر کیجیے آپ۔ دیکھیے مکہ سے یروشلم کا فاصلہ جو ہے تقریباً ایک ہزار تین سو کلومیٹر ہے۔</w:t>
      </w:r>
    </w:p>
    <w:p>
      <w:r>
        <w:rPr>
          <w:b/>
        </w:rPr>
        <w:t xml:space="preserve">[24:33] </w:t>
      </w:r>
      <w:r>
        <w:t>aur Taswania se Khatwa Khatwa ka faasla das hazar, taqreeban das hazar teen so kilometer hai. yani das guna zyada.</w:t>
      </w:r>
    </w:p>
    <w:p>
      <w:pPr>
        <w:jc w:val="right"/>
      </w:pPr>
      <w:r>
        <w:t>اور ٹسوانیا سے کھٹوا کھٹوا کا فاصلہ دس ہزار، تقریباً دس ہزار تین سو کلومیٹر ہے۔ یعنی دس گنا زیادہ۔</w:t>
      </w:r>
    </w:p>
    <w:p>
      <w:r>
        <w:rPr>
          <w:b/>
        </w:rPr>
        <w:t xml:space="preserve">[24:43] </w:t>
      </w:r>
      <w:r>
        <w:t>Makkah se یروشلم ka faasla taqreeban ek hazar teen so kilometer. aur Taswania se Khatwa ka faasla taqreeban das hazar teen so kilometer.</w:t>
      </w:r>
    </w:p>
    <w:p>
      <w:pPr>
        <w:jc w:val="right"/>
      </w:pPr>
      <w:r>
        <w:t>مکہ سے یروشلم کا فاصلہ تقریباً ایک ہزار تین سو کلومیٹر۔ اور ٹسوانیا سے کھٹوا کا فاصلہ تقریباً دس ہزار تین سو کلومیٹر۔</w:t>
      </w:r>
    </w:p>
    <w:p>
      <w:r>
        <w:rPr>
          <w:b/>
        </w:rPr>
        <w:t xml:space="preserve">[24:56] </w:t>
      </w:r>
      <w:r>
        <w:t>ab aap ghor kijiye, wohi waqea to hua.</w:t>
      </w:r>
    </w:p>
    <w:p>
      <w:pPr>
        <w:jc w:val="right"/>
      </w:pPr>
      <w:r>
        <w:t>اب آپ غور کیجیے، وہی واقعہ تو ہوا۔</w:t>
      </w:r>
    </w:p>
    <w:p>
      <w:r>
        <w:rPr>
          <w:b/>
        </w:rPr>
        <w:t xml:space="preserve">[25:02] </w:t>
      </w:r>
      <w:r>
        <w:t>wohi waqea to hua jo Makkah mein hua tha. woh wahan hua tha bazariya Burq, yahan hua bazariya technology.</w:t>
      </w:r>
    </w:p>
    <w:p>
      <w:pPr>
        <w:jc w:val="right"/>
      </w:pPr>
      <w:r>
        <w:t>وہی واقعہ تو ہوا جو مکہ میں ہوا تھا۔ وہ وہاں ہوا تھا بذریعہ بریکل، یہاں ہوا بذریعہ ٹیکنالوجی۔</w:t>
      </w:r>
    </w:p>
    <w:p>
      <w:r>
        <w:rPr>
          <w:b/>
        </w:rPr>
        <w:t xml:space="preserve">[25:11] </w:t>
      </w:r>
      <w:r>
        <w:t>yeh hai peshangoi Quran o Hadees mein ke yeh daur aane wala hai. aur is daur ka hissa, woh is daur mein ummat hogi Muhammadi.</w:t>
      </w:r>
    </w:p>
    <w:p>
      <w:pPr>
        <w:jc w:val="right"/>
      </w:pPr>
      <w:r>
        <w:t>یہ ہے پرپیشن گوئی قرآن و حدیث میں کہ یہ دور آنے والا ہے۔ اور اس دور کا حصہ، وہ اس دور میں امت ہوگی محمدی۔</w:t>
      </w:r>
    </w:p>
    <w:p>
      <w:r>
        <w:rPr>
          <w:b/>
        </w:rPr>
        <w:t xml:space="preserve">[25:21] </w:t>
      </w:r>
      <w:r>
        <w:t>is ko hissa milega is mein se. is mein woh aala marifat hasil karegi. aala dawat ka kaam karegi.</w:t>
      </w:r>
    </w:p>
    <w:p>
      <w:pPr>
        <w:jc w:val="right"/>
      </w:pPr>
      <w:r>
        <w:t>اس کو حصہ ملے گا اس میں سے۔ اس میں وہ اعلیٰ معرفت حاصل کرے گی۔ اعلیٰ دعوت کا کام کرے گی۔</w:t>
      </w:r>
    </w:p>
    <w:p>
      <w:r>
        <w:rPr>
          <w:b/>
        </w:rPr>
        <w:t xml:space="preserve">[25:31] </w:t>
      </w:r>
      <w:r>
        <w:t>ab ab ghor kijiye ke itni bari bari baatein hain lekin poori ummat andhere mein jee rahi hai. woh samajhti hai ke sare log dushman hain.</w:t>
      </w:r>
    </w:p>
    <w:p>
      <w:pPr>
        <w:jc w:val="right"/>
      </w:pPr>
      <w:r>
        <w:t>اب اب غور کیجیے کہ اتنی بڑی بڑی باتیں ہیں لیکن پوری امت اندھیرے میں جی رہی ہے۔ وہ سمجھتی ہے کہ سارے لوگ دشمن ہیں۔</w:t>
      </w:r>
    </w:p>
    <w:p>
      <w:r>
        <w:rPr>
          <w:b/>
        </w:rPr>
        <w:t xml:space="preserve">[25:41] </w:t>
      </w:r>
      <w:r>
        <w:t>har taraf dushmani phaili hui hai. halanke unhon ne unhein to khola hai yeh sab. Allah taala ne zariya banaya hai logon ko yeh sab technology ko discover karne ka.</w:t>
      </w:r>
    </w:p>
    <w:p>
      <w:pPr>
        <w:jc w:val="right"/>
      </w:pPr>
      <w:r>
        <w:t>ہر طرف دشمنی پھیلی ہوئی ہے۔ حالانکہ انہوں نے انہیں تو کھولا ہے یہ سب۔ اللہ تعالیٰ نے ذریعہ بنایا ہے لوگوں کو یہ سب ٹیکنالوجی کو ڈسکور کرنے کا۔</w:t>
      </w:r>
    </w:p>
    <w:p>
      <w:r>
        <w:rPr>
          <w:b/>
        </w:rPr>
        <w:t xml:space="preserve">[25:51] </w:t>
      </w:r>
      <w:r>
        <w:t>is ki bhi peshangoi maujood hai Hadees mein. Bukhari mein إن الله لييذها الدين بالرجل الفاجر Allah is deen ki madad secular logon se karaye ga.</w:t>
      </w:r>
    </w:p>
    <w:p>
      <w:pPr>
        <w:jc w:val="right"/>
      </w:pPr>
      <w:r>
        <w:t>اس کی بھی پیشین گوئی موجود ہے حدیث میں۔ بخاری میں إن الله لييذها الدين بالرجل الفاجر اللہ اس دین کی مدد سیکولر لوگوں سے کرائے گا۔</w:t>
      </w:r>
    </w:p>
    <w:p>
      <w:r>
        <w:rPr>
          <w:b/>
        </w:rPr>
        <w:t xml:space="preserve">[26:05] </w:t>
      </w:r>
      <w:r>
        <w:t>fajir ka matlab secular.</w:t>
      </w:r>
    </w:p>
    <w:p>
      <w:pPr>
        <w:jc w:val="right"/>
      </w:pPr>
      <w:r>
        <w:t>فاجر کا مطلب سیکولر۔</w:t>
      </w:r>
    </w:p>
    <w:p>
      <w:r>
        <w:rPr>
          <w:b/>
        </w:rPr>
        <w:t xml:space="preserve">[26:08] </w:t>
      </w:r>
      <w:r>
        <w:t>aap ghor kijiye, Allah taala ne itna zyada khola apni rehmaton ke darwaze ke secular logon ko bhi isi support par laga diya.</w:t>
      </w:r>
    </w:p>
    <w:p>
      <w:pPr>
        <w:jc w:val="right"/>
      </w:pPr>
      <w:r>
        <w:t>آپ غور کیجیے، اللہ تعالیٰ نے اتنا زیادہ کھول دیا اپنی رحمتوں کے دروازے کہ سیکولر لوگوں کو بھی اسی سپورٹ پر لگا دیا۔</w:t>
      </w:r>
    </w:p>
    <w:p>
      <w:r>
        <w:rPr>
          <w:b/>
        </w:rPr>
        <w:t xml:space="preserve">[26:20] </w:t>
      </w:r>
      <w:r>
        <w:t>aur dikhaya ke jis tarah se Khatwa ka bachcha ek das hazar se zyada doori par, das hazar kilometer se zyada doori par apni family ko spot kar sakta tha.</w:t>
      </w:r>
    </w:p>
    <w:p>
      <w:pPr>
        <w:jc w:val="right"/>
      </w:pPr>
      <w:r>
        <w:t>اور دکھایا کہ دیکھو جس طرح سے کھٹوا کا بچہ ایک دس ہزار سے زیادہ دوری پر، دس ہزار کلومیٹر سے زیادہ دوری پر اپنی فیملی کو اسپاٹ کر سکتا تھا۔</w:t>
      </w:r>
    </w:p>
    <w:p>
      <w:r>
        <w:rPr>
          <w:b/>
        </w:rPr>
        <w:t xml:space="preserve">[26:34] </w:t>
      </w:r>
      <w:r>
        <w:t>aaj yeh mumkin ho gaya hai ke tum saare globe par madعو ko spot kar sako. kahan kaun madعو hai, kahan kaun basti hai, kahan kaun town hai, sab tum dekh sako.</w:t>
      </w:r>
    </w:p>
    <w:p>
      <w:pPr>
        <w:jc w:val="right"/>
      </w:pPr>
      <w:r>
        <w:t>آج یہ ممکن ہو گیا ہے کہ تم سارے گلوب پر مدعو کو اسپاٹ کر سکو۔ کہاں کون مدعو ہے، کہاں کون بستی ہے، کہاں کون ٹاؤن ہے، سب تم دیکھ سکو۔</w:t>
      </w:r>
    </w:p>
    <w:p>
      <w:r>
        <w:rPr>
          <w:b/>
        </w:rPr>
        <w:t xml:space="preserve">[26:45] </w:t>
      </w:r>
      <w:r>
        <w:t>aur phir global planning karo daao work ki. aap ghor kijiye, kaisi ajeeb baat hai ke kisi bhi ek maqam par rakh kar, reh kar ke aap kisi bhi ek maqam par reh kar ke aap poore globe ko dekh sakte hain.</w:t>
      </w:r>
    </w:p>
    <w:p>
      <w:pPr>
        <w:jc w:val="right"/>
      </w:pPr>
      <w:r>
        <w:t>اور پھر گلوبل پلاننگ کرو داؤ ورک کی۔ آپ غور کیجیے، کیسی عجیب بات ہے کہ کسی بھی ایک مقام پر رکھ کر، رہ کر کے آپ کسی بھی ایک مقام پر رہ کر کے آپ پورے گلوب کو دیکھ سکتے ہیں۔</w:t>
      </w:r>
    </w:p>
    <w:p>
      <w:r>
        <w:rPr>
          <w:b/>
        </w:rPr>
        <w:t xml:space="preserve">[27:03] </w:t>
      </w:r>
      <w:r>
        <w:t>kahan kaun basti hai, kahan kaun town hai, kahan kaun shehar hai, kahan kaun log bastay hain. aur phir aap ek global planning karen apni daao work ki.</w:t>
      </w:r>
    </w:p>
    <w:p>
      <w:pPr>
        <w:jc w:val="right"/>
      </w:pPr>
      <w:r>
        <w:t>کہاں کون بستی ہے، کہاں کون ٹاؤن ہے، کہاں کون شہر ہے، کہاں کون لوگ بستے ہیں۔ اور پھر آپ ایک گلوبل پلاننگ کریں اپنی داؤ ورک کی۔</w:t>
      </w:r>
    </w:p>
    <w:p>
      <w:r>
        <w:rPr>
          <w:b/>
        </w:rPr>
        <w:t xml:space="preserve">[27:14] </w:t>
      </w:r>
      <w:r>
        <w:t>yeh mumkin ho gaya.</w:t>
      </w:r>
    </w:p>
    <w:p>
      <w:pPr>
        <w:jc w:val="right"/>
      </w:pPr>
      <w:r>
        <w:t>یہ ممکن ہو گیا۔</w:t>
      </w:r>
    </w:p>
    <w:p>
      <w:r>
        <w:rPr>
          <w:b/>
        </w:rPr>
        <w:t xml:space="preserve">[27:18] </w:t>
      </w:r>
      <w:r>
        <w:t>yaani kaisa ajeeb hoslay ka zamana yeh hai. lekin logon ne kya kar rakha hai? musalmanon ko manfi zehan mein mubtala kar rakha hai.</w:t>
      </w:r>
    </w:p>
    <w:p>
      <w:pPr>
        <w:jc w:val="right"/>
      </w:pPr>
      <w:r>
        <w:t>یعنی کیسا عجیب حوصلے کا زمانہ یہ ہے۔ لیکن لوگوں نے کیا کر رکھا ہے؟ مسلمانوں کو منفی ذہن میں مبتلا کر رکھا ہے۔</w:t>
      </w:r>
    </w:p>
    <w:p>
      <w:r>
        <w:rPr>
          <w:b/>
        </w:rPr>
        <w:t xml:space="preserve">[27:29] </w:t>
      </w:r>
      <w:r>
        <w:t>ek arab sheikh ki kitaab chhapi hai al-afaa'i al-thalatha teen saanp, teen baray saanp. goya is maghrib jo hai saanp ban kar hamein das raha hai.</w:t>
      </w:r>
    </w:p>
    <w:p>
      <w:pPr>
        <w:jc w:val="right"/>
      </w:pPr>
      <w:r>
        <w:t>ایک عرب شیخ کی کتاب چھپی ہے الأفاعي الثلاثة تین سانپ، تین بڑے سانپ۔ گویا اس مغرب جو ہے سانپ بن کر ہمیں ڈس رہا ہے۔</w:t>
      </w:r>
    </w:p>
    <w:p>
      <w:r>
        <w:rPr>
          <w:b/>
        </w:rPr>
        <w:t xml:space="preserve">[27:39] </w:t>
      </w:r>
      <w:r>
        <w:t>yeh ke bilkul be asal baat hai. koi is ki haqeeqat nahin. baseless. aisay hi dekhiye, sahih Muslim mein ek riwayat hai</w:t>
      </w:r>
    </w:p>
    <w:p>
      <w:pPr>
        <w:jc w:val="right"/>
      </w:pPr>
      <w:r>
        <w:t>یہ کہ بالکل بے اصل بات ہے۔ کوئی اس کی حقیقت نہیں۔ بیس لیس۔ ایسے ہی دیکھیے، صحیح مسلم میں ایک روایت ہے</w:t>
      </w:r>
    </w:p>
    <w:p>
      <w:r>
        <w:rPr>
          <w:b/>
        </w:rPr>
        <w:t xml:space="preserve">[27:51] </w:t>
      </w:r>
      <w:r>
        <w:t>ke ek zamana aaye ga jab meri ummat ke logon ka yeh haal hoga ke woh qila fateh karen ge baghair talwaar chalaye hue.</w:t>
      </w:r>
    </w:p>
    <w:p>
      <w:pPr>
        <w:jc w:val="right"/>
      </w:pPr>
      <w:r>
        <w:t>کہ ایک زمانہ آئے گا جب میری امت کے لوگوں کا یہ حال ہوگا کہ وہ قلعہ فتح کریں گے بغیر تلوار چلائے ہوئے۔</w:t>
      </w:r>
    </w:p>
    <w:p>
      <w:r>
        <w:rPr>
          <w:b/>
        </w:rPr>
        <w:t xml:space="preserve">[28:05] </w:t>
      </w:r>
      <w:r>
        <w:t>kaisi ajeeb</w:t>
      </w:r>
    </w:p>
    <w:p>
      <w:pPr>
        <w:jc w:val="right"/>
      </w:pPr>
      <w:r>
        <w:t>کیسی عجی</w:t>
      </w:r>
    </w:p>
    <w:p>
      <w:r>
        <w:rPr>
          <w:b/>
        </w:rPr>
        <w:t xml:space="preserve">[28:06] </w:t>
      </w:r>
      <w:r>
        <w:t>baat hai? na talwaar chalayen ge, na hathyar istemal karen ge. aur qila fateh ho jaye ga. kaisay? la ilaha illallah keh kar ke fateh hoga.</w:t>
      </w:r>
    </w:p>
    <w:p>
      <w:pPr>
        <w:jc w:val="right"/>
      </w:pPr>
      <w:r>
        <w:t>ب بات ہے؟ نہ تلوار چلائیں گے، نہ ہتھیار استعمال کریں گے۔ اور قلعہ فتح ہو جائے گا۔ کیسے؟ لا الہ الا اللہ کہہ کر کے فتح ہوگا۔</w:t>
      </w:r>
    </w:p>
    <w:p>
      <w:r>
        <w:rPr>
          <w:b/>
        </w:rPr>
        <w:t xml:space="preserve">[28:15] </w:t>
      </w:r>
      <w:r>
        <w:t>is mein yeh hai ke woh la ilaha illallah kahen ge aur qila fateh ho jaye ga. yeh nara-e-takbeer ki baat nahin hai. aaj kal musalmanon ke jalson mein kaha hota hai nara-e-takbeer.</w:t>
      </w:r>
    </w:p>
    <w:p>
      <w:pPr>
        <w:jc w:val="right"/>
      </w:pPr>
      <w:r>
        <w:t>اس میں یہ ہے کہ وہ لا الہ الا اللہ کہیں گے اور قلعہ فتح ہو جائے گا۔ یہ نعرہ تکبیر کی بات نہیں ہے۔ آج کل مسلمانوں کے جلسوں میں کہا ہوتا ہے نعرہ تکبیر۔</w:t>
      </w:r>
    </w:p>
    <w:p>
      <w:r>
        <w:rPr>
          <w:b/>
        </w:rPr>
        <w:t xml:space="preserve">[28:26] </w:t>
      </w:r>
      <w:r>
        <w:t>yeh sab bilkul mubtadaana afaal hain. is hadith mein ek ek ek ek ek imkaan ko bataya gaya hai.</w:t>
      </w:r>
    </w:p>
    <w:p>
      <w:pPr>
        <w:jc w:val="right"/>
      </w:pPr>
      <w:r>
        <w:t>یہ سب بالکل مبتدانہ افعال ہیں۔ اس حدیث میں ایک ایک ایک ایک ایک امکان کو بتایا گیا ہے۔</w:t>
      </w:r>
    </w:p>
    <w:p>
      <w:r>
        <w:rPr>
          <w:b/>
        </w:rPr>
        <w:t xml:space="preserve">[28:38] </w:t>
      </w:r>
      <w:r>
        <w:t>ek scope ko bataya gaya hai ke baad ke daur mein kya kya scope paida hoga. ke talwaar ki taaqat ideology mein aa jaye gi. talwaar ki taaqat peaceful method mein aa jaye gi.</w:t>
      </w:r>
    </w:p>
    <w:p>
      <w:pPr>
        <w:jc w:val="right"/>
      </w:pPr>
      <w:r>
        <w:t>ایک اسکوپ کو بتایا گیا ہے کہ بعد کے دور میں کیا کیا اسکوپ پیدا ہوگا۔ کہ تلوار کی طاقت آئیڈیالوجی میں آ جائے گی۔ تلوار کی طاقت پیس فل میتھڈ میں آ جائے گی۔</w:t>
      </w:r>
    </w:p>
    <w:p>
      <w:r>
        <w:rPr>
          <w:b/>
        </w:rPr>
        <w:t xml:space="preserve">[28:51] </w:t>
      </w:r>
      <w:r>
        <w:t>talwaar ki taaqat technology mein aa jaye gi. yeh sab hai is ke andar.</w:t>
      </w:r>
    </w:p>
    <w:p>
      <w:pPr>
        <w:jc w:val="right"/>
      </w:pPr>
      <w:r>
        <w:t>تلوار کی طاقت ٹیکنالوجی میں آ جائے گی۔ یہ سب ہے اس کے اندر۔</w:t>
      </w:r>
    </w:p>
    <w:p>
      <w:r>
        <w:rPr>
          <w:b/>
        </w:rPr>
        <w:t xml:space="preserve">[29:00] </w:t>
      </w:r>
      <w:r>
        <w:t>kaisi ajeeb baat hai?</w:t>
      </w:r>
    </w:p>
    <w:p>
      <w:pPr>
        <w:jc w:val="right"/>
      </w:pPr>
      <w:r>
        <w:t>کیسی عجیب بات ہے؟</w:t>
      </w:r>
    </w:p>
    <w:p>
      <w:r>
        <w:rPr>
          <w:b/>
        </w:rPr>
        <w:t xml:space="preserve">[29:08] </w:t>
      </w:r>
      <w:r>
        <w:t>yeh saari cheezen hadithon mein aur Quran mein maujood hain. dekhiye, ek baat mein arz karunga ke jo peshin goi'yan hain Quran o hadith mein, woh do qism ki hain.</w:t>
      </w:r>
    </w:p>
    <w:p>
      <w:pPr>
        <w:jc w:val="right"/>
      </w:pPr>
      <w:r>
        <w:t>یہ ساری چیزیں حدیثوں میں اور قرآن میں موجود ہیں۔ دیکھیے، ایک بات میں عرض کروں گا کہ جو پیشین گوئیاں ہیں قرآن و حدیث میں، وہ دو قسم کی ہیں۔</w:t>
      </w:r>
    </w:p>
    <w:p>
      <w:r>
        <w:rPr>
          <w:b/>
        </w:rPr>
        <w:t xml:space="preserve">[29:22] </w:t>
      </w:r>
      <w:r>
        <w:t>ek infiradi event ki, ek ek daur ki.</w:t>
      </w:r>
    </w:p>
    <w:p>
      <w:pPr>
        <w:jc w:val="right"/>
      </w:pPr>
      <w:r>
        <w:t>ایک انفرادی ایونٹ کی، ایک ایک دور کی۔</w:t>
      </w:r>
    </w:p>
    <w:p>
      <w:r>
        <w:rPr>
          <w:b/>
        </w:rPr>
        <w:t xml:space="preserve">[29:28] </w:t>
      </w:r>
      <w:r>
        <w:t>ek ek infiradi waqea, ek poora daur. do qism ki hain. main misaal deta hoon aap ko. dekhiye, Quran mein hai ke jo Hazrat Musa ke zamane ka jo Firon tha, us ke baray mein ke Allah ne farmaya jab woh gharaq hua samandar mein to "al-yawm nanjika bibadanika litakuna liman khalfaka ayah".</w:t>
      </w:r>
    </w:p>
    <w:p>
      <w:pPr>
        <w:jc w:val="right"/>
      </w:pPr>
      <w:r>
        <w:t>ایک ایک انفرادی واقعہ، ایک پورا دور۔ دو قسم کی ہیں۔ میں مثال دیتا ہوں آپ کو۔ دیکھیے، قرآن میں ہے کہ جو حضرت موسیٰ کے زمانے کا جو فرعون تھا، اس کے بارے میں کہ اللہ نے فرمایا جب وہ غرق ہوا سمندر میں تو اليوم نرجیک ببدنک لتكون لمن خلفک آیا۔</w:t>
      </w:r>
    </w:p>
    <w:p>
      <w:r>
        <w:rPr>
          <w:b/>
        </w:rPr>
        <w:t xml:space="preserve">[29:54] </w:t>
      </w:r>
      <w:r>
        <w:t>yeh Allah ne farmaya ke ke Firon ke body ko hum mehfooz rakhen ge, preserve rakhen ge taake woh baad walon ki naseehat banay.</w:t>
      </w:r>
    </w:p>
    <w:p>
      <w:pPr>
        <w:jc w:val="right"/>
      </w:pPr>
      <w:r>
        <w:t>یہ اللہ نے فرمایا کہ کہ فرعون کے باڈی کو ہم محفوظ رکھیں گے، پریزرو رکھیں گے تاکہ وہ بعد والوں کی نصیحت بنے۔</w:t>
      </w:r>
    </w:p>
    <w:p>
      <w:r>
        <w:rPr>
          <w:b/>
        </w:rPr>
        <w:t xml:space="preserve">[30:07] </w:t>
      </w:r>
      <w:r>
        <w:t>yeh waqea aap se saaray teen hazar saal pehle hua hai. saaray teen hazar saal pehle. aur yeh ayat utri chaudah so saal pehle.</w:t>
      </w:r>
    </w:p>
    <w:p>
      <w:pPr>
        <w:jc w:val="right"/>
      </w:pPr>
      <w:r>
        <w:t>یہ واقعہ آپ سے ساڑھے تین ہزار سال پہلے ہوا ہے۔ ساڑھے تین ہزار سال پہلے۔ اور یہ آیت اتری چودہ سو سال پہلے۔</w:t>
      </w:r>
    </w:p>
    <w:p>
      <w:r>
        <w:rPr>
          <w:b/>
        </w:rPr>
        <w:t xml:space="preserve">[30:20] </w:t>
      </w:r>
      <w:r>
        <w:t>yaani yaani Quran mein yeh ayat utri Rasool Allah ke zamane mein. jab Quran utra, us waqt saari duniya mein koi nahin janta tha ke Firon ka body kahin maujood hai.</w:t>
      </w:r>
    </w:p>
    <w:p>
      <w:pPr>
        <w:jc w:val="right"/>
      </w:pPr>
      <w:r>
        <w:t>یعنی یعنی قرآن میں یہ آیت اتری رسول اللہ کے زمانے میں۔ جب قرآن اترا، اس وقت ساری دنیا میں کوئی نہیں جانتا تھا کہ فرعون کا باڈی کہیں موجود ہے۔</w:t>
      </w:r>
    </w:p>
    <w:p>
      <w:r>
        <w:rPr>
          <w:b/>
        </w:rPr>
        <w:t xml:space="preserve">[30:33] </w:t>
      </w:r>
      <w:r>
        <w:t>koi kisi ko khabar nahin thi.</w:t>
      </w:r>
    </w:p>
    <w:p>
      <w:pPr>
        <w:jc w:val="right"/>
      </w:pPr>
      <w:r>
        <w:t>کوئی کسی کو خبر نہیں تھی۔</w:t>
      </w:r>
    </w:p>
    <w:p>
      <w:r>
        <w:rPr>
          <w:b/>
        </w:rPr>
        <w:t xml:space="preserve">[30:38] </w:t>
      </w:r>
      <w:r>
        <w:t>is mein Allah taala ne peshin goi ki ke is ka body zahir hoga. unnisween sadi ke aakhir mein, unnisween sadi ke aakhir mein kuch German orientalist aur kuch French orientalist gaye woh Qahira.</w:t>
      </w:r>
    </w:p>
    <w:p>
      <w:pPr>
        <w:jc w:val="right"/>
      </w:pPr>
      <w:r>
        <w:t>اس میں اللہ تعالیٰ نے پیشین گوئی کی کہ اس کا باڈی ظاہر ہوگا۔ انیسویں صدی کے آخر میں، انیسویں صدی کے آخر میں کچھ جرمن اورینٹلسٹ اور کچھ فرنچ اورینٹلسٹ گئے وہ قاہرہ۔</w:t>
      </w:r>
    </w:p>
    <w:p>
      <w:r>
        <w:rPr>
          <w:b/>
        </w:rPr>
        <w:t xml:space="preserve">[30:56] </w:t>
      </w:r>
      <w:r>
        <w:t>Qahira mein ek museum hai jis ko maine dekha hai wahan par. wahan par Qahira ke bahar desert</w:t>
      </w:r>
    </w:p>
    <w:p>
      <w:pPr>
        <w:jc w:val="right"/>
      </w:pPr>
      <w:r>
        <w:t>قاہرہ میں ایک میوزیم ہے جس کو میں نے دیکھا ہے وہاں پر۔ وہاں پر قاہرہ کے باہر ڈی</w:t>
      </w:r>
    </w:p>
    <w:p>
      <w:r>
        <w:rPr>
          <w:b/>
        </w:rPr>
        <w:t xml:space="preserve">[31:04] </w:t>
      </w:r>
      <w:r>
        <w:t>hai. bohat saray pyramid wahan par hain, ahraam. woh bhi maine dekha hai. to in logon ko ek zamana aaya ke saari duniya mein lagay hue research karne, tehqeeq karne, daryaft karne.</w:t>
      </w:r>
    </w:p>
    <w:p>
      <w:pPr>
        <w:jc w:val="right"/>
      </w:pPr>
      <w:r>
        <w:t>زرٹ ہے۔ بہت سارے پیرامیڈ وہاں پر ہیں، احرام۔ وہ بھی میں نے دیکھا ہے۔ تو ان لوگوں کو ایک زمانہ آیا کہ ساری دنیا میں لگے ہوئے ریسرچ کرنے، تحقیق کرنے، دریافت کرنے۔</w:t>
      </w:r>
    </w:p>
    <w:p>
      <w:r>
        <w:rPr>
          <w:b/>
        </w:rPr>
        <w:t xml:space="preserve">[31:19] </w:t>
      </w:r>
      <w:r>
        <w:t>to unhon ne gaye, ehraam jo hain bohat bari buildingen is shakal ki hain, pyramids.</w:t>
      </w:r>
    </w:p>
    <w:p>
      <w:pPr>
        <w:jc w:val="right"/>
      </w:pPr>
      <w:r>
        <w:t>تو انہوں نے گئے، احرام جو ہیں بہت بڑی بلڈنگیں اس شکل کی ہیں، پیرامیڈز۔</w:t>
      </w:r>
    </w:p>
    <w:p>
      <w:r>
        <w:rPr>
          <w:b/>
        </w:rPr>
        <w:t xml:space="preserve">[31:29] </w:t>
      </w:r>
      <w:r>
        <w:t>to unhon ne is ke gate kholna chaha. to wahan par mashhoor tha ke ehraam ke andar laanat al-firauna hai.</w:t>
      </w:r>
    </w:p>
    <w:p>
      <w:pPr>
        <w:jc w:val="right"/>
      </w:pPr>
      <w:r>
        <w:t>تو انہوں نے اس کے گیٹ کھولنا چاہا۔ تو وہاں پر مشہور تھا کہ احرام کے اندر لعنت الفرعینہ ہے۔</w:t>
      </w:r>
    </w:p>
    <w:p>
      <w:r>
        <w:rPr>
          <w:b/>
        </w:rPr>
        <w:t xml:space="preserve">[31:42] </w:t>
      </w:r>
      <w:r>
        <w:t>firaun ki laanat. is ko jo kholega woh mar jayega. to jab in mustashreen ne gate khola to andar se bohat tez hawa aai.</w:t>
      </w:r>
    </w:p>
    <w:p>
      <w:pPr>
        <w:jc w:val="right"/>
      </w:pPr>
      <w:r>
        <w:t>فرعون کی لعنت۔ اس کو جو کھولے گا وہ مر جائے گا۔ تو جب ان مستشرین نے گیٹ کھولا تو اندر سے بہت تیز ہوا آئی۔</w:t>
      </w:r>
    </w:p>
    <w:p>
      <w:r>
        <w:rPr>
          <w:b/>
        </w:rPr>
        <w:t xml:space="preserve">[31:56] </w:t>
      </w:r>
      <w:r>
        <w:t>foran gate band kar diya gaya.</w:t>
      </w:r>
    </w:p>
    <w:p>
      <w:pPr>
        <w:jc w:val="right"/>
      </w:pPr>
      <w:r>
        <w:t>فوراً گیٹ بند کر دیا گیا۔</w:t>
      </w:r>
    </w:p>
    <w:p>
      <w:r>
        <w:rPr>
          <w:b/>
        </w:rPr>
        <w:t xml:space="preserve">[31:59] </w:t>
      </w:r>
      <w:r>
        <w:t>to yeh log jo hain tohamat mein ko nahi mante thay. laanat al-firauna ka jo tohamati aqeedah tha, is ko nahi mante thay woh.</w:t>
      </w:r>
    </w:p>
    <w:p>
      <w:pPr>
        <w:jc w:val="right"/>
      </w:pPr>
      <w:r>
        <w:t>تو یہ لوگ جو ہیں توہمات میں کو نہیں مانتے تھے۔ لعنت الفرعینہ کا جو توہماتی عقیدہ تھا، اس کو نہیں مانتے تھے وہ۔</w:t>
      </w:r>
    </w:p>
    <w:p>
      <w:r>
        <w:rPr>
          <w:b/>
        </w:rPr>
        <w:t xml:space="preserve">[32:08] </w:t>
      </w:r>
      <w:r>
        <w:t>unhon ne tehqeeq ki ke aakhir kya cheez hai is ke andar. to to maloom hua ke ehraam ke andar jo woh choti choti chirya hoti hain, ababeel type ki,</w:t>
      </w:r>
    </w:p>
    <w:p>
      <w:pPr>
        <w:jc w:val="right"/>
      </w:pPr>
      <w:r>
        <w:t>انہوں نے تحقیق کی کہ آخر کیا چیز ہے اس کے اندر۔ تو تو معلوم ہوا کہ احرام کے اندر جو وہ چھوٹی چھوٹی چڑیا ہوتی ہیں، ابابیل ٹائپ کی،</w:t>
      </w:r>
    </w:p>
    <w:p>
      <w:r>
        <w:rPr>
          <w:b/>
        </w:rPr>
        <w:t xml:space="preserve">[32:21] </w:t>
      </w:r>
      <w:r>
        <w:t>woh is mein hazaron saal se woh beat kar rahi hain.</w:t>
      </w:r>
    </w:p>
    <w:p>
      <w:pPr>
        <w:jc w:val="right"/>
      </w:pPr>
      <w:r>
        <w:t>وہ اس میں ہزاروں سال سے وہ بیٹ کر رہی ہیں۔</w:t>
      </w:r>
    </w:p>
    <w:p>
      <w:r>
        <w:rPr>
          <w:b/>
        </w:rPr>
        <w:t xml:space="preserve">[32:26] </w:t>
      </w:r>
      <w:r>
        <w:t>is ki beat ki wajah se is se gas nikal nikalti hai. is gas ki wajah se aisa hota hai ke aadmi agar dakhil ho to mar jata hai.</w:t>
      </w:r>
    </w:p>
    <w:p>
      <w:pPr>
        <w:jc w:val="right"/>
      </w:pPr>
      <w:r>
        <w:t>اس کی بیٹ کی وجہ سے اس سے گیس نکل نکلتی ہے۔ اس گیس کی وجہ سے ایسا ہوتا ہے کہ آدمی اگر داخل ہو تو مر جاتا ہے۔</w:t>
      </w:r>
    </w:p>
    <w:p>
      <w:r>
        <w:rPr>
          <w:b/>
        </w:rPr>
        <w:t xml:space="preserve">[32:36] </w:t>
      </w:r>
      <w:r>
        <w:t>yani gas ko inhale kar ke, gas ko inhale kar ke mar jata hai. to is ko arab log kehte thay ke laanat al-firauna. to in logon ne kya kiya?</w:t>
      </w:r>
    </w:p>
    <w:p>
      <w:pPr>
        <w:jc w:val="right"/>
      </w:pPr>
      <w:r>
        <w:t>یعنی گیس کو انہیل کر کے، گیس کو انہیل کر کے مر جاتا ہے۔ تو اس کو عرب لوگ کہتے تھے کہ لعنت الفرعینہ۔ تو ان لوگوں نے کیا کیا؟</w:t>
      </w:r>
    </w:p>
    <w:p>
      <w:r>
        <w:rPr>
          <w:b/>
        </w:rPr>
        <w:t xml:space="preserve">[32:47] </w:t>
      </w:r>
      <w:r>
        <w:t>unhon ne aaj kal jo masheen hoti hain hawa ko nikalne ki, hawa ko nikala unhon ne.</w:t>
      </w:r>
    </w:p>
    <w:p>
      <w:pPr>
        <w:jc w:val="right"/>
      </w:pPr>
      <w:r>
        <w:t>انہوں نے آج کل جو مشینیں ہوتی ہیں ہوا کو نکالنے کی، ہوا کو نکالا انہوں نے۔</w:t>
      </w:r>
    </w:p>
    <w:p>
      <w:r>
        <w:rPr>
          <w:b/>
        </w:rPr>
        <w:t xml:space="preserve">[32:55] </w:t>
      </w:r>
      <w:r>
        <w:t>saari gasen jo hain bahar ki gayeen. yani jaise exhaust fan hota hai, har jagah lagaya lagaya hota hai, woh exhaust fan kya karta hai?</w:t>
      </w:r>
    </w:p>
    <w:p>
      <w:pPr>
        <w:jc w:val="right"/>
      </w:pPr>
      <w:r>
        <w:t>ساری گیسیں جو ہیں باہر کی گئیں۔ یعنی جیسے ایگزاسٹ فین ہوتا ہے، ہر جگہ لگایا لگایا ہوتا ہے، وہ ایگزاسٹ فین کیا کرتا ہے؟</w:t>
      </w:r>
    </w:p>
    <w:p>
      <w:r>
        <w:rPr>
          <w:b/>
        </w:rPr>
        <w:t xml:space="preserve">[33:04] </w:t>
      </w:r>
      <w:r>
        <w:t>andar ki hawa bahar karta hai. to andar ki saari gasen jo theen, woh bahar nikali gayeen. jo koi jis ko inhale karne se aadmi mar jata tha.</w:t>
      </w:r>
    </w:p>
    <w:p>
      <w:pPr>
        <w:jc w:val="right"/>
      </w:pPr>
      <w:r>
        <w:t>اندر کی ہوا باہر کرتا ہے۔ تو اندر کی ساری گیسیں جو تھیں، وہ باہر نکالی گئیں۔ جو کوئی جس کو انہیل کرنے سے آدمی مر جاتا تھا۔</w:t>
      </w:r>
    </w:p>
    <w:p>
      <w:r>
        <w:rPr>
          <w:b/>
        </w:rPr>
        <w:t xml:space="preserve">[33:17] </w:t>
      </w:r>
      <w:r>
        <w:t>tab woh mustashreen dakhil hue to wahan par mumiai ki hui lashen maujood theen.</w:t>
      </w:r>
    </w:p>
    <w:p>
      <w:pPr>
        <w:jc w:val="right"/>
      </w:pPr>
      <w:r>
        <w:t>تب وہ مستشرین داخل ہوئے تو وہاں پر مومیائی کی ہوئی لاشیں موجود تھیں۔</w:t>
      </w:r>
    </w:p>
    <w:p>
      <w:r>
        <w:rPr>
          <w:b/>
        </w:rPr>
        <w:t xml:space="preserve">[33:24] </w:t>
      </w:r>
      <w:r>
        <w:t>is mein ek laash thi is ki. is firaun ki jo hai musa ka contemporary tha, us ko nikala gaya. aur aaj ke zamane mein dekhiye, carbon 14 dating technique hai jis se theek theek age maloom hoti hai, age umar.</w:t>
      </w:r>
    </w:p>
    <w:p>
      <w:pPr>
        <w:jc w:val="right"/>
      </w:pPr>
      <w:r>
        <w:t>اس میں ایک لاش تھی اس کی۔ اس فرعون کی جو ہے موسیٰ کا کنٹیمپریری تھا، اس کو نکالا گیا۔ اور آج کے زمانے میں دیکھیے، کاربن 14 ڈیٹنگ ٹیکنیک ہے جس سے ٹھیک ٹھیک ایج معلوم ہوتی ہے، ایج عمر۔</w:t>
      </w:r>
    </w:p>
    <w:p>
      <w:r>
        <w:rPr>
          <w:b/>
        </w:rPr>
        <w:t xml:space="preserve">[33:42] </w:t>
      </w:r>
      <w:r>
        <w:t>to carbon 14 dating ko apply kiya gaya. to maloom hua ke yeh to Hazrat Musa ka contemporary hai. theek wahi zamana, wahi hai is ka jo Hazrat Musa ka zamana tha.</w:t>
      </w:r>
    </w:p>
    <w:p>
      <w:pPr>
        <w:jc w:val="right"/>
      </w:pPr>
      <w:r>
        <w:t>تو کاربن 14 ڈیٹنگ کو اپلائی کیا گیا۔ تو معلوم ہوا کہ یہ تو حضرت موسیٰ کا کنٹیمپریری ہے۔ ٹھیک وہی زمانہ، وہی ہے اس کا جو حضرت موسیٰ کا زمانہ تھا۔</w:t>
      </w:r>
    </w:p>
    <w:p>
      <w:r>
        <w:rPr>
          <w:b/>
        </w:rPr>
        <w:t xml:space="preserve">[33:54] </w:t>
      </w:r>
      <w:r>
        <w:t>to yeh baat confirm ho gayi ke yeh wahi firaun hai, yeh isi firaun ki body hai jo gharaq hua tha Hazrat Musa ke zamane mein.</w:t>
      </w:r>
    </w:p>
    <w:p>
      <w:pPr>
        <w:jc w:val="right"/>
      </w:pPr>
      <w:r>
        <w:t>تو یہ بات کنفرم ہو گئی کہ یہ وہی فرعون ہے، یہ اسی فرعون کی باڈی ہے جو غرق ہوا تھا حضرت موسیٰ کے زمانے میں۔</w:t>
      </w:r>
    </w:p>
    <w:p>
      <w:r>
        <w:rPr>
          <w:b/>
        </w:rPr>
        <w:t xml:space="preserve">[34:03] </w:t>
      </w:r>
      <w:r>
        <w:t>is tarah se is ayat ki tasdeeq ho gayi ke alyawm nurjeeka bibadanika litakuna liman khalfaka aya.</w:t>
      </w:r>
    </w:p>
    <w:p>
      <w:pPr>
        <w:jc w:val="right"/>
      </w:pPr>
      <w:r>
        <w:t>اس طرح سے اس آیت کی تصدیق ہو گئی کہ اليوم نرجيك ببدنك لتكون لمن خلفك آیا۔</w:t>
      </w:r>
    </w:p>
    <w:p>
      <w:r>
        <w:rPr>
          <w:b/>
        </w:rPr>
        <w:t xml:space="preserve">[34:12] </w:t>
      </w:r>
      <w:r>
        <w:t>ek ek ek event ko ke baray mein peshin goi ke woh mustaqbil mein zahir hoga. ab main ek aur misaal deta hoon.</w:t>
      </w:r>
    </w:p>
    <w:p>
      <w:pPr>
        <w:jc w:val="right"/>
      </w:pPr>
      <w:r>
        <w:t>ایک ایک ایک ایونٹ کو کے بارے میں پیشین گوئی کہ وہ مستقبل میں ظاہر ہوگا۔ اب میں ایک اور مثال دیتا ہوں۔</w:t>
      </w:r>
    </w:p>
    <w:p>
      <w:r>
        <w:rPr>
          <w:b/>
        </w:rPr>
        <w:t xml:space="preserve">[34:22] </w:t>
      </w:r>
      <w:r>
        <w:t>quran mein surah al-room mein hai ghalabat al-room fi in al-ard wa min ba'di ghalabihim sayaghlabuna fi buz sanin wahan aisa hua tha ke arab ke atraf mein do bari saltanaten theen, romi aur irani.</w:t>
      </w:r>
    </w:p>
    <w:p>
      <w:pPr>
        <w:jc w:val="right"/>
      </w:pPr>
      <w:r>
        <w:t>قرآن میں سورہ الروم میں ہے غلبت الروم فی ان الارض ومن بعد غلبہم سیغلبون فی بز سنین وہاں ایسا ہوا تھا کہ عرب کے اطراف میں دو بڑی سلطنتیں تھیں، رومی اور ایرانی۔</w:t>
      </w:r>
    </w:p>
    <w:p>
      <w:r>
        <w:rPr>
          <w:b/>
        </w:rPr>
        <w:t xml:space="preserve">[34:40] </w:t>
      </w:r>
      <w:r>
        <w:t>to un mein takrao hua. to irani haar gaye, romi jeet gaye. is waqt bohat hi ajeeb ghareeb tor par quran mein yeh peshingoyi utri</w:t>
      </w:r>
    </w:p>
    <w:p>
      <w:pPr>
        <w:jc w:val="right"/>
      </w:pPr>
      <w:r>
        <w:t>تو ان میں ٹکراؤ ہوا۔ تو ایرانی ہار گئے، رومی جیت گئے۔ اس وقت بہت ہی عجیب غریب طور پر قرآن میں یہ پیشنگوئی اتری</w:t>
      </w:r>
    </w:p>
    <w:p>
      <w:r>
        <w:rPr>
          <w:b/>
        </w:rPr>
        <w:t xml:space="preserve">[34:50] </w:t>
      </w:r>
      <w:r>
        <w:t>ke das saal ke andar andar dobara aisa hoga ke romi jeet jayenge, irani haar jayenge. aur yeh waqea theek das saal ke andar, nau taqreeban nau saal mein pesh aaya.</w:t>
      </w:r>
    </w:p>
    <w:p>
      <w:pPr>
        <w:jc w:val="right"/>
      </w:pPr>
      <w:r>
        <w:t>کہ دس سال کے اندر اندر دوبارہ ایسا ہوگا کہ رومی جیت جائیں گے، ایرانی ہار جائیں گے۔ اور یہ واقعہ ٹھیک دس سال کے اندر، نو تقریباً نو سال میں پیش آیا۔</w:t>
      </w:r>
    </w:p>
    <w:p>
      <w:r>
        <w:rPr>
          <w:b/>
        </w:rPr>
        <w:t xml:space="preserve">[35:04] </w:t>
      </w:r>
      <w:r>
        <w:t>yeh is ki tafseel maine likhi apni kitab mein mazhab aur jadeed chalain. do misaal woh hain jo ek infiradi event ki peshin goi quran mein aai aur phir woh poori hui.</w:t>
      </w:r>
    </w:p>
    <w:p>
      <w:pPr>
        <w:jc w:val="right"/>
      </w:pPr>
      <w:r>
        <w:t>یہ اس کی تفصیل میں نے لکھی اپنی کتاب میں مذہب اور جدید چلیں۔ دو مثال وہ ہیں جو ایک انفرادی ایونٹ کی پیشین گوئی قرآن میں آئی اور پھر وہ پوری ہوئی۔</w:t>
      </w:r>
    </w:p>
    <w:p>
      <w:r>
        <w:rPr>
          <w:b/>
        </w:rPr>
        <w:t xml:space="preserve">[35:15] </w:t>
      </w:r>
      <w:r>
        <w:t>ab age ko lijiye, ek age</w:t>
      </w:r>
    </w:p>
    <w:p>
      <w:pPr>
        <w:jc w:val="right"/>
      </w:pPr>
      <w:r>
        <w:t>اب ایج کو لیجیے، ایک ایج</w:t>
      </w:r>
    </w:p>
    <w:p>
      <w:r>
        <w:rPr>
          <w:b/>
        </w:rPr>
        <w:t xml:space="preserve">[35:19] </w:t>
      </w:r>
      <w:r>
        <w:t>. yeh to ek infiradi event tha, ek infiradi waqea. doosri bohat sari peshin goi'en hain jis mein ke poore ek age ki peshin goi hai. poore poore age ki.</w:t>
      </w:r>
    </w:p>
    <w:p>
      <w:pPr>
        <w:jc w:val="right"/>
      </w:pPr>
      <w:r>
        <w:t>۔ یہ تو ایک انفرادی ایونٹ تھا، ایک انفرادی واقعہ۔ دوسری بہت ساری پیشین گوئیاں ہیں جس میں کہ پورے ایک ایج کی پیشین گوئی ہے۔ پورے پورے ایج کی۔</w:t>
      </w:r>
    </w:p>
    <w:p>
      <w:r>
        <w:rPr>
          <w:b/>
        </w:rPr>
        <w:t xml:space="preserve">[35:31] </w:t>
      </w:r>
      <w:r>
        <w:t>maslan dekhiye. yeh baaten main is liye kar raha hoon ke aap ki aap ka aap ki marifat بڑえ. higher form of marifat aap ko hasil ho.</w:t>
      </w:r>
    </w:p>
    <w:p>
      <w:pPr>
        <w:jc w:val="right"/>
      </w:pPr>
      <w:r>
        <w:t>مثلاً دیکھیے۔ یہ باتیں میں اس لیے کر رہا ہوں کہ آپ کی آپ کا آپ کی معرفت بڑھے۔ ہائیر فارم آف معرفت آپ کو حاصل ہو۔</w:t>
      </w:r>
    </w:p>
    <w:p>
      <w:r>
        <w:rPr>
          <w:b/>
        </w:rPr>
        <w:t xml:space="preserve">[35:40] </w:t>
      </w:r>
      <w:r>
        <w:t>dawati shauq barhe aap ka. Allah se qurbat ka jazba aur zyada se zyada ho. Deen ko rediscover karen aap. Aur yeh jhooti nafraten phaili, is ko khatm karte hain aap.</w:t>
      </w:r>
    </w:p>
    <w:p>
      <w:pPr>
        <w:jc w:val="right"/>
      </w:pPr>
      <w:r>
        <w:t>دعوتی شوق بڑھے آپ کا۔ اللہ سے قربت کا جذبہ اور زیادہ سے زیادہ ہو۔ دین کو ری ڈسکور کریں آپ۔ اور یہ جھوٹی نفرتیں پھیلی، اس کو ختم کرتے ہیں آپ۔</w:t>
      </w:r>
    </w:p>
    <w:p>
      <w:r>
        <w:rPr>
          <w:b/>
        </w:rPr>
        <w:t xml:space="preserve">[35:52] </w:t>
      </w:r>
      <w:r>
        <w:t>insan ki mohabbat mein jeet jeena seekhen. Yeh sab jhooti nafraten hain. Yeh afai hain, afai nahi hain. Woh muideen hain, woh</w:t>
      </w:r>
    </w:p>
    <w:p>
      <w:pPr>
        <w:jc w:val="right"/>
      </w:pPr>
      <w:r>
        <w:t>انسان کی محبت میں جیت جینا سیکھیں۔ یہ سب جھوٹی نفرتیں ہیں۔ یہ افائی ہیں، افائی نہیں ہیں۔ وہ معیدین ہیں، وہ</w:t>
      </w:r>
    </w:p>
    <w:p>
      <w:r>
        <w:rPr>
          <w:b/>
        </w:rPr>
        <w:t xml:space="preserve">[36:00] </w:t>
      </w:r>
      <w:r>
        <w:t>jin ko aap afai kehte hain, woh muideen hain, woh. To Quran mein hai, dekhiye.</w:t>
      </w:r>
    </w:p>
    <w:p>
      <w:pPr>
        <w:jc w:val="right"/>
      </w:pPr>
      <w:r>
        <w:t>جن کو آپ افائی کہتے ہیں، وہ معیدین ہیں، وہ۔ تو قرآن میں ہے، دیکھیے۔</w:t>
      </w:r>
    </w:p>
    <w:p>
      <w:r>
        <w:rPr>
          <w:b/>
        </w:rPr>
        <w:t xml:space="preserve">[36:09] </w:t>
      </w:r>
      <w:r>
        <w:t>ek ayat hai ke sanureehim ayatina fil afaqi wa fi anfusihim hatta yatabayyan al-haq ke mustaqbil mein hum dikhayenge apni nishaniyan.</w:t>
      </w:r>
    </w:p>
    <w:p>
      <w:pPr>
        <w:jc w:val="right"/>
      </w:pPr>
      <w:r>
        <w:t>ایک آیت ہے کہ سنریہم آیاتنا فی الآفاق و فی أنفسہم حتیٰ یتبین الحق کہ مستقبل میں ہم دکھائیں گے اپنی نشانیاں۔</w:t>
      </w:r>
    </w:p>
    <w:p>
      <w:r>
        <w:rPr>
          <w:b/>
        </w:rPr>
        <w:t xml:space="preserve">[36:27] </w:t>
      </w:r>
      <w:r>
        <w:t>yahan tak ke nishaniyan afaq mein aur anfus mein, yani poori kainat mein aur nature mein. Yahan tak khul jaye ke yahi haq hai.</w:t>
      </w:r>
    </w:p>
    <w:p>
      <w:pPr>
        <w:jc w:val="right"/>
      </w:pPr>
      <w:r>
        <w:t>یہاں تک کہ نشانیاں آفاق میں اور انفس میں، یعنی پوری کائنات میں اور نیچر میں۔ یہاں تک کھل جائے کہ یہی حق ہے۔</w:t>
      </w:r>
    </w:p>
    <w:p>
      <w:r>
        <w:rPr>
          <w:b/>
        </w:rPr>
        <w:t xml:space="preserve">[36:38] </w:t>
      </w:r>
      <w:r>
        <w:t>yeh ideological, yani sadaqat jo Islam ki hai, is ki scientific tasdeeq. Jab Islam dunya mein aaya to us waqt sirf riwayati dhang ke dalail is par qaim hote the.</w:t>
      </w:r>
    </w:p>
    <w:p>
      <w:pPr>
        <w:jc w:val="right"/>
      </w:pPr>
      <w:r>
        <w:t>یہ آئیڈیالوجیکل، یعنی صداقت جو اسلام کی ہے، اس کی سائنسی تصدیق۔ جب اسلام دنیا میں آیا تو اس وقت صرف روایتی ڈھنگ کے دلائل اس پر قائم ہوتے تھے۔</w:t>
      </w:r>
    </w:p>
    <w:p>
      <w:r>
        <w:rPr>
          <w:b/>
        </w:rPr>
        <w:t xml:space="preserve">[36:53] </w:t>
      </w:r>
      <w:r>
        <w:t>riwayati dhang ke dalail. Ab jo naya daur aaya, Newton ke baad, pichle teen sau saal ke andar, is mein yeh mumkin ho gaya ke Islam ki sadaqat ko scientific satah par mudallal kiya ja sake.</w:t>
      </w:r>
    </w:p>
    <w:p>
      <w:pPr>
        <w:jc w:val="right"/>
      </w:pPr>
      <w:r>
        <w:t>روایتی ڈھنگ کے دلائل۔ اب جو نیا دور آیا، نیوٹن کے بعد، پچھلے تین سو سال کے اندر، اس میں یہ ممکن ہو گیا کہ اسلام کی صداقت کو سائنسی سطح پر مدلل کیا جا سکے۔</w:t>
      </w:r>
    </w:p>
    <w:p>
      <w:r>
        <w:rPr>
          <w:b/>
        </w:rPr>
        <w:t xml:space="preserve">[37:07] </w:t>
      </w:r>
      <w:r>
        <w:t>yeh is ki peshangoi hai. Is mein aap ghor kijiye ke kaisi ajeeb baat hai ke saatwein saatwein sadi eesvi mein, jabke koi science ka koi wajood bhi nahi tha,</w:t>
      </w:r>
    </w:p>
    <w:p>
      <w:pPr>
        <w:jc w:val="right"/>
      </w:pPr>
      <w:r>
        <w:t>یہ اس کی پیشین گوئی ہے۔ اس میں آپ غور کیجیے کہ کیسی عجیب بات ہے کہ ساتویں ساتویں صدی عیسوی میں، جبکہ کوئی سائنس کا کوئی وجود بھی نہیں تھا،</w:t>
      </w:r>
    </w:p>
    <w:p>
      <w:r>
        <w:rPr>
          <w:b/>
        </w:rPr>
        <w:t xml:space="preserve">[37:21] </w:t>
      </w:r>
      <w:r>
        <w:t>koi nahi janta tha ke mustaqbil mein kya hone wala hai. Us waqt Allah taala ne farmaya, kyunke Allah taala aalimul ghaib hai,</w:t>
      </w:r>
    </w:p>
    <w:p>
      <w:pPr>
        <w:jc w:val="right"/>
      </w:pPr>
      <w:r>
        <w:t>کوئی نہیں جانتا تھا کہ مستقبل میں کیا ہونے والا ہے۔ اس وقت اللہ تعالیٰ نے فرمایا، کیونکہ اللہ تعالیٰ عالم الغیب ہے،</w:t>
      </w:r>
    </w:p>
    <w:p>
      <w:r>
        <w:rPr>
          <w:b/>
        </w:rPr>
        <w:t xml:space="preserve">[37:30] </w:t>
      </w:r>
      <w:r>
        <w:t>aalimul ghaib hai. To yeh matlab hai is hadith ka jo hai ke ke meri ummat ka agla hissa is ka zyada khair is ke hisse mein aayega.</w:t>
      </w:r>
    </w:p>
    <w:p>
      <w:pPr>
        <w:jc w:val="right"/>
      </w:pPr>
      <w:r>
        <w:t>عالم الغیب ہے۔ تو یہ مطلب ہے اس حدیث کا جو ہے کہ کہ میری امت کا اگلا حصہ اس کا زیادہ خیر اس کے حصے میں آئے گا۔</w:t>
      </w:r>
    </w:p>
    <w:p>
      <w:r>
        <w:rPr>
          <w:b/>
        </w:rPr>
        <w:t xml:space="preserve">[37:40] </w:t>
      </w:r>
      <w:r>
        <w:t>yeh fazilat ki baat nahi hai, inhi cheezon ki baat hai ke is ummat ki continuity pahunchegi is zamane tak jab ke yeh sari baaten zahir hongi.</w:t>
      </w:r>
    </w:p>
    <w:p>
      <w:pPr>
        <w:jc w:val="right"/>
      </w:pPr>
      <w:r>
        <w:t>یہ فضیلت کی بات نہیں ہے، انہی چیزوں کی بات ہے کہ اس امت کی کنٹینیوٹی پہنچے گی اس زمانے تک جب کہ یہ ساری باتیں ظاہر ہوں گی۔</w:t>
      </w:r>
    </w:p>
    <w:p>
      <w:r>
        <w:rPr>
          <w:b/>
        </w:rPr>
        <w:t xml:space="preserve">[37:49] </w:t>
      </w:r>
      <w:r>
        <w:t>technical baaten</w:t>
      </w:r>
    </w:p>
    <w:p>
      <w:pPr>
        <w:jc w:val="right"/>
      </w:pPr>
      <w:r>
        <w:t>ٹیکنیکل باتیں</w:t>
      </w:r>
    </w:p>
    <w:p>
      <w:r>
        <w:rPr>
          <w:b/>
        </w:rPr>
        <w:t xml:space="preserve">[37:54] </w:t>
      </w:r>
      <w:r>
        <w:t>isi tarah se aur aur kai cheezen hain jin ko main woh ijtihadi rai meri hai, lekin main is mein koi is mein koi khatre ki baat nahi ke main aisa ijtihad karoon.</w:t>
      </w:r>
    </w:p>
    <w:p>
      <w:pPr>
        <w:jc w:val="right"/>
      </w:pPr>
      <w:r>
        <w:t>اسی طرح سے اور اور کئی چیزیں ہیں جن کو میں وہ اجتہادی رائے میری ہے، لیکن میں اس میں کوئی اس میں کوئی خطرے کی بات نہیں کہ میں ایسا اجتہاد کروں۔</w:t>
      </w:r>
    </w:p>
    <w:p>
      <w:r>
        <w:rPr>
          <w:b/>
        </w:rPr>
        <w:t xml:space="preserve">[38:05] </w:t>
      </w:r>
      <w:r>
        <w:t>misal ke taur par dekhiye, Quran mein jo hai yeh ayat ke hatta addafah Yaajooj wa Maajooj wa min kulli hadibin yansaloon is ke andar hum is tarah global mobilization ki peshangoi hue ke</w:t>
      </w:r>
    </w:p>
    <w:p>
      <w:pPr>
        <w:jc w:val="right"/>
      </w:pPr>
      <w:r>
        <w:t>مثال کے طور پر دیکھیے، قرآن میں جو ہے یہ آیت کہ حتیٰ اضافۃ یاجوج وماجوج و من کلھدبین سلون اس کے اندر ہم اس طرح گلوبل موبیلائزیشن کی پیشنگوئی ہوئے کہ</w:t>
      </w:r>
    </w:p>
    <w:p>
      <w:r>
        <w:rPr>
          <w:b/>
        </w:rPr>
        <w:t xml:space="preserve">[38:22] </w:t>
      </w:r>
      <w:r>
        <w:t>baad ke daur mein global globe ke level par poori karah arz ke level par log aayenge, jayenge, idhar udhar is ki peshangoi is ke andar hai.</w:t>
      </w:r>
    </w:p>
    <w:p>
      <w:pPr>
        <w:jc w:val="right"/>
      </w:pPr>
      <w:r>
        <w:t>بعد کے دور میں گلوبل گلوب کے لیول پر پوری کرہ ارض کے لیول پر لوگ آئیں گے، جائیں گے، ادھر ادھر اس کی پیشنگوئی اس کے اندر ہے۔</w:t>
      </w:r>
    </w:p>
    <w:p>
      <w:r>
        <w:rPr>
          <w:b/>
        </w:rPr>
        <w:t xml:space="preserve">[38:31] </w:t>
      </w:r>
      <w:r>
        <w:t>hadda addafah hatta addafah Yaajooj wa Maajooj wa min kulli hadibin yansaloon tamam darwaze khul jayenge, tamam rukavaten door ho jayengi.</w:t>
      </w:r>
    </w:p>
    <w:p>
      <w:pPr>
        <w:jc w:val="right"/>
      </w:pPr>
      <w:r>
        <w:t>هدا اضاف حتیٰ اضافۃ یاجوج وماجوج و من کلھدبین سلون تمام دروازے کھل جائیں گے، تمام رکاوٹیں دور ہو جائیں گی۔</w:t>
      </w:r>
    </w:p>
    <w:p>
      <w:r>
        <w:rPr>
          <w:b/>
        </w:rPr>
        <w:t xml:space="preserve">[38:39] </w:t>
      </w:r>
      <w:r>
        <w:t>log khoob yahan jayenge, wahan jayenge. Yeh hai global mobilization. Abhi hamare saathi Mr Rajat Malhotra gaye the Singapore.</w:t>
      </w:r>
    </w:p>
    <w:p>
      <w:pPr>
        <w:jc w:val="right"/>
      </w:pPr>
      <w:r>
        <w:t>لوگ خوب یہاں جائیں گے، وہاں جائیں گے۔ یہ ہے گلوبل موبیلائزیشن۔ ابھی ہمارے ساتھی مسٹر رجت مروترا گئے تھے سنگاپور۔</w:t>
      </w:r>
    </w:p>
    <w:p>
      <w:r>
        <w:rPr>
          <w:b/>
        </w:rPr>
        <w:t xml:space="preserve">[38:51] </w:t>
      </w:r>
      <w:r>
        <w:t>wahan par un ko Morocco ka ek Musalman mile, Mr Sharaf. Un se unhon ne kaha ke bhai aap Quran phailaiye Morocco mein.</w:t>
      </w:r>
    </w:p>
    <w:p>
      <w:pPr>
        <w:jc w:val="right"/>
      </w:pPr>
      <w:r>
        <w:t>وہاں پر ان کو مراکو کا ایک مسلمان ملے، مسٹر شرف۔ ان سے انہوں نے کہا کہ بھئی آپ قرآن پھیلائیے مراکو میں۔</w:t>
      </w:r>
    </w:p>
    <w:p>
      <w:r>
        <w:rPr>
          <w:b/>
        </w:rPr>
        <w:t xml:space="preserve">[39:02] </w:t>
      </w:r>
      <w:r>
        <w:t>to unhon ne kaha ke wahan to sab Musalman hain. Unhon ne kaha ke nahi, aap ke haan to tourist bohat aate hain.</w:t>
      </w:r>
    </w:p>
    <w:p>
      <w:pPr>
        <w:jc w:val="right"/>
      </w:pPr>
      <w:r>
        <w:t>تو انہوں نے کہا کہ وہاں تو سب مسلمان ہیں۔ انہوں نے کہا کہ نہیں، آپ کے ہاں تو ٹورسٹ بہت آتے ہیں۔</w:t>
      </w:r>
    </w:p>
    <w:p>
      <w:r>
        <w:rPr>
          <w:b/>
        </w:rPr>
        <w:t xml:space="preserve">[39:12] </w:t>
      </w:r>
      <w:r>
        <w:t>to is is Morocco ke Musalman ne kaha ke hum to zyada tourist aana band band ho jaye.</w:t>
      </w:r>
    </w:p>
    <w:p>
      <w:pPr>
        <w:jc w:val="right"/>
      </w:pPr>
      <w:r>
        <w:t>تو اس اس مراکو کے مسلمان نے کہا کہ ہم تو زیادہ ٹورسٹ آنا بند بند ہو جائے۔</w:t>
      </w:r>
    </w:p>
    <w:p>
      <w:r>
        <w:rPr>
          <w:b/>
        </w:rPr>
        <w:t xml:space="preserve">[39:19] </w:t>
      </w:r>
      <w:r>
        <w:t>yani tourist ko aana aana band ho jaye, tourist na aayen hamare haan, kyunke yeh to dushman mulkon ke log hote hain.</w:t>
      </w:r>
    </w:p>
    <w:p>
      <w:pPr>
        <w:jc w:val="right"/>
      </w:pPr>
      <w:r>
        <w:t>یعنی ٹورسٹ کو آنا آنا بند ہو جائے، ٹورسٹ نہ آئیں ہمارے ہاں، کیونکہ یہ تو دشمن ملکوں کے لوگ ہوتے ہیں۔</w:t>
      </w:r>
    </w:p>
    <w:p>
      <w:r>
        <w:rPr>
          <w:b/>
        </w:rPr>
        <w:t xml:space="preserve">[39:28] </w:t>
      </w:r>
      <w:r>
        <w:t>ab bataiye, Allah taala ne un ko khola, matlab madu ke aap ke ghar bhej diya. Yani pehle madu ke paas dawi aaya karta tha, ab madu khud dawi ke paas aa raha hai.</w:t>
      </w:r>
    </w:p>
    <w:p>
      <w:pPr>
        <w:jc w:val="right"/>
      </w:pPr>
      <w:r>
        <w:t>اب بتائیے، اللہ تعالیٰ نے ان کو کھولا، مطلب مدعو کے آپ کے گھر بھیج دیا۔ یعنی پہلے مدعو کے پاس داعی آیا کرتا تھا، اب مدعو خود داعی کے پاس آ رہا ہے۔</w:t>
      </w:r>
    </w:p>
    <w:p>
      <w:r>
        <w:rPr>
          <w:b/>
        </w:rPr>
        <w:t xml:space="preserve">[39:41] </w:t>
      </w:r>
      <w:r>
        <w:t>kehti hai, ajeeb baat hai. To aap ko khush hona chahiye, khoob janna chahiye un ko Quran aur Islami kitaben. Lekin</w:t>
      </w:r>
    </w:p>
    <w:p>
      <w:pPr>
        <w:jc w:val="right"/>
      </w:pPr>
      <w:r>
        <w:t>کہتی ہے، عجیب بات ہے۔ تو آپ کو خوش ہونا چاہیے، خوب جاننا چاہیے ان کو قرآن اور اسلامی کتابیں۔ لیکن</w:t>
      </w:r>
    </w:p>
    <w:p>
      <w:r>
        <w:rPr>
          <w:b/>
        </w:rPr>
        <w:t xml:space="preserve">[39:51] </w:t>
      </w:r>
      <w:r>
        <w:t>Allah ke is scheme ko na janne ki wajah se kya hai, is ko dushman samjhe hue hain. Jab Mr Rajat ne un ko samjhaya ke bhai yeh to madu hain jo aap ke ghar khud aa rahe hain, to un ko dijiye Quran, un ko dijiye Islami kitaben.</w:t>
      </w:r>
    </w:p>
    <w:p>
      <w:pPr>
        <w:jc w:val="right"/>
      </w:pPr>
      <w:r>
        <w:t>اللہ کے اس سکیم کو نہ جاننے کی وجہ سے کیا ہے، اس کو دشمن سمجھے ہوئے ہیں۔ جب مسٹر رجت نے ان کو سمجھایا کہ بھئی یہ تو مدعو ہیں جو آپ کے گھر خود آ رہے ہیں، تو ان کو دیجیے قرآن، ان کو دیجیے اسلامی کتابیں۔</w:t>
      </w:r>
    </w:p>
    <w:p>
      <w:r>
        <w:rPr>
          <w:b/>
        </w:rPr>
        <w:t xml:space="preserve">[40:07] </w:t>
      </w:r>
      <w:r>
        <w:t>to khair, woh samajh gaya, bohat khush hua. Us ne kaha ke main ke yeh main is angle se main nahi dikhate cheezon ko. Yeh baat wahin ki baat nahi hai.</w:t>
      </w:r>
    </w:p>
    <w:p>
      <w:pPr>
        <w:jc w:val="right"/>
      </w:pPr>
      <w:r>
        <w:t>تو خیر، وہ سمجھ گیا، بہت خوش ہوا۔ اس نے کہا کہ میں کہ یہ میں اس اینگل سے میں نہیں دکھاتے چیزوں کو۔ یہ بات وہیں کی بات نہیں ہے۔</w:t>
      </w:r>
    </w:p>
    <w:p>
      <w:r>
        <w:rPr>
          <w:b/>
        </w:rPr>
        <w:t xml:space="preserve">[40:17] </w:t>
      </w:r>
      <w:r>
        <w:t>ab jitne muslim mumalik hain, har jagah bohat bari tadad mein tourist atay hain. yani Iraq mein, aur Afghanistan mein, aur Misr mein, Lebanon mein,</w:t>
      </w:r>
    </w:p>
    <w:p>
      <w:pPr>
        <w:jc w:val="right"/>
      </w:pPr>
      <w:r>
        <w:t>اب جتنے مسلم ممالک ہیں، ہر جگہ بہت بڑی تعداد میں ٹورسٹ آتے ہیں۔ یعنی عراق میں، اور افغانستان میں، اور مصر میں، لبنان میں،</w:t>
      </w:r>
    </w:p>
    <w:p>
      <w:r>
        <w:rPr>
          <w:b/>
        </w:rPr>
        <w:t xml:space="preserve">[40:34] </w:t>
      </w:r>
      <w:r>
        <w:t>Sham mein, Falasteen mein, Kashmir mein, khud India mein bohat ziyada tourist atay hain. lekin musalman in ko dekhte hain dushman ke roop mein.</w:t>
      </w:r>
    </w:p>
    <w:p>
      <w:pPr>
        <w:jc w:val="right"/>
      </w:pPr>
      <w:r>
        <w:t>شام میں، فلسطین میں، کشمیر میں، خود انڈیا میں بہت زیادہ ٹورسٹ آتے ہیں۔ لیکن مسلمان ان کو دیکھتے ہیں دشمن کے روپ میں۔</w:t>
      </w:r>
    </w:p>
    <w:p>
      <w:r>
        <w:rPr>
          <w:b/>
        </w:rPr>
        <w:t xml:space="preserve">[40:46] </w:t>
      </w:r>
      <w:r>
        <w:t>yani Allah taala ne khol diya darwazay ke log khoob idhar udhar jayen. yani madu khud daai ke paas pohanchay, aur musalmanon ko yeh mauqa milay ke sab ko Allah ke deen pohanchayen.</w:t>
      </w:r>
    </w:p>
    <w:p>
      <w:pPr>
        <w:jc w:val="right"/>
      </w:pPr>
      <w:r>
        <w:t>یعنی اللہ تعالیٰ نے کھول دیا دروازے کہ لوگ خوب ادھر ادھر جائیں۔ یعنی مدعو خود داعی کے پاس پہنچے، اور مسلمانوں کو یہ موقع ملے کہ سب کو اللہ کے دین پہنچائیں۔</w:t>
      </w:r>
    </w:p>
    <w:p>
      <w:r>
        <w:rPr>
          <w:b/>
        </w:rPr>
        <w:t xml:space="preserve">[41:01] </w:t>
      </w:r>
      <w:r>
        <w:t>woh lekin hum ne kya kar rakha hai, in ko dub kar rakha hai. yani yeh yeh yeh yeh conspirator hain, yeh yeh dushman hain. yeh bilkul bilkul base less baaten hain.</w:t>
      </w:r>
    </w:p>
    <w:p>
      <w:pPr>
        <w:jc w:val="right"/>
      </w:pPr>
      <w:r>
        <w:t>وہ لیکن ہم نے کیا کر رکھا ہے، ان کو ڈب کر رکھا ہے۔ یعنی یہ یہ یہ یہ کانسپریٹر ہیں، یہ یہ دشمن ہیں۔ یہ بالکل بالکل بیس لیس باتیں ہیں۔</w:t>
      </w:r>
    </w:p>
    <w:p>
      <w:r>
        <w:rPr>
          <w:b/>
        </w:rPr>
        <w:t xml:space="preserve">[41:12] </w:t>
      </w:r>
      <w:r>
        <w:t>Allah ki scheme se bekhabari ka nateeja hai.</w:t>
      </w:r>
    </w:p>
    <w:p>
      <w:pPr>
        <w:jc w:val="right"/>
      </w:pPr>
      <w:r>
        <w:t>اللہ کی سکیم سے بے خبری کا نتیجہ ہے۔</w:t>
      </w:r>
    </w:p>
    <w:p>
      <w:r>
        <w:rPr>
          <w:b/>
        </w:rPr>
        <w:t xml:space="preserve">[41:16] </w:t>
      </w:r>
      <w:r>
        <w:t>to kyun? is ki wajah hai ke ijtihadi nazariya nahi, ijtihadana soch nahi ke aap soch saken ke yeh dushman nahi hai, yeh to madu hai. is is baat ko janne ke liye aap ke andar mujtahidana nazar darkar hai.</w:t>
      </w:r>
    </w:p>
    <w:p>
      <w:pPr>
        <w:jc w:val="right"/>
      </w:pPr>
      <w:r>
        <w:t>تو کیوں؟ اس کی وجہ ہے کہ اجتہادی نظریہ نہیں، اجتہادانہ سوچ نہیں کہ آپ سوچ سکیں کہ یہ دشمن نہیں ہے، یہ تو مدعو ہے۔ اس اس بات کو جاننے کے لیے آپ کے اندر مجتہدانہ نظر درکار ہے۔</w:t>
      </w:r>
    </w:p>
    <w:p>
      <w:r>
        <w:rPr>
          <w:b/>
        </w:rPr>
        <w:t xml:space="preserve">[41:32] </w:t>
      </w:r>
      <w:r>
        <w:t>mujtahidana nazar.</w:t>
      </w:r>
    </w:p>
    <w:p>
      <w:pPr>
        <w:jc w:val="right"/>
      </w:pPr>
      <w:r>
        <w:t>مجتہدانہ نظر۔</w:t>
      </w:r>
    </w:p>
    <w:p>
      <w:r>
        <w:rPr>
          <w:b/>
        </w:rPr>
        <w:t xml:space="preserve">[41:35] </w:t>
      </w:r>
      <w:r>
        <w:t>aise hi mein arz karunga ke mein aik ijtihadi meri rai hai yeh. aur chounkay hadees mein hai ke ijtihadi ghalti ka ja, tab bhi yani niyat durust hai to is par sawab milay ga.</w:t>
      </w:r>
    </w:p>
    <w:p>
      <w:pPr>
        <w:jc w:val="right"/>
      </w:pPr>
      <w:r>
        <w:t>ایسے ہی میں عرض کروں گا کہ میں ایک اجتہادی میری رائے ہے یہ۔ اور چونکہ حدیث میں ہے کہ اجتہادی غلطی کا جا، تب بھی یعنی نیت درست ہے تو اس پر ثواب ملے گا۔</w:t>
      </w:r>
    </w:p>
    <w:p>
      <w:r>
        <w:rPr>
          <w:b/>
        </w:rPr>
        <w:t xml:space="preserve">[41:50] </w:t>
      </w:r>
      <w:r>
        <w:t>is liye main yeh kehta hoon ki jo rasool allah sallallahu alaihi wasallam ko jo isra hui</w:t>
      </w:r>
    </w:p>
    <w:p>
      <w:pPr>
        <w:jc w:val="right"/>
      </w:pPr>
      <w:r>
        <w:t>اس لیے میں یہ کہتا ہوں کہ جو رسول اللہ صلی اللہ علیہ وسلم کو جو اسرا ہوئی</w:t>
      </w:r>
    </w:p>
    <w:p>
      <w:r>
        <w:rPr>
          <w:b/>
        </w:rPr>
        <w:t xml:space="preserve">[41:53] </w:t>
      </w:r>
      <w:r>
        <w:t>thi jo aap ne safar farmaya tha makkah se rasool Allah sal Allah aleh wasallam ka is mein</w:t>
      </w:r>
    </w:p>
    <w:p>
      <w:pPr>
        <w:jc w:val="right"/>
      </w:pPr>
      <w:r>
        <w:t>تھی، جو آپ نے سفر فرمایا تھا مکہ سے رسول اللہ صلی اللہ علیہ وسلم کا، اس میں</w:t>
      </w:r>
    </w:p>
    <w:p>
      <w:r>
        <w:rPr>
          <w:b/>
        </w:rPr>
        <w:t xml:space="preserve">[41:59] </w:t>
      </w:r>
      <w:r>
        <w:t>aik ayat hai</w:t>
      </w:r>
    </w:p>
    <w:p>
      <w:pPr>
        <w:jc w:val="right"/>
      </w:pPr>
      <w:r>
        <w:t>ایک آیت ہے</w:t>
      </w:r>
    </w:p>
    <w:p>
      <w:r>
        <w:rPr>
          <w:b/>
        </w:rPr>
        <w:t xml:space="preserve">[42:02] </w:t>
      </w:r>
      <w:r>
        <w:t>linur min ayatina</w:t>
      </w:r>
    </w:p>
    <w:p>
      <w:pPr>
        <w:jc w:val="right"/>
      </w:pPr>
      <w:r>
        <w:t>لنر من آیاتنا</w:t>
      </w:r>
    </w:p>
    <w:p>
      <w:r>
        <w:rPr>
          <w:b/>
        </w:rPr>
        <w:t xml:space="preserve">[42:05] </w:t>
      </w:r>
      <w:r>
        <w:t>subhan alladhi asraa biabdihi laal mashhad al haram al masjid al aqsa</w:t>
      </w:r>
    </w:p>
    <w:p>
      <w:pPr>
        <w:jc w:val="right"/>
      </w:pPr>
      <w:r>
        <w:t>سبحان الذی اسراء بعبدہ لعل مشہد الحرام المسجد الاقصی</w:t>
      </w:r>
    </w:p>
    <w:p>
      <w:r>
        <w:rPr>
          <w:b/>
        </w:rPr>
        <w:t xml:space="preserve">[42:12] </w:t>
      </w:r>
      <w:r>
        <w:t>allati barakna hawlahu linur min ayatina</w:t>
      </w:r>
    </w:p>
    <w:p>
      <w:pPr>
        <w:jc w:val="right"/>
      </w:pPr>
      <w:r>
        <w:t>التي بارکنا حولہ لنر من آیاتنا</w:t>
      </w:r>
    </w:p>
    <w:p>
      <w:r>
        <w:rPr>
          <w:b/>
        </w:rPr>
        <w:t xml:space="preserve">[42:17] </w:t>
      </w:r>
      <w:r>
        <w:t>taake hum dikhayen apni nishaniyan</w:t>
      </w:r>
    </w:p>
    <w:p>
      <w:pPr>
        <w:jc w:val="right"/>
      </w:pPr>
      <w:r>
        <w:t>تاکہ ہم دکھائیں اپنی نشانیاں۔</w:t>
      </w:r>
    </w:p>
    <w:p>
      <w:r>
        <w:rPr>
          <w:b/>
        </w:rPr>
        <w:t xml:space="preserve">[42:22] </w:t>
      </w:r>
      <w:r>
        <w:t>to mera manna yeh hai ke nishaniyan Jerusalem mein nahi theen, khud safar nishani thi. yeh jo nishani ka lafz hai ke aap ne nishaniyan dikhane ke liye, to is ka matlab nahi ke Jerusalem mein koi nishani thi jis ko dikhana maqsood tha.</w:t>
      </w:r>
    </w:p>
    <w:p>
      <w:pPr>
        <w:jc w:val="right"/>
      </w:pPr>
      <w:r>
        <w:t>تو میرا ماننا یہ ہے کہ نشانیاں یروشلم میں نہیں تھیں، خود سفر نشانی تھی۔ یہ جو نشانی کا لفظ ہے کہ آپ نے نشانیاں دکھانے کے لیے، تو اس کا مطلب نہیں کہ یروشلم میں کوئی نشانی تھی جس کو دکھانا مقصود تھا۔</w:t>
      </w:r>
    </w:p>
    <w:p>
      <w:r>
        <w:rPr>
          <w:b/>
        </w:rPr>
        <w:t xml:space="preserve">[42:35] </w:t>
      </w:r>
      <w:r>
        <w:t>nahi, khud yeh safar nishani thi.</w:t>
      </w:r>
    </w:p>
    <w:p>
      <w:pPr>
        <w:jc w:val="right"/>
      </w:pPr>
      <w:r>
        <w:t>نہیں، خود یہ سفر نشانی تھی۔</w:t>
      </w:r>
    </w:p>
    <w:p>
      <w:r>
        <w:rPr>
          <w:b/>
        </w:rPr>
        <w:t xml:space="preserve">[42:39] </w:t>
      </w:r>
      <w:r>
        <w:t>yeh tez raftaar safar karaya gaya Rasool Allah S.A.W. ko.</w:t>
      </w:r>
    </w:p>
    <w:p>
      <w:pPr>
        <w:jc w:val="right"/>
      </w:pPr>
      <w:r>
        <w:t>یہ تیز رفتار سفر کرایا گیا رسول اللہ صلی اللہ علیہ وسلم کو۔</w:t>
      </w:r>
    </w:p>
    <w:p>
      <w:r>
        <w:rPr>
          <w:b/>
        </w:rPr>
        <w:t xml:space="preserve">[42:45] </w:t>
      </w:r>
      <w:r>
        <w:t>jaisa ke ab mein ne bataya ke Makkah se Jerusalem ka faasla taqreeban 1300 kilometer hai.</w:t>
      </w:r>
    </w:p>
    <w:p>
      <w:pPr>
        <w:jc w:val="right"/>
      </w:pPr>
      <w:r>
        <w:t>جیسا کہ اب میں نے بتایا کہ مکہ سے یروشلم کا فاصلہ تقریباً 1300 کلومیٹر ہے۔</w:t>
      </w:r>
    </w:p>
    <w:p>
      <w:r>
        <w:rPr>
          <w:b/>
        </w:rPr>
        <w:t xml:space="preserve">[42:57] </w:t>
      </w:r>
      <w:r>
        <w:t>woh aap ko bohat hi kam waqt mein safar karay ga. yeh aik ishara tha alamaati tor par ke aik naya daur aanay wala hai, jab ke door ke asfar nihayat tumhare qareeb ke ban jayen gay.</w:t>
      </w:r>
    </w:p>
    <w:p>
      <w:pPr>
        <w:jc w:val="right"/>
      </w:pPr>
      <w:r>
        <w:t>وہ آپ کو بہت ہی کم وقت میں سفر کرائے گا۔ یہ ایک اشارہ تھا علامتی طور پر کہ ایک نیا دور آنے والا ہے، جبکہ دور کے اسفار نہایت تمہارے قریب کے بن جائیں گے۔</w:t>
      </w:r>
    </w:p>
    <w:p>
      <w:r>
        <w:rPr>
          <w:b/>
        </w:rPr>
        <w:t xml:space="preserve">[43:12] </w:t>
      </w:r>
      <w:r>
        <w:t>aisi sawariyan wajood</w:t>
      </w:r>
    </w:p>
    <w:p>
      <w:pPr>
        <w:jc w:val="right"/>
      </w:pPr>
      <w:r>
        <w:t>ایسی سواریاں وجود</w:t>
      </w:r>
    </w:p>
    <w:p>
      <w:r>
        <w:rPr>
          <w:b/>
        </w:rPr>
        <w:t xml:space="preserve">[43:13] </w:t>
      </w:r>
      <w:r>
        <w:t>mein aa jayen gi, motor hawai jahaz aur communication ke poori duniya aik global village ban jayegi.</w:t>
      </w:r>
    </w:p>
    <w:p>
      <w:pPr>
        <w:jc w:val="right"/>
      </w:pPr>
      <w:r>
        <w:t>میں آ جائیں گی، موٹر ہوائی جہاز اور کمیونیکیشن کہ پوری دنیا ایک گلوبل ولیج بن جائے گی۔</w:t>
      </w:r>
    </w:p>
    <w:p>
      <w:r>
        <w:rPr>
          <w:b/>
        </w:rPr>
        <w:t xml:space="preserve">[43:23] </w:t>
      </w:r>
      <w:r>
        <w:t>to jis tarah Rasool Allah S.A.W. ne safar kiya tha Makkah se Jerusalem ka, poori ummat ke liye Allah ne rasta khol diya ke saare alam mein safar karen. woh isi tareeqay se tez raftaar safar, yeh is ki peshangoi thi alamaati tor par.</w:t>
      </w:r>
    </w:p>
    <w:p>
      <w:pPr>
        <w:jc w:val="right"/>
      </w:pPr>
      <w:r>
        <w:t>تو جس طرح رسول اللہ صلی اللہ علیہ وسلم نے سفر کیا تھا مکہ سے یروشلم کا، پوری امت کے لیے اللہ نے راستہ کھول دیا کہ سارے عالم میں سفر کریں۔ وہ اسی طریقے سے تیز رفتار سفر، یہ اس کی پیشنگوئی تھی علامتی طور پر۔</w:t>
      </w:r>
    </w:p>
    <w:p>
      <w:r>
        <w:rPr>
          <w:b/>
        </w:rPr>
        <w:t xml:space="preserve">[43:36] </w:t>
      </w:r>
      <w:r>
        <w:t>ab ghor kijiye ke yeh jab mein sochta hoon to mera hausla kitna barh jata hai</w:t>
      </w:r>
    </w:p>
    <w:p>
      <w:pPr>
        <w:jc w:val="right"/>
      </w:pPr>
      <w:r>
        <w:t>اب غور کیجیے کہ یہ جب میں سوچتا ہوں تو میرا حوصلہ کتنا بڑھ جاتا ہے</w:t>
      </w:r>
    </w:p>
    <w:p>
      <w:r>
        <w:rPr>
          <w:b/>
        </w:rPr>
        <w:t xml:space="preserve">[43:42] </w:t>
      </w:r>
      <w:r>
        <w:t>ke Allah taala ne samandari mauqa khol diya hamare liye. to yeh mein mein is ko fazilat ka waqia nahi samajhta. is ko mein samajhta hoon ke Allah taala ne mustaqbil ke imkanat ko Rasool Allah ke aik waqay ke zariye dikhaya.</w:t>
      </w:r>
    </w:p>
    <w:p>
      <w:pPr>
        <w:jc w:val="right"/>
      </w:pPr>
      <w:r>
        <w:t>کہ اللہ تعالیٰ نے سمندری موقع کھول دیا ہمارے لیے۔ تو یہ میں میں اس کو فضیلت کا واقعہ نہیں سمجھتا۔ اس کو میں سمجھتا ہوں کہ اللہ تعالیٰ نے مستقبل کے امکانات کو رسول اللہ کے ایک واقعے کے ذریعے دکھایا۔</w:t>
      </w:r>
    </w:p>
    <w:p>
      <w:r>
        <w:rPr>
          <w:b/>
        </w:rPr>
        <w:t xml:space="preserve">[43:56] </w:t>
      </w:r>
      <w:r>
        <w:t>mein yeh fazilat fazilat nahi thi, mustaqbil ke imkanat the jo Rasool Allah S.A.W. ko dikhaye gaye is shakal mein.</w:t>
      </w:r>
    </w:p>
    <w:p>
      <w:pPr>
        <w:jc w:val="right"/>
      </w:pPr>
      <w:r>
        <w:t>میں یہ فضیلت فضیلت نہیں تھی، مستقبل کے امکانات تھے جو رسول اللہ صلی اللہ علیہ وسلم کو دکھائے گئے اس شکل میں۔</w:t>
      </w:r>
    </w:p>
    <w:p>
      <w:r>
        <w:rPr>
          <w:b/>
        </w:rPr>
        <w:t xml:space="preserve">[44:07] </w:t>
      </w:r>
      <w:r>
        <w:t>yeh saari baaten hadeeson mein hain, Quran mein hain. lekin jo Ibn Hajar ne jo likha hai ke mujtahid yani ijtihadi nazar darkar hai un ki maanoiyat ko samajhne ke liye, to woh mafqood ho gayi hamare andar se.</w:t>
      </w:r>
    </w:p>
    <w:p>
      <w:pPr>
        <w:jc w:val="right"/>
      </w:pPr>
      <w:r>
        <w:t>یہ ساری باتیں حدیثوں میں ہیں، قرآن میں ہیں۔ لیکن جو ابن حجر نے جو لکھا ہے کہ مجتہد یعنی اجتہادی نظر درکار ہے ان کی معنویت کو سمجھنے کے لیے، تو وہ مفقود ہو گئی ہمارے اندر سے۔</w:t>
      </w:r>
    </w:p>
    <w:p>
      <w:r>
        <w:rPr>
          <w:b/>
        </w:rPr>
        <w:t xml:space="preserve">[44:21] </w:t>
      </w:r>
      <w:r>
        <w:t>ijtihadi nazar mafqood ho gayi. is wajah se hum yeh saare baray baray jo maani chhupay hue hain, is se aap bekhabar hain. ab pe jo opportunities khuli hain, in opportunities ko avail nahi kar paate.</w:t>
      </w:r>
    </w:p>
    <w:p>
      <w:pPr>
        <w:jc w:val="right"/>
      </w:pPr>
      <w:r>
        <w:t>اجتہادی نظر مفقود ہو گئی۔ اس وجہ سے ہم یہ سارے بڑے بڑے جو معنی چھپے ہوئے ہیں، اس سے آپ بے خبر ہیں۔ اب پہ جو اپرچونیٹیز کھلی ہیں، ان اپرچونیٹیز ان اپرچونیٹیز کو اویل نہیں کر پاتے۔</w:t>
      </w:r>
    </w:p>
    <w:p>
      <w:r>
        <w:rPr>
          <w:b/>
        </w:rPr>
        <w:t xml:space="preserve">[44:36] </w:t>
      </w:r>
      <w:r>
        <w:t>enormous opportunities, oceania opportunities khol khol di hain Allah taala ne. hamein chahiye tha hum dauren is ko avail karne ke liye, is ko is ko avail karne ke liye dauren.</w:t>
      </w:r>
    </w:p>
    <w:p>
      <w:pPr>
        <w:jc w:val="right"/>
      </w:pPr>
      <w:r>
        <w:t>انارمس اپرچونیٹیز، اوشیانی اپرچونیٹیز کھول کھول دی ہیں اللہ تعالیٰ نے۔ ہمیں چاہیے تھا ہم دوڑیں اس کو اویل کرنے کے لیے، اس کو اس کو اویل کرنے کے لیے دوڑیں۔</w:t>
      </w:r>
    </w:p>
    <w:p>
      <w:r>
        <w:rPr>
          <w:b/>
        </w:rPr>
        <w:t xml:space="preserve">[44:49] </w:t>
      </w:r>
      <w:r>
        <w:t>lekin chounkay ijtihadi zehan nahi hai, mujtahidana nazar nahi hai, is wajah se hum is se bekhabar hain.</w:t>
      </w:r>
    </w:p>
    <w:p>
      <w:pPr>
        <w:jc w:val="right"/>
      </w:pPr>
      <w:r>
        <w:t>لیکن چونکہ اجتہادی ذہن نہیں ہے، مجتہدانہ نظر نہیں ہے، اس وجہ سے ہم اس سے بے خبر ہیں۔</w:t>
      </w:r>
    </w:p>
    <w:p>
      <w:r>
        <w:rPr>
          <w:b/>
        </w:rPr>
        <w:t xml:space="preserve">[44:59] </w:t>
      </w:r>
      <w:r>
        <w:t>saari duniya mein musalman yeh rahay hain ke is mein mayoosi mein, shikayat mein, complain mein, nafrat mein, jhooti laraiyon mein. halankay yeh waqt aa gaya tha ke mukammal maano mein aap positive thinker banen, mohabbat mein jeene walay banen, hauslay mein jeene walay banen,</w:t>
      </w:r>
    </w:p>
    <w:p>
      <w:pPr>
        <w:jc w:val="right"/>
      </w:pPr>
      <w:r>
        <w:t>ساری دنیا میں مسلمان یہ رہے ہیں کہ اس میں مایوسی میں، شکایت میں، کمپلین میں، نفرت میں، جھوٹی لڑائیوں میں۔ حالانکہ یہ وقت آ گیا تھا کہ مکمل معنوں میں آپ پازیٹیو تھنکر بنیں، محبت میں جینے والے بنیں، حوصلے میں جینے والے بنیں،</w:t>
      </w:r>
    </w:p>
    <w:p>
      <w:r>
        <w:rPr>
          <w:b/>
        </w:rPr>
        <w:t xml:space="preserve">[45:16] </w:t>
      </w:r>
      <w:r>
        <w:t>aalmi hosla, aalmi hoslay mein jeenay walay banen. kaisi ajeeb baat hai.</w:t>
      </w:r>
    </w:p>
    <w:p>
      <w:pPr>
        <w:jc w:val="right"/>
      </w:pPr>
      <w:r>
        <w:t>عالمی حوصلہ، عالمی حوصلے میں جینے والے بنیں۔ کیسی عجیب بات ہے۔</w:t>
      </w:r>
    </w:p>
    <w:p>
      <w:r>
        <w:rPr>
          <w:b/>
        </w:rPr>
        <w:t xml:space="preserve">[45:30] </w:t>
      </w:r>
      <w:r>
        <w:t>is is is daur mein dekhiye, Allah taala ne aik taraf mazhabi azaadi dunya mein aa gayi jo kabhi nahi thi pehle. communication aa gaya jo kabhi nahi tha pehle.</w:t>
      </w:r>
    </w:p>
    <w:p>
      <w:pPr>
        <w:jc w:val="right"/>
      </w:pPr>
      <w:r>
        <w:t>اس اس اس دور میں دیکھیے، اللہ تعالیٰ نے ایک طرف مذہبی آزادی دنیا میں آ گئی جو کبھی نہیں تھی پہلے۔ کمیونیکیشن آ گیا جو کبھی نہیں تھا پہلے۔</w:t>
      </w:r>
    </w:p>
    <w:p>
      <w:r>
        <w:rPr>
          <w:b/>
        </w:rPr>
        <w:t xml:space="preserve">[45:43] </w:t>
      </w:r>
      <w:r>
        <w:t>printed press aa gaya jo pehle kabhi nahi tha. electronic media aa gaya jo pehle kabhi nahi tha. yaani saaray imkanat jo hain dawat ke, woh aa gaye jo pehle kabhi nahi thay.</w:t>
      </w:r>
    </w:p>
    <w:p>
      <w:pPr>
        <w:jc w:val="right"/>
      </w:pPr>
      <w:r>
        <w:t>پرنٹڈ پریس آ گیا جو پہلے کبھی نہیں تھا۔ الیکٹرانک میڈیا آ گیا جو پہلے کبھی نہیں تھا۔ یعنی سارے امکانات جو ہیں دعوت کے، وہ آ گئے جو پہلے کبھی نہیں تھے۔</w:t>
      </w:r>
    </w:p>
    <w:p>
      <w:r>
        <w:rPr>
          <w:b/>
        </w:rPr>
        <w:t xml:space="preserve">[45:58] </w:t>
      </w:r>
      <w:r>
        <w:t>isi tarah dekhiye, yeh jo hadees hai ke la abqa ala zahr al-ard bayt badri wa la wabr illa adkhala Allah kalimat al-islam ke zameen ka koi chota bara ghar nahi bachega jahan Allah apna kalma dakhil na kar de.</w:t>
      </w:r>
    </w:p>
    <w:p>
      <w:pPr>
        <w:jc w:val="right"/>
      </w:pPr>
      <w:r>
        <w:t>اسی طرح دیکھیے، یہ جو حدیث ہے کہ لا أبقى على ظهر الأرض بيت بدري ولا وبر إلا أدخل الله كلمة الإسلام کہ زمین کا کوئی چھوٹا بڑا گھر نہیں بچے گا جہاں اللہ اپنا کلمہ داخل نہ کر دے۔</w:t>
      </w:r>
    </w:p>
    <w:p>
      <w:r>
        <w:rPr>
          <w:b/>
        </w:rPr>
        <w:t xml:space="preserve">[46:17] </w:t>
      </w:r>
      <w:r>
        <w:t>yeh kamane ka matlab yeh nahi ke farishtay aa ke dakhil karen ge.</w:t>
      </w:r>
    </w:p>
    <w:p>
      <w:pPr>
        <w:jc w:val="right"/>
      </w:pPr>
      <w:r>
        <w:t>یہ کمانے کا مطلب یہ نہیں کہ فرشتے آ کے داخل کریں گے۔</w:t>
      </w:r>
    </w:p>
    <w:p>
      <w:r>
        <w:rPr>
          <w:b/>
        </w:rPr>
        <w:t xml:space="preserve">[46:20] </w:t>
      </w:r>
      <w:r>
        <w:t>nahi, kamane ka aise mawaqe khol de Allah taala jis se ke Quran ke hami is ko sari dunya mein pohncha saken. hami deen Islam, yeh is mein mawaqe ka ishara hai.</w:t>
      </w:r>
    </w:p>
    <w:p>
      <w:pPr>
        <w:jc w:val="right"/>
      </w:pPr>
      <w:r>
        <w:t>نہیں، کمانے کا ایسے مواقع کھول دے اللہ تعالیٰ جس سے کہ قرآن کے حاملین اس کو ساری دنیا میں پہنچا سکیں۔ حاملین دین اسلام، یہ اس میں مواقع کا اشارہ ہے۔</w:t>
      </w:r>
    </w:p>
    <w:p>
      <w:r>
        <w:rPr>
          <w:b/>
        </w:rPr>
        <w:t xml:space="preserve">[46:34] </w:t>
      </w:r>
      <w:r>
        <w:t>mawaqe ka yeh nahi ke farishtay aa kar yeh kaam karen ge. yaani aalmi dawat ke mawaqe ka khulna, is ka ishara is ke andar hai.</w:t>
      </w:r>
    </w:p>
    <w:p>
      <w:pPr>
        <w:jc w:val="right"/>
      </w:pPr>
      <w:r>
        <w:t>مواقع کا یہ نہیں کہ فرشتے آ کر یہ کام کریں گے۔ یعنی عالمی دعوت کے مواقع کا کھلنا، اس کا اشارہ اس کے اندر ہے۔</w:t>
      </w:r>
    </w:p>
    <w:p>
      <w:r>
        <w:rPr>
          <w:b/>
        </w:rPr>
        <w:t xml:space="preserve">[46:44] </w:t>
      </w:r>
      <w:r>
        <w:t>aap ghor kijiye, kaisi ajeeb ghareeb chezen hain Quran o hadees mein.</w:t>
      </w:r>
    </w:p>
    <w:p>
      <w:pPr>
        <w:jc w:val="right"/>
      </w:pPr>
      <w:r>
        <w:t>آپ غور کیجیے، کیسی عجیب غریب چیزیں ہیں قرآن و حدیث میں۔</w:t>
      </w:r>
    </w:p>
    <w:p>
      <w:r>
        <w:rPr>
          <w:b/>
        </w:rPr>
        <w:t xml:space="preserve">[46:50] </w:t>
      </w:r>
      <w:r>
        <w:t>yaani poore mustaqbil jo baat kaha hai, us ki poori peshangoi peshgi pehle bata di gayi. kal mein soch raha tha ke aik hadees is mein hai ke aik zamana aayega jab ke an tara aurath al-hufat tatawawwuroon fi al-bunyan kaisi ajeeb baat hai.</w:t>
      </w:r>
    </w:p>
    <w:p>
      <w:pPr>
        <w:jc w:val="right"/>
      </w:pPr>
      <w:r>
        <w:t>یعنی پورے مستقبل جو بات کہا ہے، اس کی پوری پیشنگوئی پیشگی پہلے بتا دی گئی۔ کل میں سوچ رہا تھا کہ ایک حدیث اس میں ہے کہ ایک زمانہ آئے گا جب کہ أن ترى أوراث الحفاة تتطورون في البنيان کیسی عجیب بات ہے۔</w:t>
      </w:r>
    </w:p>
    <w:p>
      <w:r>
        <w:rPr>
          <w:b/>
        </w:rPr>
        <w:t xml:space="preserve">[47:10] </w:t>
      </w:r>
      <w:r>
        <w:t>tum dekho ge ke nangay bhookay baray baray makanat banayen ge. yaani multi-storey building.</w:t>
      </w:r>
    </w:p>
    <w:p>
      <w:pPr>
        <w:jc w:val="right"/>
      </w:pPr>
      <w:r>
        <w:t>تم دیکھو گے کہ ننگے بھوکے بڑے بڑے مکانات بنائیں گے۔ یعنی ملٹی سٹوری بلڈنگ۔</w:t>
      </w:r>
    </w:p>
    <w:p>
      <w:r>
        <w:rPr>
          <w:b/>
        </w:rPr>
        <w:t xml:space="preserve">[47:19] </w:t>
      </w:r>
      <w:r>
        <w:t>aaj to wahi to hai yeh. yaani economy jo hai, is ka decentralization ho gaya. pehle agriculture hi ka naam tha iqtisadiyat, economy.</w:t>
      </w:r>
    </w:p>
    <w:p>
      <w:pPr>
        <w:jc w:val="right"/>
      </w:pPr>
      <w:r>
        <w:t>آج تو وہی تو ہے یہ۔ یعنی اکانومی جو ہے، اس کا ڈیسنٹralization ہو گیا۔ پہلے ایگریکلچر ہی کا نام تھا اقتصادیات، اکانومی۔</w:t>
      </w:r>
    </w:p>
    <w:p>
      <w:r>
        <w:rPr>
          <w:b/>
        </w:rPr>
        <w:t xml:space="preserve">[47:31] </w:t>
      </w:r>
      <w:r>
        <w:t>sirf agriculture zariya thi aamdani ki. ab business aur industry ne har aik ke liye imkan khol liya. sab paisa kamatay hain.</w:t>
      </w:r>
    </w:p>
    <w:p>
      <w:pPr>
        <w:jc w:val="right"/>
      </w:pPr>
      <w:r>
        <w:t>صرف ایگریکلچر ذریعہ تھی آمدنی کی۔ اب بزنس اور انڈسٹری نے ہر ایک کے لیے امکان کھول لیا۔ سب پیسہ کماتے ہیں۔</w:t>
      </w:r>
    </w:p>
    <w:p>
      <w:r>
        <w:rPr>
          <w:b/>
        </w:rPr>
        <w:t xml:space="preserve">[47:40] </w:t>
      </w:r>
      <w:r>
        <w:t>paisa kamakar koi bhi buildingen banatay hain.</w:t>
      </w:r>
    </w:p>
    <w:p>
      <w:pPr>
        <w:jc w:val="right"/>
      </w:pPr>
      <w:r>
        <w:t>پیسہ کما کر کوئی بھی بلڈنگیں بناتے ہیں۔</w:t>
      </w:r>
    </w:p>
    <w:p>
      <w:r>
        <w:rPr>
          <w:b/>
        </w:rPr>
        <w:t xml:space="preserve">[47:44] </w:t>
      </w:r>
      <w:r>
        <w:t>to is hadees mein bataya ke jo log, yaani jin ke paron mein joote nahi hotay thay, badan par kapray nahi hotay thay, aik naya daur aayega ke jab woh kamaiyan karen ge, multi-storey building khari karen ge.</w:t>
      </w:r>
    </w:p>
    <w:p>
      <w:pPr>
        <w:jc w:val="right"/>
      </w:pPr>
      <w:r>
        <w:t>تو اس حدیث میں بتایا کہ جو لوگ، یعنی جن کے پروں میں جوتے نہیں ہوتے تھے، بدن پر کپڑے نہیں ہوتے تھے، ایک نیا دور آئے گا کہ جب وہ کمائیاں کریں گے، ملٹی سٹوری بلڈنگ کھڑی کریں گے۔</w:t>
      </w:r>
    </w:p>
    <w:p>
      <w:r>
        <w:rPr>
          <w:b/>
        </w:rPr>
        <w:t xml:space="preserve">[48:00] </w:t>
      </w:r>
      <w:r>
        <w:t>yeh sab mustaqbil ke imkanat ki baaten thi jo aayi hain hadeeson mein. to is ka aik pehlu woh hai jo doosre log is se faida utha rahay hain.</w:t>
      </w:r>
    </w:p>
    <w:p>
      <w:pPr>
        <w:jc w:val="right"/>
      </w:pPr>
      <w:r>
        <w:t>یہ سب مستقبل کے امکانات کی باتیں تھیں جو آئیں ہیں حدیثوں میں۔ تو اس کا ایک پہلو وہ ہے جو دوسرے لوگ اس سے فائدہ اٹھا رہے ہیں۔</w:t>
      </w:r>
    </w:p>
    <w:p>
      <w:r>
        <w:rPr>
          <w:b/>
        </w:rPr>
        <w:t xml:space="preserve">[48:13] </w:t>
      </w:r>
      <w:r>
        <w:t>doosra pehlu woh hai ke jo ahl-e-iman is se, is se jo faida uthayen, yaani ahl-e-iman is se ma'rifat len. ahl-e-iman is se qurbat-e-khudawandi, ghiza len.</w:t>
      </w:r>
    </w:p>
    <w:p>
      <w:pPr>
        <w:jc w:val="right"/>
      </w:pPr>
      <w:r>
        <w:t>دوسرا پہلو وہ ہے کہ جو اہل ایمان اس سے، اس سے جو فائدہ اٹھائیں، یعنی اہل ایمان اس سے معرفت لیں۔ اہل ایمان اس سے قربت خداوندی، غذا لیں۔</w:t>
      </w:r>
    </w:p>
    <w:p>
      <w:r>
        <w:rPr>
          <w:b/>
        </w:rPr>
        <w:t xml:space="preserve">[48:23] </w:t>
      </w:r>
      <w:r>
        <w:t>ahl-e-iman is se dawat ke mawaqe talash karen. ahl-e-iman is ke zariye opportunity ko daryaft kar ke sare aalam mein dawat phaila den.</w:t>
      </w:r>
    </w:p>
    <w:p>
      <w:pPr>
        <w:jc w:val="right"/>
      </w:pPr>
      <w:r>
        <w:t>اہل ایمان اس سے دعوت کے مواقع تلاش کریں۔ اہل ایمان اس کے ذریعے اپرچونیٹی کو دریافت کر کے سارے عالم میں دعوت پھیلا دیں۔</w:t>
      </w:r>
    </w:p>
    <w:p>
      <w:r>
        <w:rPr>
          <w:b/>
        </w:rPr>
        <w:t xml:space="preserve">[48:32] </w:t>
      </w:r>
      <w:r>
        <w:t>aik naya hosla, aik naya shauq, aik naya jazba, aik nayi spirit, aik naya junoon bilkul kehna chahiye, logon ke andar paida ho jaye.</w:t>
      </w:r>
    </w:p>
    <w:p>
      <w:pPr>
        <w:jc w:val="right"/>
      </w:pPr>
      <w:r>
        <w:t>ایک نیا حوصلہ، ایک نیا شوق، ایک نیا جذبہ، ایک نئی سپرٹ، ایک نیا جنون بالکل کہنا چاہیے، لوگوں کے اندر پیدا ہو جائے۔</w:t>
      </w:r>
    </w:p>
    <w:p>
      <w:r>
        <w:rPr>
          <w:b/>
        </w:rPr>
        <w:t xml:space="preserve">[48:44] </w:t>
      </w:r>
      <w:r>
        <w:t>yeh sab kyun nahi ho raha hai? kyunke ijtihadi nazar mafqood hai. kaisi ajeeb baat hai. kaisi ajeeb baat hai.</w:t>
      </w:r>
    </w:p>
    <w:p>
      <w:pPr>
        <w:jc w:val="right"/>
      </w:pPr>
      <w:r>
        <w:t>یہ سب کیوں نہیں ہو رہا ہے؟ کیونکہ اجتہادی نظر مفقود ہے۔ کیسی عجیب بات ہے۔ کیسی عجیب بات ہے۔</w:t>
      </w:r>
    </w:p>
    <w:p>
      <w:r>
        <w:rPr>
          <w:b/>
        </w:rPr>
        <w:t xml:space="preserve">[48:53] </w:t>
      </w:r>
      <w:r>
        <w:t>poori poori dunya ke saaray hi musalman taqreeban, koi musalman mere ilm mein nahi hai ghaliban jo jo negative thinking mein na jeeta ho.</w:t>
      </w:r>
    </w:p>
    <w:p>
      <w:pPr>
        <w:jc w:val="right"/>
      </w:pPr>
      <w:r>
        <w:t>پوری پوری دنیا کے سارے ہی مسلمان تقریباً، کوئی مسلمان میرے علم میں نہیں ہے غالباً جو جو نیگیٹیو تھنکنگ میں نہ جیتا ہو۔</w:t>
      </w:r>
    </w:p>
    <w:p>
      <w:r>
        <w:rPr>
          <w:b/>
        </w:rPr>
        <w:t xml:space="preserve">[49:03] </w:t>
      </w:r>
      <w:r>
        <w:t>kyun? bekhabar hain in baaton se. ab bekhabar kyun ho gaye? kyunke mujtahidana andaaz mein sochne ki salahiyat nahi hai.</w:t>
      </w:r>
    </w:p>
    <w:p>
      <w:pPr>
        <w:jc w:val="right"/>
      </w:pPr>
      <w:r>
        <w:t>کیوں؟ بے خبر ہیں ان باتوں سے۔ اب بے خبر کیوں ہو گئے؟ کیونکہ مجتہدانہ انداز میں سوچنے کی صلاحیت نہیں ہے۔</w:t>
      </w:r>
    </w:p>
    <w:p>
      <w:r>
        <w:rPr>
          <w:b/>
        </w:rPr>
        <w:t xml:space="preserve">[49:12] </w:t>
      </w:r>
      <w:r>
        <w:t>khwamkhwah aik aik khauf bitha diya hai, khauf ke ijtihad karoge to yeh ho jayega, woh ho jayega. bhai, ijtihad karoge to apni niyat ko tatolo bas.</w:t>
      </w:r>
    </w:p>
    <w:p>
      <w:pPr>
        <w:jc w:val="right"/>
      </w:pPr>
      <w:r>
        <w:t>خوامخواہ ایک ایک خوف بٹھا دیا ہے، خوف کہ اجتہاد کرو گے تو یہ ہو جائے گا، وہ ہو جائے گا۔ بھئی، اجتہاد کرو گے تو اپنی نیت کو ٹٹولو بس۔</w:t>
      </w:r>
    </w:p>
    <w:p>
      <w:r>
        <w:rPr>
          <w:b/>
        </w:rPr>
        <w:t xml:space="preserve">[49:23] </w:t>
      </w:r>
      <w:r>
        <w:t>ijtihad se mat daro. apni niyat, niyat ka jaiza lo. yaani ijtihad se darne ki bajaye apni niyat ka jaiza lo. niyat durust hai to chhalang laga do samandar mein.</w:t>
      </w:r>
    </w:p>
    <w:p>
      <w:pPr>
        <w:jc w:val="right"/>
      </w:pPr>
      <w:r>
        <w:t>اجتہاد سے مت ڈرو۔ اپنی نیت، نیت کا جائزہ لو۔ یعنی اجتہاد سے ڈرنے کی بجائے اپنی نیت کا جائزہ لو۔ نیت درست ہے تو چھلانگ لگا دو سمندر میں۔</w:t>
      </w:r>
    </w:p>
    <w:p>
      <w:r>
        <w:rPr>
          <w:b/>
        </w:rPr>
        <w:t xml:space="preserve">[49:39] </w:t>
      </w:r>
      <w:r>
        <w:t>kaisi ajeeb yeh taleemat hain Quran o hadees mein. aur kis tarah is ka darwaza band kar rakha hai logon ne.</w:t>
      </w:r>
    </w:p>
    <w:p>
      <w:pPr>
        <w:jc w:val="right"/>
      </w:pPr>
      <w:r>
        <w:t>کیسی عجیب یہ تعلیمات ہیں قرآن و حدیث میں۔ اور کس طرح اس کا دروازہ بند کر رکھا ہے لوگوں نے۔</w:t>
      </w:r>
    </w:p>
    <w:p>
      <w:r>
        <w:rPr>
          <w:b/>
        </w:rPr>
        <w:t xml:space="preserve">[49:49] </w:t>
      </w:r>
      <w:r>
        <w:t>aap ghor kijiye, jab printing press aaya to yeh mumkin ho gaya ke Quran ko chhap kar aap sari dunya mein logon tak pohncha saken. aur phir international language aa gayi, English.</w:t>
      </w:r>
    </w:p>
    <w:p>
      <w:pPr>
        <w:jc w:val="right"/>
      </w:pPr>
      <w:r>
        <w:t>آپ غور کیجیے، جب پرنٹنگ پریس آیا تو یہ ممکن ہو گیا کہ قرآن کو چھاپ کر آپ ساری دنیا میں لوگوں تک پہنچا سکیں۔ اور پھر انٹرنیشنل لینگویج آ گئی، انگلش۔</w:t>
      </w:r>
    </w:p>
    <w:p>
      <w:r>
        <w:rPr>
          <w:b/>
        </w:rPr>
        <w:t xml:space="preserve">[50:01] </w:t>
      </w:r>
      <w:r>
        <w:t>aaj dunya ke taqreeban jitne bhi educated log hain, woh taqreeban sab ke sab English jante hain.</w:t>
      </w:r>
    </w:p>
    <w:p>
      <w:pPr>
        <w:jc w:val="right"/>
      </w:pPr>
      <w:r>
        <w:t>آج دنیا کے تقریباً جتنے بھی ایجوکیٹڈ لوگ ہیں، وہ تقریباً سب کے سب انگلش جانتے ہیں۔</w:t>
      </w:r>
    </w:p>
    <w:p>
      <w:r>
        <w:rPr>
          <w:b/>
        </w:rPr>
        <w:t xml:space="preserve">[50:08] </w:t>
      </w:r>
      <w:r>
        <w:t>to kaisi ajeeb baat hai. yani ek taraf modern jo halaat the, naye daur ke halaat, is ne saari dunya mein English ko international language bana diya, jo kabhi aisa nahi hua tha.</w:t>
      </w:r>
    </w:p>
    <w:p>
      <w:pPr>
        <w:jc w:val="right"/>
      </w:pPr>
      <w:r>
        <w:t>تو کیسی عجیب بات ہے۔ یعنی ایک طرف ماڈرن جو حالات تھے، نئے دور کے حالات، اس نے ساری دنیا میں انگلش کو انٹرنیشنل لینگویج بنا دیا، جو کبھی ایسا نہیں ہوا تھا۔</w:t>
      </w:r>
    </w:p>
    <w:p>
      <w:r>
        <w:rPr>
          <w:b/>
        </w:rPr>
        <w:t xml:space="preserve">[50:20] </w:t>
      </w:r>
      <w:r>
        <w:t>doosri taraf yeh mumkin ho gaya ke Quran ko chhaap kar ke aap is ke tarjume saari dunya mein phaila dein. lekin ijtihadi zehan na hone ke nateejay mein dekhiye kya hua.</w:t>
      </w:r>
    </w:p>
    <w:p>
      <w:pPr>
        <w:jc w:val="right"/>
      </w:pPr>
      <w:r>
        <w:t>دوسری طرف یہ ممکن ہو گیا کہ قرآن کو چھاپ کر کے آپ اس کے ترجمے ساری دنیا میں پھیلا دیں۔ لیکن اجتہادی ذہن نہ ہونے کے نتیجے میں دیکھیے کیا ہوا۔</w:t>
      </w:r>
    </w:p>
    <w:p>
      <w:r>
        <w:rPr>
          <w:b/>
        </w:rPr>
        <w:t xml:space="preserve">[50:31] </w:t>
      </w:r>
      <w:r>
        <w:t>pehlay to yeh fatwa tha ke baghair matan ke aap Quran chhaap nahi s</w:t>
      </w:r>
    </w:p>
    <w:p>
      <w:pPr>
        <w:jc w:val="right"/>
      </w:pPr>
      <w:r>
        <w:t>پہلے تو یہ فتویٰ تھا کہ بغیر متن کے آپ قرآن چھاپ نہیں س</w:t>
      </w:r>
    </w:p>
    <w:p>
      <w:r>
        <w:rPr>
          <w:b/>
        </w:rPr>
        <w:t xml:space="preserve">[50:35] </w:t>
      </w:r>
      <w:r>
        <w:t>akte. yani arabi matan jo hai, agar aap angrezi tarjuma karein, angrezi tarjume se ke saath saath aap ko arabi matan chhaapni paregi.</w:t>
      </w:r>
    </w:p>
    <w:p>
      <w:pPr>
        <w:jc w:val="right"/>
      </w:pPr>
      <w:r>
        <w:t>کتے۔ یعنی عربی متن جو ہے، اگر آپ انگریزی ترجمہ کریں، انگریزی ترجمے سے کے ساتھ ساتھ آپ کو عربی متن چھاپنی پڑے گی۔</w:t>
      </w:r>
    </w:p>
    <w:p>
      <w:r>
        <w:rPr>
          <w:b/>
        </w:rPr>
        <w:t xml:space="preserve">[50:44] </w:t>
      </w:r>
      <w:r>
        <w:t>warna jaiz hi nahi hua woh. ab itna mota sa ban gaya Quran, tarjuma aur aur matan ko le kar ke. ab pata nahi kaun is ko parhega, kaun is ko distribute karega.</w:t>
      </w:r>
    </w:p>
    <w:p>
      <w:pPr>
        <w:jc w:val="right"/>
      </w:pPr>
      <w:r>
        <w:t>ورنہ جائز ہی نہیں ہوا وہ۔ اب اتنا موٹا سا بن گیا قرآن، ترجمہ اور اور متن کو لے کر کے۔ اب پتہ نہیں کون اس کو پڑھے گا، کون اس کو ڈسٹریبیوٹ کرے گا۔</w:t>
      </w:r>
    </w:p>
    <w:p>
      <w:r>
        <w:rPr>
          <w:b/>
        </w:rPr>
        <w:t xml:space="preserve">[50:57] </w:t>
      </w:r>
      <w:r>
        <w:t>mazeed yeh ke yeh fatwa lag gaya ke ghair muslim is ki be-hurmati karein ge, is liye matan ke saath de nahi sakte.</w:t>
      </w:r>
    </w:p>
    <w:p>
      <w:pPr>
        <w:jc w:val="right"/>
      </w:pPr>
      <w:r>
        <w:t>مزید یہ کہ یہ فتویٰ لگ گیا کہ غیر مسلم اس کی بے حرمتی کریں گے، اس لیے متن کے ساتھ دے نہیں سکتے۔</w:t>
      </w:r>
    </w:p>
    <w:p>
      <w:r>
        <w:rPr>
          <w:b/>
        </w:rPr>
        <w:t xml:space="preserve">[51:05] </w:t>
      </w:r>
      <w:r>
        <w:t>yeh matan ke baghair agar aap dein, sirf tarjuma, tab bhi najaaiz ke matan zaroori hai saath saath. yani ek taraf yeh fatwa tha ke matan ke baghair aap translate chhaap nahi sakte.</w:t>
      </w:r>
    </w:p>
    <w:p>
      <w:pPr>
        <w:jc w:val="right"/>
      </w:pPr>
      <w:r>
        <w:t>یہ متن کے بغیر اگر آپ دیں، صرف ترجمہ، تب بھی ناجائز کہ متن ضروری ہے ساتھ ساتھ۔ یعنی ایک طرف یہ فتویٰ تھا کہ متن کے بغیر آپ ٹرانسلیٹ چھاپ نہیں سکتے۔</w:t>
      </w:r>
    </w:p>
    <w:p>
      <w:r>
        <w:rPr>
          <w:b/>
        </w:rPr>
        <w:t xml:space="preserve">[51:20] </w:t>
      </w:r>
      <w:r>
        <w:t>doosra yeh fatwa ke matan ke saath aap ne chhaapa to is ko dena najaaiz. yani matan ke baghair chhaapna najaaiz aur matan ke saath in ko dena najaaiz.</w:t>
      </w:r>
    </w:p>
    <w:p>
      <w:pPr>
        <w:jc w:val="right"/>
      </w:pPr>
      <w:r>
        <w:t>دوسرا یہ فتویٰ کہ متن کے ساتھ آپ نے چھاپا تو اس کو دینا ناجائز۔ یعنی متن کے بغیر چھاپنا ناجائز اور متن کے ساتھ ان کو دینا ناجائز۔</w:t>
      </w:r>
    </w:p>
    <w:p>
      <w:r>
        <w:rPr>
          <w:b/>
        </w:rPr>
        <w:t xml:space="preserve">[51:33] </w:t>
      </w:r>
      <w:r>
        <w:t>natija yeh kya hai? saari dunya mein log log jo hain mehroom thay ke Quran mein kya hai janne ke liye.</w:t>
      </w:r>
    </w:p>
    <w:p>
      <w:pPr>
        <w:jc w:val="right"/>
      </w:pPr>
      <w:r>
        <w:t>نتیجہ یہ کیا ہے؟ ساری دنیا میں لوگ لوگ جو ہیں محروم تھے کہ قرآن میں کیا ہے جاننے کے لیے۔</w:t>
      </w:r>
    </w:p>
    <w:p>
      <w:r>
        <w:rPr>
          <w:b/>
        </w:rPr>
        <w:t xml:space="preserve">[51:42] </w:t>
      </w:r>
      <w:r>
        <w:t>poori poori dunya ko mehroom kar diya. ek yani mera poora bachpan ka zamana, jawani ka zamana isi mein guzra hai, isi isi museebat mein ke matan ke saath chhaapo to dena najaaiz, matan ke baghair chhaapo to chhaapna najaaiz.</w:t>
      </w:r>
    </w:p>
    <w:p>
      <w:pPr>
        <w:jc w:val="right"/>
      </w:pPr>
      <w:r>
        <w:t>پوری پوری دنیا کو محروم کر دیا۔ ایک یعنی میرا پورا بچپن کا زمانہ، جوانی کا زمانہ اسی میں گزرا ہے، اسی اسی مصیبت میں کہ متن کے ساتھ چھاپو تو دینا ناجائز، متن کے بغیر چھاپو تو چھاپنا ناجائز۔</w:t>
      </w:r>
    </w:p>
    <w:p>
      <w:r>
        <w:rPr>
          <w:b/>
        </w:rPr>
        <w:t xml:space="preserve">[52:01] </w:t>
      </w:r>
      <w:r>
        <w:t>ab jo darwaza khula hai, jante hain kis ne khola hai? yeh musalmanon ne nahi khola hai, is ne yeh secular logon ne khola hai. jo secular idaray hain, baray baray publishing idaray,</w:t>
      </w:r>
    </w:p>
    <w:p>
      <w:pPr>
        <w:jc w:val="right"/>
      </w:pPr>
      <w:r>
        <w:t>اب جو دروازہ کھلا ہے، جانتے ہیں کس نے کھولا ہے؟ یہ مسلمانوں نے نہیں کھولا ہے، اس نے یہ سیکولر لوگوں نے کھولا ہے۔ جو سیکولر ادارے ہیں، بڑے بڑے پبلشنگ ادارے،</w:t>
      </w:r>
    </w:p>
    <w:p>
      <w:r>
        <w:rPr>
          <w:b/>
        </w:rPr>
        <w:t xml:space="preserve">[52:14] </w:t>
      </w:r>
      <w:r>
        <w:t>unhon ne dekha ke Quran ke arabi tarjume ki maang hai to unhon ne kaha yeh jhanjhat chhoro, matan ke baghair English tarjuma chhaapo.</w:t>
      </w:r>
    </w:p>
    <w:p>
      <w:pPr>
        <w:jc w:val="right"/>
      </w:pPr>
      <w:r>
        <w:t>انہوں نے دیکھا کہ قرآن کے عربی ترجمے کی مانگ ہے تو انہوں نے کہا یہ جھنجھٹ چھوڑو، متن کے بغیر انگلش ترجمہ چھاپو۔</w:t>
      </w:r>
    </w:p>
    <w:p>
      <w:r>
        <w:rPr>
          <w:b/>
        </w:rPr>
        <w:t xml:space="preserve">[52:24] </w:t>
      </w:r>
      <w:r>
        <w:t>to baray baray jo international publishing ke idaray hain, unhon ne chhaapa sab se pehle</w:t>
      </w:r>
    </w:p>
    <w:p>
      <w:pPr>
        <w:jc w:val="right"/>
      </w:pPr>
      <w:r>
        <w:t>تو بڑے بڑے جو انٹرنیشنل پبلش پبلشنگ کے ادارے ہیں، انہوں نے چھاپا سب سے پہلے</w:t>
      </w:r>
    </w:p>
    <w:p>
      <w:r>
        <w:rPr>
          <w:b/>
        </w:rPr>
        <w:t xml:space="preserve">[52:31] </w:t>
      </w:r>
      <w:r>
        <w:t>text ke baghair English translation, woh lagay phailanay. ab musalman bhi thora bohat is mein agay barhay hain. kaisi ajeeb baat hai.</w:t>
      </w:r>
    </w:p>
    <w:p>
      <w:pPr>
        <w:jc w:val="right"/>
      </w:pPr>
      <w:r>
        <w:t>ٹیکسٹ کے بغیر انگلش ٹرانسلیشن، وہ لگے پھیلانے۔ اب مسلمان بھی تھوڑا بہت اس میں آگے بڑھے ہیں۔ کیسی عجیب بات ہے۔</w:t>
      </w:r>
    </w:p>
    <w:p>
      <w:r>
        <w:rPr>
          <w:b/>
        </w:rPr>
        <w:t xml:space="preserve">[52:41] </w:t>
      </w:r>
      <w:r>
        <w:t>yani Allah taala printing press laya taake chhaap kar logon ko pohnchayein. dunya mein tourism aaya taake log khud aa kar ke aa kar ke lein.</w:t>
      </w:r>
    </w:p>
    <w:p>
      <w:pPr>
        <w:jc w:val="right"/>
      </w:pPr>
      <w:r>
        <w:t>یعنی اللہ تعالیٰ پرنٹنگ پریس لایا تاکہ چھاپ کر لوگوں کو پہنچائیں۔ دنیا میں ٹورزم آیا تاکہ لوگ خود آ کر کے آ کر کے لیں۔</w:t>
      </w:r>
    </w:p>
    <w:p>
      <w:r>
        <w:rPr>
          <w:b/>
        </w:rPr>
        <w:t xml:space="preserve">[52:53] </w:t>
      </w:r>
      <w:r>
        <w:t>lekin touriston ka aap ne dushman declare kar diya aur printing press se faida uthayein to woh bhi najaaiz bana diya.</w:t>
      </w:r>
    </w:p>
    <w:p>
      <w:pPr>
        <w:jc w:val="right"/>
      </w:pPr>
      <w:r>
        <w:t>لیکن ٹورسٹوں کا آپ نے دشمن ڈیکلئر کر دیا اور پرنٹنگ پریس سے فائدہ اٹھائیں تو وہ بھی ناجائز بنا دیا۔</w:t>
      </w:r>
    </w:p>
    <w:p>
      <w:r>
        <w:rPr>
          <w:b/>
        </w:rPr>
        <w:t xml:space="preserve">[53:05] </w:t>
      </w:r>
      <w:r>
        <w:t>yeh sab kis liye hai? isi liye hai ke ijtihadi zehan nahi, mujtahidana soch nahi,</w:t>
      </w:r>
    </w:p>
    <w:p>
      <w:pPr>
        <w:jc w:val="right"/>
      </w:pPr>
      <w:r>
        <w:t>یہ سب کس لیے ہے؟ اسی لیے ہے کہ اجتہادی ذہن نہیں، مجتہدانہ سوچ نہیں،</w:t>
      </w:r>
    </w:p>
    <w:p>
      <w:r>
        <w:rPr>
          <w:b/>
        </w:rPr>
        <w:t xml:space="preserve">[53:12] </w:t>
      </w:r>
      <w:r>
        <w:t>bilkul taqleedi soch, rawaiti soch, ek band soch mein musalman paray hue hain. aur saaray mawaqay, yani marifat, yani yani bari marifat se mehroom, bari dawat se mehroom,</w:t>
      </w:r>
    </w:p>
    <w:p>
      <w:pPr>
        <w:jc w:val="right"/>
      </w:pPr>
      <w:r>
        <w:t>بالکل تقلیدی سوچ، روایتی سوچ، ایک بند سوچ میں مسلمان پڑے ہوئے ہیں۔ اور سارے مواقع، یعنی معرفت، یعنی یعنی بڑی معرفت سے محروم، بڑی دعوت سے محروم،</w:t>
      </w:r>
    </w:p>
    <w:p>
      <w:r>
        <w:rPr>
          <w:b/>
        </w:rPr>
        <w:t xml:space="preserve">[53:30] </w:t>
      </w:r>
      <w:r>
        <w:t>bari qurbat se mehroom, yani har cheez ka ek higher form is zamanay mein khula tha, us sab se mehroom. kaisi ajeeb baat hai.</w:t>
      </w:r>
    </w:p>
    <w:p>
      <w:pPr>
        <w:jc w:val="right"/>
      </w:pPr>
      <w:r>
        <w:t>بڑی قربت سے محروم، یعنی ہر چیز کا ایک ہائر فارم اس زمانے میں کھلا تھا، اس سب سے محروم۔ کیسی عجیب بات ہے۔</w:t>
      </w:r>
    </w:p>
    <w:p>
      <w:r>
        <w:rPr>
          <w:b/>
        </w:rPr>
        <w:t xml:space="preserve">[53:39] </w:t>
      </w:r>
      <w:r>
        <w:t>hata ke baray hoslay se bhi mehroom.</w:t>
      </w:r>
    </w:p>
    <w:p>
      <w:pPr>
        <w:jc w:val="right"/>
      </w:pPr>
      <w:r>
        <w:t>حتیٰ کہ بڑے حوصلے سے بھی محروم۔</w:t>
      </w:r>
    </w:p>
    <w:p>
      <w:r>
        <w:rPr>
          <w:b/>
        </w:rPr>
        <w:t xml:space="preserve">[53:43] </w:t>
      </w:r>
      <w:r>
        <w:t>bada bada hausla jo hai is se bhi mahroom</w:t>
      </w:r>
    </w:p>
    <w:p>
      <w:pPr>
        <w:jc w:val="right"/>
      </w:pPr>
      <w:r>
        <w:t>بڑا بڑا حوصلہ جو ہے، اس سے بھی محروم۔</w:t>
      </w:r>
    </w:p>
    <w:p>
      <w:r>
        <w:rPr>
          <w:b/>
        </w:rPr>
        <w:t xml:space="preserve">[53:48] </w:t>
      </w:r>
      <w:r>
        <w:t>to yeh baatein mein is liye kar raha hoon ke aap log jo Allah ke fazl se yani</w:t>
      </w:r>
    </w:p>
    <w:p>
      <w:pPr>
        <w:jc w:val="right"/>
      </w:pPr>
      <w:r>
        <w:t>تو یہ باتیں میں اس لیے کر رہا ہوں کہ آپ لوگ جو اللہ کے فضل سے، یعنی</w:t>
      </w:r>
    </w:p>
    <w:p>
      <w:r>
        <w:rPr>
          <w:b/>
        </w:rPr>
        <w:t xml:space="preserve">[53:53] </w:t>
      </w:r>
      <w:r>
        <w:t>jin ko ke yeh samajh hasil hui hai ke woh jaanen naye daur ki ahmiyat ko aur dawat</w:t>
      </w:r>
    </w:p>
    <w:p>
      <w:pPr>
        <w:jc w:val="right"/>
      </w:pPr>
      <w:r>
        <w:t>جن کو کہ یہ سمجھ حاصل ہوئی ہے کہ وہ جانیں نئے دور کی اہمیت کو اور دعوت</w:t>
      </w:r>
    </w:p>
    <w:p>
      <w:r>
        <w:rPr>
          <w:b/>
        </w:rPr>
        <w:t xml:space="preserve">[54:00] </w:t>
      </w:r>
      <w:r>
        <w:t>Allah ki ahmiyat ko</w:t>
      </w:r>
    </w:p>
    <w:p>
      <w:pPr>
        <w:jc w:val="right"/>
      </w:pPr>
      <w:r>
        <w:t>اللہ کی اہمیت کو،</w:t>
      </w:r>
    </w:p>
    <w:p>
      <w:r>
        <w:rPr>
          <w:b/>
        </w:rPr>
        <w:t xml:space="preserve">[54:04] </w:t>
      </w:r>
      <w:r>
        <w:t>to aap logon ke andar yeh yeh hausla paida ho ke aap ko</w:t>
      </w:r>
    </w:p>
    <w:p>
      <w:pPr>
        <w:jc w:val="right"/>
      </w:pPr>
      <w:r>
        <w:t>تو آپ لوگوں کے اندر یہ یہ حوصلہ پیدا ہو کہ آپ کو</w:t>
      </w:r>
    </w:p>
    <w:p>
      <w:r>
        <w:rPr>
          <w:b/>
        </w:rPr>
        <w:t xml:space="preserve">[54:09] </w:t>
      </w:r>
      <w:r>
        <w:t>aap ko yeh kaam karna hai</w:t>
      </w:r>
    </w:p>
    <w:p>
      <w:pPr>
        <w:jc w:val="right"/>
      </w:pPr>
      <w:r>
        <w:t>آپ کو یہ کام کرنا ہے۔</w:t>
      </w:r>
    </w:p>
    <w:p>
      <w:r>
        <w:rPr>
          <w:b/>
        </w:rPr>
        <w:t xml:space="preserve">[54:13] </w:t>
      </w:r>
      <w:r>
        <w:t>yani I, jin ko mein ne ek waqt to kaha tha ke I will do it ki spirits le kar agay barhna hai aap ko. yani koi nahi karta to mein mein karoon ga yeh kaam.</w:t>
      </w:r>
    </w:p>
    <w:p>
      <w:pPr>
        <w:jc w:val="right"/>
      </w:pPr>
      <w:r>
        <w:t>یعنی آئی، جن کو میں نے ایک وقت تو کہا تھا کہ آئی ویل ڈو اٹ کی سپرٹس لے کر آگے بڑھنا ہے آپ کو۔ یعنی کوئی نہیں کرتا تو میں میں کروں گا یہ کام۔</w:t>
      </w:r>
    </w:p>
    <w:p>
      <w:r>
        <w:rPr>
          <w:b/>
        </w:rPr>
        <w:t xml:space="preserve">[54:23] </w:t>
      </w:r>
      <w:r>
        <w:t>koi nahi karta to mein koi mujhe karna hai. I will do it. yani hakoomatein nahi karti, jamaatein nahi karti, tanzeemein nahi karti, log nahi karte to na karein.</w:t>
      </w:r>
    </w:p>
    <w:p>
      <w:pPr>
        <w:jc w:val="right"/>
      </w:pPr>
      <w:r>
        <w:t>کوئی نہیں کرتا تو میں کوئی مجھے کرنا ہے۔ آئی ویل ڈو اٹ۔ یعنی حکومتیں نہیں کرتی، جماعتیں نہیں کرتی، تنظیمیں نہیں کرتی، لوگ نہیں کرتے تو نہ کریں۔</w:t>
      </w:r>
    </w:p>
    <w:p>
      <w:r>
        <w:rPr>
          <w:b/>
        </w:rPr>
        <w:t xml:space="preserve">[54:33] </w:t>
      </w:r>
      <w:r>
        <w:t>I will do it. is is spirit ke saath aap ko agay barhna hai. doosray nahi karte to na karein</w:t>
      </w:r>
    </w:p>
    <w:p>
      <w:pPr>
        <w:jc w:val="right"/>
      </w:pPr>
      <w:r>
        <w:t>آئی ویل ڈو اٹ۔ اس اس سپرٹ کے ساتھ آپ کو آگے بڑھنا ہے۔ دوسرے نہیں کرتے تو نہ کریں</w:t>
      </w:r>
    </w:p>
    <w:p>
      <w:r>
        <w:rPr>
          <w:b/>
        </w:rPr>
        <w:t xml:space="preserve">[54:42] </w:t>
      </w:r>
      <w:r>
        <w:t>mujhe kar dalna hai is kaam ko. is liye yeh baatein mein aap se keh raha hoon. to naye daur ko samjhiye.</w:t>
      </w:r>
    </w:p>
    <w:p>
      <w:pPr>
        <w:jc w:val="right"/>
      </w:pPr>
      <w:r>
        <w:t>۔ مجھے کر ڈالنا ہے اس کام کو۔ اس لیے یہ باتیں میں آپ سے کہہ رہا ہوں۔ تو نئے دور کو سمجھیے۔</w:t>
      </w:r>
    </w:p>
    <w:p>
      <w:r>
        <w:rPr>
          <w:b/>
        </w:rPr>
        <w:t xml:space="preserve">[54:54] </w:t>
      </w:r>
      <w:r>
        <w:t>naye daur ke ke jo naye mawaqe khule hain, un ko janiye. aur</w:t>
      </w:r>
    </w:p>
    <w:p>
      <w:pPr>
        <w:jc w:val="right"/>
      </w:pPr>
      <w:r>
        <w:t>نئے دور کے کہ جو نئے مواقع کھلے ہیں، ان کو جانیے۔ اور</w:t>
      </w:r>
    </w:p>
    <w:p>
      <w:r>
        <w:rPr>
          <w:b/>
        </w:rPr>
        <w:t xml:space="preserve">[55:04] </w:t>
      </w:r>
      <w:r>
        <w:t>Allah taala ne jo aap ko lamha diya hai, is lamhe ko istemal kijiye.</w:t>
      </w:r>
    </w:p>
    <w:p>
      <w:pPr>
        <w:jc w:val="right"/>
      </w:pPr>
      <w:r>
        <w:t>اللہ تعالیٰ نے جو آپ کو لمحہ دیا ہے، اس لمحے کو استعمال کیجیے۔</w:t>
      </w:r>
    </w:p>
    <w:p>
      <w:r>
        <w:rPr>
          <w:b/>
        </w:rPr>
        <w:t xml:space="preserve">[55:13] </w:t>
      </w:r>
      <w:r>
        <w:t>aala marifat mein jeena seekhiye. Allah ki aala qurbat hasil kijiye. aala peymane ki dawat ka kaam kijiye.</w:t>
      </w:r>
    </w:p>
    <w:p>
      <w:pPr>
        <w:jc w:val="right"/>
      </w:pPr>
      <w:r>
        <w:t>اعلیٰ معرفت میں جینا سیکھیے۔ اللہ کی اعلیٰ قربت حاصل کیجیے۔ اعلیٰ پیمانے کی دعوت کا کام کیجیے۔</w:t>
      </w:r>
    </w:p>
    <w:p>
      <w:r>
        <w:rPr>
          <w:b/>
        </w:rPr>
        <w:t xml:space="preserve">[55:28] </w:t>
      </w:r>
      <w:r>
        <w:t>aala sadqe ke deendar baniye.</w:t>
      </w:r>
    </w:p>
    <w:p>
      <w:pPr>
        <w:jc w:val="right"/>
      </w:pPr>
      <w:r>
        <w:t>اعلیٰ صدقے کے دیندار بنیے۔</w:t>
      </w:r>
    </w:p>
    <w:p>
      <w:r>
        <w:rPr>
          <w:b/>
        </w:rPr>
        <w:t xml:space="preserve">[55:33] </w:t>
      </w:r>
      <w:r>
        <w:t>mayusiyon ko khatm kar dijiye. negative thinking ko khatm kar dijiye.</w:t>
      </w:r>
    </w:p>
    <w:p>
      <w:pPr>
        <w:jc w:val="right"/>
      </w:pPr>
      <w:r>
        <w:t>مایوسیوں کو ختم کر دیجیے۔ نیگیٹیو تھنکنگ کو ختم کر دیجیے۔</w:t>
      </w:r>
    </w:p>
    <w:p>
      <w:r>
        <w:rPr>
          <w:b/>
        </w:rPr>
        <w:t xml:space="preserve">[55:41] </w:t>
      </w:r>
      <w:r>
        <w:t>shikayat ke zehn ko khatm kar dijiye.</w:t>
      </w:r>
    </w:p>
    <w:p>
      <w:pPr>
        <w:jc w:val="right"/>
      </w:pPr>
      <w:r>
        <w:t>شکایت کے ذہن کو ختم کر دیجیے۔</w:t>
      </w:r>
    </w:p>
    <w:p>
      <w:r>
        <w:rPr>
          <w:b/>
        </w:rPr>
        <w:t xml:space="preserve">[55:48] </w:t>
      </w:r>
      <w:r>
        <w:t>poore maanon mein positive thinker ban jaiye.</w:t>
      </w:r>
    </w:p>
    <w:p>
      <w:pPr>
        <w:jc w:val="right"/>
      </w:pPr>
      <w:r>
        <w:t>پورے معنوں میں پازیٹیو تھنکر بن جائیے۔</w:t>
      </w:r>
    </w:p>
    <w:p>
      <w:r>
        <w:rPr>
          <w:b/>
        </w:rPr>
        <w:t xml:space="preserve">[55:58] </w:t>
      </w:r>
      <w:r>
        <w:t>aur jitna zyada aap sochenge is pehlu se, yaani yeh sab baatein jo hain, jitna sochenge, utna hi yeh sab sifat aati chali jayengi.</w:t>
      </w:r>
    </w:p>
    <w:p>
      <w:pPr>
        <w:jc w:val="right"/>
      </w:pPr>
      <w:r>
        <w:t>اور جتنا زیادہ آپ سوچیں گے اس پہلو سے، یعنی یہ سب باتیں جو ہیں، جتنا سوچیں گے، اتنا ہی یہ سب صفات آتی چلی جائیں گی۔</w:t>
      </w:r>
    </w:p>
    <w:p>
      <w:r>
        <w:rPr>
          <w:b/>
        </w:rPr>
        <w:t xml:space="preserve">[56:08] </w:t>
      </w:r>
      <w:r>
        <w:t>jitna zyada sochenge in naye mawaqe ko, naye is ko, utna hi aap ke andar na hausla, na shauq, nayi himmat paida hoti chali jayegi.</w:t>
      </w:r>
    </w:p>
    <w:p>
      <w:pPr>
        <w:jc w:val="right"/>
      </w:pPr>
      <w:r>
        <w:t>جتنا زیادہ سوچیں گے ان نئے مواقع کو، نئے اس کو، اتنا ہی آپ کے اندر نہ حوصلہ، نہ شوق، نئی ہمت پیدا ہوتی چلی جائے گی۔</w:t>
      </w:r>
    </w:p>
    <w:p>
      <w:r>
        <w:rPr>
          <w:b/>
        </w:rPr>
        <w:t xml:space="preserve">[56:18] </w:t>
      </w:r>
      <w:r>
        <w:t>andha dhund aap is is mission ke liye duniya mein jump kar denge. aur yaad rakhiye, jab Allah taala ki taraf se ek mauqa khula jaye to apne aap mein is baat ka ishara hota hai ke Allah ki madad bhi zaroor milegi.</w:t>
      </w:r>
    </w:p>
    <w:p>
      <w:pPr>
        <w:jc w:val="right"/>
      </w:pPr>
      <w:r>
        <w:t>اندھا دھند آپ اس اس مشن کے لیے دنیا میں جمپ کر دیں گے۔ اور یاد رکھیے، جب اللہ تعالیٰ کی طرف سے ایک موقع کھلا جائے تو اپنے آپ میں اس بات کا اشارہ ہوتا ہے کہ اللہ کی مدد بھی ضرور ملے گی۔</w:t>
      </w:r>
    </w:p>
    <w:p>
      <w:r>
        <w:rPr>
          <w:b/>
        </w:rPr>
        <w:t xml:space="preserve">[56:36] </w:t>
      </w:r>
      <w:r>
        <w:t>jaise barish hoti hai to is mein ek cheez chupi hui hai ke agar tum dana daaloge zameen mein to fasal bhi ugegi. yaani barish jo hui pani ki shakal mein, pani barsa, wahi khamosh paigham bhi de raha tha</w:t>
      </w:r>
    </w:p>
    <w:p>
      <w:pPr>
        <w:jc w:val="right"/>
      </w:pPr>
      <w:r>
        <w:t>جیسے بارش ہوتی ہے تو اس میں ایک چیز چھپی ہوئی ہے کہ اگر تم دانہ ڈالو گے زمین میں تو فصل بھی اگے گی۔ یعنی بارش جو ہوئی پانی کی شکل میں، پانی برسا، وہی خاموش پیغام بھی دے رہا تھا</w:t>
      </w:r>
    </w:p>
    <w:p>
      <w:r>
        <w:rPr>
          <w:b/>
        </w:rPr>
        <w:t xml:space="preserve">[56:50] </w:t>
      </w:r>
      <w:r>
        <w:t>ke agar tum ne dana daal diya zameen mein to is ko Allah taala ugayega, is ko darakht banayega. to jo mawaqe khole gaye hain, is mein apne aap mein ek cheez implicit hai ke in mauqa ko avail karne ke liye agar aap khade honge to Allah ki nusraten bhi aap ke sath ho jayengi.</w:t>
      </w:r>
    </w:p>
    <w:p>
      <w:pPr>
        <w:jc w:val="right"/>
      </w:pPr>
      <w:r>
        <w:t>کہ اگر تم نے دانہ ڈال دیا زمین میں تو اس کو اللہ تعالیٰ اگائے گا، اس کو درخت بنائے گا۔ تو جو مواقع کھولے گئے ہیں، اس میں اپنے آپ میں ایک چیز ایمپلیسٹ ہے کہ ان موقع کو اویل کرنے کے لیے اگر آپ کھڑے ہوں گے تو اللہ کی نصرتیں بھی آپ کے ساتھ ہو جائیں گی۔</w:t>
      </w:r>
    </w:p>
    <w:p>
      <w:r>
        <w:rPr>
          <w:b/>
        </w:rPr>
        <w:t xml:space="preserve">[57:10] </w:t>
      </w:r>
      <w:r>
        <w:t>Allah ki madad aap ko hasil hogi.</w:t>
      </w:r>
    </w:p>
    <w:p>
      <w:pPr>
        <w:jc w:val="right"/>
      </w:pPr>
      <w:r>
        <w:t>اللہ کی مدد آپ کو حاصل ہوگی۔</w:t>
      </w:r>
    </w:p>
    <w:p>
      <w:r>
        <w:rPr>
          <w:b/>
        </w:rPr>
        <w:t xml:space="preserve">[57:17] </w:t>
      </w:r>
      <w:r>
        <w:t>mein dua karta hoon ke Allah taala mujh ko aur aap ko tofeeq de. hum ko duniya mein marifat aur dawat mein hissa daar banaye aur aakhirat mein hum ko jannat mein dakhil kare.</w:t>
      </w:r>
    </w:p>
    <w:p>
      <w:pPr>
        <w:jc w:val="right"/>
      </w:pPr>
      <w:r>
        <w:t>میں دعا کرتا ہوں کہ اللہ تعالیٰ مجھ کو اور آپ کو توفیق دے۔ ہم کو دنیا میں معرفت اور دعوت میں حصہ دار بنائے اور آخرت میں ہم کو جنت میں داخل کرے۔</w:t>
      </w:r>
    </w:p>
    <w:p>
      <w:r>
        <w:rPr>
          <w:b/>
        </w:rPr>
        <w:t xml:space="preserve">[57:35] </w:t>
      </w:r>
      <w:r>
        <w:t>aqool qooli haza wastaghfirullaha li walakum ajmaeen</w:t>
      </w:r>
    </w:p>
    <w:p>
      <w:pPr>
        <w:jc w:val="right"/>
      </w:pPr>
      <w:r>
        <w:t>أقول قولي هذا واستغفراللہ لي ولكم اجمعین</w:t>
      </w:r>
    </w:p>
    <w:p>
      <w:r>
        <w:rPr>
          <w:b/>
        </w:rPr>
        <w:t xml:space="preserve">[57:52] </w:t>
      </w:r>
      <w:r>
        <w:t>maulana, yeh sawal aaya hai gulbarga se mr sardar khan sahib ka. unhon ne likha hai ke quran ki ayat jis ka tarjuma yeh hai ke "khoob yaqeen jano ke tum sab log allah ke paas jama hone wale hain",</w:t>
      </w:r>
    </w:p>
    <w:p>
      <w:pPr>
        <w:jc w:val="right"/>
      </w:pPr>
      <w:r>
        <w:t>مولانا، یہ سوال آیا ہے گلبرگہ سے مسٹر سردار خان صاحب کا۔ انہوں نے لکھا ہے کہ قرآن کی آیت جس کا ترجمہ یہ ہے کہ "خوب یقین جانو کہ تم سب لوگ اللہ کے پاس جمع ہونے والے ہیں"،</w:t>
      </w:r>
    </w:p>
    <w:p>
      <w:r>
        <w:rPr>
          <w:b/>
        </w:rPr>
        <w:t xml:space="preserve">[58:11] </w:t>
      </w:r>
      <w:r>
        <w:t>is ayat ko kis tarah apni amli zindagi mein hum layen?</w:t>
      </w:r>
    </w:p>
    <w:p>
      <w:pPr>
        <w:jc w:val="right"/>
      </w:pPr>
      <w:r>
        <w:t>اس آیت کو کس طرح اپنی عملی زندگی میں ہم لائیں؟</w:t>
      </w:r>
    </w:p>
    <w:p>
      <w:r>
        <w:rPr>
          <w:b/>
        </w:rPr>
        <w:t xml:space="preserve">[58:17] </w:t>
      </w:r>
      <w:r>
        <w:t>bas sochiye, main to roz sochta hoon.</w:t>
      </w:r>
    </w:p>
    <w:p>
      <w:pPr>
        <w:jc w:val="right"/>
      </w:pPr>
      <w:r>
        <w:t>بس سوچیے، میں تو روز سوچتا ہوں۔</w:t>
      </w:r>
    </w:p>
    <w:p>
      <w:r>
        <w:rPr>
          <w:b/>
        </w:rPr>
        <w:t xml:space="preserve">[58:21] </w:t>
      </w:r>
      <w:r>
        <w:t>sochne se aadmi, yaani</w:t>
      </w:r>
    </w:p>
    <w:p>
      <w:pPr>
        <w:jc w:val="right"/>
      </w:pPr>
      <w:r>
        <w:t>سوچنے سے آدمی، یعنی</w:t>
      </w:r>
    </w:p>
    <w:p>
      <w:r>
        <w:rPr>
          <w:b/>
        </w:rPr>
        <w:t xml:space="preserve">[58:27] </w:t>
      </w:r>
      <w:r>
        <w:t>unesco ka ek hai victim violence begins from mind ke tashaddud zehan se shuru hota hai.</w:t>
      </w:r>
    </w:p>
    <w:p>
      <w:pPr>
        <w:jc w:val="right"/>
      </w:pPr>
      <w:r>
        <w:t>یونیسکو کا ایک ہے victim violence begins from mind کہ تشدد ذہن سے شروع ہوتا ہے۔</w:t>
      </w:r>
    </w:p>
    <w:p>
      <w:r>
        <w:rPr>
          <w:b/>
        </w:rPr>
        <w:t xml:space="preserve">[58:38] </w:t>
      </w:r>
      <w:r>
        <w:t>to main kahoon ke har cheez zehan se shuru hoti hai. jo kuch aap chahte hain, usi ke liye sochen.</w:t>
      </w:r>
    </w:p>
    <w:p>
      <w:pPr>
        <w:jc w:val="right"/>
      </w:pPr>
      <w:r>
        <w:t>تو میں کہوں کہ ہر چیز ذہن سے شروع ہوتی ہے۔ جو کچھ آپ چاہتے ہیں، اسی کے لیے سوچیں۔</w:t>
      </w:r>
    </w:p>
    <w:p>
      <w:r>
        <w:rPr>
          <w:b/>
        </w:rPr>
        <w:t xml:space="preserve">[58:48] </w:t>
      </w:r>
      <w:r>
        <w:t>main to roz sochta hoon.</w:t>
      </w:r>
    </w:p>
    <w:p>
      <w:pPr>
        <w:jc w:val="right"/>
      </w:pPr>
      <w:r>
        <w:t>میں تو روز سوچتا ہوں۔</w:t>
      </w:r>
    </w:p>
    <w:p>
      <w:r>
        <w:rPr>
          <w:b/>
        </w:rPr>
        <w:t xml:space="preserve">[58:52] </w:t>
      </w:r>
      <w:r>
        <w:t>yaani abhi raat ko jab main bistar par gaya to sochne laga ke dekho, mere baap mar gaye, meri maan mar gayi, mere chacha mar gaye, mere bhai mar gaye, mere parosi mar gaye.</w:t>
      </w:r>
    </w:p>
    <w:p>
      <w:pPr>
        <w:jc w:val="right"/>
      </w:pPr>
      <w:r>
        <w:t>یعنی ابھی رات کو جب میں بستر پر گیا تو سوچنے لگا کہ دیکھو، میرے باپ مر گئے، میری ماں مر گئی، میرے چچا مر گئے، میرے بھائی مر گئے، میرے پڑوسی مر گئے۔</w:t>
      </w:r>
    </w:p>
    <w:p>
      <w:r>
        <w:rPr>
          <w:b/>
        </w:rPr>
        <w:t xml:space="preserve">[59:04] </w:t>
      </w:r>
      <w:r>
        <w:t>ek ek naam le le kar ke. to mujhe bhi marna hai. mujhe bhi allah ke samne hazir hona hai. log sochte nahin, asal baat yeh hai ke</w:t>
      </w:r>
    </w:p>
    <w:p>
      <w:pPr>
        <w:jc w:val="right"/>
      </w:pPr>
      <w:r>
        <w:t>ایک ایک نام لے لے کر کے۔ تو مجھے بھی مرنا ہے۔ مجھے بھی اللہ کے سامنے حاضر ہونا ہے۔ لوگ سوچتے نہیں، اصل بات یہ ہے کہ</w:t>
      </w:r>
    </w:p>
    <w:p>
      <w:r>
        <w:rPr>
          <w:b/>
        </w:rPr>
        <w:t xml:space="preserve">[59:14] </w:t>
      </w:r>
      <w:r>
        <w:t>koi purasrar method nahi hai is ka. purasrar method kuch bhi nahi hai. bas sochiye ke ab mujhe marna hai aur marne ke baad Allah ke samne hazir hona hai.</w:t>
      </w:r>
    </w:p>
    <w:p>
      <w:pPr>
        <w:jc w:val="right"/>
      </w:pPr>
      <w:r>
        <w:t>کوئی پراسرار میتھڈ نہیں ہے اس کا۔ پراسرار میتھڈ کچھ بھی نہیں ہے۔ بس سوچیے کہ اب مجھے مرنا ہے اور مرنے کے بعد اللہ کے سامنے حاضر ہونا ہے۔</w:t>
      </w:r>
    </w:p>
    <w:p>
      <w:r>
        <w:rPr>
          <w:b/>
        </w:rPr>
        <w:t xml:space="preserve">[59:29] </w:t>
      </w:r>
      <w:r>
        <w:t>bas yahi ek master formula hai, koi doosra formula nahi, koi technique is ki nahi hai, koi</w:t>
      </w:r>
    </w:p>
    <w:p>
      <w:pPr>
        <w:jc w:val="right"/>
      </w:pPr>
      <w:r>
        <w:t>بس یہی ایک ماسٹر فارمولا ہے، کوئی دوسرا فارمولا نہیں، کوئی ٹیکنیک اس کی نہیں ہے، کوئی</w:t>
      </w:r>
    </w:p>
    <w:p>
      <w:r>
        <w:rPr>
          <w:b/>
        </w:rPr>
        <w:t xml:space="preserve">[59:37] </w:t>
      </w:r>
      <w:r>
        <w:t>hargiz nahi hai.</w:t>
      </w:r>
    </w:p>
    <w:p>
      <w:pPr>
        <w:jc w:val="right"/>
      </w:pPr>
      <w:r>
        <w:t>ہرگز نہیں ہے۔</w:t>
      </w:r>
    </w:p>
    <w:p>
      <w:r>
        <w:rPr>
          <w:b/>
        </w:rPr>
        <w:t xml:space="preserve">[59:40] </w:t>
      </w:r>
      <w:r>
        <w:t>Maulana, agla sawal aya hai Kashmir se Mr Arif Jilani sahib ka. unhon ne likha hai ke Allah se mohabbat karne ke liye dil kaise lag jaye, is ke liye kya kya jaye?</w:t>
      </w:r>
    </w:p>
    <w:p>
      <w:pPr>
        <w:jc w:val="right"/>
      </w:pPr>
      <w:r>
        <w:t>مولانا، اگلا سوال آیا ہے کشمیر سے مسٹر عارف جیلانی صاحب کا۔ انہوں نے لکھا ہے کہ اللہ سے محبت کرنے کے لیے دل کیسے لگ جائے، اس کے لیے کیا کیا جائے؟</w:t>
      </w:r>
    </w:p>
    <w:p>
      <w:r>
        <w:rPr>
          <w:b/>
        </w:rPr>
        <w:t xml:space="preserve">[59:53] </w:t>
      </w:r>
      <w:r>
        <w:t>wazahat farmayen.</w:t>
      </w:r>
    </w:p>
    <w:p>
      <w:pPr>
        <w:jc w:val="right"/>
      </w:pPr>
      <w:r>
        <w:t>وضاحت فرمائیں۔</w:t>
      </w:r>
    </w:p>
    <w:p>
      <w:r>
        <w:rPr>
          <w:b/>
        </w:rPr>
        <w:t xml:space="preserve">[1:00:00] </w:t>
      </w:r>
      <w:r>
        <w:t>asal mein log chahte hain ke Allah se mohabbat to karen aur doosron se mohabbatें bhi jari rahen. sacrifice karna chahte nahi,</w:t>
      </w:r>
    </w:p>
    <w:p>
      <w:pPr>
        <w:jc w:val="right"/>
      </w:pPr>
      <w:r>
        <w:t>اصل میں لوگ چاہتے ہیں کہ اللہ سے محبت تو کریں اور دوسروں سے محبتیں بھی جاری رہیں۔ سیکریفائس کرنا چاہتے نہیں،</w:t>
      </w:r>
    </w:p>
    <w:p>
      <w:r>
        <w:rPr>
          <w:b/>
        </w:rPr>
        <w:t xml:space="preserve">[1:00:10] </w:t>
      </w:r>
      <w:r>
        <w:t>tab is liye aisa اولاد karte hain. agar aap ko Allah se mohabbat karna hai aur mohabbat ka jo inaam hai, wo lena hai to doosri mohabbatوں ko chhodna padega aap ko.</w:t>
      </w:r>
    </w:p>
    <w:p>
      <w:pPr>
        <w:jc w:val="right"/>
      </w:pPr>
      <w:r>
        <w:t>تب اس لیے ایسا اولاد کرتے ہیں۔ اگر آپ کو اللہ سے محبت کرنا ہے اور محبت کا جو انعام ہے، وہ لینا ہے تو دوسری محبتوں کو چھوڑنا پڑے گا آپ کو۔</w:t>
      </w:r>
    </w:p>
    <w:p>
      <w:r>
        <w:rPr>
          <w:b/>
        </w:rPr>
        <w:t xml:space="preserve">[1:00:26] </w:t>
      </w:r>
      <w:r>
        <w:t>madi mohabbat, family ki mohabbat, beta beti ki mohabbat, job ki mohabbat, business ki mohabbat. yani chahte hain ke log wo bhi mohabbatیں ج</w:t>
      </w:r>
    </w:p>
    <w:p>
      <w:pPr>
        <w:jc w:val="right"/>
      </w:pPr>
      <w:r>
        <w:t>مادی محبت، فیملی کی محبت، بیٹا بیٹی کی محبت، جاب کی محبت، بزنس کی محبت۔ یعنی چاہتے ہیں کہ لوگ وہ بھی محبتیں ج</w:t>
      </w:r>
    </w:p>
    <w:p>
      <w:r>
        <w:rPr>
          <w:b/>
        </w:rPr>
        <w:t xml:space="preserve">[1:00:35] </w:t>
      </w:r>
      <w:r>
        <w:t>ari rahen aur sath sath, yani Khuda ki mohabbat bhi mil jaye. ye to mumkin nahi hai. ya to aisi baat na kijiye, baat kar rahe the is ke liye jo price hai, dijiye is ki price.</w:t>
      </w:r>
    </w:p>
    <w:p>
      <w:pPr>
        <w:jc w:val="right"/>
      </w:pPr>
      <w:r>
        <w:t>اری رہیں اور ساتھ ساتھ، یعنی خدا کی محبت بھی مل جائے۔ یہ تو ممکن نہیں ہے۔ یا تو ایسی بات نہ کیجیے، بات کر رہے تھے اس کے لیے جو پرائس ہے، دیجیے اس کی پرائس۔</w:t>
      </w:r>
    </w:p>
    <w:p>
      <w:r>
        <w:rPr>
          <w:b/>
        </w:rPr>
        <w:t xml:space="preserve">[1:00:49] </w:t>
      </w:r>
      <w:r>
        <w:t>price yahi hai ke doosri mohabbatیں chhodni padengi.</w:t>
      </w:r>
    </w:p>
    <w:p>
      <w:pPr>
        <w:jc w:val="right"/>
      </w:pPr>
      <w:r>
        <w:t>پرائس یہی ہے کہ دوسری محبتیں چھوڑنی پڑیں گی۔</w:t>
      </w:r>
    </w:p>
    <w:p>
      <w:r>
        <w:rPr>
          <w:b/>
        </w:rPr>
        <w:t xml:space="preserve">[1:00:56] </w:t>
      </w:r>
      <w:r>
        <w:t>bahut simple si baat hai, is mein koi nahi, nahi, koi pecheeda baat nahi hai ke ghair Allah ki mohabbat chhodie, apne aap Allah ki mohabbat aap ke dil mein baith jayegi.</w:t>
      </w:r>
    </w:p>
    <w:p>
      <w:pPr>
        <w:jc w:val="right"/>
      </w:pPr>
      <w:r>
        <w:t>بہت سمپل سی بات ہے، اس میں کوئی نہیں، نہیں، کوئی پیچیدہ بات نہیں ہے کہ غیر اللہ کی محبت چھوڑیے، اپنے آپ اللہ کی محبت آپ کے دل میں بیٹھ جائے گی۔</w:t>
      </w:r>
    </w:p>
    <w:p>
      <w:r>
        <w:rPr>
          <w:b/>
        </w:rPr>
        <w:t xml:space="preserve">[1:01:12] </w:t>
      </w:r>
      <w:r>
        <w:t>ye yahi is ki price hai. agar aap price dene ke tayyar nahi hain to phir mohabbat Khuda ki baat hi mat kijiye. phir be faida baat karna</w:t>
      </w:r>
    </w:p>
    <w:p>
      <w:pPr>
        <w:jc w:val="right"/>
      </w:pPr>
      <w:r>
        <w:t>یہ یہی اس کی پرائس ہے۔ اگر آپ پرائز دینے کے تیار نہیں ہیں تو پھر محبت خدا کی بات ہی مت کیجیے۔ پھر بے فائدہ بات کرنا</w:t>
      </w:r>
    </w:p>
    <w:p>
      <w:r>
        <w:rPr>
          <w:b/>
        </w:rPr>
        <w:t xml:space="preserve">[1:01:26] </w:t>
      </w:r>
      <w:r>
        <w:t>kuch bhi is ke doosri doosra nuskha is ka nahi hai. ye alhamdulillah Quran ki pehli ayat hai alhamdulillah to ek hai alhamdulillah ghair Allah ek hai alhubb lillah ek hai alhubb lillah to alhubb lillah se apne ko door kar lijiye, bas alhubb lillah apne aap aa jayega.</w:t>
      </w:r>
    </w:p>
    <w:p>
      <w:pPr>
        <w:jc w:val="right"/>
      </w:pPr>
      <w:r>
        <w:t>کچھ بھی اس کے دوسری دوسرا نسخہ اس کا نہیں ہے۔ یہ الحمد قرآن کی پہلی آیت ہے الحمدللہ تو ایک ہے الحمد لله غیر اللہ ایک ہے الحب لله ایک ہے الحب لله تو الحب لله سے اپنے کو دور کر لیجیے، بس الحب لله اپنے آپ آ جائے گا۔</w:t>
      </w:r>
    </w:p>
    <w:p>
      <w:r>
        <w:rPr>
          <w:b/>
        </w:rPr>
        <w:t xml:space="preserve">[1:01:51] </w:t>
      </w:r>
      <w:r>
        <w:t>to ya to aap is</w:t>
      </w:r>
    </w:p>
    <w:p>
      <w:pPr>
        <w:jc w:val="right"/>
      </w:pPr>
      <w:r>
        <w:t>تو یا تو آپ اس</w:t>
      </w:r>
    </w:p>
    <w:p>
      <w:r>
        <w:rPr>
          <w:b/>
        </w:rPr>
        <w:t xml:space="preserve">[1:01:52] </w:t>
      </w:r>
      <w:r>
        <w:t>price dijiye, nahi price dene ke tayyar hain to phir ye baat mat kahiye aur is ki umeed na rakhiye ke Allah taala ke haan aap jab pahunchenge to wahan aap ko, yani wo reward milega jo Allah se mohabbat karne wale bando ke liye muqaddar hai.</w:t>
      </w:r>
    </w:p>
    <w:p>
      <w:pPr>
        <w:jc w:val="right"/>
      </w:pPr>
      <w:r>
        <w:t>پرائس دیجیے، نہیں پرائز دینے کے تیار ہیں تو پھر یہ بات مت کہیے اور اس کی امید نہ رکھیے کہ اللہ تعالیٰ کے ہاں آپ جب پہنچیں گے تو وہاں آپ کو، یعنی وہ ریوارڈ ملے گا جو اللہ سے محبت کرنے والے بندوں کے لیے مقدر ہے۔</w:t>
      </w:r>
    </w:p>
    <w:p>
      <w:r>
        <w:rPr>
          <w:b/>
        </w:rPr>
        <w:t xml:space="preserve">[1:02:09] </w:t>
      </w:r>
      <w:r>
        <w:t>Maulana, agla sawal aya hai Bihar se Maulana Farhad Salfi sahib ka. unhon ne aap se poocha hai ke is word to word study of the Quran the best way of understanding the Quran?</w:t>
      </w:r>
    </w:p>
    <w:p>
      <w:pPr>
        <w:jc w:val="right"/>
      </w:pPr>
      <w:r>
        <w:t>مولانا، اگلا سوال آیا ہے بہار سے مولانا فرہاد سلفی صاحب کا۔ انہوں نے آپ سے پوچھا ہے کہ is word to word study of the Quran the best way of understanding the Quran?</w:t>
      </w:r>
    </w:p>
    <w:p>
      <w:r>
        <w:rPr>
          <w:b/>
        </w:rPr>
        <w:t xml:space="preserve">[1:02:22] </w:t>
      </w:r>
      <w:r>
        <w:t>Please comment. koi best way nahi hai, ghor karna aur dua karna, aur koi doosra nahi hai.</w:t>
      </w:r>
    </w:p>
    <w:p>
      <w:pPr>
        <w:jc w:val="right"/>
      </w:pPr>
      <w:r>
        <w:t>Please comment. کوئی best way نہیں ہے، غور کرنا اور دعا کرنا، اور کوئی دوسرا نہیں ہے۔</w:t>
      </w:r>
    </w:p>
    <w:p>
      <w:r>
        <w:rPr>
          <w:b/>
        </w:rPr>
        <w:t xml:space="preserve">[1:02:33] </w:t>
      </w:r>
      <w:r>
        <w:t>ek tareeqa nikla tha bahut pehle ke taht ul lafz tarjuma ye kuch nahi, ye sab bekar baaten hain. technique, technique se kuch samajh nahi aa sakte aap Quran ko.</w:t>
      </w:r>
    </w:p>
    <w:p>
      <w:pPr>
        <w:jc w:val="right"/>
      </w:pPr>
      <w:r>
        <w:t>ایک طریقہ نکلا تھا بہت پہلے کہ تحت اللفظ ترجمہ یہ کچھ نہیں، یہ سب بیکار باتیں ہیں۔ ٹیکنیک، تکنیک سے کچھ سمجھ نہیں آ سکتے آپ قرآن کو۔</w:t>
      </w:r>
    </w:p>
    <w:p>
      <w:r>
        <w:rPr>
          <w:b/>
        </w:rPr>
        <w:t xml:space="preserve">[1:02:45] </w:t>
      </w:r>
      <w:r>
        <w:t>tarah tarah ki technique nikalte hain log, kuch nahi. sochiye aur dua kijiye, sochiye aur</w:t>
      </w:r>
    </w:p>
    <w:p>
      <w:pPr>
        <w:jc w:val="right"/>
      </w:pPr>
      <w:r>
        <w:t>طرح طرح کی ٹیکنیک نکالتے ہیں لوگ، کچھ نہیں۔ سوچیے اور دعا کیجیے، سوچیے اور</w:t>
      </w:r>
    </w:p>
    <w:p>
      <w:r>
        <w:rPr>
          <w:b/>
        </w:rPr>
        <w:t xml:space="preserve">[1:02:51] </w:t>
      </w:r>
      <w:r>
        <w:t>dua kijiye, yani tadabbur aur dua, bas koi technique nahi hai Quran ko samajhne ke liye. ek chhapa gaya, ek pata hai, chhapa gaya tha, tarjuma chhapa chhapa gaya tha.</w:t>
      </w:r>
    </w:p>
    <w:p>
      <w:pPr>
        <w:jc w:val="right"/>
      </w:pPr>
      <w:r>
        <w:t>دعا کیجیے، یعنی تدبر اور دعا، بس کوئی ٹیکنیک نہیں ہے قرآن کو سمجھنے کے لیے۔ ایک چھابا گیا، ایک پتہ ہے، چھابا گیا تھا، ترجمہ چھاپ چھابا گیا تھا۔</w:t>
      </w:r>
    </w:p>
    <w:p>
      <w:r>
        <w:rPr>
          <w:b/>
        </w:rPr>
        <w:t xml:space="preserve">[1:03:02] </w:t>
      </w:r>
      <w:r>
        <w:t>har lafz ke neeche tarjuma, har lafz ke neeche wahi tarjuma. is tarah ki technique bilkul be faida hai. koi bhi technique aap ko fehm e Quran mein madadgar nahi ban sakti.</w:t>
      </w:r>
    </w:p>
    <w:p>
      <w:pPr>
        <w:jc w:val="right"/>
      </w:pPr>
      <w:r>
        <w:t>ہر لفظ کے نیچے ترجمہ، ہر لفظ کے نیچے وہی ترجمہ۔ اس طرح کی ٹیکنیک بالکل بے فائدہ ہے۔ کوئی بھی ٹیکنیک آپ کو فہم قرآن میں مددگار نہیں بن سکتی۔</w:t>
      </w:r>
    </w:p>
    <w:p>
      <w:r>
        <w:rPr>
          <w:b/>
        </w:rPr>
        <w:t xml:space="preserve">[1:03:19] </w:t>
      </w:r>
      <w:r>
        <w:t>sirf tadabbur karna aur aur dua karna, bas apni taraf se, apni taraf se tadabbur, Allah ki taraf se dua. ye wahid tareeqa hai aur koi tareeqa nahi hai.</w:t>
      </w:r>
    </w:p>
    <w:p>
      <w:pPr>
        <w:jc w:val="right"/>
      </w:pPr>
      <w:r>
        <w:t>صرف تدبر کرنا اور اور دعا کرنا، بس اپنی طرف سے، اپنی طرف سے تدبر، اللہ کی طرف سے دعا۔ یہ واحد طریقہ ہے اور کوئی طریقہ نہیں ہے۔</w:t>
      </w:r>
    </w:p>
    <w:p>
      <w:r>
        <w:rPr>
          <w:b/>
        </w:rPr>
        <w:t xml:space="preserve">[1:03:32] </w:t>
      </w:r>
      <w:r>
        <w:t>Maulana, agla sawal Delhi se aya hai Mr Parteek Sharma ne likha hai. unhon ne aap se poocha hai ke all religions basically teach followers to do good deeds.</w:t>
      </w:r>
    </w:p>
    <w:p>
      <w:pPr>
        <w:jc w:val="right"/>
      </w:pPr>
      <w:r>
        <w:t>مولانا، اگلا سوال دلی سے آیا ہے مسٹر پرتیق شرما نے لکھا ہے۔ انہوں نے آپ سے پوچھا ہے کہ all religions basically teach followers to do good deeds.</w:t>
      </w:r>
    </w:p>
    <w:p>
      <w:r>
        <w:rPr>
          <w:b/>
        </w:rPr>
        <w:t xml:space="preserve">[1:03:44] </w:t>
      </w:r>
      <w:r>
        <w:t>Why should a person then only follow Islam?</w:t>
      </w:r>
    </w:p>
    <w:p>
      <w:pPr>
        <w:jc w:val="right"/>
      </w:pPr>
      <w:r>
        <w:t>Why should a person then only follow Islam?</w:t>
      </w:r>
    </w:p>
    <w:p>
      <w:r>
        <w:rPr>
          <w:b/>
        </w:rPr>
        <w:t xml:space="preserve">[1:03:50] </w:t>
      </w:r>
      <w:r>
        <w:t>dekhiye, agar aap sanjeeda hain, sanjeeda hain to main kahunga ke all religion ka mamla hi nahi hai.</w:t>
      </w:r>
    </w:p>
    <w:p>
      <w:pPr>
        <w:jc w:val="right"/>
      </w:pPr>
      <w:r>
        <w:t>دیکھیے، اگر آپ سنجیدہ ہیں، سنجیدہ ہیں تو میں کہوں گا کہ all religion کا معاملہ ہی نہیں ہے۔</w:t>
      </w:r>
    </w:p>
    <w:p>
      <w:r>
        <w:rPr>
          <w:b/>
        </w:rPr>
        <w:t xml:space="preserve">[1:04:00] </w:t>
      </w:r>
      <w:r>
        <w:t>yahan all religion ka mamla hi nahin hai. kyunke dosre mazahib jo hain, woh preserve mazahib nahin hain. islami ek mehfooz mazhab hai, preserve mazhab.</w:t>
      </w:r>
    </w:p>
    <w:p>
      <w:pPr>
        <w:jc w:val="right"/>
      </w:pPr>
      <w:r>
        <w:t>یہاں all religion کا معاملہ ہی نہیں ہے۔ کیونکہ دوسرے مذاہب جو ہیں، وہ preserve مذاہب نہیں ہیں۔ اسلامی ایک محفوظ مذہب ہے، preserve مذہب۔</w:t>
      </w:r>
    </w:p>
    <w:p>
      <w:r>
        <w:rPr>
          <w:b/>
        </w:rPr>
        <w:t xml:space="preserve">[1:04:12] </w:t>
      </w:r>
      <w:r>
        <w:t>to yeh, yaani kai ke darmiyan, ek kai ke darmiyan ka mamla hai nahin, ek ke darmiyan ka mamla hai.</w:t>
      </w:r>
    </w:p>
    <w:p>
      <w:pPr>
        <w:jc w:val="right"/>
      </w:pPr>
      <w:r>
        <w:t>تو یہ، یعنی کئی کے درمیان، ایک کئی کے درمیان کا معاملہ ہے نہیں، ایک کے درمیان کا معاملہ ہے۔</w:t>
      </w:r>
    </w:p>
    <w:p>
      <w:r>
        <w:rPr>
          <w:b/>
        </w:rPr>
        <w:t xml:space="preserve">[1:04:22] </w:t>
      </w:r>
      <w:r>
        <w:t>tamam scholars jo hain, is par mutafiq hain ke pichle jitne mazhab hain islam se pehle ke, woh koi bhi mehfooz nahin hai, preserve nahin hai.</w:t>
      </w:r>
    </w:p>
    <w:p>
      <w:pPr>
        <w:jc w:val="right"/>
      </w:pPr>
      <w:r>
        <w:t>تمام scholars جو ہیں، اس پر متفق ہیں کہ پچھلے جتنے مذہب ہیں اسلام سے پہلے کے، وہ کوئی بھی محفوظ نہیں ہے، preserve نہیں ہے۔</w:t>
      </w:r>
    </w:p>
    <w:p>
      <w:r>
        <w:rPr>
          <w:b/>
        </w:rPr>
        <w:t xml:space="preserve">[1:04:30] </w:t>
      </w:r>
      <w:r>
        <w:t>un ka text, un ki history, koi cheez preserve nahin hai. sab mythology hai. pichle mazahib jo mythology par base karte hain, history par nahin base karte.</w:t>
      </w:r>
    </w:p>
    <w:p>
      <w:pPr>
        <w:jc w:val="right"/>
      </w:pPr>
      <w:r>
        <w:t>ان کا ٹیکسٹ، ان کی ہسٹری، کوئی چیز preserve نہیں ہے۔ سب mythology ہے۔ پچھلے مذاہب جو mythology پر base کرتے ہیں، ہسٹری پر نہیں base کرتے۔</w:t>
      </w:r>
    </w:p>
    <w:p>
      <w:r>
        <w:rPr>
          <w:b/>
        </w:rPr>
        <w:t xml:space="preserve">[1:04:42] </w:t>
      </w:r>
      <w:r>
        <w:t>yeh tamam scholars ka yeh, yaani woh hai manna hai ke pichle dosre mazahib jo hain, woh mythology par base karte hain.</w:t>
      </w:r>
    </w:p>
    <w:p>
      <w:pPr>
        <w:jc w:val="right"/>
      </w:pPr>
      <w:r>
        <w:t>یہ تمام scholars کا یہ، یعنی وہ ہے ماننا ہے کہ پچھلے دوسرے مذاہب جو ہیں، وہ mythology پر base کرتے ہیں۔</w:t>
      </w:r>
    </w:p>
    <w:p>
      <w:r>
        <w:rPr>
          <w:b/>
        </w:rPr>
        <w:t xml:space="preserve">[1:04:52] </w:t>
      </w:r>
      <w:r>
        <w:t>islam history par base karta hai. is liye aaj islam jo authentic</w:t>
      </w:r>
    </w:p>
    <w:p>
      <w:pPr>
        <w:jc w:val="right"/>
      </w:pPr>
      <w:r>
        <w:t>اسلام ہسٹری پر base کرتا ہے۔ اس لیے آج اسلام جو authentic</w:t>
      </w:r>
    </w:p>
    <w:p>
      <w:r>
        <w:rPr>
          <w:b/>
        </w:rPr>
        <w:t xml:space="preserve">[1:04:56] </w:t>
      </w:r>
      <w:r>
        <w:t>hai, to islam hi ek authentic version hai khuda ke, yaani religion of God ka. yaani religion of God jo hai, pehle bhi aya lekin woh woh mehfooz nahin rakh saka is zamane ke log.</w:t>
      </w:r>
    </w:p>
    <w:p>
      <w:pPr>
        <w:jc w:val="right"/>
      </w:pPr>
      <w:r>
        <w:t>ہے، تو اسلام ہی ایک authentic version ہے خدا کے، یعنی religion of God کا۔ یعنی religion of God جو ہے، پہلے بھی آیا لیکن وہ وہ محفوظ نہیں رکھ سکا اس زمانے کے لوگ۔</w:t>
      </w:r>
    </w:p>
    <w:p>
      <w:r>
        <w:rPr>
          <w:b/>
        </w:rPr>
        <w:t xml:space="preserve">[1:05:12] </w:t>
      </w:r>
      <w:r>
        <w:t>lekin islam jo hai, mehfooz hai. to islam ki hesiyat yeh nahin ke woh superior hai ya afzal hai ya mukammal, yeh sab kuch nahin hai. yeh main nahin manta is ko.</w:t>
      </w:r>
    </w:p>
    <w:p>
      <w:pPr>
        <w:jc w:val="right"/>
      </w:pPr>
      <w:r>
        <w:t>لیکن اسلام جو ہے، محفوظ ہے۔ تو اسلام کی حیثیت یہ نہیں کہ وہ superior ہے یا افضل ہے یا مکمل، یہ سب کچھ نہیں ہے۔ یہ میں نہیں مانتا اس کو۔</w:t>
      </w:r>
    </w:p>
    <w:p>
      <w:r>
        <w:rPr>
          <w:b/>
        </w:rPr>
        <w:t xml:space="preserve">[1:05:21] </w:t>
      </w:r>
      <w:r>
        <w:t>islam na superior hai, na afzal hai, na mukammal hai, kuch nahin.</w:t>
      </w:r>
    </w:p>
    <w:p>
      <w:pPr>
        <w:jc w:val="right"/>
      </w:pPr>
      <w:r>
        <w:t>اسلام نہ superior ہے، نہ افضل ہے، نہ مکمل ہے، کچھ نہیں۔</w:t>
      </w:r>
    </w:p>
    <w:p>
      <w:r>
        <w:rPr>
          <w:b/>
        </w:rPr>
        <w:t xml:space="preserve">[1:05:25] </w:t>
      </w:r>
      <w:r>
        <w:t>woh allah religion of God ka authentic version hai, bas.</w:t>
      </w:r>
    </w:p>
    <w:p>
      <w:pPr>
        <w:jc w:val="right"/>
      </w:pPr>
      <w:r>
        <w:t>وہ اللہ religion of God کا authentic version ہے، بس۔</w:t>
      </w:r>
    </w:p>
    <w:p>
      <w:r>
        <w:rPr>
          <w:b/>
        </w:rPr>
        <w:t xml:space="preserve">[1:05:34] </w:t>
      </w:r>
      <w:r>
        <w:t>aur is ke siwa kuch nahin hai. to jo aadmi waqai sincere hai religion of God ko janne ke liye, to main nahin samajhta ke woh is mein is ki do rai ho sakti hai ke jo authentic version hai, jo jis ki history poori tarah se maloom hai, us ko le na ke un ko le jo ke mythology par base karte hain.</w:t>
      </w:r>
    </w:p>
    <w:p>
      <w:pPr>
        <w:jc w:val="right"/>
      </w:pPr>
      <w:r>
        <w:t>اور اس کے سوا کچھ نہیں ہے۔ تو جو آدمی واقعی sincere ہے religion of God کو جاننے کے لیے، تو میں نہیں سمجھتا کہ وہ اس میں اس کی دو رائے ہو سکتی ہے کہ جو authentic version ہے، جو جس کی ہسٹری پوری طرح سے معلوم ہے، اس کو لے نہ کہ ان کو لے جو کہ mythology پر base کرتے ہیں۔</w:t>
      </w:r>
    </w:p>
    <w:p>
      <w:r>
        <w:rPr>
          <w:b/>
        </w:rPr>
        <w:t xml:space="preserve">[1:06:00] </w:t>
      </w:r>
      <w:r>
        <w:t>yeh hai is mamle mein khalis scientific statement. scientific statement.</w:t>
      </w:r>
    </w:p>
    <w:p>
      <w:pPr>
        <w:jc w:val="right"/>
      </w:pPr>
      <w:r>
        <w:t>یہ ہے اس معاملے میں خالص scientific statement۔ Scientific statement۔</w:t>
      </w:r>
    </w:p>
    <w:p>
      <w:r>
        <w:rPr>
          <w:b/>
        </w:rPr>
        <w:t xml:space="preserve">[1:06:06] </w:t>
      </w:r>
      <w:r>
        <w:t>maulana, un ka ek aur sawal hai. unhon ne likha hai ke religion should be flexible. Islam is very rigid and has several rules with dos and don'ts.</w:t>
      </w:r>
    </w:p>
    <w:p>
      <w:pPr>
        <w:jc w:val="right"/>
      </w:pPr>
      <w:r>
        <w:t>مولانا، ان کا ایک اور سوال ہے۔ انہوں نے لکھا ہے کہ religion should be flexible. Islam is very rigid and has several rules with dos and don'ts.</w:t>
      </w:r>
    </w:p>
    <w:p>
      <w:r>
        <w:rPr>
          <w:b/>
        </w:rPr>
        <w:t xml:space="preserve">[1:06:17] </w:t>
      </w:r>
      <w:r>
        <w:t>why is this so? masla yeh nahin hai, yeh to aap ka apna criteria hai flexible. islam to yaqeenan poori tarah flexible hai.</w:t>
      </w:r>
    </w:p>
    <w:p>
      <w:pPr>
        <w:jc w:val="right"/>
      </w:pPr>
      <w:r>
        <w:t>Why is this so? مسئلہ یہ نہیں ہے، یہ تو آپ کا اپنا کرائٹیریا ہے flexible۔ اسلام تو یقینا پوری طرح flexible ہے۔</w:t>
      </w:r>
    </w:p>
    <w:p>
      <w:r>
        <w:rPr>
          <w:b/>
        </w:rPr>
        <w:t xml:space="preserve">[1:06:27] </w:t>
      </w:r>
      <w:r>
        <w:t>lekin cheez yeh hai ke yeh woh logon ke khayalat hote hain jo religion ko, yaani dekhiye, religion ke do concept hain.</w:t>
      </w:r>
    </w:p>
    <w:p>
      <w:pPr>
        <w:jc w:val="right"/>
      </w:pPr>
      <w:r>
        <w:t>لیکن چیز یہ ہے کہ یہ وہ لوگوں کے خیالات ہوتے ہیں جو religion کو، یعنی دیکھیے، religion کے دو concept ہیں۔</w:t>
      </w:r>
    </w:p>
    <w:p>
      <w:r>
        <w:rPr>
          <w:b/>
        </w:rPr>
        <w:t xml:space="preserve">[1:06:37] </w:t>
      </w:r>
      <w:r>
        <w:t>ek hai based on revelation, ek hai simply ek ek social phenomena.</w:t>
      </w:r>
    </w:p>
    <w:p>
      <w:pPr>
        <w:jc w:val="right"/>
      </w:pPr>
      <w:r>
        <w:t>ایک ہے based on revelation، ایک ہے simply ایک ایک social phenomena۔</w:t>
      </w:r>
    </w:p>
    <w:p>
      <w:r>
        <w:rPr>
          <w:b/>
        </w:rPr>
        <w:t xml:space="preserve">[1:06:47] </w:t>
      </w:r>
      <w:r>
        <w:t>to agar aap is mein phenomena ke taur par religion ko mante hain to aap jo chahen is mein shamil kar li jiye. lekin</w:t>
      </w:r>
    </w:p>
    <w:p>
      <w:pPr>
        <w:jc w:val="right"/>
      </w:pPr>
      <w:r>
        <w:t>تو اگر آپ اس میں phenomena کے طور پر religion کو مانتے ہیں تو آپ جو چاہیں اس میں شامل کر لیجیے۔ لیکن</w:t>
      </w:r>
    </w:p>
    <w:p>
      <w:r>
        <w:rPr>
          <w:b/>
        </w:rPr>
        <w:t xml:space="preserve">[1:06:53] </w:t>
      </w:r>
      <w:r>
        <w:t>woh religion jo revelation par base karta hai, to woh to yahi dekha ke dekha gaya text mein kya hai. jo text mein hai, wahi authentic hai. baqi yeh bilkul galat hai ke islam flexible nahin hai.</w:t>
      </w:r>
    </w:p>
    <w:p>
      <w:pPr>
        <w:jc w:val="right"/>
      </w:pPr>
      <w:r>
        <w:t>وہ religion جو revelation پر base کرتا ہے، تو وہ تو یہی دیکھا کہ دیکھا گیا ٹیکسٹ میں کیا ہے۔ جو ٹیکسٹ میں ہے، وہی authentic ہے۔ باقی یہ بالکل غلط ہے کہ اسلام flexible نہیں ہے۔</w:t>
      </w:r>
    </w:p>
    <w:p>
      <w:r>
        <w:rPr>
          <w:b/>
        </w:rPr>
        <w:t xml:space="preserve">[1:07:04] </w:t>
      </w:r>
      <w:r>
        <w:t>yeh musalman jo hain, in ko dekh kar aap rah bana rahe hain. to musalman ka naam islam nahin hai. islam aakhri had tak flexible hai. is ke baad flexible to koi bhi mazhab nahin hai, mere tajrube ke mutabiq.</w:t>
      </w:r>
    </w:p>
    <w:p>
      <w:pPr>
        <w:jc w:val="right"/>
      </w:pPr>
      <w:r>
        <w:t>یہ مسلمان جو ہیں، ان کو دیکھ کر آپ راہ بنا رہے ہیں۔ تو مسلمان کا نام اسلام نہیں ہے۔ اسلام آخری حد تک flexible ہے۔ اس کے بعد flexible تو کوئی بھی مذہب نہیں ہے، میرے تجربے کے مطابق۔</w:t>
      </w:r>
    </w:p>
    <w:p>
      <w:r>
        <w:rPr>
          <w:b/>
        </w:rPr>
        <w:t xml:space="preserve">[1:07:17] </w:t>
      </w:r>
      <w:r>
        <w:t>dosre mazahib mein to bilkul hi nahin flexibility hai.</w:t>
      </w:r>
    </w:p>
    <w:p>
      <w:pPr>
        <w:jc w:val="right"/>
      </w:pPr>
      <w:r>
        <w:t>دوسرے مذاہب میں تو بالکل ہی نہیں flexibility ہے۔</w:t>
      </w:r>
    </w:p>
    <w:p>
      <w:r>
        <w:rPr>
          <w:b/>
        </w:rPr>
        <w:t xml:space="preserve">[1:07:21] </w:t>
      </w:r>
      <w:r>
        <w:t>islam mein aakhri had tak flexibility hai. lekin yeh yeh cheez criteria nahin hai. criteria yeh hai ke aap ek ek social phenomena ke taur par mante hain mazhab ko ya us ko,</w:t>
      </w:r>
    </w:p>
    <w:p>
      <w:pPr>
        <w:jc w:val="right"/>
      </w:pPr>
      <w:r>
        <w:t>اسلام میں آخری حد تک flexibility ہے۔ لیکن یہ یہ چیز کرائٹیریا نہیں ہے۔ کرائٹیریا یہ ہے کہ آپ ایک ایک social phenomena کے طور پر مانتے ہیں مذہب کو یا اس کو،</w:t>
      </w:r>
    </w:p>
    <w:p>
      <w:r>
        <w:rPr>
          <w:b/>
        </w:rPr>
        <w:t xml:space="preserve">[1:07:36] </w:t>
      </w:r>
      <w:r>
        <w:t>yaani revelation based mante hain. yeh yeh criteria hai. main manta hoon revelation based. to jo revelation mein jo cheez hai, wahi wahi authentic rahe</w:t>
      </w:r>
    </w:p>
    <w:p>
      <w:pPr>
        <w:jc w:val="right"/>
      </w:pPr>
      <w:r>
        <w:t>یعنی revelation based مانتے ہیں۔ یہ یہ کرائٹیریا ہے۔ میں مانتا ہوں revelation based۔ تو جو revelation میں جو چیز ہے، وہی وہی authentic رہے</w:t>
      </w:r>
    </w:p>
    <w:p>
      <w:r>
        <w:rPr>
          <w:b/>
        </w:rPr>
        <w:t xml:space="preserve">[1:07:50] </w:t>
      </w:r>
      <w:r>
        <w:t>gi. baqi yeh flexible hai ya nahin hai, yeh to bilkul irrelevant baat hai. kyunke flexible to bohat hai islam. islam se zyada koi mazhab flexible nahin hai.</w:t>
      </w:r>
    </w:p>
    <w:p>
      <w:pPr>
        <w:jc w:val="right"/>
      </w:pPr>
      <w:r>
        <w:t>گی۔ باقی یہ flexible ہے یا نہیں ہے، یہ تو بالکل irrelevant بات ہے۔ کیونکہ flexible تو بہت ہے اسلام۔ اسلام سے زیادہ کوئی مذہب flexible نہیں ہے۔</w:t>
      </w:r>
    </w:p>
    <w:p>
      <w:r>
        <w:rPr>
          <w:b/>
        </w:rPr>
        <w:t xml:space="preserve">[1:08:02] </w:t>
      </w:r>
      <w:r>
        <w:t>maulana, agla sawal aya hai hyderabad pakistan se mr numaan afzal sahib ka. unhon ne aapse poocha hai ke kya musalmanon ko bhi ghair muslimon ki tarah dawat di jaye ya dawat ka kaam ghair muslimon ke liye hi hai?</w:t>
      </w:r>
    </w:p>
    <w:p>
      <w:pPr>
        <w:jc w:val="right"/>
      </w:pPr>
      <w:r>
        <w:t>مولانا، اگلا سوال آیا ہے حیدرآباد پاکستان سے مسٹر نعمان افضل صاحب کا۔ انہوں نے آپ سے پوچھا ہے کہ کیا مسلمانوں کو بھی غیر مسلموں کی طرح دعوت دی جائے یا دعوت کا کام غیر مسلموں کے لیے ہی ہے؟</w:t>
      </w:r>
    </w:p>
    <w:p>
      <w:r>
        <w:rPr>
          <w:b/>
        </w:rPr>
        <w:t xml:space="preserve">[1:08:20] </w:t>
      </w:r>
      <w:r>
        <w:t>sab ke liye hai. jis ko islam par shakk ho, jo islam ko na manta ho, islam ke bare mein jis ko sawalat hon, un sab ko hi bataut karna hai.</w:t>
      </w:r>
    </w:p>
    <w:p>
      <w:pPr>
        <w:jc w:val="right"/>
      </w:pPr>
      <w:r>
        <w:t>سب کے لیے ہے۔ جس کو اسلام پر شک ہو، جو اسلام کو نہ مانتا ہو، اسلام کے بارے میں جس کو سوالات ہوں، ان سب کو ہی بتاؤت کرنا ہے۔</w:t>
      </w:r>
    </w:p>
    <w:p>
      <w:r>
        <w:rPr>
          <w:b/>
        </w:rPr>
        <w:t xml:space="preserve">[1:08:32] </w:t>
      </w:r>
      <w:r>
        <w:t>is mein to koi koi ikhtilaf ki baat nahi hai. ji. maulana, agla sawal hai dilli se maulana zikwan nadvi sahib ka.</w:t>
      </w:r>
    </w:p>
    <w:p>
      <w:pPr>
        <w:jc w:val="right"/>
      </w:pPr>
      <w:r>
        <w:t>اس میں تو کوئی کوئی اختلاف کی بات نہیں ہے۔ جی۔ مولانا، اگلا سوال ہے دلی سے مولانا زکوان ندوی صاحب کا۔</w:t>
      </w:r>
    </w:p>
    <w:p>
      <w:r>
        <w:rPr>
          <w:b/>
        </w:rPr>
        <w:t xml:space="preserve">[1:08:44] </w:t>
      </w:r>
      <w:r>
        <w:t>unhon</w:t>
      </w:r>
    </w:p>
    <w:p>
      <w:pPr>
        <w:jc w:val="right"/>
      </w:pPr>
      <w:r>
        <w:t>انہوں</w:t>
      </w:r>
    </w:p>
    <w:p>
      <w:r>
        <w:rPr>
          <w:b/>
        </w:rPr>
        <w:t xml:space="preserve">[1:08:45] </w:t>
      </w:r>
      <w:r>
        <w:t>ne likha hai Kindly explain this Quranic verse which is in Chapter 25, Verse number 54, where it is said: "It is God who has created human beings from water,</w:t>
      </w:r>
    </w:p>
    <w:p>
      <w:pPr>
        <w:jc w:val="right"/>
      </w:pPr>
      <w:r>
        <w:t>نے لکھا ہے Kindly explain this Quranic verse which is in Chapter 25, Verse number 54, where it is said: "It is God who has created human beings from water,</w:t>
      </w:r>
    </w:p>
    <w:p>
      <w:r>
        <w:rPr>
          <w:b/>
        </w:rPr>
        <w:t xml:space="preserve">[1:08:59] </w:t>
      </w:r>
      <w:r>
        <w:t>and God has granted them the ties of blood as well as marriage."</w:t>
      </w:r>
    </w:p>
    <w:p>
      <w:pPr>
        <w:jc w:val="right"/>
      </w:pPr>
      <w:r>
        <w:t>and God has granted them the ties of blood as well as marriage."</w:t>
      </w:r>
    </w:p>
    <w:p>
      <w:r>
        <w:rPr>
          <w:b/>
        </w:rPr>
        <w:t xml:space="preserve">[1:09:05] </w:t>
      </w:r>
      <w:r>
        <w:t>haan, yeh jo taluq hota hai, us ki taraf is mein ishara hai. taluq do buniyad par hota hai: ek rishta aur ek khoon.</w:t>
      </w:r>
    </w:p>
    <w:p>
      <w:pPr>
        <w:jc w:val="right"/>
      </w:pPr>
      <w:r>
        <w:t>ہاں، یہ جو تعلق ہوتا ہے، اس کی طرف اس میں اشارہ ہے۔ تعلق دو بنیاد پر ہوتا ہے: ایک رشتہ اور ایک خون۔</w:t>
      </w:r>
    </w:p>
    <w:p>
      <w:r>
        <w:rPr>
          <w:b/>
        </w:rPr>
        <w:t xml:space="preserve">[1:09:17] </w:t>
      </w:r>
      <w:r>
        <w:t>yani ek yeh ke hum khoon, yani blood relationship ki wajah se kisi se mutalliq ho jatay hain. ek yeh hai ke rishtadari ki bina par jo shadiyan hoti hain, rishtadari qaim hoti hain.</w:t>
      </w:r>
    </w:p>
    <w:p>
      <w:pPr>
        <w:jc w:val="right"/>
      </w:pPr>
      <w:r>
        <w:t>یعنی ایک یہ کہ ہم خون، یعنی بلڈ ریلیشن شپ کی وجہ سے کسی سے متعلق ہو جاتے ہیں۔ ایک یہ ہے کہ رشتہ داری کی بنا پر جو شادیاں ہوتی ہیں، رشتہ داری قائم ہوتی ہیں۔</w:t>
      </w:r>
    </w:p>
    <w:p>
      <w:r>
        <w:rPr>
          <w:b/>
        </w:rPr>
        <w:t xml:space="preserve">[1:09:28] </w:t>
      </w:r>
      <w:r>
        <w:t>to us ki taraf ishara hai ke yeh jo hai taluq jo qaim hota hai khoon se ya rishtadari se, yeh Allah taala ki ek nemat hai.</w:t>
      </w:r>
    </w:p>
    <w:p>
      <w:pPr>
        <w:jc w:val="right"/>
      </w:pPr>
      <w:r>
        <w:t>تو اس کی طرف اشارہ ہے کہ یہ جو ہے تعلق جو قائم ہوتا ہے خون سے یا رشتہ داری سے، یہ اللہ تعالی کی ایک نعمت ہے۔</w:t>
      </w:r>
    </w:p>
    <w:p>
      <w:r>
        <w:rPr>
          <w:b/>
        </w:rPr>
        <w:t xml:space="preserve">[1:09:38] </w:t>
      </w:r>
      <w:r>
        <w:t>kyunke kyunke aap jantay hain ke janwaron mein aisa nahi hota. yeh taluqat janwaron mein nahi hain. wahan na rishtadari ke aitbar se hai, na khoon ke aitbar se hai.</w:t>
      </w:r>
    </w:p>
    <w:p>
      <w:pPr>
        <w:jc w:val="right"/>
      </w:pPr>
      <w:r>
        <w:t>کیونکہ کیونکہ آپ جانتے ہیں کہ جانوروں میں ایسا نہیں ہوتا۔ یہ تعلقات جانوروں میں نہیں ہیں۔ وہاں نہ رشتہ داری کے اعتبار سے ہے، نہ خون کے اعتبار سے ہے۔</w:t>
      </w:r>
    </w:p>
    <w:p>
      <w:r>
        <w:rPr>
          <w:b/>
        </w:rPr>
        <w:t xml:space="preserve">[1:09:48] </w:t>
      </w:r>
      <w:r>
        <w:t>har har janwar alag alag rehta hai. to ek doosray ki mohabbat nahi, ek doosray ki khair khwahi nahi, haiwanon mein yeh baat nahi pai jati.</w:t>
      </w:r>
    </w:p>
    <w:p>
      <w:pPr>
        <w:jc w:val="right"/>
      </w:pPr>
      <w:r>
        <w:t>ہر ہر جانور الگ الگ رہتا ہے۔ تو ایک دوسرے کی محبت نہیں، ایک دوسرے کی خیر خواہی نہیں، حیوانوں میں یہ بات نہیں پائی جاتی۔</w:t>
      </w:r>
    </w:p>
    <w:p>
      <w:r>
        <w:rPr>
          <w:b/>
        </w:rPr>
        <w:t xml:space="preserve">[1:09:57] </w:t>
      </w:r>
      <w:r>
        <w:t>to yeh bohat bari nemat hai ke hum in rishton ki bina par, khooni taluq ki bina par, ek doosray ki khair khwahi mein milti hain.</w:t>
      </w:r>
    </w:p>
    <w:p>
      <w:pPr>
        <w:jc w:val="right"/>
      </w:pPr>
      <w:r>
        <w:t>تو یہ بہت بڑی نعمت ہے کہ ہم ان رشتوں کی بنا پر، خونی تعلق کی بنا پر، ایک دوسرے کی خیر خواہی میں ملتی ہے۔</w:t>
      </w:r>
    </w:p>
    <w:p>
      <w:r>
        <w:rPr>
          <w:b/>
        </w:rPr>
        <w:t xml:space="preserve">[1:10:06] </w:t>
      </w:r>
      <w:r>
        <w:t>ek doosray ka taawun milta hai, ek doosray ka pyar ko milta hai. yeh yeh Allah taala ki ek nemat hai jo kisi aur ko hasil nahi, insan ke siwa aur jo makhluqat hain.</w:t>
      </w:r>
    </w:p>
    <w:p>
      <w:pPr>
        <w:jc w:val="right"/>
      </w:pPr>
      <w:r>
        <w:t>ایک دوسرے کا تعاون ملتا ہے، ایک دوسرے کا پیار کو ملتا ہے۔ یہ یہ اللہ تعالی کی ایک نعمت ہے جو کسی اور کو حاصل نہیں، انسان کے سوا اور جو مخلوقات ہیں۔</w:t>
      </w:r>
    </w:p>
    <w:p>
      <w:r>
        <w:rPr>
          <w:b/>
        </w:rPr>
        <w:t xml:space="preserve">[1:10:22] </w:t>
      </w:r>
      <w:r>
        <w:t>to yeh yeh ek shaoor ki ki baat hai. aur yani log is ko letay hain sirf, yani mislan family ki dhoom har jagah hai, bas family ko letay hain, bas ek social,</w:t>
      </w:r>
    </w:p>
    <w:p>
      <w:pPr>
        <w:jc w:val="right"/>
      </w:pPr>
      <w:r>
        <w:t>تو یہ یہ ایک شعور کی کی بات ہے۔ اور یعنی لوگ اس کو لیتے ہیں صرف، یعنی مثلاً فیملی کی دھوم ہر جگہ ہے، بس فیملی کو لیتے ہیں، بس ایک سوشل،</w:t>
      </w:r>
    </w:p>
    <w:p>
      <w:r>
        <w:rPr>
          <w:b/>
        </w:rPr>
        <w:t xml:space="preserve">[1:10:38] </w:t>
      </w:r>
      <w:r>
        <w:t>yani ek ek ek ek social taluqat ke tor par. is ko shukr ke tor par nahi letay. har aadmi family ki batein karta hai, lekin bator social taluqat ke mein is ko leta hoon shukr ke tor par ke Allah taala ne agar yeh jazba na rakha hota,</w:t>
      </w:r>
    </w:p>
    <w:p>
      <w:pPr>
        <w:jc w:val="right"/>
      </w:pPr>
      <w:r>
        <w:t>یعنی ایک ایک ایک ایک سوشل تعلقات کے طور پر۔ اس کو شکر کے طور پر نہیں لیتے۔ ہر آدمی فیملی کی باتیں کرتا ہے، لیکن بطور سوشل تعلقات کے میں اس کو لیتا ہوں شکر کے طور پر کہ اللہ تعالی نے اگر یہ جذبہ نہ رکھا ہوتا،</w:t>
      </w:r>
    </w:p>
    <w:p>
      <w:r>
        <w:rPr>
          <w:b/>
        </w:rPr>
        <w:t xml:space="preserve">[1:10:56] </w:t>
      </w:r>
      <w:r>
        <w:t>agar haiwan ki tarah ho muamla hota insan ka, ke jazba hi na hota, yani na khooni rishte se taluq qaim hota, na rishtadari se taluq qaim hota, to hum haiwan ki tarah hotay.</w:t>
      </w:r>
    </w:p>
    <w:p>
      <w:pPr>
        <w:jc w:val="right"/>
      </w:pPr>
      <w:r>
        <w:t>اگر حیوان کی طرح ہو معاملہ ہوتا انسان کا، کہ جذبہ ہی نہ ہوتا، یعنی نہ خونی رشتے سے تعلق قائم ہوتا، نہ رشتہ داری سے تعلق قائم ہوتا، تو ہم حیوان کی طرح ہوتے۔</w:t>
      </w:r>
    </w:p>
    <w:p>
      <w:r>
        <w:rPr>
          <w:b/>
        </w:rPr>
        <w:t xml:space="preserve">[1:11:09] </w:t>
      </w:r>
      <w:r>
        <w:t>to in cheezon ko log letay hain, lekin log letay hain koi social maani mein. mein is ko leta hoon shukr ke</w:t>
      </w:r>
    </w:p>
    <w:p>
      <w:pPr>
        <w:jc w:val="right"/>
      </w:pPr>
      <w:r>
        <w:t>تو ان چیزوں کو لوگ لیتے ہیں، لیکن لوگ لیتے ہیں کوئی سوشل معنی میں۔ میں اس کو لیتا ہوں شکر کے</w:t>
      </w:r>
    </w:p>
    <w:p>
      <w:r>
        <w:rPr>
          <w:b/>
        </w:rPr>
        <w:t xml:space="preserve">[1:11:16] </w:t>
      </w:r>
      <w:r>
        <w:t>maani mein. aur yahi sahi hai islami nuqta nazar se ke aap is ko shukr khane mein dalain. maulana, un ka ek aur sawal hai.</w:t>
      </w:r>
    </w:p>
    <w:p>
      <w:pPr>
        <w:jc w:val="right"/>
      </w:pPr>
      <w:r>
        <w:t>معنی میں۔ اور یہی صحیح ہے اسلامی نقطہ نظر سے کہ آپ اس کو شکر کھانے میں ڈالیں۔ مولانا، ان کا ایک اور سوال ہے۔</w:t>
      </w:r>
    </w:p>
    <w:p>
      <w:r>
        <w:rPr>
          <w:b/>
        </w:rPr>
        <w:t xml:space="preserve">[1:11:25] </w:t>
      </w:r>
      <w:r>
        <w:t>unhon ne poocha hai What is the importance of contradictory thinking? is ke baray mein batain.</w:t>
      </w:r>
    </w:p>
    <w:p>
      <w:pPr>
        <w:jc w:val="right"/>
      </w:pPr>
      <w:r>
        <w:t>انہوں نے پوچھا ہے What is the importance of contradictory thinking? اس کے بارے میں بتائیں۔</w:t>
      </w:r>
    </w:p>
    <w:p>
      <w:r>
        <w:rPr>
          <w:b/>
        </w:rPr>
        <w:t xml:space="preserve">[1:11:39] </w:t>
      </w:r>
      <w:r>
        <w:t>yeh to ek bohat hi woh pecheeda sawal hai. beharhal, to mukhtasar mein yeh kahoon ga ke aam tor par tanqeed se, yani criticism se jo ghussa hotay hain,</w:t>
      </w:r>
    </w:p>
    <w:p>
      <w:pPr>
        <w:jc w:val="right"/>
      </w:pPr>
      <w:r>
        <w:t>یہ تو ایک بہت ہی وہ پیچیدہ سوال ہے۔ بہرحال، تو مختصر میں یہ کہوں گا کہ عام طور پر تنقید سے، یعنی criticism سے جو غصہ ہوتے ہیں،</w:t>
      </w:r>
    </w:p>
    <w:p>
      <w:r>
        <w:rPr>
          <w:b/>
        </w:rPr>
        <w:t xml:space="preserve">[1:11:56] </w:t>
      </w:r>
      <w:r>
        <w:t>aur koi criticize kiya jaye kisi par, to woh samajhtay hain ke apne ko bara samajhta hai aadmi.</w:t>
      </w:r>
    </w:p>
    <w:p>
      <w:pPr>
        <w:jc w:val="right"/>
      </w:pPr>
      <w:r>
        <w:t>اور کوئی criticize کیا جائے کسی پر، تو وہ سمجھتے ہیں کہ اپنے کو بڑا سمجھتا ہے آدمی۔</w:t>
      </w:r>
    </w:p>
    <w:p>
      <w:r>
        <w:rPr>
          <w:b/>
        </w:rPr>
        <w:t xml:space="preserve">[1:12:01] </w:t>
      </w:r>
      <w:r>
        <w:t>yeh aam, yani soch logon ki hai ke aap ne criticize kiya kisi ke oopar, chahe woh kitni daleel ke sath ho, bohat hi scientific ho, bohat hi rational ho, lekin woh samjhay ke apne ko superior samajhta hai.</w:t>
      </w:r>
    </w:p>
    <w:p>
      <w:pPr>
        <w:jc w:val="right"/>
      </w:pPr>
      <w:r>
        <w:t>یہ عام، یعنی سوچ لوگوں کی ہے کہ آپ نے criticize کیا کسی کے اوپر، چاہے وہ کتنی دلیل کے ساتھ ہو، بہت ہی scientific ہو، بہت ہی rational ہو، لیکن وہ سمجھے کہ اپنے کو superior سمجھتا ہے۔</w:t>
      </w:r>
    </w:p>
    <w:p>
      <w:r>
        <w:rPr>
          <w:b/>
        </w:rPr>
        <w:t xml:space="preserve">[1:12:13] </w:t>
      </w:r>
      <w:r>
        <w:t>woh mein samajhta hoon ke sahi critique woh hai jo apne ko alag kar ke criticism karta hai.</w:t>
      </w:r>
    </w:p>
    <w:p>
      <w:pPr>
        <w:jc w:val="right"/>
      </w:pPr>
      <w:r>
        <w:t>وہ میں سمجھتا ہوں کہ صحیح critique وہ ہے جو اپنے کو الگ کر کے criticism کرتا ہے۔</w:t>
      </w:r>
    </w:p>
    <w:p>
      <w:r>
        <w:rPr>
          <w:b/>
        </w:rPr>
        <w:t xml:space="preserve">[1:12:23] </w:t>
      </w:r>
      <w:r>
        <w:t>sacha critique woh hai jo criticize karta hai apne ko alag kar ke, yani khud intehai modesty mein jeetay huay bhi doosray ke baray mein criticize karta hai.</w:t>
      </w:r>
    </w:p>
    <w:p>
      <w:pPr>
        <w:jc w:val="right"/>
      </w:pPr>
      <w:r>
        <w:t>سچا critique وہ ہے جو criticize کرتا ہے اپنے کو الگ کر کے، یعنی خود انتہائی modesty میں جیتے ہوئے بھی دوسرے کے بارے میں criticize کرتا ہے۔</w:t>
      </w:r>
    </w:p>
    <w:p>
      <w:r>
        <w:rPr>
          <w:b/>
        </w:rPr>
        <w:t xml:space="preserve">[1:12:31] </w:t>
      </w:r>
      <w:r>
        <w:t>woh yeh hai contradicting thinking, yani apne ko aakhri had tak modest manna. is ke bawajood, aap jab dainkhay ke kahin sachai,</w:t>
      </w:r>
    </w:p>
    <w:p>
      <w:pPr>
        <w:jc w:val="right"/>
      </w:pPr>
      <w:r>
        <w:t>وہ یہ ہے contradicting thinking، یعنی اپنے کو آخری حد تک modest ماننا۔ اس کے باوجود، آپ جب دیکھیں کہ کہیں سچائی،</w:t>
      </w:r>
    </w:p>
    <w:p>
      <w:r>
        <w:rPr>
          <w:b/>
        </w:rPr>
        <w:t xml:space="preserve">[1:12:47] </w:t>
      </w:r>
      <w:r>
        <w:t>koi sachai log log mein log is ko nahi follow kar rahay hain, to wahan par criticize karein aap.</w:t>
      </w:r>
    </w:p>
    <w:p>
      <w:pPr>
        <w:jc w:val="right"/>
      </w:pPr>
      <w:r>
        <w:t>کوئی سچائی لوگ لوگ میں لوگ اس کو نہیں follow کر رہے ہیں، تو وہاں پر criticize کریں آپ۔</w:t>
      </w:r>
    </w:p>
    <w:p>
      <w:r>
        <w:rPr>
          <w:b/>
        </w:rPr>
        <w:t xml:space="preserve">[1:12:53] </w:t>
      </w:r>
      <w:r>
        <w:t>to doosray par criticize karna ain usi waqt apne ko nothing samajhtay huay ke mein to kuch bhi nahi hoon. yeh yeh ek yeh ek bohat hi mushkil kaam hai.</w:t>
      </w:r>
    </w:p>
    <w:p>
      <w:pPr>
        <w:jc w:val="right"/>
      </w:pPr>
      <w:r>
        <w:t>تو دوسرے پر criticize کرنا عین اسی وقت اپنے کو nothing سمجھتے ہوئے کہ میں تو کچھ بھی نہیں ہوں۔ یہ یہ ایک یہ ایک بہت ہی مشکل کام ہے۔</w:t>
      </w:r>
    </w:p>
    <w:p>
      <w:r>
        <w:rPr>
          <w:b/>
        </w:rPr>
        <w:t xml:space="preserve">[1:13:04] </w:t>
      </w:r>
      <w:r>
        <w:t>yeh hai contradicting thinking. lekin Allah taala ne insaan ke andar yeh capacity rakhi hai ke do contradictory khayalat mein jee sake. woh isi ko ek philosopher ne kaha hai ke I am large enough to contain all these contradictions.</w:t>
      </w:r>
    </w:p>
    <w:p>
      <w:pPr>
        <w:jc w:val="right"/>
      </w:pPr>
      <w:r>
        <w:t>یہ ہے contradicting thinking۔ لیکن اللہ تعالی نے انسان کے اندر یہ capacity رکھی ہے کہ دو contradictory خیالات میں جی سکے۔ وہ اسی کو ایک فلاسفر نے کہا ہے کہ I am large enough to contain all these contradictions.</w:t>
      </w:r>
    </w:p>
    <w:p>
      <w:r>
        <w:rPr>
          <w:b/>
        </w:rPr>
        <w:t xml:space="preserve">[1:13:21] </w:t>
      </w:r>
      <w:r>
        <w:t>toh yeh ek bohat oonchi baat hai ke aap apne aap ko kuch na samajhte hue bhi doosre par criticize karein. aur yeh Allah taala ne jo aap ke andar salahiyat rakhi hai, us salahiyat ko zinda kijiye, toh aap aise ban jayenge.</w:t>
      </w:r>
    </w:p>
    <w:p>
      <w:pPr>
        <w:jc w:val="right"/>
      </w:pPr>
      <w:r>
        <w:t>تو یہ ایک بہت اونچی بات ہے کہ آپ اپنے آپ کو کچھ نہ سمجھتے ہوئے بھی دوسرے پر criticize کریں۔ اور یہ اللہ تعالی نے جو آپ کے اندر صلاحیت رکھی ہے، اس صلاحیت کو زندہ کیجیے، تو آپ ایسے بن جائیں گے۔</w:t>
      </w:r>
    </w:p>
    <w:p>
      <w:r>
        <w:rPr>
          <w:b/>
        </w:rPr>
        <w:t xml:space="preserve">[1:13:38] </w:t>
      </w:r>
      <w:r>
        <w:t>Maulana, agla sawal hai Tamil Nadu se Maulana Iqbal Umri sahib ka. unhone aapse poocha hai What is the difference between pro-Islam and pro</w:t>
      </w:r>
    </w:p>
    <w:p>
      <w:pPr>
        <w:jc w:val="right"/>
      </w:pPr>
      <w:r>
        <w:t>مولانا، اگلا سوال ہے تمل ناڈو سے مولانا اقبال عمری صاحب کا۔ انہوں نے آپ سے پوچھا ہے What is the difference between pro-Islam and pro</w:t>
      </w:r>
    </w:p>
    <w:p>
      <w:r>
        <w:rPr>
          <w:b/>
        </w:rPr>
        <w:t xml:space="preserve">[1:13:48] </w:t>
      </w:r>
      <w:r>
        <w:t>-Muslim? pro-Muslim hota hai woh qaumi, yaani logon ke andar jo hai mizaj qaumi mizaj hai. qaumi mizaj hai.</w:t>
      </w:r>
    </w:p>
    <w:p>
      <w:pPr>
        <w:jc w:val="right"/>
      </w:pPr>
      <w:r>
        <w:t>-Muslim? پرو-Muslim ہوتا ہے وہ قومی، یعنی لوگوں کے اندر جو ہے مزاج قومی مزاج ہے۔ قومی مزاج ہے۔</w:t>
      </w:r>
    </w:p>
    <w:p>
      <w:r>
        <w:rPr>
          <w:b/>
        </w:rPr>
        <w:t xml:space="preserve">[1:13:58] </w:t>
      </w:r>
      <w:r>
        <w:t>Islam ek bilkul ek ideology hai, pure ideology. toh pure Islam ka matlab yeh hai ke aap khalis ek divine ideology ko le kar sochein.</w:t>
      </w:r>
    </w:p>
    <w:p>
      <w:pPr>
        <w:jc w:val="right"/>
      </w:pPr>
      <w:r>
        <w:t>اسلام ایک بالکل ایک ideology ہے، پیور ideology۔ تو پورے اسلام کا مطلب یہ ہے کہ آپ خالص ایک divine ideology کو لے کر سوچیں۔</w:t>
      </w:r>
    </w:p>
    <w:p>
      <w:r>
        <w:rPr>
          <w:b/>
        </w:rPr>
        <w:t xml:space="preserve">[1:14:09] </w:t>
      </w:r>
      <w:r>
        <w:t>aur pro-Muslim hai ke ek qaum hai, ek millat hai, us ko le kar sochein aap. toh bilkul do alag alag soch ban</w:t>
      </w:r>
    </w:p>
    <w:p>
      <w:pPr>
        <w:jc w:val="right"/>
      </w:pPr>
      <w:r>
        <w:t>اور پرو-Muslim ہے کہ ایک قوم ہے، ایک ملت ہے، اس کو لے کر سوچیں آپ۔ تو بالکل دو الگ الگ سوچ بن</w:t>
      </w:r>
    </w:p>
    <w:p>
      <w:r>
        <w:rPr>
          <w:b/>
        </w:rPr>
        <w:t xml:space="preserve">[1:14:17] </w:t>
      </w:r>
      <w:r>
        <w:t>jati hai. jaise jaise musalman aam taur par jo campaign mein jeete hain, protest mein jeete hain, nafrat jeete hain, woh kyun? qaumi soch ki wajah se, qaumi mizaj ki wajah se.</w:t>
      </w:r>
    </w:p>
    <w:p>
      <w:pPr>
        <w:jc w:val="right"/>
      </w:pPr>
      <w:r>
        <w:t>جاتی ہے۔ جیسے جیسے مسلمان عام طور پر جو کمپین میں جیتے ہیں، پروٹیسٹ میں جیتے ہیں، نفرت جیتے ہیں، وہ کیوں؟ قومی سوچ کی وجہ سے، قومی مزاج کی وجہ سے۔</w:t>
      </w:r>
    </w:p>
    <w:p>
      <w:r>
        <w:rPr>
          <w:b/>
        </w:rPr>
        <w:t xml:space="preserve">[1:14:27] </w:t>
      </w:r>
      <w:r>
        <w:t>agar aap ke andar, yaani khalis Islami mizaj ho, toh phir nafrat ki aur negativity ki koi gunjaish hi is mein nahi hoti.</w:t>
      </w:r>
    </w:p>
    <w:p>
      <w:pPr>
        <w:jc w:val="right"/>
      </w:pPr>
      <w:r>
        <w:t>اگر آپ کے اندر، یعنی خالص اسلامی مزاج ہو، تو پھر نفرت کی اور نیگیٹیوٹی کی کوئی گنجائش ہی اس میں نہیں ہوتی۔</w:t>
      </w:r>
    </w:p>
    <w:p>
      <w:r>
        <w:rPr>
          <w:b/>
        </w:rPr>
        <w:t xml:space="preserve">[1:14:38] </w:t>
      </w:r>
      <w:r>
        <w:t>dono bilkul do alag alag woh hain. Islami zehan se sochna aur Muslim zehan se sochna, dono bilkul alag al</w:t>
      </w:r>
    </w:p>
    <w:p>
      <w:pPr>
        <w:jc w:val="right"/>
      </w:pPr>
      <w:r>
        <w:t>دونوں بالکل دو الگ الگ وہ ہیں۔ اسلامی ذہن سے سوچنا اور مسلم ذہن سے سوچنا، دونوں بالکل الگ ال</w:t>
      </w:r>
    </w:p>
    <w:p>
      <w:r>
        <w:rPr>
          <w:b/>
        </w:rPr>
        <w:t xml:space="preserve">[1:14:47] </w:t>
      </w:r>
      <w:r>
        <w:t>ag hain. Muslim zehan se sochne ke maani hain qaumi zehan. qaumi zehan se sochna. aur Islami zehan ke maani hain, yaani khalis, yaani nazariya, ideology ke aitbar se sochna.</w:t>
      </w:r>
    </w:p>
    <w:p>
      <w:pPr>
        <w:jc w:val="right"/>
      </w:pPr>
      <w:r>
        <w:t>گ ہیں۔ مسلم ذہن سے سوچنے کے معنی ہیں قومی ذہن۔ قومی ذہن سے سوچنا۔ اور اسلامی ذہن کے معنی ہیں، یعنی خالص، یعنی نظریہ، ideology کے اعتبار سے سوچنا۔</w:t>
      </w:r>
    </w:p>
    <w:p>
      <w:r>
        <w:rPr>
          <w:b/>
        </w:rPr>
        <w:t xml:space="preserve">[1:15:00] </w:t>
      </w:r>
      <w:r>
        <w:t>toh bohat farq hai.</w:t>
      </w:r>
    </w:p>
    <w:p>
      <w:pPr>
        <w:jc w:val="right"/>
      </w:pPr>
      <w:r>
        <w:t>تو بہت فرق ہے۔</w:t>
      </w:r>
    </w:p>
    <w:p>
      <w:r>
        <w:rPr>
          <w:b/>
        </w:rPr>
        <w:t xml:space="preserve">[1:15:05] </w:t>
      </w:r>
      <w:r>
        <w:t>Maulana, unka ek aur sawal</w:t>
      </w:r>
    </w:p>
    <w:p>
      <w:pPr>
        <w:jc w:val="right"/>
      </w:pPr>
      <w:r>
        <w:t>مولانا، ان کا ایک اور سوال</w:t>
      </w:r>
    </w:p>
    <w:p>
      <w:r>
        <w:rPr>
          <w:b/>
        </w:rPr>
        <w:t xml:space="preserve">[1:15:07] </w:t>
      </w:r>
      <w:r>
        <w:t>hai. unhone aapse poocha hai ke ek Quran ki ayat ko wazeh karne ke liye, jis mein yeh kaha gaya hai كُنْتُمْ خَيْرًا أُمَّةٌ أَخْرِجَتْ لِلنَّاسِ iska kya matlab hai?</w:t>
      </w:r>
    </w:p>
    <w:p>
      <w:pPr>
        <w:jc w:val="right"/>
      </w:pPr>
      <w:r>
        <w:t>ہے۔ انہوں نے آپ سے پوچھا ہے کہ ایک قرآن کی آیت کو واضح کرنے کے لیے، جس میں یہ کہا گیا ہے كُنْتُمْ خَيْرًا أُمَّةٌ أَخْرِجَتْ لِلنَّاسِ اس کا کیا مطلب ہے؟</w:t>
      </w:r>
    </w:p>
    <w:p>
      <w:r>
        <w:rPr>
          <w:b/>
        </w:rPr>
        <w:t xml:space="preserve">[1:15:20] </w:t>
      </w:r>
      <w:r>
        <w:t>dekhiye, yeh khair o bad ka lafz jo Quran mein aaya hai, toh aam taur par log samajhte hain ke saare musalman khair ul ummat hain. yeh bilkul galat hai. saare musalman khair ul ummat nahi hain.</w:t>
      </w:r>
    </w:p>
    <w:p>
      <w:pPr>
        <w:jc w:val="right"/>
      </w:pPr>
      <w:r>
        <w:t>دیکھیے، یہ خیر و بد کا لفظ جو قرآن میں آیا ہے، تو عام طور پر لوگ سمجھتے ہیں کہ سارے مسلمان خیر و امت ہیں۔ یہ بالکل غلط ہے۔ سارے مسلمان خیر و امت نہیں ہیں۔</w:t>
      </w:r>
    </w:p>
    <w:p>
      <w:r>
        <w:rPr>
          <w:b/>
        </w:rPr>
        <w:t xml:space="preserve">[1:15:31] </w:t>
      </w:r>
      <w:r>
        <w:t>saare musalman toh ek giroh hain, bas ek nasli giroh. is ayat mein khair ul ummat se murad sahaba hain.</w:t>
      </w:r>
    </w:p>
    <w:p>
      <w:pPr>
        <w:jc w:val="right"/>
      </w:pPr>
      <w:r>
        <w:t>سارے مسلمان تو ایک گروہ ہیں، بس ایک نسلی گروہ۔ اس آیت میں خیر و امت سے مراد صحابہ ہیں۔</w:t>
      </w:r>
    </w:p>
    <w:p>
      <w:r>
        <w:rPr>
          <w:b/>
        </w:rPr>
        <w:t xml:space="preserve">[1:15:37] </w:t>
      </w:r>
      <w:r>
        <w:t>sahaba. yaani jo Allah ke Rasool ki sohbat mein jinki training hui thi, jinke andar ek akhlaq aaya tha, jo yaani apne qaul o amal ke aitbar se Allah ke deen par qaim hue the, woh murad hai is se.</w:t>
      </w:r>
    </w:p>
    <w:p>
      <w:pPr>
        <w:jc w:val="right"/>
      </w:pPr>
      <w:r>
        <w:t>صحابہ۔ یعنی جو اللہ کے رسول کی صحبت میں جن کی ٹریننگ ہوئی تھی، جن کے اندر ایک اخلاق آیا تھا، جو یعنی اپنے قول و عمل کے اعتبار سے اللہ کے دین پر قائم ہوئے تھے، وہ مراد ہے اس سے۔</w:t>
      </w:r>
    </w:p>
    <w:p>
      <w:r>
        <w:rPr>
          <w:b/>
        </w:rPr>
        <w:t xml:space="preserve">[1:15:52] </w:t>
      </w:r>
      <w:r>
        <w:t>yeh koi qaum nahi murad hai jo musalmanon ki qaum hai, bas saare khair ul ummat hain. aisa kuch bhi nahi.</w:t>
      </w:r>
    </w:p>
    <w:p>
      <w:pPr>
        <w:jc w:val="right"/>
      </w:pPr>
      <w:r>
        <w:t>یہ کوئی قوم نہیں مراد ہے جو مسلمانوں کی قوم ہے، بس سارے خیر و امت ہیں۔ ایسا کچھ بھی نہیں۔</w:t>
      </w:r>
    </w:p>
    <w:p>
      <w:r>
        <w:rPr>
          <w:b/>
        </w:rPr>
        <w:t xml:space="preserve">[1:16:03] </w:t>
      </w:r>
      <w:r>
        <w:t>Maulana, agla jo hai woh sawal nahi</w:t>
      </w:r>
    </w:p>
    <w:p>
      <w:pPr>
        <w:jc w:val="right"/>
      </w:pPr>
      <w:r>
        <w:t>مولانا، اگلا جو ہے وہ سوال نہیں</w:t>
      </w:r>
    </w:p>
    <w:p>
      <w:r>
        <w:rPr>
          <w:b/>
        </w:rPr>
        <w:t xml:space="preserve">[1:16:06] </w:t>
      </w:r>
      <w:r>
        <w:t>hai, ek comment aaya hai Doha, Qatar se Maulana Abdul Basit Umri ka. unhone likha hai: Maulana, ijtihad ka mafhoom aaj tak mubham aur ghair wazeh tha.</w:t>
      </w:r>
    </w:p>
    <w:p>
      <w:pPr>
        <w:jc w:val="right"/>
      </w:pPr>
      <w:r>
        <w:t>ہے، ایک کمنٹ آیا ہے دوحہ، قطر سے مولانا عبدالباسط عمری کا۔ انہوں نے لکھا ہے: مولانا، اجتہاد کا مفہوم آج تک مبہم اور غیر واضح تھا۔</w:t>
      </w:r>
    </w:p>
    <w:p>
      <w:r>
        <w:rPr>
          <w:b/>
        </w:rPr>
        <w:t xml:space="preserve">[1:16:18] </w:t>
      </w:r>
      <w:r>
        <w:t>aaj ki taqreer se pehli baar ijtihad ka sahi mafhoom samajh mein aaya. suraj ki tarah wazeh. ke asal cheez niyat ko dekhna nahi, niyat agar durust hai toh phir kuch bhi darne ki baat nahi.</w:t>
      </w:r>
    </w:p>
    <w:p>
      <w:pPr>
        <w:jc w:val="right"/>
      </w:pPr>
      <w:r>
        <w:t>آج کی تقریر سے پہلی بار اجتہاد کا صحیح مفہوم سمجھ میں آیا۔ سورج کی طرح واضح۔ کہ اصل چیز نیت کو دیکھنا نہیں، نیت اگر درست ہے تو پھر کچھ بھی ڈرنے کی بات نہیں۔</w:t>
      </w:r>
    </w:p>
    <w:p>
      <w:r>
        <w:rPr>
          <w:b/>
        </w:rPr>
        <w:t xml:space="preserve">[1:16:33] </w:t>
      </w:r>
      <w:r>
        <w:t>Jazak Allah khair, Allah aap ki umar mein barkat de aur aapse zyada se zyada seekhne ka mauqa de. Jazak Allah.</w:t>
      </w:r>
    </w:p>
    <w:p>
      <w:pPr>
        <w:jc w:val="right"/>
      </w:pPr>
      <w:r>
        <w:t>جزاک اللہ خیر، اللہ آپ کی عمر میں برکت دے اور آپ سے زیادہ سے زیادہ سیکھنے کا موقع دے۔ جزاک اللہ۔</w:t>
      </w:r>
    </w:p>
    <w:p>
      <w:r>
        <w:rPr>
          <w:b/>
        </w:rPr>
        <w:t xml:space="preserve">[1:16:42] </w:t>
      </w:r>
      <w:r>
        <w:t>Maulana, agla sawal Shah Imran, Mr Shah Imran Hasan ka hai, Delhi se. unhone likha hai: Salman Rushdie ne India mein aa kar musalmanon ke jazbat ko majrooh kiya hai.</w:t>
      </w:r>
    </w:p>
    <w:p>
      <w:pPr>
        <w:jc w:val="right"/>
      </w:pPr>
      <w:r>
        <w:t>مولانا، اگلا سوال شاہ عمران، مسٹر شاہ عمران حسن کا ہے، دلی سے۔ انہوں نے لکھا ہے: سلمان رشدی نے انڈیا میں آ کر مسلمانوں کے جذبات کو مجروح کیا ہے۔</w:t>
      </w:r>
    </w:p>
    <w:p>
      <w:r>
        <w:rPr>
          <w:b/>
        </w:rPr>
        <w:t xml:space="preserve">[1:16:56] </w:t>
      </w:r>
      <w:r>
        <w:t>is bare mein aap ki kya rai hai? kya aap unko apni class mein bulana chahenge,</w:t>
      </w:r>
    </w:p>
    <w:p>
      <w:pPr>
        <w:jc w:val="right"/>
      </w:pPr>
      <w:r>
        <w:t>اس بارے میں آپ کی کیا رائے ہے؟ کیا آپ ان کو اپنی کلاس میں بلانا چاہیں گے،</w:t>
      </w:r>
    </w:p>
    <w:p>
      <w:r>
        <w:rPr>
          <w:b/>
        </w:rPr>
        <w:t xml:space="preserve">[1:17:02] </w:t>
      </w:r>
      <w:r>
        <w:t>jabke kaha jata hai ke woh musalman aur Islam ke dushman hain? koi dushman nahi hota. hum har ek ko badu samajhte hain. yeh nazariya hi galat hai ke woh dushman hai, woh conspirator hai.</w:t>
      </w:r>
    </w:p>
    <w:p>
      <w:pPr>
        <w:jc w:val="right"/>
      </w:pPr>
      <w:r>
        <w:t>جبکہ کہا جاتا ہے کہ وہ مسلمان اور اسلام کے دشمن ہیں؟ کوئی دشمن نہیں ہوتا۔ ہم ہر ایک کو بدو سمجھتے ہیں۔ یہ نظریہ ہی غلط ہے کہ وہ دشمن ہے، وہ conspirator ہے۔</w:t>
      </w:r>
    </w:p>
    <w:p>
      <w:r>
        <w:rPr>
          <w:b/>
        </w:rPr>
        <w:t xml:space="preserve">[1:17:15] </w:t>
      </w:r>
      <w:r>
        <w:t>yeh sab bilkul Islami soch nahi hai, yeh qaumi soch hai, qaumi. hum har insaan ko badu samajhte hain. har insaan ko chahte hain ke Allah ka paigham us ko pohanchaya jaye.</w:t>
      </w:r>
    </w:p>
    <w:p>
      <w:pPr>
        <w:jc w:val="right"/>
      </w:pPr>
      <w:r>
        <w:t>یہ سب بالکل اسلامی سوچ نہیں ہے، یہ قومی سوچ ہے، قومی۔ ہم ہر انسان کو بدو سمجھتے ہیں۔ ہر انسان کو چاہتے ہیں کہ اللہ کا پیغام اس کو پہنچایا جائے۔</w:t>
      </w:r>
    </w:p>
    <w:p>
      <w:r>
        <w:rPr>
          <w:b/>
        </w:rPr>
        <w:t xml:space="preserve">[1:17:26] </w:t>
      </w:r>
      <w:r>
        <w:t>bas. aur kuch nahin. baqi kaun kya hai, woh Allah jaane, woh qayamat ke faisla is ka hoga. yeh yeh soch ko main bilkul baطل samjhta hoon, baطل.</w:t>
      </w:r>
    </w:p>
    <w:p>
      <w:pPr>
        <w:jc w:val="right"/>
      </w:pPr>
      <w:r>
        <w:t>بس۔ اور کچھ نہیں۔ باقی کون کیا ہے، وہ اللہ جانے، وہ قیامت کے فیصلہ اس کا ہوگا۔ یہ یہ سوچ کو میں بالکل باطل سمجھتا ہوں، باطل۔</w:t>
      </w:r>
    </w:p>
    <w:p>
      <w:r>
        <w:rPr>
          <w:b/>
        </w:rPr>
        <w:t xml:space="preserve">[1:17:38] </w:t>
      </w:r>
      <w:r>
        <w:t>ke logon ko kaha jaye ke yeh dost hai, yeh dushman hai, yeh saazishi hai, yeh falan, yeh sab bilkul jhooti soch hai.</w:t>
      </w:r>
    </w:p>
    <w:p>
      <w:pPr>
        <w:jc w:val="right"/>
      </w:pPr>
      <w:r>
        <w:t>کہ لوگوں کو کہا جائے کہ یہ دوست ہے، یہ دشمن ہے، یہ سازشی ہے، یہ فلاں، یہ سب بالکل جھوٹی سوچ ہے۔</w:t>
      </w:r>
    </w:p>
    <w:p>
      <w:r>
        <w:rPr>
          <w:b/>
        </w:rPr>
        <w:t xml:space="preserve">[1:17:45] </w:t>
      </w:r>
      <w:r>
        <w:t>bas do hi taqseem hai, daai aur badu. aur koi teesri soch, teesri category hai nahin. to hum na kisi ki nafrat karne ko jaiz samajhte, na kisi ko dushman kaha jaye, yeh is ko bhi jaiz nahin samajhte, is ko.</w:t>
      </w:r>
    </w:p>
    <w:p>
      <w:pPr>
        <w:jc w:val="right"/>
      </w:pPr>
      <w:r>
        <w:t>بس دو ہی تقسیم ہے، داعی اور بدو۔ اور کوئی تیسری سوچ، تیسری category ہے نہیں۔ تو ہم نہ کسی کی نفرت کرنے کو جائز سمجھتے، نہ کسی کو دشمن کہا جائے، یہ اس کو بھی جائز نہیں سمجھتے، اس کو۔</w:t>
      </w:r>
    </w:p>
    <w:p>
      <w:r>
        <w:rPr>
          <w:b/>
        </w:rPr>
        <w:t xml:space="preserve">[1:18:02] </w:t>
      </w:r>
      <w:r>
        <w:t>sab ke liye khair khwahi, sab ke liye dua, sab ko insan samajhna, sab ko Allah ka paigham pahunchana, yeh hai sahi Islami mizaj.</w:t>
      </w:r>
    </w:p>
    <w:p>
      <w:pPr>
        <w:jc w:val="right"/>
      </w:pPr>
      <w:r>
        <w:t>سب کے لیے خیر خواہی، سب کے لیے دعا، سب کو انسان سمجھنا، سب کو اللہ کا پیغام پہنچانا، یہ ہے صحیح اسلامی مزاج۔</w:t>
      </w:r>
    </w:p>
    <w:p>
      <w:r>
        <w:rPr>
          <w:b/>
        </w:rPr>
        <w:t xml:space="preserve">[1:18:13] </w:t>
      </w:r>
      <w:r>
        <w:t>aur yeh hum chahte hain ke hamare sathiyon mein yeh mizaj aaye. Maulana, agla sawal Dilli se hai, aah Miss Parveen Sultana ka.</w:t>
      </w:r>
    </w:p>
    <w:p>
      <w:pPr>
        <w:jc w:val="right"/>
      </w:pPr>
      <w:r>
        <w:t>اور یہ ہم چاہتے ہیں کہ ہمارے ساتھیوں میں یہ مزاج آئے۔ مولانا، اگلا سوال دلی سے ہے، آہ Miss پروین سلطانہ کا۔</w:t>
      </w:r>
    </w:p>
    <w:p>
      <w:r>
        <w:rPr>
          <w:b/>
        </w:rPr>
        <w:t xml:space="preserve">[1:18:24] </w:t>
      </w:r>
      <w:r>
        <w:t>unhon ne aapse poocha hai: Maulana, is there any difference of status or rank or anything among the Sayyids, Sheikhs, Pathans, Ansaris or Malik according to the Hadith?</w:t>
      </w:r>
    </w:p>
    <w:p>
      <w:pPr>
        <w:jc w:val="right"/>
      </w:pPr>
      <w:r>
        <w:t>انہوں نے آپ سے پوچھا ہے: مولانا، is there any difference of status or rank or anything among the Sayyids, Sheikhs, Pathans, Ansaris or Malik according to the Hadith?</w:t>
      </w:r>
    </w:p>
    <w:p>
      <w:r>
        <w:rPr>
          <w:b/>
        </w:rPr>
        <w:t xml:space="preserve">[1:18:37] </w:t>
      </w:r>
      <w:r>
        <w:t>kya phir se parhiye?</w:t>
      </w:r>
    </w:p>
    <w:p>
      <w:pPr>
        <w:jc w:val="right"/>
      </w:pPr>
      <w:r>
        <w:t>کیا پھر سے پڑھیے؟</w:t>
      </w:r>
    </w:p>
    <w:p>
      <w:r>
        <w:rPr>
          <w:b/>
        </w:rPr>
        <w:t xml:space="preserve">[1:18:39] </w:t>
      </w:r>
      <w:r>
        <w:t>Is there any difference of status or rank among the Sayyids, Sheikhs, Pathans, Ansaris or Maliks according to the Hadith?</w:t>
      </w:r>
    </w:p>
    <w:p>
      <w:pPr>
        <w:jc w:val="right"/>
      </w:pPr>
      <w:r>
        <w:t>Is there any difference of status or rank among the Sayyids, Sheikhs, Pathans, Ansaris or Maliks according to the Hadith?</w:t>
      </w:r>
    </w:p>
    <w:p>
      <w:r>
        <w:rPr>
          <w:b/>
        </w:rPr>
        <w:t xml:space="preserve">[1:18:50] </w:t>
      </w:r>
      <w:r>
        <w:t>nahin, nahin, yeh sab kuch nahin. yeh to Musalman ne bana rakha hai. yeh sab aur ziyada tar yeh Indian subcontinent ka qissa hai, yeh sab hai ziyada tar.</w:t>
      </w:r>
    </w:p>
    <w:p>
      <w:pPr>
        <w:jc w:val="right"/>
      </w:pPr>
      <w:r>
        <w:t>نہیں، نہیں، یہ سب کچھ نہیں۔ یہ تو مسلمان نے بنا رکھا ہے۔ یہ سب اور زیادہ تر یہ انڈین سب کانٹیننٹ کا قصہ ہے، یہ سب ہے زیادہ تر۔</w:t>
      </w:r>
    </w:p>
    <w:p>
      <w:r>
        <w:rPr>
          <w:b/>
        </w:rPr>
        <w:t xml:space="preserve">[1:19:00] </w:t>
      </w:r>
      <w:r>
        <w:t>aur mulkon mein ab bhi yeh sab baatein nahin hain.</w:t>
      </w:r>
    </w:p>
    <w:p>
      <w:pPr>
        <w:jc w:val="right"/>
      </w:pPr>
      <w:r>
        <w:t>اور ملکوں میں اب بھی یہ سب باتیں نہیں ہیں۔</w:t>
      </w:r>
    </w:p>
    <w:p>
      <w:r>
        <w:rPr>
          <w:b/>
        </w:rPr>
        <w:t xml:space="preserve">[1:19:03] </w:t>
      </w:r>
      <w:r>
        <w:t>yeh to yeh to sach poochhen to jo yahan India mein jo zaat system tha, caste system, is caste system ke asar se yeh baatein paida hui hain.</w:t>
      </w:r>
    </w:p>
    <w:p>
      <w:pPr>
        <w:jc w:val="right"/>
      </w:pPr>
      <w:r>
        <w:t>یہ تو یہ تو سچ پوچھیں تو جو یہاں انڈیا میں جو ذات سسٹم تھا، کاسٹ سسٹم، اس کاسٹ سسٹم کے اثر سے یہ باتیں پیدا ہوئی ہیں۔</w:t>
      </w:r>
    </w:p>
    <w:p>
      <w:r>
        <w:rPr>
          <w:b/>
        </w:rPr>
        <w:t xml:space="preserve">[1:19:14] </w:t>
      </w:r>
      <w:r>
        <w:t>abhi bhi yani Indian subcontinent jo hai, is ke bahar yeh baat abhi bhi nahin kehte. aap chahiye Arab mein chalen, yeh sab kuch nahin. to yeh India mein caste system tha, is ko Musalmanon ne Islamize kar liya.</w:t>
      </w:r>
    </w:p>
    <w:p>
      <w:pPr>
        <w:jc w:val="right"/>
      </w:pPr>
      <w:r>
        <w:t>ابھی بھی یعنی انڈین سب کانٹیننٹ جو ہے، اس کے باہر یہ بات ابھی بھی نہیں کہیں۔ آپ چاہیے عرب میں چلیں، یہ سب کچھ نہیں۔ تو یہ انڈیا میں کاسٹ سسٹم تھا، اس کو مسلمانوں نے اسلامائز کر لیا۔</w:t>
      </w:r>
    </w:p>
    <w:p>
      <w:r>
        <w:rPr>
          <w:b/>
        </w:rPr>
        <w:t xml:space="preserve">[1:19:28] </w:t>
      </w:r>
      <w:r>
        <w:t>bas. is ka Islam se koi talluq</w:t>
      </w:r>
    </w:p>
    <w:p>
      <w:pPr>
        <w:jc w:val="right"/>
      </w:pPr>
      <w:r>
        <w:t>بس۔ اس کا اسلام سے کوئی تعلق</w:t>
      </w:r>
    </w:p>
    <w:p>
      <w:r>
        <w:rPr>
          <w:b/>
        </w:rPr>
        <w:t xml:space="preserve">[1:19:31] </w:t>
      </w:r>
      <w:r>
        <w:t>nahin, yeh Musalmanon ka yani apne mahol se asar le kar ke aisa hua hai. Maulana, agla sawal bhi Dilli se hai, Miss Nida Malik ka.</w:t>
      </w:r>
    </w:p>
    <w:p>
      <w:pPr>
        <w:jc w:val="right"/>
      </w:pPr>
      <w:r>
        <w:t>نہیں، یہ مسلمانوں کا یعنی اپنے ماحول سے اثر لے کر کے ایسا ہوا ہے۔ مولانا، اگلا سوال بھی دلی سے ہے، Miss ندا ملک کا۔</w:t>
      </w:r>
    </w:p>
    <w:p>
      <w:r>
        <w:rPr>
          <w:b/>
        </w:rPr>
        <w:t xml:space="preserve">[1:19:40] </w:t>
      </w:r>
      <w:r>
        <w:t>unhon ne likha hai ke Do patience is one of the greatest virtues, but what should we do if at some point of time we feel that we are on the verge of losing patience?</w:t>
      </w:r>
    </w:p>
    <w:p>
      <w:pPr>
        <w:jc w:val="right"/>
      </w:pPr>
      <w:r>
        <w:t>انہوں نے لکھا ہے کہ Do patience is one of the greatest virtues, but what should we do if at some point of time we feel that we are on the verge of losing patience?</w:t>
      </w:r>
    </w:p>
    <w:p>
      <w:r>
        <w:rPr>
          <w:b/>
        </w:rPr>
        <w:t xml:space="preserve">[1:19:53] </w:t>
      </w:r>
      <w:r>
        <w:t>Maulana sahib, kindly elaborate on my question. aisa kabhi nahin hota.</w:t>
      </w:r>
    </w:p>
    <w:p>
      <w:pPr>
        <w:jc w:val="right"/>
      </w:pPr>
      <w:r>
        <w:t>مولانا صاحب، kindly elaborate on my question. ایسا کبھی نہیں ہوتا۔</w:t>
      </w:r>
    </w:p>
    <w:p>
      <w:r>
        <w:rPr>
          <w:b/>
        </w:rPr>
        <w:t xml:space="preserve">[1:19:59] </w:t>
      </w:r>
      <w:r>
        <w:t>yeh to woh log hote hain jo sochi samjhi zindagi na guzarte hon. Animal-like. yeh to animal behavior hai.</w:t>
      </w:r>
    </w:p>
    <w:p>
      <w:pPr>
        <w:jc w:val="right"/>
      </w:pPr>
      <w:r>
        <w:t>یہ تو وہ لوگ ہوتے ہیں جو سوچی سمجھی زندگی نہ گزارتے ہوں۔ Animal-like. یہ تو animal behavior ہے۔</w:t>
      </w:r>
    </w:p>
    <w:p>
      <w:r>
        <w:rPr>
          <w:b/>
        </w:rPr>
        <w:t xml:space="preserve">[1:20:09] </w:t>
      </w:r>
      <w:r>
        <w:t>Mind your thinking, animal. to apni thinking ko develop kijiye. jo log thinking ko develop nahin karte, unhi ke sab yeh sab problem hote hain.</w:t>
      </w:r>
    </w:p>
    <w:p>
      <w:pPr>
        <w:jc w:val="right"/>
      </w:pPr>
      <w:r>
        <w:t>Mind your thinking, animal. تو اپنی thinking کو develop کیجیے۔ جو لوگ thinking کو develop نہیں کرتے، انہی کے سب یہ سب problem ہوتے ہیں۔</w:t>
      </w:r>
    </w:p>
    <w:p>
      <w:r>
        <w:rPr>
          <w:b/>
        </w:rPr>
        <w:t xml:space="preserve">[1:20:21] </w:t>
      </w:r>
      <w:r>
        <w:t>main apne tajrube ki bina par keh sakta hoon ke apni thinking ko develop kijiye aur yeh sab masle apne aap khatam ho jayenge. is tarah ka problem un mein aata hai jinhon ne apni thinking ko develop na kiya ho.</w:t>
      </w:r>
    </w:p>
    <w:p>
      <w:pPr>
        <w:jc w:val="right"/>
      </w:pPr>
      <w:r>
        <w:t>میں اپنے تجربے کی بنا پر کہہ سکتا ہوں کہ اپنی thinking کو develop کیجیے اور یہ سب مسئلے اپنے آپ ختم ہو جائیں گے۔ اس طرح کا problem ان میں آتا ہے جنہوں نے اپنی thinking کو develop نہ کیا ہو۔</w:t>
      </w:r>
    </w:p>
    <w:p>
      <w:r>
        <w:rPr>
          <w:b/>
        </w:rPr>
        <w:t xml:space="preserve">[1:20:38] </w:t>
      </w:r>
      <w:r>
        <w:t>Maulana, agla sawal hai Tamil Nadu se Maulana Iqbal Umri sahib ka. unhon ne aapse poocha hai ke dawat aur ibadat mein kya farq hai?</w:t>
      </w:r>
    </w:p>
    <w:p>
      <w:pPr>
        <w:jc w:val="right"/>
      </w:pPr>
      <w:r>
        <w:t>مولانا، اگلا سوال ہے تمل ناڈو سے مولانا اقبال عمری صاحب کا۔ انہوں نے آپ سے پوچھا ہے کہ دعوت اور عبادت میں کیا فرق ہے؟</w:t>
      </w:r>
    </w:p>
    <w:p>
      <w:r>
        <w:rPr>
          <w:b/>
        </w:rPr>
        <w:t xml:space="preserve">[1:20:51] </w:t>
      </w:r>
      <w:r>
        <w:t>ibadat to har aadmi ka farz hai. yani jab aap Allah par iman rakhte hain aur Allah ki qurbat chahte hain to ibadat ka jazba paida hota hai.</w:t>
      </w:r>
    </w:p>
    <w:p>
      <w:pPr>
        <w:jc w:val="right"/>
      </w:pPr>
      <w:r>
        <w:t>عبادت تو ہر آدمی کا فرض ہے۔ یعنی جب آپ اللہ پر ایمان رکھتے ہیں اور اللہ کی قربت چاہتے ہیں تو عبادت کا جذبہ پیدا ہوتا ہے۔</w:t>
      </w:r>
    </w:p>
    <w:p>
      <w:r>
        <w:rPr>
          <w:b/>
        </w:rPr>
        <w:t xml:space="preserve">[1:21:07] </w:t>
      </w:r>
      <w:r>
        <w:t>to jo kehte hain sirat-ul-abd bi rabbih us ke is ke tehat jo kaam kiya jata hai, us ko hum ibadat kehte hain.</w:t>
      </w:r>
    </w:p>
    <w:p>
      <w:pPr>
        <w:jc w:val="right"/>
      </w:pPr>
      <w:r>
        <w:t>تو جو کہتے ہیں صِرَةُ العُبْدِ بِرَبِّهِ اس کے اس کے تحت جو کام کیا جاتا ہے، اس کو ہم عبادت کہتے ہیں۔</w:t>
      </w:r>
    </w:p>
    <w:p>
      <w:r>
        <w:rPr>
          <w:b/>
        </w:rPr>
        <w:t xml:space="preserve">[1:21:18] </w:t>
      </w:r>
      <w:r>
        <w:t>aur dawat jo hai, doosron tak Allah ka paigham pahunchana.</w:t>
      </w:r>
    </w:p>
    <w:p>
      <w:pPr>
        <w:jc w:val="right"/>
      </w:pPr>
      <w:r>
        <w:t>اور دعوت جو ہے، دوسروں تک اللہ کا پیغام پہنچانا۔</w:t>
      </w:r>
    </w:p>
    <w:p>
      <w:r>
        <w:rPr>
          <w:b/>
        </w:rPr>
        <w:t xml:space="preserve">[1:21:21] </w:t>
      </w:r>
      <w:r>
        <w:t>to kaha yeh keh sakte hain ke ibadat ek ek zaati satah par Allah ke deen ko ikhtiyar karne ka naam hai.</w:t>
      </w:r>
    </w:p>
    <w:p>
      <w:pPr>
        <w:jc w:val="right"/>
      </w:pPr>
      <w:r>
        <w:t>تو کہا یہ کہہ سکتے ہیں کہ عبادت ایک ایک ذاتی سطح پر اللہ کے دین کو اختیار کرنے کا نام ہے۔</w:t>
      </w:r>
    </w:p>
    <w:p>
      <w:r>
        <w:rPr>
          <w:b/>
        </w:rPr>
        <w:t xml:space="preserve">[1:21:30] </w:t>
      </w:r>
      <w:r>
        <w:t>aur dawat doosron ki satah par Allah ke deen ko pahunchane ka naam hai. ek ek ek internal hai, ek external hai.</w:t>
      </w:r>
    </w:p>
    <w:p>
      <w:pPr>
        <w:jc w:val="right"/>
      </w:pPr>
      <w:r>
        <w:t>اور دعوت دوسروں کی سطح پر اللہ کے دین کو پہنچانے کا نام ہے۔ ایک ایک ایک internal ہے، ایک external ہے۔</w:t>
      </w:r>
    </w:p>
    <w:p>
      <w:r>
        <w:rPr>
          <w:b/>
        </w:rPr>
        <w:t xml:space="preserve">[1:21:42] </w:t>
      </w:r>
      <w:r>
        <w:t>yeh farq hai.</w:t>
      </w:r>
    </w:p>
    <w:p>
      <w:pPr>
        <w:jc w:val="right"/>
      </w:pPr>
      <w:r>
        <w:t>یہ فرق ہے۔</w:t>
      </w:r>
    </w:p>
    <w:p>
      <w:r>
        <w:rPr>
          <w:b/>
        </w:rPr>
        <w:t xml:space="preserve">[1:21:46] </w:t>
      </w:r>
      <w:r>
        <w:t>Maulana, agla sawal dilli se hai, Mr. Ramakant Swami, jinhon ne aap se poocha hai ke How can I become the son of the great God?</w:t>
      </w:r>
    </w:p>
    <w:p>
      <w:pPr>
        <w:jc w:val="right"/>
      </w:pPr>
      <w:r>
        <w:t>مولانا، اگلا سوال دلی سے ہے، Mr. رماکانت سوامی، جنہوں نے آپ سے پوچھا ہے کہ How can I become the son of the great God?</w:t>
      </w:r>
    </w:p>
    <w:p>
      <w:r>
        <w:rPr>
          <w:b/>
        </w:rPr>
        <w:t xml:space="preserve">[1:21:57] </w:t>
      </w:r>
      <w:r>
        <w:t>Son? Son of the great God. Bhai, hum to nahin jante ke aap bete banen Allah ke. Yeh to Christian aqeeda hai. Hum to mante hain ke Allah ki baaton ko man'ne wale banen.</w:t>
      </w:r>
    </w:p>
    <w:p>
      <w:pPr>
        <w:jc w:val="right"/>
      </w:pPr>
      <w:r>
        <w:t>Son؟ Son of the great God. بھئی، ہم تو نہیں جانتے کہ آپ بیٹے بنیں اللہ کے۔ یہ تو Christian عقیدہ ہے۔ ہم تو مانتے ہیں کہ اللہ کی باتوں کو ماننے والے بنیں۔</w:t>
      </w:r>
    </w:p>
    <w:p>
      <w:r>
        <w:rPr>
          <w:b/>
        </w:rPr>
        <w:t xml:space="preserve">[1:22:11] </w:t>
      </w:r>
      <w:r>
        <w:t>Allah ke Son ka yeh Sonship ka jo concept hai, woh to Christian</w:t>
      </w:r>
    </w:p>
    <w:p>
      <w:pPr>
        <w:jc w:val="right"/>
      </w:pPr>
      <w:r>
        <w:t>اللہ کے Son کا یہ Sonship کا جو concept ہے، وہ تو Christian</w:t>
      </w:r>
    </w:p>
    <w:p>
      <w:r>
        <w:rPr>
          <w:b/>
        </w:rPr>
        <w:t xml:space="preserve">[1:22:15] </w:t>
      </w:r>
      <w:r>
        <w:t>concept hai. Is ko hum nahin nahin mante hum. Is ko hum galat samajhte hain. Allah koi beta nahin. Koi Allah ka baap nahin aur koi Allah ka beta nahin.</w:t>
      </w:r>
    </w:p>
    <w:p>
      <w:pPr>
        <w:jc w:val="right"/>
      </w:pPr>
      <w:r>
        <w:t>concept ہے۔ اس کو ہم نہیں نہیں مانتے ہم۔ اس کو ہم غلط سمجھتے ہیں۔ اللہ کوئی بیٹا نہیں۔ کوئی اللہ کا باپ نہیں اور کوئی اللہ کا بیٹا نہیں۔</w:t>
      </w:r>
    </w:p>
    <w:p>
      <w:r>
        <w:rPr>
          <w:b/>
        </w:rPr>
        <w:t xml:space="preserve">[1:22:27] </w:t>
      </w:r>
      <w:r>
        <w:t>Hum sab Allah ke creature hain, paida kiye hue hain. Creature hone ke naate hamein Allah ki baaton ko follow karna hai.</w:t>
      </w:r>
    </w:p>
    <w:p>
      <w:pPr>
        <w:jc w:val="right"/>
      </w:pPr>
      <w:r>
        <w:t>ہم سب اللہ کے creature ہیں، پیدا کیے ہوئے ہیں۔ Creature ہونے کے ناطے ہمیں اللہ کی باتوں کو follow کرنا ہے۔</w:t>
      </w:r>
    </w:p>
    <w:p>
      <w:r>
        <w:rPr>
          <w:b/>
        </w:rPr>
        <w:t xml:space="preserve">[1:22:36] </w:t>
      </w:r>
      <w:r>
        <w:t>Yeh hum mante hain ke Sonship ka jo aqeeda hai, woh to Christian aqeeda hai jo Hazrat Masih ka diya hua nahin hai. Yani abhi bhi yeh Hazrat Masih ki jo taraf jo mansoob hai, jo Bible, jo Injeel, us mein abhi bhi yeh baat nahin hai.</w:t>
      </w:r>
    </w:p>
    <w:p>
      <w:pPr>
        <w:jc w:val="right"/>
      </w:pPr>
      <w:r>
        <w:t>یہ ہم مانتے ہیں کہ Sonship کا جو عقیدہ ہے، وہ تو Christian عقیدہ ہے جو حضرت مسیح کا دیا ہوا نہیں ہے۔ یعنی ابھی بھی یہ حضرت مسیح کی جو طرف جو منسوب ہے، جو Bible، جو انجیل، اس میں ابھی بھی یہ بات نہیں ہے۔</w:t>
      </w:r>
    </w:p>
    <w:p>
      <w:r>
        <w:rPr>
          <w:b/>
        </w:rPr>
        <w:t xml:space="preserve">[1:22:51] </w:t>
      </w:r>
      <w:r>
        <w:t>Yeh to Church ka aqeeda hai. Sach poochhen to yeh Christianity ka bhi nahin hai, Church ka aqeeda hai yeh. Yeh Saint Paul ne nikala. To hum is ko sahi nahin samajhte.</w:t>
      </w:r>
    </w:p>
    <w:p>
      <w:pPr>
        <w:jc w:val="right"/>
      </w:pPr>
      <w:r>
        <w:t>یہ تو Church کا عقیدہ ہے۔ سچ پوچھیں تو یہ Christianity کا بھی نہیں ہے، Church کا عقیدہ ہے یہ۔ یہ Saint Paul نے نکالا۔ تو ہم اس کو صحیح نہیں سمجھتے۔</w:t>
      </w:r>
    </w:p>
    <w:p>
      <w:r>
        <w:rPr>
          <w:b/>
        </w:rPr>
        <w:t xml:space="preserve">[1:23:03] </w:t>
      </w:r>
      <w:r>
        <w:t>Maulana, dilli se Miss Amita Pushpendra ne aap se sawal kiya hai. Woh aap se pooch rahi hain ke Where can we go to find God if we cannot see Him?</w:t>
      </w:r>
    </w:p>
    <w:p>
      <w:pPr>
        <w:jc w:val="right"/>
      </w:pPr>
      <w:r>
        <w:t>مولانا، دلی سے Miss Amita Pushpendra نے آپ سے سوال کیا ہے۔ وہ آپ سے پوچھ رہی ہیں کہ Where can we go to find God if we cannot see Him?</w:t>
      </w:r>
    </w:p>
    <w:p>
      <w:r>
        <w:rPr>
          <w:b/>
        </w:rPr>
        <w:t xml:space="preserve">[1:23:17] </w:t>
      </w:r>
      <w:r>
        <w:t>Kya cheez dekhta hai aadmi? Kuch nahin. Aap dekhte hain aap. Apne baap ko dekhte hain, apni maa ko dekhte hain. Yeh yeh yeh ek bohat khalsi hai, bohat bari.</w:t>
      </w:r>
    </w:p>
    <w:p>
      <w:pPr>
        <w:jc w:val="right"/>
      </w:pPr>
      <w:r>
        <w:t>کیا چیز دیکھتا ہے آدمی؟ کچھ نہیں۔ آپ دیکھتے ہیں آپ۔ اپنے باپ کو دیکھتے ہیں، اپنی ماں کو دیکھتے ہیں۔ یہ یہ یہ ایک بہت خلصی ہے، بہت بڑی۔</w:t>
      </w:r>
    </w:p>
    <w:p>
      <w:r>
        <w:rPr>
          <w:b/>
        </w:rPr>
        <w:t xml:space="preserve">[1:23:26] </w:t>
      </w:r>
      <w:r>
        <w:t>Koi bhi cheez aap dekh nahin sakte. Jo dekhte ho to appearance hota hai.</w:t>
      </w:r>
    </w:p>
    <w:p>
      <w:pPr>
        <w:jc w:val="right"/>
      </w:pPr>
      <w:r>
        <w:t>کوئی بھی چیز آپ دیکھ نہیں سکتے۔ جو دیکھتے ہو تو appearance ہوتا ہے۔</w:t>
      </w:r>
    </w:p>
    <w:p>
      <w:r>
        <w:rPr>
          <w:b/>
        </w:rPr>
        <w:t xml:space="preserve">[1:23:31] </w:t>
      </w:r>
      <w:r>
        <w:t>To Allah ke creature ko hum dekhte hain?</w:t>
      </w:r>
    </w:p>
    <w:p>
      <w:pPr>
        <w:jc w:val="right"/>
      </w:pPr>
      <w:r>
        <w:t>تو اللہ کے creature کو ہم دیکھتے ہیں؟</w:t>
      </w:r>
    </w:p>
    <w:p>
      <w:r>
        <w:rPr>
          <w:b/>
        </w:rPr>
        <w:t xml:space="preserve">[1:23:37] </w:t>
      </w:r>
      <w:r>
        <w:t>Jis yani aap bhi apne appearance ko dekhte hain. Apne wajood jo asli hai, aap ka mind, aap ke soul, us ko thori dekhte hain aap? Ya apne maa baap ko aap us ka ek physical appearance ko dekhte hain.</w:t>
      </w:r>
    </w:p>
    <w:p>
      <w:pPr>
        <w:jc w:val="right"/>
      </w:pPr>
      <w:r>
        <w:t>جس یعنی آپ بھی اپنے appearance کو دیکھتے ہیں۔ اپنے وجود جو اصلی ہے، آپ کا mind، آپ کے soul، اس کو تھوڑی دیکھتے ہیں آپ؟ یا اپنے ماں باپ کو آپ اس کا ایک physical appearance کو دیکھتے ہیں۔</w:t>
      </w:r>
    </w:p>
    <w:p>
      <w:r>
        <w:rPr>
          <w:b/>
        </w:rPr>
        <w:t xml:space="preserve">[1:23:50] </w:t>
      </w:r>
      <w:r>
        <w:t>Andar jo maa baap hain, woh to dekhte nahin hain aap.</w:t>
      </w:r>
    </w:p>
    <w:p>
      <w:pPr>
        <w:jc w:val="right"/>
      </w:pPr>
      <w:r>
        <w:t>اندر جو ماں باپ ہیں، وہ تو دیکھتے نہیں ہیں آپ۔</w:t>
      </w:r>
    </w:p>
    <w:p>
      <w:r>
        <w:rPr>
          <w:b/>
        </w:rPr>
        <w:t xml:space="preserve">[1:23:53] </w:t>
      </w:r>
      <w:r>
        <w:t>To Khuda ka muamla bhi aisa hi hai ke Khuda ke creature ko hum dekhte hain. Khud Khuda ko aap dekhna chahte hain to yeh yeh nigah is is ke liye kafi nahin hai.</w:t>
      </w:r>
    </w:p>
    <w:p>
      <w:pPr>
        <w:jc w:val="right"/>
      </w:pPr>
      <w:r>
        <w:t>تو خدا کا معاملہ بھی ایسا ہی ہے کہ خدا کے creature کو ہم دیکھتے ہیں۔ خود خدا کو آپ دیکھنا چاہتے ہیں تو یہ یہ نگاہ اس اس کے لیے کافی نہیں ہے۔</w:t>
      </w:r>
    </w:p>
    <w:p>
      <w:r>
        <w:rPr>
          <w:b/>
        </w:rPr>
        <w:t xml:space="preserve">[1:24:04] </w:t>
      </w:r>
      <w:r>
        <w:t>Woh to akhirat mein hogi, inshallah. Yeh dunya mein jo hamein aqbli hui hai, us mein hum kisi bhi cheez ko nahin dekhte. Sirf appearance ko dekhte hain.</w:t>
      </w:r>
    </w:p>
    <w:p>
      <w:pPr>
        <w:jc w:val="right"/>
      </w:pPr>
      <w:r>
        <w:t>وہ تو آخرت میں ہوگی، انشاءاللہ۔ یہ دنیا میں جو ہمیں عاقبلی ہوئی ہے، اس میں ہم کسی بھی چیز کو نہیں دیکھتے۔ صرف appearance کو دیکھتے ہیں۔</w:t>
      </w:r>
    </w:p>
    <w:p>
      <w:r>
        <w:rPr>
          <w:b/>
        </w:rPr>
        <w:t xml:space="preserve">[1:24:13] </w:t>
      </w:r>
      <w:r>
        <w:t>Ek kitab hai, us ka naam hai Appearance and Reality. Aap us ko parhiye. Bradley ki Appearance and Reality.</w:t>
      </w:r>
    </w:p>
    <w:p>
      <w:pPr>
        <w:jc w:val="right"/>
      </w:pPr>
      <w:r>
        <w:t>ایک کتاب ہے، اس کا نام ہے Appearance and Reality ۔ آپ اس کو پڑھیے۔ Bradley کی Appearance and Reality ۔</w:t>
      </w:r>
    </w:p>
    <w:p>
      <w:r>
        <w:rPr>
          <w:b/>
        </w:rPr>
        <w:t xml:space="preserve">[1:24:24] </w:t>
      </w:r>
      <w:r>
        <w:t>Maulana, agla sawal kya hai Mr. Muhammad Zubair ne. Unhon ne apni location nahin likhi hai. Unhon ne aap se poocha hai ke Maulana sahib I don't want to get angry.</w:t>
      </w:r>
    </w:p>
    <w:p>
      <w:pPr>
        <w:jc w:val="right"/>
      </w:pPr>
      <w:r>
        <w:t>مولانا، اگلا سوال کیا ہے Mr. محمد زبیر نے۔ انہوں نے اپنی location نہیں لکھی ہے۔ انہوں نے آپ سے پوچھا ہے کہ مولانا صاحب I don't want to get angry.</w:t>
      </w:r>
    </w:p>
    <w:p>
      <w:r>
        <w:rPr>
          <w:b/>
        </w:rPr>
        <w:t xml:space="preserve">[1:24:35] </w:t>
      </w:r>
      <w:r>
        <w:t>Kindly suggest me measures on the basis of prophet's sayings. Kya matlab? Ke main ghussa nahin hona chahta.</w:t>
      </w:r>
    </w:p>
    <w:p>
      <w:pPr>
        <w:jc w:val="right"/>
      </w:pPr>
      <w:r>
        <w:t>Kindly suggest me measures on the basis of prophet's sayings. کیا مطلب؟ کہ میں غصہ نہیں ہونا چاہتا۔</w:t>
      </w:r>
    </w:p>
    <w:p>
      <w:r>
        <w:rPr>
          <w:b/>
        </w:rPr>
        <w:t xml:space="preserve">[1:24:44] </w:t>
      </w:r>
      <w:r>
        <w:t>Prophet ki saying se aap mujhe kuch koi bataen, formula jis se main mere ko ghussa na aaye. Formula kya hai bhai?</w:t>
      </w:r>
    </w:p>
    <w:p>
      <w:pPr>
        <w:jc w:val="right"/>
      </w:pPr>
      <w:r>
        <w:t>Prophet کی saying سے آپ مجھے کچھ کوئی بتائیں، فارمولا جس سے میں میرے کو غصہ نہ آئے۔ فارمولا کیا ہے بھئی؟</w:t>
      </w:r>
    </w:p>
    <w:p>
      <w:r>
        <w:rPr>
          <w:b/>
        </w:rPr>
        <w:t xml:space="preserve">[1:24:52] </w:t>
      </w:r>
      <w:r>
        <w:t>Jab ghussa aaye to aap us ko minus kijiye. Koi bhi serious formula to hai nahin. Apni soch ko activate kijiye.</w:t>
      </w:r>
    </w:p>
    <w:p>
      <w:pPr>
        <w:jc w:val="right"/>
      </w:pPr>
      <w:r>
        <w:t>جب غصہ آئے تو آپ اس کو minus کیجیے۔ کوئی بھی serious فارمولا تو ہے نہیں۔ اپنی سوچ کو activate کیجیے۔</w:t>
      </w:r>
    </w:p>
    <w:p>
      <w:r>
        <w:rPr>
          <w:b/>
        </w:rPr>
        <w:t xml:space="preserve">[1:25:03] </w:t>
      </w:r>
      <w:r>
        <w:t>Emotion ko activate karne lagte hain. Ghussa aate hi foran emotion bhark uthte hain. Nahin, is ko aap ko ghussa aaye to aap apni soch ko activate kijiye.</w:t>
      </w:r>
    </w:p>
    <w:p>
      <w:pPr>
        <w:jc w:val="right"/>
      </w:pPr>
      <w:r>
        <w:t>Emotion کو activate کرنے لگتے ہیں۔ غصہ آتے ہی فوراً emotion بھڑک اٹھتے ہیں۔ نہیں، اس کو آپ کو غصہ آئے تو آپ اپنی سوچ کو activate کیجیے۔</w:t>
      </w:r>
    </w:p>
    <w:p>
      <w:r>
        <w:rPr>
          <w:b/>
        </w:rPr>
        <w:t xml:space="preserve">[1:25:13] </w:t>
      </w:r>
      <w:r>
        <w:t>Jo kehte hain You have to learn the art of anger management. Simple formula hai.</w:t>
      </w:r>
    </w:p>
    <w:p>
      <w:pPr>
        <w:jc w:val="right"/>
      </w:pPr>
      <w:r>
        <w:t>جو کہتے ہیں You have to learn the art of anger management. Simple فارمولا ہے۔</w:t>
      </w:r>
    </w:p>
    <w:p>
      <w:r>
        <w:rPr>
          <w:b/>
        </w:rPr>
        <w:t xml:space="preserve">[1:25:21] </w:t>
      </w:r>
      <w:r>
        <w:t>You have to learn the art of anger management. Bas yahi formula hai. Aur koi formula nahin hai.</w:t>
      </w:r>
    </w:p>
    <w:p>
      <w:pPr>
        <w:jc w:val="right"/>
      </w:pPr>
      <w:r>
        <w:t>You have to learn the art of anger management. بس یہی فارمولا ہے۔ اور کوئی فارمولا نہیں ہے۔</w:t>
      </w:r>
    </w:p>
    <w:p>
      <w:r>
        <w:rPr>
          <w:b/>
        </w:rPr>
        <w:t xml:space="preserve">[1:25:31] </w:t>
      </w:r>
      <w:r>
        <w:t>Maulana, yeh sawal aaya hai Dr. Fareeda Khanam ka, dilli se. Unhon ne likha hai Why is it that Muslims do not understand that if someone like Salman Rushdie has done something wrong, he needs all the more attention from us to reform him, to set his thinking right?</w:t>
      </w:r>
    </w:p>
    <w:p>
      <w:pPr>
        <w:jc w:val="right"/>
      </w:pPr>
      <w:r>
        <w:t>مولانا، یہ سوال آیا ہے Dr. فریدہ خانم کا، دلی سے۔ انہوں نے لکھا ہے Why is it that Muslims do not understand that if someone like Salman Rushdie has done something wrong, he needs all the more attention from us to reform him, to set his thinkingright?</w:t>
      </w:r>
    </w:p>
    <w:p>
      <w:r>
        <w:rPr>
          <w:b/>
        </w:rPr>
        <w:t xml:space="preserve">[1:25:51] </w:t>
      </w:r>
      <w:r>
        <w:t>By hating a person, we distance that person further from theright thinking, from the truth. Please explain.</w:t>
      </w:r>
    </w:p>
    <w:p>
      <w:pPr>
        <w:jc w:val="right"/>
      </w:pPr>
      <w:r>
        <w:t>By hating a person, we distance that person further from theright thinking, from the truth. Please explain.</w:t>
      </w:r>
    </w:p>
    <w:p>
      <w:r>
        <w:rPr>
          <w:b/>
        </w:rPr>
        <w:t xml:space="preserve">[1:26:00] </w:t>
      </w:r>
      <w:r>
        <w:t>aakhri mein is zamane mein kuch aise halaat paida hue ke musalman jo hain nafrat mein mubtala ho gaye. Nafrat yaani ek qaumi yeh ban gayi woh musalmanon ki.</w:t>
      </w:r>
    </w:p>
    <w:p>
      <w:pPr>
        <w:jc w:val="right"/>
      </w:pPr>
      <w:r>
        <w:t>آخری میں اس زمانے میں کچھ ایسے حالات پیدا ہوئے کہ مسلمان جو ہیں نفرت میں مبتلا ہو گئے۔ نفرت یعنی ایک قومی یہ بن گئی وہ مسلمانوں کی۔</w:t>
      </w:r>
    </w:p>
    <w:p>
      <w:r>
        <w:rPr>
          <w:b/>
        </w:rPr>
        <w:t xml:space="preserve">[1:26:12] </w:t>
      </w:r>
      <w:r>
        <w:t>Yaani qaumi mizaj ban gaya musalmanon ka. Nafrat, nafrat, nafrat. Har ek se nafrati hai bas in ko.</w:t>
      </w:r>
    </w:p>
    <w:p>
      <w:pPr>
        <w:jc w:val="right"/>
      </w:pPr>
      <w:r>
        <w:t>یعنی قومی مزاج بن گیا مسلمانوں کا۔ نفرت، نفرت، نفرت۔ ہر ایک سے نفرتی ہے بس ان کو۔</w:t>
      </w:r>
    </w:p>
    <w:p>
      <w:r>
        <w:rPr>
          <w:b/>
        </w:rPr>
        <w:t xml:space="preserve">[1:26:19] </w:t>
      </w:r>
      <w:r>
        <w:t>Yeh qaumi mizaj ban gaya hai. Is ke zimmedaar hamare leader hain. Yaani aalim aur aur Mr. dono ne yahi kaam kiya hai.</w:t>
      </w:r>
    </w:p>
    <w:p>
      <w:pPr>
        <w:jc w:val="right"/>
      </w:pPr>
      <w:r>
        <w:t>یہ قومی مزاج بن گیا ہے۔ اس کے ذمہ دار ہمارے leader ہیں۔ یعنی عالم اور اور Mr. دونوں نے یہی کام کیا ہے۔</w:t>
      </w:r>
    </w:p>
    <w:p>
      <w:r>
        <w:rPr>
          <w:b/>
        </w:rPr>
        <w:t xml:space="preserve">[1:26:30] </w:t>
      </w:r>
      <w:r>
        <w:t>Toh ek ek nafrat jo hai woh nasal dar nasal chal rahi hai. Jisko kehte hain atomistic instinct ban gayi musalmanon ki. Atomistic instinct musalmanon ki ban gayi hai.</w:t>
      </w:r>
    </w:p>
    <w:p>
      <w:pPr>
        <w:jc w:val="right"/>
      </w:pPr>
      <w:r>
        <w:t>تو ایک ایک نفرت جو ہے وہ نسل در نسل چل رہی ہے۔ جس کو کہتے ہیں atomistic instinct بن گئی مسلمانوں کی۔ Atomistic instinct مسلمانوں کی بن گئی ہے۔</w:t>
      </w:r>
    </w:p>
    <w:p>
      <w:r>
        <w:rPr>
          <w:b/>
        </w:rPr>
        <w:t xml:space="preserve">[1:26:42] </w:t>
      </w:r>
      <w:r>
        <w:t>Toh ab is ko khatam karne ke liye hamein jar se chalna padega. Aur yaani is mizaj ko khatam karna padega jo mizaj nasal dar nasal banta chala aa raha hai.</w:t>
      </w:r>
    </w:p>
    <w:p>
      <w:pPr>
        <w:jc w:val="right"/>
      </w:pPr>
      <w:r>
        <w:t>تو اب اس کو ختم کرنے کے لیے ہمیں جڑ سے چلنا پڑے گا۔ اور یعنی اس مزاج کو ختم کرنا پڑے گا جو مزاج نسل در نسل بنتا چلا آ رہا ہے۔</w:t>
      </w:r>
    </w:p>
    <w:p>
      <w:r>
        <w:rPr>
          <w:b/>
        </w:rPr>
        <w:t xml:space="preserve">[1:26:55] </w:t>
      </w:r>
      <w:r>
        <w:t>Isi ka hum koshish kar rahe hain inshallah. Aur jo log yahan aate hain barabar hamari class mein, un mein inshallah yeh baatein nahi hoti hain. Jo hamara literature padhta hai, jo barabar class mein aata hai,</w:t>
      </w:r>
    </w:p>
    <w:p>
      <w:pPr>
        <w:jc w:val="right"/>
      </w:pPr>
      <w:r>
        <w:t>اسی کا ہم کوشش کر رہے ہیں انشاءاللہ۔ اور جو لوگ یہاں آتے ہیں برابر ہماری کلاس میں، ان میں انشاءاللہ یہ باتیں نہیں ہوتی ہیں۔ جو ہمارا literature پڑھتا ہے، جو برابر کلاس میں آتا ہے،</w:t>
      </w:r>
    </w:p>
    <w:p>
      <w:r>
        <w:rPr>
          <w:b/>
        </w:rPr>
        <w:t xml:space="preserve">[1:27:09] </w:t>
      </w:r>
      <w:r>
        <w:t>Toh woh is ko hate se matlab nahi hai.</w:t>
      </w:r>
    </w:p>
    <w:p>
      <w:pPr>
        <w:jc w:val="right"/>
      </w:pPr>
      <w:r>
        <w:t>تو وہ اس کو hate سے مطلب نہیں ہے۔</w:t>
      </w:r>
    </w:p>
    <w:p>
      <w:r>
        <w:rPr>
          <w:b/>
        </w:rPr>
        <w:t xml:space="preserve">[1:27:12] </w:t>
      </w:r>
      <w:r>
        <w:t>Woh positive thinking se matlab hota hai is ko. Toh bas bataun ke zyada se zyada kitabein padhai jayen. Yahi hal hai is ka.</w:t>
      </w:r>
    </w:p>
    <w:p>
      <w:pPr>
        <w:jc w:val="right"/>
      </w:pPr>
      <w:r>
        <w:t>وہ positive thinking سے مطلب ہوتا ہے اس کو۔ تو بس بتاؤں کہ زیادہ سے زیادہ کتابیں پڑھائی جائیں۔ یہی حل ہے اس کا۔</w:t>
      </w:r>
    </w:p>
    <w:p>
      <w:r>
        <w:rPr>
          <w:b/>
        </w:rPr>
        <w:t xml:space="preserve">[1:27:23] </w:t>
      </w:r>
      <w:r>
        <w:t>Maulana, agla sawal Mr. Idrees ka hai, Rai Pur se. Unhone likha hai Maulana Sahib, there is a new trend in mosques to use loudspeakers for doing dua.</w:t>
      </w:r>
    </w:p>
    <w:p>
      <w:pPr>
        <w:jc w:val="right"/>
      </w:pPr>
      <w:r>
        <w:t>مولانا، اگلا سوال Mr. ادریس کا ہے، رائے پور سے۔ انہوں نے لکھا ہے مولانا صاحب, there is a new trend in mosques to use loudspeakers for doing dua.</w:t>
      </w:r>
    </w:p>
    <w:p>
      <w:r>
        <w:rPr>
          <w:b/>
        </w:rPr>
        <w:t xml:space="preserve">[1:27:36] </w:t>
      </w:r>
      <w:r>
        <w:t>This disturbs other people living near the mosque area.</w:t>
      </w:r>
    </w:p>
    <w:p>
      <w:pPr>
        <w:jc w:val="right"/>
      </w:pPr>
      <w:r>
        <w:t>This disturbs other people living near the mosque area.</w:t>
      </w:r>
    </w:p>
    <w:p>
      <w:r>
        <w:rPr>
          <w:b/>
        </w:rPr>
        <w:t xml:space="preserve">[1:27:40] </w:t>
      </w:r>
      <w:r>
        <w:t>Maulana Sahib, what would be your advice about the use of loudspeakers in mosques? Yeh toh bilashuba ek bidat hai. Lekin ab chuki yahan azadi hai toh hum hum rok nahi sakte kisi ko.</w:t>
      </w:r>
    </w:p>
    <w:p>
      <w:pPr>
        <w:jc w:val="right"/>
      </w:pPr>
      <w:r>
        <w:t>مولانا صاحب، what would be your advice about the use of loudspeakers in mosques? یہ تو بلاشبہ ایک بدعت ہے۔ لیکن اب چونکہ یہاں آزادی ہے تو ہم ہم روک نہیں سکتے کسی کو۔</w:t>
      </w:r>
    </w:p>
    <w:p>
      <w:r>
        <w:rPr>
          <w:b/>
        </w:rPr>
        <w:t xml:space="preserve">[1:27:55] </w:t>
      </w:r>
      <w:r>
        <w:t>Aur yeh log vote dete hain. Toh political leaders jo hain, un ko apna samajhte hain ke agar hum kuch karenge, koi ehsaan un ko, toh yeh vote nahi denge yeh.</w:t>
      </w:r>
    </w:p>
    <w:p>
      <w:pPr>
        <w:jc w:val="right"/>
      </w:pPr>
      <w:r>
        <w:t>اور یہ لوگ ووٹ دیتے ہیں۔ تو political leaders جو ہیں، ان کو اپنا سمجھتے ہیں کہ اگر ہم کچھ کریں گے، کوئی احسان ان کو، تو یہ ووٹ نہیں دیں گے یہ۔</w:t>
      </w:r>
    </w:p>
    <w:p>
      <w:r>
        <w:rPr>
          <w:b/>
        </w:rPr>
        <w:t xml:space="preserve">[1:28:05] </w:t>
      </w:r>
      <w:r>
        <w:t>Toh yeh vote politics ne itna zyada tamasha bana rakha hai ke ke har taraf loudspeaker ki dhoom machi hui hai. Halanki dekhen, Hadees mein aata hai ke baad ke zamane ke bare mein, jabke zamane mein bigada jayega, bigad.</w:t>
      </w:r>
    </w:p>
    <w:p>
      <w:pPr>
        <w:jc w:val="right"/>
      </w:pPr>
      <w:r>
        <w:t>تو یہ ووٹ politics نے اتنا زیادہ تماشہ بنا رکھا ہے کہ کہ ہر طرف loudspeaker کی دھوم مچی ہوئی ہے۔ حالانکہ دیکھیں، حدیث میں آتا ہے کہ بعد کے زمانے کے بارے میں، جبکہ زمانے میں بگاڑا جائے گا، بگاڑ۔</w:t>
      </w:r>
    </w:p>
    <w:p>
      <w:r>
        <w:rPr>
          <w:b/>
        </w:rPr>
        <w:t xml:space="preserve">[1:28:21] </w:t>
      </w:r>
      <w:r>
        <w:t>RAFA'ATUL ASWATI FIL MASAJID. Yeh Hadees mein aata hai RAFA'ATUL ASWATI FIL MASAJID. Jab masjidon se aawazein buland hongi.</w:t>
      </w:r>
    </w:p>
    <w:p>
      <w:pPr>
        <w:jc w:val="right"/>
      </w:pPr>
      <w:r>
        <w:t>رَفَعَةُ الْأَصْوَاطِ فِي الْمَسَاجِدِ ۔ یہ حدیث میں آتا ہے رَفَعَةُ الْأَصْوَاطِ فِي الْمَسَاجِدِ ۔ جب مسجدوں سے آوازیں بلند ہوں گی۔</w:t>
      </w:r>
    </w:p>
    <w:p>
      <w:r>
        <w:rPr>
          <w:b/>
        </w:rPr>
        <w:t xml:space="preserve">[1:28:33] </w:t>
      </w:r>
      <w:r>
        <w:t>Matlab hota hai yeh loudspeaker hai, murad hai is se. Is ka dhoom machi hui hai loudspeaker ki. Yeh toh Rasool Allah ke Hadees ke mutabiq bigad ke zamane ka phenomena hai.</w:t>
      </w:r>
    </w:p>
    <w:p>
      <w:pPr>
        <w:jc w:val="right"/>
      </w:pPr>
      <w:r>
        <w:t>مطلب ہوتا ہے یہ loudspeaker ہے، مراد ہے اس سے۔ اس کا دھوم مچی ہوئی ہے loudspeaker کی۔ یہ تو رسول اللہ کے حدیث کے مطابق بگاڑ کے زمانے کا phenomena ہے۔</w:t>
      </w:r>
    </w:p>
    <w:p>
      <w:r>
        <w:rPr>
          <w:b/>
        </w:rPr>
        <w:t xml:space="preserve">[1:28:47] </w:t>
      </w:r>
      <w:r>
        <w:t>Aur sab se badi cheez jo is ko jaari rakhi hui hai, yeh vote politics. Jitne political leaders hain, woh chahte hain ke appeasement policy ikhtiyar ki hui hain apne voteron ko le kar ke.</w:t>
      </w:r>
    </w:p>
    <w:p>
      <w:pPr>
        <w:jc w:val="right"/>
      </w:pPr>
      <w:r>
        <w:t>اور سب سے بڑی چیز جو اس کو جاری رکھی ہوئی ہے، یہ ووٹ politics۔ جتنے political leaders ہیں، وہ چاہتے ہیں کہ appeasement policy اختیار کی ہوئی ہیں اپنے ووٹروں کو لے کر کے۔</w:t>
      </w:r>
    </w:p>
    <w:p>
      <w:r>
        <w:rPr>
          <w:b/>
        </w:rPr>
        <w:t xml:space="preserve">[1:29:00] </w:t>
      </w:r>
      <w:r>
        <w:t>Is wajah se aap kuch kar nahi</w:t>
      </w:r>
    </w:p>
    <w:p>
      <w:pPr>
        <w:jc w:val="right"/>
      </w:pPr>
      <w:r>
        <w:t>اس وجہ سے آپ کچھ کر نہیں</w:t>
      </w:r>
    </w:p>
    <w:p>
      <w:r>
        <w:rPr>
          <w:b/>
        </w:rPr>
        <w:t xml:space="preserve">[1:29:01] </w:t>
      </w:r>
      <w:r>
        <w:t>sakte. Yeh jaari rahega woh. Koi is ko rok nahi sakta.</w:t>
      </w:r>
    </w:p>
    <w:p>
      <w:pPr>
        <w:jc w:val="right"/>
      </w:pPr>
      <w:r>
        <w:t>سکتے۔ یہ جاری رہے گا وہ۔ کوئی اس کو روک نہیں سکتا۔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