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Studying The Quran with Open Mind October 20, 2019 Maulana Wahiduddin Khan</w:t>
      </w:r>
    </w:p>
    <w:p>
      <w:r>
        <w:t>https://www.youtube.com/watch?v=OPyJO5TP_wI</w:t>
      </w:r>
    </w:p>
    <w:p>
      <w:r>
        <w:rPr>
          <w:b/>
        </w:rPr>
        <w:t xml:space="preserve">[00:14] </w:t>
      </w:r>
      <w:r>
        <w:t>bismillah-e-rehman-e-rahim, wa salla Allahu ala nabiyyil karim. 20 october 2019.</w:t>
      </w:r>
    </w:p>
    <w:p>
      <w:pPr>
        <w:jc w:val="right"/>
      </w:pPr>
      <w:r>
        <w:t>بسم اللہ الرحمن الرحیم، و صلی اللہ علی نبی الکریم۔ 20 اکتوبر 2019۔</w:t>
      </w:r>
    </w:p>
    <w:p>
      <w:r>
        <w:rPr>
          <w:b/>
        </w:rPr>
        <w:t xml:space="preserve">[00:29] </w:t>
      </w:r>
      <w:r>
        <w:t>mujhe yaad aata hai ke bachpan mein mujhe aadat thi ke quran ko main kaise bhi kholta tha,</w:t>
      </w:r>
    </w:p>
    <w:p>
      <w:pPr>
        <w:jc w:val="right"/>
      </w:pPr>
      <w:r>
        <w:t>مجھے یاد آتا ہے کہ بچپن میں مجھے عادت تھی کہ قرآن کو میں کیسے بھی کھولتا تھا،</w:t>
      </w:r>
    </w:p>
    <w:p>
      <w:r>
        <w:rPr>
          <w:b/>
        </w:rPr>
        <w:t xml:space="preserve">[00:43] </w:t>
      </w:r>
      <w:r>
        <w:t>aur dekhta tha ke wahan kya hai. tasalsul ke baghair.</w:t>
      </w:r>
    </w:p>
    <w:p>
      <w:pPr>
        <w:jc w:val="right"/>
      </w:pPr>
      <w:r>
        <w:t>اور دیکھتا تھا کہ وہاں کیا ہے۔ تسلسل کے بغیر۔</w:t>
      </w:r>
    </w:p>
    <w:p>
      <w:r>
        <w:rPr>
          <w:b/>
        </w:rPr>
        <w:t xml:space="preserve">[00:51] </w:t>
      </w:r>
      <w:r>
        <w:t>to</w:t>
      </w:r>
    </w:p>
    <w:p>
      <w:pPr>
        <w:jc w:val="right"/>
      </w:pPr>
      <w:r>
        <w:t>تو</w:t>
      </w:r>
    </w:p>
    <w:p>
      <w:r>
        <w:rPr>
          <w:b/>
        </w:rPr>
        <w:t xml:space="preserve">[00:55] </w:t>
      </w:r>
      <w:r>
        <w:t>mujhe yaad hai ke is tareeqe se parhne mein mujhe</w:t>
      </w:r>
    </w:p>
    <w:p>
      <w:pPr>
        <w:jc w:val="right"/>
      </w:pPr>
      <w:r>
        <w:t>مجھے یاد ہے کہ اس طریقے سے پڑھنے میں مجھے</w:t>
      </w:r>
    </w:p>
    <w:p>
      <w:r>
        <w:rPr>
          <w:b/>
        </w:rPr>
        <w:t xml:space="preserve">[01:03] </w:t>
      </w:r>
      <w:r>
        <w:t>baaz baatein milti theen.</w:t>
      </w:r>
    </w:p>
    <w:p>
      <w:pPr>
        <w:jc w:val="right"/>
      </w:pPr>
      <w:r>
        <w:t>بعض باتیں ملتی تھیں۔</w:t>
      </w:r>
    </w:p>
    <w:p>
      <w:r>
        <w:rPr>
          <w:b/>
        </w:rPr>
        <w:t xml:space="preserve">[01:12] </w:t>
      </w:r>
      <w:r>
        <w:t>baad ke zamane mein maine jab shan-e-nazool aur</w:t>
      </w:r>
    </w:p>
    <w:p>
      <w:pPr>
        <w:jc w:val="right"/>
      </w:pPr>
      <w:r>
        <w:t>بعد کے زمانے میں میں نے جب شان نزول اور</w:t>
      </w:r>
    </w:p>
    <w:p>
      <w:r>
        <w:rPr>
          <w:b/>
        </w:rPr>
        <w:t xml:space="preserve">[01:20] </w:t>
      </w:r>
      <w:r>
        <w:t>nazam-e-ayat waghera ke lehaz se parhna shuru kiya to kuch</w:t>
      </w:r>
    </w:p>
    <w:p>
      <w:pPr>
        <w:jc w:val="right"/>
      </w:pPr>
      <w:r>
        <w:t>نظمِ آیات وغیرہ کے لحاظ سے پڑھنا شروع کیا تو کچھ</w:t>
      </w:r>
    </w:p>
    <w:p>
      <w:r>
        <w:rPr>
          <w:b/>
        </w:rPr>
        <w:t xml:space="preserve">[01:27] </w:t>
      </w:r>
      <w:r>
        <w:t>teeka bhi nahi milta.</w:t>
      </w:r>
    </w:p>
    <w:p>
      <w:pPr>
        <w:jc w:val="right"/>
      </w:pPr>
      <w:r>
        <w:t>ٹیکا بھی نہیں ملتا۔</w:t>
      </w:r>
    </w:p>
    <w:p>
      <w:r>
        <w:rPr>
          <w:b/>
        </w:rPr>
        <w:t xml:space="preserve">[01:33] </w:t>
      </w:r>
      <w:r>
        <w:t>is se main ne yeh sabaq nikala ke quran aam jo khayal hai logon ka quran ke is laip ke baray mein,</w:t>
      </w:r>
    </w:p>
    <w:p>
      <w:pPr>
        <w:jc w:val="right"/>
      </w:pPr>
      <w:r>
        <w:t>اس سے میں نے یہ سبق نکالا کہ قرآن عام جو خیال ہے لوگوں کا قرآن کے اس لپ کے بارے میں،</w:t>
      </w:r>
    </w:p>
    <w:p>
      <w:r>
        <w:rPr>
          <w:b/>
        </w:rPr>
        <w:t xml:space="preserve">[01:50] </w:t>
      </w:r>
      <w:r>
        <w:t>aam tor par logon ka jo khayal hai quran ke style ke baray mein, to mujhe appeal nahi karta. is mein koi baat nahi milti.</w:t>
      </w:r>
    </w:p>
    <w:p>
      <w:pPr>
        <w:jc w:val="right"/>
      </w:pPr>
      <w:r>
        <w:t>عام طور پر لوگوں کا جو خیال ہے قرآن کے اسٹائل کے بارے میں، تو مجھے اپیل نہیں کرتا۔ اس میں کوئی بات نہیں ملتی۔</w:t>
      </w:r>
    </w:p>
    <w:p>
      <w:r>
        <w:rPr>
          <w:b/>
        </w:rPr>
        <w:t xml:space="preserve">[02:02] </w:t>
      </w:r>
      <w:r>
        <w:t>is ke bar aks woh jo tareeqa tha mera, is mein baat milti hai. is par ghore karte hue main ne samjha ke quran asal mein book of wisdom hai.</w:t>
      </w:r>
    </w:p>
    <w:p>
      <w:pPr>
        <w:jc w:val="right"/>
      </w:pPr>
      <w:r>
        <w:t>اس کے برعکس وہ جو طریقہ تھا میرا، اس میں بات ملتی ہے۔ اس پر غور کرتے ہوئے میں نے سمجھا کہ قرآن اصل میں بک آف وزڈم ہے۔</w:t>
      </w:r>
    </w:p>
    <w:p>
      <w:r>
        <w:rPr>
          <w:b/>
        </w:rPr>
        <w:t xml:space="preserve">[02:25] </w:t>
      </w:r>
      <w:r>
        <w:t>kisi ne likha hai ke quran sargodha sargodhash ke anzar hai. is tarah ki baatein.</w:t>
      </w:r>
    </w:p>
    <w:p>
      <w:pPr>
        <w:jc w:val="right"/>
      </w:pPr>
      <w:r>
        <w:t>کسی نے لکھا ہے کہ قرآن سرگودھے سرگودھش کے انظار ہے۔ اس طرح کی باتیں۔</w:t>
      </w:r>
    </w:p>
    <w:p>
      <w:r>
        <w:rPr>
          <w:b/>
        </w:rPr>
        <w:t xml:space="preserve">[02:36] </w:t>
      </w:r>
      <w:r>
        <w:t>main samajhta hoon ke yeh sab ziyada ba-maani nahi hai. ziyada ba-maani baat yeh hai ke quran book of wisdom hai.</w:t>
      </w:r>
    </w:p>
    <w:p>
      <w:pPr>
        <w:jc w:val="right"/>
      </w:pPr>
      <w:r>
        <w:t>میں سمجھتا ہوں کہ یہ سب زیادہ بامعنی نہیں ہے۔ زیادہ بامعنی بات یہ ہے کہ قرآن بک آف وزڈم ہے۔</w:t>
      </w:r>
    </w:p>
    <w:p>
      <w:r>
        <w:rPr>
          <w:b/>
        </w:rPr>
        <w:t xml:space="preserve">[02:50] </w:t>
      </w:r>
      <w:r>
        <w:t>kahin se bhi parhiye to aap ko wisdom ki koi baat mile gi.</w:t>
      </w:r>
    </w:p>
    <w:p>
      <w:pPr>
        <w:jc w:val="right"/>
      </w:pPr>
      <w:r>
        <w:t>کہیں سے بھی پڑھیے تو آپ کو وزڈم کی کوئی بات ملے گی۔</w:t>
      </w:r>
    </w:p>
    <w:p>
      <w:r>
        <w:rPr>
          <w:b/>
        </w:rPr>
        <w:t xml:space="preserve">[02:58] </w:t>
      </w:r>
      <w:r>
        <w:t>lekin aap ko</w:t>
      </w:r>
    </w:p>
    <w:p>
      <w:pPr>
        <w:jc w:val="right"/>
      </w:pPr>
      <w:r>
        <w:t>لیکن آپ کو</w:t>
      </w:r>
    </w:p>
    <w:p>
      <w:r>
        <w:rPr>
          <w:b/>
        </w:rPr>
        <w:t xml:space="preserve">[03:04] </w:t>
      </w:r>
      <w:r>
        <w:t>khule zehan ke sath parhna hoga. mislan dekhiye:</w:t>
      </w:r>
    </w:p>
    <w:p>
      <w:pPr>
        <w:jc w:val="right"/>
      </w:pPr>
      <w:r>
        <w:t>کھلے ذہن کے ساتھ پڑھنا ہوگا۔ مثلاً دیکھیے:</w:t>
      </w:r>
    </w:p>
    <w:p>
      <w:r>
        <w:rPr>
          <w:b/>
        </w:rPr>
        <w:t xml:space="preserve">[03:14] </w:t>
      </w:r>
      <w:r>
        <w:t>"qul sayroo fil arz fanazro kaifa kana aqib al mukadhibeen". dekha, sayroo fil arz ke maani yeh nahi hain ke chalo phir ab kahan se parhein ge?</w:t>
      </w:r>
    </w:p>
    <w:p>
      <w:pPr>
        <w:jc w:val="right"/>
      </w:pPr>
      <w:r>
        <w:t>"قل سیرو فی الارض فنظرو کیفکاناقب المکذبین"۔ دیکھا، سیرو فی الارض کے معنی یہ نہیں ہیں کہ چلو پھر اب کہاں سے پڑھیں گے؟</w:t>
      </w:r>
    </w:p>
    <w:p>
      <w:r>
        <w:rPr>
          <w:b/>
        </w:rPr>
        <w:t xml:space="preserve">[03:25] </w:t>
      </w:r>
      <w:r>
        <w:t>ab woh woh zameenain nahi hain, woh geography nahi hai jo pehle zamanay mein tha. ab bohat ziyada change aa chuka hai.</w:t>
      </w:r>
    </w:p>
    <w:p>
      <w:pPr>
        <w:jc w:val="right"/>
      </w:pPr>
      <w:r>
        <w:t>اب وہ وہ زمینیں نہیں ہیں، وہ جغرافیہ نہیں ہے جو پہلے زمانے میں تھا۔ اب بہت زیادہ چینج آ چکا ہے۔</w:t>
      </w:r>
    </w:p>
    <w:p>
      <w:r>
        <w:rPr>
          <w:b/>
        </w:rPr>
        <w:t xml:space="preserve">[03:40] </w:t>
      </w:r>
      <w:r>
        <w:t>woh geography jo pehle tha har jagah, woh ab maujood nahi hai har jagah. to ab kya karein ge?</w:t>
      </w:r>
    </w:p>
    <w:p>
      <w:pPr>
        <w:jc w:val="right"/>
      </w:pPr>
      <w:r>
        <w:t>وہ جغرافیہ جو پہلے تھا ہر جگہ، وہ اب موجود نہیں ہے ہر جگہ۔ تو اب کیا کریں گے؟</w:t>
      </w:r>
    </w:p>
    <w:p>
      <w:r>
        <w:rPr>
          <w:b/>
        </w:rPr>
        <w:t xml:space="preserve">[03:50] </w:t>
      </w:r>
      <w:r>
        <w:t>to main samajhta hoon ke sayroo fil arz ka matlab yeh hai ke tareekh ko parho.</w:t>
      </w:r>
    </w:p>
    <w:p>
      <w:pPr>
        <w:jc w:val="right"/>
      </w:pPr>
      <w:r>
        <w:t>تو میں سمجھتا ہوں کہ سیرو فی الارض کا مطلب یہ ہے کہ تاریخ کو پڑھو۔</w:t>
      </w:r>
    </w:p>
    <w:p>
      <w:r>
        <w:rPr>
          <w:b/>
        </w:rPr>
        <w:t xml:space="preserve">[03:58] </w:t>
      </w:r>
      <w:r>
        <w:t>zameen mein chalo phiro nahi, tareekh ko parho. ab tamam cheezein tareekh mein milti hain.</w:t>
      </w:r>
    </w:p>
    <w:p>
      <w:pPr>
        <w:jc w:val="right"/>
      </w:pPr>
      <w:r>
        <w:t>زمین میں چلو پھرو نہیں، تاریخ کو پڑھو۔ اب تمام چیزیں تاریخ میں ملتی ہیں۔</w:t>
      </w:r>
    </w:p>
    <w:p>
      <w:r>
        <w:rPr>
          <w:b/>
        </w:rPr>
        <w:t xml:space="preserve">[04:11] </w:t>
      </w:r>
      <w:r>
        <w:t>tareekh ko parho. mislan dekhiye, main ne ek bohat bari baat tareekh ki kitab se pai.</w:t>
      </w:r>
    </w:p>
    <w:p>
      <w:pPr>
        <w:jc w:val="right"/>
      </w:pPr>
      <w:r>
        <w:t>تاریخ کو پڑھو۔ مثلاً دیکھیے، میں نے ایک بہت بڑی بات تاریخ کی کتاب سے پائی۔</w:t>
      </w:r>
    </w:p>
    <w:p>
      <w:r>
        <w:rPr>
          <w:b/>
        </w:rPr>
        <w:t xml:space="preserve">[04:24] </w:t>
      </w:r>
      <w:r>
        <w:t>ishara ke tor par woh quran mein hai, lekin silsila war andaaz banay.</w:t>
      </w:r>
    </w:p>
    <w:p>
      <w:pPr>
        <w:jc w:val="right"/>
      </w:pPr>
      <w:r>
        <w:t>اشارہ کے طور پر وہ قرآن میں ہے، لیکن سلسلے وار انداز بنے۔</w:t>
      </w:r>
    </w:p>
    <w:p>
      <w:r>
        <w:rPr>
          <w:b/>
        </w:rPr>
        <w:t xml:space="preserve">[04:35] </w:t>
      </w:r>
      <w:r>
        <w:t>mislan meri zindagi mein bohat ziyada,</w:t>
      </w:r>
    </w:p>
    <w:p>
      <w:pPr>
        <w:jc w:val="right"/>
      </w:pPr>
      <w:r>
        <w:t>مثلاً میری زندگی میں بہت زیادہ،</w:t>
      </w:r>
    </w:p>
    <w:p>
      <w:r>
        <w:rPr>
          <w:b/>
        </w:rPr>
        <w:t xml:space="preserve">[04:43] </w:t>
      </w:r>
      <w:r>
        <w:t>bohat ziyada mukhalif baatein pesh aaein. matlab yahi ke kabhi beemari hai, kabhi hadsa hai, kabhi nuqsan hai, kabhi kuch hai, kabhi kuch hai.</w:t>
      </w:r>
    </w:p>
    <w:p>
      <w:pPr>
        <w:jc w:val="right"/>
      </w:pPr>
      <w:r>
        <w:t>بہت زیادہ مخالف باتیں پیش آئیں۔ مطلب یہی کہ کبھی بیماری ہے، کبھی حادثہ ہے، کبھی نقصان ہے، کبھی کچھ ہے، کبھی کچھ ہے۔</w:t>
      </w:r>
    </w:p>
    <w:p>
      <w:r>
        <w:rPr>
          <w:b/>
        </w:rPr>
        <w:t xml:space="preserve">[04:57] </w:t>
      </w:r>
      <w:r>
        <w:t>to is tarah ke unwanted waqiat meri zindagi mein bohat ziyada pesh aaye. to main sochta tha ke aakhir kyun?</w:t>
      </w:r>
    </w:p>
    <w:p>
      <w:pPr>
        <w:jc w:val="right"/>
      </w:pPr>
      <w:r>
        <w:t>تو اس طرح کے ان وانٹڈ واقعات میری زندگی میں بہت زیادہ پیش آئے۔ تو میں سوچتا تھا کہ آخر کیوں؟</w:t>
      </w:r>
    </w:p>
    <w:p>
      <w:r>
        <w:rPr>
          <w:b/>
        </w:rPr>
        <w:t xml:space="preserve">[05:07] </w:t>
      </w:r>
      <w:r>
        <w:t>to main ne ordinal time bhi kitab mein parha ke zindagi mein challenges aate hain. challenge part of life hai.</w:t>
      </w:r>
    </w:p>
    <w:p>
      <w:pPr>
        <w:jc w:val="right"/>
      </w:pPr>
      <w:r>
        <w:t>تو میں نے آرڈنل ٹائم بھی کتاب میں پڑھا کہ زندگی میں چیلنجز آتے ہیں۔ چیلنج پارٹ آف لائف ہے۔</w:t>
      </w:r>
    </w:p>
    <w:p>
      <w:r>
        <w:rPr>
          <w:b/>
        </w:rPr>
        <w:t xml:space="preserve">[05:20] </w:t>
      </w:r>
      <w:r>
        <w:t>zindagi mein challenges bar bar aate hain, tarah tarah ke.</w:t>
      </w:r>
    </w:p>
    <w:p>
      <w:pPr>
        <w:jc w:val="right"/>
      </w:pPr>
      <w:r>
        <w:t>زندگی میں چیلنجز بار بار آتے ہیں، طرح طرح کے۔</w:t>
      </w:r>
    </w:p>
    <w:p>
      <w:r>
        <w:rPr>
          <w:b/>
        </w:rPr>
        <w:t xml:space="preserve">[05:28] </w:t>
      </w:r>
      <w:r>
        <w:t>to is ne likha hai ke challenge ki do qismein hain. ek hai crippling challenge, crippling challenge.</w:t>
      </w:r>
    </w:p>
    <w:p>
      <w:pPr>
        <w:jc w:val="right"/>
      </w:pPr>
      <w:r>
        <w:t>تو اس نے لکھا ہے کہ چیلنج کی دو قسمیں ہیں۔ ایک ہے کرپلنگ چیلنج، کرپلنگ چیلنج۔</w:t>
      </w:r>
    </w:p>
    <w:p>
      <w:r>
        <w:rPr>
          <w:b/>
        </w:rPr>
        <w:t xml:space="preserve">[05:39] </w:t>
      </w:r>
      <w:r>
        <w:t>ek hai non crippling challenge. yani aisa challenge jo aap ko kuchal daale. aur doosra challenge yeh hai ke woh challenge to ho, lekin aap ko kuchalne se</w:t>
      </w:r>
    </w:p>
    <w:p>
      <w:pPr>
        <w:jc w:val="right"/>
      </w:pPr>
      <w:r>
        <w:t>ایک ہے نان کرپلنگ چیلنج۔ یعنی ایسا چیلنج جو آپ کو کچل ڈالے۔ اور دوسرا چیلنج یہ ہے کہ وہ چیلنج تو ہو، لیکن آپ کو کچلنے سے</w:t>
      </w:r>
    </w:p>
    <w:p>
      <w:r>
        <w:rPr>
          <w:b/>
        </w:rPr>
        <w:t xml:space="preserve">[05:55] </w:t>
      </w:r>
      <w:r>
        <w:t>tak tak na pohanchay.</w:t>
      </w:r>
    </w:p>
    <w:p>
      <w:pPr>
        <w:jc w:val="right"/>
      </w:pPr>
      <w:r>
        <w:t>تک تک نہ پہنچے۔</w:t>
      </w:r>
    </w:p>
    <w:p>
      <w:r>
        <w:rPr>
          <w:b/>
        </w:rPr>
        <w:t xml:space="preserve">[06:00] </w:t>
      </w:r>
      <w:r>
        <w:t>to is ne likha ke jo jo challenge non crippling challenge hota hai, woh aap ki tarraqi ke liye hota hai. woh mehmood hota hai.</w:t>
      </w:r>
    </w:p>
    <w:p>
      <w:pPr>
        <w:jc w:val="right"/>
      </w:pPr>
      <w:r>
        <w:t>تو اس نے لکھا کہ جو جو چیلنج نان کرپلنگ چیلنج ہوتا ہے، وہ آپ کی ترقی کے لیے ہوتا ہے۔ وہ محمود ہوتا ہے۔</w:t>
      </w:r>
    </w:p>
    <w:p>
      <w:r>
        <w:rPr>
          <w:b/>
        </w:rPr>
        <w:t xml:space="preserve">[06:12] </w:t>
      </w:r>
      <w:r>
        <w:t>to sirf crippling challenge masla hai, non crippling challenge koi masla nahi hai. to ek bohat bari negativity meri khatam ho gayi.</w:t>
      </w:r>
    </w:p>
    <w:p>
      <w:pPr>
        <w:jc w:val="right"/>
      </w:pPr>
      <w:r>
        <w:t>تو صرف کرپلنگ چیلنج مسئلہ ہے، نان کرپلنگ چیلنج کوئی مسئلہ نہیں ہے۔ تو ایک بہت بڑی نیگیٹیوٹی میری ختم ہو گئی۔</w:t>
      </w:r>
    </w:p>
    <w:p>
      <w:r>
        <w:rPr>
          <w:b/>
        </w:rPr>
        <w:t xml:space="preserve">[06:27] </w:t>
      </w:r>
      <w:r>
        <w:t>woh yeh ke maine dekha ke jitne bhi meri zindagi mein paish aaye hain,</w:t>
      </w:r>
    </w:p>
    <w:p>
      <w:pPr>
        <w:jc w:val="right"/>
      </w:pPr>
      <w:r>
        <w:t>وہ یہ کہ میں نے دیکھا کہ جتنے بھی میری زندگی میں پیش آئے ہیں،</w:t>
      </w:r>
    </w:p>
    <w:p>
      <w:r>
        <w:rPr>
          <w:b/>
        </w:rPr>
        <w:t xml:space="preserve">[06:34] </w:t>
      </w:r>
      <w:r>
        <w:t>woh sab non crippling thay.</w:t>
      </w:r>
    </w:p>
    <w:p>
      <w:pPr>
        <w:jc w:val="right"/>
      </w:pPr>
      <w:r>
        <w:t>وہ سب نان کرپلنگ تھے۔</w:t>
      </w:r>
    </w:p>
    <w:p>
      <w:r>
        <w:rPr>
          <w:b/>
        </w:rPr>
        <w:t xml:space="preserve">[06:39] </w:t>
      </w:r>
      <w:r>
        <w:t>crippling nahi thay. crippling ho jatay to aaj zindagi maujood na hota. zinda na hota. to is ka matlab yeh hai ke agar aap ki zindagi mein non crippling challenge paish aata hai to woh aap ke liye rehmat hai,</w:t>
      </w:r>
    </w:p>
    <w:p>
      <w:pPr>
        <w:jc w:val="right"/>
      </w:pPr>
      <w:r>
        <w:t>کرپلنگ نہیں تھے۔ کرپلنگ ہو جاتے تو آج زندگی موجود نہ ہوتا۔ زندہ نہ ہوتا۔ تو اس کا معنی یہ ہے کہ اگر آپ کی زندگی میں نان کرپلنگ چیلنج پیش آتا ہے تو وہ آپ کے لیے رحمت ہے،</w:t>
      </w:r>
    </w:p>
    <w:p>
      <w:r>
        <w:rPr>
          <w:b/>
        </w:rPr>
        <w:t xml:space="preserve">[06:57] </w:t>
      </w:r>
      <w:r>
        <w:t>aap ke liye museebat blessing hai.</w:t>
      </w:r>
    </w:p>
    <w:p>
      <w:pPr>
        <w:jc w:val="right"/>
      </w:pPr>
      <w:r>
        <w:t>آپ کے لیے مصیبت بلیسنگ ہے۔</w:t>
      </w:r>
    </w:p>
    <w:p>
      <w:r>
        <w:rPr>
          <w:b/>
        </w:rPr>
        <w:t xml:space="preserve">[07:05] </w:t>
      </w:r>
      <w:r>
        <w:t>to sirf quran ko parhein aap, aagay peechay dekhein to aap koi bari cheez nahi painge.</w:t>
      </w:r>
    </w:p>
    <w:p>
      <w:pPr>
        <w:jc w:val="right"/>
      </w:pPr>
      <w:r>
        <w:t>تو صرف قرآن کو پڑھیں آپ، آگے پیچھے دیکھیں تو آپ کوئی بڑی چیز نہیں پائیں گے۔</w:t>
      </w:r>
    </w:p>
    <w:p>
      <w:r>
        <w:rPr>
          <w:b/>
        </w:rPr>
        <w:t xml:space="preserve">[07:16] </w:t>
      </w:r>
      <w:r>
        <w:t>kyun ke quran to fragmentary andaaz mein hai, woh book of wisdom hai.</w:t>
      </w:r>
    </w:p>
    <w:p>
      <w:pPr>
        <w:jc w:val="right"/>
      </w:pPr>
      <w:r>
        <w:t>کیونکہ قرآن تو فیریگمنٹری انداز میں ہے، وہ بک آف وزڈم ہے۔</w:t>
      </w:r>
    </w:p>
    <w:p>
      <w:r>
        <w:rPr>
          <w:b/>
        </w:rPr>
        <w:t xml:space="preserve">[07:32] </w:t>
      </w:r>
      <w:r>
        <w:t>to maine pehle daur mein sirf quran ko parha. sirf quran ko.</w:t>
      </w:r>
    </w:p>
    <w:p>
      <w:pPr>
        <w:jc w:val="right"/>
      </w:pPr>
      <w:r>
        <w:t>تو میں نے پہلے دور میں صرف قرآن کو پڑھا۔ صرف قرآن کو۔</w:t>
      </w:r>
    </w:p>
    <w:p>
      <w:r>
        <w:rPr>
          <w:b/>
        </w:rPr>
        <w:t xml:space="preserve">[07:42] </w:t>
      </w:r>
      <w:r>
        <w:t>to mere liye woh kafi nahi hua. phir maine jab doosri cheezein parhein, science parha, tareekh parhi,</w:t>
      </w:r>
    </w:p>
    <w:p>
      <w:pPr>
        <w:jc w:val="right"/>
      </w:pPr>
      <w:r>
        <w:t>تو میرے لیے وہ کافی نہیں ہوا۔ پھر میں نے جب دوسری چیزیں پڑھیں، سائنس پڑھا، تاریخ پڑھی،</w:t>
      </w:r>
    </w:p>
    <w:p>
      <w:r>
        <w:rPr>
          <w:b/>
        </w:rPr>
        <w:t xml:space="preserve">[07:54] </w:t>
      </w:r>
      <w:r>
        <w:t>tab ja kar ke mujhe quran samajh aaya.</w:t>
      </w:r>
    </w:p>
    <w:p>
      <w:pPr>
        <w:jc w:val="right"/>
      </w:pPr>
      <w:r>
        <w:t>تب جا کر کے مجھے قرآن سمجھ آیا۔</w:t>
      </w:r>
    </w:p>
    <w:p>
      <w:r>
        <w:rPr>
          <w:b/>
        </w:rPr>
        <w:t xml:space="preserve">[07:59] </w:t>
      </w:r>
      <w:r>
        <w:t>to main samajhta hoon ke quran ko samajhne ke liye jo riwayati usloob hai, woh kafi nahi hai.</w:t>
      </w:r>
    </w:p>
    <w:p>
      <w:pPr>
        <w:jc w:val="right"/>
      </w:pPr>
      <w:r>
        <w:t>تو میں سمجھتا ہوں کہ قرآن کو سمجھنے کے لیے جو روایتی اسلوب ہے، وہ کافی نہیں ہے۔</w:t>
      </w:r>
    </w:p>
    <w:p>
      <w:r>
        <w:rPr>
          <w:b/>
        </w:rPr>
        <w:t xml:space="preserve">[08:16] </w:t>
      </w:r>
      <w:r>
        <w:t>aap ko apna mind khol kar parhna parhega.</w:t>
      </w:r>
    </w:p>
    <w:p>
      <w:pPr>
        <w:jc w:val="right"/>
      </w:pPr>
      <w:r>
        <w:t>آپ کو اپنا مائنڈ کھول کر پڑھنا پڑے گا۔</w:t>
      </w:r>
    </w:p>
    <w:p>
      <w:r>
        <w:rPr>
          <w:b/>
        </w:rPr>
        <w:t xml:space="preserve">[08:25] </w:t>
      </w:r>
      <w:r>
        <w:t>apna mind khol kar parhna parhega.</w:t>
      </w:r>
    </w:p>
    <w:p>
      <w:pPr>
        <w:jc w:val="right"/>
      </w:pPr>
      <w:r>
        <w:t>اپنا مائنڈ کھول کر پڑھنا پڑے گا۔</w:t>
      </w:r>
    </w:p>
    <w:p>
      <w:r>
        <w:rPr>
          <w:b/>
        </w:rPr>
        <w:t xml:space="preserve">[08:35] </w:t>
      </w:r>
      <w:r>
        <w:t>kyun ke quran jo hai, frequency ke roop mein hai, wisdom ke roop mein hai.</w:t>
      </w:r>
    </w:p>
    <w:p>
      <w:pPr>
        <w:jc w:val="right"/>
      </w:pPr>
      <w:r>
        <w:t>کیونکہ قرآن جو ہے، فریکوننس کے روپ میں ہے، وزڈم کے روپ میں ہے۔</w:t>
      </w:r>
    </w:p>
    <w:p>
      <w:r>
        <w:rPr>
          <w:b/>
        </w:rPr>
        <w:t xml:space="preserve">[08:45] </w:t>
      </w:r>
      <w:r>
        <w:t>is is roop mein hai hi nahi jo hamari tasveeron mein likha jata hai.</w:t>
      </w:r>
    </w:p>
    <w:p>
      <w:pPr>
        <w:jc w:val="right"/>
      </w:pPr>
      <w:r>
        <w:t>اس اس روپ میں ہے ہی نہیں جو ہماری تصویروں میں لکھا جاتا ہے۔</w:t>
      </w:r>
    </w:p>
    <w:p>
      <w:r>
        <w:rPr>
          <w:b/>
        </w:rPr>
        <w:t xml:space="preserve">[08:55] </w:t>
      </w:r>
      <w:r>
        <w:t>to aap main samajhta hoon ke aap ko apna zehan banana hoga. prepared mind chahiye quran ko samajhne ke liye.</w:t>
      </w:r>
    </w:p>
    <w:p>
      <w:pPr>
        <w:jc w:val="right"/>
      </w:pPr>
      <w:r>
        <w:t>تو آپ میں سمجھتا ہوں کہ آپ کو اپنا ذہن بنانا ہوگا۔ پریپیرڈ مائنڈ چاہیے قرآن کو سمجھنے کے لیے۔</w:t>
      </w:r>
    </w:p>
    <w:p>
      <w:r>
        <w:rPr>
          <w:b/>
        </w:rPr>
        <w:t xml:space="preserve">[09:06] </w:t>
      </w:r>
      <w:r>
        <w:t>prepared mind chahiye.</w:t>
      </w:r>
    </w:p>
    <w:p>
      <w:pPr>
        <w:jc w:val="right"/>
      </w:pPr>
      <w:r>
        <w:t>پریپیرڈ مائنڈ چاہیے۔</w:t>
      </w:r>
    </w:p>
    <w:p>
      <w:r>
        <w:rPr>
          <w:b/>
        </w:rPr>
        <w:t xml:space="preserve">[09:13] </w:t>
      </w:r>
      <w:r>
        <w:t>quran ko samajhne ke liye prepared mind chahiye.</w:t>
      </w:r>
    </w:p>
    <w:p>
      <w:pPr>
        <w:jc w:val="right"/>
      </w:pPr>
      <w:r>
        <w:t>قرآن کو سمجھنے کے لیے پریپیرڈ مائنڈ چاہیے۔</w:t>
      </w:r>
    </w:p>
    <w:p>
      <w:r>
        <w:rPr>
          <w:b/>
        </w:rPr>
        <w:t xml:space="preserve">[09:22] </w:t>
      </w:r>
      <w:r>
        <w:t>aur doosri baat maine yeh paayi hai ke jo secular log ya jo orientalist waghera jo likhte hain, jis se musalman ghussa hotay hain,</w:t>
      </w:r>
    </w:p>
    <w:p>
      <w:pPr>
        <w:jc w:val="right"/>
      </w:pPr>
      <w:r>
        <w:t>اور دوسری بات میں نے یہ پائی ہے کہ جو سیکولر لوگ یا جو اورینٹلسٹ وغیرہ جو لکھتے ہیں، جس سے مسلمان غصہ ہوتے ہیں،</w:t>
      </w:r>
    </w:p>
    <w:p>
      <w:r>
        <w:rPr>
          <w:b/>
        </w:rPr>
        <w:t xml:space="preserve">[09:38] </w:t>
      </w:r>
      <w:r>
        <w:t>main samajhta hoon ke woh quran ko samajhne ke liye bohat bara source hai. bohat bara source hai.</w:t>
      </w:r>
    </w:p>
    <w:p>
      <w:pPr>
        <w:jc w:val="right"/>
      </w:pPr>
      <w:r>
        <w:t>میں سمجھتا ہوں کہ وہ قرآن کو سمجھنے کے لیے بہت بڑا سورس ہے۔ بہت بڑا سورس ہے۔</w:t>
      </w:r>
    </w:p>
    <w:p>
      <w:r>
        <w:rPr>
          <w:b/>
        </w:rPr>
        <w:t xml:space="preserve">[09:50] </w:t>
      </w:r>
      <w:r>
        <w:t>to quran ko samajhne ke liye jo riwayati ya riwayati tareeqa raaij hai, main samajhta hoon ke woh kafi nahi hai.</w:t>
      </w:r>
    </w:p>
    <w:p>
      <w:pPr>
        <w:jc w:val="right"/>
      </w:pPr>
      <w:r>
        <w:t>تو قرآن کو سمجھنے کے لیے جو روایتی یا روایتی طریقہ رائج ہے، میں سمجھتا ہوں کہ وہ کافی نہیں ہے۔</w:t>
      </w:r>
    </w:p>
    <w:p>
      <w:r>
        <w:rPr>
          <w:b/>
        </w:rPr>
        <w:t xml:space="preserve">[10:02] </w:t>
      </w:r>
      <w:r>
        <w:t>kafi nahi hai.</w:t>
      </w:r>
    </w:p>
    <w:p>
      <w:pPr>
        <w:jc w:val="right"/>
      </w:pPr>
      <w:r>
        <w:t>کافی نہیں ہے۔</w:t>
      </w:r>
    </w:p>
    <w:p>
      <w:r>
        <w:rPr>
          <w:b/>
        </w:rPr>
        <w:t xml:space="preserve">[10:08] </w:t>
      </w:r>
      <w:r>
        <w:t>misal ke taur par dekhiye, aaj kal musalman bohat zyada negative baat karte hain. qaumon ko dushman samajhte hain, samajhte hain ke woh science kar rahi hain.</w:t>
      </w:r>
    </w:p>
    <w:p>
      <w:pPr>
        <w:jc w:val="right"/>
      </w:pPr>
      <w:r>
        <w:t>مثلاً دیکھیے، آج کل مسلمان بہت زیادہ نیگیٹیو بات کرتے ہیں۔ قوموں کو دشمن سمجھتے ہیں، سمجھتے ہیں کہ وہ سائنس کر کر رہی ہیں۔</w:t>
      </w:r>
    </w:p>
    <w:p>
      <w:r>
        <w:rPr>
          <w:b/>
        </w:rPr>
        <w:t xml:space="preserve">[10:23] </w:t>
      </w:r>
      <w:r>
        <w:t>woh kehte hain ke we are a disgrace waghera. lekin aap history ko parhiye. history ko parhiye.</w:t>
      </w:r>
    </w:p>
    <w:p>
      <w:pPr>
        <w:jc w:val="right"/>
      </w:pPr>
      <w:r>
        <w:t>وہ کہتے ہیں کہ وی آر اے ڈسٹیز وغیرہ۔ لیکن آپ ہسٹری کو پڑھیے۔ ہسٹری کو پڑھیے۔</w:t>
      </w:r>
    </w:p>
    <w:p>
      <w:r>
        <w:rPr>
          <w:b/>
        </w:rPr>
        <w:t xml:space="preserve">[10:33] </w:t>
      </w:r>
      <w:r>
        <w:t>to wohi qaumein ubhri hain, unhi qaumon ne taraqqi ki hai, jo under siege theen.</w:t>
      </w:r>
    </w:p>
    <w:p>
      <w:pPr>
        <w:jc w:val="right"/>
      </w:pPr>
      <w:r>
        <w:t>تو وہی قومیں ابھری ہیں، انہی قوموں نے ترقی کی ہے، جو انڈر سیز تھیں۔</w:t>
      </w:r>
    </w:p>
    <w:p>
      <w:r>
        <w:rPr>
          <w:b/>
        </w:rPr>
        <w:t xml:space="preserve">[10:43] </w:t>
      </w:r>
      <w:r>
        <w:t>kyun ke siege jo hai,</w:t>
      </w:r>
    </w:p>
    <w:p>
      <w:pPr>
        <w:jc w:val="right"/>
      </w:pPr>
      <w:r>
        <w:t>کیونکہ سیز جو ہے،</w:t>
      </w:r>
    </w:p>
    <w:p>
      <w:r>
        <w:rPr>
          <w:b/>
        </w:rPr>
        <w:t xml:space="preserve">[10:48] </w:t>
      </w:r>
      <w:r>
        <w:t>woh aap ko compression create karti hai. compression create karti hai. is ke baad aap ke andar nai soch jagti hai.</w:t>
      </w:r>
    </w:p>
    <w:p>
      <w:pPr>
        <w:jc w:val="right"/>
      </w:pPr>
      <w:r>
        <w:t>وہ آپ کو کمپریشن کریٹ کرتی ہے۔ کمپریشن کریٹ کرتی ہے۔ اس کے بعد آپ کے اندر نئی سوچ جاگتی ہے۔</w:t>
      </w:r>
    </w:p>
    <w:p>
      <w:r>
        <w:rPr>
          <w:b/>
        </w:rPr>
        <w:t xml:space="preserve">[11:00] </w:t>
      </w:r>
      <w:r>
        <w:t>nai soch. jab tak is ko mein kaha karta hoon apple shock, jo newton ka jo waqea hai,</w:t>
      </w:r>
    </w:p>
    <w:p>
      <w:pPr>
        <w:jc w:val="right"/>
      </w:pPr>
      <w:r>
        <w:t>نئی سوچ۔ جب تک اس کو میں کہا کرتا ہوں ایپل شاک، جو نیوٹن کا جو واقعہ ہے،</w:t>
      </w:r>
    </w:p>
    <w:p>
      <w:r>
        <w:rPr>
          <w:b/>
        </w:rPr>
        <w:t xml:space="preserve">[11:16] </w:t>
      </w:r>
      <w:r>
        <w:t>aap jante hain ke newton ka aik hawai bagh tha, jahan saib ke darakht thay.</w:t>
      </w:r>
    </w:p>
    <w:p>
      <w:pPr>
        <w:jc w:val="right"/>
      </w:pPr>
      <w:r>
        <w:t>آپ جانتے ہیں کہ نیوٹن کا ایک ہوائی باغ تھا، جہاں سیب کے درخت تھے۔</w:t>
      </w:r>
    </w:p>
    <w:p>
      <w:r>
        <w:rPr>
          <w:b/>
        </w:rPr>
        <w:t xml:space="preserve">[11:26] </w:t>
      </w:r>
      <w:r>
        <w:t>to wahan woh baitha hua tha. to aik kaha jata hai ke woh aik saib gira oper se. to ittefaq se woh us ke sir par gir pada.</w:t>
      </w:r>
    </w:p>
    <w:p>
      <w:pPr>
        <w:jc w:val="right"/>
      </w:pPr>
      <w:r>
        <w:t>تو وہاں وہ بیٹھا ہوا تھا۔ تو ایک کہا جاتا ہے کہ وہ ایک سیب گرا اوپر سے۔ تو اتفاق سے وہ اس کے سر پر گر پڑا۔</w:t>
      </w:r>
    </w:p>
    <w:p>
      <w:r>
        <w:rPr>
          <w:b/>
        </w:rPr>
        <w:t xml:space="preserve">[11:41] </w:t>
      </w:r>
      <w:r>
        <w:t>to us ne socha ke saib jo hai, neeche kyun gira, oper kyun nahi chala gaya? neeche kyun aaya?</w:t>
      </w:r>
    </w:p>
    <w:p>
      <w:pPr>
        <w:jc w:val="right"/>
      </w:pPr>
      <w:r>
        <w:t>تو اس نے سوچا کہ سیب جو ہے، نیچے کیوں گرا، اوپر کیوں نہیں چلا گیا؟ نیچے کیوں آیا؟</w:t>
      </w:r>
    </w:p>
    <w:p>
      <w:r>
        <w:rPr>
          <w:b/>
        </w:rPr>
        <w:t xml:space="preserve">[11:51] </w:t>
      </w:r>
      <w:r>
        <w:t>to is par sochte sochte us ne daryaft kiya law of gravitation ya gravitational pull.</w:t>
      </w:r>
    </w:p>
    <w:p>
      <w:pPr>
        <w:jc w:val="right"/>
      </w:pPr>
      <w:r>
        <w:t>تو اس پر سوچتے سوچتے اس نے دریافت کیا لا آف گریویٹیشن یا گریویٹیشنل پل۔</w:t>
      </w:r>
    </w:p>
    <w:p>
      <w:r>
        <w:rPr>
          <w:b/>
        </w:rPr>
        <w:t xml:space="preserve">[12:02] </w:t>
      </w:r>
      <w:r>
        <w:t>ab bataiye ke yeh yeh ab is ko sochiye, is ko to aisa lagta hai ke nature ne dekha ke hazaron saal beet beet gaye aur insan itni bari baat ko jaan nahi paya ke zameen mein kashish hai,</w:t>
      </w:r>
    </w:p>
    <w:p>
      <w:pPr>
        <w:jc w:val="right"/>
      </w:pPr>
      <w:r>
        <w:t>اب بتائیں کہ یہ یہ اب اس کو سوچیے، اس کو تو ایسا لگتا ہے کہ نیچر نے دیکھا کہ ہزاروں سال بیت بیت گئے اور انسان اتنی بڑی بات کو جان نہیں پایا کہ زمین میں کشش ہے،</w:t>
      </w:r>
    </w:p>
    <w:p>
      <w:r>
        <w:rPr>
          <w:b/>
        </w:rPr>
        <w:t xml:space="preserve">[12:21] </w:t>
      </w:r>
      <w:r>
        <w:t>gravity hai, is is cheezon. kyunke zameen mein agar gravity na ho to zameen mein stability khatam ho jayegi.</w:t>
      </w:r>
    </w:p>
    <w:p>
      <w:pPr>
        <w:jc w:val="right"/>
      </w:pPr>
      <w:r>
        <w:t>گریویٹی ہے، اس اس چیزیں۔ کیونکہ زمین میں اگر گریویٹی نہ ہو تو زمین میں اسٹیبلٹی ختم ہو جائے گی۔</w:t>
      </w:r>
    </w:p>
    <w:p>
      <w:r>
        <w:rPr>
          <w:b/>
        </w:rPr>
        <w:t xml:space="preserve">[12:31] </w:t>
      </w:r>
      <w:r>
        <w:t>na ghar tikein, na shehar banein, koi bhi cheez na ho. kyunke atmospheric pressure hota hai oper se aur neeche se gravitational pull hota hai, tab ja ke stability jati hai.</w:t>
      </w:r>
    </w:p>
    <w:p>
      <w:pPr>
        <w:jc w:val="right"/>
      </w:pPr>
      <w:r>
        <w:t>نہ گھر ٹکیں، نہ شہر بنیں، کوئی بھی چیز نہ ہو۔ کیونکہ ایٹمسفیرک پریشر ہوتا ہے اوپر سے اور نیچے سے گریویٹیشنل پل ہوتا ہے، تب جا کے اسٹیبلٹی جاتی ہے۔</w:t>
      </w:r>
    </w:p>
    <w:p>
      <w:r>
        <w:rPr>
          <w:b/>
        </w:rPr>
        <w:t xml:space="preserve">[12:51] </w:t>
      </w:r>
      <w:r>
        <w:t>ab itni bari baat to. saib log bekhabar thay.</w:t>
      </w:r>
    </w:p>
    <w:p>
      <w:pPr>
        <w:jc w:val="right"/>
      </w:pPr>
      <w:r>
        <w:t>اب اتنی بڑی بات تو۔ سیب لوگ بے خبر تھے۔</w:t>
      </w:r>
    </w:p>
    <w:p>
      <w:r>
        <w:rPr>
          <w:b/>
        </w:rPr>
        <w:t xml:space="preserve">[12:57] </w:t>
      </w:r>
      <w:r>
        <w:t>to quran ko aap samajhne, quran ko samajhne ke liye aap ko bohat bohat si zehan banana parega.</w:t>
      </w:r>
    </w:p>
    <w:p>
      <w:pPr>
        <w:jc w:val="right"/>
      </w:pPr>
      <w:r>
        <w:t>تو قرآن کو آپ سمجھنے، قرآن کو سمجھنے کے لیے آپ کو بہت بہت سی ذہن بنانا پڑے گا۔</w:t>
      </w:r>
    </w:p>
    <w:p>
      <w:r>
        <w:rPr>
          <w:b/>
        </w:rPr>
        <w:t xml:space="preserve">[13:07] </w:t>
      </w:r>
      <w:r>
        <w:t>apne ahad mein aaiye. apne span ko bohat ziyada barhana parega. to aap samajh payenge.</w:t>
      </w:r>
    </w:p>
    <w:p>
      <w:pPr>
        <w:jc w:val="right"/>
      </w:pPr>
      <w:r>
        <w:t>اپنے عہد میں آئیں۔ اپنے اسپین کو بہت زیادہ بڑھانا پڑے گا۔ تو آپ سمجھ پائیں گے۔</w:t>
      </w:r>
    </w:p>
    <w:p>
      <w:r>
        <w:rPr>
          <w:b/>
        </w:rPr>
        <w:t xml:space="preserve">[13:24] </w:t>
      </w:r>
      <w:r>
        <w:t>bohat ziyada barhana parega.</w:t>
      </w:r>
    </w:p>
    <w:p>
      <w:pPr>
        <w:jc w:val="right"/>
      </w:pPr>
      <w:r>
        <w:t>بہت زیادہ بڑھانا پڑے گا۔</w:t>
      </w:r>
    </w:p>
    <w:p>
      <w:r>
        <w:rPr>
          <w:b/>
        </w:rPr>
        <w:t xml:space="preserve">[13:29] </w:t>
      </w:r>
      <w:r>
        <w:t>misalan dekhiye, jo misalein</w:t>
      </w:r>
    </w:p>
    <w:p>
      <w:pPr>
        <w:jc w:val="right"/>
      </w:pPr>
      <w:r>
        <w:t>مثلاً دیکھیے، جو مثالیں</w:t>
      </w:r>
    </w:p>
    <w:p>
      <w:r>
        <w:rPr>
          <w:b/>
        </w:rPr>
        <w:t xml:space="preserve">[13:38] </w:t>
      </w:r>
      <w:r>
        <w:t>hamari islami tareekh mein hain, sirf inhi ko le kar sochein to aap kam baaton ko kam samajh payenge.</w:t>
      </w:r>
    </w:p>
    <w:p>
      <w:pPr>
        <w:jc w:val="right"/>
      </w:pPr>
      <w:r>
        <w:t>ہماری اسلامی تاریخ میں ہیں، صرف انہی کو لے کر سوچیں تو آپ کم باتوں کو کم سمجھ پائیں گے۔</w:t>
      </w:r>
    </w:p>
    <w:p>
      <w:r>
        <w:rPr>
          <w:b/>
        </w:rPr>
        <w:t xml:space="preserve">[13:49] </w:t>
      </w:r>
      <w:r>
        <w:t>aap tareekh ko shamil kar ke sochiye. misalan dekhiye</w:t>
      </w:r>
    </w:p>
    <w:p>
      <w:pPr>
        <w:jc w:val="right"/>
      </w:pPr>
      <w:r>
        <w:t>آپ تاریخ کو شامل کر کے سوچیے۔ مثلاً دیکھیے</w:t>
      </w:r>
    </w:p>
    <w:p>
      <w:r>
        <w:rPr>
          <w:b/>
        </w:rPr>
        <w:t xml:space="preserve">[13:59] </w:t>
      </w:r>
      <w:r>
        <w:t>ke</w:t>
      </w:r>
    </w:p>
    <w:p>
      <w:pPr>
        <w:jc w:val="right"/>
      </w:pPr>
      <w:r>
        <w:t>کہ</w:t>
      </w:r>
    </w:p>
    <w:p>
      <w:r>
        <w:rPr>
          <w:b/>
        </w:rPr>
        <w:t xml:space="preserve">[14:05] </w:t>
      </w:r>
      <w:r>
        <w:t>second world war jab hui to is mein</w:t>
      </w:r>
    </w:p>
    <w:p>
      <w:pPr>
        <w:jc w:val="right"/>
      </w:pPr>
      <w:r>
        <w:t>سیکنڈ ورلڈ وار جب ہوئی تو اس میں</w:t>
      </w:r>
    </w:p>
    <w:p>
      <w:r>
        <w:rPr>
          <w:b/>
        </w:rPr>
        <w:t xml:space="preserve">[14:13] </w:t>
      </w:r>
      <w:r>
        <w:t>germany ka, germany ka jo land thi, is ka one third hissa chhin gaya.</w:t>
      </w:r>
    </w:p>
    <w:p>
      <w:pPr>
        <w:jc w:val="right"/>
      </w:pPr>
      <w:r>
        <w:t>جرمنی کا، جرمنی کا جو لینڈ تھی، اس کا ون تھرڈ حصہ چھن گیا۔</w:t>
      </w:r>
    </w:p>
    <w:p>
      <w:r>
        <w:rPr>
          <w:b/>
        </w:rPr>
        <w:t xml:space="preserve">[14:29] </w:t>
      </w:r>
      <w:r>
        <w:t>japan ka hua mamla ke okinawa jo aik jazeera tha, woh mustaqil tor par is se chhin gaya.</w:t>
      </w:r>
    </w:p>
    <w:p>
      <w:pPr>
        <w:jc w:val="right"/>
      </w:pPr>
      <w:r>
        <w:t>جاپان کا ہوا معاملہ کہ اوکیناوا جو ایک جزیرہ تھا، وہ مستقل طور پر اس سے چھن گیا۔</w:t>
      </w:r>
    </w:p>
    <w:p>
      <w:r>
        <w:rPr>
          <w:b/>
        </w:rPr>
        <w:t xml:space="preserve">[14:39] </w:t>
      </w:r>
      <w:r>
        <w:t>aaj tak is ke paas nahi hai. ab aap ghor kijiye ke germany aur japan second world war ke baad in ko taraqqi hui ke tanazzul hua?</w:t>
      </w:r>
    </w:p>
    <w:p>
      <w:pPr>
        <w:jc w:val="right"/>
      </w:pPr>
      <w:r>
        <w:t>آج تک اس کے پاس نہیں ہے۔ اب آپ غور کیجیے کہ جرمنی اور جاپان سیکنڈ ورلڈ وار کے بعد ان کو ترقی ہوئی کہ تنزل ہوا؟</w:t>
      </w:r>
    </w:p>
    <w:p>
      <w:r>
        <w:rPr>
          <w:b/>
        </w:rPr>
        <w:t xml:space="preserve">[14:54] </w:t>
      </w:r>
      <w:r>
        <w:t>to dono ne taraqqi ki, pehle se ziyada. pehle se ziyada. to ab aap sochein ke jo jo mulk shor bacha rahe hain ke hamara falan ilaqa chhin gaya, hamara falan mulk hamare haath mein nahi hai waghera, to woh yani false foot mein jeena hai.</w:t>
      </w:r>
    </w:p>
    <w:p>
      <w:pPr>
        <w:jc w:val="right"/>
      </w:pPr>
      <w:r>
        <w:t>تو دونوں نے ترقی کی، پہلے سے زیادہ۔ پہلے سے زیادہ۔ تو اب آپ سوچیں کہ جو جو ملک شور بسا رہے ہیں کہ ہمارا فلاں علاقہ چھن گیا، ہمارا فلاں ملک ہمارے ہاتھ میں نہیں ہے وغیرہ، تو وہ یعنی فالس فوٹ میں جینا ہے۔</w:t>
      </w:r>
    </w:p>
    <w:p>
      <w:r>
        <w:rPr>
          <w:b/>
        </w:rPr>
        <w:t xml:space="preserve">[15:21] </w:t>
      </w:r>
      <w:r>
        <w:t>kyunke asal masla yeh nahi ke aap paas aap ka chhin gaya. asal cheez yeh hai ke aap paas aap ka hai. ab jo hai is ko le kar apni re planning kijiye.</w:t>
      </w:r>
    </w:p>
    <w:p>
      <w:pPr>
        <w:jc w:val="right"/>
      </w:pPr>
      <w:r>
        <w:t>کیونکہ اصل مسئلہ یہ نہیں کہ آپ پاس آپ کا چھن گیا۔ اصل چیز یہ ہے کہ آپ پاس آپ کا ہے۔ اب جو ہے اس کو لے کر اپنی ری پلاننگ کیجیے۔</w:t>
      </w:r>
    </w:p>
    <w:p>
      <w:r>
        <w:rPr>
          <w:b/>
        </w:rPr>
        <w:t xml:space="preserve">[15:35] </w:t>
      </w:r>
      <w:r>
        <w:t>to germany ne jo in ke paas bacha hua tha, is ko le kar planning ki. japan ne jo is ko bacha hua tha, is ke liye le kar planning ki.</w:t>
      </w:r>
    </w:p>
    <w:p>
      <w:pPr>
        <w:jc w:val="right"/>
      </w:pPr>
      <w:r>
        <w:t>تو جرمنی نے جو ان کے پاس بچا ہوا تھا، اس کو لے کر پلاننگ کی۔ جاپان نے جو اس کو بچا ہوا تھا، اس کے لیے لے کر پلاننگ کی۔</w:t>
      </w:r>
    </w:p>
    <w:p>
      <w:r>
        <w:rPr>
          <w:b/>
        </w:rPr>
        <w:t xml:space="preserve">[15:48] </w:t>
      </w:r>
      <w:r>
        <w:t>to aap kitna kamyab hue ho.</w:t>
      </w:r>
    </w:p>
    <w:p>
      <w:pPr>
        <w:jc w:val="right"/>
      </w:pPr>
      <w:r>
        <w:t>تو آپ کتنا کامیاب ہوئے ہو۔</w:t>
      </w:r>
    </w:p>
    <w:p>
      <w:r>
        <w:rPr>
          <w:b/>
        </w:rPr>
        <w:t xml:space="preserve">[15:54] </w:t>
      </w:r>
      <w:r>
        <w:t>to yeh usool aap ko quran mein, sirf quran mein mein ne nahi dekhna hoga. tareekh ko dekhna hoga.</w:t>
      </w:r>
    </w:p>
    <w:p>
      <w:pPr>
        <w:jc w:val="right"/>
      </w:pPr>
      <w:r>
        <w:t>تو یہ اصول آپ کو قرآن میں، صرف قرآن میں میں نے نہیں دیکھنا ہوگا۔ تاریخ کو دیکھنا ہوگا۔</w:t>
      </w:r>
    </w:p>
    <w:p>
      <w:r>
        <w:rPr>
          <w:b/>
        </w:rPr>
        <w:t xml:space="preserve">[16:04] </w:t>
      </w:r>
      <w:r>
        <w:t>sirf woh tareekh jo nabiyon ki tareekh hai, jab azab azab aaye, us ki tareekh hai. to sargodha se inzaar nahi hai.</w:t>
      </w:r>
    </w:p>
    <w:p>
      <w:pPr>
        <w:jc w:val="right"/>
      </w:pPr>
      <w:r>
        <w:t>صرف وہ تاریخ جو نبیوں کی تاریخ ہے، جب عذاب عذاب آئے، اس کی تاریخ ہے۔ تو سرگودھا سے انظار نہیں ہے۔</w:t>
      </w:r>
    </w:p>
    <w:p>
      <w:r>
        <w:rPr>
          <w:b/>
        </w:rPr>
        <w:t xml:space="preserve">[16:14] </w:t>
      </w:r>
      <w:r>
        <w:t>kisi ne kaha ke quran sargodha se inzaar hai. nahi. quran sargodha se tareekh hai.</w:t>
      </w:r>
    </w:p>
    <w:p>
      <w:pPr>
        <w:jc w:val="right"/>
      </w:pPr>
      <w:r>
        <w:t>کسی نے کہا کہ قرآن سرگودھا سے انظار ہے۔ نہیں۔ قرآن سرگودھا سے تاریخ ہے۔</w:t>
      </w:r>
    </w:p>
    <w:p>
      <w:r>
        <w:rPr>
          <w:b/>
        </w:rPr>
        <w:t xml:space="preserve">[16:26] </w:t>
      </w:r>
      <w:r>
        <w:t>quran sargodha se tareekh hai. is mein saari tareekh shamil hai. sirf muazzab kamon ki tareekh nahi. saari tareekh.</w:t>
      </w:r>
    </w:p>
    <w:p>
      <w:pPr>
        <w:jc w:val="right"/>
      </w:pPr>
      <w:r>
        <w:t>قرآن سرگودھا سے تاریخ ہے۔ اس میں ساری تاریخ شامل ہے۔ صرف معذب کاموں کی تاریخ نہیں۔ ساری تاریخ۔</w:t>
      </w:r>
    </w:p>
    <w:p>
      <w:r>
        <w:rPr>
          <w:b/>
        </w:rPr>
        <w:t xml:space="preserve">[16:40] </w:t>
      </w:r>
      <w:r>
        <w:t>ab woh har jagah hai. mislan mein jis area mein paida hua, to wahan mein ne dekha do waqeat dekhe mein ne.</w:t>
      </w:r>
    </w:p>
    <w:p>
      <w:pPr>
        <w:jc w:val="right"/>
      </w:pPr>
      <w:r>
        <w:t>اب وہ ہر جگہ ہے۔ مثلاً میں جس ایریا میں پیدا ہوا، تو وہاں میں نے دیکھا دو واقعات دیکھے میں نے۔</w:t>
      </w:r>
    </w:p>
    <w:p>
      <w:r>
        <w:rPr>
          <w:b/>
        </w:rPr>
        <w:t xml:space="preserve">[16:55] </w:t>
      </w:r>
      <w:r>
        <w:t>do family, do family ke darmiyan larai chher gayi kisi wajah se. to woh larai pachees saal tak chalti rahi.</w:t>
      </w:r>
    </w:p>
    <w:p>
      <w:pPr>
        <w:jc w:val="right"/>
      </w:pPr>
      <w:r>
        <w:t>دو فیملی، دو فیملی کے درمیان لڑائی چھڑ گئی کسی وجہ سے۔ تو وہ لڑائی پچیس سال تک چلتی رہی۔</w:t>
      </w:r>
    </w:p>
    <w:p>
      <w:r>
        <w:rPr>
          <w:b/>
        </w:rPr>
        <w:t xml:space="preserve">[17:09] </w:t>
      </w:r>
      <w:r>
        <w:t>yani khet kaatna, qatl karna waghera. to</w:t>
      </w:r>
    </w:p>
    <w:p>
      <w:pPr>
        <w:jc w:val="right"/>
      </w:pPr>
      <w:r>
        <w:t>یعنی کھیت کاٹنا، قتل کرنا وغیرہ۔ تو</w:t>
      </w:r>
    </w:p>
    <w:p>
      <w:r>
        <w:rPr>
          <w:b/>
        </w:rPr>
        <w:t xml:space="preserve">[17:23] </w:t>
      </w:r>
      <w:r>
        <w:t>donon qaum, donon khandan jo hai, tabah ho gaye. pachees saal tak koi taraqqi nahi kar sake. baad ko un ke andar kuch log nikle, kuch naujawan, kuch kuch parha likha unhon ne, sajana unhon ne, to unhon ne sab chhod diya.</w:t>
      </w:r>
    </w:p>
    <w:p>
      <w:pPr>
        <w:jc w:val="right"/>
      </w:pPr>
      <w:r>
        <w:t>دونوں قوم، دونوں خاندان جو ہے، تباہ ہو گئے۔ پچیس سال تک کوئی ترقی نہیں کر سکے۔ بعد کو ان کے اندر کچھ لوگ نکلے، کچھ نوجوان، کچھ کچھ پڑھا لکھا انہوں نے، سجانا انہوں نے، تو انہوں نے سب چھوڑ دیا۔</w:t>
      </w:r>
    </w:p>
    <w:p>
      <w:r>
        <w:rPr>
          <w:b/>
        </w:rPr>
        <w:t xml:space="preserve">[17:43] </w:t>
      </w:r>
      <w:r>
        <w:t>to ab wahi log taraqqi kar rahe hain jo pachees saal tak koi taraqqi nahi kar sake. to is ko le kar mein bohat socha mein ne.</w:t>
      </w:r>
    </w:p>
    <w:p>
      <w:pPr>
        <w:jc w:val="right"/>
      </w:pPr>
      <w:r>
        <w:t>تو اب وہی لوگ ترقی کر کر رہے ہیں جو پچیس سال تک کوئی ترقی نہیں کر سکے۔ تو اس کو لے کر میں بہت سوچا میں نے۔</w:t>
      </w:r>
    </w:p>
    <w:p>
      <w:r>
        <w:rPr>
          <w:b/>
        </w:rPr>
        <w:t xml:space="preserve">[17:53] </w:t>
      </w:r>
      <w:r>
        <w:t>haqeeqat yeh hai apne gaon ka qissa ya apne ilaqe ka qissa mere liye bohat zyada eye opening ban gaya.</w:t>
      </w:r>
    </w:p>
    <w:p>
      <w:pPr>
        <w:jc w:val="right"/>
      </w:pPr>
      <w:r>
        <w:t>حقیقت یہ ہے اپنے گاؤں کا قصہ یا اپنے علاقے کا قصہ میرے لیے بہت زیادہ آئی اوپننگ بن گیا۔</w:t>
      </w:r>
    </w:p>
    <w:p>
      <w:r>
        <w:rPr>
          <w:b/>
        </w:rPr>
        <w:t xml:space="preserve">[18:05] </w:t>
      </w:r>
      <w:r>
        <w:t>to tareekh sirf inzaar ki tareekh nahi hai, azab ki tareekh nahi hai. saari waqeat tareekh hain.</w:t>
      </w:r>
    </w:p>
    <w:p>
      <w:pPr>
        <w:jc w:val="right"/>
      </w:pPr>
      <w:r>
        <w:t>تو تاریخ صرف انظار کی تاریخ نہیں ہے، عذاب کی تاریخ نہیں ہے۔ ساری واقعات تاریخ ہیں۔</w:t>
      </w:r>
    </w:p>
    <w:p>
      <w:r>
        <w:rPr>
          <w:b/>
        </w:rPr>
        <w:t xml:space="preserve">[18:18] </w:t>
      </w:r>
      <w:r>
        <w:t>saari waqeat tareekh hain. aap ke aas paas kahoon, chahe door kahoon.</w:t>
      </w:r>
    </w:p>
    <w:p>
      <w:pPr>
        <w:jc w:val="right"/>
      </w:pPr>
      <w:r>
        <w:t>ساری واقعات تاریخ ہیں۔ آپ کے آس پاس کہوں، چاہے دور کہوں۔</w:t>
      </w:r>
    </w:p>
    <w:p>
      <w:r>
        <w:rPr>
          <w:b/>
        </w:rPr>
        <w:t xml:space="preserve">[18:29] </w:t>
      </w:r>
      <w:r>
        <w:t>quran direction deta hai. is direction ko likh rahe ho, aap is ready karen.</w:t>
      </w:r>
    </w:p>
    <w:p>
      <w:pPr>
        <w:jc w:val="right"/>
      </w:pPr>
      <w:r>
        <w:t>قرآن ڈائریکشن دیتا ہے۔ اس ڈائریکشن کو لکھ رہے ہو، آپ اس ریڈی کریں۔</w:t>
      </w:r>
    </w:p>
    <w:p>
      <w:r>
        <w:rPr>
          <w:b/>
        </w:rPr>
        <w:t xml:space="preserve">[18:40] </w:t>
      </w:r>
      <w:r>
        <w:t>agar quran mein saari baat, saari baat, saari baat likhi hoti, aap ke liye kuch baqi na rehta, to aap kehte hain creativity kaise aati?</w:t>
      </w:r>
    </w:p>
    <w:p>
      <w:pPr>
        <w:jc w:val="right"/>
      </w:pPr>
      <w:r>
        <w:t>اگر قرآن میں ساری بات، ساری بات، ساری بات لکھی ہوتی، آپ کے لیے کچھ باقی نہ رہتا، تو آپ کہتے ہیں کریٹیوٹی کیسے آتی؟</w:t>
      </w:r>
    </w:p>
    <w:p>
      <w:r>
        <w:rPr>
          <w:b/>
        </w:rPr>
        <w:t xml:space="preserve">[18:56] </w:t>
      </w:r>
      <w:r>
        <w:t>aap kehte hain creativity kaise aati?</w:t>
      </w:r>
    </w:p>
    <w:p>
      <w:pPr>
        <w:jc w:val="right"/>
      </w:pPr>
      <w:r>
        <w:t>آپ کہتے ہیں کریٹیوٹی کیسے آتی؟</w:t>
      </w:r>
    </w:p>
    <w:p>
      <w:r>
        <w:rPr>
          <w:b/>
        </w:rPr>
        <w:t xml:space="preserve">[19:02] </w:t>
      </w:r>
      <w:r>
        <w:t>to quran mein isharat hain. quran mein kuch bunyadi baaten hain. baqi to aap ko apne mind se kholna hai.</w:t>
      </w:r>
    </w:p>
    <w:p>
      <w:pPr>
        <w:jc w:val="right"/>
      </w:pPr>
      <w:r>
        <w:t>تو قرآن میں اشارات ہیں۔ قرآن میں کچھ بنیادی باتیں ہیں۔ باقی تو آپ کو اپنے مائنڈ سے کھولنا ہے۔</w:t>
      </w:r>
    </w:p>
    <w:p>
      <w:r>
        <w:rPr>
          <w:b/>
        </w:rPr>
        <w:t xml:space="preserve">[19:24] </w:t>
      </w:r>
      <w:r>
        <w:t>is zamane mein bhi yahi tha. aisa nahi ke aaj hai. mein aap ko misaal deta hoon ke khud rasool Allah ke zamane mein jab jab quran utar raha tha, kitni baaten aisi hain jo quran mein utarni nahi theen.</w:t>
      </w:r>
    </w:p>
    <w:p>
      <w:pPr>
        <w:jc w:val="right"/>
      </w:pPr>
      <w:r>
        <w:t>اس زمانے میں بھی یہی تھا۔ ایسا نہیں کہ آج ہے۔ میں آپ کو مثال دیتا ہوں کہ خود رسول اللہ کے زمانے میں جب جب قرآن اتر رہا تھا، کتنی باتیں ایسی ہیں جو قرآن میں اترنی نہیں تھیں۔</w:t>
      </w:r>
    </w:p>
    <w:p>
      <w:r>
        <w:rPr>
          <w:b/>
        </w:rPr>
        <w:t xml:space="preserve">[19:38] </w:t>
      </w:r>
      <w:r>
        <w:t>lekin is ko sahaba ne, rasool Allah ne apni soch ka nikala, apni soch se. mislan dekhiye</w:t>
      </w:r>
    </w:p>
    <w:p>
      <w:pPr>
        <w:jc w:val="right"/>
      </w:pPr>
      <w:r>
        <w:t>لیکن اس کو صحابہ نے، رسول اللہ نے اپنی سوچ کا نکالا، اپنی سوچ سے۔ مثلاً دیکھیے</w:t>
      </w:r>
    </w:p>
    <w:p>
      <w:r>
        <w:rPr>
          <w:b/>
        </w:rPr>
        <w:t xml:space="preserve">[19:49] </w:t>
      </w:r>
      <w:r>
        <w:t>ke shuru zamane mein jo ayat utri thi,</w:t>
      </w:r>
    </w:p>
    <w:p>
      <w:pPr>
        <w:jc w:val="right"/>
      </w:pPr>
      <w:r>
        <w:t>کہ شروع زمانے میں جو آیت اتری تھی،</w:t>
      </w:r>
    </w:p>
    <w:p>
      <w:r>
        <w:rPr>
          <w:b/>
        </w:rPr>
        <w:t xml:space="preserve">[20:05] </w:t>
      </w:r>
      <w:r>
        <w:t>fatah rizq ko chhod do. yeh ayat hai. ab agar aap kitabon mein dekhen ke kaun sa rizq tha jis ko unhon ne chhora,</w:t>
      </w:r>
    </w:p>
    <w:p>
      <w:pPr>
        <w:jc w:val="right"/>
      </w:pPr>
      <w:r>
        <w:t>فتح رز کو چھوڑ دو۔ یہ آیت ہے۔ اب اگر آپ کتابوں میں دیکھیں کہ کون سا رزق تھا جس کو انہوں نے چھوڑا،</w:t>
      </w:r>
    </w:p>
    <w:p>
      <w:r>
        <w:rPr>
          <w:b/>
        </w:rPr>
        <w:t xml:space="preserve">[20:20] </w:t>
      </w:r>
      <w:r>
        <w:t>to kitabon mein likha rehta hai ke but parasti. to rasool Allah but parasti kaha karte the ke but parasti chhod di unhon ne.</w:t>
      </w:r>
    </w:p>
    <w:p>
      <w:pPr>
        <w:jc w:val="right"/>
      </w:pPr>
      <w:r>
        <w:t>تو کتابوں میں لکھا رہتا ہے کہ بت پرستی۔ تو رسول اللہ بت پرستی کہا کرتے تھے کہ بت پرستی چھوڑ دی انہوں نے۔</w:t>
      </w:r>
    </w:p>
    <w:p>
      <w:r>
        <w:rPr>
          <w:b/>
        </w:rPr>
        <w:t xml:space="preserve">[20:31] </w:t>
      </w:r>
      <w:r>
        <w:t>to kuch logon ne is ka matlab yeh nikala hai ke but parasti chhod do, jaise aap tak chhodde chhodde hue the. yeh ek hi baat hai, ek hi matlab hai.</w:t>
      </w:r>
    </w:p>
    <w:p>
      <w:pPr>
        <w:jc w:val="right"/>
      </w:pPr>
      <w:r>
        <w:t>تو کچھ لوگوں نے اس کا مطلب یہ نکالا ہے کہ بت پرستی چھوڑ دو، جیسے آپ تک چھوڑے چھوڑے ہوئے تھے۔ یہ ایک ہی بات ہے، ایک ہی مطلب ہے۔</w:t>
      </w:r>
    </w:p>
    <w:p>
      <w:r>
        <w:rPr>
          <w:b/>
        </w:rPr>
        <w:t xml:space="preserve">[20:42] </w:t>
      </w:r>
      <w:r>
        <w:t>koi senseless baat hui hai.</w:t>
      </w:r>
    </w:p>
    <w:p>
      <w:pPr>
        <w:jc w:val="right"/>
      </w:pPr>
      <w:r>
        <w:t>کوئی سینسلیس بات ہوئی ہے۔</w:t>
      </w:r>
    </w:p>
    <w:p>
      <w:r>
        <w:rPr>
          <w:b/>
        </w:rPr>
        <w:t xml:space="preserve">[20:48] </w:t>
      </w:r>
      <w:r>
        <w:t>balkeh mein yeh kahunga ke quran mein jo mazkoor baaten hain, un mazkoor baaton ko le kar ghair mazkoor baaton ko jano.</w:t>
      </w:r>
    </w:p>
    <w:p>
      <w:pPr>
        <w:jc w:val="right"/>
      </w:pPr>
      <w:r>
        <w:t>بلکہ میں یہ کہوں گا کہ قرآن میں جو مذکور باتیں ہیں، ان مذکور باتوں کو لے کر غیر مذکور باتوں کو جانو۔</w:t>
      </w:r>
    </w:p>
    <w:p>
      <w:r>
        <w:rPr>
          <w:b/>
        </w:rPr>
        <w:t xml:space="preserve">[21:01] </w:t>
      </w:r>
      <w:r>
        <w:t>mazkoor baaton ko le kar ghair mazkoor baaton ko jano.</w:t>
      </w:r>
    </w:p>
    <w:p>
      <w:pPr>
        <w:jc w:val="right"/>
      </w:pPr>
      <w:r>
        <w:t>مذکور باتوں کو لے کر غیر مذکور باتوں کو جانو۔</w:t>
      </w:r>
    </w:p>
    <w:p>
      <w:r>
        <w:rPr>
          <w:b/>
        </w:rPr>
        <w:t xml:space="preserve">[21:08] </w:t>
      </w:r>
      <w:r>
        <w:t>misalan dekhiye, gandagi ko chhod do.</w:t>
      </w:r>
    </w:p>
    <w:p>
      <w:pPr>
        <w:jc w:val="right"/>
      </w:pPr>
      <w:r>
        <w:t>مثلاً دیکھیے، گندگی کو چھوڑ دو۔</w:t>
      </w:r>
    </w:p>
    <w:p>
      <w:r>
        <w:rPr>
          <w:b/>
        </w:rPr>
        <w:t xml:space="preserve">[21:17] </w:t>
      </w:r>
      <w:r>
        <w:t>to is ka matlab nahin ke but parasti ko chhod do. kyunke but parasti to rasool Allah karte hi nahin the.</w:t>
      </w:r>
    </w:p>
    <w:p>
      <w:pPr>
        <w:jc w:val="right"/>
      </w:pPr>
      <w:r>
        <w:t>تو اس کا مطلب نہیں کہ بت پرستی کو چھوڑ دو۔ کیونکہ بت پرستی تو رسول اللہ کرتے ہی نہیں تھے۔</w:t>
      </w:r>
    </w:p>
    <w:p>
      <w:r>
        <w:rPr>
          <w:b/>
        </w:rPr>
        <w:t xml:space="preserve">[21:27] </w:t>
      </w:r>
      <w:r>
        <w:t>is ka matlab yeh hai ke tumhare mahol mein jo namuwafiq baaten hain, misalan but parasti hai, raay jhagda hai, inteqam ka culture hai,</w:t>
      </w:r>
    </w:p>
    <w:p>
      <w:pPr>
        <w:jc w:val="right"/>
      </w:pPr>
      <w:r>
        <w:t>اس کا مطلب یہ ہے کہ تمہارے ماحول میں جو ناموافق باتیں ہیں، مثلاً بت پرستی ہے، رائے جھگڑا ہے، انتقام کا کلچر ہے،</w:t>
      </w:r>
    </w:p>
    <w:p>
      <w:r>
        <w:rPr>
          <w:b/>
        </w:rPr>
        <w:t xml:space="preserve">[21:41] </w:t>
      </w:r>
      <w:r>
        <w:t>to to is ko</w:t>
      </w:r>
    </w:p>
    <w:p>
      <w:pPr>
        <w:jc w:val="right"/>
      </w:pPr>
      <w:r>
        <w:t>تو تو اس کو</w:t>
      </w:r>
    </w:p>
    <w:p>
      <w:r>
        <w:rPr>
          <w:b/>
        </w:rPr>
        <w:t xml:space="preserve">[21:45] </w:t>
      </w:r>
      <w:r>
        <w:t>mat apnao. to is se upar ko uth kar socho.</w:t>
      </w:r>
    </w:p>
    <w:p>
      <w:pPr>
        <w:jc w:val="right"/>
      </w:pPr>
      <w:r>
        <w:t>مت اپناؤ۔ تو اس سے اوپر کو اٹھ کر سوچو۔</w:t>
      </w:r>
    </w:p>
    <w:p>
      <w:r>
        <w:rPr>
          <w:b/>
        </w:rPr>
        <w:t xml:space="preserve">[22:01] </w:t>
      </w:r>
      <w:r>
        <w:t>to yeh jo quran mein jo alfaaz hain, un alfaaz ko</w:t>
      </w:r>
    </w:p>
    <w:p>
      <w:pPr>
        <w:jc w:val="right"/>
      </w:pPr>
      <w:r>
        <w:t>تو یہ جو قرآن میں جو الفاظ ہیں، ان الفاظ کو</w:t>
      </w:r>
    </w:p>
    <w:p>
      <w:r>
        <w:rPr>
          <w:b/>
        </w:rPr>
        <w:t xml:space="preserve">[22:09] </w:t>
      </w:r>
      <w:r>
        <w:t>wasee' tar mani mein lena padta hai, tab ja kar gehri baaten aap pakarte hain.</w:t>
      </w:r>
    </w:p>
    <w:p>
      <w:pPr>
        <w:jc w:val="right"/>
      </w:pPr>
      <w:r>
        <w:t>وسیع تر معنی میں لینا پڑتا ہے، تب جا کر گہری باتیں آپ پکڑتے ہیں۔</w:t>
      </w:r>
    </w:p>
    <w:p>
      <w:r>
        <w:rPr>
          <w:b/>
        </w:rPr>
        <w:t xml:space="preserve">[22:23] </w:t>
      </w:r>
      <w:r>
        <w:t>mera tareeqa to yeh hai ke quran ke aksar hisse mujhe yaad hain. hisse se se se se se se se se se se nahin, hisse se se se se se se se se se se nahin, lekin aksar hisse.</w:t>
      </w:r>
    </w:p>
    <w:p>
      <w:pPr>
        <w:jc w:val="right"/>
      </w:pPr>
      <w:r>
        <w:t>میرا طریقہ تو یہ ہے کہ قرآن کے اکثر حصے مجھے یاد ہیں۔ حصے سے سے سے سے سے سے سے سے سے سے نہیں، حصے سے سے سے سے سے سے سے سے سے سے نہیں، لیکن اکثر حصے۔</w:t>
      </w:r>
    </w:p>
    <w:p>
      <w:r>
        <w:rPr>
          <w:b/>
        </w:rPr>
        <w:t xml:space="preserve">[22:37] </w:t>
      </w:r>
      <w:r>
        <w:t>to mere mind mein woh ghoomta rehta hai. woh aayaten hain, woh baaten ghoomti rehti hain. to hamesha naye naye pehlu, naye naye mani khulte hain.</w:t>
      </w:r>
    </w:p>
    <w:p>
      <w:pPr>
        <w:jc w:val="right"/>
      </w:pPr>
      <w:r>
        <w:t>تو میرے مائنڈ میں وہ گھومتا رہتا ہے۔ وہ آیتیں ہیں، وہ باتیں گھومتی رہتی ہیں۔ تو ہمیشہ نئے نئے پہلو، نئے نئے معنی کھلتے ہیں۔</w:t>
      </w:r>
    </w:p>
    <w:p>
      <w:r>
        <w:rPr>
          <w:b/>
        </w:rPr>
        <w:t xml:space="preserve">[22:54] </w:t>
      </w:r>
      <w:r>
        <w:t>to main quran ka mutala'ah wasee' tar andaaz mein karna chahiye. kisi mehdood andaaz mein nahin.</w:t>
      </w:r>
    </w:p>
    <w:p>
      <w:pPr>
        <w:jc w:val="right"/>
      </w:pPr>
      <w:r>
        <w:t>تو میں قرآن کا مطالعہ وسیع تر انداز میں کرنا چاہیے۔ کسی محدود انداز میں نہیں۔</w:t>
      </w:r>
    </w:p>
    <w:p>
      <w:r>
        <w:rPr>
          <w:b/>
        </w:rPr>
        <w:t xml:space="preserve">[23:08] </w:t>
      </w:r>
      <w:r>
        <w:t>kisi mehdood andaaz mein nahin.</w:t>
      </w:r>
    </w:p>
    <w:p>
      <w:pPr>
        <w:jc w:val="right"/>
      </w:pPr>
      <w:r>
        <w:t>کسی محدود انداز میں نہیں۔</w:t>
      </w:r>
    </w:p>
    <w:p>
      <w:r>
        <w:rPr>
          <w:b/>
        </w:rPr>
        <w:t xml:space="preserve">[23:16] </w:t>
      </w:r>
      <w:r>
        <w:t>aur jo quran mein hai ke peghambar ne tum ko do cheezen di hain, kitab aur hikmat.</w:t>
      </w:r>
    </w:p>
    <w:p>
      <w:pPr>
        <w:jc w:val="right"/>
      </w:pPr>
      <w:r>
        <w:t>اور جو قرآن میں ہے کہ پیغمبر نے تم کو دو چیزیں دی ہیں، کتاب اور حکمت۔</w:t>
      </w:r>
    </w:p>
    <w:p>
      <w:r>
        <w:rPr>
          <w:b/>
        </w:rPr>
        <w:t xml:space="preserve">[23:27] </w:t>
      </w:r>
      <w:r>
        <w:t>kitab aur hikmat. peghambar se aap ko do cheezen mili hain, kitab aur hikmat. ab aap tamam tafseelat dekhte jaariye.</w:t>
      </w:r>
    </w:p>
    <w:p>
      <w:pPr>
        <w:jc w:val="right"/>
      </w:pPr>
      <w:r>
        <w:t>کتاب اور حکمت۔ پیغمبر سے آپ کو دو چیزیں ملی ہیں، کتاب اور حکمت۔ اب آپ تمام تفصیلات دیکھتے جاریے۔</w:t>
      </w:r>
    </w:p>
    <w:p>
      <w:r>
        <w:rPr>
          <w:b/>
        </w:rPr>
        <w:t xml:space="preserve">[23:37] </w:t>
      </w:r>
      <w:r>
        <w:t>kuch milta nahin ke hikmat se kya murad hai.</w:t>
      </w:r>
    </w:p>
    <w:p>
      <w:pPr>
        <w:jc w:val="right"/>
      </w:pPr>
      <w:r>
        <w:t>کچھ ملتا نہیں کہ حکمت سے کیا مراد ہے۔</w:t>
      </w:r>
    </w:p>
    <w:p>
      <w:r>
        <w:rPr>
          <w:b/>
        </w:rPr>
        <w:t xml:space="preserve">[23:42] </w:t>
      </w:r>
      <w:r>
        <w:t>kitab to milti hai ke kitab se murad quran hai. hikmat se kya murad hai? to hikmat se murad koi fiqhi masail nahin hain.</w:t>
      </w:r>
    </w:p>
    <w:p>
      <w:pPr>
        <w:jc w:val="right"/>
      </w:pPr>
      <w:r>
        <w:t>کتاب تو ملتی ہے کہ کتاب سے مراد قرآن ہے۔ حکمت سے کیا مراد ہے؟ تو حکمت سے مراد کوئی فقہی مسائل نہیں ہیں۔</w:t>
      </w:r>
    </w:p>
    <w:p>
      <w:r>
        <w:rPr>
          <w:b/>
        </w:rPr>
        <w:t xml:space="preserve">[23:55] </w:t>
      </w:r>
      <w:r>
        <w:t>hikmat se murad yeh hai ke aap ka mind khule, aap ke mind ki creativity barhe, aap cheezon mein rethink karne aur jaanen phir se.</w:t>
      </w:r>
    </w:p>
    <w:p>
      <w:pPr>
        <w:jc w:val="right"/>
      </w:pPr>
      <w:r>
        <w:t>حکمت سے مراد یہ ہے کہ آپ کا مائنڈ کھلے، آپ کے مائنڈ کی کریٹیوٹی بڑھے، آپ چیزوں میں ری تھنکنگ کریں اور جانیں پھر سے۔</w:t>
      </w:r>
    </w:p>
    <w:p>
      <w:r>
        <w:rPr>
          <w:b/>
        </w:rPr>
        <w:t xml:space="preserve">[24:09] </w:t>
      </w:r>
      <w:r>
        <w:t>na likhe hue ko jaanen. likha hua to bohat kam hota hai hamesha.</w:t>
      </w:r>
    </w:p>
    <w:p>
      <w:pPr>
        <w:jc w:val="right"/>
      </w:pPr>
      <w:r>
        <w:t>نہ لکھے ہوئے کو جانیں۔ لکھا ہوا تو بہت کم ہوتا ہے ہمیشہ۔</w:t>
      </w:r>
    </w:p>
    <w:p>
      <w:r>
        <w:rPr>
          <w:b/>
        </w:rPr>
        <w:t xml:space="preserve">[24:18] </w:t>
      </w:r>
      <w:r>
        <w:t>jaisa main ne aap ko kai is se pehle hi misaal di thi ke aap makkah mein paida hue to makkah mein aap ne dekha ke saare mulk ke jo but hain, woh sab rakhe hue hain ka'bah mein.</w:t>
      </w:r>
    </w:p>
    <w:p>
      <w:pPr>
        <w:jc w:val="right"/>
      </w:pPr>
      <w:r>
        <w:t>جیسا میں نے آپ کو کئی اس سے پہلے ہی مثال دی تھی کہ آپ مکہ میں پیدا ہوئے تو مکہ میں آپ نے دیکھا کہ سارے ملک کے جو بت ہیں، وہ سب رکھے ہوئے ہیں کعبہ میں۔</w:t>
      </w:r>
    </w:p>
    <w:p>
      <w:r>
        <w:rPr>
          <w:b/>
        </w:rPr>
        <w:t xml:space="preserve">[24:43] </w:t>
      </w:r>
      <w:r>
        <w:t>aur is aur yahan par log aate hain in bonton ki ziyarat karne ke liye.</w:t>
      </w:r>
    </w:p>
    <w:p>
      <w:pPr>
        <w:jc w:val="right"/>
      </w:pPr>
      <w:r>
        <w:t>اور اس اور یہاں پر لوگ آتے ہیں ان بتوں کی زیارت کرنے کے لیے۔</w:t>
      </w:r>
    </w:p>
    <w:p>
      <w:r>
        <w:rPr>
          <w:b/>
        </w:rPr>
        <w:t xml:space="preserve">[24:51] </w:t>
      </w:r>
      <w:r>
        <w:t>to yeh aam jo soch logon ki hai, us ke lihaaz se hona chahiye tha ke aap ko yeh aayat utarti ke taahir ka'bah ibn al-islam.</w:t>
      </w:r>
    </w:p>
    <w:p>
      <w:pPr>
        <w:jc w:val="right"/>
      </w:pPr>
      <w:r>
        <w:t>تو یہ عام جو سوچ لوگوں کی ہے، اس کے لحاظ سے ہونا چاہیے تھا کہ آپ کو یہ آیت اترتی کہ طاہر کعبۃ ابن الاسلام۔</w:t>
      </w:r>
    </w:p>
    <w:p>
      <w:r>
        <w:rPr>
          <w:b/>
        </w:rPr>
        <w:t xml:space="preserve">[25:06] </w:t>
      </w:r>
      <w:r>
        <w:t>taahir ka'bah ibn al-islam. jaise aap dekhiye,</w:t>
      </w:r>
    </w:p>
    <w:p>
      <w:pPr>
        <w:jc w:val="right"/>
      </w:pPr>
      <w:r>
        <w:t>طاہر کعبۃ ابن الاسلام۔ جیسے آپ دیکھیے،</w:t>
      </w:r>
    </w:p>
    <w:p>
      <w:r>
        <w:rPr>
          <w:b/>
        </w:rPr>
        <w:t xml:space="preserve">[25:16] </w:t>
      </w:r>
      <w:r>
        <w:t>ek masla aap jaante hain ke but ka. chalaya aur aaj tak woh khatm nahin hua.</w:t>
      </w:r>
    </w:p>
    <w:p>
      <w:pPr>
        <w:jc w:val="right"/>
      </w:pPr>
      <w:r>
        <w:t>ایک مسئلہ آپ جانتے ہیں کہ بت کا۔ چلایا اور آج تک وہ ختم نہیں ہوا۔</w:t>
      </w:r>
    </w:p>
    <w:p>
      <w:r>
        <w:rPr>
          <w:b/>
        </w:rPr>
        <w:t xml:space="preserve">[25:28] </w:t>
      </w:r>
      <w:r>
        <w:t>main ne hadith ko le kar kaha tha ke foran khatm kar do. foran khatm kar do. kyunke nahin foran khatm karoge to chalta hi rahega woh.</w:t>
      </w:r>
    </w:p>
    <w:p>
      <w:pPr>
        <w:jc w:val="right"/>
      </w:pPr>
      <w:r>
        <w:t>میں نے حدیث کو لے کر کہا تھا کہ فوراً ختم کر دو۔ فوراً ختم کر دو۔ کیونکہ نہیں فوراً ختم کرو گے تو چلتا ہی رہے گا وہ۔</w:t>
      </w:r>
    </w:p>
    <w:p>
      <w:r>
        <w:rPr>
          <w:b/>
        </w:rPr>
        <w:t xml:space="preserve">[25:42] </w:t>
      </w:r>
      <w:r>
        <w:t>aur main ne bohat hi practical baat kahi thi ke re-rocket kar ke phir haazir ho jao. lekin kisi ne maana nahin. aur aaj tak woh chal raha hai.</w:t>
      </w:r>
    </w:p>
    <w:p>
      <w:pPr>
        <w:jc w:val="right"/>
      </w:pPr>
      <w:r>
        <w:t>اور میں نے بہت ہی پریکٹیکل بات کہی تھی کہ ری روکیٹ کر کے پھر حاضر ہو جاؤ۔ لیکن کسی نے مانا نہیں۔ اور آج تک وہ چل رہا ہے۔</w:t>
      </w:r>
    </w:p>
    <w:p>
      <w:r>
        <w:rPr>
          <w:b/>
        </w:rPr>
        <w:t xml:space="preserve">[25:53] </w:t>
      </w:r>
      <w:r>
        <w:t>rasool Allah sallallahu alaihi wasallam ne kya kiya? apne halaat ke lihaaz se. kya aap ne dekha ke yeh jo but hain ka'bah mein, un ki wajah se yahan saare arab log aate hain?</w:t>
      </w:r>
    </w:p>
    <w:p>
      <w:pPr>
        <w:jc w:val="right"/>
      </w:pPr>
      <w:r>
        <w:t>رسول اللہ صلی اللہ علیہ وسلم نے کیا کیا؟ اپنے حالات کے لحاظ سے۔ کیا آپ نے دیکھا کہ یہ جو بت ہیں کعبہ میں، ان کی وجہ سے یہاں سارے عرب لوگ آتے ہیں؟</w:t>
      </w:r>
    </w:p>
    <w:p>
      <w:r>
        <w:rPr>
          <w:b/>
        </w:rPr>
        <w:t xml:space="preserve">[26:08] </w:t>
      </w:r>
      <w:r>
        <w:t>un ke darshan ke liye, un ki tijarat ke liye, un ki parastish ke liye. to in bulton ki wajah se makkah mein ek bahut bada majma akhatta hota hai.</w:t>
      </w:r>
    </w:p>
    <w:p>
      <w:pPr>
        <w:jc w:val="right"/>
      </w:pPr>
      <w:r>
        <w:t>ان کے درشن کے لیے، ان کی تجارت کے لیے، ان کی پرستش کے لیے۔ تو ان بتوں کی وجہ سے مکہ میں ایک بہت بڑا مجمع اکٹھا ہوتا ہے۔</w:t>
      </w:r>
    </w:p>
    <w:p>
      <w:r>
        <w:rPr>
          <w:b/>
        </w:rPr>
        <w:t xml:space="preserve">[26:27] </w:t>
      </w:r>
      <w:r>
        <w:t>to aap ne de liking policy ikhtiyar ki. de liking policy yaani bulton ko poojna aur bulton ko</w:t>
      </w:r>
    </w:p>
    <w:p>
      <w:pPr>
        <w:jc w:val="right"/>
      </w:pPr>
      <w:r>
        <w:t>تو آپ نے ڈی لیکنگ پالیسی اختیار کی۔ ڈی لیکنگ پالیسی یعنی بتوں کو پوجنا اور بتوں کو</w:t>
      </w:r>
    </w:p>
    <w:p>
      <w:r>
        <w:rPr>
          <w:b/>
        </w:rPr>
        <w:t xml:space="preserve">[26:41] </w:t>
      </w:r>
      <w:r>
        <w:t>bulton ko opportunity ke taur par avail karna.</w:t>
      </w:r>
    </w:p>
    <w:p>
      <w:pPr>
        <w:jc w:val="right"/>
      </w:pPr>
      <w:r>
        <w:t>بتوں کو اپرچونیٹی کے طور پر اویل کرنا۔</w:t>
      </w:r>
    </w:p>
    <w:p>
      <w:r>
        <w:rPr>
          <w:b/>
        </w:rPr>
        <w:t xml:space="preserve">[26:49] </w:t>
      </w:r>
      <w:r>
        <w:t>to phir aap ne dekha ke bulton ki wajah se jo majma akhatta hota hai, woh to audience hai, hamari audience hai. sam'een ka akhatta milta hai hum ko.</w:t>
      </w:r>
    </w:p>
    <w:p>
      <w:pPr>
        <w:jc w:val="right"/>
      </w:pPr>
      <w:r>
        <w:t>تو پھر آپ نے دیکھا کہ بتوں کی وجہ سے جو مجمع اکٹھا ہوتا ہے، وہ تو آڈینس ہے، ہماری آڈینس ہے۔ سامعین کا اکٹھا ملتا ہے ہم کو۔</w:t>
      </w:r>
    </w:p>
    <w:p>
      <w:r>
        <w:rPr>
          <w:b/>
        </w:rPr>
        <w:t xml:space="preserve">[27:02] </w:t>
      </w:r>
      <w:r>
        <w:t>sam'een milta hai. to aap ne is majme ko audience ke taur par istemal kiya.</w:t>
      </w:r>
    </w:p>
    <w:p>
      <w:pPr>
        <w:jc w:val="right"/>
      </w:pPr>
      <w:r>
        <w:t>سامعین ملتا ہے۔ تو آپ نے اس مجمع کو آڈینس کے طور پر استعمال کیا۔</w:t>
      </w:r>
    </w:p>
    <w:p>
      <w:r>
        <w:rPr>
          <w:b/>
        </w:rPr>
        <w:t xml:space="preserve">[27:13] </w:t>
      </w:r>
      <w:r>
        <w:t>aur kahin aap safar nahi kiya. aap dekhiye ke aap ne arab arab ko safar nahi kiya. kyunke makkah hi mein aap ko sara arab mil gaya.</w:t>
      </w:r>
    </w:p>
    <w:p>
      <w:pPr>
        <w:jc w:val="right"/>
      </w:pPr>
      <w:r>
        <w:t>اور کہیں آپ سفر نہیں کیا۔ آپ دیکھیے کہ آپ نے عرب عرب کو سفر نہیں کیا۔ کیونکہ مکہ ہی میں آپ کو سارا عرب مل گیا۔</w:t>
      </w:r>
    </w:p>
    <w:p>
      <w:r>
        <w:rPr>
          <w:b/>
        </w:rPr>
        <w:t xml:space="preserve">[27:24] </w:t>
      </w:r>
      <w:r>
        <w:t>is hikmat ki wajah se. de liking ki wajah se.</w:t>
      </w:r>
    </w:p>
    <w:p>
      <w:pPr>
        <w:jc w:val="right"/>
      </w:pPr>
      <w:r>
        <w:t>اس حکمت کی وجہ سے۔ ڈی لیک کرنے کی وجہ سے۔</w:t>
      </w:r>
    </w:p>
    <w:p>
      <w:r>
        <w:rPr>
          <w:b/>
        </w:rPr>
        <w:t xml:space="preserve">[27:30] </w:t>
      </w:r>
      <w:r>
        <w:t>to de liking ki bhi ek ek sunnat rasool hai. de liking ki bhi ek sunnat rasool hai. to bahut khule zehan ke sath quran ko padhna hoga.</w:t>
      </w:r>
    </w:p>
    <w:p>
      <w:pPr>
        <w:jc w:val="right"/>
      </w:pPr>
      <w:r>
        <w:t>تو ڈی لیکنگ کی بھی ایک ایک سنت رسول ہے۔ ڈی لیکنگ کی بھی ایک سنت رسول ہے۔ تو بہت کھلے ذہن کے ساتھ قرآن کو پڑھنا ہوگا۔</w:t>
      </w:r>
    </w:p>
    <w:p>
      <w:r>
        <w:rPr>
          <w:b/>
        </w:rPr>
        <w:t xml:space="preserve">[27:44] </w:t>
      </w:r>
      <w:r>
        <w:t>bahut zyada creative zehan ke sath quran ko padhna hoga.</w:t>
      </w:r>
    </w:p>
    <w:p>
      <w:pPr>
        <w:jc w:val="right"/>
      </w:pPr>
      <w:r>
        <w:t>بہت زیادہ کریٹیو ذہن کے ساتھ قرآن کو پڑھنا ہوگا۔</w:t>
      </w:r>
    </w:p>
    <w:p>
      <w:r>
        <w:rPr>
          <w:b/>
        </w:rPr>
        <w:t xml:space="preserve">[27:51] </w:t>
      </w:r>
      <w:r>
        <w:t>is zehan ke sath agar padhein jis ke sath aap ne bab masjid ke masle ko liya to sadi guzar jayegi aur kabhi koi masla hal nahi hoga.</w:t>
      </w:r>
    </w:p>
    <w:p>
      <w:pPr>
        <w:jc w:val="right"/>
      </w:pPr>
      <w:r>
        <w:t>اس ذہن کے ساتھ اگر پڑھیں جس کے ساتھ آپ نے باب مسجد کے مسئلے کو لیا تو صدی گزر جائے گی اور کبھی کوئی مسئلہ حل نہیں ہوگا۔</w:t>
      </w:r>
    </w:p>
    <w:p>
      <w:r>
        <w:rPr>
          <w:b/>
        </w:rPr>
        <w:t xml:space="preserve">[28:05] </w:t>
      </w:r>
      <w:r>
        <w:t>jabke rasool Allah ne thodi muddat mein zabardast faida uthaya. yaani ab aap ne problem ko opportunity badal diya.</w:t>
      </w:r>
    </w:p>
    <w:p>
      <w:pPr>
        <w:jc w:val="right"/>
      </w:pPr>
      <w:r>
        <w:t>جبکہ رسول اللہ نے تھوڑی مدت میں زبردست فائدہ اٹھایا۔ یعنی اب آپ نے پرابلم کو اپرچونیٹی بدل دیا۔</w:t>
      </w:r>
    </w:p>
    <w:p>
      <w:r>
        <w:rPr>
          <w:b/>
        </w:rPr>
        <w:t xml:space="preserve">[28:18] </w:t>
      </w:r>
      <w:r>
        <w:t>problem ko opportunity. ab yeh jo hai hikmat, yeh kisi ne jani nahi ke jo masla paida hua hai hajj ajam mein,</w:t>
      </w:r>
    </w:p>
    <w:p>
      <w:pPr>
        <w:jc w:val="right"/>
      </w:pPr>
      <w:r>
        <w:t>پرابلم کو اپرچونیٹی۔ اب یہ جو ہے حکمت، یہ کسی نے جانی نہیں کہ جو مسئلہ پیدا ہوا ہے حج اجام میں،</w:t>
      </w:r>
    </w:p>
    <w:p>
      <w:r>
        <w:rPr>
          <w:b/>
        </w:rPr>
        <w:t xml:space="preserve">[28:30] </w:t>
      </w:r>
      <w:r>
        <w:t>bazaahir woh ek problem hai. is problem ko opportunity banao. opportunity.</w:t>
      </w:r>
    </w:p>
    <w:p>
      <w:pPr>
        <w:jc w:val="right"/>
      </w:pPr>
      <w:r>
        <w:t>بظاہر وہ ایک پرابلم ہے۔ اس پرابلم کو اپرچونیٹی بناؤ۔ اپرچونیٹی۔</w:t>
      </w:r>
    </w:p>
    <w:p>
      <w:r>
        <w:rPr>
          <w:b/>
        </w:rPr>
        <w:t xml:space="preserve">[28:39] </w:t>
      </w:r>
      <w:r>
        <w:t>main ne wohi is sunnat rasool wahan par apply ki thi jab main ne kaha tha ke re locate karna. woh problem ko opportunity banane ki scheme thi woh.</w:t>
      </w:r>
    </w:p>
    <w:p>
      <w:pPr>
        <w:jc w:val="right"/>
      </w:pPr>
      <w:r>
        <w:t>میں نے وہی اس سنت رسول وہاں پر اپلائی کی تھی جب میں نے کہا تھا کہ ری لوکیٹ کرنا۔ وہ پرابلم کو اپرچونیٹی بنانے کی اسکیم تھی وہ۔</w:t>
      </w:r>
    </w:p>
    <w:p>
      <w:r>
        <w:rPr>
          <w:b/>
        </w:rPr>
        <w:t xml:space="preserve">[28:52] </w:t>
      </w:r>
      <w:r>
        <w:t>lekin kisi ko samajh mein nahi aayi. bas khali taqreerien. log taqreeren karte the, taqreeren karte the, bhadkate the.</w:t>
      </w:r>
    </w:p>
    <w:p>
      <w:pPr>
        <w:jc w:val="right"/>
      </w:pPr>
      <w:r>
        <w:t>لیکن کسی کو سمجھ میں نہیں آئی۔ بس خالی تقریریں۔ لوگ تقریریں کرتے تھے، تقریریں کرتے تھے، بھڑکاتے تھے۔</w:t>
      </w:r>
    </w:p>
    <w:p>
      <w:r>
        <w:rPr>
          <w:b/>
        </w:rPr>
        <w:t xml:space="preserve">[29:01] </w:t>
      </w:r>
      <w:r>
        <w:t>to main samajhta hoon ke ijtamai mamlaat mein ijtamai mamlaat mein rasool Allah ki bahut badi sunnat hai ke problem ko re manage karo.</w:t>
      </w:r>
    </w:p>
    <w:p>
      <w:pPr>
        <w:jc w:val="right"/>
      </w:pPr>
      <w:r>
        <w:t>تو میں سمجھتا ہوں کہ اجتماعی معاملات میں اجتماعی معاملات میں رسول اللہ کی بہت بڑی سنت ہے کہ پرابلم کو ری مینج کرو۔</w:t>
      </w:r>
    </w:p>
    <w:p>
      <w:r>
        <w:rPr>
          <w:b/>
        </w:rPr>
        <w:t xml:space="preserve">[29:13] </w:t>
      </w:r>
      <w:r>
        <w:t>agar problem ko re manage karo. problem ko aap opportunity mein badal dalo.</w:t>
      </w:r>
    </w:p>
    <w:p>
      <w:pPr>
        <w:jc w:val="right"/>
      </w:pPr>
      <w:r>
        <w:t>اگر پرابلم کو ری مینج کرو۔ پرابلم کو آپ اپرچونیٹی میں بدل ڈالو۔</w:t>
      </w:r>
    </w:p>
    <w:p>
      <w:r>
        <w:rPr>
          <w:b/>
        </w:rPr>
        <w:t xml:space="preserve">[29:23] </w:t>
      </w:r>
      <w:r>
        <w:t>problem ko opportunity mein badlo.</w:t>
      </w:r>
    </w:p>
    <w:p>
      <w:pPr>
        <w:jc w:val="right"/>
      </w:pPr>
      <w:r>
        <w:t>پرابلم کو اپرچونیٹی میں بدلو۔</w:t>
      </w:r>
    </w:p>
    <w:p>
      <w:r>
        <w:rPr>
          <w:b/>
        </w:rPr>
        <w:t xml:space="preserve">[29:30] </w:t>
      </w:r>
      <w:r>
        <w:t>problem ko badal kar is ko opportunity banana. yeh bhi sunnat rasool hai.</w:t>
      </w:r>
    </w:p>
    <w:p>
      <w:pPr>
        <w:jc w:val="right"/>
      </w:pPr>
      <w:r>
        <w:t>پرابلم کو بدل کر اس کو اپرچونیٹی بنانا۔ یہ بھی سنت رسول ہے۔</w:t>
      </w:r>
    </w:p>
    <w:p>
      <w:r>
        <w:rPr>
          <w:b/>
        </w:rPr>
        <w:t xml:space="preserve">[29:40] </w:t>
      </w:r>
      <w:r>
        <w:t>is ki wasee tar zehan hai inhi logon ke andar quran ko padhne ka. is hisse woh sochte nahi ke yeh bhi sunnat rasool hai.</w:t>
      </w:r>
    </w:p>
    <w:p>
      <w:pPr>
        <w:jc w:val="right"/>
      </w:pPr>
      <w:r>
        <w:t>اس کی وسیع تر ذہن ہے انہی لوگوں کے اندر قرآن کو پڑھنے کا۔ اس حصے وہ سوچتے نہیں کہ یہ بھی سنت رسول ہے۔</w:t>
      </w:r>
    </w:p>
    <w:p>
      <w:r>
        <w:rPr>
          <w:b/>
        </w:rPr>
        <w:t xml:space="preserve">[29:53] </w:t>
      </w:r>
      <w:r>
        <w:t>re thinking bhi sunnat rasool hai.</w:t>
      </w:r>
    </w:p>
    <w:p>
      <w:pPr>
        <w:jc w:val="right"/>
      </w:pPr>
      <w:r>
        <w:t>ری تھنکنگ بھی سنت رسول ہے۔</w:t>
      </w:r>
    </w:p>
    <w:p>
      <w:r>
        <w:rPr>
          <w:b/>
        </w:rPr>
        <w:t xml:space="preserve">[29:58] </w:t>
      </w:r>
      <w:r>
        <w:t>de liking bhi sunnat rasool hai. problem ko convert kar ke opportunity banana.</w:t>
      </w:r>
    </w:p>
    <w:p>
      <w:pPr>
        <w:jc w:val="right"/>
      </w:pPr>
      <w:r>
        <w:t>ڈی لیکنگ بھی سنت رسول ہے۔ پرابلم کو کنورٹ کر کے اپرچونیٹی بنانا۔</w:t>
      </w:r>
    </w:p>
    <w:p>
      <w:r>
        <w:rPr>
          <w:b/>
        </w:rPr>
        <w:t xml:space="preserve">[30:07] </w:t>
      </w:r>
      <w:r>
        <w:t>yeh bhi sunnat rasool hai. yahan ke yahan tak ke main yeh kehta hoon ke apne hath se lafz rasool ko mita dena yeh bhi sunnat rasool hai.</w:t>
      </w:r>
    </w:p>
    <w:p>
      <w:pPr>
        <w:jc w:val="right"/>
      </w:pPr>
      <w:r>
        <w:t>یہ بھی سنت رسول ہے۔ یہاں کے یہاں تک کہ میں یہ کہتا ہوں کہ اپنے ہاتھ سے لفظ رسول کو مٹا دینا یہ بھی سنت رسول ہے۔</w:t>
      </w:r>
    </w:p>
    <w:p>
      <w:r>
        <w:rPr>
          <w:b/>
        </w:rPr>
        <w:t xml:space="preserve">[30:19] </w:t>
      </w:r>
      <w:r>
        <w:t>yeh waqia hua Allah ke ijazat ke sath jante hain jab hudaybiyah ka surah surah naml likha ja raha tha. to rasool Allah ka lafz likha gaya tha lekin fareeqe sani us par raazi nahi hua.</w:t>
      </w:r>
    </w:p>
    <w:p>
      <w:pPr>
        <w:jc w:val="right"/>
      </w:pPr>
      <w:r>
        <w:t>یہ واقعہ ہوا اللہ کے اجازت کے ساتھ جانتے ہیں جب حدیبیہ کا سورہ سورہ نمل لکھا جا رہا تھا۔ تو رسول اللہ کا لفظ لکھا گیا تھا لیکن فریق ثانی اس پر راضی نہیں ہوا۔</w:t>
      </w:r>
    </w:p>
    <w:p>
      <w:r>
        <w:rPr>
          <w:b/>
        </w:rPr>
        <w:t xml:space="preserve">[30:33] </w:t>
      </w:r>
      <w:r>
        <w:t>to aap ne apne hath se us ko mita diya. to yeh bhi sunnat rasool hui. rasool Allah ne jo kuch amal kiya woh woh sab ka sab sunnat rasool hai.</w:t>
      </w:r>
    </w:p>
    <w:p>
      <w:pPr>
        <w:jc w:val="right"/>
      </w:pPr>
      <w:r>
        <w:t>تو آپ نے اپنے ہاتھ سے اس کو مٹا دیا۔ تو یہ بھی سنت رسول ہوئی۔ رسول اللہ نے جو کچھ عمل کیا وہ وہ سب کا سب سنت رسول ہے۔</w:t>
      </w:r>
    </w:p>
    <w:p>
      <w:r>
        <w:rPr>
          <w:b/>
        </w:rPr>
        <w:t xml:space="preserve">[30:47] </w:t>
      </w:r>
      <w:r>
        <w:t>to miswak karna aur wazu mein is hath ko pehle doosre hath ko pehle dhona yeh sunnat rasool nahi hai.</w:t>
      </w:r>
    </w:p>
    <w:p>
      <w:pPr>
        <w:jc w:val="right"/>
      </w:pPr>
      <w:r>
        <w:t>تو مسواک کرنا اور وضو میں اس ہاتھ کو پہلے دوسرے ہاتھ کو پہلے دھونا یہ سنت رسول نہیں ہے۔</w:t>
      </w:r>
    </w:p>
    <w:p>
      <w:r>
        <w:rPr>
          <w:b/>
        </w:rPr>
        <w:t xml:space="preserve">[30:58] </w:t>
      </w:r>
      <w:r>
        <w:t>Sunnat rasool yeh bhi hai ke likhe hue ko mita do.</w:t>
      </w:r>
    </w:p>
    <w:p>
      <w:pPr>
        <w:jc w:val="right"/>
      </w:pPr>
      <w:r>
        <w:t>سنت رسول یہ بھی ہے کہ لکھے ہوئے کو مٹا دو۔</w:t>
      </w:r>
    </w:p>
    <w:p>
      <w:r>
        <w:rPr>
          <w:b/>
        </w:rPr>
        <w:t xml:space="preserve">[31:09] </w:t>
      </w:r>
      <w:r>
        <w:t>tab ja kar bari taraqqi hoti hai.</w:t>
      </w:r>
    </w:p>
    <w:p>
      <w:pPr>
        <w:jc w:val="right"/>
      </w:pPr>
      <w:r>
        <w:t>تب جا کر بڑی ترقی ہوتی ہے۔</w:t>
      </w:r>
    </w:p>
    <w:p>
      <w:r>
        <w:rPr>
          <w:b/>
        </w:rPr>
        <w:t xml:space="preserve">[31:15] </w:t>
      </w:r>
      <w:r>
        <w:t>yahi maine yeh pesh kiya tha ke ke bab masjid ke maamle mein relocation par raazi ho jao.</w:t>
      </w:r>
    </w:p>
    <w:p>
      <w:pPr>
        <w:jc w:val="right"/>
      </w:pPr>
      <w:r>
        <w:t>یہی میں نے یہ پیش کیا تھا کہ کہ باب مسجد کے معاملے میں ری لوکیشن پر راضی ہو جاؤ۔</w:t>
      </w:r>
    </w:p>
    <w:p>
      <w:r>
        <w:rPr>
          <w:b/>
        </w:rPr>
        <w:t xml:space="preserve">[31:25] </w:t>
      </w:r>
      <w:r>
        <w:t>aur us waqt jo government thi us waqt jo government thi woh to kehti thi ke agar musalman relocation par raazi ho jayen to hum jitna area wahan par hai us se bada area unko de denge.</w:t>
      </w:r>
    </w:p>
    <w:p>
      <w:pPr>
        <w:jc w:val="right"/>
      </w:pPr>
      <w:r>
        <w:t>اور اس وقت جو گورنمنٹ تھی اس وقت جو گورنمنٹ تھی وہ تو کہتی تھی کہ اگر مسلمان ری لوکیشن پر راضی ہو جائیں تو ہم جتنا ایریا وہاں پر ہے اس سے بڑا ایریا ان کو دے دیں گے۔</w:t>
      </w:r>
    </w:p>
    <w:p>
      <w:r>
        <w:rPr>
          <w:b/>
        </w:rPr>
        <w:t xml:space="preserve">[31:38] </w:t>
      </w:r>
      <w:r>
        <w:t>bara Islamic sector banaoon woh. to kitni bari opportunity kho gayi. yeh opportunity har jagah khoi hai.</w:t>
      </w:r>
    </w:p>
    <w:p>
      <w:pPr>
        <w:jc w:val="right"/>
      </w:pPr>
      <w:r>
        <w:t>بڑا اسلامک سیکٹر بناؤں وہ۔ تو کتنی بڑی اپرچونیٹی کھو گئی۔ یہ اپرچونیٹی ہر جگہ کھوئی ہے۔</w:t>
      </w:r>
    </w:p>
    <w:p>
      <w:r>
        <w:rPr>
          <w:b/>
        </w:rPr>
        <w:t xml:space="preserve">[31:50] </w:t>
      </w:r>
      <w:r>
        <w:t>first first state mein khoi hai. Kashmir mein khoi hai. Pakistan mein khoi hai. har jagah. aur aujhad mein khoi hai.</w:t>
      </w:r>
    </w:p>
    <w:p>
      <w:pPr>
        <w:jc w:val="right"/>
      </w:pPr>
      <w:r>
        <w:t>فرسٹ فرسٹ سٹیٹ میں کھوئی ہے۔ کشمیر میں کھوئی ہے۔ پاکستان میں کھوئی ہے۔ ہر جگہ۔ اور اوجہد میں کھوئی ہے۔</w:t>
      </w:r>
    </w:p>
    <w:p>
      <w:r>
        <w:rPr>
          <w:b/>
        </w:rPr>
        <w:t xml:space="preserve">[32:00] </w:t>
      </w:r>
      <w:r>
        <w:t>kyunke sunnat rasool ko bohat hi mehdood maani mein lete hain woh.</w:t>
      </w:r>
    </w:p>
    <w:p>
      <w:pPr>
        <w:jc w:val="right"/>
      </w:pPr>
      <w:r>
        <w:t>کیونکہ سنت رسول کو بہت ہی محدود معنی میں لیتے ہیں وہ۔</w:t>
      </w:r>
    </w:p>
    <w:p>
      <w:r>
        <w:rPr>
          <w:b/>
        </w:rPr>
        <w:t xml:space="preserve">[32:12] </w:t>
      </w:r>
      <w:r>
        <w:t>matlab hath dhona aur paon dhona is ko sunnat rasool hai. lekin delinking policy is ko kaun jaanta hai ke yeh sunnat rasool hai?</w:t>
      </w:r>
    </w:p>
    <w:p>
      <w:pPr>
        <w:jc w:val="right"/>
      </w:pPr>
      <w:r>
        <w:t>مطلب ہاتھ دھونا اور پاؤں دھونا اس کو سنت رسول ہے۔ لیکن ڈی لیکنگ پالیسی اس کو کون جانتا ہے کہ یہ سنت رسول ہے؟</w:t>
      </w:r>
    </w:p>
    <w:p>
      <w:r>
        <w:rPr>
          <w:b/>
        </w:rPr>
        <w:t xml:space="preserve">[32:26] </w:t>
      </w:r>
      <w:r>
        <w:t>relocation kaun jaanta hai ke yeh bhi sunnat rasool hai?</w:t>
      </w:r>
    </w:p>
    <w:p>
      <w:pPr>
        <w:jc w:val="right"/>
      </w:pPr>
      <w:r>
        <w:t>ری لوکیشن کون جانتا ہے کہ یہ بھی سنت رسول ہے؟</w:t>
      </w:r>
    </w:p>
    <w:p>
      <w:r>
        <w:rPr>
          <w:b/>
        </w:rPr>
        <w:t xml:space="preserve">[32:32] </w:t>
      </w:r>
      <w:r>
        <w:t>to humein Quran ko sunnat rasool ko</w:t>
      </w:r>
    </w:p>
    <w:p>
      <w:pPr>
        <w:jc w:val="right"/>
      </w:pPr>
      <w:r>
        <w:t>تو ہمیں قرآن کو سنت رسول کو</w:t>
      </w:r>
    </w:p>
    <w:p>
      <w:r>
        <w:rPr>
          <w:b/>
        </w:rPr>
        <w:t xml:space="preserve">[32:38] </w:t>
      </w:r>
      <w:r>
        <w:t>wasee tar maani mein lena padega. khule zehan ke sath padhna hoga. creative mind ke sath padhna hoga.</w:t>
      </w:r>
    </w:p>
    <w:p>
      <w:pPr>
        <w:jc w:val="right"/>
      </w:pPr>
      <w:r>
        <w:t>وسیع تر معنی میں لینا پڑے گا۔ کھلے ذہن کے ساتھ پڑھنا ہوگا۔ کریٹیو مائنڈ کے ساتھ پڑھنا ہوگا۔</w:t>
      </w:r>
    </w:p>
    <w:p>
      <w:r>
        <w:rPr>
          <w:b/>
        </w:rPr>
        <w:t xml:space="preserve">[32:48] </w:t>
      </w:r>
      <w:r>
        <w:t>tab hum is ke gehre maani tak pahunchenge.</w:t>
      </w:r>
    </w:p>
    <w:p>
      <w:pPr>
        <w:jc w:val="right"/>
      </w:pPr>
      <w:r>
        <w:t>تب ہم اس کے گہرے معنی تک پہنچیں گے۔</w:t>
      </w:r>
    </w:p>
    <w:p>
      <w:r>
        <w:rPr>
          <w:b/>
        </w:rPr>
        <w:t xml:space="preserve">[33:00] </w:t>
      </w:r>
      <w:r>
        <w:t>main samajhta hoon ke</w:t>
      </w:r>
    </w:p>
    <w:p>
      <w:pPr>
        <w:jc w:val="right"/>
      </w:pPr>
      <w:r>
        <w:t>میں سمجھتا ہوں کہ</w:t>
      </w:r>
    </w:p>
    <w:p>
      <w:r>
        <w:rPr>
          <w:b/>
        </w:rPr>
        <w:t xml:space="preserve">[33:05] </w:t>
      </w:r>
      <w:r>
        <w:t>woh jo hadith mein aata hai ke la tanqadi ajaibuhu Quran ke ajaib kabhi khatam nahi honge.</w:t>
      </w:r>
    </w:p>
    <w:p>
      <w:pPr>
        <w:jc w:val="right"/>
      </w:pPr>
      <w:r>
        <w:t>وہ جو حدیث میں آتا ہے کہ لا تنقضی عجائبہ قرآن کے عجائب کبھی ختم نہیں ہوں گے۔</w:t>
      </w:r>
    </w:p>
    <w:p>
      <w:r>
        <w:rPr>
          <w:b/>
        </w:rPr>
        <w:t xml:space="preserve">[33:15] </w:t>
      </w:r>
      <w:r>
        <w:t>iska matlab kya hai? ke Quran mein jo ameeq maani hain Quran mein jo chhupe hue</w:t>
      </w:r>
    </w:p>
    <w:p>
      <w:pPr>
        <w:jc w:val="right"/>
      </w:pPr>
      <w:r>
        <w:t>اس کا مطلب کیا ہے؟ کہ قرآن میں جو عمیق معنی ہیں قرآن میں جو چھپے ہوئے</w:t>
      </w:r>
    </w:p>
    <w:p>
      <w:r>
        <w:rPr>
          <w:b/>
        </w:rPr>
        <w:t xml:space="preserve">[33:25] </w:t>
      </w:r>
      <w:r>
        <w:t>bari bari baatein hain is ko discover karne wale jis ko karte rahenge woh khatam nahi hoga kabhi.</w:t>
      </w:r>
    </w:p>
    <w:p>
      <w:pPr>
        <w:jc w:val="right"/>
      </w:pPr>
      <w:r>
        <w:t>بڑی بڑی باتیں ہیں اس کو ڈسکر کرنے والے جس کو کرتے رہیں گے وہ ختم نہیں ہوگا کبھی۔</w:t>
      </w:r>
    </w:p>
    <w:p>
      <w:r>
        <w:rPr>
          <w:b/>
        </w:rPr>
        <w:t xml:space="preserve">[33:37] </w:t>
      </w:r>
      <w:r>
        <w:t>to Quran ki gehri baaton ko discover kijiye. chhupe hue baaton ko discover kijiye.</w:t>
      </w:r>
    </w:p>
    <w:p>
      <w:pPr>
        <w:jc w:val="right"/>
      </w:pPr>
      <w:r>
        <w:t>تو قرآن کی گہری باتوں کو ڈسکر کیجیے۔ چھپی ہوئی باتوں کو ڈسکر کیجیے۔</w:t>
      </w:r>
    </w:p>
    <w:p>
      <w:r>
        <w:rPr>
          <w:b/>
        </w:rPr>
        <w:t xml:space="preserve">[33:47] </w:t>
      </w:r>
      <w:r>
        <w:t>har daur ke lehaz se is ke andar jo gehri baatein hain un ko discover kijiye. aur phir aap phir Quran aap ke liye abadi taur par rehnuma kitaab ban jayega.</w:t>
      </w:r>
    </w:p>
    <w:p>
      <w:pPr>
        <w:jc w:val="right"/>
      </w:pPr>
      <w:r>
        <w:t>ہر دور کے لحاظ سے اس کے اندر جو گہری باتیں ہیں ان کو ڈسکر کیجیے۔ اور پھر آپ پھر قرآن آپ کے لیے ابدی طور پر رہنما کتاب بن جائے گا۔</w:t>
      </w:r>
    </w:p>
    <w:p>
      <w:r>
        <w:rPr>
          <w:b/>
        </w:rPr>
        <w:t xml:space="preserve">[34:03] </w:t>
      </w:r>
      <w:r>
        <w:t>abadi taur par.</w:t>
      </w:r>
    </w:p>
    <w:p>
      <w:pPr>
        <w:jc w:val="right"/>
      </w:pPr>
      <w:r>
        <w:t>ابدی طور پر۔</w:t>
      </w:r>
    </w:p>
    <w:p>
      <w:r>
        <w:rPr>
          <w:b/>
        </w:rPr>
        <w:t xml:space="preserve">[34:16] </w:t>
      </w:r>
      <w:r>
        <w:t>to main dua karta hoon ke Allah taala hum ko aur aap ko tofeeq de ke hum Quran ko phir se samjhen.</w:t>
      </w:r>
    </w:p>
    <w:p>
      <w:pPr>
        <w:jc w:val="right"/>
      </w:pPr>
      <w:r>
        <w:t>تو میں دعا کرتا ہوں کہ اللہ تعالی ہم کو اور آپ کو توفیق دے کہ ہم قرآن کو پھر سے سمجھیں۔</w:t>
      </w:r>
    </w:p>
    <w:p>
      <w:r>
        <w:rPr>
          <w:b/>
        </w:rPr>
        <w:t xml:space="preserve">[34:26] </w:t>
      </w:r>
      <w:r>
        <w:t>Quran ko phir se padhen. aur Quran ko daur jadeed ke lehaz se apna rehnuma banayen.</w:t>
      </w:r>
    </w:p>
    <w:p>
      <w:pPr>
        <w:jc w:val="right"/>
      </w:pPr>
      <w:r>
        <w:t>قرآن کو پھر سے پڑھیں۔ اور قرآن کو دور جدید کے لحاظ سے اپنا رہنما بنائیں۔</w:t>
      </w:r>
    </w:p>
    <w:p>
      <w:r>
        <w:rPr>
          <w:b/>
        </w:rPr>
        <w:t xml:space="preserve">[34:38] </w:t>
      </w:r>
      <w:r>
        <w:t>Assalam o alaikum wa rehmatullah.</w:t>
      </w:r>
    </w:p>
    <w:p>
      <w:pPr>
        <w:jc w:val="right"/>
      </w:pPr>
      <w:r>
        <w:t>السلام علیکم ورحمۃ اللہ۔</w:t>
      </w:r>
    </w:p>
    <w:p>
      <w:r>
        <w:rPr>
          <w:b/>
        </w:rPr>
        <w:t xml:space="preserve">[34:53] </w:t>
      </w:r>
      <w:r>
        <w:t>Okay before we get into the question answer session there is one book release one booklet release the</w:t>
      </w:r>
    </w:p>
    <w:p>
      <w:pPr>
        <w:jc w:val="right"/>
      </w:pPr>
      <w:r>
        <w:t>Okay before we get into the question answer session there is one book release one booklet release the</w:t>
      </w:r>
    </w:p>
    <w:p>
      <w:r>
        <w:rPr>
          <w:b/>
        </w:rPr>
        <w:t xml:space="preserve">[35:03] </w:t>
      </w:r>
      <w:r>
        <w:t>title of this booklet urdu booklet is mansooba band amal this is this has been taken from one</w:t>
      </w:r>
    </w:p>
    <w:p>
      <w:pPr>
        <w:jc w:val="right"/>
      </w:pPr>
      <w:r>
        <w:t>title of this booklet اردو booklet is منصوبہ بند عمل this is this has been taken from one</w:t>
      </w:r>
    </w:p>
    <w:p>
      <w:r>
        <w:rPr>
          <w:b/>
        </w:rPr>
        <w:t xml:space="preserve">[35:10] </w:t>
      </w:r>
      <w:r>
        <w:t>of the issues of wal risala which was very popular and well received by all of you which was</w:t>
      </w:r>
    </w:p>
    <w:p>
      <w:pPr>
        <w:jc w:val="right"/>
      </w:pPr>
      <w:r>
        <w:t>of the issues of والرسالہ which was very popular and well received by all of you which was</w:t>
      </w:r>
    </w:p>
    <w:p>
      <w:r>
        <w:rPr>
          <w:b/>
        </w:rPr>
        <w:t xml:space="preserve">[35:16] </w:t>
      </w:r>
      <w:r>
        <w:t>on replanning so this booklet has been created for all of you for your reading as well as</w:t>
      </w:r>
    </w:p>
    <w:p>
      <w:pPr>
        <w:jc w:val="right"/>
      </w:pPr>
      <w:r>
        <w:t>on replanning so this booklet has been created for all of you for your reading as well as</w:t>
      </w:r>
    </w:p>
    <w:p>
      <w:r>
        <w:rPr>
          <w:b/>
        </w:rPr>
        <w:t xml:space="preserve">[35:23] </w:t>
      </w:r>
      <w:r>
        <w:t>for distribution in fact doctor saniyah hasnain khan has advised that we should distribute this to all the</w:t>
      </w:r>
    </w:p>
    <w:p>
      <w:pPr>
        <w:jc w:val="right"/>
      </w:pPr>
      <w:r>
        <w:t>for distribution in fact ڈاکٹر ثانیہ حسنین خان has advised that we should distribute this to all the</w:t>
      </w:r>
    </w:p>
    <w:p>
      <w:r>
        <w:rPr>
          <w:b/>
        </w:rPr>
        <w:t xml:space="preserve">[35:30] </w:t>
      </w:r>
      <w:r>
        <w:t>madar sahibz and the ulama and I will request Maulana sahib to release this booklet mansooba band amal</w:t>
      </w:r>
    </w:p>
    <w:p>
      <w:pPr>
        <w:jc w:val="right"/>
      </w:pPr>
      <w:r>
        <w:t>مادر صاحبز and the علماءز and I will request مولانا صاحب to release this booklet منصوبہ بند عمل</w:t>
      </w:r>
    </w:p>
    <w:p>
      <w:r>
        <w:rPr>
          <w:b/>
        </w:rPr>
        <w:t xml:space="preserve">[35:38] </w:t>
      </w:r>
      <w:r>
        <w:t>mein</w:t>
      </w:r>
    </w:p>
    <w:p>
      <w:pPr>
        <w:jc w:val="right"/>
      </w:pPr>
      <w:r>
        <w:t>میں</w:t>
      </w:r>
    </w:p>
    <w:p>
      <w:r>
        <w:rPr>
          <w:b/>
        </w:rPr>
        <w:t xml:space="preserve">[35:38] </w:t>
      </w:r>
      <w:r>
        <w:t>samajhta hoon ke yeh waqt ki bohat zaroorat hai ke hum</w:t>
      </w:r>
    </w:p>
    <w:p>
      <w:pPr>
        <w:jc w:val="right"/>
      </w:pPr>
      <w:r>
        <w:t>سمجھتا ہوں کہ یہ وقت کی بہت ضرورت ہے کہ ہم</w:t>
      </w:r>
    </w:p>
    <w:p>
      <w:r>
        <w:rPr>
          <w:b/>
        </w:rPr>
        <w:t xml:space="preserve">[35:44] </w:t>
      </w:r>
      <w:r>
        <w:t>jannay ke planning ke tareeqay se amal karna mansooba amal karna kya cheez hai</w:t>
      </w:r>
    </w:p>
    <w:p>
      <w:pPr>
        <w:jc w:val="right"/>
      </w:pPr>
      <w:r>
        <w:t>جانیں کہ پلاننگ کے طریقے سے عمل کرنا منصوبہ عمل کرنا کیا چیز ہے</w:t>
      </w:r>
    </w:p>
    <w:p>
      <w:r>
        <w:rPr>
          <w:b/>
        </w:rPr>
        <w:t xml:space="preserve">[35:54] </w:t>
      </w:r>
      <w:r>
        <w:t>kyun ke yeh naya concept hai</w:t>
      </w:r>
    </w:p>
    <w:p>
      <w:pPr>
        <w:jc w:val="right"/>
      </w:pPr>
      <w:r>
        <w:t>کیونکہ یہ نیا کانسیپٹ ہے</w:t>
      </w:r>
    </w:p>
    <w:p>
      <w:r>
        <w:rPr>
          <w:b/>
        </w:rPr>
        <w:t xml:space="preserve">[35:58] </w:t>
      </w:r>
      <w:r>
        <w:t>yeh naya concept hai</w:t>
      </w:r>
    </w:p>
    <w:p>
      <w:pPr>
        <w:jc w:val="right"/>
      </w:pPr>
      <w:r>
        <w:t>یہ نیا کانسیپٹ ہے</w:t>
      </w:r>
    </w:p>
    <w:p>
      <w:r>
        <w:rPr>
          <w:b/>
        </w:rPr>
        <w:t xml:space="preserve">[36:01] </w:t>
      </w:r>
      <w:r>
        <w:t>to main sochta hoon ke</w:t>
      </w:r>
    </w:p>
    <w:p>
      <w:pPr>
        <w:jc w:val="right"/>
      </w:pPr>
      <w:r>
        <w:t>تو میں سوچتا ہوں کہ</w:t>
      </w:r>
    </w:p>
    <w:p>
      <w:r>
        <w:rPr>
          <w:b/>
        </w:rPr>
        <w:t xml:space="preserve">[36:03] </w:t>
      </w:r>
      <w:r>
        <w:t>hamaray tamam sathi is ko</w:t>
      </w:r>
    </w:p>
    <w:p>
      <w:pPr>
        <w:jc w:val="right"/>
      </w:pPr>
      <w:r>
        <w:t>ہمارے تمام ساتھی اس کو</w:t>
      </w:r>
    </w:p>
    <w:p>
      <w:r>
        <w:rPr>
          <w:b/>
        </w:rPr>
        <w:t xml:space="preserve">[36:07] </w:t>
      </w:r>
      <w:r>
        <w:t>phailayen ge aur ziyada se ziyada logon ko is se rehnumai mile</w:t>
      </w:r>
    </w:p>
    <w:p>
      <w:pPr>
        <w:jc w:val="right"/>
      </w:pPr>
      <w:r>
        <w:t>پھیلائیں گے اور زیادہ سے زیادہ لوگوں کو اس سے رہنمائی ملے</w:t>
      </w:r>
    </w:p>
    <w:p>
      <w:r>
        <w:rPr>
          <w:b/>
        </w:rPr>
        <w:t xml:space="preserve">[36:16] </w:t>
      </w:r>
      <w:r>
        <w:t>okay I will read the comments first before I take the questions Maulana yeh comment aaya hai doctor</w:t>
      </w:r>
    </w:p>
    <w:p>
      <w:pPr>
        <w:jc w:val="right"/>
      </w:pPr>
      <w:r>
        <w:t>okay I will read the comments first before I take the questions مولانا یہ کمنٹ آیا ہے ڈاکٹر</w:t>
      </w:r>
    </w:p>
    <w:p>
      <w:r>
        <w:rPr>
          <w:b/>
        </w:rPr>
        <w:t xml:space="preserve">[36:24] </w:t>
      </w:r>
      <w:r>
        <w:t>naghma siddiqui ka dilli se unhon ne likha hai</w:t>
      </w:r>
    </w:p>
    <w:p>
      <w:pPr>
        <w:jc w:val="right"/>
      </w:pPr>
      <w:r>
        <w:t>نغمہ صدیقی کا دلی سے انہوں نے لکھا ہے</w:t>
      </w:r>
    </w:p>
    <w:p>
      <w:r>
        <w:rPr>
          <w:b/>
        </w:rPr>
        <w:t xml:space="preserve">[36:29] </w:t>
      </w:r>
      <w:r>
        <w:t>Maulana you are the only scholar who teaches to creatively extract wisdom from Quran and Sunnah using this</w:t>
      </w:r>
    </w:p>
    <w:p>
      <w:pPr>
        <w:jc w:val="right"/>
      </w:pPr>
      <w:r>
        <w:t>مولانا you are the only scholar who teaches to creatively extract wisdom from قرآن and سنت using this</w:t>
      </w:r>
    </w:p>
    <w:p>
      <w:r>
        <w:rPr>
          <w:b/>
        </w:rPr>
        <w:t xml:space="preserve">[36:36] </w:t>
      </w:r>
      <w:r>
        <w:t>method you are able to give so many principles of life that is why the Islam you present</w:t>
      </w:r>
    </w:p>
    <w:p>
      <w:pPr>
        <w:jc w:val="right"/>
      </w:pPr>
      <w:r>
        <w:t>method you are able to give so many principles of life that is why the اسلام you present</w:t>
      </w:r>
    </w:p>
    <w:p>
      <w:r>
        <w:rPr>
          <w:b/>
        </w:rPr>
        <w:t xml:space="preserve">[36:43] </w:t>
      </w:r>
      <w:r>
        <w:t>is so relevant jazak Allah Maulana</w:t>
      </w:r>
    </w:p>
    <w:p>
      <w:pPr>
        <w:jc w:val="right"/>
      </w:pPr>
      <w:r>
        <w:t>is so relevant جزاک اللہ مولانا</w:t>
      </w:r>
    </w:p>
    <w:p>
      <w:r>
        <w:rPr>
          <w:b/>
        </w:rPr>
        <w:t xml:space="preserve">[36:50] </w:t>
      </w:r>
      <w:r>
        <w:t>Istafa Ali sahib ne Kolkata se likha hai you need prepared mind to understand the Quran converting problem into opportunity is also a Sunnah of the Prophet of Islam</w:t>
      </w:r>
    </w:p>
    <w:p>
      <w:pPr>
        <w:jc w:val="right"/>
      </w:pPr>
      <w:r>
        <w:t>استافہ علی صاحب نے کلکتہ سے لکھا ہے you need prepared mind to understand the قرآن converting problem into opportunity is also a سنت of the prophet of اسلام</w:t>
      </w:r>
    </w:p>
    <w:p>
      <w:r>
        <w:rPr>
          <w:b/>
        </w:rPr>
        <w:t xml:space="preserve">[37:04] </w:t>
      </w:r>
      <w:r>
        <w:t>well said Maulana Miss Shabana Ansari ne Pakistan se likha hai problem ko opportunity banana is the greatest wisdom</w:t>
      </w:r>
    </w:p>
    <w:p>
      <w:pPr>
        <w:jc w:val="right"/>
      </w:pPr>
      <w:r>
        <w:t>well said مولانا مس شبانہ انصاری نے پاکستان سے لکھا ہے problem کو opportunity بنانا is the greatest wisdom</w:t>
      </w:r>
    </w:p>
    <w:p>
      <w:r>
        <w:rPr>
          <w:b/>
        </w:rPr>
        <w:t xml:space="preserve">[37:16] </w:t>
      </w:r>
      <w:r>
        <w:t>normally we are indulged in dichotomous thinking and we remain on very low grade of thinking although Sunnah Rasool teaches us the highest thinking Maulana sahib pray for us that may Allah help us to inculcate all these qualities in us</w:t>
      </w:r>
    </w:p>
    <w:p>
      <w:pPr>
        <w:jc w:val="right"/>
      </w:pPr>
      <w:r>
        <w:t>normally we are indulged in dicotomous thinking and we remain on very low grade of thinking although سنت رسول teaches us the highest thinking مولانا صاحب pray for us that may اللہ help us to inculcate all these qualities in us</w:t>
      </w:r>
    </w:p>
    <w:p>
      <w:r>
        <w:rPr>
          <w:b/>
        </w:rPr>
        <w:t xml:space="preserve">[37:38] </w:t>
      </w:r>
      <w:r>
        <w:t>Muhammad Irfan Rasheedi sahib ne Nagpur se likha hai read Quran in such a way that it changes status of your mind</w:t>
      </w:r>
    </w:p>
    <w:p>
      <w:pPr>
        <w:jc w:val="right"/>
      </w:pPr>
      <w:r>
        <w:t>محمد عرفان رشیدی صاحب نے नागپور سے لکھا ہے read قرآن in such a way that it changes status of your mind</w:t>
      </w:r>
    </w:p>
    <w:p>
      <w:r>
        <w:rPr>
          <w:b/>
        </w:rPr>
        <w:t xml:space="preserve">[37:46] </w:t>
      </w:r>
      <w:r>
        <w:t>a prepared mind can discover untold message of Quran jazak Allah Maulana sahib</w:t>
      </w:r>
    </w:p>
    <w:p>
      <w:pPr>
        <w:jc w:val="right"/>
      </w:pPr>
      <w:r>
        <w:t>a prepared mind can discover untold message of قرآن جزاک اللہ مولانا صاحب</w:t>
      </w:r>
    </w:p>
    <w:p>
      <w:r>
        <w:rPr>
          <w:b/>
        </w:rPr>
        <w:t xml:space="preserve">[37:54] </w:t>
      </w:r>
      <w:r>
        <w:t>maulana iqbal umri ne likha hai quran sarghashta</w:t>
      </w:r>
    </w:p>
    <w:p>
      <w:pPr>
        <w:jc w:val="right"/>
      </w:pPr>
      <w:r>
        <w:t>مولانا اقبال عمری نے لکھا ہے قرآن سرگزشتہ</w:t>
      </w:r>
    </w:p>
    <w:p>
      <w:r>
        <w:rPr>
          <w:b/>
        </w:rPr>
        <w:t xml:space="preserve">[38:00] </w:t>
      </w:r>
      <w:r>
        <w:t>anzaar hai yahi haqeeqat waqea maloom hota hai is tarah quran sari dunya ki tareekh ko cover</w:t>
      </w:r>
    </w:p>
    <w:p>
      <w:pPr>
        <w:jc w:val="right"/>
      </w:pPr>
      <w:r>
        <w:t>انظار ہے یہی حقیقت واقعہ معلوم ہوتا ہے اس طرح قرآن ساری دنیا کی تاریخ کو کور کر</w:t>
      </w:r>
    </w:p>
    <w:p>
      <w:r>
        <w:rPr>
          <w:b/>
        </w:rPr>
        <w:t xml:space="preserve">[38:08] </w:t>
      </w:r>
      <w:r>
        <w:t>leta hai jazak allah maulana</w:t>
      </w:r>
    </w:p>
    <w:p>
      <w:pPr>
        <w:jc w:val="right"/>
      </w:pPr>
      <w:r>
        <w:t>لیتا ہے جزاک اللہ مولانا</w:t>
      </w:r>
    </w:p>
    <w:p>
      <w:r>
        <w:rPr>
          <w:b/>
        </w:rPr>
        <w:t xml:space="preserve">[38:11] </w:t>
      </w:r>
      <w:r>
        <w:t>phir unhon ne likha hai maulana ummat bator-e-aqeedah ke uswa hasna ko uswa kamila manti hai magar</w:t>
      </w:r>
    </w:p>
    <w:p>
      <w:pPr>
        <w:jc w:val="right"/>
      </w:pPr>
      <w:r>
        <w:t>پھر انہوں نے لکھا ہے مولانا امت بطور عقیدے کے اسوہ حسنہ کو اسوہ کاملہ مانتی ہے مگر</w:t>
      </w:r>
    </w:p>
    <w:p>
      <w:r>
        <w:rPr>
          <w:b/>
        </w:rPr>
        <w:t xml:space="preserve">[38:19] </w:t>
      </w:r>
      <w:r>
        <w:t>aap amalan har baat ko seerat-e-rasool se daleel dete hain main is ki gawahi deta hoon maulana</w:t>
      </w:r>
    </w:p>
    <w:p>
      <w:pPr>
        <w:jc w:val="right"/>
      </w:pPr>
      <w:r>
        <w:t>آپ عملا ہر بات کو سیرت رسول سے دلیل دیتے ہیں میں اس کی گواہی دیتا ہوں مولانا</w:t>
      </w:r>
    </w:p>
    <w:p>
      <w:r>
        <w:rPr>
          <w:b/>
        </w:rPr>
        <w:t xml:space="preserve">[38:30] </w:t>
      </w:r>
      <w:r>
        <w:t>Miss Aisha Yasra ne Vishakhapatnam se likha hai we are learning true Islam through only you Maulana sahib Maulana ab sawal lena chahenge yeh sawal bheja hai Zafar sahib ne Ahmedabad se unhon ne aap se poocha hai Maulana what is the beginning of the prepared mind</w:t>
      </w:r>
    </w:p>
    <w:p>
      <w:pPr>
        <w:jc w:val="right"/>
      </w:pPr>
      <w:r>
        <w:t>مس عائشہ یسرا نے وشاکہ پٹنم سے لکھا ہے we are learning true اسلام through only you مولانا صاحب مولانا اب سوال لینا چاہیں گے یہ سوال بھیجا ہے ظفر صاحب نے احمد آباد سے انہوں نے آپ سے پوچھا ہے مولانا what is the beginning of the prepared mind</w:t>
      </w:r>
    </w:p>
    <w:p>
      <w:r>
        <w:rPr>
          <w:b/>
        </w:rPr>
        <w:t xml:space="preserve">[38:54] </w:t>
      </w:r>
      <w:r>
        <w:t>from where one should start so he or she can become a prepared mind</w:t>
      </w:r>
    </w:p>
    <w:p>
      <w:pPr>
        <w:jc w:val="right"/>
      </w:pPr>
      <w:r>
        <w:t>from where one should start so he or she can become a prepared mind</w:t>
      </w:r>
    </w:p>
    <w:p>
      <w:r>
        <w:rPr>
          <w:b/>
        </w:rPr>
        <w:t xml:space="preserve">[39:04] </w:t>
      </w:r>
      <w:r>
        <w:t>dekhen</w:t>
      </w:r>
    </w:p>
    <w:p>
      <w:pPr>
        <w:jc w:val="right"/>
      </w:pPr>
      <w:r>
        <w:t>دیکھیں</w:t>
      </w:r>
    </w:p>
    <w:p>
      <w:r>
        <w:rPr>
          <w:b/>
        </w:rPr>
        <w:t xml:space="preserve">[39:08] </w:t>
      </w:r>
      <w:r>
        <w:t>main jo janta hoon zindagi ko to main to yahi kahunga ke beginning jo hai</w:t>
      </w:r>
    </w:p>
    <w:p>
      <w:pPr>
        <w:jc w:val="right"/>
      </w:pPr>
      <w:r>
        <w:t>میں جو جانتا ہوں زندگی کو تو میں تو یہی کہوں گا کہ beginning جو ہے</w:t>
      </w:r>
    </w:p>
    <w:p>
      <w:r>
        <w:rPr>
          <w:b/>
        </w:rPr>
        <w:t xml:space="preserve">[39:21] </w:t>
      </w:r>
      <w:r>
        <w:t>yeh hai ke aap jannay ke kahan kahan aap distract ho rahe hain ghar mein ghar ke bahar to pehli cheez yeh hai ke aap apne ko distraction se bachayein distraction se bachayein</w:t>
      </w:r>
    </w:p>
    <w:p>
      <w:pPr>
        <w:jc w:val="right"/>
      </w:pPr>
      <w:r>
        <w:t>یہ ہے کہ آپ جانیں کہ کہاں کہاں آپ distract ہو رہے ہیں گھر میں گھر کے باہر تو پہلی چیز یہ ہے کہ آپ اپنے کو distraction سے بچائیں distraction سے بچائیں</w:t>
      </w:r>
    </w:p>
    <w:p>
      <w:r>
        <w:rPr>
          <w:b/>
        </w:rPr>
        <w:t xml:space="preserve">[39:42] </w:t>
      </w:r>
      <w:r>
        <w:t>yeh beginning hai jab distance se bachane ka art aap jaan lenge to apne aap hi right planning aa jayegi aap ko</w:t>
      </w:r>
    </w:p>
    <w:p>
      <w:pPr>
        <w:jc w:val="right"/>
      </w:pPr>
      <w:r>
        <w:t>یہ beginning ہے جب distance سے بچانے کا art آپ جان لیں گے تو اپنے آپ ہیright planning آ جائے گی آپ کو</w:t>
      </w:r>
    </w:p>
    <w:p>
      <w:r>
        <w:rPr>
          <w:b/>
        </w:rPr>
        <w:t xml:space="preserve">[40:03] </w:t>
      </w:r>
      <w:r>
        <w:t>Maulana agla sawal lete hain</w:t>
      </w:r>
    </w:p>
    <w:p>
      <w:pPr>
        <w:jc w:val="right"/>
      </w:pPr>
      <w:r>
        <w:t>مولانا اگلا سوال لیتے ہیں</w:t>
      </w:r>
    </w:p>
    <w:p>
      <w:r>
        <w:rPr>
          <w:b/>
        </w:rPr>
        <w:t xml:space="preserve">[40:07] </w:t>
      </w:r>
      <w:r>
        <w:t>yeh sawal abhi jo aap ne jawab diya isi se isi ko le ke hai aur jinhon ne sawal kiya un ka naam hai Muhammad Akram sahib Kanpur se hain unhon ne likha hai Maulana how can creativity be developed</w:t>
      </w:r>
    </w:p>
    <w:p>
      <w:pPr>
        <w:jc w:val="right"/>
      </w:pPr>
      <w:r>
        <w:t>یہ سوال ابھی جو آپ نے جواب دیا اسی سے اسی کو لے کے ہے اور جنہوں نے سوال کیا ان کا نام ہے محمد اکرم صاحب کانپور سے ہیں انہوں نے لکھا ہے مولانا how can creativity be developed</w:t>
      </w:r>
    </w:p>
    <w:p>
      <w:r>
        <w:rPr>
          <w:b/>
        </w:rPr>
        <w:t xml:space="preserve">[40:23] </w:t>
      </w:r>
      <w:r>
        <w:t>I have heard your earlier lectures where you said save yourself from distraction but Maulana sahib in today's competitive world you cannot be hundred percent distraction free so does that mean that developing creativity is not possible</w:t>
      </w:r>
    </w:p>
    <w:p>
      <w:pPr>
        <w:jc w:val="right"/>
      </w:pPr>
      <w:r>
        <w:t>I have heard your earlier lectures where you said save yourself from distraction but مولانا صاحب in today's competitive world you cannot be hundred percent distraction free so does that mean that developing creativity is not possible</w:t>
      </w:r>
    </w:p>
    <w:p>
      <w:r>
        <w:rPr>
          <w:b/>
        </w:rPr>
        <w:t xml:space="preserve">[40:41] </w:t>
      </w:r>
      <w:r>
        <w:t>please elaborate on your guidance to all of us</w:t>
      </w:r>
    </w:p>
    <w:p>
      <w:pPr>
        <w:jc w:val="right"/>
      </w:pPr>
      <w:r>
        <w:t>please elaborate on your guidance to all of us</w:t>
      </w:r>
    </w:p>
    <w:p>
      <w:r>
        <w:rPr>
          <w:b/>
        </w:rPr>
        <w:t xml:space="preserve">[40:48] </w:t>
      </w:r>
      <w:r>
        <w:t>dekhen koi baat bhi</w:t>
      </w:r>
    </w:p>
    <w:p>
      <w:pPr>
        <w:jc w:val="right"/>
      </w:pPr>
      <w:r>
        <w:t>دیکھیں کوئی بات بھی</w:t>
      </w:r>
    </w:p>
    <w:p>
      <w:r>
        <w:rPr>
          <w:b/>
        </w:rPr>
        <w:t xml:space="preserve">[40:54] </w:t>
      </w:r>
      <w:r>
        <w:t>total stress mein nahi kahi jati</w:t>
      </w:r>
    </w:p>
    <w:p>
      <w:pPr>
        <w:jc w:val="right"/>
      </w:pPr>
      <w:r>
        <w:t>total stress میں نہیں کہی جاتی</w:t>
      </w:r>
    </w:p>
    <w:p>
      <w:r>
        <w:rPr>
          <w:b/>
        </w:rPr>
        <w:t xml:space="preserve">[40:57] </w:t>
      </w:r>
      <w:r>
        <w:t>koi bhi baat nahi</w:t>
      </w:r>
    </w:p>
    <w:p>
      <w:pPr>
        <w:jc w:val="right"/>
      </w:pPr>
      <w:r>
        <w:t>کوئی بھی بات نہیں</w:t>
      </w:r>
    </w:p>
    <w:p>
      <w:r>
        <w:rPr>
          <w:b/>
        </w:rPr>
        <w:t xml:space="preserve">[40:59] </w:t>
      </w:r>
      <w:r>
        <w:t>hata ke agar koi aadmi aap ko bataye ke namaz mein khushbakhata karo is ka matlab yeh</w:t>
      </w:r>
    </w:p>
    <w:p>
      <w:pPr>
        <w:jc w:val="right"/>
      </w:pPr>
      <w:r>
        <w:t>حتی کہ اگر کوئی آدمی آپ کو بتائے کہ نماز میں خوش بختہ کرو اس کا مطلب یہ</w:t>
      </w:r>
    </w:p>
    <w:p>
      <w:r>
        <w:rPr>
          <w:b/>
        </w:rPr>
        <w:t xml:space="preserve">[41:06] </w:t>
      </w:r>
      <w:r>
        <w:t>nahi hai ke total stress mein khasha ban jao yeh hota hi nahi</w:t>
      </w:r>
    </w:p>
    <w:p>
      <w:pPr>
        <w:jc w:val="right"/>
      </w:pPr>
      <w:r>
        <w:t>نہیں ہے کہ total stress میں خاشہ بن جاؤ یہ ہوتا ہی نہیں</w:t>
      </w:r>
    </w:p>
    <w:p>
      <w:r>
        <w:rPr>
          <w:b/>
        </w:rPr>
        <w:t xml:space="preserve">[41:12] </w:t>
      </w:r>
      <w:r>
        <w:t>to distraction se bachana</w:t>
      </w:r>
    </w:p>
    <w:p>
      <w:pPr>
        <w:jc w:val="right"/>
      </w:pPr>
      <w:r>
        <w:t>تو distraction سے بچانا</w:t>
      </w:r>
    </w:p>
    <w:p>
      <w:r>
        <w:rPr>
          <w:b/>
        </w:rPr>
        <w:t xml:space="preserve">[41:16] </w:t>
      </w:r>
      <w:r>
        <w:t>qabil-e-amal daira mein hota hai</w:t>
      </w:r>
    </w:p>
    <w:p>
      <w:pPr>
        <w:jc w:val="right"/>
      </w:pPr>
      <w:r>
        <w:t>قابل عمل دائرے میں ہوتا ہے</w:t>
      </w:r>
    </w:p>
    <w:p>
      <w:r>
        <w:rPr>
          <w:b/>
        </w:rPr>
        <w:t xml:space="preserve">[41:22] </w:t>
      </w:r>
      <w:r>
        <w:t>jahan jahan aap</w:t>
      </w:r>
    </w:p>
    <w:p>
      <w:pPr>
        <w:jc w:val="right"/>
      </w:pPr>
      <w:r>
        <w:t>جہاں جہاں آپ</w:t>
      </w:r>
    </w:p>
    <w:p>
      <w:r>
        <w:rPr>
          <w:b/>
        </w:rPr>
        <w:t xml:space="preserve">[41:25] </w:t>
      </w:r>
      <w:r>
        <w:t>ke bas mein hai aap ke ikhtiyar mein hai wahan wahan bachaiye</w:t>
      </w:r>
    </w:p>
    <w:p>
      <w:pPr>
        <w:jc w:val="right"/>
      </w:pPr>
      <w:r>
        <w:t>کے بس میں ہے آپ کے اختیار میں ہے وہاں وہاں بچائیے</w:t>
      </w:r>
    </w:p>
    <w:p>
      <w:r>
        <w:rPr>
          <w:b/>
        </w:rPr>
        <w:t xml:space="preserve">[41:31] </w:t>
      </w:r>
      <w:r>
        <w:t>jahan aap ke bas mein nahi hai</w:t>
      </w:r>
    </w:p>
    <w:p>
      <w:pPr>
        <w:jc w:val="right"/>
      </w:pPr>
      <w:r>
        <w:t>جہاں آپ کے بس میں نہیں ہے</w:t>
      </w:r>
    </w:p>
    <w:p>
      <w:r>
        <w:rPr>
          <w:b/>
        </w:rPr>
        <w:t xml:space="preserve">[41:35] </w:t>
      </w:r>
      <w:r>
        <w:t>to is ko chhodie</w:t>
      </w:r>
    </w:p>
    <w:p>
      <w:pPr>
        <w:jc w:val="right"/>
      </w:pPr>
      <w:r>
        <w:t>تو اس کو چھوڑیئے</w:t>
      </w:r>
    </w:p>
    <w:p>
      <w:r>
        <w:rPr>
          <w:b/>
        </w:rPr>
        <w:t xml:space="preserve">[41:40] </w:t>
      </w:r>
      <w:r>
        <w:t>misal ke taur par dekhen main jahan baith kar kaam karta hoon woh road ke kinare hai to wahan par barabar traffic chalta hai horn bajta hai yeh sab baatein hoti hain to shuru mein maine</w:t>
      </w:r>
    </w:p>
    <w:p>
      <w:pPr>
        <w:jc w:val="right"/>
      </w:pPr>
      <w:r>
        <w:t>مثلا دیکھیں میں جہاں بیٹھ کر کام کرتا ہوں وہ روڈ کے کنارے ہے تو وہاں پر برابر ٹریفک چلتا ہے ہارن بجتا ہے یہ سب باتیں ہوتی ہیں تو شروع میں میں نے</w:t>
      </w:r>
    </w:p>
    <w:p>
      <w:r>
        <w:rPr>
          <w:b/>
        </w:rPr>
        <w:t xml:space="preserve">[42:06] </w:t>
      </w:r>
      <w:r>
        <w:t>bahut zyada disturb hota tha phir maine socha ke yeh to hoga</w:t>
      </w:r>
    </w:p>
    <w:p>
      <w:pPr>
        <w:jc w:val="right"/>
      </w:pPr>
      <w:r>
        <w:t>بہت زیادہ disturb ہوتا تھا پھر میں نے سوچا کہ یہ تو ہوگا</w:t>
      </w:r>
    </w:p>
    <w:p>
      <w:r>
        <w:rPr>
          <w:b/>
        </w:rPr>
        <w:t xml:space="preserve">[42:16] </w:t>
      </w:r>
      <w:r>
        <w:t>yeh sadak koi badi sadak to hai nahi to dheere dheere mein used to ho gaya ab is</w:t>
      </w:r>
    </w:p>
    <w:p>
      <w:pPr>
        <w:jc w:val="right"/>
      </w:pPr>
      <w:r>
        <w:t>یہ سڑک کوئی بڑی سڑک تو ہے نہیں تو دھیرے دھیرے میں used to ہو گیا اب اس</w:t>
      </w:r>
    </w:p>
    <w:p>
      <w:r>
        <w:rPr>
          <w:b/>
        </w:rPr>
        <w:t xml:space="preserve">[42:23] </w:t>
      </w:r>
      <w:r>
        <w:t>same road par ab mein kaam karta rehta hoon distraction ke baghair to jab distraction ki baat ki</w:t>
      </w:r>
    </w:p>
    <w:p>
      <w:pPr>
        <w:jc w:val="right"/>
      </w:pPr>
      <w:r>
        <w:t>same road پر اب میں کام کرتا رہتا ہوں distraction کے بغیر تو جب distraction کی بات کی</w:t>
      </w:r>
    </w:p>
    <w:p>
      <w:r>
        <w:rPr>
          <w:b/>
        </w:rPr>
        <w:t xml:space="preserve">[42:32] </w:t>
      </w:r>
      <w:r>
        <w:t>jati hai to is ka matlab yeh nahi hota yaad rakhiye</w:t>
      </w:r>
    </w:p>
    <w:p>
      <w:pPr>
        <w:jc w:val="right"/>
      </w:pPr>
      <w:r>
        <w:t>جاتی ہے تو اس کا مطلب یہ نہیں ہوتا یاد رکھیے</w:t>
      </w:r>
    </w:p>
    <w:p>
      <w:r>
        <w:rPr>
          <w:b/>
        </w:rPr>
        <w:t xml:space="preserve">[42:37] </w:t>
      </w:r>
      <w:r>
        <w:t>ke distraction ka khatma</w:t>
      </w:r>
    </w:p>
    <w:p>
      <w:pPr>
        <w:jc w:val="right"/>
      </w:pPr>
      <w:r>
        <w:t>کہ distraction کا خاتمہ</w:t>
      </w:r>
    </w:p>
    <w:p>
      <w:r>
        <w:rPr>
          <w:b/>
        </w:rPr>
        <w:t xml:space="preserve">[42:41] </w:t>
      </w:r>
      <w:r>
        <w:t>distraction ko manage karna</w:t>
      </w:r>
    </w:p>
    <w:p>
      <w:pPr>
        <w:jc w:val="right"/>
      </w:pPr>
      <w:r>
        <w:t>distraction کو manage کرنا</w:t>
      </w:r>
    </w:p>
    <w:p>
      <w:r>
        <w:rPr>
          <w:b/>
        </w:rPr>
        <w:t xml:space="preserve">[42:47] </w:t>
      </w:r>
      <w:r>
        <w:t>aap ko yeh yeh janna chahiye yeh art ke kaise distraction ko</w:t>
      </w:r>
    </w:p>
    <w:p>
      <w:pPr>
        <w:jc w:val="right"/>
      </w:pPr>
      <w:r>
        <w:t>آپ کو یہ یہ جاننا چاہیے یہ art کہ کیسے distraction کو</w:t>
      </w:r>
    </w:p>
    <w:p>
      <w:r>
        <w:rPr>
          <w:b/>
        </w:rPr>
        <w:t xml:space="preserve">[42:56] </w:t>
      </w:r>
      <w:r>
        <w:t>manage kiya jaye</w:t>
      </w:r>
    </w:p>
    <w:p>
      <w:pPr>
        <w:jc w:val="right"/>
      </w:pPr>
      <w:r>
        <w:t>manage کیا جائے</w:t>
      </w:r>
    </w:p>
    <w:p>
      <w:r>
        <w:rPr>
          <w:b/>
        </w:rPr>
        <w:t xml:space="preserve">[43:01] </w:t>
      </w:r>
      <w:r>
        <w:t>kaise distraction ko manage kiya jaye woh har ek ke bas mein hai woh kisi ke liye bas se bahar nahi hai</w:t>
      </w:r>
    </w:p>
    <w:p>
      <w:pPr>
        <w:jc w:val="right"/>
      </w:pPr>
      <w:r>
        <w:t>کیسے distraction کو manage کیا جائے وہ ہر ایک کے بس میں ہے وہ کسی کے لیے بس سے باہر نہیں ہے</w:t>
      </w:r>
    </w:p>
    <w:p>
      <w:r>
        <w:rPr>
          <w:b/>
        </w:rPr>
        <w:t xml:space="preserve">[43:15] </w:t>
      </w:r>
      <w:r>
        <w:t>maulana kuch aur comments aaye hain woh lena chahenge aamir mori sahab ne guwa se likha hai</w:t>
      </w:r>
    </w:p>
    <w:p>
      <w:pPr>
        <w:jc w:val="right"/>
      </w:pPr>
      <w:r>
        <w:t>مولانا کچھ اور کمنٹس آئے ہیں وہ لینا چاہیں گے عامر موری صاحب نے گوا سے لکھا ہے</w:t>
      </w:r>
    </w:p>
    <w:p>
      <w:r>
        <w:rPr>
          <w:b/>
        </w:rPr>
        <w:t xml:space="preserve">[43:21] </w:t>
      </w:r>
      <w:r>
        <w:t>i got to know something today which was bothering me a lot and i was not able to</w:t>
      </w:r>
    </w:p>
    <w:p>
      <w:pPr>
        <w:jc w:val="right"/>
      </w:pPr>
      <w:r>
        <w:t>I got to know something today which was bothering me a lot and I was not able to</w:t>
      </w:r>
    </w:p>
    <w:p>
      <w:r>
        <w:rPr>
          <w:b/>
        </w:rPr>
        <w:t xml:space="preserve">[43:27] </w:t>
      </w:r>
      <w:r>
        <w:t>get answers to my problems</w:t>
      </w:r>
    </w:p>
    <w:p>
      <w:pPr>
        <w:jc w:val="right"/>
      </w:pPr>
      <w:r>
        <w:t>get answers to my problems</w:t>
      </w:r>
    </w:p>
    <w:p>
      <w:r>
        <w:rPr>
          <w:b/>
        </w:rPr>
        <w:t xml:space="preserve">[43:29] </w:t>
      </w:r>
      <w:r>
        <w:t>maulana i was not aware about the concept of non-crippling challenges i am delighted to understand this concept</w:t>
      </w:r>
    </w:p>
    <w:p>
      <w:pPr>
        <w:jc w:val="right"/>
      </w:pPr>
      <w:r>
        <w:t>مولانا I was not aware about the concept of non-crippling challenges I am delighted to understand this concept</w:t>
      </w:r>
    </w:p>
    <w:p>
      <w:r>
        <w:rPr>
          <w:b/>
        </w:rPr>
        <w:t xml:space="preserve">[43:38] </w:t>
      </w:r>
      <w:r>
        <w:t>for the first time that non-crippling challenges are actually the blessings from god to make us strong and</w:t>
      </w:r>
    </w:p>
    <w:p>
      <w:pPr>
        <w:jc w:val="right"/>
      </w:pPr>
      <w:r>
        <w:t>for the first time that non-crippling challenges are actually the blessings from God to make us strong and</w:t>
      </w:r>
    </w:p>
    <w:p>
      <w:r>
        <w:rPr>
          <w:b/>
        </w:rPr>
        <w:t xml:space="preserve">[43:45] </w:t>
      </w:r>
      <w:r>
        <w:t>more developed to face the bigger challenges of life also I got to know today that essence of</w:t>
      </w:r>
    </w:p>
    <w:p>
      <w:pPr>
        <w:jc w:val="right"/>
      </w:pPr>
      <w:r>
        <w:t>more developed to face the bigger challenges of life also I got to know today that essence of</w:t>
      </w:r>
    </w:p>
    <w:p>
      <w:r>
        <w:rPr>
          <w:b/>
        </w:rPr>
        <w:t xml:space="preserve">[43:52] </w:t>
      </w:r>
      <w:r>
        <w:t>style of the quran is to make a reader creative so that he discovers hidden wisdom from the</w:t>
      </w:r>
    </w:p>
    <w:p>
      <w:pPr>
        <w:jc w:val="right"/>
      </w:pPr>
      <w:r>
        <w:t>style of the قرآن is to make a reader creative so that he discovers hidden wisdom from the</w:t>
      </w:r>
    </w:p>
    <w:p>
      <w:r>
        <w:rPr>
          <w:b/>
        </w:rPr>
        <w:t xml:space="preserve">[43:59] </w:t>
      </w:r>
      <w:r>
        <w:t>divine message thank</w:t>
      </w:r>
    </w:p>
    <w:p>
      <w:pPr>
        <w:jc w:val="right"/>
      </w:pPr>
      <w:r>
        <w:t>divine message thank</w:t>
      </w:r>
    </w:p>
    <w:p>
      <w:r>
        <w:rPr>
          <w:b/>
        </w:rPr>
        <w:t xml:space="preserve">[44:00] </w:t>
      </w:r>
      <w:r>
        <w:t>you so much Maulana your every talk is like a spiritual medicine for all</w:t>
      </w:r>
    </w:p>
    <w:p>
      <w:pPr>
        <w:jc w:val="right"/>
      </w:pPr>
      <w:r>
        <w:t>you so much مولانا your every talk is like a spiritual medicine for all</w:t>
      </w:r>
    </w:p>
    <w:p>
      <w:r>
        <w:rPr>
          <w:b/>
        </w:rPr>
        <w:t xml:space="preserve">[44:06] </w:t>
      </w:r>
      <w:r>
        <w:t>of us may God bless you</w:t>
      </w:r>
    </w:p>
    <w:p>
      <w:pPr>
        <w:jc w:val="right"/>
      </w:pPr>
      <w:r>
        <w:t>of us may God bless you</w:t>
      </w:r>
    </w:p>
    <w:p>
      <w:r>
        <w:rPr>
          <w:b/>
        </w:rPr>
        <w:t xml:space="preserve">[44:10] </w:t>
      </w:r>
      <w:r>
        <w:t>iqbal je iqbal faraz sahib ne likha hai comment un ki location hai west bengal unhon ne likha</w:t>
      </w:r>
    </w:p>
    <w:p>
      <w:pPr>
        <w:jc w:val="right"/>
      </w:pPr>
      <w:r>
        <w:t>اقبال جے اقبال فراز صاحب نے لکھا ہے کمنٹ ان کی location ہے west بنگال انہوں نے لکھا</w:t>
      </w:r>
    </w:p>
    <w:p>
      <w:r>
        <w:rPr>
          <w:b/>
        </w:rPr>
        <w:t xml:space="preserve">[44:17] </w:t>
      </w:r>
      <w:r>
        <w:t>hai muslim sirf traditional ban kar reh gaye hain is liye tadabbur aur tafakkur ki salahiyat khatm ho</w:t>
      </w:r>
    </w:p>
    <w:p>
      <w:pPr>
        <w:jc w:val="right"/>
      </w:pPr>
      <w:r>
        <w:t>ہے مسلم صرف traditional بن کر رہ گئے ہیں اس لیے تدبر اور تفکر کی صلاحیت ختم ہو</w:t>
      </w:r>
    </w:p>
    <w:p>
      <w:r>
        <w:rPr>
          <w:b/>
        </w:rPr>
        <w:t xml:space="preserve">[44:25] </w:t>
      </w:r>
      <w:r>
        <w:t>chuki hai aap ki books mind ko unfold karne ke liye bohat zaroori hai madrasa ko aap ki</w:t>
      </w:r>
    </w:p>
    <w:p>
      <w:pPr>
        <w:jc w:val="right"/>
      </w:pPr>
      <w:r>
        <w:t>چکی ہے آپ کی books mind کو unfold کرنے کے لیے بہت ضروری ہے مدرسہ کو آپ کی</w:t>
      </w:r>
    </w:p>
    <w:p>
      <w:r>
        <w:rPr>
          <w:b/>
        </w:rPr>
        <w:t xml:space="preserve">[44:33] </w:t>
      </w:r>
      <w:r>
        <w:t>kitabein apne nisaab mein shamil karni chahiye</w:t>
      </w:r>
    </w:p>
    <w:p>
      <w:pPr>
        <w:jc w:val="right"/>
      </w:pPr>
      <w:r>
        <w:t>کتابیں اپنے نصاب میں شامل کرنی چاہیے</w:t>
      </w:r>
    </w:p>
    <w:p>
      <w:r>
        <w:rPr>
          <w:b/>
        </w:rPr>
        <w:t xml:space="preserve">[44:39] </w:t>
      </w:r>
      <w:r>
        <w:t>Fahad Khan Sahab ne Noida se likha hai, my takeaway from today's lectures are we have to</w:t>
      </w:r>
    </w:p>
    <w:p>
      <w:pPr>
        <w:jc w:val="right"/>
      </w:pPr>
      <w:r>
        <w:t>فہد خان صاحب نے نوئیڈا سے لکھا ہے my take away from today's lectures are we have to</w:t>
      </w:r>
    </w:p>
    <w:p>
      <w:r>
        <w:rPr>
          <w:b/>
        </w:rPr>
        <w:t xml:space="preserve">[44:45] </w:t>
      </w:r>
      <w:r>
        <w:t>read the quran with creativity and uncover its hidden meanings so that we can seek correct guidance from</w:t>
      </w:r>
    </w:p>
    <w:p>
      <w:pPr>
        <w:jc w:val="right"/>
      </w:pPr>
      <w:r>
        <w:t>read the قرآن with creativity and uncover its hidden meanings so that we can seek correct guidance from</w:t>
      </w:r>
    </w:p>
    <w:p>
      <w:r>
        <w:rPr>
          <w:b/>
        </w:rPr>
        <w:t xml:space="preserve">[44:53] </w:t>
      </w:r>
      <w:r>
        <w:t>the quran second we have to</w:t>
      </w:r>
    </w:p>
    <w:p>
      <w:pPr>
        <w:jc w:val="right"/>
      </w:pPr>
      <w:r>
        <w:t>the قرآن second we have to</w:t>
      </w:r>
    </w:p>
    <w:p>
      <w:r>
        <w:rPr>
          <w:b/>
        </w:rPr>
        <w:t xml:space="preserve">[44:56] </w:t>
      </w:r>
      <w:r>
        <w:t>convert our problems into opportunity Maulana agla sawal Lucknow se aaya hai Ahmad Mehboob sahib ne likha hai un ka sawal hai Maulana you said in today's lecture that if the problem is not crippling then it is for our own good</w:t>
      </w:r>
    </w:p>
    <w:p>
      <w:pPr>
        <w:jc w:val="right"/>
      </w:pPr>
      <w:r>
        <w:t>convert our problems into opportunity مولانا اگلا سوال لکھنؤ سے آیا ہے احمد محضبہ صاحب نے لکھا ہے ان کا سوال ہے مولانا you said in today's lecture that if the problem is not crippling then it is for our own good</w:t>
      </w:r>
    </w:p>
    <w:p>
      <w:r>
        <w:rPr>
          <w:b/>
        </w:rPr>
        <w:t xml:space="preserve">[45:18] </w:t>
      </w:r>
      <w:r>
        <w:t>Maulana my question is how to handle a problem if the person has become a cripple is there hope for such cripple person</w:t>
      </w:r>
    </w:p>
    <w:p>
      <w:pPr>
        <w:jc w:val="right"/>
      </w:pPr>
      <w:r>
        <w:t>مولانا my question is how to handle a problem if the person has become a cripple is there hope for such cripple person</w:t>
      </w:r>
    </w:p>
    <w:p>
      <w:r>
        <w:rPr>
          <w:b/>
        </w:rPr>
        <w:t xml:space="preserve">[45:26] </w:t>
      </w:r>
      <w:r>
        <w:t>also</w:t>
      </w:r>
    </w:p>
    <w:p>
      <w:pPr>
        <w:jc w:val="right"/>
      </w:pPr>
      <w:r>
        <w:t>also</w:t>
      </w:r>
    </w:p>
    <w:p>
      <w:r>
        <w:rPr>
          <w:b/>
        </w:rPr>
        <w:t xml:space="preserve">[45:30] </w:t>
      </w:r>
      <w:r>
        <w:t>yahan tak baat nahi jana zindagi ko ke</w:t>
      </w:r>
    </w:p>
    <w:p>
      <w:pPr>
        <w:jc w:val="right"/>
      </w:pPr>
      <w:r>
        <w:t>یہاں تک بات نہیں جانا زندگی کو کہ</w:t>
      </w:r>
    </w:p>
    <w:p>
      <w:r>
        <w:rPr>
          <w:b/>
        </w:rPr>
        <w:t xml:space="preserve">[45:36] </w:t>
      </w:r>
      <w:r>
        <w:t>crippling children aur non-crippling mein sirf ek farq hai woh yeh</w:t>
      </w:r>
    </w:p>
    <w:p>
      <w:pPr>
        <w:jc w:val="right"/>
      </w:pPr>
      <w:r>
        <w:t>crippling children اور non-crippling میں صرف ایک فرق ہے وہ یہ</w:t>
      </w:r>
    </w:p>
    <w:p>
      <w:r>
        <w:rPr>
          <w:b/>
        </w:rPr>
        <w:t xml:space="preserve">[45:43] </w:t>
      </w:r>
      <w:r>
        <w:t>ke crippling children aksar</w:t>
      </w:r>
    </w:p>
    <w:p>
      <w:pPr>
        <w:jc w:val="right"/>
      </w:pPr>
      <w:r>
        <w:t>کہ crippling children اکثر</w:t>
      </w:r>
    </w:p>
    <w:p>
      <w:r>
        <w:rPr>
          <w:b/>
        </w:rPr>
        <w:t xml:space="preserve">[45:46] </w:t>
      </w:r>
      <w:r>
        <w:t>bataur total stress mein crippling kar deta hai mawaqe ko khatm kar deta hai lekin non-crippling mein mawaqe</w:t>
      </w:r>
    </w:p>
    <w:p>
      <w:pPr>
        <w:jc w:val="right"/>
      </w:pPr>
      <w:r>
        <w:t>بظاہر total stress میں crippling کر دیتا ہے مواقع کو ختم کر دیتا ہے لیکن non-crippling میں مواقع</w:t>
      </w:r>
    </w:p>
    <w:p>
      <w:r>
        <w:rPr>
          <w:b/>
        </w:rPr>
        <w:t xml:space="preserve">[45:56] </w:t>
      </w:r>
      <w:r>
        <w:t>baqi rehte hain to crippling children bhi aap ko total stress mein khatm nahi karta</w:t>
      </w:r>
    </w:p>
    <w:p>
      <w:pPr>
        <w:jc w:val="right"/>
      </w:pPr>
      <w:r>
        <w:t>باقی رہتے ہیں تو crippling children بھی آپ کو total stress میں ختم نہیں کرتا</w:t>
      </w:r>
    </w:p>
    <w:p>
      <w:r>
        <w:rPr>
          <w:b/>
        </w:rPr>
        <w:t xml:space="preserve">[46:04] </w:t>
      </w:r>
      <w:r>
        <w:t>partial stress mein khatm karta hai</w:t>
      </w:r>
    </w:p>
    <w:p>
      <w:pPr>
        <w:jc w:val="right"/>
      </w:pPr>
      <w:r>
        <w:t>partial stress میں ختم کرتا ہے</w:t>
      </w:r>
    </w:p>
    <w:p>
      <w:r>
        <w:rPr>
          <w:b/>
        </w:rPr>
        <w:t xml:space="preserve">[46:08] </w:t>
      </w:r>
      <w:r>
        <w:t>partial stress mein jaise</w:t>
      </w:r>
    </w:p>
    <w:p>
      <w:pPr>
        <w:jc w:val="right"/>
      </w:pPr>
      <w:r>
        <w:t>partial stress میں جیسے</w:t>
      </w:r>
    </w:p>
    <w:p>
      <w:r>
        <w:rPr>
          <w:b/>
        </w:rPr>
        <w:t xml:space="preserve">[46:12] </w:t>
      </w:r>
      <w:r>
        <w:t>meet milton jo tha woh crippled</w:t>
      </w:r>
    </w:p>
    <w:p>
      <w:pPr>
        <w:jc w:val="right"/>
      </w:pPr>
      <w:r>
        <w:t>میٹ ملٹن جو تھا وہ crippled</w:t>
      </w:r>
    </w:p>
    <w:p>
      <w:r>
        <w:rPr>
          <w:b/>
        </w:rPr>
        <w:t xml:space="preserve">[46:15] </w:t>
      </w:r>
      <w:r>
        <w:t>ho gaya kya tha ek dam total andha pan ek dam andha ho gaya</w:t>
      </w:r>
    </w:p>
    <w:p>
      <w:pPr>
        <w:jc w:val="right"/>
      </w:pPr>
      <w:r>
        <w:t>ہو گیا کیا تھا ایک دم total اندھا پن ایک دم اندھا ہو گیا</w:t>
      </w:r>
    </w:p>
    <w:p>
      <w:r>
        <w:rPr>
          <w:b/>
        </w:rPr>
        <w:t xml:space="preserve">[46:24] </w:t>
      </w:r>
      <w:r>
        <w:t>to us ne kya kiya</w:t>
      </w:r>
    </w:p>
    <w:p>
      <w:pPr>
        <w:jc w:val="right"/>
      </w:pPr>
      <w:r>
        <w:t>تو اس نے کیا کیا</w:t>
      </w:r>
    </w:p>
    <w:p>
      <w:r>
        <w:rPr>
          <w:b/>
        </w:rPr>
        <w:t xml:space="preserve">[46:27] </w:t>
      </w:r>
      <w:r>
        <w:t>kya apne ghar ke ek family ke ek member ko</w:t>
      </w:r>
    </w:p>
    <w:p>
      <w:pPr>
        <w:jc w:val="right"/>
      </w:pPr>
      <w:r>
        <w:t>کیا اپنے گھر کے ایک family کے ایک ممبر کو</w:t>
      </w:r>
    </w:p>
    <w:p>
      <w:r>
        <w:rPr>
          <w:b/>
        </w:rPr>
        <w:t xml:space="preserve">[46:34] </w:t>
      </w:r>
      <w:r>
        <w:t>rakh liya apne paas aur dictate karne laga woh dictate karta tha woh likhta tha woh is tarah</w:t>
      </w:r>
    </w:p>
    <w:p>
      <w:pPr>
        <w:jc w:val="right"/>
      </w:pPr>
      <w:r>
        <w:t>رکھ لیا اپنے پاس اور dictate کرنے لگا وہ dictate کرتا تھا وہ لکھتا تھا وہ اس طرح</w:t>
      </w:r>
    </w:p>
    <w:p>
      <w:r>
        <w:rPr>
          <w:b/>
        </w:rPr>
        <w:t xml:space="preserve">[46:42] </w:t>
      </w:r>
      <w:r>
        <w:t>manage kiya us ne</w:t>
      </w:r>
    </w:p>
    <w:p>
      <w:pPr>
        <w:jc w:val="right"/>
      </w:pPr>
      <w:r>
        <w:t>manage کیا اس نے</w:t>
      </w:r>
    </w:p>
    <w:p>
      <w:r>
        <w:rPr>
          <w:b/>
        </w:rPr>
        <w:t xml:space="preserve">[46:44] </w:t>
      </w:r>
      <w:r>
        <w:t>to crippling children bhi manageable hota hai bashart ke aap ko</w:t>
      </w:r>
    </w:p>
    <w:p>
      <w:pPr>
        <w:jc w:val="right"/>
      </w:pPr>
      <w:r>
        <w:t>تو crippling children بھی manageable ہوتا ہے بشرط کہ آپ کو</w:t>
      </w:r>
    </w:p>
    <w:p>
      <w:r>
        <w:rPr>
          <w:b/>
        </w:rPr>
        <w:t xml:space="preserve">[46:52] </w:t>
      </w:r>
      <w:r>
        <w:t>sabr ho aap ke andar sabr zaroori hai maulana agla comment bheja hai mumbai se sajid anwar sahib</w:t>
      </w:r>
    </w:p>
    <w:p>
      <w:pPr>
        <w:jc w:val="right"/>
      </w:pPr>
      <w:r>
        <w:t>صبر ہو آپ کے اندر صبر ضروری ہے مولانا اگلا کمنٹ بھیجا ہے ممبئی سے ساجد انور صاحب</w:t>
      </w:r>
    </w:p>
    <w:p>
      <w:r>
        <w:rPr>
          <w:b/>
        </w:rPr>
        <w:t xml:space="preserve">[47:00] </w:t>
      </w:r>
      <w:r>
        <w:t>ne unhon</w:t>
      </w:r>
    </w:p>
    <w:p>
      <w:pPr>
        <w:jc w:val="right"/>
      </w:pPr>
      <w:r>
        <w:t>نے انہوں</w:t>
      </w:r>
    </w:p>
    <w:p>
      <w:r>
        <w:rPr>
          <w:b/>
        </w:rPr>
        <w:t xml:space="preserve">[47:01] </w:t>
      </w:r>
      <w:r>
        <w:t>ne likha hai Maulana you are the only aalim who has taught us how to derive the wisdom from the Quran while others emphasize on words you have taught us to read between the lines and derive wisdom from every possible incident around us</w:t>
      </w:r>
    </w:p>
    <w:p>
      <w:pPr>
        <w:jc w:val="right"/>
      </w:pPr>
      <w:r>
        <w:t>نے لکھا ہے مولانا you are the only عالم who has taught us how to derive the wisdom from the قرآن while others emphasize on words you have taught us to read between the lines and derive wisdom from every possible incident around us</w:t>
      </w:r>
    </w:p>
    <w:p>
      <w:r>
        <w:rPr>
          <w:b/>
        </w:rPr>
        <w:t xml:space="preserve">[47:19] </w:t>
      </w:r>
      <w:r>
        <w:t>jazak Allah Bangalore team jo collectively dekh rahi hai is program ko unhon ne likha hai Maulana aaj yeh baat samajh mein aayi ke hikmat ka matlab hai ke aadmi na likhe ko parhe mazkoor baaton ke zariye ghair mazkoor baaton ko jaane jazak Allah Maulana</w:t>
      </w:r>
    </w:p>
    <w:p>
      <w:pPr>
        <w:jc w:val="right"/>
      </w:pPr>
      <w:r>
        <w:t>جزاک اللہ بنگلور ٹیم جو collectively دیکھ رہی ہے اس program کو انہوں نے لکھا ہے مولانا آج یہ بات سمجھ میں آئی کہ حکمت کا مطلب ہے کہ آدمی نہ لکھے کو پڑھے مذکور باتوں کے ذریعے غیر مذکور باتوں کو جانے جزاک اللہ مولانا</w:t>
      </w:r>
    </w:p>
    <w:p>
      <w:r>
        <w:rPr>
          <w:b/>
        </w:rPr>
        <w:t xml:space="preserve">[47:43] </w:t>
      </w:r>
      <w:r>
        <w:t>Maulana ab agla sawal lena chahenge yeh sawal Merit se bheja hai Muhammad Imran sahib ne unhon ne likha hai what does Quran guides on managing problems in life</w:t>
      </w:r>
    </w:p>
    <w:p>
      <w:pPr>
        <w:jc w:val="right"/>
      </w:pPr>
      <w:r>
        <w:t>مولانا اب اگلا سوال لینا چاہیں گے یہ سوال میرٹ سے بھیجا ہے محمد عمران صاحب نے انہوں نے لکھا ہے what does قرآن guides on managing problems in life</w:t>
      </w:r>
    </w:p>
    <w:p>
      <w:r>
        <w:rPr>
          <w:b/>
        </w:rPr>
        <w:t xml:space="preserve">[47:58] </w:t>
      </w:r>
      <w:r>
        <w:t>people who commit suicide they do so because they are not able to manage the stress as it goes beyond their capacity to handle what does Quran say about managing problems aur stress in life</w:t>
      </w:r>
    </w:p>
    <w:p>
      <w:pPr>
        <w:jc w:val="right"/>
      </w:pPr>
      <w:r>
        <w:t>people who commit suicide they do so because they are not able to manage the stress as it goes beyond their capacity to handle what does قرآن say about managing problems اور stress in life</w:t>
      </w:r>
    </w:p>
    <w:p>
      <w:r>
        <w:rPr>
          <w:b/>
        </w:rPr>
        <w:t xml:space="preserve">[48:15] </w:t>
      </w:r>
      <w:r>
        <w:t>dekhen aap ka jo analysis hai woh sahi nahi hai</w:t>
      </w:r>
    </w:p>
    <w:p>
      <w:pPr>
        <w:jc w:val="right"/>
      </w:pPr>
      <w:r>
        <w:t>دیکھیں آپ کا جو analysis ہے وہ صحیح نہیں ہے</w:t>
      </w:r>
    </w:p>
    <w:p>
      <w:r>
        <w:rPr>
          <w:b/>
        </w:rPr>
        <w:t xml:space="preserve">[48:23] </w:t>
      </w:r>
      <w:r>
        <w:t>main ne apni aankh se aise dekhe hain jinho ne suicide kar liya tha lekin phir bhi woh</w:t>
      </w:r>
    </w:p>
    <w:p>
      <w:pPr>
        <w:jc w:val="right"/>
      </w:pPr>
      <w:r>
        <w:t>میں نے اپنی آنکھ سے ایسے دیکھے ہیں جنہوں نے suicide کر لیا تھا لیکن پھر بھی وہ</w:t>
      </w:r>
    </w:p>
    <w:p>
      <w:r>
        <w:rPr>
          <w:b/>
        </w:rPr>
        <w:t xml:space="preserve">[48:31] </w:t>
      </w:r>
      <w:r>
        <w:t>bach gaye to bare bare kaam mein apni aankh se dekha hai</w:t>
      </w:r>
    </w:p>
    <w:p>
      <w:pPr>
        <w:jc w:val="right"/>
      </w:pPr>
      <w:r>
        <w:t>بچ گئے تو بڑے بڑے کام میں اپنی آنکھ سے دیکھا ہے</w:t>
      </w:r>
    </w:p>
    <w:p>
      <w:r>
        <w:rPr>
          <w:b/>
        </w:rPr>
        <w:t xml:space="preserve">[48:37] </w:t>
      </w:r>
      <w:r>
        <w:t>to asal masla unawareness hai koi cheez bhi unmanageable nahi hoti</w:t>
      </w:r>
    </w:p>
    <w:p>
      <w:pPr>
        <w:jc w:val="right"/>
      </w:pPr>
      <w:r>
        <w:t>تو اصل مسئلہ unawareness ہے کوئی چیز بھی unmanageable نہیں ہوتی</w:t>
      </w:r>
    </w:p>
    <w:p>
      <w:r>
        <w:rPr>
          <w:b/>
        </w:rPr>
        <w:t xml:space="preserve">[48:47] </w:t>
      </w:r>
      <w:r>
        <w:t>lekin aadmi unaware ho jata hai is se masle paida hote hain</w:t>
      </w:r>
    </w:p>
    <w:p>
      <w:pPr>
        <w:jc w:val="right"/>
      </w:pPr>
      <w:r>
        <w:t>لیکن آدمی unaware ہو جاتا ہے اس سے مسئلے پیدا ہوتے ہیں</w:t>
      </w:r>
    </w:p>
    <w:p>
      <w:r>
        <w:rPr>
          <w:b/>
        </w:rPr>
        <w:t xml:space="preserve">[48:53] </w:t>
      </w:r>
      <w:r>
        <w:t>mera tajurba yeh hai ke asal masla sare mamlaat mein yahi hai unawareness</w:t>
      </w:r>
    </w:p>
    <w:p>
      <w:pPr>
        <w:jc w:val="right"/>
      </w:pPr>
      <w:r>
        <w:t>میرا تجربہ یہ ہے کہ اصل مسئلہ سارے معاملات میں یہی ہے unawareness</w:t>
      </w:r>
    </w:p>
    <w:p>
      <w:r>
        <w:rPr>
          <w:b/>
        </w:rPr>
        <w:t xml:space="preserve">[49:03] </w:t>
      </w:r>
      <w:r>
        <w:t>unaware hona</w:t>
      </w:r>
    </w:p>
    <w:p>
      <w:pPr>
        <w:jc w:val="right"/>
      </w:pPr>
      <w:r>
        <w:t>unaware ہونا</w:t>
      </w:r>
    </w:p>
    <w:p>
      <w:r>
        <w:rPr>
          <w:b/>
        </w:rPr>
        <w:t xml:space="preserve">[49:10] </w:t>
      </w:r>
      <w:r>
        <w:t>molana agla sawal umm ashad ne kiya hai chennai se unho ne likha hai</w:t>
      </w:r>
    </w:p>
    <w:p>
      <w:pPr>
        <w:jc w:val="right"/>
      </w:pPr>
      <w:r>
        <w:t>مولانا اگلا سوال ام اشاد نے کیا ہے چنئی سے انہوں نے لکھا ہے</w:t>
      </w:r>
    </w:p>
    <w:p>
      <w:r>
        <w:rPr>
          <w:b/>
        </w:rPr>
        <w:t xml:space="preserve">[49:17] </w:t>
      </w:r>
      <w:r>
        <w:t>khule zehan ke sath samajhne ke liye aap ka literature audio aur al risala ka mutala bohat zaroori hai</w:t>
      </w:r>
    </w:p>
    <w:p>
      <w:pPr>
        <w:jc w:val="right"/>
      </w:pPr>
      <w:r>
        <w:t>کھلے ذہن کے ساتھ سمجھنے کے لیے آپ کا literature آڈیو اور الرسالہ کا مطالعہ بہت ضروری ہے</w:t>
      </w:r>
    </w:p>
    <w:p>
      <w:r>
        <w:rPr>
          <w:b/>
        </w:rPr>
        <w:t xml:space="preserve">[49:25] </w:t>
      </w:r>
      <w:r>
        <w:t>misal ke taur par main musalsal do saal se al risala aur aap ke sunday lectures aur doosri kitabon</w:t>
      </w:r>
    </w:p>
    <w:p>
      <w:pPr>
        <w:jc w:val="right"/>
      </w:pPr>
      <w:r>
        <w:t>مثال کے طور پر میں مسلسل دو سال سے الرسالہ اور آپ کے Sunday lectures اور دوسری کتابوں</w:t>
      </w:r>
    </w:p>
    <w:p>
      <w:r>
        <w:rPr>
          <w:b/>
        </w:rPr>
        <w:t xml:space="preserve">[49:33] </w:t>
      </w:r>
      <w:r>
        <w:t>ka mutala kar rahi hoon is ke baad jab maine paanch mahine se tazkir ul quran ko parhna</w:t>
      </w:r>
    </w:p>
    <w:p>
      <w:pPr>
        <w:jc w:val="right"/>
      </w:pPr>
      <w:r>
        <w:t>کا مطالعہ کر رہی ہوں اس کے بعد جب میں نے پانچ مہینے سے تذکر القرآن کو پڑھنا</w:t>
      </w:r>
    </w:p>
    <w:p>
      <w:r>
        <w:rPr>
          <w:b/>
        </w:rPr>
        <w:t xml:space="preserve">[49:40] </w:t>
      </w:r>
      <w:r>
        <w:t>shuru kiya to mujhe aik aik cheez samajh aa rahi hai alhamdulillah jazak allah molana dua karen mere</w:t>
      </w:r>
    </w:p>
    <w:p>
      <w:pPr>
        <w:jc w:val="right"/>
      </w:pPr>
      <w:r>
        <w:t>شروع کیا تو مجھے ایک ایک چیز سمجھ آ رہی ہے الحمدللہ جزاک اللہ مولانا دعا کریں میرے</w:t>
      </w:r>
    </w:p>
    <w:p>
      <w:r>
        <w:rPr>
          <w:b/>
        </w:rPr>
        <w:t xml:space="preserve">[49:49] </w:t>
      </w:r>
      <w:r>
        <w:t>liye</w:t>
      </w:r>
    </w:p>
    <w:p>
      <w:pPr>
        <w:jc w:val="right"/>
      </w:pPr>
      <w:r>
        <w:t>لیے</w:t>
      </w:r>
    </w:p>
    <w:p>
      <w:r>
        <w:rPr>
          <w:b/>
        </w:rPr>
        <w:t xml:space="preserve">[49:52] </w:t>
      </w:r>
      <w:r>
        <w:t>inshallah molana agla sawal a kanpur se hai shakeel sahab ne kiya hai unho ne aap se poocha</w:t>
      </w:r>
    </w:p>
    <w:p>
      <w:pPr>
        <w:jc w:val="right"/>
      </w:pPr>
      <w:r>
        <w:t>انشاءاللہ مولانا اگلا سوال آ کانپور سے ہے شکیل صاحب نے کیا ہے انہوں نے آپ سے پوچھا</w:t>
      </w:r>
    </w:p>
    <w:p>
      <w:r>
        <w:rPr>
          <w:b/>
        </w:rPr>
        <w:t xml:space="preserve">[50:01] </w:t>
      </w:r>
      <w:r>
        <w:t>hai ke kya tawassum aur tadabbur aik hi cheez hai is is ka difference a tafseel mein batayen</w:t>
      </w:r>
    </w:p>
    <w:p>
      <w:pPr>
        <w:jc w:val="right"/>
      </w:pPr>
      <w:r>
        <w:t>ہے کہ کیا توسم اور تدبر ایک ہی چیز ہے اس اس کا difference آ تفصیل میں بتائیں</w:t>
      </w:r>
    </w:p>
    <w:p>
      <w:r>
        <w:rPr>
          <w:b/>
        </w:rPr>
        <w:t xml:space="preserve">[50:10] </w:t>
      </w:r>
      <w:r>
        <w:t>nahi aik hi cheez to nahi hai lekin milta julta hai main kar sakta hoon</w:t>
      </w:r>
    </w:p>
    <w:p>
      <w:pPr>
        <w:jc w:val="right"/>
      </w:pPr>
      <w:r>
        <w:t>نہیں ایک ہی چیز تو نہیں ہے لیکن ملتا جلتا ہے میں کر سکتا ہوں</w:t>
      </w:r>
    </w:p>
    <w:p>
      <w:r>
        <w:rPr>
          <w:b/>
        </w:rPr>
        <w:t xml:space="preserve">[50:18] </w:t>
      </w:r>
      <w:r>
        <w:t>is mein to bohat likha hai hum ne al risala mein tawassum aur tadabbur par kitab marifat kitab marifat</w:t>
      </w:r>
    </w:p>
    <w:p>
      <w:pPr>
        <w:jc w:val="right"/>
      </w:pPr>
      <w:r>
        <w:t>اس میں تو بہت لکھا ہے ہم نے الرسالہ میں توسم اور تدبر پر کتاب معرفت کتاب معرفت</w:t>
      </w:r>
    </w:p>
    <w:p>
      <w:r>
        <w:rPr>
          <w:b/>
        </w:rPr>
        <w:t xml:space="preserve">[50:26] </w:t>
      </w:r>
      <w:r>
        <w:t>jo kitab hai moti si us ko aap parhiye bohat misalen is ke andar hain</w:t>
      </w:r>
    </w:p>
    <w:p>
      <w:pPr>
        <w:jc w:val="right"/>
      </w:pPr>
      <w:r>
        <w:t>جو کتاب ہے موٹی سی اس کو آپ پڑھیے بہت مثالیں اس کے اندر ہیں</w:t>
      </w:r>
    </w:p>
    <w:p>
      <w:r>
        <w:rPr>
          <w:b/>
        </w:rPr>
        <w:t xml:space="preserve">[50:38] </w:t>
      </w:r>
      <w:r>
        <w:t>Miss Sahar Saleem ne Delhi se likha hai my take away from today's lecture creative thinking is not a talent it is a skill that can be learned every problem comes with opportunity one who has understood the real essence of Quran and discovered the hidden can nourish self thank you Maulana sahib</w:t>
      </w:r>
    </w:p>
    <w:p>
      <w:pPr>
        <w:jc w:val="right"/>
      </w:pPr>
      <w:r>
        <w:t>مس سحر سلیم نے دلی سے لکھا ہے my take away from today's lecture creative thinking is not a talent it is a skill that can be learned every problem comes with opportunity one who has understood the real essence of قرآن and discovered the hidden can nourish self thank you مولانا صاحب</w:t>
      </w:r>
    </w:p>
    <w:p>
      <w:r>
        <w:rPr>
          <w:b/>
        </w:rPr>
        <w:t xml:space="preserve">[51:07] </w:t>
      </w:r>
      <w:r>
        <w:t>Sahib Ali sahib sahib Ali Khan sahib ne Bihar se likha hai a problem can be converted into opportunity incredible</w:t>
      </w:r>
    </w:p>
    <w:p>
      <w:pPr>
        <w:jc w:val="right"/>
      </w:pPr>
      <w:r>
        <w:t>صاحب علی صاحب صاحب علی خان صاحب نے بہار سے لکھا ہے a problem can be converted into opportunity incredible</w:t>
      </w:r>
    </w:p>
    <w:p>
      <w:r>
        <w:rPr>
          <w:b/>
        </w:rPr>
        <w:t xml:space="preserve">[51:15] </w:t>
      </w:r>
      <w:r>
        <w:t>thank you so much Maulana for this concept either to unknown to me jazak Allah Maulana agla sawal bheja hai Riyaz Bhatt sahib ne</w:t>
      </w:r>
    </w:p>
    <w:p>
      <w:pPr>
        <w:jc w:val="right"/>
      </w:pPr>
      <w:r>
        <w:t>thank you so much مولانا for this concept either to unknown to me جزاک اللہ مولانا اگلا آ سوال بھیجا ہے ریاض بھٹ صاحب نے</w:t>
      </w:r>
    </w:p>
    <w:p>
      <w:r>
        <w:rPr>
          <w:b/>
        </w:rPr>
        <w:t xml:space="preserve">[51:31] </w:t>
      </w:r>
      <w:r>
        <w:t>bangalore se unho ne likha hai molana sahib if i could correctly understand the explanation of kitab and</w:t>
      </w:r>
    </w:p>
    <w:p>
      <w:pPr>
        <w:jc w:val="right"/>
      </w:pPr>
      <w:r>
        <w:t>بنگلور سے انہوں نے لکھا ہے مولانا صاحب if I could correctly understand the explanation of کتاب and</w:t>
      </w:r>
    </w:p>
    <w:p>
      <w:r>
        <w:rPr>
          <w:b/>
        </w:rPr>
        <w:t xml:space="preserve">[51:38] </w:t>
      </w:r>
      <w:r>
        <w:t>hikmah it is that the quran is divine message which addresses the mankind in hints and quotes and</w:t>
      </w:r>
    </w:p>
    <w:p>
      <w:pPr>
        <w:jc w:val="right"/>
      </w:pPr>
      <w:r>
        <w:t>حکمہ it is that the قرآن is divine message which addresses the mankind in hints and quotes and</w:t>
      </w:r>
    </w:p>
    <w:p>
      <w:r>
        <w:rPr>
          <w:b/>
        </w:rPr>
        <w:t xml:space="preserve">[51:48] </w:t>
      </w:r>
      <w:r>
        <w:t>the human intellect has to explore the messages given in these hints and quotes for application in given</w:t>
      </w:r>
    </w:p>
    <w:p>
      <w:pPr>
        <w:jc w:val="right"/>
      </w:pPr>
      <w:r>
        <w:t>the human intellect has to explore the messages given in these hints and quotes for application in given</w:t>
      </w:r>
    </w:p>
    <w:p>
      <w:r>
        <w:rPr>
          <w:b/>
        </w:rPr>
        <w:t xml:space="preserve">[51:56] </w:t>
      </w:r>
      <w:r>
        <w:t>circumstances molana sahib have i got this correct</w:t>
      </w:r>
    </w:p>
    <w:p>
      <w:pPr>
        <w:jc w:val="right"/>
      </w:pPr>
      <w:r>
        <w:t>circumstances مولانا صاحب have I got this correct</w:t>
      </w:r>
    </w:p>
    <w:p>
      <w:r>
        <w:rPr>
          <w:b/>
        </w:rPr>
        <w:t xml:space="preserve">[52:06] </w:t>
      </w:r>
      <w:r>
        <w:t>haan theek hai mere khayal mein is mein koi be theek baat to hai nahi</w:t>
      </w:r>
    </w:p>
    <w:p>
      <w:pPr>
        <w:jc w:val="right"/>
      </w:pPr>
      <w:r>
        <w:t>ہاں ٹھیک ہے میرے خیال میں اس میں کوئی بے ٹھیک بات تو ہے نہیں</w:t>
      </w:r>
    </w:p>
    <w:p>
      <w:r>
        <w:rPr>
          <w:b/>
        </w:rPr>
        <w:t xml:space="preserve">[52:15] </w:t>
      </w:r>
      <w:r>
        <w:t>Maulana agla sawal Dubai se aaya hai Zubair Iqbal sahib ne kiya hai unhon ne likha hai Maulana people think recitation of Quran in Arabic is more important than reading of the Quran they maintain recitation will purify the house and keep the Saturn away</w:t>
      </w:r>
    </w:p>
    <w:p>
      <w:pPr>
        <w:jc w:val="right"/>
      </w:pPr>
      <w:r>
        <w:t>مولانا اگلا سوال دبئی سے آیا ہے آ زبیر اقبال صاحب نے کیا ہے انہوں نے لکھا ہے مولانا people think recitation of قرآن in Arabic is more important than reading of the قرآن they maintain recitation will purify the house and keep the Saturn away</w:t>
      </w:r>
    </w:p>
    <w:p>
      <w:r>
        <w:rPr>
          <w:b/>
        </w:rPr>
        <w:t xml:space="preserve">[52:38] </w:t>
      </w:r>
      <w:r>
        <w:t>Maulana is this correct that recitation will save us from the Saturn what is your opin</w:t>
      </w:r>
    </w:p>
    <w:p>
      <w:pPr>
        <w:jc w:val="right"/>
      </w:pPr>
      <w:r>
        <w:t>مولانا is this correct that recitation will save us from the Saturn what is your opin</w:t>
      </w:r>
    </w:p>
    <w:p>
      <w:r>
        <w:rPr>
          <w:b/>
        </w:rPr>
        <w:t xml:space="preserve">[52:44] </w:t>
      </w:r>
      <w:r>
        <w:t>on on this. یہ ہنڈرڈ پرسنٹ غلط ہے کہیں نہ قرآن میں ایسا آیا نہ حدیث میں ہے</w:t>
      </w:r>
    </w:p>
    <w:p>
      <w:pPr>
        <w:jc w:val="right"/>
      </w:pPr>
      <w:r>
        <w:t>ion on this یہ ہنڈرڈ پرسنٹ غلط ہے کہیں نہ قرآن میں ایسا آیا نہ حدیث میں ہے</w:t>
      </w:r>
    </w:p>
    <w:p>
      <w:r>
        <w:rPr>
          <w:b/>
        </w:rPr>
        <w:t xml:space="preserve">[52:52] </w:t>
      </w:r>
      <w:r>
        <w:t>quran se is liye hai</w:t>
      </w:r>
    </w:p>
    <w:p>
      <w:pPr>
        <w:jc w:val="right"/>
      </w:pPr>
      <w:r>
        <w:t>قرآن سے اس لیے ہے</w:t>
      </w:r>
    </w:p>
    <w:p>
      <w:r>
        <w:rPr>
          <w:b/>
        </w:rPr>
        <w:t xml:space="preserve">[52:55] </w:t>
      </w:r>
      <w:r>
        <w:t>quran mein khud hai ke quran utara gaya hai ta ke</w:t>
      </w:r>
    </w:p>
    <w:p>
      <w:pPr>
        <w:jc w:val="right"/>
      </w:pPr>
      <w:r>
        <w:t>قرآن میں خود ہے کہ قرآن اتارا گیا ہے تاکہ</w:t>
      </w:r>
    </w:p>
    <w:p>
      <w:r>
        <w:rPr>
          <w:b/>
        </w:rPr>
        <w:t xml:space="preserve">[53:04] </w:t>
      </w:r>
      <w:r>
        <w:t>quran par tadabbur karen quran ko samjhen quran ke mani ko discover karen</w:t>
      </w:r>
    </w:p>
    <w:p>
      <w:pPr>
        <w:jc w:val="right"/>
      </w:pPr>
      <w:r>
        <w:t>قرآن پر تدبر کریں قرآن کو سمجھیں قرآن کے معنی کو discover کریں</w:t>
      </w:r>
    </w:p>
    <w:p>
      <w:r>
        <w:rPr>
          <w:b/>
        </w:rPr>
        <w:t xml:space="preserve">[53:12] </w:t>
      </w:r>
      <w:r>
        <w:t>woh jo aap ne farmaya woh bilkul hi ghalat baat hai</w:t>
      </w:r>
    </w:p>
    <w:p>
      <w:pPr>
        <w:jc w:val="right"/>
      </w:pPr>
      <w:r>
        <w:t>وہ جو آپ نے فرمایا وہ بالکل ہی غلط بات ہے</w:t>
      </w:r>
    </w:p>
    <w:p>
      <w:r>
        <w:rPr>
          <w:b/>
        </w:rPr>
        <w:t xml:space="preserve">[53:25] </w:t>
      </w:r>
      <w:r>
        <w:t>Maulana yeh sawal Karachi Pakistan se Daniya Miss Daniya Mustafa ne bheja hai unhon ne likha hai Maulana sahib today science says that stress creates lot of problems for human body and that stress and depression should be avoided but your teaching is that stress makes us more aware and strong</w:t>
      </w:r>
    </w:p>
    <w:p>
      <w:pPr>
        <w:jc w:val="right"/>
      </w:pPr>
      <w:r>
        <w:t>مولانا یہ سوال آ کراچی پاکستان سے دانیا مس دانیا مصطفی نے بھیجا ہے انہوں نے لکھا ہے مولانا صاحب today science says that stress creates lot of problems for human body and that stress and depression should be avoided but your teaching is that stress makes us more aware and strong</w:t>
      </w:r>
    </w:p>
    <w:p>
      <w:r>
        <w:rPr>
          <w:b/>
        </w:rPr>
        <w:t xml:space="preserve">[53:52] </w:t>
      </w:r>
      <w:r>
        <w:t>molana how can I understand the true meaning of stress</w:t>
      </w:r>
    </w:p>
    <w:p>
      <w:pPr>
        <w:jc w:val="right"/>
      </w:pPr>
      <w:r>
        <w:t>مولانا how can I understand the true meaning of stress</w:t>
      </w:r>
    </w:p>
    <w:p>
      <w:r>
        <w:rPr>
          <w:b/>
        </w:rPr>
        <w:t xml:space="preserve">[53:57] </w:t>
      </w:r>
      <w:r>
        <w:t>nahi aap ne yeh farmaya ke science aisa kehti hai ke galat bilkul galat baat hai kaha kaun</w:t>
      </w:r>
    </w:p>
    <w:p>
      <w:pPr>
        <w:jc w:val="right"/>
      </w:pPr>
      <w:r>
        <w:t>نہیں آپ نے یہ فرمایا کہ سائنس ایسا کہتی ہے کہ غلط بالکل غلط بات ہے کہا کون</w:t>
      </w:r>
    </w:p>
    <w:p>
      <w:r>
        <w:rPr>
          <w:b/>
        </w:rPr>
        <w:t xml:space="preserve">[54:03] </w:t>
      </w:r>
      <w:r>
        <w:t>sa science aisa kehti hai mujhe bataiye is ka is ka reference bataiye bataiye koi aisi science nahi</w:t>
      </w:r>
    </w:p>
    <w:p>
      <w:pPr>
        <w:jc w:val="right"/>
      </w:pPr>
      <w:r>
        <w:t>سا سائنس ایسا کہتی ہے مجھے بتائیے اس کا اس کا reference بتائیے بتائیے کوئی ایسی سائنس نہیں</w:t>
      </w:r>
    </w:p>
    <w:p>
      <w:r>
        <w:rPr>
          <w:b/>
        </w:rPr>
        <w:t xml:space="preserve">[54:11] </w:t>
      </w:r>
      <w:r>
        <w:t>hai jo aisa kehti ho</w:t>
      </w:r>
    </w:p>
    <w:p>
      <w:pPr>
        <w:jc w:val="right"/>
      </w:pPr>
      <w:r>
        <w:t>ہے جو ایسا کہتی ہو</w:t>
      </w:r>
    </w:p>
    <w:p>
      <w:r>
        <w:rPr>
          <w:b/>
        </w:rPr>
        <w:t xml:space="preserve">[54:15] </w:t>
      </w:r>
      <w:r>
        <w:t>kuch log aisa kehte hain yeh yeh kahiye aa miss famida khan ne aa comment bheja hai noida</w:t>
      </w:r>
    </w:p>
    <w:p>
      <w:pPr>
        <w:jc w:val="right"/>
      </w:pPr>
      <w:r>
        <w:t>کچھ لوگ ایسا کہتے ہیں یہ یہ کہیے آ مس فامدہ خان نے آ کمنٹ بھیجا ہے نوئیڈا</w:t>
      </w:r>
    </w:p>
    <w:p>
      <w:r>
        <w:rPr>
          <w:b/>
        </w:rPr>
        <w:t xml:space="preserve">[54:24] </w:t>
      </w:r>
      <w:r>
        <w:t>se unhon ne likha hai molana aaj ke lecture se quran ke hawale se bohat bari baat samajh</w:t>
      </w:r>
    </w:p>
    <w:p>
      <w:pPr>
        <w:jc w:val="right"/>
      </w:pPr>
      <w:r>
        <w:t>سے انہوں نے لکھا ہے مولانا آج کے lecture سے قرآن کے حوالے سے بہت بڑی بات سمجھ</w:t>
      </w:r>
    </w:p>
    <w:p>
      <w:r>
        <w:rPr>
          <w:b/>
        </w:rPr>
        <w:t xml:space="preserve">[54:31] </w:t>
      </w:r>
      <w:r>
        <w:t>mein aayi molana mein ne hamesha quran padha lekin kabhi bhi mein is se kuch</w:t>
      </w:r>
    </w:p>
    <w:p>
      <w:pPr>
        <w:jc w:val="right"/>
      </w:pPr>
      <w:r>
        <w:t>میں آئی مولانا میں نے ہمیشہ قرآن پڑھا لیکن کبھی بھی میں اس سے کچھ</w:t>
      </w:r>
    </w:p>
    <w:p>
      <w:r>
        <w:rPr>
          <w:b/>
        </w:rPr>
        <w:t xml:space="preserve">[54:37] </w:t>
      </w:r>
      <w:r>
        <w:t>na seekh paayi lekin jab se tazkir ul quran parhna shuru kiya mujhe mujhe samajh aane laga hai quran hum se kya chahta hai molana aap ne jis tarah science aur universe ko samajh kar tazkir ul quran likha hai jo sab ke mind ko address karta hai aur ab koi bhi aasani se samajh sakta hai ke quran hum se kya chahta hai okay we will end this sess</w:t>
      </w:r>
    </w:p>
    <w:p>
      <w:pPr>
        <w:jc w:val="right"/>
      </w:pPr>
      <w:r>
        <w:t>نہ سیکھ پائی لیکن جب سے تذکر القرآن پڑھنا شروع کیا مجھے مجھے سمجھ آنے لگا ہے قرآن ہم سے کیا چاہتا ہے مولانا آپ نے جس طرح سائنس اور universe کو سمجھ کر تذکر القرآن لکھا ہے جو سب کے mind کو address کرتا ہے اور اب کوئی بھی آسانی سے سمجھ سکتا ہے کہ قرآن ہم سے کیا چاہتا ہے اوکے we will end this sess</w:t>
      </w:r>
    </w:p>
    <w:p>
      <w:r>
        <w:rPr>
          <w:b/>
        </w:rPr>
        <w:t xml:space="preserve">[55:06] </w:t>
      </w:r>
      <w:r>
        <w:t>ion now thank you.</w:t>
      </w:r>
    </w:p>
    <w:p>
      <w:pPr>
        <w:jc w:val="right"/>
      </w:pPr>
      <w:r>
        <w:t>ion 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