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German Delegation January 4, 2020</w:t>
      </w:r>
    </w:p>
    <w:p>
      <w:r>
        <w:t>https://www.youtube.com/watch?v=eWcszNLZK1U</w:t>
      </w:r>
    </w:p>
    <w:p>
      <w:r>
        <w:rPr>
          <w:b/>
        </w:rPr>
        <w:t xml:space="preserve">[00:07] </w:t>
      </w:r>
      <w:r>
        <w:t>cheryl sofia, so we come to an end of the talks, buyer speakers. We'll keep we'll make the house open for question-answer session, so if you have any questions, you can ask any one of our speakers.</w:t>
      </w:r>
    </w:p>
    <w:p>
      <w:pPr>
        <w:jc w:val="right"/>
      </w:pPr>
      <w:r>
        <w:t>Cheryl Sofia, so we come to an end of the talks, buyer speakers. We'll keep we'll make the house open for question-answer session, so if you have any questions, you can ask any one of our speakers.</w:t>
      </w:r>
    </w:p>
    <w:p>
      <w:r>
        <w:rPr>
          <w:b/>
        </w:rPr>
        <w:t xml:space="preserve">[00:21] </w:t>
      </w:r>
      <w:r>
        <w:t>there is another position, so you spoke on peace, that is a question to you. You said there is also another position from the islam, that they have to wage war, they have to wage war against the unfaithfuls.</w:t>
      </w:r>
    </w:p>
    <w:p>
      <w:pPr>
        <w:jc w:val="right"/>
      </w:pPr>
      <w:r>
        <w:t>There is another position, so you spoke on peace, that is a question to you. You said there is also another position from the Islam, that they have to wage war, they have to wage war against the unfaithfuls.</w:t>
      </w:r>
    </w:p>
    <w:p>
      <w:r>
        <w:rPr>
          <w:b/>
        </w:rPr>
        <w:t xml:space="preserve">[00:39] </w:t>
      </w:r>
      <w:r>
        <w:t>can you say something about that position in the islam? The question is that there is some concept in islam that muslims should wage war on the unfaithful.</w:t>
      </w:r>
    </w:p>
    <w:p>
      <w:pPr>
        <w:jc w:val="right"/>
      </w:pPr>
      <w:r>
        <w:t>Can you say something about that position in the Islam? The question is that there is some concept in Islam that Muslims should wage war on the unfaithful.</w:t>
      </w:r>
    </w:p>
    <w:p>
      <w:r>
        <w:rPr>
          <w:b/>
        </w:rPr>
        <w:t xml:space="preserve">[00:51] </w:t>
      </w:r>
      <w:r>
        <w:t>first of all, i must say that there is no such concept in islam. There is no such idea in islam that muslims it is muslims' religious duty to wage war on non-muslims.</w:t>
      </w:r>
    </w:p>
    <w:p>
      <w:pPr>
        <w:jc w:val="right"/>
      </w:pPr>
      <w:r>
        <w:t>First of all, I must say that there is no such concept in Islam. There is no such idea in Islam that Muslims it is Muslims' religious duty to wage war on non-Muslims.</w:t>
      </w:r>
    </w:p>
    <w:p>
      <w:r>
        <w:rPr>
          <w:b/>
        </w:rPr>
        <w:t xml:space="preserve">[01:06] </w:t>
      </w:r>
      <w:r>
        <w:t>as razia has explained very well, war can be done in only one circumstance, and that is when a muslim state experiences aggression from another state.</w:t>
      </w:r>
    </w:p>
    <w:p>
      <w:pPr>
        <w:jc w:val="right"/>
      </w:pPr>
      <w:r>
        <w:t>As Razia has explained very well, war can be done in only one circumstance, and that is when a Muslim state experiences aggression from another state.</w:t>
      </w:r>
    </w:p>
    <w:p>
      <w:r>
        <w:rPr>
          <w:b/>
        </w:rPr>
        <w:t xml:space="preserve">[01:19] </w:t>
      </w:r>
      <w:r>
        <w:t>muslims are not allowed to even go and do aggressive</w:t>
      </w:r>
    </w:p>
    <w:p>
      <w:pPr>
        <w:jc w:val="right"/>
      </w:pPr>
      <w:r>
        <w:t>Muslims are not allowed to even go and do aggressive</w:t>
      </w:r>
    </w:p>
    <w:p>
      <w:r>
        <w:rPr>
          <w:b/>
        </w:rPr>
        <w:t xml:space="preserve">[01:22] </w:t>
      </w:r>
      <w:r>
        <w:t>war. So there is no concept of holy war in islam. It's very important to understand. There is no such holy jihad which they have to do for the sake of religion.</w:t>
      </w:r>
    </w:p>
    <w:p>
      <w:pPr>
        <w:jc w:val="right"/>
      </w:pPr>
      <w:r>
        <w:t>war. So there is no concept of holy war in Islam. It's very important to understand. There is no such holy jihad which they have to do for the sake of religion.</w:t>
      </w:r>
    </w:p>
    <w:p>
      <w:r>
        <w:rPr>
          <w:b/>
        </w:rPr>
        <w:t xml:space="preserve">[01:32] </w:t>
      </w:r>
      <w:r>
        <w:t>and it must be i think i must also emphasize that muslims think that muslims often think that islam is in danger and they should wage war to protect and preserve islam</w:t>
      </w:r>
    </w:p>
    <w:p>
      <w:pPr>
        <w:jc w:val="right"/>
      </w:pPr>
      <w:r>
        <w:t>And it must be I think I must also emphasize that Muslims think that Muslims often think that Islam is in danger and they should wage war to protect and preserve Islam</w:t>
      </w:r>
    </w:p>
    <w:p>
      <w:r>
        <w:rPr>
          <w:b/>
        </w:rPr>
        <w:t xml:space="preserve">[01:43] </w:t>
      </w:r>
      <w:r>
        <w:t>. But our founder has often said that islam does not need any protection from muslims. Islam is an ideology, and that ideology exists in the quran and in the sayings of the prophet.</w:t>
      </w:r>
    </w:p>
    <w:p>
      <w:pPr>
        <w:jc w:val="right"/>
      </w:pPr>
      <w:r>
        <w:t>. But our founder has often said that Islam does not need any protection from Muslims. Islam is an ideology, and that ideology exists in the Quran and in the sayings of the Prophet.</w:t>
      </w:r>
    </w:p>
    <w:p>
      <w:r>
        <w:rPr>
          <w:b/>
        </w:rPr>
        <w:t xml:space="preserve">[01:54] </w:t>
      </w:r>
      <w:r>
        <w:t>anybody can go and read. So clearly, there is no such concept of waging war on non-muslims just because they are non-muslims.</w:t>
      </w:r>
    </w:p>
    <w:p>
      <w:pPr>
        <w:jc w:val="right"/>
      </w:pPr>
      <w:r>
        <w:t>Anybody can go and read. So clearly, there is no such concept of waging war on non-Muslims just because they are non-Muslims.</w:t>
      </w:r>
    </w:p>
    <w:p>
      <w:r>
        <w:rPr>
          <w:b/>
        </w:rPr>
        <w:t xml:space="preserve">[02:03] </w:t>
      </w:r>
      <w:r>
        <w:t>there is no such concept. Rather, if you read the quran, you will see that the quran considers all people as humanity.</w:t>
      </w:r>
    </w:p>
    <w:p>
      <w:pPr>
        <w:jc w:val="right"/>
      </w:pPr>
      <w:r>
        <w:t>There is no such concept. Rather, if you read the Quran, you will see that the Quran considers all people as humanity.</w:t>
      </w:r>
    </w:p>
    <w:p>
      <w:r>
        <w:rPr>
          <w:b/>
        </w:rPr>
        <w:t xml:space="preserve">[02:11] </w:t>
      </w:r>
      <w:r>
        <w:t>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p>
    <w:p>
      <w:pPr>
        <w:jc w:val="right"/>
      </w:pPr>
      <w:r>
        <w:t>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p>
    <w:p>
      <w:r>
        <w:rPr>
          <w:b/>
        </w:rPr>
        <w:t xml:space="preserve">[02:34] </w:t>
      </w:r>
      <w:r>
        <w:t>tribal age is a culture of war, culture of yielding swords. But we are not in a tribal age anymore. There is peace all around</w:t>
      </w:r>
    </w:p>
    <w:p>
      <w:pPr>
        <w:jc w:val="right"/>
      </w:pPr>
      <w:r>
        <w:t>Tribal age is a culture of war, culture of yielding swords. But we are not in a tribal age anymore. There is peace all around</w:t>
      </w:r>
    </w:p>
    <w:p>
      <w:r>
        <w:rPr>
          <w:b/>
        </w:rPr>
        <w:t xml:space="preserve">[02:43] </w:t>
      </w:r>
      <w:r>
        <w:t>. And therefore, the commandment for war should be considered suspended in this age. This is a very important principle which everybody needs to understand, most importantly muslims.</w:t>
      </w:r>
    </w:p>
    <w:p>
      <w:pPr>
        <w:jc w:val="right"/>
      </w:pPr>
      <w:r>
        <w:t>. And therefore, the commandment for war should be considered suspended in this age. This is a very important principle which everybody needs to understand, most importantly Muslims.</w:t>
      </w:r>
    </w:p>
    <w:p>
      <w:r>
        <w:rPr>
          <w:b/>
        </w:rPr>
        <w:t xml:space="preserve">[02:55] </w:t>
      </w:r>
      <w:r>
        <w:t>Thank you for your good intention.</w:t>
      </w:r>
    </w:p>
    <w:p>
      <w:pPr>
        <w:jc w:val="right"/>
      </w:pPr>
      <w:r>
        <w:t>Thank you for your good intention.</w:t>
      </w:r>
    </w:p>
    <w:p>
      <w:r>
        <w:rPr>
          <w:b/>
        </w:rPr>
        <w:t xml:space="preserve">[02:58] </w:t>
      </w:r>
      <w:r>
        <w:t>Brother Francis said at the beginning that</w:t>
      </w:r>
    </w:p>
    <w:p>
      <w:pPr>
        <w:jc w:val="right"/>
      </w:pPr>
      <w:r>
        <w:t>Brother Francis said at the beginning that</w:t>
      </w:r>
    </w:p>
    <w:p>
      <w:r>
        <w:rPr>
          <w:b/>
        </w:rPr>
        <w:t xml:space="preserve">[03:03] </w:t>
      </w:r>
      <w:r>
        <w:t>this surrounding that this summit is</w:t>
      </w:r>
    </w:p>
    <w:p>
      <w:pPr>
        <w:jc w:val="right"/>
      </w:pPr>
      <w:r>
        <w:t>this surrounding that this summit is</w:t>
      </w:r>
    </w:p>
    <w:p>
      <w:r>
        <w:rPr>
          <w:b/>
        </w:rPr>
        <w:t xml:space="preserve">[03:09] </w:t>
      </w:r>
      <w:r>
        <w:t>also happening because you feel misunderstood</w:t>
      </w:r>
    </w:p>
    <w:p>
      <w:pPr>
        <w:jc w:val="right"/>
      </w:pPr>
      <w:r>
        <w:t>also happening because you feel misunderstood</w:t>
      </w:r>
    </w:p>
    <w:p>
      <w:r>
        <w:rPr>
          <w:b/>
        </w:rPr>
        <w:t xml:space="preserve">[03:16] </w:t>
      </w:r>
      <w:r>
        <w:t>in many aspects, and you spent a lot of energy, a lot of words</w:t>
      </w:r>
    </w:p>
    <w:p>
      <w:pPr>
        <w:jc w:val="right"/>
      </w:pPr>
      <w:r>
        <w:t>in many aspects, and you spent a lot of energy, a lot of words</w:t>
      </w:r>
    </w:p>
    <w:p>
      <w:r>
        <w:rPr>
          <w:b/>
        </w:rPr>
        <w:t xml:space="preserve">[03:25] </w:t>
      </w:r>
      <w:r>
        <w:t>in trying to correct what you call</w:t>
      </w:r>
    </w:p>
    <w:p>
      <w:pPr>
        <w:jc w:val="right"/>
      </w:pPr>
      <w:r>
        <w:t>in trying to correct what you call</w:t>
      </w:r>
    </w:p>
    <w:p>
      <w:r>
        <w:rPr>
          <w:b/>
        </w:rPr>
        <w:t xml:space="preserve">[03:32] </w:t>
      </w:r>
      <w:r>
        <w:t>wrong beliefs,</w:t>
      </w:r>
    </w:p>
    <w:p>
      <w:pPr>
        <w:jc w:val="right"/>
      </w:pPr>
      <w:r>
        <w:t>wrong beliefs,</w:t>
      </w:r>
    </w:p>
    <w:p>
      <w:r>
        <w:rPr>
          <w:b/>
        </w:rPr>
        <w:t xml:space="preserve">[03:34] </w:t>
      </w:r>
      <w:r>
        <w:t>maybe prejudices against islam.</w:t>
      </w:r>
    </w:p>
    <w:p>
      <w:pPr>
        <w:jc w:val="right"/>
      </w:pPr>
      <w:r>
        <w:t>maybe prejudices against Islam.</w:t>
      </w:r>
    </w:p>
    <w:p>
      <w:r>
        <w:rPr>
          <w:b/>
        </w:rPr>
        <w:t xml:space="preserve">[03:40] </w:t>
      </w:r>
      <w:r>
        <w:t>you all the you three speakers, when you defended islam, you always referred to the past</w:t>
      </w:r>
    </w:p>
    <w:p>
      <w:pPr>
        <w:jc w:val="right"/>
      </w:pPr>
      <w:r>
        <w:t>You all the you three speakers, when you defended Islam, you always referred to the past</w:t>
      </w:r>
    </w:p>
    <w:p>
      <w:r>
        <w:rPr>
          <w:b/>
        </w:rPr>
        <w:t xml:space="preserve">[03:48] </w:t>
      </w:r>
      <w:r>
        <w:t>. You said what the original version of islam was, what muhammad, prophet muhammad said.</w:t>
      </w:r>
    </w:p>
    <w:p>
      <w:pPr>
        <w:jc w:val="right"/>
      </w:pPr>
      <w:r>
        <w:t>. You said what the original version of Islam was, what Muhammad, Prophet Muhammad said.</w:t>
      </w:r>
    </w:p>
    <w:p>
      <w:r>
        <w:rPr>
          <w:b/>
        </w:rPr>
        <w:t xml:space="preserve">[04:02] </w:t>
      </w:r>
      <w:r>
        <w:t>but to make it very short, i believe that the main criticism against yes, against muslims living and the problem of peaceful coexistence goes back because we do not let me be personal.</w:t>
      </w:r>
    </w:p>
    <w:p>
      <w:pPr>
        <w:jc w:val="right"/>
      </w:pPr>
      <w:r>
        <w:t>But to make it very short, I believe that the main criticism against yes, against Muslims living and the problem of peaceful coexistence goes back because we do not let me be personal.</w:t>
      </w:r>
    </w:p>
    <w:p>
      <w:r>
        <w:rPr>
          <w:b/>
        </w:rPr>
        <w:t xml:space="preserve">[04:30] </w:t>
      </w:r>
      <w:r>
        <w:t>i do not believe in or i do not know the quran. I only judge reality.</w:t>
      </w:r>
    </w:p>
    <w:p>
      <w:pPr>
        <w:jc w:val="right"/>
      </w:pPr>
      <w:r>
        <w:t>I do not believe in or I do not know the Quran. I only judge reality.</w:t>
      </w:r>
    </w:p>
    <w:p>
      <w:r>
        <w:rPr>
          <w:b/>
        </w:rPr>
        <w:t xml:space="preserve">[04:40] </w:t>
      </w:r>
      <w:r>
        <w:t>and reality shows me that there are great problems in equality between men and women.</w:t>
      </w:r>
    </w:p>
    <w:p>
      <w:pPr>
        <w:jc w:val="right"/>
      </w:pPr>
      <w:r>
        <w:t>And reality shows me that there are great problems in equality between men and women.</w:t>
      </w:r>
    </w:p>
    <w:p>
      <w:r>
        <w:rPr>
          <w:b/>
        </w:rPr>
        <w:t xml:space="preserve">[04:49] </w:t>
      </w:r>
      <w:r>
        <w:t>i see that there is a lot of war in islamic countries, and there are lots of conflicts between other religions and muslims, and that peaceful coexistence is only possible in countries where muslims are still a minority.</w:t>
      </w:r>
    </w:p>
    <w:p>
      <w:pPr>
        <w:jc w:val="right"/>
      </w:pPr>
      <w:r>
        <w:t>I see that there is a lot of war in Islamic countries, and there are lots of conflicts between other religions and Muslims, and that peaceful coexistence is only possible in countries where Muslims are still a minority.</w:t>
      </w:r>
    </w:p>
    <w:p>
      <w:r>
        <w:rPr>
          <w:b/>
        </w:rPr>
        <w:t xml:space="preserve">[05:11] </w:t>
      </w:r>
      <w:r>
        <w:t>Whenever they are a majority, it becomes a problem for others who are not Muslims.</w:t>
      </w:r>
    </w:p>
    <w:p>
      <w:pPr>
        <w:jc w:val="right"/>
      </w:pPr>
      <w:r>
        <w:t>Whenever they are a majority, it becomes a problem for others who are not Muslims.</w:t>
      </w:r>
    </w:p>
    <w:p>
      <w:r>
        <w:rPr>
          <w:b/>
        </w:rPr>
        <w:t xml:space="preserve">[05:20] </w:t>
      </w:r>
      <w:r>
        <w:t>For example, Malaysia is a country that now has a Muslim majority, and other religions feel suppressed, and they are suppressed.</w:t>
      </w:r>
    </w:p>
    <w:p>
      <w:pPr>
        <w:jc w:val="right"/>
      </w:pPr>
      <w:r>
        <w:t>For example, Malaysia is a country that now has a Muslim majority, and other religions feel suppressed, and they are suppressed.</w:t>
      </w:r>
    </w:p>
    <w:p>
      <w:r>
        <w:rPr>
          <w:b/>
        </w:rPr>
        <w:t xml:space="preserve">[05:30] </w:t>
      </w:r>
      <w:r>
        <w:t>Thank you.</w:t>
      </w:r>
    </w:p>
    <w:p>
      <w:pPr>
        <w:jc w:val="right"/>
      </w:pPr>
      <w:r>
        <w:t>Thank you.</w:t>
      </w:r>
    </w:p>
    <w:p>
      <w:r>
        <w:rPr>
          <w:b/>
        </w:rPr>
        <w:t xml:space="preserve">[05:32] </w:t>
      </w:r>
      <w:r>
        <w:t>I think, like Rajiv just mentioned, it's a very important observation that you've made. And in fact, I can echo with that observation as well because growing up and I had briefly touched upon this when I was talking, that growing up in the era when 9/11 happened, I was still a teenager.</w:t>
      </w:r>
    </w:p>
    <w:p>
      <w:pPr>
        <w:jc w:val="right"/>
      </w:pPr>
      <w:r>
        <w:t>I think, like Rajiv just mentioned, it's a very important observation that you've made. And in fact, I can echo with that observation as well because growing up and I had briefly touched upon this when I was talking, that growing up in the era when 9/11 happened, I was still a teenager.</w:t>
      </w:r>
    </w:p>
    <w:p>
      <w:r>
        <w:rPr>
          <w:b/>
        </w:rPr>
        <w:t xml:space="preserve">[05:50] </w:t>
      </w:r>
      <w:r>
        <w:t>And I still vividly remember the images of planes crashing into the Twin Towers. And trust me, while I was born in a Muslim family, it is one of the most disturbing images that I still vividly happen to remember</w:t>
      </w:r>
    </w:p>
    <w:p>
      <w:pPr>
        <w:jc w:val="right"/>
      </w:pPr>
      <w:r>
        <w:t>And I still vividly remember the images of planes crashing into the Twin Towers. And trust me, while I was born in a Muslim family, it is one of the most disturbing images that I still vividly happen to remember</w:t>
      </w:r>
    </w:p>
    <w:p>
      <w:r>
        <w:rPr>
          <w:b/>
        </w:rPr>
        <w:t xml:space="preserve">[06:03] </w:t>
      </w:r>
      <w:r>
        <w:t>. And what it did overnight and then during the course of the next months and years was also to put me in a dilemma.</w:t>
      </w:r>
    </w:p>
    <w:p>
      <w:pPr>
        <w:jc w:val="right"/>
      </w:pPr>
      <w:r>
        <w:t>. And what it did overnight and then during the course of the next months and years was also to put me in a dilemma.</w:t>
      </w:r>
    </w:p>
    <w:p>
      <w:r>
        <w:rPr>
          <w:b/>
        </w:rPr>
        <w:t xml:space="preserve">[06:13] </w:t>
      </w:r>
      <w:r>
        <w:t>Was I a proponent of a religion which was sanctioning violence? Was I a proponent of a religion which was actually allowing killing?</w:t>
      </w:r>
    </w:p>
    <w:p>
      <w:pPr>
        <w:jc w:val="right"/>
      </w:pPr>
      <w:r>
        <w:t>Was I a proponent of a religion which was sanctioning violence? Was I a proponent of a religion which was actually allowing killing?</w:t>
      </w:r>
    </w:p>
    <w:p>
      <w:r>
        <w:rPr>
          <w:b/>
        </w:rPr>
        <w:t xml:space="preserve">[06:21] </w:t>
      </w:r>
      <w:r>
        <w:t>And that led me to study, and which is when I stumbled upon Maulana Waiduddin Khan's writings. And you'reright that we often refer back to the classical scriptures of Islam, which is the Quran and Hadith.</w:t>
      </w:r>
    </w:p>
    <w:p>
      <w:pPr>
        <w:jc w:val="right"/>
      </w:pPr>
      <w:r>
        <w:t>And that led me to study, and which is when I stumbled upon Maulana Waiduddin Khan's writings. And you'reright that we often refer back to the classical scriptures of Islam, which is the Quran and Hadith.</w:t>
      </w:r>
    </w:p>
    <w:p>
      <w:r>
        <w:rPr>
          <w:b/>
        </w:rPr>
        <w:t xml:space="preserve">[06:38] </w:t>
      </w:r>
      <w:r>
        <w:t>And there is a very important thing that Maulana says. He says that we must differentiate between Islam and Muslims. And that is really where I got my answer because I could also see Muslims around doing completely different things which I never thought was Islam.</w:t>
      </w:r>
    </w:p>
    <w:p>
      <w:pPr>
        <w:jc w:val="right"/>
      </w:pPr>
      <w:r>
        <w:t>And there is a very important thing that Maulana says. He says that we must differentiate between Islam and Muslims. And that is really where I got my answer because I could also see Muslims around doing completely different things which I never thought was Islam.</w:t>
      </w:r>
    </w:p>
    <w:p>
      <w:r>
        <w:rPr>
          <w:b/>
        </w:rPr>
        <w:t xml:space="preserve">[06:55] </w:t>
      </w:r>
      <w:r>
        <w:t>And here, when you read Islam, you realize that, no, it is completely different. So the only answer that and I'm sharing what I found was that Muslims do not understand Islam.</w:t>
      </w:r>
    </w:p>
    <w:p>
      <w:pPr>
        <w:jc w:val="right"/>
      </w:pPr>
      <w:r>
        <w:t>And here, when you read Islam, you realize that, no, it is completely different. So the only answer that and I'm sharing what I found was that Muslims do not understand Islam.</w:t>
      </w:r>
    </w:p>
    <w:p>
      <w:r>
        <w:rPr>
          <w:b/>
        </w:rPr>
        <w:t xml:space="preserve">[07:07] </w:t>
      </w:r>
      <w:r>
        <w:t>So today, the Muslim population that we have, by and large, they do not have the idea of what Islam means. And that is largely either stemming out of their own lack of study, lack of misinterpretation.</w:t>
      </w:r>
    </w:p>
    <w:p>
      <w:pPr>
        <w:jc w:val="right"/>
      </w:pPr>
      <w:r>
        <w:t>So today, the Muslim population that we have, by and large, they do not have the idea of what Islam means. And that is largely either stemming out of their own lack of study, lack of misinterpretation.</w:t>
      </w:r>
    </w:p>
    <w:p>
      <w:r>
        <w:rPr>
          <w:b/>
        </w:rPr>
        <w:t xml:space="preserve">[07:18] </w:t>
      </w:r>
      <w:r>
        <w:t>There can be several factors attributed to it. But that's what I would like to concisely say, and maybe Ampa and Mariya can add on to that. I'll go point-wise because you made a number of</w:t>
      </w:r>
    </w:p>
    <w:p>
      <w:pPr>
        <w:jc w:val="right"/>
      </w:pPr>
      <w:r>
        <w:t>There can be several factors attributed to it. But that's what I would like to concisely say, and maybe Ampa and Mariya can add on to that. I'll go point-wise because you made a number of</w:t>
      </w:r>
    </w:p>
    <w:p>
      <w:r>
        <w:rPr>
          <w:b/>
        </w:rPr>
        <w:t xml:space="preserve">[07:30] </w:t>
      </w:r>
      <w:r>
        <w:t>points. The first point was about equality, lack of equality between men and women. You see that there is no equality. So I will say that that is not really a result of Islam.</w:t>
      </w:r>
    </w:p>
    <w:p>
      <w:pPr>
        <w:jc w:val="right"/>
      </w:pPr>
      <w:r>
        <w:t>points. The first point was about equality, lack of equality between men and women. You see that there is no equality. So I will say that that is not really a result of Islam.</w:t>
      </w:r>
    </w:p>
    <w:p>
      <w:r>
        <w:rPr>
          <w:b/>
        </w:rPr>
        <w:t xml:space="preserve">[07:41] </w:t>
      </w:r>
      <w:r>
        <w:t>It's a result of Muslim culture.</w:t>
      </w:r>
    </w:p>
    <w:p>
      <w:pPr>
        <w:jc w:val="right"/>
      </w:pPr>
      <w:r>
        <w:t>It's a result of Muslim culture.</w:t>
      </w:r>
    </w:p>
    <w:p>
      <w:r>
        <w:rPr>
          <w:b/>
        </w:rPr>
        <w:t xml:space="preserve">[07:44] </w:t>
      </w:r>
      <w:r>
        <w:t>Muslim societies generally do not favor education for their females, for their women, although Islam believes a lot in education for women.</w:t>
      </w:r>
    </w:p>
    <w:p>
      <w:pPr>
        <w:jc w:val="right"/>
      </w:pPr>
      <w:r>
        <w:t>Muslim societies generally do not favor education for their females, for their women, although Islam believes a lot in education for women.</w:t>
      </w:r>
    </w:p>
    <w:p>
      <w:r>
        <w:rPr>
          <w:b/>
        </w:rPr>
        <w:t xml:space="preserve">[07:53] </w:t>
      </w:r>
      <w:r>
        <w:t>So there are many other Muslim societies where women are educated, and you will see that they are involved in every field of life. So it is actually a matter of education, not a matter of Islam, lack of equality that Islam gives.</w:t>
      </w:r>
    </w:p>
    <w:p>
      <w:pPr>
        <w:jc w:val="right"/>
      </w:pPr>
      <w:r>
        <w:t>So there are many other Muslim societies where women are educated, and you will see that they are involved in every field of life. So it is actually a matter of education, not a matter of Islam, lack of equality that Islam gives.</w:t>
      </w:r>
    </w:p>
    <w:p>
      <w:r>
        <w:rPr>
          <w:b/>
        </w:rPr>
        <w:t xml:space="preserve">[08:07] </w:t>
      </w:r>
      <w:r>
        <w:t>The second point, you said that there is a lot of war and conflict in the Muslim</w:t>
      </w:r>
    </w:p>
    <w:p>
      <w:pPr>
        <w:jc w:val="right"/>
      </w:pPr>
      <w:r>
        <w:t>The second point, you said that there is a lot of war and conflict in the Muslim</w:t>
      </w:r>
    </w:p>
    <w:p>
      <w:r>
        <w:rPr>
          <w:b/>
        </w:rPr>
        <w:t xml:space="preserve">[08:11] </w:t>
      </w:r>
      <w:r>
        <w:t>world. But it's important to understand that when you study these wars and conflict, you will realize that these are generally fought for political reasons, political interests of different countries, and they give it the name of Islam.</w:t>
      </w:r>
    </w:p>
    <w:p>
      <w:pPr>
        <w:jc w:val="right"/>
      </w:pPr>
      <w:r>
        <w:t>world. But it's important to understand that when you study these wars and conflict, you will realize that these are generally fought for political reasons, political interests of different countries, and they give it the name of Islam.</w:t>
      </w:r>
    </w:p>
    <w:p>
      <w:r>
        <w:rPr>
          <w:b/>
        </w:rPr>
        <w:t xml:space="preserve">[08:25] </w:t>
      </w:r>
      <w:r>
        <w:t>And I was reading very recently that there was a Muslim leader, a prime minister of a Muslim country who was explicitly a secular person.</w:t>
      </w:r>
    </w:p>
    <w:p>
      <w:pPr>
        <w:jc w:val="right"/>
      </w:pPr>
      <w:r>
        <w:t>And I was reading very recently that there was a Muslim leader, a prime minister of a Muslim country who was explicitly a secular person.</w:t>
      </w:r>
    </w:p>
    <w:p>
      <w:r>
        <w:rPr>
          <w:b/>
        </w:rPr>
        <w:t xml:space="preserve">[08:33] </w:t>
      </w:r>
      <w:r>
        <w:t>But when he waged war with another country, he started using Islam to mobilize the masses. So that's a misuse of Islam.</w:t>
      </w:r>
    </w:p>
    <w:p>
      <w:pPr>
        <w:jc w:val="right"/>
      </w:pPr>
      <w:r>
        <w:t>But when he waged war with another country, he started using Islam to mobilize the masses. So that's a misuse of Islam.</w:t>
      </w:r>
    </w:p>
    <w:p>
      <w:r>
        <w:rPr>
          <w:b/>
        </w:rPr>
        <w:t xml:space="preserve">[08:41] </w:t>
      </w:r>
      <w:r>
        <w:t>Another point that I want to make is that you said that we are defending Islam. I don't think that we are defending Islam. I think there is a massive misinterpretation, a political negative interpretation of Islam.</w:t>
      </w:r>
    </w:p>
    <w:p>
      <w:pPr>
        <w:jc w:val="right"/>
      </w:pPr>
      <w:r>
        <w:t>Another point that I want to make is that you said that we are defending Islam. I don't think that we are defending Islam. I think there is a massive misinterpretation, a political negative interpretation of Islam.</w:t>
      </w:r>
    </w:p>
    <w:p>
      <w:r>
        <w:rPr>
          <w:b/>
        </w:rPr>
        <w:t xml:space="preserve">[08:54] </w:t>
      </w:r>
      <w:r>
        <w:t>Since you live in the Western country, you would know that there are so many Muslims who go about giving hate-filled, inflammatory speeches against the West, and they radicalize the masses, the Muslim masses.</w:t>
      </w:r>
    </w:p>
    <w:p>
      <w:pPr>
        <w:jc w:val="right"/>
      </w:pPr>
      <w:r>
        <w:t>Since you live in the Western country, you would know that there are so many Muslims who go about giving hate-filled, inflammatory speeches against the West, and they radicalize the masses, the Muslim masses.</w:t>
      </w:r>
    </w:p>
    <w:p>
      <w:r>
        <w:rPr>
          <w:b/>
        </w:rPr>
        <w:t xml:space="preserve">[09:06] </w:t>
      </w:r>
      <w:r>
        <w:t>So what we as an organization are trying to do, we are trying to counter that</w:t>
      </w:r>
    </w:p>
    <w:p>
      <w:pPr>
        <w:jc w:val="right"/>
      </w:pPr>
      <w:r>
        <w:t>So what we as an organization are trying to do, we are trying to counter that</w:t>
      </w:r>
    </w:p>
    <w:p>
      <w:r>
        <w:rPr>
          <w:b/>
        </w:rPr>
        <w:t xml:space="preserve">[09:10] </w:t>
      </w:r>
      <w:r>
        <w:t>. We are trying to give them a positive spiritual interpretation of Islam. So we are doing the work of deradicalization. We're changing the mindset of Muslims.</w:t>
      </w:r>
    </w:p>
    <w:p>
      <w:pPr>
        <w:jc w:val="right"/>
      </w:pPr>
      <w:r>
        <w:t>. We are trying to give them a positive spiritual interpretation of Islam. So we are doing the work of deradicalization. We're changing the mindset of Muslims.</w:t>
      </w:r>
    </w:p>
    <w:p>
      <w:r>
        <w:rPr>
          <w:b/>
        </w:rPr>
        <w:t xml:space="preserve">[09:19] </w:t>
      </w:r>
      <w:r>
        <w:t>The third point that you said, that whenever Islam is a minority religion, it's peaceful. It's a majority religion, it's not peaceful. Now, that goes back to the I think you have to go into Islamic jurisprudence, Muslim jurisprudence, which developed much after the Prophet's death</w:t>
      </w:r>
    </w:p>
    <w:p>
      <w:pPr>
        <w:jc w:val="right"/>
      </w:pPr>
      <w:r>
        <w:t>The third point that you said, that whenever Islam is a minority religion, it's peaceful. It's a majority religion, it's not peaceful. Now, that goes back to the I think you have to go into Islamic jurisprudence, Muslim jurisprudence, which developed much after the Prophet's death</w:t>
      </w:r>
    </w:p>
    <w:p>
      <w:r>
        <w:rPr>
          <w:b/>
        </w:rPr>
        <w:t xml:space="preserve">[09:37] </w:t>
      </w:r>
      <w:r>
        <w:t>. And it developed in a period when Muslims were politically dominant. So many things in that jurisprudence are actually not according to Islam.</w:t>
      </w:r>
    </w:p>
    <w:p>
      <w:pPr>
        <w:jc w:val="right"/>
      </w:pPr>
      <w:r>
        <w:t>. And it developed in a period when Muslims were politically dominant. So many things in that jurisprudence are actually not according to Islam.</w:t>
      </w:r>
    </w:p>
    <w:p>
      <w:r>
        <w:rPr>
          <w:b/>
        </w:rPr>
        <w:t xml:space="preserve">[09:47] </w:t>
      </w:r>
      <w:r>
        <w:t>For example, I mentioned that the world is divided between Darul Islam and Darul Haq. But that principle is no longer valid because even in a Western country, you have all the freedom to propagate and to live by Islam.</w:t>
      </w:r>
    </w:p>
    <w:p>
      <w:pPr>
        <w:jc w:val="right"/>
      </w:pPr>
      <w:r>
        <w:t>For example, I mentioned that the world is divided between Darul Islam and Darul Haq. But that principle is no longer valid because even in a Western country, you have all the freedom to propagate and to live by Islam.</w:t>
      </w:r>
    </w:p>
    <w:p>
      <w:r>
        <w:rPr>
          <w:b/>
        </w:rPr>
        <w:t xml:space="preserve">[10:01] </w:t>
      </w:r>
      <w:r>
        <w:t>So we have to abandon those principles of Muslim jurisprudence.</w:t>
      </w:r>
    </w:p>
    <w:p>
      <w:pPr>
        <w:jc w:val="right"/>
      </w:pPr>
      <w:r>
        <w:t>So we have to abandon those principles of Muslim jurisprudence.</w:t>
      </w:r>
    </w:p>
    <w:p>
      <w:r>
        <w:rPr>
          <w:b/>
        </w:rPr>
        <w:t xml:space="preserve">[10:06] </w:t>
      </w:r>
      <w:r>
        <w:t>Secondly, you said there's no peaceful coexistence between Muslims and other communities. But maybe this is a recent phenomena due to the political interpretation of Islam</w:t>
      </w:r>
    </w:p>
    <w:p>
      <w:pPr>
        <w:jc w:val="right"/>
      </w:pPr>
      <w:r>
        <w:t>Secondly, you said there's no peaceful coexistence between Muslims and other communities. But maybe this is a recent phenomena due to the political interpretation of Islam</w:t>
      </w:r>
    </w:p>
    <w:p>
      <w:r>
        <w:rPr>
          <w:b/>
        </w:rPr>
        <w:t xml:space="preserve">[10:15] </w:t>
      </w:r>
      <w:r>
        <w:t>. If you go back in history, in Islamic history, when the Muslims moved forward from Arabia where it started and they went into Syria, Egypt, Iraq, Iran, the subject populations were allowed to retain their culture, their tradition, their religion.</w:t>
      </w:r>
    </w:p>
    <w:p>
      <w:pPr>
        <w:jc w:val="right"/>
      </w:pPr>
      <w:r>
        <w:t>. If you go back in history, in Islamic history, when the Muslims moved forward from Arabia where it started and they went into Syria, Egypt, Iraq, Iran, the subject populations were allowed to retain their culture, their tradition, their religion.</w:t>
      </w:r>
    </w:p>
    <w:p>
      <w:r>
        <w:rPr>
          <w:b/>
        </w:rPr>
        <w:t xml:space="preserve">[10:30] </w:t>
      </w:r>
      <w:r>
        <w:t>They were not asked to convert en masse, and they were not coerced or forced into the Islamic religion. So we have a very good example of Muslims being rulers, being the majority,</w:t>
      </w:r>
    </w:p>
    <w:p>
      <w:pPr>
        <w:jc w:val="right"/>
      </w:pPr>
      <w:r>
        <w:t>They were not asked to convert en masse, and they were not coerced or forced into the Islamic religion. So we have a very good example of Muslims being rulers, being the majority,</w:t>
      </w:r>
    </w:p>
    <w:p>
      <w:r>
        <w:rPr>
          <w:b/>
        </w:rPr>
        <w:t xml:space="preserve">[10:44] </w:t>
      </w:r>
      <w:r>
        <w:t>being the being the emperors, allowing the subject populations or minority, as you said, to continue in their religion, to continue in their beliefs and their fa</w:t>
      </w:r>
    </w:p>
    <w:p>
      <w:pPr>
        <w:jc w:val="right"/>
      </w:pPr>
      <w:r>
        <w:t>being the being the emperors, allowing the subject populations or minority, as you said, to continue in their religion, to continue in their beliefs and their fa</w:t>
      </w:r>
    </w:p>
    <w:p>
      <w:r>
        <w:rPr>
          <w:b/>
        </w:rPr>
        <w:t xml:space="preserve">[10:54] </w:t>
      </w:r>
      <w:r>
        <w:t>ith. So I think it's very important to educate not only others but Muslims about Islam. I myself, as Razia was saying, that she didn't know so many things about Islam.</w:t>
      </w:r>
    </w:p>
    <w:p>
      <w:pPr>
        <w:jc w:val="right"/>
      </w:pPr>
      <w:r>
        <w:t>ith. So I think it's very important to educate not only others but Muslims about Islam. I myself, as Razia was saying, that she didn't know so many things about Islam.</w:t>
      </w:r>
    </w:p>
    <w:p>
      <w:r>
        <w:rPr>
          <w:b/>
        </w:rPr>
        <w:t xml:space="preserve">[11:05] </w:t>
      </w:r>
      <w:r>
        <w:t>Even I didn't know. I may have not been actively violent, but passively, I believed in the idea of armed jihad, idea of violence.</w:t>
      </w:r>
    </w:p>
    <w:p>
      <w:pPr>
        <w:jc w:val="right"/>
      </w:pPr>
      <w:r>
        <w:t>Even I didn't know. I may have not been actively violent, but passively, I believed in the idea of armed jihad, idea of violence.</w:t>
      </w:r>
    </w:p>
    <w:p>
      <w:r>
        <w:rPr>
          <w:b/>
        </w:rPr>
        <w:t xml:space="preserve">[11:14] </w:t>
      </w:r>
      <w:r>
        <w:t>It's only after reading, after studying and educating myself was I able to understand what Islam truly stands for</w:t>
      </w:r>
    </w:p>
    <w:p>
      <w:pPr>
        <w:jc w:val="right"/>
      </w:pPr>
      <w:r>
        <w:t>It's only after reading, after studying and educating myself was I able to understand what Islam truly stands for</w:t>
      </w:r>
    </w:p>
    <w:p>
      <w:r>
        <w:rPr>
          <w:b/>
        </w:rPr>
        <w:t xml:space="preserve">[11:21] </w:t>
      </w:r>
      <w:r>
        <w:t>. I would like to address I like your work, and I think it's very important. And maybe it's not the majority in Islam, but it's an important part of it.</w:t>
      </w:r>
    </w:p>
    <w:p>
      <w:pPr>
        <w:jc w:val="right"/>
      </w:pPr>
      <w:r>
        <w:t>. I would like to address I like your work, and I think it's very important. And maybe it's not the majority in Islam, but it's an important part of it.</w:t>
      </w:r>
    </w:p>
    <w:p>
      <w:r>
        <w:rPr>
          <w:b/>
        </w:rPr>
        <w:t xml:space="preserve">[11:31] </w:t>
      </w:r>
      <w:r>
        <w:t>So my question goes in the direction, Mariya Khan, you mentioned at the end of your paper how the Muslims can learn from the West.</w:t>
      </w:r>
    </w:p>
    <w:p>
      <w:pPr>
        <w:jc w:val="right"/>
      </w:pPr>
      <w:r>
        <w:t>So my question goes in the direction, Mariya Khan, you mentioned at the end of your paper how the Muslims can learn from the West.</w:t>
      </w:r>
    </w:p>
    <w:p>
      <w:r>
        <w:rPr>
          <w:b/>
        </w:rPr>
        <w:t xml:space="preserve">[11:44] </w:t>
      </w:r>
      <w:r>
        <w:t>The question to all of you is, is there something that the West can learn, something specific the West can learn from Islam?</w:t>
      </w:r>
    </w:p>
    <w:p>
      <w:pPr>
        <w:jc w:val="right"/>
      </w:pPr>
      <w:r>
        <w:t>The question to all of you is, is there something that the West can learn, something specific the West can learn from Islam?</w:t>
      </w:r>
    </w:p>
    <w:p>
      <w:r>
        <w:rPr>
          <w:b/>
        </w:rPr>
        <w:t xml:space="preserve">[11:53] </w:t>
      </w:r>
      <w:r>
        <w:t>You even said the Islam is dependent on the West. Is there something where the West is dependent on Islam specifically?</w:t>
      </w:r>
    </w:p>
    <w:p>
      <w:pPr>
        <w:jc w:val="right"/>
      </w:pPr>
      <w:r>
        <w:t>You even said the Islam is dependent on the West. Is there something where the West is dependent on Islam specifically?</w:t>
      </w:r>
    </w:p>
    <w:p>
      <w:r>
        <w:rPr>
          <w:b/>
        </w:rPr>
        <w:t xml:space="preserve">[12:02] </w:t>
      </w:r>
      <w:r>
        <w:t>What do you think about that?</w:t>
      </w:r>
    </w:p>
    <w:p>
      <w:pPr>
        <w:jc w:val="right"/>
      </w:pPr>
      <w:r>
        <w:t>What do you think about that?</w:t>
      </w:r>
    </w:p>
    <w:p>
      <w:r>
        <w:rPr>
          <w:b/>
        </w:rPr>
        <w:t xml:space="preserve">[12:09] </w:t>
      </w:r>
      <w:r>
        <w:t>So I feel, as I did mention, that what not only the West, what any reader of the Quran or any person inquisitive about Islam can learn about Islam, learn from Islam, is spirituality.</w:t>
      </w:r>
    </w:p>
    <w:p>
      <w:pPr>
        <w:jc w:val="right"/>
      </w:pPr>
      <w:r>
        <w:t>So I feel, as I did mention, that what not only the West, what any reader of the Quran or any person inquisitive about Islam can learn about Islam, learn from Islam, is spirituality.</w:t>
      </w:r>
    </w:p>
    <w:p>
      <w:r>
        <w:rPr>
          <w:b/>
        </w:rPr>
        <w:t xml:space="preserve">[12:31] </w:t>
      </w:r>
      <w:r>
        <w:t>And we did not dwell a lot on spirituality in our talks. But Islam believes in a very special kind of spirituality, which is contemplative spirituality.</w:t>
      </w:r>
    </w:p>
    <w:p>
      <w:pPr>
        <w:jc w:val="right"/>
      </w:pPr>
      <w:r>
        <w:t>And we did not dwell a lot on spirituality in our talks. But Islam believes in a very special kind of spirituality, which is contemplative spirituality.</w:t>
      </w:r>
    </w:p>
    <w:p>
      <w:r>
        <w:rPr>
          <w:b/>
        </w:rPr>
        <w:t xml:space="preserve">[12:43] </w:t>
      </w:r>
      <w:r>
        <w:t>So Islam does not believe that you should go into seclusion in an insider room, do certain special practices, and then feel that you are in some way connected to</w:t>
      </w:r>
    </w:p>
    <w:p>
      <w:pPr>
        <w:jc w:val="right"/>
      </w:pPr>
      <w:r>
        <w:t>So Islam does not believe that you should go into seclusion in an insider room, do certain special practices, and then feel that you are in some way connected to</w:t>
      </w:r>
    </w:p>
    <w:p>
      <w:r>
        <w:rPr>
          <w:b/>
        </w:rPr>
        <w:t xml:space="preserve">[12:54] </w:t>
      </w:r>
      <w:r>
        <w:t>God. So Islam believes that you should live in the world, in the midst of people, and develop your spirituality through that.</w:t>
      </w:r>
    </w:p>
    <w:p>
      <w:pPr>
        <w:jc w:val="right"/>
      </w:pPr>
      <w:r>
        <w:t>God. So Islam believes that you should live in the world, in the midst of people, and develop your spirituality through that.</w:t>
      </w:r>
    </w:p>
    <w:p>
      <w:r>
        <w:rPr>
          <w:b/>
        </w:rPr>
        <w:t xml:space="preserve">[13:03] </w:t>
      </w:r>
      <w:r>
        <w:t>So for example, the tree, the Quran gives the example of a tree, and it says that the tree is very much like a true believer.</w:t>
      </w:r>
    </w:p>
    <w:p>
      <w:pPr>
        <w:jc w:val="right"/>
      </w:pPr>
      <w:r>
        <w:t>So for example, the tree, the Quran gives the example of a tree, and it says that the tree is very much like a true believer.</w:t>
      </w:r>
    </w:p>
    <w:p>
      <w:r>
        <w:rPr>
          <w:b/>
        </w:rPr>
        <w:t xml:space="preserve">[13:13] </w:t>
      </w:r>
      <w:r>
        <w:t>And what does the tree really do? A tree takes so many things from the outside world. It takes</w:t>
      </w:r>
    </w:p>
    <w:p>
      <w:pPr>
        <w:jc w:val="right"/>
      </w:pPr>
      <w:r>
        <w:t>And what does the tree really do? A tree takes so many things from the outside world. It takes</w:t>
      </w:r>
    </w:p>
    <w:p>
      <w:r>
        <w:rPr>
          <w:b/>
        </w:rPr>
        <w:t xml:space="preserve">[13:20] </w:t>
      </w:r>
      <w:r>
        <w:t>sunlight. It takes water. It takes minerals. It takes carbon dioxide, something which is considered a pollutant. And it gives out oxygen.</w:t>
      </w:r>
    </w:p>
    <w:p>
      <w:pPr>
        <w:jc w:val="right"/>
      </w:pPr>
      <w:r>
        <w:t>sunlight. It takes water. It takes minerals. It takes carbon dioxide, something which is considered a pollutant. And it gives out oxygen.</w:t>
      </w:r>
    </w:p>
    <w:p>
      <w:r>
        <w:rPr>
          <w:b/>
        </w:rPr>
        <w:t xml:space="preserve">[13:29] </w:t>
      </w:r>
      <w:r>
        <w:t>It gives out greenery. It gives out shade. It gives out so much. So that is what a true believer has to be. That is what is Islamic spirituality.</w:t>
      </w:r>
    </w:p>
    <w:p>
      <w:pPr>
        <w:jc w:val="right"/>
      </w:pPr>
      <w:r>
        <w:t>It gives out greenery. It gives out shade. It gives out so much. So that is what a true believer has to be. That is what is Islamic spirituality.</w:t>
      </w:r>
    </w:p>
    <w:p>
      <w:r>
        <w:rPr>
          <w:b/>
        </w:rPr>
        <w:t xml:space="preserve">[13:40] </w:t>
      </w:r>
      <w:r>
        <w:t>The tree represents Islamic spirituality. That is, you live in the world.</w:t>
      </w:r>
    </w:p>
    <w:p>
      <w:pPr>
        <w:jc w:val="right"/>
      </w:pPr>
      <w:r>
        <w:t>The tree represents Islamic spirituality. That is, you live in the world.</w:t>
      </w:r>
    </w:p>
    <w:p>
      <w:r>
        <w:rPr>
          <w:b/>
        </w:rPr>
        <w:t xml:space="preserve">[13:44] </w:t>
      </w:r>
      <w:r>
        <w:t>You face unwanted experiences. You face unpleasant situations. But you convert them into positive experiences. And you give out positivity and well-wishing to people.</w:t>
      </w:r>
    </w:p>
    <w:p>
      <w:pPr>
        <w:jc w:val="right"/>
      </w:pPr>
      <w:r>
        <w:t>You face unwanted experiences. You face unpleasant situations. But you convert them into positive experiences. And you give out positivity and well-wishing to people.</w:t>
      </w:r>
    </w:p>
    <w:p>
      <w:r>
        <w:rPr>
          <w:b/>
        </w:rPr>
        <w:t xml:space="preserve">[13:54] </w:t>
      </w:r>
      <w:r>
        <w:t>And also, Islamic spirituality, as I said, also focuses a lot on discovering God.</w:t>
      </w:r>
    </w:p>
    <w:p>
      <w:pPr>
        <w:jc w:val="right"/>
      </w:pPr>
      <w:r>
        <w:t>And also, Islamic spirituality, as I said, also focuses a lot on discovering God.</w:t>
      </w:r>
    </w:p>
    <w:p>
      <w:r>
        <w:rPr>
          <w:b/>
        </w:rPr>
        <w:t xml:space="preserve">[14:01] </w:t>
      </w:r>
      <w:r>
        <w:t>And in Islam, the word that is used for discovering God is called marifat. It means developing a close relationship with God through your contemplation in the universe.</w:t>
      </w:r>
    </w:p>
    <w:p>
      <w:pPr>
        <w:jc w:val="right"/>
      </w:pPr>
      <w:r>
        <w:t>And in Islam, the word that is used for discovering God is called marifat. It means developing a close relationship with God through your contemplation in the universe.</w:t>
      </w:r>
    </w:p>
    <w:p>
      <w:r>
        <w:rPr>
          <w:b/>
        </w:rPr>
        <w:t xml:space="preserve">[14:13] </w:t>
      </w:r>
      <w:r>
        <w:t>You see the vastness of the universe and discover God's majesty, see the intelligent design in the universe, discover God's w</w:t>
      </w:r>
    </w:p>
    <w:p>
      <w:pPr>
        <w:jc w:val="right"/>
      </w:pPr>
      <w:r>
        <w:t>You see the vastness of the universe and discover God's majesty, see the intelligent design in the universe, discover God's w</w:t>
      </w:r>
    </w:p>
    <w:p>
      <w:r>
        <w:rPr>
          <w:b/>
        </w:rPr>
        <w:t xml:space="preserve">[14:20] </w:t>
      </w:r>
      <w:r>
        <w:t>isdom, and even in your own lives, reflect on the blessings that God has bestowed on you. So all this develops a deep love for God in you.</w:t>
      </w:r>
    </w:p>
    <w:p>
      <w:pPr>
        <w:jc w:val="right"/>
      </w:pPr>
      <w:r>
        <w:t>isdom, and even in your own lives, reflect on the blessings that God has bestowed on you. So all this develops a deep love for God in you.</w:t>
      </w:r>
    </w:p>
    <w:p>
      <w:r>
        <w:rPr>
          <w:b/>
        </w:rPr>
        <w:t xml:space="preserve">[14:29] </w:t>
      </w:r>
      <w:r>
        <w:t>And this is what Islamic spirituality gives a lot of focus on. And this is what I feel is special about Islam. And I think if I am following Islam today, it's because of Islamic spirituality.</w:t>
      </w:r>
    </w:p>
    <w:p>
      <w:pPr>
        <w:jc w:val="right"/>
      </w:pPr>
      <w:r>
        <w:t>And this is what Islamic spirituality gives a lot of focus on. And this is what I feel is special about Islam. And I think if I am following Islam today, it's because of Islamic spirituality.</w:t>
      </w:r>
    </w:p>
    <w:p>
      <w:r>
        <w:rPr>
          <w:b/>
        </w:rPr>
        <w:t xml:space="preserve">[14:42] </w:t>
      </w:r>
      <w:r>
        <w:t>I have got nothing to do with politics. I don't care if Islam gives a political if Islam has a political interpretation or not</w:t>
      </w:r>
    </w:p>
    <w:p>
      <w:pPr>
        <w:jc w:val="right"/>
      </w:pPr>
      <w:r>
        <w:t>I have got nothing to do with politics. I don't care if Islam gives a political if Islam has a political interpretation or not</w:t>
      </w:r>
    </w:p>
    <w:p>
      <w:r>
        <w:rPr>
          <w:b/>
        </w:rPr>
        <w:t xml:space="preserve">[14:49] </w:t>
      </w:r>
      <w:r>
        <w:t>. For me, what is most important is that my spiritual side should be addressed. And Islam addresses that spiritual side. And that is why today I am following Islam.</w:t>
      </w:r>
    </w:p>
    <w:p>
      <w:pPr>
        <w:jc w:val="right"/>
      </w:pPr>
      <w:r>
        <w:t>. For me, what is most important is that my spiritual side should be addressed. And Islam addresses that spiritual side. And that is why today I am following Islam.</w:t>
      </w:r>
    </w:p>
    <w:p>
      <w:r>
        <w:rPr>
          <w:b/>
        </w:rPr>
        <w:t xml:space="preserve">[15:00] </w:t>
      </w:r>
      <w:r>
        <w:t>Let me say at first that your word impressed me a lot, and it gives me hope for the cooperation in the future.</w:t>
      </w:r>
    </w:p>
    <w:p>
      <w:pPr>
        <w:jc w:val="right"/>
      </w:pPr>
      <w:r>
        <w:t>Let me say at first that your word impressed me a lot, and it gives me hope for the cooperation in the future.</w:t>
      </w:r>
    </w:p>
    <w:p>
      <w:r>
        <w:rPr>
          <w:b/>
        </w:rPr>
        <w:t xml:space="preserve">[15:10] </w:t>
      </w:r>
      <w:r>
        <w:t>But it has a question for me. Who is the reaction about your work in the Islamic world?</w:t>
      </w:r>
    </w:p>
    <w:p>
      <w:pPr>
        <w:jc w:val="right"/>
      </w:pPr>
      <w:r>
        <w:t>But it has a question for me. Who is the reaction about your work in the Islamic world?</w:t>
      </w:r>
    </w:p>
    <w:p>
      <w:r>
        <w:rPr>
          <w:b/>
        </w:rPr>
        <w:t xml:space="preserve">[15:21] </w:t>
      </w:r>
      <w:r>
        <w:t>Who supports you and who is against you? Who is the reaction? So I think at CPS, the journey of CPS began in 2001.</w:t>
      </w:r>
    </w:p>
    <w:p>
      <w:pPr>
        <w:jc w:val="right"/>
      </w:pPr>
      <w:r>
        <w:t>Who supports you and who is against you? Who is the reaction? So I think at CPS, the journey of CPS began in 2001.</w:t>
      </w:r>
    </w:p>
    <w:p>
      <w:r>
        <w:rPr>
          <w:b/>
        </w:rPr>
        <w:t xml:space="preserve">[15:36] </w:t>
      </w:r>
      <w:r>
        <w:t>And I would just say that we've only seen one direction, which is gaining friendship with people all around the world. So we started with a chapter being in Delhi.</w:t>
      </w:r>
    </w:p>
    <w:p>
      <w:pPr>
        <w:jc w:val="right"/>
      </w:pPr>
      <w:r>
        <w:t>And I would just say that we've only seen one direction, which is gaining friendship with people all around the world. So we started with a chapter being in Delhi.</w:t>
      </w:r>
    </w:p>
    <w:p>
      <w:r>
        <w:rPr>
          <w:b/>
        </w:rPr>
        <w:t xml:space="preserve">[15:46] </w:t>
      </w:r>
      <w:r>
        <w:t>And now we have chapters all over the world. We have a chapter in the US, in Africa, in the Middle East, in Asia. And the interesting or the most important thing is that as we are reaching out to people, we are talking about the ideology or the true face of</w:t>
      </w:r>
    </w:p>
    <w:p>
      <w:pPr>
        <w:jc w:val="right"/>
      </w:pPr>
      <w:r>
        <w:t>And now we have chapters all over the world. We have a chapter in the US, in Africa, in the Middle East, in Asia. And the interesting or the most important thing is that as we are reaching out to people, we are talking about the ideology or the true face of</w:t>
      </w:r>
    </w:p>
    <w:p>
      <w:r>
        <w:rPr>
          <w:b/>
        </w:rPr>
        <w:t xml:space="preserve">[16:05] </w:t>
      </w:r>
      <w:r>
        <w:t>Islam. So just like all of you have responded so positively, and you are saying that you are doing a good work, how did this happen? It happened that you all happened to be here.</w:t>
      </w:r>
    </w:p>
    <w:p>
      <w:pPr>
        <w:jc w:val="right"/>
      </w:pPr>
      <w:r>
        <w:t>Islam. So just like all of you have responded so positively, and you are saying that you are doing a good work, how did this happen? It happened that you all happened to be here.</w:t>
      </w:r>
    </w:p>
    <w:p>
      <w:r>
        <w:rPr>
          <w:b/>
        </w:rPr>
        <w:t xml:space="preserve">[16:15] </w:t>
      </w:r>
      <w:r>
        <w:t>We are exchanging our thoughts and ideas of what Islam is all about. So as we are taking this through social media, through our friends like you, Father Francis, people are coming to us.</w:t>
      </w:r>
    </w:p>
    <w:p>
      <w:pPr>
        <w:jc w:val="right"/>
      </w:pPr>
      <w:r>
        <w:t>We are exchanging our thoughts and ideas of what Islam is all about. So as we are taking this through social media, through our friends like you, Father Francis, people are coming to us.</w:t>
      </w:r>
    </w:p>
    <w:p>
      <w:r>
        <w:rPr>
          <w:b/>
        </w:rPr>
        <w:t xml:space="preserve">[16:29] </w:t>
      </w:r>
      <w:r>
        <w:t>Yes, I mean, there have been some reactions. But those reactions are mainly from only that section which is politically motivated or which have vested interest.</w:t>
      </w:r>
    </w:p>
    <w:p>
      <w:pPr>
        <w:jc w:val="right"/>
      </w:pPr>
      <w:r>
        <w:t>Yes, I mean, there have been some reactions. But those reactions are mainly from only that section which is politically motivated or which have vested interest.</w:t>
      </w:r>
    </w:p>
    <w:p>
      <w:r>
        <w:rPr>
          <w:b/>
        </w:rPr>
        <w:t xml:space="preserve">[16:40] </w:t>
      </w:r>
      <w:r>
        <w:t>For them, Islam is not the real criteria, but furthering their own personal interest is the criteria. So it doesn't mat</w:t>
      </w:r>
    </w:p>
    <w:p>
      <w:pPr>
        <w:jc w:val="right"/>
      </w:pPr>
      <w:r>
        <w:t>For them, Islam is not the real criteria, but furthering their own personal interest is the criteria. So it doesn't mat</w:t>
      </w:r>
    </w:p>
    <w:p>
      <w:r>
        <w:rPr>
          <w:b/>
        </w:rPr>
        <w:t xml:space="preserve">[16:48] </w:t>
      </w:r>
      <w:r>
        <w:t>ter to us. That's okay. That was expected. But to answer your question, so CPS started, as I said, from Delhi and has truly become global.</w:t>
      </w:r>
    </w:p>
    <w:p>
      <w:pPr>
        <w:jc w:val="right"/>
      </w:pPr>
      <w:r>
        <w:t>ter to us. That's okay. That was expected. But to answer your question, so CPS started, as I said, from Delhi and has truly become global.</w:t>
      </w:r>
    </w:p>
    <w:p>
      <w:r>
        <w:rPr>
          <w:b/>
        </w:rPr>
        <w:t xml:space="preserve">[16:59] </w:t>
      </w:r>
      <w:r>
        <w:t>We've had representations not only from the civil society but also from the governments who are following us</w:t>
      </w:r>
    </w:p>
    <w:p>
      <w:pPr>
        <w:jc w:val="right"/>
      </w:pPr>
      <w:r>
        <w:t>We've had representations not only from the civil society but also from the governments who are following us</w:t>
      </w:r>
    </w:p>
    <w:p>
      <w:r>
        <w:rPr>
          <w:b/>
        </w:rPr>
        <w:t xml:space="preserve">[17:10] </w:t>
      </w:r>
      <w:r>
        <w:t>. There are research scholars from Europe and the USA who are doing researches on our founder. And they have been using his ideology by presenting papers in the international academic</w:t>
      </w:r>
    </w:p>
    <w:p>
      <w:pPr>
        <w:jc w:val="right"/>
      </w:pPr>
      <w:r>
        <w:t>. There are research scholars from Europe and the USA who are doing researches on our founder. And they have been using his ideology by presenting papers in the international academic</w:t>
      </w:r>
    </w:p>
    <w:p>
      <w:r>
        <w:rPr>
          <w:b/>
        </w:rPr>
        <w:t xml:space="preserve">[17:25] </w:t>
      </w:r>
      <w:r>
        <w:t>world. Recently, somebody from Japan who had visited our founder last year. So she took one year to conclude her paper on the peaceful and the practical aspects of peace and how it can change the society.</w:t>
      </w:r>
    </w:p>
    <w:p>
      <w:pPr>
        <w:jc w:val="right"/>
      </w:pPr>
      <w:r>
        <w:t>world. Recently, somebody from Japan who had visited our founder last year. So she took one year to conclude her paper on the peaceful and the practical aspects of peace and how it can change the society.</w:t>
      </w:r>
    </w:p>
    <w:p>
      <w:r>
        <w:rPr>
          <w:b/>
        </w:rPr>
        <w:t xml:space="preserve">[17:40] </w:t>
      </w:r>
      <w:r>
        <w:t>So we just got a mail from her last week that the paper has been published, and it is available in the domain area.</w:t>
      </w:r>
    </w:p>
    <w:p>
      <w:pPr>
        <w:jc w:val="right"/>
      </w:pPr>
      <w:r>
        <w:t>So we just got a mail from her last week that the paper has been published, and it is available in the domain area.</w:t>
      </w:r>
    </w:p>
    <w:p>
      <w:r>
        <w:rPr>
          <w:b/>
        </w:rPr>
        <w:t xml:space="preserve">[17:49] </w:t>
      </w:r>
      <w:r>
        <w:t>So yes, with God's grace, I think we are moving ahead. And I guess next year when we meet, we will have more interesting experiences to share with all of you.</w:t>
      </w:r>
    </w:p>
    <w:p>
      <w:pPr>
        <w:jc w:val="right"/>
      </w:pPr>
      <w:r>
        <w:t>So yes, with God's grace, I think we are moving ahead. And I guess next year when we meet, we will have more interesting experiences to share with all of you.</w:t>
      </w:r>
    </w:p>
    <w:p>
      <w:r>
        <w:rPr>
          <w:b/>
        </w:rPr>
        <w:t xml:space="preserve">[18:00] </w:t>
      </w:r>
      <w:r>
        <w:t>Thank you.</w:t>
      </w:r>
    </w:p>
    <w:p>
      <w:pPr>
        <w:jc w:val="right"/>
      </w:pPr>
      <w:r>
        <w:t>Thank you.</w:t>
      </w:r>
    </w:p>
    <w:p>
      <w:r>
        <w:rPr>
          <w:b/>
        </w:rPr>
        <w:t xml:space="preserve">[18:02] </w:t>
      </w:r>
      <w:r>
        <w:t>That means you said who said on the woman in Islam was you? Professor Faridah.</w:t>
      </w:r>
    </w:p>
    <w:p>
      <w:pPr>
        <w:jc w:val="right"/>
      </w:pPr>
      <w:r>
        <w:t>That means you said who said on the woman in Islam was you? Professor Faridah.</w:t>
      </w:r>
    </w:p>
    <w:p>
      <w:r>
        <w:rPr>
          <w:b/>
        </w:rPr>
        <w:t xml:space="preserve">[18:10] </w:t>
      </w:r>
      <w:r>
        <w:t>Yeah, you. That's Professor Faridah Khan. You said that there is the role of the woman in</w:t>
      </w:r>
    </w:p>
    <w:p>
      <w:pPr>
        <w:jc w:val="right"/>
      </w:pPr>
      <w:r>
        <w:t>Yeah, you. That's Professor Faridah Khan. You said that there is the role of the woman in</w:t>
      </w:r>
    </w:p>
    <w:p>
      <w:r>
        <w:rPr>
          <w:b/>
        </w:rPr>
        <w:t xml:space="preserve">[18:19] </w:t>
      </w:r>
      <w:r>
        <w:t>Islam. There is a lot of freedom for the woman. But as your question is, but then in a Christian religion also, there is a lot of freedom for the woman.</w:t>
      </w:r>
    </w:p>
    <w:p>
      <w:pPr>
        <w:jc w:val="right"/>
      </w:pPr>
      <w:r>
        <w:t>Islam. There is a lot of freedom for the woman. But as your question is, but then in a Christian religion also, there is a lot of freedom for the woman.</w:t>
      </w:r>
    </w:p>
    <w:p>
      <w:r>
        <w:rPr>
          <w:b/>
        </w:rPr>
        <w:t xml:space="preserve">[18:34] </w:t>
      </w:r>
      <w:r>
        <w:t>But how do you? Rights.</w:t>
      </w:r>
    </w:p>
    <w:p>
      <w:pPr>
        <w:jc w:val="right"/>
      </w:pPr>
      <w:r>
        <w:t>But how do you? Rights.</w:t>
      </w:r>
    </w:p>
    <w:p>
      <w:r>
        <w:rPr>
          <w:b/>
        </w:rPr>
        <w:t xml:space="preserve">[18:37] </w:t>
      </w:r>
      <w:r>
        <w:t>Rights. Yeah, rights. Freedom for the rights and freedom. Correct. But how do you explain the position of the woman now?</w:t>
      </w:r>
    </w:p>
    <w:p>
      <w:pPr>
        <w:jc w:val="right"/>
      </w:pPr>
      <w:r>
        <w:t>Rights. Yeah, rights. Freedom for the rights and freedom. Correct. But how do you explain the position of the woman now?</w:t>
      </w:r>
    </w:p>
    <w:p>
      <w:r>
        <w:rPr>
          <w:b/>
        </w:rPr>
        <w:t xml:space="preserve">[19:01] </w:t>
      </w:r>
      <w:r>
        <w:t>Can a woman an imam? An imam in wh</w:t>
      </w:r>
    </w:p>
    <w:p>
      <w:pPr>
        <w:jc w:val="right"/>
      </w:pPr>
      <w:r>
        <w:t>Can a woman an imam? An imam in wh</w:t>
      </w:r>
    </w:p>
    <w:p>
      <w:r>
        <w:rPr>
          <w:b/>
        </w:rPr>
        <w:t xml:space="preserve">[19:05] </w:t>
      </w:r>
      <w:r>
        <w:t>y not? So that is the some of the rights of this woman. Is this not then? Yes. A woman can lead.</w:t>
      </w:r>
    </w:p>
    <w:p>
      <w:pPr>
        <w:jc w:val="right"/>
      </w:pPr>
      <w:r>
        <w:t>y not? So that is the some of the rights of this woman. Is this not then? Yes. A woman can lead.</w:t>
      </w:r>
    </w:p>
    <w:p>
      <w:r>
        <w:rPr>
          <w:b/>
        </w:rPr>
        <w:t xml:space="preserve">[19:19] </w:t>
      </w:r>
      <w:r>
        <w:t>A woman can lead prayers when only women are praying. This is the jurist's stand.</w:t>
      </w:r>
    </w:p>
    <w:p>
      <w:pPr>
        <w:jc w:val="right"/>
      </w:pPr>
      <w:r>
        <w:t>A woman can lead prayers when only women are praying. This is the jurist's stand.</w:t>
      </w:r>
    </w:p>
    <w:p>
      <w:r>
        <w:rPr>
          <w:b/>
        </w:rPr>
        <w:t xml:space="preserve">[19:27] </w:t>
      </w:r>
      <w:r>
        <w:t>Because when men are praying, then the imam should be man. But when women are praying, the woman can pray now.</w:t>
      </w:r>
    </w:p>
    <w:p>
      <w:pPr>
        <w:jc w:val="right"/>
      </w:pPr>
      <w:r>
        <w:t>Because when men are praying, then the imam should be man. But when women are praying, the woman can pray now.</w:t>
      </w:r>
    </w:p>
    <w:p>
      <w:r>
        <w:rPr>
          <w:b/>
        </w:rPr>
        <w:t xml:space="preserve">[19:38] </w:t>
      </w:r>
      <w:r>
        <w:t>But now these days, there are some mosques that have also been built in which women are in charge, and they lead the prayer.</w:t>
      </w:r>
    </w:p>
    <w:p>
      <w:pPr>
        <w:jc w:val="right"/>
      </w:pPr>
      <w:r>
        <w:t>But now these days, there are some mosques that have also been built in which women are in charge, and they lead the prayer.</w:t>
      </w:r>
    </w:p>
    <w:p>
      <w:r>
        <w:rPr>
          <w:b/>
        </w:rPr>
        <w:t xml:space="preserve">[19:49] </w:t>
      </w:r>
      <w:r>
        <w:t>But this is not the Islamic stand.</w:t>
      </w:r>
    </w:p>
    <w:p>
      <w:pPr>
        <w:jc w:val="right"/>
      </w:pPr>
      <w:r>
        <w:t>But this is not the Islamic stand.</w:t>
      </w:r>
    </w:p>
    <w:p>
      <w:r>
        <w:rPr>
          <w:b/>
        </w:rPr>
        <w:t xml:space="preserve">[19:53] </w:t>
      </w:r>
      <w:r>
        <w:t>In Islamic stand, when only women are praying, then a woman can lead the prayer.</w:t>
      </w:r>
    </w:p>
    <w:p>
      <w:pPr>
        <w:jc w:val="right"/>
      </w:pPr>
      <w:r>
        <w:t>In Islamic stand, when only women are praying, then a woman can lead the prayer.</w:t>
      </w:r>
    </w:p>
    <w:p>
      <w:r>
        <w:rPr>
          <w:b/>
        </w:rPr>
        <w:t xml:space="preserve">[20:03] </w:t>
      </w:r>
      <w:r>
        <w:t>I wanted to say that she has freedom in all other activities like business activity, job activity, and other activities.</w:t>
      </w:r>
    </w:p>
    <w:p>
      <w:pPr>
        <w:jc w:val="right"/>
      </w:pPr>
      <w:r>
        <w:t>I wanted to say that she has freedom in all other activities like business activity, job activity, and other activities.</w:t>
      </w:r>
    </w:p>
    <w:p>
      <w:r>
        <w:rPr>
          <w:b/>
        </w:rPr>
        <w:t xml:space="preserve">[20:15] </w:t>
      </w:r>
      <w:r>
        <w:t>matlab in religious activities. lekin</w:t>
      </w:r>
    </w:p>
    <w:p>
      <w:pPr>
        <w:jc w:val="right"/>
      </w:pPr>
      <w:r>
        <w:t>مطلب in religious activities. لیکن</w:t>
      </w:r>
    </w:p>
    <w:p>
      <w:r>
        <w:rPr>
          <w:b/>
        </w:rPr>
        <w:t xml:space="preserve">[20:19] </w:t>
      </w:r>
      <w:r>
        <w:t>there are some ritual acts which are usually attributed to men. It is usual.</w:t>
      </w:r>
    </w:p>
    <w:p>
      <w:pPr>
        <w:jc w:val="right"/>
      </w:pPr>
      <w:r>
        <w:t>there are some ritual acts which are usually attributed to men. It is usual.</w:t>
      </w:r>
    </w:p>
    <w:p>
      <w:r>
        <w:rPr>
          <w:b/>
        </w:rPr>
        <w:t xml:space="preserve">[20:28] </w:t>
      </w:r>
      <w:r>
        <w:t>The men won't accept women.</w:t>
      </w:r>
    </w:p>
    <w:p>
      <w:pPr>
        <w:jc w:val="right"/>
      </w:pPr>
      <w:r>
        <w:t>The men won't accept women.</w:t>
      </w:r>
    </w:p>
    <w:p>
      <w:r>
        <w:rPr>
          <w:b/>
        </w:rPr>
        <w:t xml:space="preserve">[20:34] </w:t>
      </w:r>
      <w:r>
        <w:t>This is the problem. It is not permitted in Islam, in the Quran. But it is only with the acceptance of men.</w:t>
      </w:r>
    </w:p>
    <w:p>
      <w:pPr>
        <w:jc w:val="right"/>
      </w:pPr>
      <w:r>
        <w:t>This is the problem. It is not permitted in Islam, in the Quran. But it is only with the acceptance of men.</w:t>
      </w:r>
    </w:p>
    <w:p>
      <w:r>
        <w:rPr>
          <w:b/>
        </w:rPr>
        <w:t xml:space="preserve">[20:43] </w:t>
      </w:r>
      <w:r>
        <w:t>Only then women can lead the prayer.</w:t>
      </w:r>
    </w:p>
    <w:p>
      <w:pPr>
        <w:jc w:val="right"/>
      </w:pPr>
      <w:r>
        <w:t>Only then women can lead the prayer.</w:t>
      </w:r>
    </w:p>
    <w:p>
      <w:r>
        <w:rPr>
          <w:b/>
        </w:rPr>
        <w:t xml:space="preserve">[20:47] </w:t>
      </w:r>
      <w:r>
        <w:t>I just want to add one thing. In CPS International, the status of woman is greater than men. Well, on this stage, there are four CPS members.</w:t>
      </w:r>
    </w:p>
    <w:p>
      <w:pPr>
        <w:jc w:val="right"/>
      </w:pPr>
      <w:r>
        <w:t>I just want to add one thing. In CPS International, the status of woman is greater than men. Well, on this stage, there are four CPS members.</w:t>
      </w:r>
    </w:p>
    <w:p>
      <w:r>
        <w:rPr>
          <w:b/>
        </w:rPr>
        <w:t xml:space="preserve">[20:57] </w:t>
      </w:r>
      <w:r>
        <w:t>There is only one man and three women. And interestingly, if you meet the CPS, I would say departmental heads, whether it is editorial or printing, publishing, in most of their roles, it is the woman who is at the forefront</w:t>
      </w:r>
    </w:p>
    <w:p>
      <w:pPr>
        <w:jc w:val="right"/>
      </w:pPr>
      <w:r>
        <w:t>There is only one man and three women. And interestingly, if you meet the CPS, I would say departmental heads, whether it is editorial or printing, publishing, in most of their roles, it is the woman who is at the forefront</w:t>
      </w:r>
    </w:p>
    <w:p>
      <w:r>
        <w:rPr>
          <w:b/>
        </w:rPr>
        <w:t xml:space="preserve">[21:12] </w:t>
      </w:r>
      <w:r>
        <w:t>. So men follow the women. So it's a</w:t>
      </w:r>
    </w:p>
    <w:p>
      <w:pPr>
        <w:jc w:val="right"/>
      </w:pPr>
      <w:r>
        <w:t>. So men follow the women. So it's a</w:t>
      </w:r>
    </w:p>
    <w:p>
      <w:r>
        <w:rPr>
          <w:b/>
        </w:rPr>
        <w:t xml:space="preserve">[21:20] </w:t>
      </w:r>
      <w:r>
        <w:t>okay. So I think we've had a wonderful session with all of you. Thank you so much. I think the environment is completely spiritual.</w:t>
      </w:r>
    </w:p>
    <w:p>
      <w:pPr>
        <w:jc w:val="right"/>
      </w:pPr>
      <w:r>
        <w:t>okay. So I think we've had a wonderful session with all of you. Thank you so much. I think the environment is completely spiritual.</w:t>
      </w:r>
    </w:p>
    <w:p>
      <w:r>
        <w:rPr>
          <w:b/>
        </w:rPr>
        <w:t xml:space="preserve">[21:31] </w:t>
      </w:r>
      <w:r>
        <w:t>And I would like to thank Father Francis for making this possible that we could meet all your German brothers and sisters. And special thanks to Sister Sophia and</w:t>
      </w:r>
    </w:p>
    <w:p>
      <w:pPr>
        <w:jc w:val="right"/>
      </w:pPr>
      <w:r>
        <w:t>And I would like to thank Father Francis for making this possible that we could meet all your German brothers and sisters. And special thanks to Sister Sophia 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