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When God's Name is Invoked December 21, 2019 - Interaction with Maulana Wahiduddin Khan,</w:t>
      </w:r>
    </w:p>
    <w:p>
      <w:r>
        <w:t>https://www.youtube.com/watch?v=jgNjICoo-Cw</w:t>
      </w:r>
    </w:p>
    <w:p>
      <w:r>
        <w:rPr>
          <w:b/>
        </w:rPr>
        <w:t xml:space="preserve">[00:15] </w:t>
      </w:r>
      <w:r>
        <w:t>maulana ek hadith abu huraira aur anas bin malik se riwayat ki gayi hai, is ko mukhtalif muhaddiseen ne riwayat kiya, misaal ke taur par bazzar ne riwayat kiya hai aur doosre logon ne.</w:t>
      </w:r>
    </w:p>
    <w:p>
      <w:pPr>
        <w:jc w:val="right"/>
      </w:pPr>
      <w:r>
        <w:t>مولانا ایک حدیث ابوہریرہ اور انس بن مالک سے روایت کی گئی ہے، اس کو مختلف محدثین نے روایت کیا، مثال کے طور پر بزار نے روایت کیا ہے اور دوسرے لوگوں نے۔</w:t>
      </w:r>
    </w:p>
    <w:p>
      <w:r>
        <w:rPr>
          <w:b/>
        </w:rPr>
        <w:t xml:space="preserve">[00:32] </w:t>
      </w:r>
      <w:r>
        <w:t>is ke alfaaz hain: "jab tum logon ko Allah ka wasta diya jaye to ruk jao" jab tum logon ko Allah ka wasta diya jaye to ruk jao.</w:t>
      </w:r>
    </w:p>
    <w:p>
      <w:pPr>
        <w:jc w:val="right"/>
      </w:pPr>
      <w:r>
        <w:t>اس کے الفاظ ہیں: "اذا ذکرتم باللہ فانتہو"۔ جب تم لوگوں کو اللہ کا واسطہ دیا جائے تو رک جاؤ۔</w:t>
      </w:r>
    </w:p>
    <w:p>
      <w:r>
        <w:rPr>
          <w:b/>
        </w:rPr>
        <w:t xml:space="preserve">[00:42] </w:t>
      </w:r>
      <w:r>
        <w:t>is ka matlab kya hai?</w:t>
      </w:r>
    </w:p>
    <w:p>
      <w:pPr>
        <w:jc w:val="right"/>
      </w:pPr>
      <w:r>
        <w:t>اس کا مطلب کیا ہے؟</w:t>
      </w:r>
    </w:p>
    <w:p>
      <w:r>
        <w:rPr>
          <w:b/>
        </w:rPr>
        <w:t xml:space="preserve">[00:52] </w:t>
      </w:r>
      <w:r>
        <w:t>dekhen, jahan tak main samajhta hoon, is hadith ko hum ek aur waqe se samajh sakte hain.</w:t>
      </w:r>
    </w:p>
    <w:p>
      <w:pPr>
        <w:jc w:val="right"/>
      </w:pPr>
      <w:r>
        <w:t>دیکھیں، جہاں تک میں سمجھتا ہوں، اس حدیث کو ہم ایک اور واقعے سے سمجھ سکتے ہیں۔</w:t>
      </w:r>
    </w:p>
    <w:p>
      <w:r>
        <w:rPr>
          <w:b/>
        </w:rPr>
        <w:t xml:space="preserve">[01:03] </w:t>
      </w:r>
      <w:r>
        <w:t>ek waqia aata hai ke jab hazrat umar, hazrat umar jab khaleefa thay to ek aadmi un ke ghar par un se milne ke liye aaya.</w:t>
      </w:r>
    </w:p>
    <w:p>
      <w:pPr>
        <w:jc w:val="right"/>
      </w:pPr>
      <w:r>
        <w:t>ایک واقعہ آتا ہے کہ جب حضرت عمر، حضرت عمر جب خلیفہ تھے تو ایک آدمی ان کے گھر پر ان سے ملنے کے لیے آیا۔</w:t>
      </w:r>
    </w:p>
    <w:p>
      <w:r>
        <w:rPr>
          <w:b/>
        </w:rPr>
        <w:t xml:space="preserve">[01:28] </w:t>
      </w:r>
      <w:r>
        <w:t>to us waqt hazrat umar so rahe thay, yeh bataya gaya un ko.</w:t>
      </w:r>
    </w:p>
    <w:p>
      <w:pPr>
        <w:jc w:val="right"/>
      </w:pPr>
      <w:r>
        <w:t>تو اس وقت حضرت عمر سو رہے تھے، یہ بتایا گیا ان کو۔</w:t>
      </w:r>
    </w:p>
    <w:p>
      <w:r>
        <w:rPr>
          <w:b/>
        </w:rPr>
        <w:t xml:space="preserve">[01:39] </w:t>
      </w:r>
      <w:r>
        <w:t>to jo darwaze par baitha hua tha, un ka khadim us ke paas baat woh baith gaye aur baatein hone lagin.</w:t>
      </w:r>
    </w:p>
    <w:p>
      <w:pPr>
        <w:jc w:val="right"/>
      </w:pPr>
      <w:r>
        <w:t>تو جو دروازے پر بیٹھا ہوا تھا، ان کا خادم اس کے پاس بات وہ بیٹھ گئے اور باتیں ہونے لگیں۔</w:t>
      </w:r>
    </w:p>
    <w:p>
      <w:r>
        <w:rPr>
          <w:b/>
        </w:rPr>
        <w:t xml:space="preserve">[01:55] </w:t>
      </w:r>
      <w:r>
        <w:t>to</w:t>
      </w:r>
    </w:p>
    <w:p>
      <w:pPr>
        <w:jc w:val="right"/>
      </w:pPr>
      <w:r>
        <w:t>تو</w:t>
      </w:r>
    </w:p>
    <w:p>
      <w:r>
        <w:rPr>
          <w:b/>
        </w:rPr>
        <w:t xml:space="preserve">[01:59] </w:t>
      </w:r>
      <w:r>
        <w:t>aane wala shakhs us ne poocha khadim se ke umar ke baray mein tumhari kya rai hai?</w:t>
      </w:r>
    </w:p>
    <w:p>
      <w:pPr>
        <w:jc w:val="right"/>
      </w:pPr>
      <w:r>
        <w:t>آنے والا شخص اس نے پوچھا خادم سے کہ عمر کے بارے میں تمہاری کیا رائے ہے؟</w:t>
      </w:r>
    </w:p>
    <w:p>
      <w:r>
        <w:rPr>
          <w:b/>
        </w:rPr>
        <w:t xml:space="preserve">[02:13] </w:t>
      </w:r>
      <w:r>
        <w:t>yani khaleefa ke baray mein tumhari kya rai hai?</w:t>
      </w:r>
    </w:p>
    <w:p>
      <w:pPr>
        <w:jc w:val="right"/>
      </w:pPr>
      <w:r>
        <w:t>یعنی خلیفہ کے بارے میں تمہاری کیا رائے ہے؟</w:t>
      </w:r>
    </w:p>
    <w:p>
      <w:r>
        <w:rPr>
          <w:b/>
        </w:rPr>
        <w:t xml:space="preserve">[02:20] </w:t>
      </w:r>
      <w:r>
        <w:t>to us aadmi ne kaha ke umar bohat achay aadmi hain, lekin jab un ko ghussa aata hai</w:t>
      </w:r>
    </w:p>
    <w:p>
      <w:pPr>
        <w:jc w:val="right"/>
      </w:pPr>
      <w:r>
        <w:t>تو اس آدمی نے کہا کہ عمر بہت اچھے آدمی ہیں، لیکن جب ان کو غصہ آتا ہے</w:t>
      </w:r>
    </w:p>
    <w:p>
      <w:r>
        <w:rPr>
          <w:b/>
        </w:rPr>
        <w:t xml:space="preserve">[02:33] </w:t>
      </w:r>
      <w:r>
        <w:t>to woh</w:t>
      </w:r>
    </w:p>
    <w:p>
      <w:pPr>
        <w:jc w:val="right"/>
      </w:pPr>
      <w:r>
        <w:t>تو وہ</w:t>
      </w:r>
    </w:p>
    <w:p>
      <w:r>
        <w:rPr>
          <w:b/>
        </w:rPr>
        <w:t xml:space="preserve">[02:39] </w:t>
      </w:r>
      <w:r>
        <w:t>bohat ziyada aapas mein aa jatay hain.</w:t>
      </w:r>
    </w:p>
    <w:p>
      <w:pPr>
        <w:jc w:val="right"/>
      </w:pPr>
      <w:r>
        <w:t>بہت زیادہ آپس میں آ جاتے ہیں۔</w:t>
      </w:r>
    </w:p>
    <w:p>
      <w:r>
        <w:rPr>
          <w:b/>
        </w:rPr>
        <w:t xml:space="preserve">[02:48] </w:t>
      </w:r>
      <w:r>
        <w:t>to aane walay ne kaha jo ke yaqeenan ho sakta hai ke sahabi hon woh</w:t>
      </w:r>
    </w:p>
    <w:p>
      <w:pPr>
        <w:jc w:val="right"/>
      </w:pPr>
      <w:r>
        <w:t>تو آنے والے نے کہا جو کہ یقیناً ہو سکتا ہے کہ صحابی ہوں وہ</w:t>
      </w:r>
    </w:p>
    <w:p>
      <w:r>
        <w:rPr>
          <w:b/>
        </w:rPr>
        <w:t xml:space="preserve">[02:57] </w:t>
      </w:r>
      <w:r>
        <w:t>ke main umar ko janta hoon,</w:t>
      </w:r>
    </w:p>
    <w:p>
      <w:pPr>
        <w:jc w:val="right"/>
      </w:pPr>
      <w:r>
        <w:t>کہ میں عمر کو جانتا ہوں،</w:t>
      </w:r>
    </w:p>
    <w:p>
      <w:r>
        <w:rPr>
          <w:b/>
        </w:rPr>
        <w:t xml:space="preserve">[03:05] </w:t>
      </w:r>
      <w:r>
        <w:t>un ke ghusay ke waqt un ko chup karanay ka behtareen tareeqa yeh hai</w:t>
      </w:r>
    </w:p>
    <w:p>
      <w:pPr>
        <w:jc w:val="right"/>
      </w:pPr>
      <w:r>
        <w:t>ان کے غصے کے وقت ان کو چپ کرانے کا بہترین طریقہ یہ ہے</w:t>
      </w:r>
    </w:p>
    <w:p>
      <w:r>
        <w:rPr>
          <w:b/>
        </w:rPr>
        <w:t xml:space="preserve">[03:14] </w:t>
      </w:r>
      <w:r>
        <w:t>ke tum koi ayat parh do.</w:t>
      </w:r>
    </w:p>
    <w:p>
      <w:pPr>
        <w:jc w:val="right"/>
      </w:pPr>
      <w:r>
        <w:t>کہ تم کوئی آیت پڑھ دو۔</w:t>
      </w:r>
    </w:p>
    <w:p>
      <w:r>
        <w:rPr>
          <w:b/>
        </w:rPr>
        <w:t xml:space="preserve">[03:20] </w:t>
      </w:r>
      <w:r>
        <w:t>is se maloom hota hai ke jo hadees parhi gayi hai, is ka matlab yeh nahi hai ghaliban ke jab chup karaya jaye,</w:t>
      </w:r>
    </w:p>
    <w:p>
      <w:pPr>
        <w:jc w:val="right"/>
      </w:pPr>
      <w:r>
        <w:t>اس سے معلوم ہوتا ہے کہ جو حدیث پڑھی گئی ہے، اس کا مطلب یہ نہیں ہے غالباً کہ جب چپ کرایا جائے،</w:t>
      </w:r>
    </w:p>
    <w:p>
      <w:r>
        <w:rPr>
          <w:b/>
        </w:rPr>
        <w:t xml:space="preserve">[03:35] </w:t>
      </w:r>
      <w:r>
        <w:t>chup karanay ka matlab nahi hai, balkay yeh hai ke koi ayat parh di jaye, koi Allah ki</w:t>
      </w:r>
    </w:p>
    <w:p>
      <w:pPr>
        <w:jc w:val="right"/>
      </w:pPr>
      <w:r>
        <w:t>چپ کرانے کا مطلب نہیں ہے، بلکہ یہ ہے کہ کوئی آیت پڑھ دی جائے، کوئی اللہ کی</w:t>
      </w:r>
    </w:p>
    <w:p>
      <w:r>
        <w:rPr>
          <w:b/>
        </w:rPr>
        <w:t xml:space="preserve">[03:49] </w:t>
      </w:r>
      <w:r>
        <w:t>quran ki koi ayat parh di jaye</w:t>
      </w:r>
    </w:p>
    <w:p>
      <w:pPr>
        <w:jc w:val="right"/>
      </w:pPr>
      <w:r>
        <w:t>قرآن کی کوئی آیت پڑھ دی جائے</w:t>
      </w:r>
    </w:p>
    <w:p>
      <w:r>
        <w:rPr>
          <w:b/>
        </w:rPr>
        <w:t xml:space="preserve">[03:55] </w:t>
      </w:r>
      <w:r>
        <w:t>to woh aadmi chup ho jayega. yeh matlab hai ghaliban is ka.</w:t>
      </w:r>
    </w:p>
    <w:p>
      <w:pPr>
        <w:jc w:val="right"/>
      </w:pPr>
      <w:r>
        <w:t>تو وہ آدمی چپ ہو جائے گا۔ یہ مطلب ہے غالباً اس کا۔</w:t>
      </w:r>
    </w:p>
    <w:p>
      <w:r>
        <w:rPr>
          <w:b/>
        </w:rPr>
        <w:t xml:space="preserve">[04:08] </w:t>
      </w:r>
      <w:r>
        <w:t>jaise main aik martaba bahar aik carforst mein tha to aane walay log baithe hue thay,</w:t>
      </w:r>
    </w:p>
    <w:p>
      <w:pPr>
        <w:jc w:val="right"/>
      </w:pPr>
      <w:r>
        <w:t>جیسے میں ایک مرتبہ باہر ایک کارفرست میں تھا تو آنے والے لوگ بیٹھے ہوئے تھے،</w:t>
      </w:r>
    </w:p>
    <w:p>
      <w:r>
        <w:rPr>
          <w:b/>
        </w:rPr>
        <w:t xml:space="preserve">[04:23] </w:t>
      </w:r>
      <w:r>
        <w:t>aapas mein baatein bhi kar rahay thay. to aane wala shakhs mulk ka Prime Minister tha,</w:t>
      </w:r>
    </w:p>
    <w:p>
      <w:pPr>
        <w:jc w:val="right"/>
      </w:pPr>
      <w:r>
        <w:t>آپس میں باتیں بھی کر رہے تھے۔ تو آنے والا شخص ملک کا Prime Minister تھا،</w:t>
      </w:r>
    </w:p>
    <w:p>
      <w:r>
        <w:rPr>
          <w:b/>
        </w:rPr>
        <w:t xml:space="preserve">[04:35] </w:t>
      </w:r>
      <w:r>
        <w:t>bohat jalal wala aadmi tha.</w:t>
      </w:r>
    </w:p>
    <w:p>
      <w:pPr>
        <w:jc w:val="right"/>
      </w:pPr>
      <w:r>
        <w:t>بہت جلال والا آدمی تھا۔</w:t>
      </w:r>
    </w:p>
    <w:p>
      <w:r>
        <w:rPr>
          <w:b/>
        </w:rPr>
        <w:t xml:space="preserve">[04:47] </w:t>
      </w:r>
      <w:r>
        <w:t>to kisi ne keh diya ke Prime Minister sahib aa rahay hain. jaise hi unhon ne yeh kaha, sab</w:t>
      </w:r>
    </w:p>
    <w:p>
      <w:pPr>
        <w:jc w:val="right"/>
      </w:pPr>
      <w:r>
        <w:t>تو کسی نے کہہ دیا کہ Prime Minister صاحب آ رہے ہیں۔ جیسے ہی انہوں نے یہ کہا، سب</w:t>
      </w:r>
    </w:p>
    <w:p>
      <w:r>
        <w:rPr>
          <w:b/>
        </w:rPr>
        <w:t xml:space="preserve">[05:00] </w:t>
      </w:r>
      <w:r>
        <w:t>ek second mein chup ho gaye.</w:t>
      </w:r>
    </w:p>
    <w:p>
      <w:pPr>
        <w:jc w:val="right"/>
      </w:pPr>
      <w:r>
        <w:t>ایک سیکنڈ میں چپ ہو گئے۔</w:t>
      </w:r>
    </w:p>
    <w:p>
      <w:r>
        <w:rPr>
          <w:b/>
        </w:rPr>
        <w:t xml:space="preserve">[05:04] </w:t>
      </w:r>
      <w:r>
        <w:t>yeh matlab hai is ka.</w:t>
      </w:r>
    </w:p>
    <w:p>
      <w:pPr>
        <w:jc w:val="right"/>
      </w:pPr>
      <w:r>
        <w:t>یہ مطلب ہے اس کا۔</w:t>
      </w:r>
    </w:p>
    <w:p>
      <w:r>
        <w:rPr>
          <w:b/>
        </w:rPr>
        <w:t xml:space="preserve">[05:11] </w:t>
      </w:r>
      <w:r>
        <w:t>yani is insaan ki heebat</w:t>
      </w:r>
    </w:p>
    <w:p>
      <w:pPr>
        <w:jc w:val="right"/>
      </w:pPr>
      <w:r>
        <w:t>یعنی اس انسان کی ہیبت</w:t>
      </w:r>
    </w:p>
    <w:p>
      <w:r>
        <w:rPr>
          <w:b/>
        </w:rPr>
        <w:t xml:space="preserve">[05:17] </w:t>
      </w:r>
      <w:r>
        <w:t>jo itni bari thi, to zahir hai ke Allah rab ul alameen ki heebat kitni bari hogi. to jin logon ko quran ka</w:t>
      </w:r>
    </w:p>
    <w:p>
      <w:pPr>
        <w:jc w:val="right"/>
      </w:pPr>
      <w:r>
        <w:t>جو اتنی بڑی تھی، تو ظاہر ہے کہ اللہ رب العالمین کی ہیبت کتنی بڑی ہوگی۔ تو جن لوگوں کو قرآن کا</w:t>
      </w:r>
    </w:p>
    <w:p>
      <w:r>
        <w:rPr>
          <w:b/>
        </w:rPr>
        <w:t xml:space="preserve">[05:35] </w:t>
      </w:r>
      <w:r>
        <w:t>azmat ka ehsas ho, to un ke samne agar koi quran ki ayat parh di jaye gi</w:t>
      </w:r>
    </w:p>
    <w:p>
      <w:pPr>
        <w:jc w:val="right"/>
      </w:pPr>
      <w:r>
        <w:t>عظمت کا احساس ہو، تو ان کے سامنے اگر کوئی قرآن کی آیت پڑھ دی جائے گی</w:t>
      </w:r>
    </w:p>
    <w:p>
      <w:r>
        <w:rPr>
          <w:b/>
        </w:rPr>
        <w:t xml:space="preserve">[05:45] </w:t>
      </w:r>
      <w:r>
        <w:t>to un ka yeh hal hoga.</w:t>
      </w:r>
    </w:p>
    <w:p>
      <w:pPr>
        <w:jc w:val="right"/>
      </w:pPr>
      <w:r>
        <w:t>تو ان کا یہ حال ہوگا۔</w:t>
      </w:r>
    </w:p>
    <w:p>
      <w:r>
        <w:rPr>
          <w:b/>
        </w:rPr>
        <w:t xml:space="preserve">[05:53] </w:t>
      </w:r>
      <w:r>
        <w:t>is se mein ne ek aur baat nikali hai,</w:t>
      </w:r>
    </w:p>
    <w:p>
      <w:pPr>
        <w:jc w:val="right"/>
      </w:pPr>
      <w:r>
        <w:t>اس سے میں نے ایک اور بات نکالی ہے،</w:t>
      </w:r>
    </w:p>
    <w:p>
      <w:r>
        <w:rPr>
          <w:b/>
        </w:rPr>
        <w:t xml:space="preserve">[05:58] </w:t>
      </w:r>
      <w:r>
        <w:t>woh yeh ke</w:t>
      </w:r>
    </w:p>
    <w:p>
      <w:pPr>
        <w:jc w:val="right"/>
      </w:pPr>
      <w:r>
        <w:t>وہ یہ کہ</w:t>
      </w:r>
    </w:p>
    <w:p>
      <w:r>
        <w:rPr>
          <w:b/>
        </w:rPr>
        <w:t xml:space="preserve">[06:02] </w:t>
      </w:r>
      <w:r>
        <w:t>jo log quran ko mante hain, jo log allah ki kitab ko</w:t>
      </w:r>
    </w:p>
    <w:p>
      <w:pPr>
        <w:jc w:val="right"/>
      </w:pPr>
      <w:r>
        <w:t>جو لوگ قرآن کو مانتے ہیں، جو لوگ اللہ کی کتاب کو</w:t>
      </w:r>
    </w:p>
    <w:p>
      <w:r>
        <w:rPr>
          <w:b/>
        </w:rPr>
        <w:t xml:space="preserve">[06:12] </w:t>
      </w:r>
      <w:r>
        <w:t>ka fehm rakhte hain,</w:t>
      </w:r>
    </w:p>
    <w:p>
      <w:pPr>
        <w:jc w:val="right"/>
      </w:pPr>
      <w:r>
        <w:t>کا فہم رکھتے ہیں،</w:t>
      </w:r>
    </w:p>
    <w:p>
      <w:r>
        <w:rPr>
          <w:b/>
        </w:rPr>
        <w:t xml:space="preserve">[06:16] </w:t>
      </w:r>
      <w:r>
        <w:t>to un ke andar darmiyan</w:t>
      </w:r>
    </w:p>
    <w:p>
      <w:pPr>
        <w:jc w:val="right"/>
      </w:pPr>
      <w:r>
        <w:t>تو ان کے اندر درمیان</w:t>
      </w:r>
    </w:p>
    <w:p>
      <w:r>
        <w:rPr>
          <w:b/>
        </w:rPr>
        <w:t xml:space="preserve">[06:28] </w:t>
      </w:r>
      <w:r>
        <w:t>guftagu ka andaz kya hoga?</w:t>
      </w:r>
    </w:p>
    <w:p>
      <w:pPr>
        <w:jc w:val="right"/>
      </w:pPr>
      <w:r>
        <w:t>گفتگو کا انداز کیا ہوگا؟</w:t>
      </w:r>
    </w:p>
    <w:p>
      <w:r>
        <w:rPr>
          <w:b/>
        </w:rPr>
        <w:t xml:space="preserve">[06:35] </w:t>
      </w:r>
      <w:r>
        <w:t>aise logon ke darmiyan guftagu bohat hi zyada sanjidgi hogi.</w:t>
      </w:r>
    </w:p>
    <w:p>
      <w:pPr>
        <w:jc w:val="right"/>
      </w:pPr>
      <w:r>
        <w:t>ایسے لوگوں کے درمیان گفتگو بہت ہی زیادہ سنجیدگی ہوگی۔</w:t>
      </w:r>
    </w:p>
    <w:p>
      <w:r>
        <w:rPr>
          <w:b/>
        </w:rPr>
        <w:t xml:space="preserve">[06:42] </w:t>
      </w:r>
      <w:r>
        <w:t>aaj kal hum dekhte hain ke</w:t>
      </w:r>
    </w:p>
    <w:p>
      <w:pPr>
        <w:jc w:val="right"/>
      </w:pPr>
      <w:r>
        <w:t>آج کل ہم دیکھتے ہیں کہ</w:t>
      </w:r>
    </w:p>
    <w:p>
      <w:r>
        <w:rPr>
          <w:b/>
        </w:rPr>
        <w:t xml:space="preserve">[06:48] </w:t>
      </w:r>
      <w:r>
        <w:t>jab koi majlis ho</w:t>
      </w:r>
    </w:p>
    <w:p>
      <w:pPr>
        <w:jc w:val="right"/>
      </w:pPr>
      <w:r>
        <w:t>جب کوئی مجلس ہو</w:t>
      </w:r>
    </w:p>
    <w:p>
      <w:r>
        <w:rPr>
          <w:b/>
        </w:rPr>
        <w:t xml:space="preserve">[06:54] </w:t>
      </w:r>
      <w:r>
        <w:t>to har aadmi apni baat bolta hai,</w:t>
      </w:r>
    </w:p>
    <w:p>
      <w:pPr>
        <w:jc w:val="right"/>
      </w:pPr>
      <w:r>
        <w:t>تو ہر آدمی اپنی بات بولتا ہے،</w:t>
      </w:r>
    </w:p>
    <w:p>
      <w:r>
        <w:rPr>
          <w:b/>
        </w:rPr>
        <w:t xml:space="preserve">[07:01] </w:t>
      </w:r>
      <w:r>
        <w:t>koi chup hona nahi janta, nahi na doosre ki baat ko sunna janta hai, bas apni karwai janta hai woh.</w:t>
      </w:r>
    </w:p>
    <w:p>
      <w:pPr>
        <w:jc w:val="right"/>
      </w:pPr>
      <w:r>
        <w:t>کوئی چپ ہونا نہیں جانتا، نہیں نہ دوسرے کی بات کو سننا جانتا ہے، بس اپنی کارروائی جانتا ہے وہ۔</w:t>
      </w:r>
    </w:p>
    <w:p>
      <w:r>
        <w:rPr>
          <w:b/>
        </w:rPr>
        <w:t xml:space="preserve">[07:13] </w:t>
      </w:r>
      <w:r>
        <w:t>to mein samajhta hoon ke is ka matlab yeh hai</w:t>
      </w:r>
    </w:p>
    <w:p>
      <w:pPr>
        <w:jc w:val="right"/>
      </w:pPr>
      <w:r>
        <w:t>تو میں سمجھتا ہوں کہ اس کا مطلب یہ ہے</w:t>
      </w:r>
    </w:p>
    <w:p>
      <w:r>
        <w:rPr>
          <w:b/>
        </w:rPr>
        <w:t xml:space="preserve">[07:19] </w:t>
      </w:r>
      <w:r>
        <w:t>ke</w:t>
      </w:r>
    </w:p>
    <w:p>
      <w:pPr>
        <w:jc w:val="right"/>
      </w:pPr>
      <w:r>
        <w:t>کہ</w:t>
      </w:r>
    </w:p>
    <w:p>
      <w:r>
        <w:rPr>
          <w:b/>
        </w:rPr>
        <w:t xml:space="preserve">[07:23] </w:t>
      </w:r>
      <w:r>
        <w:t>quran ko momineen ne quran</w:t>
      </w:r>
    </w:p>
    <w:p>
      <w:pPr>
        <w:jc w:val="right"/>
      </w:pPr>
      <w:r>
        <w:t>قرآن کو مومنین نے قرآن</w:t>
      </w:r>
    </w:p>
    <w:p>
      <w:r>
        <w:rPr>
          <w:b/>
        </w:rPr>
        <w:t xml:space="preserve">[07:29] </w:t>
      </w:r>
      <w:r>
        <w:t>ka</w:t>
      </w:r>
    </w:p>
    <w:p>
      <w:pPr>
        <w:jc w:val="right"/>
      </w:pPr>
      <w:r>
        <w:t>کا</w:t>
      </w:r>
    </w:p>
    <w:p>
      <w:r>
        <w:rPr>
          <w:b/>
        </w:rPr>
        <w:t xml:space="preserve">[07:32] </w:t>
      </w:r>
      <w:r>
        <w:t>majlis ho to bohat hi sanjeeda logon ki majlis hogi.</w:t>
      </w:r>
    </w:p>
    <w:p>
      <w:pPr>
        <w:jc w:val="right"/>
      </w:pPr>
      <w:r>
        <w:t>مجلس ہو تو بہت ہی سنجیدہ لوگوں کی مجلس ہوگی۔</w:t>
      </w:r>
    </w:p>
    <w:p>
      <w:r>
        <w:rPr>
          <w:b/>
        </w:rPr>
        <w:t xml:space="preserve">[07:42] </w:t>
      </w:r>
      <w:r>
        <w:t>log bolne se zyada chup karana chahenge,</w:t>
      </w:r>
    </w:p>
    <w:p>
      <w:pPr>
        <w:jc w:val="right"/>
      </w:pPr>
      <w:r>
        <w:t>لوگ بولنے سے زیادہ چپ کرانا چاہیں گے،</w:t>
      </w:r>
    </w:p>
    <w:p>
      <w:r>
        <w:rPr>
          <w:b/>
        </w:rPr>
        <w:t xml:space="preserve">[07:51] </w:t>
      </w:r>
      <w:r>
        <w:t>log apni baat sunane se zyada doosre ki baat sunna chahenge. jab log bolenge to</w:t>
      </w:r>
    </w:p>
    <w:p>
      <w:pPr>
        <w:jc w:val="right"/>
      </w:pPr>
      <w:r>
        <w:t>لوگ اپنی بات سنانے سے زیادہ دوسرے کی بات سننا چاہیں گے۔ جب لوگ بولیں گے تو</w:t>
      </w:r>
    </w:p>
    <w:p>
      <w:r>
        <w:rPr>
          <w:b/>
        </w:rPr>
        <w:t xml:space="preserve">[08:06] </w:t>
      </w:r>
      <w:r>
        <w:t>ek ek lafz ko soch kar bolenge ke kahin un se aisa aisa lafz nikal na jaye jo sachai ke khilaf ho.</w:t>
      </w:r>
    </w:p>
    <w:p>
      <w:pPr>
        <w:jc w:val="right"/>
      </w:pPr>
      <w:r>
        <w:t>ایک ایک لفظ کو سوچ کر بولیں گے کہ کہیں ان سے ایسا ایسا لفظ نکل نہ جائے جو سچائی کے خلاف ہو۔</w:t>
      </w:r>
    </w:p>
    <w:p>
      <w:r>
        <w:rPr>
          <w:b/>
        </w:rPr>
        <w:t xml:space="preserve">[08:23] </w:t>
      </w:r>
      <w:r>
        <w:t>to bohat hi zyada sanjeeda logon</w:t>
      </w:r>
    </w:p>
    <w:p>
      <w:pPr>
        <w:jc w:val="right"/>
      </w:pPr>
      <w:r>
        <w:t>تو بہت ہی زیادہ سنجیدہ لوگوں</w:t>
      </w:r>
    </w:p>
    <w:p>
      <w:r>
        <w:rPr>
          <w:b/>
        </w:rPr>
        <w:t xml:space="preserve">[08:31] </w:t>
      </w:r>
      <w:r>
        <w:t>ka logon ki majlis hogi woh.</w:t>
      </w:r>
    </w:p>
    <w:p>
      <w:pPr>
        <w:jc w:val="right"/>
      </w:pPr>
      <w:r>
        <w:t>کا لوگوں کی مجلس ہوگی وہ۔</w:t>
      </w:r>
    </w:p>
    <w:p>
      <w:r>
        <w:rPr>
          <w:b/>
        </w:rPr>
        <w:t xml:space="preserve">[08:40] </w:t>
      </w:r>
      <w:r>
        <w:t>aur phir yeh ke</w:t>
      </w:r>
    </w:p>
    <w:p>
      <w:pPr>
        <w:jc w:val="right"/>
      </w:pPr>
      <w:r>
        <w:t>اور پھر یہ کہ</w:t>
      </w:r>
    </w:p>
    <w:p>
      <w:r>
        <w:rPr>
          <w:b/>
        </w:rPr>
        <w:t xml:space="preserve">[08:47] </w:t>
      </w:r>
      <w:r>
        <w:t>log jab baat kahenge to wohi baat un ke munh se niklegi jo waqatan koi baat ho, jo kehne ka andaz baat ho, jo sachai ki baat ho.</w:t>
      </w:r>
    </w:p>
    <w:p>
      <w:pPr>
        <w:jc w:val="right"/>
      </w:pPr>
      <w:r>
        <w:t>لوگ جب بات کہیں گے تو وہی بات ان کے منہ سے نکلے گی جو واقعتاً کوئی بات ہو، جو کہنے کا انداز بات ہو، جو سچائی کی بات ہو۔</w:t>
      </w:r>
    </w:p>
    <w:p>
      <w:r>
        <w:rPr>
          <w:b/>
        </w:rPr>
        <w:t xml:space="preserve">[09:09] </w:t>
      </w:r>
      <w:r>
        <w:t>wahan chekhna chalana nahi hoga, nara takbeer Allah o Akbar yeh nahi hoga.</w:t>
      </w:r>
    </w:p>
    <w:p>
      <w:pPr>
        <w:jc w:val="right"/>
      </w:pPr>
      <w:r>
        <w:t>وہاں چیخنا چلانا نہیں ہوگا، نعرہ تکبیر اللہ اکبر یہ نہیں ہوگا۔</w:t>
      </w:r>
    </w:p>
    <w:p>
      <w:r>
        <w:rPr>
          <w:b/>
        </w:rPr>
        <w:t xml:space="preserve">[09:28] </w:t>
      </w:r>
      <w:r>
        <w:t>bas yeh</w:t>
      </w:r>
    </w:p>
    <w:p>
      <w:pPr>
        <w:jc w:val="right"/>
      </w:pPr>
      <w:r>
        <w:t>بس یہ</w:t>
      </w:r>
    </w:p>
    <w:p>
      <w:r>
        <w:rPr>
          <w:b/>
        </w:rPr>
        <w:t xml:space="preserve">[09:32] </w:t>
      </w:r>
      <w:r>
        <w:t>baat is ka nateeja hoga, aise logon ki majlis ka nateeja.</w:t>
      </w:r>
    </w:p>
    <w:p>
      <w:pPr>
        <w:jc w:val="right"/>
      </w:pPr>
      <w:r>
        <w:t>بات اس کا نتیجہ ہوگا، ایسے لوگوں کی مجلس کا نتیجہ۔</w:t>
      </w:r>
    </w:p>
    <w:p>
      <w:r>
        <w:rPr>
          <w:b/>
        </w:rPr>
        <w:t xml:space="preserve">[09:45] </w:t>
      </w:r>
      <w:r>
        <w:t>chunanche ek hadith hai sahaba ke bare mein</w:t>
      </w:r>
    </w:p>
    <w:p>
      <w:pPr>
        <w:jc w:val="right"/>
      </w:pPr>
      <w:r>
        <w:t>چنانچہ ایک حدیث ہے صحابہ کے بارے میں</w:t>
      </w:r>
    </w:p>
    <w:p>
      <w:r>
        <w:rPr>
          <w:b/>
        </w:rPr>
        <w:t xml:space="preserve">[09:53] </w:t>
      </w:r>
      <w:r>
        <w:t>ke ek shakhs batate hain ke unhon ne sahaba ki majlis ko dekha</w:t>
      </w:r>
    </w:p>
    <w:p>
      <w:pPr>
        <w:jc w:val="right"/>
      </w:pPr>
      <w:r>
        <w:t>کہ ایک شخص بتاتے ہیں کہ انہوں نے صحابہ کی مجلس کو دیکھا</w:t>
      </w:r>
    </w:p>
    <w:p>
      <w:r>
        <w:rPr>
          <w:b/>
        </w:rPr>
        <w:t xml:space="preserve">[10:04] </w:t>
      </w:r>
      <w:r>
        <w:t>to un ko aise log itne sanjeeda, itne chup chap</w:t>
      </w:r>
    </w:p>
    <w:p>
      <w:pPr>
        <w:jc w:val="right"/>
      </w:pPr>
      <w:r>
        <w:t>تو ان کو ایسے لوگ اتنے سنجیدہ، اتنے چپ چاپ</w:t>
      </w:r>
    </w:p>
    <w:p>
      <w:r>
        <w:rPr>
          <w:b/>
        </w:rPr>
        <w:t xml:space="preserve">[10:16] </w:t>
      </w:r>
      <w:r>
        <w:t>honge jaise ke sab ke saron par chidiyan baithi hui hain.</w:t>
      </w:r>
    </w:p>
    <w:p>
      <w:pPr>
        <w:jc w:val="right"/>
      </w:pPr>
      <w:r>
        <w:t>ہوں گے جیسے کہ سب کے سروں پر چڑیاں بیٹھی ہوئی ہیں۔</w:t>
      </w:r>
    </w:p>
    <w:p>
      <w:r>
        <w:rPr>
          <w:b/>
        </w:rPr>
        <w:t xml:space="preserve">[10:32] </w:t>
      </w:r>
      <w:r>
        <w:t>yeh to saada matlab jo meri samajh mein aata hai, ab aap hazrat is par izafa karen, is par koi aadmi izafa kare ya koi</w:t>
      </w:r>
    </w:p>
    <w:p>
      <w:pPr>
        <w:jc w:val="right"/>
      </w:pPr>
      <w:r>
        <w:t>یہ تو سادہ مطلب جو میری سمجھ میں آتا ہے، اب آپ حضرات اس پر اضافہ کریں، اس پر کوئی آدمی اضافہ کرے یا کوئی</w:t>
      </w:r>
    </w:p>
    <w:p>
      <w:r>
        <w:rPr>
          <w:b/>
        </w:rPr>
        <w:t xml:space="preserve">[10:50] </w:t>
      </w:r>
      <w:r>
        <w:t>is ki koi aur tashreeh kare,</w:t>
      </w:r>
    </w:p>
    <w:p>
      <w:pPr>
        <w:jc w:val="right"/>
      </w:pPr>
      <w:r>
        <w:t>اس کی کوئی اور تشریح کرے،</w:t>
      </w:r>
    </w:p>
    <w:p>
      <w:r>
        <w:rPr>
          <w:b/>
        </w:rPr>
        <w:t xml:space="preserve">[10:56] </w:t>
      </w:r>
      <w:r>
        <w:t>koi aur masla zer-e-bahs lana chahe to bol sakta hai is ko. Har baat ki to aap hazrat farmayen.</w:t>
      </w:r>
    </w:p>
    <w:p>
      <w:pPr>
        <w:jc w:val="right"/>
      </w:pPr>
      <w:r>
        <w:t>کوئی اور مسئلہ زیر بحث لانا چاہے تو بول سکتا ہے اس کو۔ ہر بات کی تو آپ حضرات فرمائیں۔</w:t>
      </w:r>
    </w:p>
    <w:p>
      <w:r>
        <w:rPr>
          <w:b/>
        </w:rPr>
        <w:t xml:space="preserve">[11:16] </w:t>
      </w:r>
      <w:r>
        <w:t>Maulana, is hadith ka matlab kahin yeh to nahi hai ke jo aadmi iman rakhta ho woh apne jazbat ya emotion ko qabu mein rakhna seekhe?</w:t>
      </w:r>
    </w:p>
    <w:p>
      <w:pPr>
        <w:jc w:val="right"/>
      </w:pPr>
      <w:r>
        <w:t>مولانا، اس حدیث کا مطلب کہیں یہ تو نہیں ہے کہ جو آدمی ایمان رکھتا ہو وہ اپنے جذبات یا emotion کو قابو میں رکھنا سیکھے؟</w:t>
      </w:r>
    </w:p>
    <w:p>
      <w:r>
        <w:rPr>
          <w:b/>
        </w:rPr>
        <w:t xml:space="preserve">[11:25] </w:t>
      </w:r>
      <w:r>
        <w:t>kyunke aam taur par yeh hota hai ke aadmi jab jazbat mein aa jaye aur koi faisla kar le ke is ko karna hai reaction ke taur par, to is ko us waqt agar koi cheez batayi jaye ke yeh mat karo, yeh kharab hai to phir bhi woh nahi rukta hai.</w:t>
      </w:r>
    </w:p>
    <w:p>
      <w:pPr>
        <w:jc w:val="right"/>
      </w:pPr>
      <w:r>
        <w:t>کیونکہ عام طور سے یہ ہوتا ہے کہ آدمی جب جذبات میں آ جائے اور کوئی فیصلہ کر لے کہ اس کو کرنا ہے reaction کے طور پر، تو اس کو اس وقت اگر کوئی چیز بتائی جائے کہ یہ مت کرو، یہ خراب ہے تو پھر بھی وہ نہیں رکتا ہے۔</w:t>
      </w:r>
    </w:p>
    <w:p>
      <w:r>
        <w:rPr>
          <w:b/>
        </w:rPr>
        <w:t xml:space="preserve">[11:41] </w:t>
      </w:r>
      <w:r>
        <w:t>to kahin is hadith ka matlab yeh to nahi hai ke Allah ka naam aaye to tum ruk jao? Matlab yeh ke tum apne aap ko control karna seekho, reaction mein na aao?</w:t>
      </w:r>
    </w:p>
    <w:p>
      <w:pPr>
        <w:jc w:val="right"/>
      </w:pPr>
      <w:r>
        <w:t>تو کہیں اس حدیث کا مطلب یہ تو نہیں ہے کہ اللہ کا نام آئے تو تم رک جاؤ؟ مطلب یہ کہ تم اپنے آپ کو کنٹرول کرنا سیکھو، reaction میں نہ آؤ؟</w:t>
      </w:r>
    </w:p>
    <w:p>
      <w:r>
        <w:rPr>
          <w:b/>
        </w:rPr>
        <w:t xml:space="preserve">[11:54] </w:t>
      </w:r>
      <w:r>
        <w:t>Yaqeenan is ka yeh matlab hai, is mein shamil hai yeh matlab. Kyunke woh aap ek hadith barabar bayan karte hain, Abu Masood al-Badri ki hadith hai ke ek martaba woh apne ek ghulam ko pitai kar rahe the, maar rahe the, to peeche se Rasool Allah sal-Allahu alaihi wasallam ne pukara: "Ae</w:t>
      </w:r>
    </w:p>
    <w:p>
      <w:pPr>
        <w:jc w:val="right"/>
      </w:pPr>
      <w:r>
        <w:t>یقیناً اس کا یہ مطلب ہے، اس میں شامل ہے یہ مطلب۔ کیونکہ وہ آپ ایک حدیث براور بیان کرتے ہیں، ابو مسعود البدری کی حدیث ہے کہ ایک مرتبہ وہ اپنے ایک غلام کو پٹائی کر رہے تھے، مار رہے تھے، تو پیچھے سے رسول اللہ صلی اللہ علیہ وسلم نے پکارا: "اے</w:t>
      </w:r>
    </w:p>
    <w:p>
      <w:r>
        <w:rPr>
          <w:b/>
        </w:rPr>
        <w:t xml:space="preserve">[12:15] </w:t>
      </w:r>
      <w:r>
        <w:t>Abu Masood! Yaad rakho, aalam Abu Masood, aalam Abu Masood, Wallah! Wallah! Lillahi akdar alaik minnak ala hadha al-ghulam." Yeh hadith Sahiain mein bhi hai, Musnad Ahmad mein bhi hai ke Allah ki qasam, Allah tumhare upar is se zyada qadir hai jitna tum is ghulam par qadir ho.</w:t>
      </w:r>
    </w:p>
    <w:p>
      <w:pPr>
        <w:jc w:val="right"/>
      </w:pPr>
      <w:r>
        <w:t>ابو مسعود! یاد رکھو، اعلم ابا مسعود، اعلم ابا مسعود، واللہ! واللہ! للہ اکدر علیک منک علی هذا الغلام۔" یہ حدیث صحیحین میں بھی ہے، مسند احمد میں بھی ہے کہ اللہ کی قسم، اللہ تمہارے اوپر اس سے زیادہ قادر ہے جتنا تم اس غلام پر قادر ہو۔</w:t>
      </w:r>
    </w:p>
    <w:p>
      <w:r>
        <w:rPr>
          <w:b/>
        </w:rPr>
        <w:t xml:space="preserve">[12:37] </w:t>
      </w:r>
      <w:r>
        <w:t>Woh kehte hain ke yeh sunte hi mere hath se woh koda jis se maar rahe the, woh chhoot kar gir gaya aur us ne kaha: "Main kabhi bhi ghulam ko nahi marunga aur yeh aazad hai." To yeh to usi waqt ho sakta hai, Maulana, ghussa foran kaise thanda hoga?</w:t>
      </w:r>
    </w:p>
    <w:p>
      <w:pPr>
        <w:jc w:val="right"/>
      </w:pPr>
      <w:r>
        <w:t>وہ کہتے ہیں کہ یہ سنتے ہی میرے ہاتھ سے وہ کوڑا جس سے مار رہے تھے، وہ چھوٹ کر گر گیا اور اس نے کہا: "میں کبھی بھی غلام کو نہیں ماروں گا اور یہ آزاد ہے۔" تو یہ تو اسی وقت ہو سکتا ہے، مولانا، غصہ فوراً کیسے ٹھنڈا ہوگا؟</w:t>
      </w:r>
    </w:p>
    <w:p>
      <w:r>
        <w:rPr>
          <w:b/>
        </w:rPr>
        <w:t xml:space="preserve">[12:52] </w:t>
      </w:r>
      <w:r>
        <w:t>usi waqt ho sakta hai ke aadmi apne jazbat ko qabu mein rakhna seekhe.</w:t>
      </w:r>
    </w:p>
    <w:p>
      <w:pPr>
        <w:jc w:val="right"/>
      </w:pPr>
      <w:r>
        <w:t>اسی وقت ہو سکتا ہے کہ آدمی اپنے جذبات کو قابو میں رکھنا سیکھے۔</w:t>
      </w:r>
    </w:p>
    <w:p>
      <w:r>
        <w:rPr>
          <w:b/>
        </w:rPr>
        <w:t xml:space="preserve">[12:59] </w:t>
      </w:r>
      <w:r>
        <w:t>haan, baat bilkul sahi hai</w:t>
      </w:r>
    </w:p>
    <w:p>
      <w:pPr>
        <w:jc w:val="right"/>
      </w:pPr>
      <w:r>
        <w:t>ہاں، بات بالکل صحیح ہے</w:t>
      </w:r>
    </w:p>
    <w:p>
      <w:r>
        <w:rPr>
          <w:b/>
        </w:rPr>
        <w:t xml:space="preserve">[13:02] </w:t>
      </w:r>
      <w:r>
        <w:t>kyunke mere aur doosre shaks ke darmiyan pehle ek baat ho rahi hai, ab jab ayat padh di</w:t>
      </w:r>
    </w:p>
    <w:p>
      <w:pPr>
        <w:jc w:val="right"/>
      </w:pPr>
      <w:r>
        <w:t>کیونکہ میرے اور دوسرے شخص کے درمیان پہلے ایک بات ہو رہی ہے، اب جب آیت پڑھ دی</w:t>
      </w:r>
    </w:p>
    <w:p>
      <w:r>
        <w:rPr>
          <w:b/>
        </w:rPr>
        <w:t xml:space="preserve">[13:11] </w:t>
      </w:r>
      <w:r>
        <w:t>gayi to khuda ka naam beech mein aa gaya to aadmi achaanak</w:t>
      </w:r>
    </w:p>
    <w:p>
      <w:pPr>
        <w:jc w:val="right"/>
      </w:pPr>
      <w:r>
        <w:t>گئی تو خدا کا نام بیچ میں آ گیا تو آدمی اچانک</w:t>
      </w:r>
    </w:p>
    <w:p>
      <w:r>
        <w:rPr>
          <w:b/>
        </w:rPr>
        <w:t xml:space="preserve">[13:17] </w:t>
      </w:r>
      <w:r>
        <w:t>aadmi ko chahiye ke woh shayad</w:t>
      </w:r>
    </w:p>
    <w:p>
      <w:pPr>
        <w:jc w:val="right"/>
      </w:pPr>
      <w:r>
        <w:t>آدمی کو چاہیے کہ وہ شاید</w:t>
      </w:r>
    </w:p>
    <w:p>
      <w:r>
        <w:rPr>
          <w:b/>
        </w:rPr>
        <w:t xml:space="preserve">[13:21] </w:t>
      </w:r>
      <w:r>
        <w:t>chup ho jaye, ruk jaye aur sochne lage ke kahin mein galat to nahi kar raha hoon.</w:t>
      </w:r>
    </w:p>
    <w:p>
      <w:pPr>
        <w:jc w:val="right"/>
      </w:pPr>
      <w:r>
        <w:t>چپ ہو جائے، رک جائے اور سوچنے لگے کہ کہیں میں غلط تو نہیں کر رہا ہوں۔</w:t>
      </w:r>
    </w:p>
    <w:p>
      <w:r>
        <w:rPr>
          <w:b/>
        </w:rPr>
        <w:t xml:space="preserve">[13:31] </w:t>
      </w:r>
      <w:r>
        <w:t>To aap ne sahi kaha. Aur doosri is mein ek baat yeh bhi hai ke ek shakhs ek shakal woh hai jab ke sirf do aadmi hon,</w:t>
      </w:r>
    </w:p>
    <w:p>
      <w:pPr>
        <w:jc w:val="right"/>
      </w:pPr>
      <w:r>
        <w:t>تو آپ نے صحیح کہا۔ اور دوسری اس میں ایک بات یہ بھی ہے کہ ایک شخص ایک شکل وہ ہے جب کہ صرف دو آدمی ہوں،</w:t>
      </w:r>
    </w:p>
    <w:p>
      <w:r>
        <w:rPr>
          <w:b/>
        </w:rPr>
        <w:t xml:space="preserve">[13:45] </w:t>
      </w:r>
      <w:r>
        <w:t>do aadmi ke beech mein baat chal rahi ho to us waqt aasan hota hai ke naam Khuda ka naam aa jaye to aap chup ho jayen.</w:t>
      </w:r>
    </w:p>
    <w:p>
      <w:pPr>
        <w:jc w:val="right"/>
      </w:pPr>
      <w:r>
        <w:t>دو آدمی کے بیچ میں بات چل رہی ہو تو اس وقت آسان ہوتا ہے کہ نام خدا کا نام آ جائے تو آپ چپ ہو جائیں۔</w:t>
      </w:r>
    </w:p>
    <w:p>
      <w:r>
        <w:rPr>
          <w:b/>
        </w:rPr>
        <w:t xml:space="preserve">[13:58] </w:t>
      </w:r>
      <w:r>
        <w:t>lekin jab ijtamai shakal ho,</w:t>
      </w:r>
    </w:p>
    <w:p>
      <w:pPr>
        <w:jc w:val="right"/>
      </w:pPr>
      <w:r>
        <w:t>لیکن جب اجتماعی شکل ہو،</w:t>
      </w:r>
    </w:p>
    <w:p>
      <w:r>
        <w:rPr>
          <w:b/>
        </w:rPr>
        <w:t xml:space="preserve">[14:04] </w:t>
      </w:r>
      <w:r>
        <w:t>ijtimai ayat ke sath bohat se log hon to is mein prestige ka sawal aa jata hai, to prestige ka sawal jo aa jata hai to aadmi chup hona nahi janta,</w:t>
      </w:r>
    </w:p>
    <w:p>
      <w:pPr>
        <w:jc w:val="right"/>
      </w:pPr>
      <w:r>
        <w:t>اجتماعی آیت کے ساتھ بہت سے لوگ ہوں تو اس میں prestige کا سوال آ جاتا ہے، تو prestige کا سوال جو آ جاتا ہے تو آدمی چپ ہونا نہیں جانتا،</w:t>
      </w:r>
    </w:p>
    <w:p>
      <w:r>
        <w:rPr>
          <w:b/>
        </w:rPr>
        <w:t xml:space="preserve">[14:19] </w:t>
      </w:r>
      <w:r>
        <w:t>us ko to apni baat sabit karna hai. To do aadmi ke darmiyan baat cheet ho to is mein us</w:t>
      </w:r>
    </w:p>
    <w:p>
      <w:pPr>
        <w:jc w:val="right"/>
      </w:pPr>
      <w:r>
        <w:t>اس کو تو اپنی بات ثابت کرنا ہے۔ تو دو آدمی کے درمیان بات چیت ہو تو اس میں اس</w:t>
      </w:r>
    </w:p>
    <w:p>
      <w:r>
        <w:rPr>
          <w:b/>
        </w:rPr>
        <w:t xml:space="preserve">[14:32] </w:t>
      </w:r>
      <w:r>
        <w:t>hadith par amal karna relatively aasan hai, lekin jab kai logon ka majma ho</w:t>
      </w:r>
    </w:p>
    <w:p>
      <w:pPr>
        <w:jc w:val="right"/>
      </w:pPr>
      <w:r>
        <w:t>حدیث پر عمل کرنا relatively آسان ہے، لیکن جب کئی لوگوں کا مجمع ہو</w:t>
      </w:r>
    </w:p>
    <w:p>
      <w:r>
        <w:rPr>
          <w:b/>
        </w:rPr>
        <w:t xml:space="preserve">[14:45] </w:t>
      </w:r>
      <w:r>
        <w:t>to us waqt is hadith par amal karna zyada mushkil hota hai.</w:t>
      </w:r>
    </w:p>
    <w:p>
      <w:pPr>
        <w:jc w:val="right"/>
      </w:pPr>
      <w:r>
        <w:t>تو اس وقت اس حدیث پر عمل کرنا زیادہ مشکل ہوتا ہے۔</w:t>
      </w:r>
    </w:p>
    <w:p>
      <w:r>
        <w:rPr>
          <w:b/>
        </w:rPr>
        <w:t xml:space="preserve">[14:53] </w:t>
      </w:r>
      <w:r>
        <w:t>to jo aadmi majma mein chup ho jaye to woh is ka mani ke woh bohat ziyada Allah se darne wala hai aur is ka sawab bhi ziyada hai.</w:t>
      </w:r>
    </w:p>
    <w:p>
      <w:pPr>
        <w:jc w:val="right"/>
      </w:pPr>
      <w:r>
        <w:t>تو جو آدمی مجمع میں چپ ہو جائے تو وہ اس کا معنی کہ وہ بہت زیادہ اللہ سے ڈرنے والا ہے اور اس کا ثواب بھی زیادہ ہے۔</w:t>
      </w:r>
    </w:p>
    <w:p>
      <w:r>
        <w:rPr>
          <w:b/>
        </w:rPr>
        <w:t xml:space="preserve">[15:11] </w:t>
      </w:r>
      <w:r>
        <w:t>meri samajh mein aisa hota hai.</w:t>
      </w:r>
    </w:p>
    <w:p>
      <w:pPr>
        <w:jc w:val="right"/>
      </w:pPr>
      <w:r>
        <w:t>میری سمجھ میں ایسا ہوتا ہے۔</w:t>
      </w:r>
    </w:p>
    <w:p>
      <w:r>
        <w:rPr>
          <w:b/>
        </w:rPr>
        <w:t xml:space="preserve">[15:21] </w:t>
      </w:r>
      <w:r>
        <w:t>assalam o alaikum, main kaleemullah kashmir se quran shareef ke baray mein arz hai ke quran shareef ko to hum Allah ki kitab mante hain aur parhte hain, to iltamas hai ke chunke hum quran shareef se wabasta hain kafi arsay se,</w:t>
      </w:r>
    </w:p>
    <w:p>
      <w:pPr>
        <w:jc w:val="right"/>
      </w:pPr>
      <w:r>
        <w:t>السلام علیکم، میں کلیم اللہ کشمیر سے قرآن شریف کے بارے میں عرض ہے کہ قرآن شریف کو تو ہم اللہ کی کتاب مانتے ہیں اور پڑھتے ہیں، تو التماس ہے کہ چونکہ ہم قرآن شریف سے وابستہ ہیں کافی عرصے سے،</w:t>
      </w:r>
    </w:p>
    <w:p>
      <w:r>
        <w:rPr>
          <w:b/>
        </w:rPr>
        <w:t xml:space="preserve">[15:40] </w:t>
      </w:r>
      <w:r>
        <w:t>quran shareef samajhne ke wabasta hain aur samjhane ke sath bhi, to koi naseehat farmayein ke quran shareef kaise parha jaye, kaise hum samjhein?</w:t>
      </w:r>
    </w:p>
    <w:p>
      <w:pPr>
        <w:jc w:val="right"/>
      </w:pPr>
      <w:r>
        <w:t>قرآن شریف سمجھنے کے وابستہ ہیں اور سمجھانے کے ساتھ بھی، تو کوئی نصیحت فرمائیں کہ قرآن شریف کیسے پڑھا جائے، کیسے ہم سمجھیں؟</w:t>
      </w:r>
    </w:p>
    <w:p>
      <w:r>
        <w:rPr>
          <w:b/>
        </w:rPr>
        <w:t xml:space="preserve">[15:50] </w:t>
      </w:r>
      <w:r>
        <w:t>kyunke quran shareef samajhne ke bawajood bhi hum dekh rahe hain ke musalmanon mein bohat se phir bhi ikhtilafat hain, kuch samajh nahi pa rahe hain asal paigham quran pak ka.</w:t>
      </w:r>
    </w:p>
    <w:p>
      <w:pPr>
        <w:jc w:val="right"/>
      </w:pPr>
      <w:r>
        <w:t>کیونکہ قرآن شریف سمجھنے کے باوجود بھی ہم دیکھ رہے ہیں کہ مسلمانوں میں بہت سے پھر بھی اختلافات ہیں، کچھ سمجھ نہیں پا رہے ہیں اصل پیغام قرآن پاک کا۔</w:t>
      </w:r>
    </w:p>
    <w:p>
      <w:r>
        <w:rPr>
          <w:b/>
        </w:rPr>
        <w:t xml:space="preserve">[16:00] </w:t>
      </w:r>
      <w:r>
        <w:t>to is liye yeh kiya mujhe ke aik aik kitab hai, Allah ki kitab aayi hai hamare paas nabi sallallahu alaihi wasallam ke waste se baghair kisi taghayur o tabaddul ke, to is quran shareef ko kaise parha jaye taake yeh hamare liye aik nuqta e ittehad ban jaye aur hamare liye aik rah e amal samne hamare samne aik rah e amal pesh aa jaye?</w:t>
      </w:r>
    </w:p>
    <w:p>
      <w:pPr>
        <w:jc w:val="right"/>
      </w:pPr>
      <w:r>
        <w:t>تو اس لیے یہ کیا مجھے کہ ایک ایک کتاب ہے، اللہ کی کتاب آئی ہے ہمارے پاس نبی صلی اللہ علیہ وسلم کے واسطے سے بغیر کسی تغیر و تبدل کے، تو اس قرآن شریف کو کیسے پڑھا جائے تاکہ یہ ہمارے لیے ایک نقطہ اتحاد بن جائے اور ہمارے لیے ایک راہ عمل سامنے ہمارے سامنے ایک راہ عمل پیش آ جائے؟</w:t>
      </w:r>
    </w:p>
    <w:p>
      <w:r>
        <w:rPr>
          <w:b/>
        </w:rPr>
        <w:t xml:space="preserve">[16:27] </w:t>
      </w:r>
      <w:r>
        <w:t>maulana, yeh kaleemullah sahib srinagar ke jo hain, woh aaj ki class mein hamare sath hain, un ka sawal hai ke quran majeed jo aik Allah ki taraf se aayi, aik rasool le kar aaya aur abhi tak woh mehfooz hai, is ke bawajood ikhtilaf paya jata hai musalmanon mein, to hum quran majeed ko kaise parhein ke yeh sab cheezein khatam hon?</w:t>
      </w:r>
    </w:p>
    <w:p>
      <w:pPr>
        <w:jc w:val="right"/>
      </w:pPr>
      <w:r>
        <w:t>مولانا، یہ کلیم اللہ صاحب سری نگر کے جو ہیں، وہ آج کی کلاس میں ہمارے ساتھ ہیں، ان کا سوال ہے کہ قرآن مجید جو ایک اللہ کی طرف سے آئی، ایک رسول لے کر آیا اور ابھی تک وہ محفوظ ہے، اس کے باوجود اختلاف پایا جاتا ہے مسلمانوں میں، تو ہم قرآن مجید کو کیسے پڑھیں کہ یہ سب چیزیں ختم ہوں؟</w:t>
      </w:r>
    </w:p>
    <w:p>
      <w:r>
        <w:rPr>
          <w:b/>
        </w:rPr>
        <w:t xml:space="preserve">[16:49] </w:t>
      </w:r>
      <w:r>
        <w:t>haan, yeh aik sawal hai, hum ne bhi aisi majlis dekhi hai, to is par maine bohat socha hai ke aisa kyun hota hai.</w:t>
      </w:r>
    </w:p>
    <w:p>
      <w:pPr>
        <w:jc w:val="right"/>
      </w:pPr>
      <w:r>
        <w:t>ہاں، یہ ایک سوال ہے، ہم نے بھی ایسی مجلس دیکھی ہے، تو اس پر میں نے بہت سوچا ہے کہ ایسا کیوں ہوتا ہے۔</w:t>
      </w:r>
    </w:p>
    <w:p>
      <w:r>
        <w:rPr>
          <w:b/>
        </w:rPr>
        <w:t xml:space="preserve">[17:03] </w:t>
      </w:r>
      <w:r>
        <w:t>to asal baat yeh hai ke quran mathematics ke zamane mein nahi hai, quran aik aise zamane mein hai jis mein kafi ganjaiysh hoti hai interpretation ki.</w:t>
      </w:r>
    </w:p>
    <w:p>
      <w:pPr>
        <w:jc w:val="right"/>
      </w:pPr>
      <w:r>
        <w:t>تو اصل بات یہ ہے کہ قرآن mathematics کے زمانے میں نہیں ہے، قرآن ایک ایسے زمانے میں ہے جس میں کافی گنجائش ہوتی ہے interpretation کی۔</w:t>
      </w:r>
    </w:p>
    <w:p>
      <w:r>
        <w:rPr>
          <w:b/>
        </w:rPr>
        <w:t xml:space="preserve">[17:16] </w:t>
      </w:r>
      <w:r>
        <w:t>to doosra aadmi bhi aik baat aise kehta hai ke woh sochta hai ke yeh bhi to hai, hadith bhi, yeh bhi to hai quran mein, yeh bhi to is ka aik pehlu hai.</w:t>
      </w:r>
    </w:p>
    <w:p>
      <w:pPr>
        <w:jc w:val="right"/>
      </w:pPr>
      <w:r>
        <w:t>تو دوسرا آدمی بھی ایک بات ایسے کہتا ہے کہ وہ سوچتا ہے کہ یہ بھی تو ہے، حدیث بھی، یہ بھی تو ہے قرآن میں، یہ بھی تو اس کا ایک پہلو ہے۔</w:t>
      </w:r>
    </w:p>
    <w:p>
      <w:r>
        <w:rPr>
          <w:b/>
        </w:rPr>
        <w:t xml:space="preserve">[17:30] </w:t>
      </w:r>
      <w:r>
        <w:t>to agar quran hota mathematical language mein do aur do char ke zamane mein to yeh baat na hoti, lekin quran hai insani zaban mein,</w:t>
      </w:r>
    </w:p>
    <w:p>
      <w:pPr>
        <w:jc w:val="right"/>
      </w:pPr>
      <w:r>
        <w:t>تو اگر قرآن ہوتا mathematical language میں دو اور دو چار کے زمانے میں تو یہ بات نہ ہوتی، لیکن قرآن ہے انسانی زبان میں،</w:t>
      </w:r>
    </w:p>
    <w:p>
      <w:r>
        <w:rPr>
          <w:b/>
        </w:rPr>
        <w:t xml:space="preserve">[17:50] </w:t>
      </w:r>
      <w:r>
        <w:t>to chunke</w:t>
      </w:r>
    </w:p>
    <w:p>
      <w:pPr>
        <w:jc w:val="right"/>
      </w:pPr>
      <w:r>
        <w:t>تو چونکہ</w:t>
      </w:r>
    </w:p>
    <w:p>
      <w:r>
        <w:rPr>
          <w:b/>
        </w:rPr>
        <w:t xml:space="preserve">[17:54] </w:t>
      </w:r>
      <w:r>
        <w:t>ghair mathematical zaban mein interpretation ki bohat ganjaiysh hoti hai,</w:t>
      </w:r>
    </w:p>
    <w:p>
      <w:pPr>
        <w:jc w:val="right"/>
      </w:pPr>
      <w:r>
        <w:t>غیر mathematical زبان میں interpretation کی بہت گنجائش ہوتی ہے،</w:t>
      </w:r>
    </w:p>
    <w:p>
      <w:r>
        <w:rPr>
          <w:b/>
        </w:rPr>
        <w:t xml:space="preserve">[18:05] </w:t>
      </w:r>
      <w:r>
        <w:t>jaise misal ke taur par main aik baat karta hoon ke aaj kal hamare haan kuch misal par bohat behas ho rahi hai,</w:t>
      </w:r>
    </w:p>
    <w:p>
      <w:pPr>
        <w:jc w:val="right"/>
      </w:pPr>
      <w:r>
        <w:t>جیسے مثال کے طور پر میں ایک بات کرتا ہوں کہ آج کل ہمارے ہاں کچھ مثال پر بہت بحث ہو رہی ہے،</w:t>
      </w:r>
    </w:p>
    <w:p>
      <w:r>
        <w:rPr>
          <w:b/>
        </w:rPr>
        <w:t xml:space="preserve">[18:20] </w:t>
      </w:r>
      <w:r>
        <w:t>agar aap kisi se baat karein to aap kura pesh karenge, hadith pesh karenge to aadmi chup nahi hoga kyunke us ke paas aik interpretation hoga apni baat ke liye.</w:t>
      </w:r>
    </w:p>
    <w:p>
      <w:pPr>
        <w:jc w:val="right"/>
      </w:pPr>
      <w:r>
        <w:t>اگر آپ کسی سے بات کریں تو آپ کوڑا پیش کریں گے، حدیث پیش کریں گے تو آدمی چپ نہیں ہوگا کیونکہ اس کے پاس ایک interpretation ہوگا اپنی بات کے لیے۔</w:t>
      </w:r>
    </w:p>
    <w:p>
      <w:r>
        <w:rPr>
          <w:b/>
        </w:rPr>
        <w:t xml:space="preserve">[18:37] </w:t>
      </w:r>
      <w:r>
        <w:t>to yeh is baat ko jaanna chahiye ke quran mathematics ke zamane mein nahi hai balkeh literary zaban mein hai, to is par chunke ganjaiysh rehti hai different interpretation ki,</w:t>
      </w:r>
    </w:p>
    <w:p>
      <w:pPr>
        <w:jc w:val="right"/>
      </w:pPr>
      <w:r>
        <w:t>تو یہ اس بات کو جاننا چاہیے کہ قرآن mathematics کے زمانے میں نہیں ہے بلکہ literary زبان میں ہے، تو اس پر چونکہ گنجائش رہتی ہے different interpretation کی،</w:t>
      </w:r>
    </w:p>
    <w:p>
      <w:r>
        <w:rPr>
          <w:b/>
        </w:rPr>
        <w:t xml:space="preserve">[18:54] </w:t>
      </w:r>
      <w:r>
        <w:t>to aadmi chup nahi hota. to main samajhta hoon ke is ke liye zaroorat hai ke bohat ziyada dar wala ho aadmi, Allah se bohat ziyada darta ho, ziyada dar aadmi ko chup kar deti hai.</w:t>
      </w:r>
    </w:p>
    <w:p>
      <w:pPr>
        <w:jc w:val="right"/>
      </w:pPr>
      <w:r>
        <w:t>تو آدمی چپ نہیں ہوتا۔ تو میں سمجھتا ہوں کہ اس کے لیے ضرورت ہے کہ بہت زیادہ ڈر والا ہو آدمی، اللہ سے بہت زیادہ ڈرتا ہو، زیادہ ڈر آدمی کو چپ کر دیتی ہے۔</w:t>
      </w:r>
    </w:p>
    <w:p>
      <w:r>
        <w:rPr>
          <w:b/>
        </w:rPr>
        <w:t xml:space="preserve">[19:12] </w:t>
      </w:r>
      <w:r>
        <w:t>yani aadmi koi baat kahega, dar bhi ho doosre insan ki, tab bhi woh chup ho jayega,</w:t>
      </w:r>
    </w:p>
    <w:p>
      <w:pPr>
        <w:jc w:val="right"/>
      </w:pPr>
      <w:r>
        <w:t>یعنی آدمی کوئی بات کہے گا، ڈر بھی ہو دوسرے انسان کی، تب بھی وہ چپ ہو جائے گا،</w:t>
      </w:r>
    </w:p>
    <w:p>
      <w:r>
        <w:rPr>
          <w:b/>
        </w:rPr>
        <w:t xml:space="preserve">[19:20] </w:t>
      </w:r>
      <w:r>
        <w:t>dar us ko chup kar de ga. to</w:t>
      </w:r>
    </w:p>
    <w:p>
      <w:pPr>
        <w:jc w:val="right"/>
      </w:pPr>
      <w:r>
        <w:t>ڈر اس کو چپ کر دے گی۔ تو</w:t>
      </w:r>
    </w:p>
    <w:p>
      <w:r>
        <w:rPr>
          <w:b/>
        </w:rPr>
        <w:t xml:space="preserve">[19:28] </w:t>
      </w:r>
      <w:r>
        <w:t>mathematical zaban mein na hone ki wajah se yeh masla paida hota hai ke aadmi ke paas aik different interpretation mil jata hai aur woh bolta rehta hai.</w:t>
      </w:r>
    </w:p>
    <w:p>
      <w:pPr>
        <w:jc w:val="right"/>
      </w:pPr>
      <w:r>
        <w:t>mathematical زبان میں نہ ہونے کی وجہ سے یہ مسئلہ پیدا ہوتا ہے کہ آدمی کے پاس ایک different interpretation مل جاتا ہے اور وہ بولتا رہتا ہے۔</w:t>
      </w:r>
    </w:p>
    <w:p>
      <w:r>
        <w:rPr>
          <w:b/>
        </w:rPr>
        <w:t xml:space="preserve">[19:40] </w:t>
      </w:r>
      <w:r>
        <w:t>is ka hal, is ka hal yeh nahi hai ke aap dictatorship qaim karein, is ka hal yeh hai ke logon mein Allah ka dar, akhirat ka khauf, jannat jahannum ka ehsas yeh baatein paida karein.</w:t>
      </w:r>
    </w:p>
    <w:p>
      <w:pPr>
        <w:jc w:val="right"/>
      </w:pPr>
      <w:r>
        <w:t>اس کا حل، اس کا حل یہ نہیں ہے کہ آپ ڈکٹیٹرشپ قائم کریں، اس کا حل یہ ہے کہ لوگوں میں اللہ کا ڈر، آخرت کا خوف، جنت جہنم کا احساس یہ باتیں پیدا کریں۔</w:t>
      </w:r>
    </w:p>
    <w:p>
      <w:r>
        <w:rPr>
          <w:b/>
        </w:rPr>
        <w:t xml:space="preserve">[19:57] </w:t>
      </w:r>
      <w:r>
        <w:t>jitna ziyada yeh baatein paida hongi, utne hi log janenge ke bolna jitna zaroori hai, utne hi zaroori hai chup rehne bhi hai.</w:t>
      </w:r>
    </w:p>
    <w:p>
      <w:pPr>
        <w:jc w:val="right"/>
      </w:pPr>
      <w:r>
        <w:t>جتنا زیادہ یہ باتیں پیدا ہوں گی، اتنے ہی لوگ جانیں گے کہ بولنا جتنا ضروری ہے، اتنے ہی ضروری ہے چپ رہنے بھی ہے۔</w:t>
      </w:r>
    </w:p>
    <w:p>
      <w:r>
        <w:rPr>
          <w:b/>
        </w:rPr>
        <w:t xml:space="preserve">[20:13] </w:t>
      </w:r>
      <w:r>
        <w:t>yeh yeh maine jaana hai ke jo ziyada dar wala aadmi ho, woh is baat se ba khabar ho jata hai ke jitna zaroori bolna hai, utne hi zaroori hai chup ho jana hai.</w:t>
      </w:r>
    </w:p>
    <w:p>
      <w:pPr>
        <w:jc w:val="right"/>
      </w:pPr>
      <w:r>
        <w:t>یہ یہ میں نے جانا ہے کہ جو زیادہ ڈر والا آدمی ہو، وہ اس بات سے باخبر ہو جاتا ہے کہ جتنا ضروری بولنا ہے، اتنے ہی ضروری ہے چپ ہو جانا ہے۔</w:t>
      </w:r>
    </w:p>
    <w:p>
      <w:r>
        <w:rPr>
          <w:b/>
        </w:rPr>
        <w:t xml:space="preserve">[20:32] </w:t>
      </w:r>
      <w:r>
        <w:t>yeh bohat anokhi baat hai, lekin jo log Allah se darne wale hain, un ke liye anokhi baat nahi hai.</w:t>
      </w:r>
    </w:p>
    <w:p>
      <w:pPr>
        <w:jc w:val="right"/>
      </w:pPr>
      <w:r>
        <w:t>یہ بہت انوکھی بات ہے، لیکن جو لوگ اللہ سے ڈرنے والے ہیں، ان کے لیے انوکھی بات نہیں ہے۔</w:t>
      </w:r>
    </w:p>
    <w:p>
      <w:r>
        <w:rPr>
          <w:b/>
        </w:rPr>
        <w:t xml:space="preserve">[20:43] </w:t>
      </w:r>
      <w:r>
        <w:t>main aksar bari bari</w:t>
      </w:r>
    </w:p>
    <w:p>
      <w:pPr>
        <w:jc w:val="right"/>
      </w:pPr>
      <w:r>
        <w:t>میں اکثر بڑی بڑی</w:t>
      </w:r>
    </w:p>
    <w:p>
      <w:r>
        <w:rPr>
          <w:b/>
        </w:rPr>
        <w:t xml:space="preserve">[20:52] </w:t>
      </w:r>
      <w:r>
        <w:t>is mein gaya hoon, yaani seminar waghera mein, to mein aksar chup rehta hoon, sirf sunta hoon, bolna bohat hi kam karta hoon.</w:t>
      </w:r>
    </w:p>
    <w:p>
      <w:pPr>
        <w:jc w:val="right"/>
      </w:pPr>
      <w:r>
        <w:t>اس میں گیا ہوں، یعنی سیمینار وغیرہ میں، تو میں اکثر چپ رہتا ہوں، صرف سنتا ہوں، بولنا بہت ہی کم کرتا ہوں۔</w:t>
      </w:r>
    </w:p>
    <w:p>
      <w:r>
        <w:rPr>
          <w:b/>
        </w:rPr>
        <w:t xml:space="preserve">[21:08] </w:t>
      </w:r>
      <w:r>
        <w:t>to ek baar ek sahab jo chup ko jante the, to unhon ne kaha ke aap boliye kuch, aap chup ho.</w:t>
      </w:r>
    </w:p>
    <w:p>
      <w:pPr>
        <w:jc w:val="right"/>
      </w:pPr>
      <w:r>
        <w:t>تو ایک بار ایک صاحب جو چپ کو جانتے تھے، تو انہوں نے کہا کہ آپ بولیے کچھ، آپ چپ ہو۔</w:t>
      </w:r>
    </w:p>
    <w:p>
      <w:r>
        <w:rPr>
          <w:b/>
        </w:rPr>
        <w:t xml:space="preserve">[21:18] </w:t>
      </w:r>
      <w:r>
        <w:t>to mein ne kaha ke I am trying to be a good listener,</w:t>
      </w:r>
    </w:p>
    <w:p>
      <w:pPr>
        <w:jc w:val="right"/>
      </w:pPr>
      <w:r>
        <w:t>تو میں نے کہا کہ I am trying to be a good listener,</w:t>
      </w:r>
    </w:p>
    <w:p>
      <w:r>
        <w:rPr>
          <w:b/>
        </w:rPr>
        <w:t xml:space="preserve">[21:25] </w:t>
      </w:r>
      <w:r>
        <w:t>I am trying to be a good listener. mein samajhta hoon ke sunna bhi ek ek cheez hai, log bolne hi koi cheez sochte hain, lekin jab aadmi ko bohat ziyada jannat aur jahannum ka ehsaas ho jaye to wo sunne ko bhi sab samjhega ke yeh bhi ek cheez hai,</w:t>
      </w:r>
    </w:p>
    <w:p>
      <w:pPr>
        <w:jc w:val="right"/>
      </w:pPr>
      <w:r>
        <w:t>I am trying to be a good listener. میں سمجھتا ہوں کہ سننا بھی ایک ایک چیز ہے، لوگ بولنے ہی کوئی چیز سوچتے ہیں، لیکن جب آدمی کو بہت زیادہ جنت اور جہنم کا احساس ہو جائے تو وہ سننے کو بھی سب سمجھے گا کہ یہ بھی ایک چیز ہے،</w:t>
      </w:r>
    </w:p>
    <w:p>
      <w:r>
        <w:rPr>
          <w:b/>
        </w:rPr>
        <w:t xml:space="preserve">[21:45] </w:t>
      </w:r>
      <w:r>
        <w:t>yeh bhi ek valuable cheez hai. jo log sirf</w:t>
      </w:r>
    </w:p>
    <w:p>
      <w:pPr>
        <w:jc w:val="right"/>
      </w:pPr>
      <w:r>
        <w:t>یہ بھی ایک valuable چیز ہے۔ جو لوگ صرف</w:t>
      </w:r>
    </w:p>
    <w:p>
      <w:r>
        <w:rPr>
          <w:b/>
        </w:rPr>
        <w:t xml:space="preserve">[21:56] </w:t>
      </w:r>
      <w:r>
        <w:t>yaani Allah ko ek</w:t>
      </w:r>
    </w:p>
    <w:p>
      <w:pPr>
        <w:jc w:val="right"/>
      </w:pPr>
      <w:r>
        <w:t>یعنی اللہ کو ایک</w:t>
      </w:r>
    </w:p>
    <w:p>
      <w:r>
        <w:rPr>
          <w:b/>
        </w:rPr>
        <w:t xml:space="preserve">[22:02] </w:t>
      </w:r>
      <w:r>
        <w:t>is ginti maani mein jante hon ke Khuda ek hai, Khuda do nahi hai, wo is raaz ko samajh nahi sakte.</w:t>
      </w:r>
    </w:p>
    <w:p>
      <w:pPr>
        <w:jc w:val="right"/>
      </w:pPr>
      <w:r>
        <w:t>اس گنتی معنی میں جانتے ہوں کہ خدا ایک ہے، خدا دو نہیں ہے، وہ اس راز کو سمجھ نہیں سکتے۔</w:t>
      </w:r>
    </w:p>
    <w:p>
      <w:r>
        <w:rPr>
          <w:b/>
        </w:rPr>
        <w:t xml:space="preserve">[22:17] </w:t>
      </w:r>
      <w:r>
        <w:t>misalan mujhe yaad aata hai ek waqt, ek sahabi ka waqia ke Rasool Allah ke baad jab zamana aaya khilafat ka to</w:t>
      </w:r>
    </w:p>
    <w:p>
      <w:pPr>
        <w:jc w:val="right"/>
      </w:pPr>
      <w:r>
        <w:t>مثلاً مجھے یاد آتا ہے ایک وقت، ایک صحابی کا واقعہ کہ رسول اللہ کے بعد جب زمانہ آیا خلافت کا تو</w:t>
      </w:r>
    </w:p>
    <w:p>
      <w:r>
        <w:rPr>
          <w:b/>
        </w:rPr>
        <w:t xml:space="preserve">[22:41] </w:t>
      </w:r>
      <w:r>
        <w:t>to jab unhon ne kaha ke pehle yeh hota tha ke pehle hota tha ke koi baat shuru ki jati thi to kaha jata tha ke aap rai dijiye.</w:t>
      </w:r>
    </w:p>
    <w:p>
      <w:pPr>
        <w:jc w:val="right"/>
      </w:pPr>
      <w:r>
        <w:t>تو جب انہوں نے کہا کہ پہلے یہ ہوتا تھا کہ پہلے ہوتا تھا کہ کوئی بات شروع کی جاتی تھی تو کہا جاتا تھا کہ آپ رائے دیجیے۔</w:t>
      </w:r>
    </w:p>
    <w:p>
      <w:r>
        <w:rPr>
          <w:b/>
        </w:rPr>
        <w:t xml:space="preserve">[22:55] </w:t>
      </w:r>
      <w:r>
        <w:t>to jo ziyada senior sahabi hota tha, wo rai deta tha, lekin jab tadad barhi to har aadmi laga bolne to phir wo mahaul khatam ho gaya ke pehle zamane mein sirf Abu Bakr bolte the, doosre zamane mein sirf Umar bolte the,</w:t>
      </w:r>
    </w:p>
    <w:p>
      <w:pPr>
        <w:jc w:val="right"/>
      </w:pPr>
      <w:r>
        <w:t>تو جو زیادہ senior صحابی ہوتا تھا، وہ رائے دیتا تھا، لیکن جب تعداد بڑھی تو ہر آدمی لگا بولنے تو پھر وہ ماحول ختم ہو گیا کہ پہلے زمانے میں صرف ابو بکر بولتے تھے، دوسرے زمانے میں صرف عمر بولتے تھے،</w:t>
      </w:r>
    </w:p>
    <w:p>
      <w:r>
        <w:rPr>
          <w:b/>
        </w:rPr>
        <w:t xml:space="preserve">[23:18] </w:t>
      </w:r>
      <w:r>
        <w:t>teesre zamane mein kai kai log bolne lagay. to khauf Khuda jab hoga, taqwa jab hoga, tab hi yeh baat ho sakti hai ke log bolein kam aur sochein ziyada.</w:t>
      </w:r>
    </w:p>
    <w:p>
      <w:pPr>
        <w:jc w:val="right"/>
      </w:pPr>
      <w:r>
        <w:t>تیسرے زمانے میں کئی کئی لوگ بولنے لگے۔ تو خوف خدا جب ہوگا، تقویٰ جب ہوگا، تب ہی یہ بات ہو سکتی ہے کہ لوگ بولیں کم اور سوچیں زیادہ۔</w:t>
      </w:r>
    </w:p>
    <w:p>
      <w:r>
        <w:rPr>
          <w:b/>
        </w:rPr>
        <w:t xml:space="preserve">[23:43] </w:t>
      </w:r>
      <w:r>
        <w:t>bohat bohat shukriya, baat achi se samne aa gayi hamare bhi, lekin ek arz hai ke jaise aap ne farmaya ke Allah ka darr aur aakhirat ka khauf Quran shareef se yeh buniyad to kya hum yeh nateeja kis karte hain ke Quran ki buniyad darr pe hi hai ke jo hum darr paida karna chahte hain, wo hona chahiye?</w:t>
      </w:r>
    </w:p>
    <w:p>
      <w:pPr>
        <w:jc w:val="right"/>
      </w:pPr>
      <w:r>
        <w:t>بہت بہت شکریہ، بات اچھی سے سامنے آگئی ہمارے بھی، لیکن ایک عرض ہے کہ جیسے آپ نے فرمایا کہ اللہ کا ڈر اور آخرت کا خوف قرآن شریف سے یہ بنیاد تو کیا ہم یہ نتیجہ کس کرتے ہیں کہ قرآن کی بنیاد ڈر پہ ہی ہے کہ جو ہم ڈر پیدا کرنا چاہتے ہیں، وہ ہونا چاہیے؟</w:t>
      </w:r>
    </w:p>
    <w:p>
      <w:r>
        <w:rPr>
          <w:b/>
        </w:rPr>
        <w:t xml:space="preserve">[24:04] </w:t>
      </w:r>
      <w:r>
        <w:t>Maulana, yeh Kaleemullah sahab ka sawal hai ke aap ne kaha ke insaan ke andar Allah ka darr aur khauf ho to wo ikhtilaf karega, aakhirat ka darr aur Allah ka darr ho to wo ikhtilaf nahi karega.</w:t>
      </w:r>
    </w:p>
    <w:p>
      <w:pPr>
        <w:jc w:val="right"/>
      </w:pPr>
      <w:r>
        <w:t>مولانا، یہ کلیم اللہ صاحب کا سوال ہے کہ آپ نے کہا کہ انسان کے اندر اللہ کا ڈر اور خوف ہو تو وہ اختلاف کرے گا، آخرت کا ڈر اور اللہ کا ڈر ہو تو وہ اختلاف نہیں کرے گا۔</w:t>
      </w:r>
    </w:p>
    <w:p>
      <w:r>
        <w:rPr>
          <w:b/>
        </w:rPr>
        <w:t xml:space="preserve">[24:17] </w:t>
      </w:r>
      <w:r>
        <w:t>to unka sawal yeh hai ke kya Quran yeh darr aur khauf ki buniyad yeh Quran hai?</w:t>
      </w:r>
    </w:p>
    <w:p>
      <w:pPr>
        <w:jc w:val="right"/>
      </w:pPr>
      <w:r>
        <w:t>تو ان کا سوال یہ ہے کہ کیا قرآن یہ ڈر اور خوف کی بنیاد یہ قرآن ہے؟</w:t>
      </w:r>
    </w:p>
    <w:p>
      <w:r>
        <w:rPr>
          <w:b/>
        </w:rPr>
        <w:t xml:space="preserve">[24:26] </w:t>
      </w:r>
      <w:r>
        <w:t>yakeenan, lekin Quran ek hai. tadabbur par</w:t>
      </w:r>
    </w:p>
    <w:p>
      <w:pPr>
        <w:jc w:val="right"/>
      </w:pPr>
      <w:r>
        <w:t>یقیناً، لیکن قرآن ایک ہے۔ تدبر پر</w:t>
      </w:r>
    </w:p>
    <w:p>
      <w:r>
        <w:rPr>
          <w:b/>
        </w:rPr>
        <w:t xml:space="preserve">[24:37] </w:t>
      </w:r>
      <w:r>
        <w:t>jin logon ke darmiyan Quran par tadabbur hota ho, achay maani mein tadabbur, sanjeedgi ke mahaul mein, tab aise hi hoga.</w:t>
      </w:r>
    </w:p>
    <w:p>
      <w:pPr>
        <w:jc w:val="right"/>
      </w:pPr>
      <w:r>
        <w:t>جن لوگوں کے درمیان قرآن پر تدبر ہوتا ہو، اچھے معنی میں تدبر، سنجیدگی کے ماحول میں، تب ایسے ہی ہوگا۔</w:t>
      </w:r>
    </w:p>
    <w:p>
      <w:r>
        <w:rPr>
          <w:b/>
        </w:rPr>
        <w:t xml:space="preserve">[24:53] </w:t>
      </w:r>
      <w:r>
        <w:t>jab tadabbur lateness mein na ho, tab har aadmi apni be-aqli se laga bolne, aur jab tadabbur taqwa ke sath ho to aadmi sochta hai ke mein sahi kar raha hoon ya galat kar raha hoon.</w:t>
      </w:r>
    </w:p>
    <w:p>
      <w:pPr>
        <w:jc w:val="right"/>
      </w:pPr>
      <w:r>
        <w:t>جب تدبر lateness میں نہ ہو، تب ہر آدمی اپنی بے عقل سے لگتا ہے بولنے، اور جب تدبر تقویٰ کے ساتھ ہو تو آدمی سوچتا ہے کہ میں صحیح کر رہا ہوں یا غلط کر رہا ہوں۔</w:t>
      </w:r>
    </w:p>
    <w:p>
      <w:r>
        <w:rPr>
          <w:b/>
        </w:rPr>
        <w:t xml:space="preserve">[25:15] </w:t>
      </w:r>
      <w:r>
        <w:t>wo sochta ziyada hai, bolta kam hai.</w:t>
      </w:r>
    </w:p>
    <w:p>
      <w:pPr>
        <w:jc w:val="right"/>
      </w:pPr>
      <w:r>
        <w:t>وہ سوچتا زیادہ ہے، بولتا کم ہے۔</w:t>
      </w:r>
    </w:p>
    <w:p>
      <w:r>
        <w:rPr>
          <w:b/>
        </w:rPr>
        <w:t xml:space="preserve">[25:22] </w:t>
      </w:r>
      <w:r>
        <w:t>misalan aaj hi dekhiye, mere ghar mein meri beti ke sath ek baat hui to</w:t>
      </w:r>
    </w:p>
    <w:p>
      <w:pPr>
        <w:jc w:val="right"/>
      </w:pPr>
      <w:r>
        <w:t>مثلاً آج ہی دیکھیے، میرے گھر میں میری بیٹی کے ساتھ ایک بات ہوئی تو</w:t>
      </w:r>
    </w:p>
    <w:p>
      <w:r>
        <w:rPr>
          <w:b/>
        </w:rPr>
        <w:t xml:space="preserve">[25:31] </w:t>
      </w:r>
      <w:r>
        <w:t>agarche wo meri beti thi, lekin mein ne ek baat munh se nahi nikli to phir wo laga wo soch le. to jab wo laut kar aayi to mein ne us se maafi mangi.</w:t>
      </w:r>
    </w:p>
    <w:p>
      <w:pPr>
        <w:jc w:val="right"/>
      </w:pPr>
      <w:r>
        <w:t>اگرچہ وہ میری بیٹی تھی، لیکن میں نے ایک بات منہ سے نہیں نکلی تو پھر وہ لگا وہ سوچ لے۔ تو جب وہ لوٹ کر آئی تو میں نے اس سے معافی مانگی۔</w:t>
      </w:r>
    </w:p>
    <w:p>
      <w:r>
        <w:rPr>
          <w:b/>
        </w:rPr>
        <w:t xml:space="preserve">[25:46] </w:t>
      </w:r>
      <w:r>
        <w:t>mein ne kaha ke bhai, aise lagta hai ke tumhari baat shayad ziyada sahi hai. meri baat, mujhe ek waqia yaad aata hai Deoband ka.</w:t>
      </w:r>
    </w:p>
    <w:p>
      <w:pPr>
        <w:jc w:val="right"/>
      </w:pPr>
      <w:r>
        <w:t>میں نے کہا کہ بھئی، ایسے لگتا ہے کہ تمہاری بات شاید زیادہ صحیح ہے۔ میری بات، مجھے ایک واقعہ یاد آتا ہے دیوبند کا۔</w:t>
      </w:r>
    </w:p>
    <w:p>
      <w:r>
        <w:rPr>
          <w:b/>
        </w:rPr>
        <w:t xml:space="preserve">[25:56] </w:t>
      </w:r>
      <w:r>
        <w:t>Deoband mein ek aalim the, bohat bare aalim the wo. to hamare, hum jahan jis gaon ka rehne wala tha, mein wahan ke ek sahab the, to wo unke shagirad the,</w:t>
      </w:r>
    </w:p>
    <w:p>
      <w:pPr>
        <w:jc w:val="right"/>
      </w:pPr>
      <w:r>
        <w:t>دیوبند میں ایک عالم تھے، بہت بڑے عالم تھے وہ۔ تو ہمارے، ہم جہاں جس گاؤں کا رہنے والا تھا، میں وہاں کے ایک صاحب تھے، تو وہ ان کے شاگرد تھے،</w:t>
      </w:r>
    </w:p>
    <w:p>
      <w:r>
        <w:rPr>
          <w:b/>
        </w:rPr>
        <w:t xml:space="preserve">[26:12] </w:t>
      </w:r>
      <w:r>
        <w:t>shagirad the unke. to unhon ne bataya apna waqia ke jab parhte the Deoband mein to wahan ek ek hadith par baat hui.</w:t>
      </w:r>
    </w:p>
    <w:p>
      <w:pPr>
        <w:jc w:val="right"/>
      </w:pPr>
      <w:r>
        <w:t>شاگرد تھے ان کے۔ تو انہوں نے بتایا اپنا واقعہ کہ جب پڑھتے تھے دیوبند میں تو وہاں ایک ایک حدیث پر بات ہوئی۔</w:t>
      </w:r>
    </w:p>
    <w:p>
      <w:r>
        <w:rPr>
          <w:b/>
        </w:rPr>
        <w:t xml:space="preserve">[26:24] </w:t>
      </w:r>
      <w:r>
        <w:t>to aalim ne us hadith ka ek ek matlab bataya. to yeh jo the,</w:t>
      </w:r>
    </w:p>
    <w:p>
      <w:pPr>
        <w:jc w:val="right"/>
      </w:pPr>
      <w:r>
        <w:t>تو عالم نے اس حدیث کا ایک ایک مطلب بتایا۔ تو یہ جو تھے،</w:t>
      </w:r>
    </w:p>
    <w:p>
      <w:r>
        <w:rPr>
          <w:b/>
        </w:rPr>
        <w:t xml:space="preserve">[26:35] </w:t>
      </w:r>
      <w:r>
        <w:t>us jo student jo the, unhon ne ikhtilaf kiya ke agar yeh nahi hai, masla is tarah nahi, is tarah hai.</w:t>
      </w:r>
    </w:p>
    <w:p>
      <w:pPr>
        <w:jc w:val="right"/>
      </w:pPr>
      <w:r>
        <w:t>اس جو student جو تھے، انہوں نے اختلاف کیا کہ اگر یہ نہیں ہے، مسئلہ اس طرح نہیں، اس طرح ہے۔</w:t>
      </w:r>
    </w:p>
    <w:p>
      <w:r>
        <w:rPr>
          <w:b/>
        </w:rPr>
        <w:t xml:space="preserve">[26:45] </w:t>
      </w:r>
      <w:r>
        <w:t>isi par khatam hoga class,</w:t>
      </w:r>
    </w:p>
    <w:p>
      <w:pPr>
        <w:jc w:val="right"/>
      </w:pPr>
      <w:r>
        <w:t>اسی پر ختم ہوگا کلاس،</w:t>
      </w:r>
    </w:p>
    <w:p>
      <w:r>
        <w:rPr>
          <w:b/>
        </w:rPr>
        <w:t xml:space="preserve">[26:49] </w:t>
      </w:r>
      <w:r>
        <w:t>log chale gaye apne apne kamre mein.</w:t>
      </w:r>
    </w:p>
    <w:p>
      <w:pPr>
        <w:jc w:val="right"/>
      </w:pPr>
      <w:r>
        <w:t>لوگ چلے گئے اپنے اپنے کمرے میں۔</w:t>
      </w:r>
    </w:p>
    <w:p>
      <w:r>
        <w:rPr>
          <w:b/>
        </w:rPr>
        <w:t xml:space="preserve">[26:52] </w:t>
      </w:r>
      <w:r>
        <w:t>phir bataya unhon ne,</w:t>
      </w:r>
    </w:p>
    <w:p>
      <w:pPr>
        <w:jc w:val="right"/>
      </w:pPr>
      <w:r>
        <w:t>پھر بتایا انہوں نے،</w:t>
      </w:r>
    </w:p>
    <w:p>
      <w:r>
        <w:rPr>
          <w:b/>
        </w:rPr>
        <w:t xml:space="preserve">[26:55] </w:t>
      </w:r>
      <w:r>
        <w:t>woh hamare padosi the, woh keh raat ko jab hum isha ki namaz padh kar kamre mein aaye</w:t>
      </w:r>
    </w:p>
    <w:p>
      <w:pPr>
        <w:jc w:val="right"/>
      </w:pPr>
      <w:r>
        <w:t>وہ ہمارے پڑوسی تھے، وہ کہ رات کو جب ہم عشاء کی نماز پڑھ کر کمرے میں آئے</w:t>
      </w:r>
    </w:p>
    <w:p>
      <w:r>
        <w:rPr>
          <w:b/>
        </w:rPr>
        <w:t xml:space="preserve">[27:02] </w:t>
      </w:r>
      <w:r>
        <w:t>aur kamre mein aa kar hum ne</w:t>
      </w:r>
    </w:p>
    <w:p>
      <w:pPr>
        <w:jc w:val="right"/>
      </w:pPr>
      <w:r>
        <w:t>اور کمرے میں آ کر ہم نے</w:t>
      </w:r>
    </w:p>
    <w:p>
      <w:r>
        <w:rPr>
          <w:b/>
        </w:rPr>
        <w:t xml:space="preserve">[27:07] </w:t>
      </w:r>
      <w:r>
        <w:t>bed par chale gaye to bed par</w:t>
      </w:r>
    </w:p>
    <w:p>
      <w:pPr>
        <w:jc w:val="right"/>
      </w:pPr>
      <w:r>
        <w:t>bed پر چلے گئے تو bed پر</w:t>
      </w:r>
    </w:p>
    <w:p>
      <w:r>
        <w:rPr>
          <w:b/>
        </w:rPr>
        <w:t xml:space="preserve">[27:12] </w:t>
      </w:r>
      <w:r>
        <w:t>jane ke baad</w:t>
      </w:r>
    </w:p>
    <w:p>
      <w:pPr>
        <w:jc w:val="right"/>
      </w:pPr>
      <w:r>
        <w:t>جانے کے بعد</w:t>
      </w:r>
    </w:p>
    <w:p>
      <w:r>
        <w:rPr>
          <w:b/>
        </w:rPr>
        <w:t xml:space="preserve">[27:15] </w:t>
      </w:r>
      <w:r>
        <w:t>hum ne suna ke darwaze pe, darwaze pe koi knock kar raha hai,</w:t>
      </w:r>
    </w:p>
    <w:p>
      <w:pPr>
        <w:jc w:val="right"/>
      </w:pPr>
      <w:r>
        <w:t>ہم نے سنا کہ دروازے پہ، دروازے پہ کوئی ناک کر رہا ہے،</w:t>
      </w:r>
    </w:p>
    <w:p>
      <w:r>
        <w:rPr>
          <w:b/>
        </w:rPr>
        <w:t xml:space="preserve">[27:21] </w:t>
      </w:r>
      <w:r>
        <w:t>koi naak kar raha hai. to jo student the, jo mere shagir, mere janne wale the, unhon ne kaha ke hum jab bahar nikle to wahi ustad bahar khade hue the, halanki bahut senior ustad the woh.</w:t>
      </w:r>
    </w:p>
    <w:p>
      <w:pPr>
        <w:jc w:val="right"/>
      </w:pPr>
      <w:r>
        <w:t>کوئی ناک کر رہا ہے۔ تو جو student تھے، جو میرے شاگرد، میرے جاننے والے تھے، انہوں نے کہا کہ ہم جب باہر نکلے تو وہی استاد باہر کھڑے ہوئے تھے، حالانکہ بہت senior استاد تھے وہ۔</w:t>
      </w:r>
    </w:p>
    <w:p>
      <w:r>
        <w:rPr>
          <w:b/>
        </w:rPr>
        <w:t xml:space="preserve">[27:38] </w:t>
      </w:r>
      <w:r>
        <w:t>is student ke muqable mein un ki koi hesiyat nahi thi bazahir. to unhon ne bataya mujh ko ke woh</w:t>
      </w:r>
    </w:p>
    <w:p>
      <w:pPr>
        <w:jc w:val="right"/>
      </w:pPr>
      <w:r>
        <w:t>اس student کے مقابلے میں ان کی کوئی حیثیت نہیں تھی بظاہر۔ تو انہوں نے بتایا مجھ کو کہ وہ</w:t>
      </w:r>
    </w:p>
    <w:p>
      <w:r>
        <w:rPr>
          <w:b/>
        </w:rPr>
        <w:t xml:space="preserve">[27:51] </w:t>
      </w:r>
      <w:r>
        <w:t>mere darwaze, mere kamre ke darwaze ke bahar khade hue hain. unhon ne kaha tareeqa aisa hai ke talba ko molvi sahib, molvi sahib kar ke baat karte the, molvi sahib, molvi sahib.</w:t>
      </w:r>
    </w:p>
    <w:p>
      <w:pPr>
        <w:jc w:val="right"/>
      </w:pPr>
      <w:r>
        <w:t>میرے دروازے، میرے کمرے کے دروازے کے باہر کھڑے ہوئے ہیں۔ انہوں نے کہا طریقہ ایسا ہے کہ طلباء کو مولوی صاحب، مولوی صاحب کر کے بات کرتے تھے، مولوی صاحب، مولوی صاحب۔</w:t>
      </w:r>
    </w:p>
    <w:p>
      <w:r>
        <w:rPr>
          <w:b/>
        </w:rPr>
        <w:t xml:space="preserve">[28:07] </w:t>
      </w:r>
      <w:r>
        <w:t>to unhon ne kaha molvi sahib, molvi sahib, woh baat wahi hai jo aap keh rahe the, main mujh se bhool hui.</w:t>
      </w:r>
    </w:p>
    <w:p>
      <w:pPr>
        <w:jc w:val="right"/>
      </w:pPr>
      <w:r>
        <w:t>تو انہوں نے کہا مولوی صاحب، مولوی صاحب، وہ بات وہی ہے جو آپ کہہ رہے تھے، میں مجھ سے بھول ہوئی۔</w:t>
      </w:r>
    </w:p>
    <w:p>
      <w:r>
        <w:rPr>
          <w:b/>
        </w:rPr>
        <w:t xml:space="preserve">[28:17] </w:t>
      </w:r>
      <w:r>
        <w:t>molvi sahib, molvi sahib, woh baat wahi thi, wahi matlab tha, aur phir chale gaye. to is ka, is ki wajah maine socha ke baat kehne ke baad ek cheez aur aati hai, aur woh hai muhasba, introspection.</w:t>
      </w:r>
    </w:p>
    <w:p>
      <w:pPr>
        <w:jc w:val="right"/>
      </w:pPr>
      <w:r>
        <w:t>مولوی صاحب، مولوی صاحب، وہ بات وہی تھی، وہی مطلب تھا، اور پھر چلے گئے۔ تو اس کا، اس کی وجہ میں نے سوچا کہ بات کہنے کے بعد ایک چیز اور آتی ہے، اور وہ ہے محاسبہ، introspection۔</w:t>
      </w:r>
    </w:p>
    <w:p>
      <w:r>
        <w:rPr>
          <w:b/>
        </w:rPr>
        <w:t xml:space="preserve">[28:38] </w:t>
      </w:r>
      <w:r>
        <w:t>jab aadmi ke andar taqwa ho to baat kehne ke baad is ke andar muhasba aayega, introspection aayega, aur jab taqwa na ho to bas bhar bhar ke chala jayega.</w:t>
      </w:r>
    </w:p>
    <w:p>
      <w:pPr>
        <w:jc w:val="right"/>
      </w:pPr>
      <w:r>
        <w:t>جب آدمی کے اندر تقویٰ ہو تو بات کہنے کے بعد اس کے اندر محاسبہ آئے گا، introspection آئے گا، اور جب تقویٰ نہ ہو تو بس بھر بھر کے چلا جائے گا۔</w:t>
      </w:r>
    </w:p>
    <w:p>
      <w:r>
        <w:rPr>
          <w:b/>
        </w:rPr>
        <w:t xml:space="preserve">[28:58] </w:t>
      </w:r>
      <w:r>
        <w:t>to main samajhta hoon ke sacha mahol is waqt banta hai baat cheet ka jabke logon mein</w:t>
      </w:r>
    </w:p>
    <w:p>
      <w:pPr>
        <w:jc w:val="right"/>
      </w:pPr>
      <w:r>
        <w:t>تو میں سمجھتا ہوں کہ سچا ماحول اس وقت بنتا ہے بات چیت کا جبکہ لوگوں میں</w:t>
      </w:r>
    </w:p>
    <w:p>
      <w:r>
        <w:rPr>
          <w:b/>
        </w:rPr>
        <w:t xml:space="preserve">[29:10] </w:t>
      </w:r>
      <w:r>
        <w:t>yeh yeh کیفیت paida ho ke baat cheet ke baad un ke andar muhasba ja gaye, introspection ja gaye, tab aisa hoga.</w:t>
      </w:r>
    </w:p>
    <w:p>
      <w:pPr>
        <w:jc w:val="right"/>
      </w:pPr>
      <w:r>
        <w:t>یہ یہ کیفیت پیدا ہو کہ بات چیت کے بعد ان کے اندر محاسبہ جا گئے، introspection جا گئے، تب ایسا ہوگا۔</w:t>
      </w:r>
    </w:p>
    <w:p>
      <w:r>
        <w:rPr>
          <w:b/>
        </w:rPr>
        <w:t xml:space="preserve">[29:32] </w:t>
      </w:r>
      <w:r>
        <w:t>maine yeh dekha ke jo secular world hai ya academic world hai, is mein to bahut achhe tareeqe se discussions hote hain aur bilkul alag alag rai logon ki hoti hain.</w:t>
      </w:r>
    </w:p>
    <w:p>
      <w:pPr>
        <w:jc w:val="right"/>
      </w:pPr>
      <w:r>
        <w:t>میں نے یہ دیکھا کہ جو سیکولر ورلڈ ہے یا اکیڈمک ورلڈ ہے، اس میں تو بہت اچھے طریقے سے ڈسکشنز ہوتے ہیں اور بالکل الگ الگ رائے لوگوں کی ہوتی ہے۔</w:t>
      </w:r>
    </w:p>
    <w:p>
      <w:r>
        <w:rPr>
          <w:b/>
        </w:rPr>
        <w:t xml:space="preserve">[29:43] </w:t>
      </w:r>
      <w:r>
        <w:t>koi bura nahi manta, balkeh woh alag rai ko us ko welcome kiya jata hai. lekin jab religious world mein aate hain,</w:t>
      </w:r>
    </w:p>
    <w:p>
      <w:pPr>
        <w:jc w:val="right"/>
      </w:pPr>
      <w:r>
        <w:t>کوئی برا نہیں مانتا، بلکہ وہ الگ رائے کو اس کو ویلکم کیا جاتا ہے۔ لیکن جب ریلیجس ورلڈ میں آتے ہیں،</w:t>
      </w:r>
    </w:p>
    <w:p>
      <w:r>
        <w:rPr>
          <w:b/>
        </w:rPr>
        <w:t xml:space="preserve">[29:59] </w:t>
      </w:r>
      <w:r>
        <w:t>secular world mein is ko bilkul discussion ko bura nahi mana jata, chahe kitna hi log ek doosre se ikhtilaf karne hon. balkeh wahi achha samjha jata hai ke logon ki alag alag rai ho, isi par to discussion hota hai.</w:t>
      </w:r>
    </w:p>
    <w:p>
      <w:pPr>
        <w:jc w:val="right"/>
      </w:pPr>
      <w:r>
        <w:t>سیکولر ورلڈ میں اس کو بالکل ڈسکشن کو برا نہیں مانا جاتا، چاہے کتنا ہی لوگ ایک دوسرے سے اختلاف کرنے ہوں۔ بلکہ وہی اچھا سمجھا جاتا ہے کہ لوگوں کی الگ الگ رائے ہو، اسی پر تو ڈسکشن ہوتا ہے۔</w:t>
      </w:r>
    </w:p>
    <w:p>
      <w:r>
        <w:rPr>
          <w:b/>
        </w:rPr>
        <w:t xml:space="preserve">[30:14] </w:t>
      </w:r>
      <w:r>
        <w:t>lekin mazhabi duniya mein foran jo hai, is ko debate ban jata hai, log intolerant ho jate hain, doosre ki baat sunna nahi chahte hain, bas apni baat kehna chahte hain.</w:t>
      </w:r>
    </w:p>
    <w:p>
      <w:pPr>
        <w:jc w:val="right"/>
      </w:pPr>
      <w:r>
        <w:t>لیکن مذہبی دنیا میں فوراً جو ہے، اس کو ڈیبیٹ بن جاتا ہے، لوگ intolerant ہو جاتے ہیں، دوسرے کی بات سننا نہیں چاہتے ہیں، بس اپنی بات کہنا چاہتے ہیں۔</w:t>
      </w:r>
    </w:p>
    <w:p>
      <w:r>
        <w:rPr>
          <w:b/>
        </w:rPr>
        <w:t xml:space="preserve">[30:27] </w:t>
      </w:r>
      <w:r>
        <w:t>to is tareeqe se sirf mahol kharab hota hai. agar hum samajhte hain ke hamari baat sahi hai aur doosre ko is ko ghor karna chahiye to is, lekin woh itna zyada negative ho jata hai ke woh us par ghor nahi kar pata.</w:t>
      </w:r>
    </w:p>
    <w:p>
      <w:pPr>
        <w:jc w:val="right"/>
      </w:pPr>
      <w:r>
        <w:t>تو اس طریقے سے صرف ماحول خراب ہوتا ہے۔ اگر ہم سمجھتے ہیں کہ ہماری بات صحیح ہے اور دوسرے کو اس کو غور کرنا چاہیے تو اس، لیکن وہ اتنا زیادہ negative ہو جاتا ہے کہ وہ اس پر غور نہیں کر پاتا۔</w:t>
      </w:r>
    </w:p>
    <w:p>
      <w:r>
        <w:rPr>
          <w:b/>
        </w:rPr>
        <w:t xml:space="preserve">[30:45] </w:t>
      </w:r>
      <w:r>
        <w:t>to agar hamare andar yeh aa jaye ke azadi to Khuda ne diya hai, to hum is ko sochne ki azadi hai, to woh bhi alag sochega.</w:t>
      </w:r>
    </w:p>
    <w:p>
      <w:pPr>
        <w:jc w:val="right"/>
      </w:pPr>
      <w:r>
        <w:t>تو اگر ہمارے اندر یہ آ جائے کہ آزادی تو خدا نے دیا ہے، تو ہم اس کو سوچنے کی آزادی ہے، تو وہ بھی الگ سوچے گا۔</w:t>
      </w:r>
    </w:p>
    <w:p>
      <w:r>
        <w:rPr>
          <w:b/>
        </w:rPr>
        <w:t xml:space="preserve">[30:55] </w:t>
      </w:r>
      <w:r>
        <w:t>agar hum chahte hain ke hamari baat sahi hai aur woh samjhe, to hum agar is ko bahut hi coolly aur peacefully is ko batayenge to ho sakta hai aaj nahi, kal woh baat samajh le.</w:t>
      </w:r>
    </w:p>
    <w:p>
      <w:pPr>
        <w:jc w:val="right"/>
      </w:pPr>
      <w:r>
        <w:t>اگر ہم چاہتے ہیں کہ ہماری بات صحیح ہے اور وہ سمجھے، تو ہم اگر اس کو بہت ہی coolly اور peacefully اس کو بتائیں گے تو ہو سکتا ہے آج نہیں، کل وہ بات سمجھ لے۔</w:t>
      </w:r>
    </w:p>
    <w:p>
      <w:r>
        <w:rPr>
          <w:b/>
        </w:rPr>
        <w:t xml:space="preserve">[31:07] </w:t>
      </w:r>
      <w:r>
        <w:t>to aisa kyun hota hai ke secular world wala tareeqa jo hai, religious world mein apnaya nahi ja sakta?</w:t>
      </w:r>
    </w:p>
    <w:p>
      <w:pPr>
        <w:jc w:val="right"/>
      </w:pPr>
      <w:r>
        <w:t>تو ایسا کیوں ہوتا ہے کہ سیکولر ورلڈ والا طریقہ جو ہے، ریلیجس ورلڈ میں اپنایا نہیں جا سکتا؟</w:t>
      </w:r>
    </w:p>
    <w:p>
      <w:r>
        <w:rPr>
          <w:b/>
        </w:rPr>
        <w:t xml:space="preserve">[31:15] </w:t>
      </w:r>
      <w:r>
        <w:t>Maulana, yeh aap ka sawal hai ke yeh dekhne mein aata hai ke secular world mein agar mukhtalif rai hon to is ko kharab nahi mana jata hai, balkeh achha mana jata hai.</w:t>
      </w:r>
    </w:p>
    <w:p>
      <w:pPr>
        <w:jc w:val="right"/>
      </w:pPr>
      <w:r>
        <w:t>مولانا، یہ آپ کا سوال ہے کہ یہ دیکھنے میں آتا ہے کہ سیکولر ورلڈ میں اگر مختلف رائے ہوں تو اس کو خراب نہیں مانا جاتا ہے، بلکہ اچھا مانا جاتا ہے۔</w:t>
      </w:r>
    </w:p>
    <w:p>
      <w:r>
        <w:rPr>
          <w:b/>
        </w:rPr>
        <w:t xml:space="preserve">[31:26] </w:t>
      </w:r>
      <w:r>
        <w:t>lekin agar wahi religious world mein dekhen to agar ek se zyada rai aa jaye to log intolerant ho jate hain ek</w:t>
      </w:r>
    </w:p>
    <w:p>
      <w:pPr>
        <w:jc w:val="right"/>
      </w:pPr>
      <w:r>
        <w:t>لیکن اگر وہی ریلیجس ورلڈ میں دیکھیں تو اگر ایک سے زیادہ رائے آ جائے تو لوگ intolerant ہو جاتے ہیں ایک</w:t>
      </w:r>
    </w:p>
    <w:p>
      <w:r>
        <w:rPr>
          <w:b/>
        </w:rPr>
        <w:t xml:space="preserve">[31:35] </w:t>
      </w:r>
      <w:r>
        <w:t>doosre se. haan, yeh is par maine bhi bahut socha hai. yahan se le kar America tak maine is par ghor kiya hai. to maine ek cheez discover ki, yahan dekhen pani hai,</w:t>
      </w:r>
    </w:p>
    <w:p>
      <w:pPr>
        <w:jc w:val="right"/>
      </w:pPr>
      <w:r>
        <w:t>دوسرے سے۔ ہاں، یہ اس پر میں نے بھی بہت سوچا ہے۔ یہاں سے لے کر امریکہ تک میں نے اس پر غور کیا ہے۔ تو میں نے ایک چیز discover کی، یہاں دیکھیں پانی ہے،</w:t>
      </w:r>
    </w:p>
    <w:p>
      <w:r>
        <w:rPr>
          <w:b/>
        </w:rPr>
        <w:t xml:space="preserve">[31:49] </w:t>
      </w:r>
      <w:r>
        <w:t>ek cheez maine discover ki,</w:t>
      </w:r>
    </w:p>
    <w:p>
      <w:pPr>
        <w:jc w:val="right"/>
      </w:pPr>
      <w:r>
        <w:t>ایک چیز میں نے discover کی،</w:t>
      </w:r>
    </w:p>
    <w:p>
      <w:r>
        <w:rPr>
          <w:b/>
        </w:rPr>
        <w:t xml:space="preserve">[31:59] </w:t>
      </w:r>
      <w:r>
        <w:t>aur woh discovery mujhe America mein hui. maine poocha ek America mein ek senior professor se ke maghrib ki taraqqi ka raaz kya hai?</w:t>
      </w:r>
    </w:p>
    <w:p>
      <w:pPr>
        <w:jc w:val="right"/>
      </w:pPr>
      <w:r>
        <w:t>اور وہ discovery مجھے امریکہ میں ہوئی۔ میں نے پوچھا ایک امریکہ میں ایک senior professor سے کہ مغرب کی ترقی کا راز کیا ہے؟</w:t>
      </w:r>
    </w:p>
    <w:p>
      <w:r>
        <w:rPr>
          <w:b/>
        </w:rPr>
        <w:t xml:space="preserve">[32:16] </w:t>
      </w:r>
      <w:r>
        <w:t>us ne kaha ke pehle zamaney mein sari duniya ke log die of armor thinking mein jeete the.</w:t>
      </w:r>
    </w:p>
    <w:p>
      <w:pPr>
        <w:jc w:val="right"/>
      </w:pPr>
      <w:r>
        <w:t>اس نے کہا کہ پہلے زمانے میں ساری دنیا کے لوگ die of armor thinking میں جیتے تھے۔</w:t>
      </w:r>
    </w:p>
    <w:p>
      <w:r>
        <w:rPr>
          <w:b/>
        </w:rPr>
        <w:t xml:space="preserve">[32:25] </w:t>
      </w:r>
      <w:r>
        <w:t>is sachai ko sirf do mein bantna: galat, sahi, haram, halaal,</w:t>
      </w:r>
    </w:p>
    <w:p>
      <w:pPr>
        <w:jc w:val="right"/>
      </w:pPr>
      <w:r>
        <w:t>اس سچائی کو صرف دو میں بانٹنا: غلط، صحیح، حرام، حلال،</w:t>
      </w:r>
    </w:p>
    <w:p>
      <w:r>
        <w:rPr>
          <w:b/>
        </w:rPr>
        <w:t xml:space="preserve">[32:33] </w:t>
      </w:r>
      <w:r>
        <w:t>yeh ibtida hota tha. to jab aadmi samajhta tha ke main sahi baat bol raha hoon to woh ladta tha, woh yahan tak ke woh qatl bhi hota tha.</w:t>
      </w:r>
    </w:p>
    <w:p>
      <w:pPr>
        <w:jc w:val="right"/>
      </w:pPr>
      <w:r>
        <w:t>یہ ابتدا ہوتا تھا۔ تو جب آدمی سمجھتا تھا کہ میں صحیح بات بول رہا ہوں تو وہ لڑتا تھا، وہ یہاں تک کہ وہ قتل بھی ہوتا تھا۔</w:t>
      </w:r>
    </w:p>
    <w:p>
      <w:r>
        <w:rPr>
          <w:b/>
        </w:rPr>
        <w:t xml:space="preserve">[32:43] </w:t>
      </w:r>
      <w:r>
        <w:t>to sahih o galat mein baantna, haram o halaal mein baantna, yeh hai die of armor thinking. Musalmanon mein aap dekhiye ke Abbasi daur mein,</w:t>
      </w:r>
    </w:p>
    <w:p>
      <w:pPr>
        <w:jc w:val="right"/>
      </w:pPr>
      <w:r>
        <w:t>تو صحیح و غلط میں بانٹنا، حرام و حلال میں بانٹنا، یہ ہے die of armor thinking۔ مسلمانوں میں آپ دیکھیے کہ عباسی دور میں،</w:t>
      </w:r>
    </w:p>
    <w:p>
      <w:r>
        <w:rPr>
          <w:b/>
        </w:rPr>
        <w:t xml:space="preserve">[32:57] </w:t>
      </w:r>
      <w:r>
        <w:t>Umaviya ke daur mein, har zamane mein ladai hoti rahi. Is ki wajah se hi ke log jeete the die of armor thinking mein, ya to haram ya halaal.</w:t>
      </w:r>
    </w:p>
    <w:p>
      <w:pPr>
        <w:jc w:val="right"/>
      </w:pPr>
      <w:r>
        <w:t>امویہ کے دور میں، ہر زمانے میں لڑائی ہوتی رہی۔ اس کی وجہ سے ہی کہ لوگ جیتے تھے die of armor thinking میں، یا تو حرام یا حلال۔</w:t>
      </w:r>
    </w:p>
    <w:p>
      <w:r>
        <w:rPr>
          <w:b/>
        </w:rPr>
        <w:t xml:space="preserve">[33:09] </w:t>
      </w:r>
      <w:r>
        <w:t>In ka kehna tha ke al-haq al-ilahi taqaddus. Lekin Europe mein main samajhta hoon ke bohat bari cheez unhon ne, un ka aik kar-nama hai ke unhon ne aik aik naya term yeh ijad kiya,</w:t>
      </w:r>
    </w:p>
    <w:p>
      <w:pPr>
        <w:jc w:val="right"/>
      </w:pPr>
      <w:r>
        <w:t>ان کا کہنا تھا کہ الحق الہی تقدس۔ لیکن یورپ میں میں سمجھتا ہوں کہ بہت بڑی چیز انہوں نے، ان کا ایک کارنامہ ہے کہ انہوں نے ایک ایک نیا term یہ ایجاد کیا،</w:t>
      </w:r>
    </w:p>
    <w:p>
      <w:r>
        <w:rPr>
          <w:b/>
        </w:rPr>
        <w:t xml:space="preserve">[33:26] </w:t>
      </w:r>
      <w:r>
        <w:t>naya term. Main ne is ki kamal kiya, unhon ne woh yeh hai ke woh different, hum hum aik hi lafz jante hain, different.</w:t>
      </w:r>
    </w:p>
    <w:p>
      <w:pPr>
        <w:jc w:val="right"/>
      </w:pPr>
      <w:r>
        <w:t>نیا term۔ میں نے اس کی کمال کیا، انہوں نے وہ یہ ہے کہ وہ different، ہم ہم ایک ہی لفظ جانتے ہیں، different۔</w:t>
      </w:r>
    </w:p>
    <w:p>
      <w:r>
        <w:rPr>
          <w:b/>
        </w:rPr>
        <w:t xml:space="preserve">[33:43] </w:t>
      </w:r>
      <w:r>
        <w:t>Unhon ne kiya kiya? Kiya tha?</w:t>
      </w:r>
    </w:p>
    <w:p>
      <w:pPr>
        <w:jc w:val="right"/>
      </w:pPr>
      <w:r>
        <w:t>انہوں نے کیا کیا؟ کیا تھا؟</w:t>
      </w:r>
    </w:p>
    <w:p>
      <w:r>
        <w:rPr>
          <w:b/>
        </w:rPr>
        <w:t xml:space="preserve">[33:48] </w:t>
      </w:r>
      <w:r>
        <w:t>Dissent, Dissent, D-I-S-S-E-N-T. Saare logon ko sirf different ka lafz pata tha, lekin unhon ne naya lafz ijad kiya, Dissent, D-I-S-S-E-N-T.</w:t>
      </w:r>
    </w:p>
    <w:p>
      <w:pPr>
        <w:jc w:val="right"/>
      </w:pPr>
      <w:r>
        <w:t>Dissent، Dissent، D-I-S-S-E-N-T۔ سارے لوگوں کو صرف different کا لفظ پتہ تھا، لیکن انہوں نے نیا لفظ ایجاد کیا، Dissent، D-I-S-S-E-N-T۔</w:t>
      </w:r>
    </w:p>
    <w:p>
      <w:r>
        <w:rPr>
          <w:b/>
        </w:rPr>
        <w:t xml:space="preserve">[34:06] </w:t>
      </w:r>
      <w:r>
        <w:t>To Dissent aik neutral word hai,</w:t>
      </w:r>
    </w:p>
    <w:p>
      <w:pPr>
        <w:jc w:val="right"/>
      </w:pPr>
      <w:r>
        <w:t>تو Dissent ایک neutral word ہے،</w:t>
      </w:r>
    </w:p>
    <w:p>
      <w:r>
        <w:rPr>
          <w:b/>
        </w:rPr>
        <w:t xml:space="preserve">[34:12] </w:t>
      </w:r>
      <w:r>
        <w:t>difference neutral word nahi hai. Dissent neutral word hai. Yani mujhe aap se ikhtilaf ho to main yeh bhi samjhun, yeh nahi samjhna ke bas meri baat sahi hai, aap ki sab galat hai.</w:t>
      </w:r>
    </w:p>
    <w:p>
      <w:pPr>
        <w:jc w:val="right"/>
      </w:pPr>
      <w:r>
        <w:t>difference neutral word نہیں ہے۔ Dissent neutral word ہے۔ یعنی مجھے آپ سے اختلاف ہو تو میں یہ بھی سمجھوں، یہ نہیں سمجھنا کہ بس میری بات صحیح ہے، آپ کی سب غلط ہے۔</w:t>
      </w:r>
    </w:p>
    <w:p>
      <w:r>
        <w:rPr>
          <w:b/>
        </w:rPr>
        <w:t xml:space="preserve">[34:27] </w:t>
      </w:r>
      <w:r>
        <w:t>Ho sakta hai ke aap ki baat sahi ho. Isi aaj ka insan jab bolta hai, aik rai dega to yeh kahega ke apni baat kehte hue yeh bhi keh dega ke maybe I am,</w:t>
      </w:r>
    </w:p>
    <w:p>
      <w:pPr>
        <w:jc w:val="right"/>
      </w:pPr>
      <w:r>
        <w:t>ہو سکتا ہے کہ آپ کی بات صحیح ہو۔ اسی آج کا انسان جب بولتا ہے، ایک رائے دے گا تو یہ کہے گا کہ اپنی بات کہتے ہوئے یہ بھی کہہ دے گا کہ maybe I am،</w:t>
      </w:r>
    </w:p>
    <w:p>
      <w:r>
        <w:rPr>
          <w:b/>
        </w:rPr>
        <w:t xml:space="preserve">[34:46] </w:t>
      </w:r>
      <w:r>
        <w:t>maybe I am wrong. Yeh keh dega. Yeh hai Dissent. Hamare mashriq, mashriq East ke zubanon mein Dissent ka term hai hi nahi.</w:t>
      </w:r>
    </w:p>
    <w:p>
      <w:pPr>
        <w:jc w:val="right"/>
      </w:pPr>
      <w:r>
        <w:t>maybe I am wrong۔ یہ کہہ دے گا۔ یہ ہے Dissent۔ ہمارے مشرق، مشرق ایسٹ کے زبانوں میں Dissent کا term ہے ہی نہیں۔</w:t>
      </w:r>
    </w:p>
    <w:p>
      <w:r>
        <w:rPr>
          <w:b/>
        </w:rPr>
        <w:t xml:space="preserve">[34:59] </w:t>
      </w:r>
      <w:r>
        <w:t>Mislan Urdu mein, Angrezi mein, Urdu mein, Farsi mein, Arabi mein Dissent ka lafz nahi hai, neutral term. To yeh D-I-S-S-E-N-T ka jo term hai, woh jo maghrib mein shayad kahin aaya ho, lekin yeh bohat bara kar-nama in logon ka hai ke jab se yeh lafz aaya hai, tab se tashaddud khatam ho gaya.</w:t>
      </w:r>
    </w:p>
    <w:p>
      <w:pPr>
        <w:jc w:val="right"/>
      </w:pPr>
      <w:r>
        <w:t>مثلاً اردو میں، انگریزی میں، اردو میں، فارسی میں، عربی میں Dissent کا لفظ نہیں ہے، neutral term۔ تو یہ D-I-S-S-E-N-T کا جو term ہے، وہ جو مغرب میں شاید کہیں آیا ہو، لیکن یہ بہت بڑا کارنامہ ان لوگوں کا ہے کہ جب سے یہ لفظ آیا ہے، تب سے تشدد ختم ہوگیا۔</w:t>
      </w:r>
    </w:p>
    <w:p>
      <w:r>
        <w:rPr>
          <w:b/>
        </w:rPr>
        <w:t xml:space="preserve">[35:26] </w:t>
      </w:r>
      <w:r>
        <w:t>Rai par tashaddud, rai par tashaddud khatam ho gaya. To main parhta tha apne madrasay mein, to wahan hamare aik saathi hote the, Anwar aadmi.</w:t>
      </w:r>
    </w:p>
    <w:p>
      <w:pPr>
        <w:jc w:val="right"/>
      </w:pPr>
      <w:r>
        <w:t>رائے پر تشدد، رائے پر تشدد ختم ہوگیا۔ تو میں پڑھتا تھا اپنے مدرسے میں، تو وہاں ہمارے ایک ساتھی ہوتے تھے، انور آدمی۔</w:t>
      </w:r>
    </w:p>
    <w:p>
      <w:r>
        <w:rPr>
          <w:b/>
        </w:rPr>
        <w:t xml:space="preserve">[35:38] </w:t>
      </w:r>
      <w:r>
        <w:t>To Anwar aadmi kehte the ke sab se pehle qurbani rai ki qurbani hai. To unhon ne aadhi baat jani thi, yani aadmi ki rai hone ke baad tashaddud na ho.</w:t>
      </w:r>
    </w:p>
    <w:p>
      <w:pPr>
        <w:jc w:val="right"/>
      </w:pPr>
      <w:r>
        <w:t>تو انور آدمی کہتے تھے کہ سب سے پہلے قربانی رائے کی قربانی ہے۔ تو انہوں نے آدھی بات جانی تھی، یعنی آدمی کی رائے ہونے کے بعد تشدد نہ ہو۔</w:t>
      </w:r>
    </w:p>
    <w:p>
      <w:r>
        <w:rPr>
          <w:b/>
        </w:rPr>
        <w:t xml:space="preserve">[35:51] </w:t>
      </w:r>
      <w:r>
        <w:t>Lekin America ke professor ban jana aik aik aur baat ke woh apni rai ko mante hue woh samjhe ke doosri ki rai bhi sahi ho sakti hai.</w:t>
      </w:r>
    </w:p>
    <w:p>
      <w:pPr>
        <w:jc w:val="right"/>
      </w:pPr>
      <w:r>
        <w:t>لیکن امریکہ کے professor بن جانا ایک ایک اور بات کہ وہ اپنی رائے کو مانتے ہوئے وہ سمجھے کہ دوسری کی رائے بھی صحیح ہو سکتی ہے۔</w:t>
      </w:r>
    </w:p>
    <w:p>
      <w:r>
        <w:rPr>
          <w:b/>
        </w:rPr>
        <w:t xml:space="preserve">[36:06] </w:t>
      </w:r>
      <w:r>
        <w:t>To difference ka jo jo lafz unhon ne daryaft kiya, Dissent, D-I-S-S-E-N-T, is ka kar-nama yeh hai.</w:t>
      </w:r>
    </w:p>
    <w:p>
      <w:pPr>
        <w:jc w:val="right"/>
      </w:pPr>
      <w:r>
        <w:t>تو difference کا جو جو لفظ انہوں نے دریافت کیا، Dissent، D-I-S-S-E-N-T، اس کا کارنامہ یہ ہے۔</w:t>
      </w:r>
    </w:p>
    <w:p>
      <w:r>
        <w:rPr>
          <w:b/>
        </w:rPr>
        <w:t xml:space="preserve">[36:18] </w:t>
      </w:r>
      <w:r>
        <w:t>Aur yeh Musalman aisa nahi kar sake. Musalman difference aur Dissent ka term istemal nahi kar sake.</w:t>
      </w:r>
    </w:p>
    <w:p>
      <w:pPr>
        <w:jc w:val="right"/>
      </w:pPr>
      <w:r>
        <w:t>اور یہ مسلمان ایسا نہیں کر سکے۔ مسلمان difference اور Dissent کا term استعمال نہیں کر سکے۔</w:t>
      </w:r>
    </w:p>
    <w:p>
      <w:r>
        <w:rPr>
          <w:b/>
        </w:rPr>
        <w:t xml:space="preserve">[36:28] </w:t>
      </w:r>
      <w:r>
        <w:t>Woh bas difference ko jante the. Al-haq al-ilahi a'tad, al-haq al-ilahi a'tad, al-haq al-ilahi a'tad.</w:t>
      </w:r>
    </w:p>
    <w:p>
      <w:pPr>
        <w:jc w:val="right"/>
      </w:pPr>
      <w:r>
        <w:t>وہ بس difference کو جانتے تھے۔ الحق الہی اعتادت، الحق الہی اعتادت، الحق الہی اعتادت۔</w:t>
      </w:r>
    </w:p>
    <w:p>
      <w:r>
        <w:rPr>
          <w:b/>
        </w:rPr>
        <w:t xml:space="preserve">[36:42] </w:t>
      </w:r>
      <w:r>
        <w:t>Maulana, mera sawal aik hai ke jab Quran aik hai to phir Muslims mein itne sects kyun hain? Different sects.</w:t>
      </w:r>
    </w:p>
    <w:p>
      <w:pPr>
        <w:jc w:val="right"/>
      </w:pPr>
      <w:r>
        <w:t>مولانا، میرا سوال ایک ہے کہ جب قرآن ایک ہے تو پھر مسلمز میں اتنے sects کیوں ہیں؟ Different sects۔</w:t>
      </w:r>
    </w:p>
    <w:p>
      <w:r>
        <w:rPr>
          <w:b/>
        </w:rPr>
        <w:t xml:space="preserve">[37:00] </w:t>
      </w:r>
      <w:r>
        <w:t>Nodep Sahab ka sawal hai ke jab Quran aik hai to Musalmanon mein itne zyada firqay kyun hain?</w:t>
      </w:r>
    </w:p>
    <w:p>
      <w:pPr>
        <w:jc w:val="right"/>
      </w:pPr>
      <w:r>
        <w:t>نودیپ صاحب کا سوال ہے کہ جب قرآن ایک ہے تو مسلمانوں میں اتنے زیادہ فرقے کیوں ہیں؟</w:t>
      </w:r>
    </w:p>
    <w:p>
      <w:r>
        <w:rPr>
          <w:b/>
        </w:rPr>
        <w:t xml:space="preserve">[37:07] </w:t>
      </w:r>
      <w:r>
        <w:t>Yahi to unhon ne keh diya ke aik hai, phir bhi is mein different interpretation ki zubanon ki gunjaish hai kyunke Quran multi-speaking language mein nahi hai.</w:t>
      </w:r>
    </w:p>
    <w:p>
      <w:pPr>
        <w:jc w:val="right"/>
      </w:pPr>
      <w:r>
        <w:t>یہی تو انہوں نے کہہ دیا کہ ایک ہے، پھر بھی اس میں different interpretation کی زبانوں کی گنجائش ہے کیونکہ قرآن multi-speaking language میں نہیں ہے۔</w:t>
      </w:r>
    </w:p>
    <w:p>
      <w:r>
        <w:rPr>
          <w:b/>
        </w:rPr>
        <w:t xml:space="preserve">[37:23] </w:t>
      </w:r>
      <w:r>
        <w:t>Science mein multi-speaking language mein hoti hai, lekin wahan aik hi setting mein chalti hai, do nahi.</w:t>
      </w:r>
    </w:p>
    <w:p>
      <w:pPr>
        <w:jc w:val="right"/>
      </w:pPr>
      <w:r>
        <w:t>سائنس میں multi-speaking language میں ہوتی ہے، لیکن وہاں ایک ہی setting میں چلتی ہے، دو نہیں۔</w:t>
      </w:r>
    </w:p>
    <w:p>
      <w:r>
        <w:rPr>
          <w:b/>
        </w:rPr>
        <w:t xml:space="preserve">[37:36] </w:t>
      </w:r>
      <w:r>
        <w:t>To Quran chunke multi-speaking language mein nahi hai, is mein interpretation ki gunjaish baqi rehti hai. Isi se ikhtilaf hota hai.</w:t>
      </w:r>
    </w:p>
    <w:p>
      <w:pPr>
        <w:jc w:val="right"/>
      </w:pPr>
      <w:r>
        <w:t>تو قرآن چونکہ multi-speaking language میں نہیں ہے، اس میں interpretation کی گنجائش باقی رہتی ہے۔ اسی سے اختلاف ہوتا ہے۔</w:t>
      </w:r>
    </w:p>
    <w:p>
      <w:r>
        <w:rPr>
          <w:b/>
        </w:rPr>
        <w:t xml:space="preserve">[37:47] </w:t>
      </w:r>
      <w:r>
        <w:t>To Europe ne is ka hal yeh nikala ke die of armor thinking khatam kar di, neutral thinking laye woh, aur phir aik term banaya, D-I-S-S-E-N-T.</w:t>
      </w:r>
    </w:p>
    <w:p>
      <w:pPr>
        <w:jc w:val="right"/>
      </w:pPr>
      <w:r>
        <w:t>تو یورپ نے اس کا حل یہ نکالا کہ die of armor thinking ختم کر دی، neutral thinking لائے وہ، اور پھر ایک term بنایا، D-I-S-S-E-N-T۔</w:t>
      </w:r>
    </w:p>
    <w:p>
      <w:r>
        <w:rPr>
          <w:b/>
        </w:rPr>
        <w:t xml:space="preserve">[38:11] </w:t>
      </w:r>
      <w:r>
        <w:t>Maulana, with reference to this hadith, I understood that when God's name or a verse of God's book is recited, then you should immediately think of God, and that makes you keep quiet because then you start thinking.</w:t>
      </w:r>
    </w:p>
    <w:p>
      <w:pPr>
        <w:jc w:val="right"/>
      </w:pPr>
      <w:r>
        <w:t>مولانا، with reference to this حدیث، I understood that when God's name or a verse of God's book is recited, then you should immediately think of God, and that makes you keep quiet because then you start thinking.</w:t>
      </w:r>
    </w:p>
    <w:p>
      <w:r>
        <w:rPr>
          <w:b/>
        </w:rPr>
        <w:t xml:space="preserve">[38:37] </w:t>
      </w:r>
      <w:r>
        <w:t>And I also realized that when you start thinking, you think of your accountability to God. And if you can keep your accountability alive all the time, then you don't need anybody to remind you of God.</w:t>
      </w:r>
    </w:p>
    <w:p>
      <w:pPr>
        <w:jc w:val="right"/>
      </w:pPr>
      <w:r>
        <w:t>And I also realized that when you start thinking, you think of your accountability to God. And if you can keep your accountability alive all the time, then you don't need anybody to remind you of God.</w:t>
      </w:r>
    </w:p>
    <w:p>
      <w:r>
        <w:rPr>
          <w:b/>
        </w:rPr>
        <w:t xml:space="preserve">[38:53] </w:t>
      </w:r>
      <w:r>
        <w:t>You are reminded of Him yourself. Is this thinkingright؟</w:t>
      </w:r>
    </w:p>
    <w:p>
      <w:pPr>
        <w:jc w:val="right"/>
      </w:pPr>
      <w:r>
        <w:t>You are reminded of Him yourself. Is this thinkingright؟</w:t>
      </w:r>
    </w:p>
    <w:p>
      <w:r>
        <w:rPr>
          <w:b/>
        </w:rPr>
        <w:t xml:space="preserve">[39:03] </w:t>
      </w:r>
      <w:r>
        <w:t>nahi, dono ho sakta hai. Koi remind kare aur aap ko yaad aa jaye, aur aap khud se discover karein, dono baatein baat bolein.</w:t>
      </w:r>
    </w:p>
    <w:p>
      <w:pPr>
        <w:jc w:val="right"/>
      </w:pPr>
      <w:r>
        <w:t>نہیں، دونوں ہو سکتا ہے۔ کوئی remind کرے اور آپ کو یاد آ جائے، اور آپ خود سے discover کریں، دونوں باتیں بات بولیں۔</w:t>
      </w:r>
    </w:p>
    <w:p>
      <w:r>
        <w:rPr>
          <w:b/>
        </w:rPr>
        <w:t xml:space="preserve">[39:15] </w:t>
      </w:r>
      <w:r>
        <w:t>Isi lihaz se Umar kai bar kehte thay ke lola falan lahla ka Umar, koi remind karta tha, woh jaan lete thay us ko.</w:t>
      </w:r>
    </w:p>
    <w:p>
      <w:pPr>
        <w:jc w:val="right"/>
      </w:pPr>
      <w:r>
        <w:t>اسی لحاظ سے عمر کئی بار کہتے تھے کہ لولا فلاں لہلہ کا عمر، کوئی remind کرتا تھا، وہ جان لیتے تھے اس کو۔</w:t>
      </w:r>
    </w:p>
    <w:p>
      <w:r>
        <w:rPr>
          <w:b/>
        </w:rPr>
        <w:t xml:space="preserve">[39:24] </w:t>
      </w:r>
      <w:r>
        <w:t>Tab kehte thay ke lola falan lahla ka Umar, to dono mumkin hain.</w:t>
      </w:r>
    </w:p>
    <w:p>
      <w:pPr>
        <w:jc w:val="right"/>
      </w:pPr>
      <w:r>
        <w:t>تب کہتے تھے کہ لولا فلاں لہلہ کا عمر، تو دونوں ممکن ہیں۔</w:t>
      </w:r>
    </w:p>
    <w:p>
      <w:r>
        <w:rPr>
          <w:b/>
        </w:rPr>
        <w:t xml:space="preserve">[39:31] </w:t>
      </w:r>
      <w:r>
        <w:t>Maulana, ek sawal yeh hai ke jaise ke aap ne bataya ke kai interpretations bhi hain, Maulana, lekin sahi interpretation ko identify karne ke liye ek objective mind chahiye jis mein clarity of thinking ho.</w:t>
      </w:r>
    </w:p>
    <w:p>
      <w:pPr>
        <w:jc w:val="right"/>
      </w:pPr>
      <w:r>
        <w:t>مولانا، ایک سوال یہ ہے کہ جیسے کہ آپ نے بتایا کہ کئی interpretations بھی ہیں، مولانا، لیکن صحیح interpretation کو identify کرنے کے لیے ایک objective mind چاہیے جس میں clarity of thinking ہو۔</w:t>
      </w:r>
    </w:p>
    <w:p>
      <w:r>
        <w:rPr>
          <w:b/>
        </w:rPr>
        <w:t xml:space="preserve">[39:47] </w:t>
      </w:r>
      <w:r>
        <w:t>Lekin aksar logon ke andar to yeh hoti nahi hai, Maulana, aur is wajah se woh right interpretation nahi pakar paate. Agar right interpretation pakrein ge to objectivity bhi aaye gi aur clarity of thought bhi aaye gi.</w:t>
      </w:r>
    </w:p>
    <w:p>
      <w:pPr>
        <w:jc w:val="right"/>
      </w:pPr>
      <w:r>
        <w:t>لیکن اکثر لوگوں کے اندر تو یہ ہوتی نہیں ہے، مولانا، اور اس وجہ سے وہright interpretation نہیں پکڑ پاتے۔ اگرright interpretation پکڑیں گے تو objectivity بھی آئے گی اور clarity of thought بھی آئے گا۔</w:t>
      </w:r>
    </w:p>
    <w:p>
      <w:r>
        <w:rPr>
          <w:b/>
        </w:rPr>
        <w:t xml:space="preserve">[39:59] </w:t>
      </w:r>
      <w:r>
        <w:t>To yeh catch 22 situation hai, Maulana</w:t>
      </w:r>
    </w:p>
    <w:p>
      <w:pPr>
        <w:jc w:val="right"/>
      </w:pPr>
      <w:r>
        <w:t>تو یہ catch 22 situation ہے، مولانا</w:t>
      </w:r>
    </w:p>
    <w:p>
      <w:r>
        <w:rPr>
          <w:b/>
        </w:rPr>
        <w:t xml:space="preserve">[40:02] </w:t>
      </w:r>
      <w:r>
        <w:t>. Nahi, dekhiye, sawa 5:25 ke kabhi bhi diversity khatam nahi hoti. Aap aap ka itna hi zyada aap ke andar clear thinking ho,</w:t>
      </w:r>
    </w:p>
    <w:p>
      <w:pPr>
        <w:jc w:val="right"/>
      </w:pPr>
      <w:r>
        <w:t>۔ نہیں، دیکھیے، سوا 5:25 کے کبھی بھی diversity ختم نہیں ہوتی۔ آپ آپ کا اتنا ہی زیادہ آپ کے اندر clear thinking ہو،</w:t>
      </w:r>
    </w:p>
    <w:p>
      <w:r>
        <w:rPr>
          <w:b/>
        </w:rPr>
        <w:t xml:space="preserve">[40:17] </w:t>
      </w:r>
      <w:r>
        <w:t>clear thinking hogi tab bhi diversity khatam nahi ho jaye gi. Is par ek bari achi kitab hai, us ki woh jis ko hum ne logon ko diya tha, clearer thinking</w:t>
      </w:r>
    </w:p>
    <w:p>
      <w:pPr>
        <w:jc w:val="right"/>
      </w:pPr>
      <w:r>
        <w:t>clear thinking ہوگی تب بھی diversity ختم نہیں ہو جائے گی۔ اس پر ایک بڑی اچھی کتاب ہے، اس کی وہ جس کو ہم نے لوگوں کو دیا تھا، clearer thinking</w:t>
      </w:r>
    </w:p>
    <w:p>
      <w:r>
        <w:rPr>
          <w:b/>
        </w:rPr>
        <w:t xml:space="preserve">[40:32] </w:t>
      </w:r>
      <w:r>
        <w:t>, haan, clearer thinking, E.M. Anders, haan, woh bohat achi kitab hai jis ko wazeh karti hai ke right thinking aur clear thinking ek ek nahi hai,</w:t>
      </w:r>
    </w:p>
    <w:p>
      <w:pPr>
        <w:jc w:val="right"/>
      </w:pPr>
      <w:r>
        <w:t>، ہاں، clearer thinking، ای ایم اینڈرز، ہاں، وہ بہت اچھی کتاب ہے جس کو واضح کرتی ہے کہright thinking اور clear thinking ایک ایک نہیں ہے،</w:t>
      </w:r>
    </w:p>
    <w:p>
      <w:r>
        <w:rPr>
          <w:b/>
        </w:rPr>
        <w:t xml:space="preserve">[40:51] </w:t>
      </w:r>
      <w:r>
        <w:t>dono.</w:t>
      </w:r>
    </w:p>
    <w:p>
      <w:pPr>
        <w:jc w:val="right"/>
      </w:pPr>
      <w:r>
        <w:t>دونوں۔</w:t>
      </w:r>
    </w:p>
    <w:p>
      <w:r>
        <w:rPr>
          <w:b/>
        </w:rPr>
        <w:t xml:space="preserve">[40:56] </w:t>
      </w:r>
      <w:r>
        <w:t>To Maulana, koi ek asan tareeqa hai insaan ko right interpretation ko identify karne ke liye? Nahi, self discovery.</w:t>
      </w:r>
    </w:p>
    <w:p>
      <w:pPr>
        <w:jc w:val="right"/>
      </w:pPr>
      <w:r>
        <w:t>تو مولانا، کوئی ایک آسان طریقہ ہے انسان کوright interpretation کو identify کرنے کے لیے؟ نہیں، self discovery۔</w:t>
      </w:r>
    </w:p>
    <w:p>
      <w:r>
        <w:rPr>
          <w:b/>
        </w:rPr>
        <w:t xml:space="preserve">[41:04] </w:t>
      </w:r>
      <w:r>
        <w:t>Self discovery kya hua,</w:t>
      </w:r>
    </w:p>
    <w:p>
      <w:pPr>
        <w:jc w:val="right"/>
      </w:pPr>
      <w:r>
        <w:t>Self discovery کیا ہوا،</w:t>
      </w:r>
    </w:p>
    <w:p>
      <w:r>
        <w:rPr>
          <w:b/>
        </w:rPr>
        <w:t xml:space="preserve">[41:06] </w:t>
      </w:r>
      <w:r>
        <w:t>sawa kuch nahi hai. Ji, aur Maulana, ek comment bheja hai Miss Kausar Izhar ne New Jersey se.</w:t>
      </w:r>
    </w:p>
    <w:p>
      <w:pPr>
        <w:jc w:val="right"/>
      </w:pPr>
      <w:r>
        <w:t>سوا کچھ نہیں ہے۔ جی، اور مولانا، ایک کمنٹ بھیجا ہے مس کوثر اظہار نے نیو جرسی سے۔</w:t>
      </w:r>
    </w:p>
    <w:p>
      <w:r>
        <w:rPr>
          <w:b/>
        </w:rPr>
        <w:t xml:space="preserve">[41:15] </w:t>
      </w:r>
      <w:r>
        <w:t>Unhon ne likha hai: "This hadith indicates for all those who have done discovery of Quran, and the Quran is instilled in their mind, and they have developed their personality after pondering, reflecting, and deep reading of Quran, and also applied Quran in their daily life." Maulana, yeh Hadiyah Hana ka sawal sawal hai.</w:t>
      </w:r>
    </w:p>
    <w:p>
      <w:pPr>
        <w:jc w:val="right"/>
      </w:pPr>
      <w:r>
        <w:t>انہوں نے لکھا ہے: "دس حدیث انڈیکیٹس فار آل دوز ہو ہیو ڈن ڈسکوری آف قرآن، اینڈ دا قرآن از انسٹلڈ ان دیر مائنڈ، اینڈ دے ہیو ڈیویلپ دیر پرسنیلٹی آفٹر پونڈرنگ، ریفلیکٹنگ، اینڈ ڈیپ ریڈنگ آف قرآن، اینڈ آل سو اپلائیڈ قرآن ان دیر ڈیلی لائف۔" مولانا، یہ ہادیہ ہنا کا سوال سوال ہے۔</w:t>
      </w:r>
    </w:p>
    <w:p>
      <w:r>
        <w:rPr>
          <w:b/>
        </w:rPr>
        <w:t xml:space="preserve">[41:42] </w:t>
      </w:r>
      <w:r>
        <w:t>Kiska? Hadiyah Hana. Banda apni life mein sabr kis liye kare? Ek insaan apni life mein kis liye sabr kare?</w:t>
      </w:r>
    </w:p>
    <w:p>
      <w:pPr>
        <w:jc w:val="right"/>
      </w:pPr>
      <w:r>
        <w:t>کس کا؟ ہادیہ ہنا۔ بندہ اپنی لائف میں صبر کس لیے کرے؟ ایک انسان اپنی لائف میں کس لیے صبر کرے؟</w:t>
      </w:r>
    </w:p>
    <w:p>
      <w:r>
        <w:rPr>
          <w:b/>
        </w:rPr>
        <w:t xml:space="preserve">[42:01] </w:t>
      </w:r>
      <w:r>
        <w:t>Dekhiye, sabr jo hai koi negative term nahi hai,</w:t>
      </w:r>
    </w:p>
    <w:p>
      <w:pPr>
        <w:jc w:val="right"/>
      </w:pPr>
      <w:r>
        <w:t>دیکھیے، صبر جو ہے کوئی نیگیٹیو ٹرم نہیں ہے،</w:t>
      </w:r>
    </w:p>
    <w:p>
      <w:r>
        <w:rPr>
          <w:b/>
        </w:rPr>
        <w:t xml:space="preserve">[42:07] </w:t>
      </w:r>
      <w:r>
        <w:t>sabr koi negative term nahi hai. Woh aala</w:t>
      </w:r>
    </w:p>
    <w:p>
      <w:pPr>
        <w:jc w:val="right"/>
      </w:pPr>
      <w:r>
        <w:t>صبر کوئی نیگیٹیو ٹرم نہیں ہے۔ وہ اعلیٰ</w:t>
      </w:r>
    </w:p>
    <w:p>
      <w:r>
        <w:rPr>
          <w:b/>
        </w:rPr>
        <w:t xml:space="preserve">[42:16] </w:t>
      </w:r>
      <w:r>
        <w:t>aala thinking ka ek stage hai. Agar jab aala thinking chahe karna, bohat baghair gurez soch karna chahein to aap ko sabr karna pare ga.</w:t>
      </w:r>
    </w:p>
    <w:p>
      <w:pPr>
        <w:jc w:val="right"/>
      </w:pPr>
      <w:r>
        <w:t>اعلیٰ تھنکنگ کا ایک اسٹیج ہے۔ اگر جب اعلیٰ تھنکنگ چاہے کرنا، بہت بغیر گریز سوچ کرنا چاہیں تو آپ کو صبر کرنا پڑے گا۔</w:t>
      </w:r>
    </w:p>
    <w:p>
      <w:r>
        <w:rPr>
          <w:b/>
        </w:rPr>
        <w:t xml:space="preserve">[42:29] </w:t>
      </w:r>
      <w:r>
        <w:t>Sabr ka matlab nahi ke danda marein to sabr karein. Nahi, nahi,</w:t>
      </w:r>
    </w:p>
    <w:p>
      <w:pPr>
        <w:jc w:val="right"/>
      </w:pPr>
      <w:r>
        <w:t>صبر کا معنی نہیں کہ ڈنڈا ماریں تو صبر کریں۔ نہیں، نہیں،</w:t>
      </w:r>
    </w:p>
    <w:p>
      <w:r>
        <w:rPr>
          <w:b/>
        </w:rPr>
        <w:t xml:space="preserve">[42:38] </w:t>
      </w:r>
      <w:r>
        <w:t>yeh</w:t>
      </w:r>
    </w:p>
    <w:p>
      <w:pPr>
        <w:jc w:val="right"/>
      </w:pPr>
      <w:r>
        <w:t>یہ</w:t>
      </w:r>
    </w:p>
    <w:p>
      <w:r>
        <w:rPr>
          <w:b/>
        </w:rPr>
        <w:t xml:space="preserve">[42:41] </w:t>
      </w:r>
      <w:r>
        <w:t>hasty hasty thinking ka ulta hai. Yeh hasty thinking ka ulta. Aap der tak sochein, bohat zyada us ko nahi karein, bohat zyada deep thinking mein jayein.</w:t>
      </w:r>
    </w:p>
    <w:p>
      <w:pPr>
        <w:jc w:val="right"/>
      </w:pPr>
      <w:r>
        <w:t>ہیسٹ ہیسٹ تھنکنگ کا الٹا ہے۔ یہ ہیسٹ تھنکنگ کا الٹا۔ آپ دیر تک سوچیں، بہت زیادہ اس کو نہیں کریں، بہت زیادہ ڈیپ تھنکنگ میں جائیں۔</w:t>
      </w:r>
    </w:p>
    <w:p>
      <w:r>
        <w:rPr>
          <w:b/>
        </w:rPr>
        <w:t xml:space="preserve">[42:59] </w:t>
      </w:r>
      <w:r>
        <w:t>Ek martaba mein ek sahib se baat kar raha tha, ek ek bare tajir thay, yeh Bombay ka waqia hai. To unhon ne mujhe kuch baat kahi.</w:t>
      </w:r>
    </w:p>
    <w:p>
      <w:pPr>
        <w:jc w:val="right"/>
      </w:pPr>
      <w:r>
        <w:t>ایک مرتبہ میں ایک صاحب سے بات کر رہا تھا، ایک ایک بڑے تاجر تھے، یہ بمبئی کا واقعہ ہے۔ تو انہوں نے مجھے کچھ بات کہی۔</w:t>
      </w:r>
    </w:p>
    <w:p>
      <w:r>
        <w:rPr>
          <w:b/>
        </w:rPr>
        <w:t xml:space="preserve">[43:10] </w:t>
      </w:r>
      <w:r>
        <w:t>To unhon ne kaha ke aap itne deep mein kyun jaate ho? Aap itne deep mein kyun jaate ho? To maine kaha: "You know agar mamla ho income tax ka to aap deep mein jayein ge, lekin jo sachai ka mamla ho to aap deep mein nahi jaate." To dekhiye,</w:t>
      </w:r>
    </w:p>
    <w:p>
      <w:pPr>
        <w:jc w:val="right"/>
      </w:pPr>
      <w:r>
        <w:t>تو انہوں نے کہا کہ آپ اتنے ڈیپ میں کیوں جاتے ہو؟ آپ اتنے ڈیپ میں کیوں جاتے ہو؟ تو میں نے کہا: "یو کہ اگر معاملہ ہو انکم ٹیکس کا تو آپ ڈیپ میں جائیں گے، لیکن جو سچائی کا معاملہ ہو تو آپ ڈیپ میں نہیں جاتے۔" تو دیکھیے،</w:t>
      </w:r>
    </w:p>
    <w:p>
      <w:r>
        <w:rPr>
          <w:b/>
        </w:rPr>
        <w:t xml:space="preserve">[43:34] </w:t>
      </w:r>
      <w:r>
        <w:t>yeh deep thinking, moral thinking mamla hai. Yeh jab aap sanjeeda hote hain, aap ko itna hi pata hoga ke chuki chuki income tax ke mamle mein aap sanjeeda hote hain to aap deep mein jaate hain,</w:t>
      </w:r>
    </w:p>
    <w:p>
      <w:pPr>
        <w:jc w:val="right"/>
      </w:pPr>
      <w:r>
        <w:t>یہ ڈیپ تھنکنگ، مورل تھنکنگ معاملہ ہے۔ یہ جب آپ سنجیدہ ہوتے ہیں، آپ کو اتنا ہی پتہ ہوگا کہ چونکہ چونکہ انکم ٹیکس کے معاملے میں آپ سنجیدہ ہوتے ہیں تو آپ ڈیپ میں جاتے ہیں،</w:t>
      </w:r>
    </w:p>
    <w:p>
      <w:r>
        <w:rPr>
          <w:b/>
        </w:rPr>
        <w:t xml:space="preserve">[43:52] </w:t>
      </w:r>
      <w:r>
        <w:t>nahi to sarsari tor par rai bana lete hain.</w:t>
      </w:r>
    </w:p>
    <w:p>
      <w:pPr>
        <w:jc w:val="right"/>
      </w:pPr>
      <w:r>
        <w:t>نہیں تو سرسری طور پر رائے بنا لیتے ہیں۔</w:t>
      </w:r>
    </w:p>
    <w:p>
      <w:r>
        <w:rPr>
          <w:b/>
        </w:rPr>
        <w:t xml:space="preserve">[44:01] </w:t>
      </w:r>
      <w:r>
        <w:t>Maulana, ek sawal hai Shujaat Ali sahib ka London se: "Baraye sawab tilawat ki tareekh kya hai aur yeh Musalmanon mein kyon aur kaise riwaj pa gayi?" Kafi padhein.</w:t>
      </w:r>
    </w:p>
    <w:p>
      <w:pPr>
        <w:jc w:val="right"/>
      </w:pPr>
      <w:r>
        <w:t>مولانا، ایک سوال ہے شجاعت علی صاحب کا لندن سے: "برائے ثواب تلاوت کی تاریخ کیا ہے اور یہ مسلمانوں میں کیوں اور کیسے رواج پا گئی؟" کافی پڑھیں۔</w:t>
      </w:r>
    </w:p>
    <w:p>
      <w:r>
        <w:rPr>
          <w:b/>
        </w:rPr>
        <w:t xml:space="preserve">[44:17] </w:t>
      </w:r>
      <w:r>
        <w:t>Baraye sawab tilawat ki tareekh kya hai?</w:t>
      </w:r>
    </w:p>
    <w:p>
      <w:pPr>
        <w:jc w:val="right"/>
      </w:pPr>
      <w:r>
        <w:t>برائے ثواب تلاوت کی تاریخ کیا ہے؟</w:t>
      </w:r>
    </w:p>
    <w:p>
      <w:r>
        <w:rPr>
          <w:b/>
        </w:rPr>
        <w:t xml:space="preserve">[44:22] </w:t>
      </w:r>
      <w:r>
        <w:t>Haan, dekhiye, main aap ko ek misaal deta hoon. Ek martaba main ek sahib ke sath safar kar raha tha,</w:t>
      </w:r>
    </w:p>
    <w:p>
      <w:pPr>
        <w:jc w:val="right"/>
      </w:pPr>
      <w:r>
        <w:t>ہاں، دیکھیے، میں آپ کو ایک مثال دیتا ہوں۔ ایک مرتبہ میں ایک صاحب کے ساتھ سفر کر رہا تھا،</w:t>
      </w:r>
    </w:p>
    <w:p>
      <w:r>
        <w:rPr>
          <w:b/>
        </w:rPr>
        <w:t xml:space="preserve">[44:35] </w:t>
      </w:r>
      <w:r>
        <w:t>Ghaliban main Dilli se ja raha tha, Aligarh, ghaliban Dilli se Aligarh.</w:t>
      </w:r>
    </w:p>
    <w:p>
      <w:pPr>
        <w:jc w:val="right"/>
      </w:pPr>
      <w:r>
        <w:t>غالباً میں دلی سے جا رہا تھا، علی گڑھ، غالباً دلی سے علی گڑھ۔</w:t>
      </w:r>
    </w:p>
    <w:p>
      <w:r>
        <w:rPr>
          <w:b/>
        </w:rPr>
        <w:t xml:space="preserve">[44:45] </w:t>
      </w:r>
      <w:r>
        <w:t>To main ne dekha ke woh apni jeeb mein andar ek choti si book letter khelte thay.</w:t>
      </w:r>
    </w:p>
    <w:p>
      <w:pPr>
        <w:jc w:val="right"/>
      </w:pPr>
      <w:r>
        <w:t>تو میں نے دیکھا کہ وہ اپنی جیب میں اندر ایک چھوٹی سی بک لیٹر کھیلتے تھے۔</w:t>
      </w:r>
    </w:p>
    <w:p>
      <w:r>
        <w:rPr>
          <w:b/>
        </w:rPr>
        <w:t xml:space="preserve">[44:58] </w:t>
      </w:r>
      <w:r>
        <w:t>To jahan bus rukti thi, to woh book letter nikalte thay, woh padhte thay us ko. Phir jab bus chalti thi to phir rakh dete thay.</w:t>
      </w:r>
    </w:p>
    <w:p>
      <w:pPr>
        <w:jc w:val="right"/>
      </w:pPr>
      <w:r>
        <w:t>تو جہاں بس رکتی تھی، تو وہ بک لیٹر نکالتے تھے، وہ پڑھتے تھے اس کو۔ پھر جب بس چلتی تھی تو پھر رکھ دیتے تھے۔</w:t>
      </w:r>
    </w:p>
    <w:p>
      <w:r>
        <w:rPr>
          <w:b/>
        </w:rPr>
        <w:t xml:space="preserve">[45:08] </w:t>
      </w:r>
      <w:r>
        <w:t>To main ne un se poocha ke bhai yeh kya hai jo jab aap rastay mein chalte chalte padhte thay, un ko yeh Quran hai?</w:t>
      </w:r>
    </w:p>
    <w:p>
      <w:pPr>
        <w:jc w:val="right"/>
      </w:pPr>
      <w:r>
        <w:t>تو میں نے ان سے پوچھا کہ بھئی یہ کیا ہے جو جب آپ راستے میں چلتے چلتے پڑھتے تھے، ان کو یہ قرآن ہے؟</w:t>
      </w:r>
    </w:p>
    <w:p>
      <w:r>
        <w:rPr>
          <w:b/>
        </w:rPr>
        <w:t xml:space="preserve">[45:18] </w:t>
      </w:r>
      <w:r>
        <w:t>To phir baat thori rahi. To unhon ne kaha ke main 14 saal se aise hi kar raha hoon ke safar mein hota hoon, tab bhi Quran padhta rehta hoon.</w:t>
      </w:r>
    </w:p>
    <w:p>
      <w:pPr>
        <w:jc w:val="right"/>
      </w:pPr>
      <w:r>
        <w:t>تو پھر بات تھوڑی رہی۔ تو انہوں نے کہا کہ میں 14 سال سے ایسے ہی کر رہا ہوں کہ سفر میں ہوتا ہوں، تب بھی قرآن پڑھتا رہتا ہوں۔</w:t>
      </w:r>
    </w:p>
    <w:p>
      <w:r>
        <w:rPr>
          <w:b/>
        </w:rPr>
        <w:t xml:space="preserve">[45:30] </w:t>
      </w:r>
      <w:r>
        <w:t>Mere pas is ka pocket size ka Quran hai, chhupa hua. To woh woh ghaliban graduate thay, woh ghaliban raat ko yaad hai mujhe.</w:t>
      </w:r>
    </w:p>
    <w:p>
      <w:pPr>
        <w:jc w:val="right"/>
      </w:pPr>
      <w:r>
        <w:t>میرے پاس اس کا پاکٹ سائز کا قرآن ہے، چھپا ہوا۔ تو وہ وہ غالباً گریجویٹ تھے، وہ غالباً رات کو یاد ہے مجھے۔</w:t>
      </w:r>
    </w:p>
    <w:p>
      <w:r>
        <w:rPr>
          <w:b/>
        </w:rPr>
        <w:t xml:space="preserve">[45:43] </w:t>
      </w:r>
      <w:r>
        <w:t>To main ne un se poocha ke 14 saal se aap Quran padh rahe hain to</w:t>
      </w:r>
    </w:p>
    <w:p>
      <w:pPr>
        <w:jc w:val="right"/>
      </w:pPr>
      <w:r>
        <w:t>تو میں نے ان سے پوچھا کہ 14 سال سے آپ قرآن پڑھ رہے ہیں تو</w:t>
      </w:r>
    </w:p>
    <w:p>
      <w:r>
        <w:rPr>
          <w:b/>
        </w:rPr>
        <w:t xml:space="preserve">[45:50] </w:t>
      </w:r>
      <w:r>
        <w:t>Aap yeh bataiye ke Quran ka just kya hai? Just khulasa.</w:t>
      </w:r>
    </w:p>
    <w:p>
      <w:pPr>
        <w:jc w:val="right"/>
      </w:pPr>
      <w:r>
        <w:t>آپ یہ بتائیے کہ قرآن کا جست کیا ہے؟ جست خلاصہ۔</w:t>
      </w:r>
    </w:p>
    <w:p>
      <w:r>
        <w:rPr>
          <w:b/>
        </w:rPr>
        <w:t xml:space="preserve">[46:00] </w:t>
      </w:r>
      <w:r>
        <w:t>To unhon ne kaha ke hum ne to kabhi socha nahi, main ne kaha ke Quran hum padhte hain to just kya hai is ka?</w:t>
      </w:r>
    </w:p>
    <w:p>
      <w:pPr>
        <w:jc w:val="right"/>
      </w:pPr>
      <w:r>
        <w:t>تو انہوں نے کہا کہ ہم نے تو کبھی سوچا نہیں، میں نے کہا کہ قرآن ہم پڑھتے ہیں تو جست کیا ہے اس کا؟</w:t>
      </w:r>
    </w:p>
    <w:p>
      <w:r>
        <w:rPr>
          <w:b/>
        </w:rPr>
        <w:t xml:space="preserve">[46:11] </w:t>
      </w:r>
      <w:r>
        <w:t>Yeh nahi socha kabhi aap ne? To kis liye padhte hain aap? Main ne kaha woh aap to sawab ke liye padhte hain. To ek tasawwur Musalmanon mein baat ko aaya hai, baat ko pehle nahi tha,</w:t>
      </w:r>
    </w:p>
    <w:p>
      <w:pPr>
        <w:jc w:val="right"/>
      </w:pPr>
      <w:r>
        <w:t>یہ نہیں سوچا کبھی آپ نے؟ تو کس لیے پڑھتے ہیں آپ؟ میں نے کہا وہ آپ تو ثواب کے لیے پڑھتے ہیں۔ تو ایک تصور مسلمانوں میں بات کو آیا ہے، بات کو پہلے نہیں تھا،</w:t>
      </w:r>
    </w:p>
    <w:p>
      <w:r>
        <w:rPr>
          <w:b/>
        </w:rPr>
        <w:t xml:space="preserve">[46:24] </w:t>
      </w:r>
      <w:r>
        <w:t>Sabiq zamanay mein nahi tha ke Quran parho to sawab milega, Quran parho to sawab milega. Ek ek mustareet barh rahi hai, sawab ek mustareet barh raha hai.</w:t>
      </w:r>
    </w:p>
    <w:p>
      <w:pPr>
        <w:jc w:val="right"/>
      </w:pPr>
      <w:r>
        <w:t>سابق زمانے میں نہیں تھا کہ قرآن پڑھو تو ثواب ملے گا، قرآن پڑھو تو ثواب ملے گا۔ ایک ایک مستریت بڑھ رہی ہے، ثواب ایک مستریت بڑھ رہا ہے۔</w:t>
      </w:r>
    </w:p>
    <w:p>
      <w:r>
        <w:rPr>
          <w:b/>
        </w:rPr>
        <w:t xml:space="preserve">[46:37] </w:t>
      </w:r>
      <w:r>
        <w:t>To woh aa gaya ke ek ek bar parho to itna sawab, do bar parho to itna sawab. Yeh aaya hai baad ke zamanay mein, yani Sahaba ke baad zamanay mein is mein.</w:t>
      </w:r>
    </w:p>
    <w:p>
      <w:pPr>
        <w:jc w:val="right"/>
      </w:pPr>
      <w:r>
        <w:t>تو وہ آ گیا کہ ایک ایک بار پڑھو تو اتنا ثواب، دو بار پڑھو تو اتنا ثواب۔ یہ آیا ہے بعد کے زمانے میں، یعنی صحابہ کے بعد زمانہ آیا اس میں۔</w:t>
      </w:r>
    </w:p>
    <w:p>
      <w:r>
        <w:rPr>
          <w:b/>
        </w:rPr>
        <w:t xml:space="preserve">[46:54] </w:t>
      </w:r>
      <w:r>
        <w:t>To yeh mustareet tar bhi jati hai ke samajh mein aaye na aaye, lekin sawab Allah bhai ka likh jata hai.</w:t>
      </w:r>
    </w:p>
    <w:p>
      <w:pPr>
        <w:jc w:val="right"/>
      </w:pPr>
      <w:r>
        <w:t>تو یہ مستریت ٹر بھی جاتی ہے کہ سمجھ میں آئے نہ آئے، لیکن ثواب اللہ بھائی کا لکھ جاتا ہے۔</w:t>
      </w:r>
    </w:p>
    <w:p>
      <w:r>
        <w:rPr>
          <w:b/>
        </w:rPr>
        <w:t xml:space="preserve">[47:04] </w:t>
      </w:r>
      <w:r>
        <w:t>To yeh to daur-e-zuwal ki baatein hain, daur-e-zuwal ki baatein hain. Yeh hamesha aati hai, yeh Yahudi aayi, ab Christian mein aaye, sirf Musalmanon ki baat nahi hai,</w:t>
      </w:r>
    </w:p>
    <w:p>
      <w:pPr>
        <w:jc w:val="right"/>
      </w:pPr>
      <w:r>
        <w:t>تو یہ تو دور زوال کی باتیں ہیں، دور زوال کی باتیں ہیں۔ یہ ہمیشہ آتی ہے، یہ یہودی آئی، اب کرسچن میں آئے، صرف مسلمانوں کی بات نہیں ہے،</w:t>
      </w:r>
    </w:p>
    <w:p>
      <w:r>
        <w:rPr>
          <w:b/>
        </w:rPr>
        <w:t xml:space="preserve">[47:19] </w:t>
      </w:r>
      <w:r>
        <w:t>Har mazhab mein hai yeh.</w:t>
      </w:r>
    </w:p>
    <w:p>
      <w:pPr>
        <w:jc w:val="right"/>
      </w:pPr>
      <w:r>
        <w:t>ہر مذہب میں ہے یہ۔</w:t>
      </w:r>
    </w:p>
    <w:p>
      <w:r>
        <w:rPr>
          <w:b/>
        </w:rPr>
        <w:t xml:space="preserve">[47:22] </w:t>
      </w:r>
      <w:r>
        <w:t>Sajid Ahmed Khan sahib Nagpur se likhte hain: "Decent word se na-ashna hone ki wajah se hum logon ne apne intellectual development ka rasta band kar diya tha.</w:t>
      </w:r>
    </w:p>
    <w:p>
      <w:pPr>
        <w:jc w:val="right"/>
      </w:pPr>
      <w:r>
        <w:t>ساجد احمد خان صاحب ناکپور سے لکھتے ہیں: "ڈیسنٹ ورڈ سے نا آشنا ہونے کی وجہ سے ہم لوگوں نے اپنے انٹلیکچول ڈیولپمنٹ کا راستہ بند کر دیا تھا۔</w:t>
      </w:r>
    </w:p>
    <w:p>
      <w:r>
        <w:rPr>
          <w:b/>
        </w:rPr>
        <w:t xml:space="preserve">[47:33] </w:t>
      </w:r>
      <w:r>
        <w:t>Yeh ek secret hum ne aap se jana hai. Jazak Allah Maulana sahib." Mashallah.</w:t>
      </w:r>
    </w:p>
    <w:p>
      <w:pPr>
        <w:jc w:val="right"/>
      </w:pPr>
      <w:r>
        <w:t>یہ ایک سیکریٹ ہم نے آپ سے جانا ہے۔ جزاک اللہ مولانا صاحب۔" ماشاءاللہ۔</w:t>
      </w:r>
    </w:p>
    <w:p>
      <w:r>
        <w:rPr>
          <w:b/>
        </w:rPr>
        <w:t xml:space="preserve">[47:44] </w:t>
      </w:r>
      <w:r>
        <w:t>Maulana, yeh ek Masood ul Hassan Shah hain: "Hamari zindagi ka maqsad kya hai?" Ek sentence mein kya ho sakta hai?</w:t>
      </w:r>
    </w:p>
    <w:p>
      <w:pPr>
        <w:jc w:val="right"/>
      </w:pPr>
      <w:r>
        <w:t>مولانا، یہ ایک مسعود الحسن شاہ ہیں: "ہماری زندگی کا مقصد کیا ہے؟" ایک سینٹنس میں کیا ہو سکتا ہے؟</w:t>
      </w:r>
    </w:p>
    <w:p>
      <w:r>
        <w:rPr>
          <w:b/>
        </w:rPr>
        <w:t xml:space="preserve">[47:54] </w:t>
      </w:r>
      <w:r>
        <w:t>Hamari zindagi ka maqsad kya hai? Ek line mein kya ho sakta hai? Ek jumlay mein.</w:t>
      </w:r>
    </w:p>
    <w:p>
      <w:pPr>
        <w:jc w:val="right"/>
      </w:pPr>
      <w:r>
        <w:t>ہماری زندگی کا مقصد کیا ہے؟ ایک لائن میں کیا ہو سکتا ہے؟ ایک جملے میں۔</w:t>
      </w:r>
    </w:p>
    <w:p>
      <w:r>
        <w:rPr>
          <w:b/>
        </w:rPr>
        <w:t xml:space="preserve">[48:04] </w:t>
      </w:r>
      <w:r>
        <w:t>Bhai, main ne zyada samjha hai, woh to yeh hai ke self-discovery God par khara hona,</w:t>
      </w:r>
    </w:p>
    <w:p>
      <w:pPr>
        <w:jc w:val="right"/>
      </w:pPr>
      <w:r>
        <w:t>بھئی، میں نے زیادہ سمجھا ہے، وہ تو یہ ہے کہ سیلف ڈسکورڈ گاڈ پر کھڑا ہونا،</w:t>
      </w:r>
    </w:p>
    <w:p>
      <w:r>
        <w:rPr>
          <w:b/>
        </w:rPr>
        <w:t xml:space="preserve">[48:19] </w:t>
      </w:r>
      <w:r>
        <w:t>Yaani aap</w:t>
      </w:r>
    </w:p>
    <w:p>
      <w:pPr>
        <w:jc w:val="right"/>
      </w:pPr>
      <w:r>
        <w:t>یعنی آپ</w:t>
      </w:r>
    </w:p>
    <w:p>
      <w:r>
        <w:rPr>
          <w:b/>
        </w:rPr>
        <w:t xml:space="preserve">[48:22] </w:t>
      </w:r>
      <w:r>
        <w:t>chunki mujh par yeh marhala guzra hai, is liye main janta hoon is ko ke mujh par main jab chhota tha, shayad main ten age mein tha, ten age mein to aadha board mein mujhe yaad hai woh jagah ke main paidaish se log bohat kam bolta tha.</w:t>
      </w:r>
    </w:p>
    <w:p>
      <w:pPr>
        <w:jc w:val="right"/>
      </w:pPr>
      <w:r>
        <w:t>چونکہ مجھ پر یہ مرحلہ گزرا ہے، اس لیے میں جانتا ہوں اس کو کہ مجھ پر میں جب چھوٹا تھا، شاید میں ٹین ایج میں تھا، ٹین ایج میں تو آدھا بورڈ میں مجھے یاد ہے وہ جگہ کہ میں پیدائش سے لوگ بہت کم بولتا تھا۔</w:t>
      </w:r>
    </w:p>
    <w:p>
      <w:r>
        <w:rPr>
          <w:b/>
        </w:rPr>
        <w:t xml:space="preserve">[48:51] </w:t>
      </w:r>
      <w:r>
        <w:t>mere baap mar gaye the, main yateem ho gaya to main jis ko kehte hain newton ke liye, woh old giddar, old giddar.</w:t>
      </w:r>
    </w:p>
    <w:p>
      <w:pPr>
        <w:jc w:val="right"/>
      </w:pPr>
      <w:r>
        <w:t>میرے باپ مر گئے تھے، میں یتیم ہو گیا تو میں جس کو کہتے ہیں نیوٹن کے لیے، وہ اولڈ گیدرر، اولڈ گیدرر۔</w:t>
      </w:r>
    </w:p>
    <w:p>
      <w:r>
        <w:rPr>
          <w:b/>
        </w:rPr>
        <w:t xml:space="preserve">[49:04] </w:t>
      </w:r>
      <w:r>
        <w:t>to main aik old giddar boy tha, isi mein meri zindagi guzarti thi, old giddar.</w:t>
      </w:r>
    </w:p>
    <w:p>
      <w:pPr>
        <w:jc w:val="right"/>
      </w:pPr>
      <w:r>
        <w:t>تو میں ایک اولڈ گیدرر بوائے تھا، اسی میں میری زندگی گزرتی تھی، اولڈ گیدرر۔</w:t>
      </w:r>
    </w:p>
    <w:p>
      <w:r>
        <w:rPr>
          <w:b/>
        </w:rPr>
        <w:t xml:space="preserve">[49:14] </w:t>
      </w:r>
      <w:r>
        <w:t>to hote hote aik din, woh woh tha sochna, sochna, old giddar ka matlab hai sochne wala. to aik din achaanak mere zuban se nikla, bilkul jaise koi bomb phat jaye, phat jaye ke khudaawand to kab aaye ga?</w:t>
      </w:r>
    </w:p>
    <w:p>
      <w:pPr>
        <w:jc w:val="right"/>
      </w:pPr>
      <w:r>
        <w:t>تو ہوتے ہوتے ایک دن، وہ وہ تھا سوچنا، سوچنا، اولڈ گیدرر کا مطلب ہے سوچنے والا۔ تو ایک دن اچانک میرے زبان سے نکلا، بالکل جیسے کوئی بم پھٹ جائے، پھٹ جائے کہ خداوند تو کب آئے گا؟</w:t>
      </w:r>
    </w:p>
    <w:p>
      <w:r>
        <w:rPr>
          <w:b/>
        </w:rPr>
        <w:t xml:space="preserve">[49:35] </w:t>
      </w:r>
      <w:r>
        <w:t>main kab tak tere aanay ka intezar karoon?</w:t>
      </w:r>
    </w:p>
    <w:p>
      <w:pPr>
        <w:jc w:val="right"/>
      </w:pPr>
      <w:r>
        <w:t>میں کب تک تیرے آنے کا انتظار کروں؟</w:t>
      </w:r>
    </w:p>
    <w:p>
      <w:r>
        <w:rPr>
          <w:b/>
        </w:rPr>
        <w:t xml:space="preserve">[49:41] </w:t>
      </w:r>
      <w:r>
        <w:t>yeh kehta tha, rota tha. to is se maine yeh samjha hai ke jo jo sawal aap farma rahe hain, woh naam hai, yaani self discovered truth par khara hona,</w:t>
      </w:r>
    </w:p>
    <w:p>
      <w:pPr>
        <w:jc w:val="right"/>
      </w:pPr>
      <w:r>
        <w:t>یہ کہتا تھا، روتا تھا۔ تو اس سے میں نے یہ سمجھا ہے کہ جو جو سوال آپ فرما رہے ہیں، وہ نام ہے، یعنی سیلف ڈسکورڈ ٹروتھ پر کھڑا ہونا،</w:t>
      </w:r>
    </w:p>
    <w:p>
      <w:r>
        <w:rPr>
          <w:b/>
        </w:rPr>
        <w:t xml:space="preserve">[49:58] </w:t>
      </w:r>
      <w:r>
        <w:t>self discovered truth par khara hona. aur main Allah ke fazl se isi par khara hua hoon, is ke bahir jo process chala, main process, process of tadabbur, process of tadabbur.</w:t>
      </w:r>
    </w:p>
    <w:p>
      <w:pPr>
        <w:jc w:val="right"/>
      </w:pPr>
      <w:r>
        <w:t>سیلف ڈسکورڈ ٹروتھ پر کھڑا ہونا۔ اور میں اللہ کے فضل سے اسی پر کھڑا ہوا ہوں، اس کے باہر جو پراسیس چلا، میں پراسیس، پراسیس آف تدبر، پراسیس آف تدبر۔</w:t>
      </w:r>
    </w:p>
    <w:p>
      <w:r>
        <w:rPr>
          <w:b/>
        </w:rPr>
        <w:t xml:space="preserve">[50:14] </w:t>
      </w:r>
      <w:r>
        <w:t>to main self discovered truth par khara hua, quran ko maine khud discover kiya, Allah rab ul alameen ko maine khud discover kiya, rasool ko maine khud discover kiya.</w:t>
      </w:r>
    </w:p>
    <w:p>
      <w:pPr>
        <w:jc w:val="right"/>
      </w:pPr>
      <w:r>
        <w:t>تو میں سیلف ڈسکورڈ ٹروتھ پر کھڑا ہوا، قرآن کو میں نے خود ڈسکور کیا، اللہ رب العالمین کو میں نے خود ڈسکور کیا، رسول کو میں نے خود ڈسکور کیا۔</w:t>
      </w:r>
    </w:p>
    <w:p>
      <w:r>
        <w:rPr>
          <w:b/>
        </w:rPr>
        <w:t xml:space="preserve">[50:30] </w:t>
      </w:r>
      <w:r>
        <w:t>aur chunke discovery mein aik aik aik aik element of doubt baqi rehta hai, khud quran mein element of doubt hai,</w:t>
      </w:r>
    </w:p>
    <w:p>
      <w:pPr>
        <w:jc w:val="right"/>
      </w:pPr>
      <w:r>
        <w:t>اور چونکہ ڈسکوری میں ایک ایک ایک ایک ایلیمنٹ آف ڈاؤٹ باقی رہتا ہے، خود قرآن میں ایلیمنٹ آف ڈاؤٹ ہے،</w:t>
      </w:r>
    </w:p>
    <w:p>
      <w:r>
        <w:rPr>
          <w:b/>
        </w:rPr>
        <w:t xml:space="preserve">[50:46] </w:t>
      </w:r>
      <w:r>
        <w:t>woh bas na alaihim ma yalmasoon. to yeh element of doubt jo hai, is ne mujh ko continuously daal diya ghor o fikr mein, ghor o fikr, tadabbur, tadabbur mein.</w:t>
      </w:r>
    </w:p>
    <w:p>
      <w:pPr>
        <w:jc w:val="right"/>
      </w:pPr>
      <w:r>
        <w:t>وہ بس نہ علیہم ما یعلمسون۔ تو یہ ایلیمنٹ آف ڈاؤٹ جو ہے، اس نے مجھ کو کنٹینیوسلی ڈال دیا غور و فکر میں، غور و فکر، تدبر، تدبر میں۔</w:t>
      </w:r>
    </w:p>
    <w:p>
      <w:r>
        <w:rPr>
          <w:b/>
        </w:rPr>
        <w:t xml:space="preserve">[51:03] </w:t>
      </w:r>
      <w:r>
        <w:t>to tadabbur is liye aata hai ke element of doubt khatam nahi hota.</w:t>
      </w:r>
    </w:p>
    <w:p>
      <w:pPr>
        <w:jc w:val="right"/>
      </w:pPr>
      <w:r>
        <w:t>تو تدبر اس لیے آتا ہے کہ ایلیمنٹ آف ڈاؤٹ ختم نہیں ہوتا۔</w:t>
      </w:r>
    </w:p>
    <w:p>
      <w:r>
        <w:rPr>
          <w:b/>
        </w:rPr>
        <w:t xml:space="preserve">[51:12] </w:t>
      </w:r>
      <w:r>
        <w:t>maulana, aik comment parhna chahenge, yeh tariq ali sahib ne bheja hai florida se, unhone likha hai: "please convey to maulana, i truly appreciate his contributions to the understanding of god's message.</w:t>
      </w:r>
    </w:p>
    <w:p>
      <w:pPr>
        <w:jc w:val="right"/>
      </w:pPr>
      <w:r>
        <w:t>مولانا، ایک کمنٹ پڑھنا چاہیں گے، یہ طارق علی صاحب نے بھیجا ہے فلوریڈا سے، انہوں نے لکھا ہے: "پلیز کنوے ٹو مولانا، آئی ٹرولی ایپریشیٹ ہز کنٹریبیوشنز ٹو دی انڈرسٹینڈنگ آف گاڈز میسج۔</w:t>
      </w:r>
    </w:p>
    <w:p>
      <w:r>
        <w:rPr>
          <w:b/>
        </w:rPr>
        <w:t xml:space="preserve">[51:30] </w:t>
      </w:r>
      <w:r>
        <w:t>most of all, he has invited muslims attention to the discovery of god rather than following a religious tradition."</w:t>
      </w:r>
    </w:p>
    <w:p>
      <w:pPr>
        <w:jc w:val="right"/>
      </w:pPr>
      <w:r>
        <w:t>موسٹ آف آل، ہی ہیز انوائٹڈ مسلمز اٹینشن ٹو دا ڈسکوری آف گاڈ رادر دین فالونگ ا ریلیجیس ٹریڈیشن۔"</w:t>
      </w:r>
    </w:p>
    <w:p>
      <w:r>
        <w:rPr>
          <w:b/>
        </w:rPr>
        <w:t xml:space="preserve">[51:41] </w:t>
      </w:r>
      <w:r>
        <w:t>theek theek baat hai.</w:t>
      </w:r>
    </w:p>
    <w:p>
      <w:pPr>
        <w:jc w:val="right"/>
      </w:pPr>
      <w:r>
        <w:t>ٹھیک ٹھیک بات ہے۔</w:t>
      </w:r>
    </w:p>
    <w:p>
      <w:r>
        <w:rPr>
          <w:b/>
        </w:rPr>
        <w:t xml:space="preserve">[51:48] </w:t>
      </w:r>
      <w:r>
        <w:t>main bachpan mein jab maine namaz shuru ki thi, main gaon mein rehta tha, bachpan mein to bas har aadmi mera pajama dekhta tha ke pajama jo hai, takhne se oopar hai ke takhne neeche hai.</w:t>
      </w:r>
    </w:p>
    <w:p>
      <w:pPr>
        <w:jc w:val="right"/>
      </w:pPr>
      <w:r>
        <w:t>میں بچپن میں جب میں نے نماز شروع کی تھی، میں گاؤں میں رہتا تھا، بچپن میں تو بس ہر آدمی میرا پجامہ دیکھتا تھا کہ پجامہ جو ہے، ٹخنے سے اوپر ہے کہ ٹخن نیچے ہے۔</w:t>
      </w:r>
    </w:p>
    <w:p>
      <w:r>
        <w:rPr>
          <w:b/>
        </w:rPr>
        <w:t xml:space="preserve">[52:04] </w:t>
      </w:r>
      <w:r>
        <w:t>isi qism ki, isi qism ki choti choti baatein</w:t>
      </w:r>
    </w:p>
    <w:p>
      <w:pPr>
        <w:jc w:val="right"/>
      </w:pPr>
      <w:r>
        <w:t>اسی قسم کی، اسی قسم کی چھوٹی چھوٹی باتیں</w:t>
      </w:r>
    </w:p>
    <w:p>
      <w:r>
        <w:rPr>
          <w:b/>
        </w:rPr>
        <w:t xml:space="preserve">[52:12] </w:t>
      </w:r>
      <w:r>
        <w:t>mujhe khud apni yeh yeh bait peeta hai ke pajamay ka takhne se oopar hona, yeh to namaz pakki hai, aur pajama takhne se neeche ho gaya to namaz nahi hui.</w:t>
      </w:r>
    </w:p>
    <w:p>
      <w:pPr>
        <w:jc w:val="right"/>
      </w:pPr>
      <w:r>
        <w:t>مجھے خود اپنی یہ یہ بیت پیتا ہے کہ پجامے کا ٹخنے سے اوپر ہونا، یہ تو نماز پکی ہے، اور پجامہ ٹخنے سے نیچے ہو گیا تو نماز نہیں ہوئی۔</w:t>
      </w:r>
    </w:p>
    <w:p>
      <w:r>
        <w:rPr>
          <w:b/>
        </w:rPr>
        <w:t xml:space="preserve">[52:27] </w:t>
      </w:r>
      <w:r>
        <w:t>main khud isi mahol mein, teenager ke zamana tha mera, isi mahol mein jeeta tha.</w:t>
      </w:r>
    </w:p>
    <w:p>
      <w:pPr>
        <w:jc w:val="right"/>
      </w:pPr>
      <w:r>
        <w:t>میں خود اسی ماحول میں، ٹین ایجر کے زمانہ تھا میرا، اسی ماحول میں جیتا تھا۔</w:t>
      </w:r>
    </w:p>
    <w:p>
      <w:r>
        <w:rPr>
          <w:b/>
        </w:rPr>
        <w:t xml:space="preserve">[52:39] </w:t>
      </w:r>
      <w:r>
        <w:t>jo aap ne farmaya hai ke jo kisi ne poocha tha sawal, insaan ki hamari zindagi ka maqsad aik sentence mein, mujhe is pe yaad aa gaya, bachpan mein aik aap ka kutabcha parha tha, bachpan mein mere khayal mein is ka title hi hai sawal ka jawab jo aap ne diya ke insaan apne aap ko pehchane.</w:t>
      </w:r>
    </w:p>
    <w:p>
      <w:pPr>
        <w:jc w:val="right"/>
      </w:pPr>
      <w:r>
        <w:t>جو آپ نے فرمایا ہے کہ جو کسی نے پوچھا تھا سوال، انسان کی ہماری زندگی کا مقصد ایک سینٹنس میں، مجھے اس پہ یاد آ گیا، بچپن میں ایک آپ کا کتابچہ پڑھا تھا، بچپن میں میرے خیال میں اس کا ٹائٹل ہی ہے سوال کا جواب جو آپ نے دیا کہ انسان اپنے آپ کو پہچانے۔</w:t>
      </w:r>
    </w:p>
    <w:p>
      <w:r>
        <w:rPr>
          <w:b/>
        </w:rPr>
        <w:t xml:space="preserve">[52:58] </w:t>
      </w:r>
      <w:r>
        <w:t>to jis ne islam ka, jise hum ne insaan ki zindagi mein, apne aap ko pehchanna, aap ne to jis ne aap ne aap ko pehchana, us ne Allah ko pehchana, aur jo aap ne apni zindagi ka maqsad jaan liya, us ko zindagi ka maqsad aakhirat bhi samajh aayegi.</w:t>
      </w:r>
    </w:p>
    <w:p>
      <w:pPr>
        <w:jc w:val="right"/>
      </w:pPr>
      <w:r>
        <w:t>تو جس نے اسلام کا، جسے ہم نے انسان کی زندگی میں، اپنے آپ کو پہچاننا، آپ نے تو جس نے آپ نے آپ کو پہچانا، اس نے اللہ کو پہچانا، اور جو آپ نے اپنی زندگی کا مقصد جان لیا، اس کو زندگی کا مقصد آخرت بھی سمجھ آئے گی۔</w:t>
      </w:r>
    </w:p>
    <w:p>
      <w:r>
        <w:rPr>
          <w:b/>
        </w:rPr>
        <w:t xml:space="preserve">[53:12] </w:t>
      </w:r>
      <w:r>
        <w:t>baat to yahi zindagi ka maqsad hai. to yeh maulana, aap ka hi jawab mein aap ki khidmat mein pesh kar raha hoon ke insaan apne aap ko pehchane.</w:t>
      </w:r>
    </w:p>
    <w:p>
      <w:pPr>
        <w:jc w:val="right"/>
      </w:pPr>
      <w:r>
        <w:t>بات تو یہی زندگی کا مقصد ہے۔ تو یہ مولانا، آپ کا ہی جواب میں آپ کی خدمت میں پیش کر رہا ہوں کہ انسان اپنے آپ کو پہچانے۔</w:t>
      </w:r>
    </w:p>
    <w:p>
      <w:r>
        <w:rPr>
          <w:b/>
        </w:rPr>
        <w:t xml:space="preserve">[53:21] </w:t>
      </w:r>
      <w:r>
        <w:t>to apne aap ko pehchanne ka maani hai ke khalq ke muqable mein makhlooq ko pehchanna. ji dekhen, yeh aik tadabbur ka jo baat hai, tadabbur ka jo culture hai,</w:t>
      </w:r>
    </w:p>
    <w:p>
      <w:pPr>
        <w:jc w:val="right"/>
      </w:pPr>
      <w:r>
        <w:t>تو اپنے آپ کو پہچاننے کا معنی ہے کہ خالق کے مقابلے میں مخلوق کو پہچاننا۔ جی دیکھیں، یہ ایک تدبر کا جو بات ہے، تدبر کا جو کلچر ہے،</w:t>
      </w:r>
    </w:p>
    <w:p>
      <w:r>
        <w:rPr>
          <w:b/>
        </w:rPr>
        <w:t xml:space="preserve">[53:37] </w:t>
      </w:r>
      <w:r>
        <w:t>woh hamesha jaari rehta hai, kabhi non stop process hai. yeh tadabbur ka culture non stop process hai.</w:t>
      </w:r>
    </w:p>
    <w:p>
      <w:pPr>
        <w:jc w:val="right"/>
      </w:pPr>
      <w:r>
        <w:t>وہ ہمیشہ جاری رہتا ہے، کبھی نان اسٹاپ پروسیس ہے۔ یہ تدبر کا کلچر نان اسٹاپ پروسیس ہے۔</w:t>
      </w:r>
    </w:p>
    <w:p>
      <w:r>
        <w:rPr>
          <w:b/>
        </w:rPr>
        <w:t xml:space="preserve">[53:49] </w:t>
      </w:r>
      <w:r>
        <w:t>koi yeh samjhe ke tadabbur ka koi culmination ho jata hai to woh galat sochta hai. woh yeh to evergreen sochta hai, taraqqi sochta hai, phir taraqqi, phir Allah ko pata rehta hai.</w:t>
      </w:r>
    </w:p>
    <w:p>
      <w:pPr>
        <w:jc w:val="right"/>
      </w:pPr>
      <w:r>
        <w:t>کوئی یہ سمجھے کہ تدبر کا کوئی کلمنیشن ہو جاتا ہے تو وہ غلط سوچتا ہے۔ وہ یہ تو ایور گرین سوچتا ہے، ترقی سوچتا ہے، پھر ترقی، پھر اللہ کو پاتا رہتا ہے۔</w:t>
      </w:r>
    </w:p>
    <w:p>
      <w:r>
        <w:rPr>
          <w:b/>
        </w:rPr>
        <w:t xml:space="preserve">[54:04] </w:t>
      </w:r>
      <w:r>
        <w:t>Allah ko paana aik aik aik sari umar chalta rehta hai, aik process Allah ko paanay ka, aur isi mein rooh ko zindagi milti hai,</w:t>
      </w:r>
    </w:p>
    <w:p>
      <w:pPr>
        <w:jc w:val="right"/>
      </w:pPr>
      <w:r>
        <w:t>اللہ کو پانا ایک ایک ایک ساری عمر چلتا رہتا ہے، ایک پراسیس اللہ کو پانے کا، اور اسی میں روح کو زندگی ملتی ہے،</w:t>
      </w:r>
    </w:p>
    <w:p>
      <w:r>
        <w:rPr>
          <w:b/>
        </w:rPr>
        <w:t xml:space="preserve">[54:18] </w:t>
      </w:r>
      <w:r>
        <w:t>rooh ko zindagi milti hai.</w:t>
      </w:r>
    </w:p>
    <w:p>
      <w:pPr>
        <w:jc w:val="right"/>
      </w:pPr>
      <w:r>
        <w:t>روح کو زندگی ملتی ہے۔</w:t>
      </w:r>
    </w:p>
    <w:p>
      <w:r>
        <w:rPr>
          <w:b/>
        </w:rPr>
        <w:t xml:space="preserve">[54:24] </w:t>
      </w:r>
      <w:r>
        <w:t>woh nodib sahib ne jo sect ki baat kari thi, to isi pe mein thoda sa yeh batana chahungi ke ab dekhiye, aaj kal sect kyun nahi paida ho rahe hain?</w:t>
      </w:r>
    </w:p>
    <w:p>
      <w:pPr>
        <w:jc w:val="right"/>
      </w:pPr>
      <w:r>
        <w:t>وہ نودیب صاحب نے جو سیکٹ کی بات کری تھی، تو اسی پہ میں تھوڑا سا یہ بتانا چاہوں گی کہ اب دیکھیے، آج کل سیکٹ کیوں نہیں پیدا ہو رہے ہیں؟</w:t>
      </w:r>
    </w:p>
    <w:p>
      <w:r>
        <w:rPr>
          <w:b/>
        </w:rPr>
        <w:t xml:space="preserve">[54:34] </w:t>
      </w:r>
      <w:r>
        <w:t>kyunke woh zamana jo hai, to political empire ka zamana tha, to mukhtalif groups uthte aur aur apne ko ahmiyat batane ke liye, apni to chunchke woh zamana sab log religious hote the, to batane ke liye ke hum Quran o Hadees par khade hue hain, to kuch aayaton ko le kar ke woh ghalu kar ke uski interpret karte the,</w:t>
      </w:r>
    </w:p>
    <w:p>
      <w:pPr>
        <w:jc w:val="right"/>
      </w:pPr>
      <w:r>
        <w:t>کیونکہ وہ زمانہ جو ہے، تو پولیٹیکل ایمپائر کا زمانہ تھا، تو مختلف گروپس اٹھتے اور اور اپنے کو اہمیت بتانے کے لیے، اپنی تو چونکہ وہ زمانہ سب لوگ ریلیجیس ہوتے تھے، تو بتانے کے لیے کہ ہم قرآن و حدیث پر کھڑے ہوئے ہیں، تو کچھ آیتوں کو لے کر کے وہ غلو کر کے اس کی انٹرپریٹ کرتے تھے،</w:t>
      </w:r>
    </w:p>
    <w:p>
      <w:r>
        <w:rPr>
          <w:b/>
        </w:rPr>
        <w:t xml:space="preserve">[54:58] </w:t>
      </w:r>
      <w:r>
        <w:t>jaise khilafat. ab khilafat agar hai to phir sab ke liye hai, khali ruler ke liye thodi hai. woh sab ko ke khilafat ke mani bataye gaye, ba ikhtedar creature, to phir ba ikhtedar se unhone nikala ke chunchke ruler jo hai, usko ikhtedar hota hai, to wohi khalifa hai.</w:t>
      </w:r>
    </w:p>
    <w:p>
      <w:pPr>
        <w:jc w:val="right"/>
      </w:pPr>
      <w:r>
        <w:t>جیسے خلافت۔ اب خلافت اگر ہے تو پھر سب کے لیے ہے، خالی رولر کے لیے تھوڑی ہے۔ وہ سب کو کہ خلافت کے معنی بتائے گئے، با اقتدار کریچر، تو پھر با اقتدار سے انہوں نے نکالا کہ چونکہ رولر جو ہے، اس کو اقتدار ہوتا ہے، تو وہی خلیفہ ہے۔</w:t>
      </w:r>
    </w:p>
    <w:p>
      <w:r>
        <w:rPr>
          <w:b/>
        </w:rPr>
        <w:t xml:space="preserve">[55:15] </w:t>
      </w:r>
      <w:r>
        <w:t>to is tarike se woh mazhabi baaton ko le kar ke woh apni ahmiyat awam ko batate the. ab secular democracy ke zamane mein yeh masla khatam ho gaya, matlab political origin is mein zyada hai,</w:t>
      </w:r>
    </w:p>
    <w:p>
      <w:pPr>
        <w:jc w:val="right"/>
      </w:pPr>
      <w:r>
        <w:t>تو اس طریقے سے وہ مذہبی باتوں کو لے کر کے وہ اپنی اہمیت عوام کو بتاتے تھے۔ اب سیکولر ڈیموکریسی کے زمانے میں یہ مسئلہ ختم ہو گیا، مطلب پولیٹیکل اوریجن اس میں زیادہ ہے،</w:t>
      </w:r>
    </w:p>
    <w:p>
      <w:r>
        <w:rPr>
          <w:b/>
        </w:rPr>
        <w:t xml:space="preserve">[55:30] </w:t>
      </w:r>
      <w:r>
        <w:t>to woh khatam ho gaya. to ab woh ab sects bhi nahi paida hote.</w:t>
      </w:r>
    </w:p>
    <w:p>
      <w:pPr>
        <w:jc w:val="right"/>
      </w:pPr>
      <w:r>
        <w:t>تو وہ ختم ہو گیا۔ تو اب وہ اب سیکٹس بھی نہیں پیدا ہوتے۔</w:t>
      </w:r>
    </w:p>
    <w:p>
      <w:r>
        <w:rPr>
          <w:b/>
        </w:rPr>
        <w:t xml:space="preserve">[55:35] </w:t>
      </w:r>
      <w:r>
        <w:t>woh ek pehlu, ek ek aspect hai. asal baat woh nahi hai, asal baat yeh hai ke decent ka concept nahi tha. saare fiqh ka, saare fiqh mein yeh masla hai.</w:t>
      </w:r>
    </w:p>
    <w:p>
      <w:pPr>
        <w:jc w:val="right"/>
      </w:pPr>
      <w:r>
        <w:t>وہ ایک پہلو، ایک ایک اسپیکٹ ہے۔ اصل بات وہ نہیں ہے، اصل بات یہ ہے کہ ڈیسنٹ کا کانسیپٹ نہیں تھا۔ سارے فقہ کا، سارے فقہ میں یہ مسئلہ ہے۔</w:t>
      </w:r>
    </w:p>
    <w:p>
      <w:r>
        <w:rPr>
          <w:b/>
        </w:rPr>
        <w:t xml:space="preserve">[55:48] </w:t>
      </w:r>
      <w:r>
        <w:t>hazrat Imam Abu Hanbal ne kaha tha ke Allah aisi basti base, aisi base.</w:t>
      </w:r>
    </w:p>
    <w:p>
      <w:pPr>
        <w:jc w:val="right"/>
      </w:pPr>
      <w:r>
        <w:t>حضرت امام ابو حنبل نے کہا تھا کہ اللہ ایسی بستی بسے، ایسی بسے۔</w:t>
      </w:r>
    </w:p>
    <w:p>
      <w:r>
        <w:rPr>
          <w:b/>
        </w:rPr>
        <w:t xml:space="preserve">[55:58] </w:t>
      </w:r>
      <w:r>
        <w:t>woh political nahi the, woh woh fiqhi base the. nahi, yeh mein samajhta hoon ke is pe maine bahut socha hai ke eastern nations ko decent concept maloom hi nahi ho saka.</w:t>
      </w:r>
    </w:p>
    <w:p>
      <w:pPr>
        <w:jc w:val="right"/>
      </w:pPr>
      <w:r>
        <w:t>وہ پولیٹیکل نہیں تھے، وہ وہ فقہی بسے تھے۔ نہیں، یہ میں سمجھتا ہوں کہ اس پہ میں نے بہت سوچا ہے کہ ایسٹرن نیشنز کو ڈیسنٹ کانسیپٹ معلوم ہی نہیں ہو سکا۔</w:t>
      </w:r>
    </w:p>
    <w:p>
      <w:r>
        <w:rPr>
          <w:b/>
        </w:rPr>
        <w:t xml:space="preserve">[56:15] </w:t>
      </w:r>
      <w:r>
        <w:t>bahut dichotomous thinking jeete rahe. woh</w:t>
      </w:r>
    </w:p>
    <w:p>
      <w:pPr>
        <w:jc w:val="right"/>
      </w:pPr>
      <w:r>
        <w:t>بہت ڈائیکاٹ، ڈائیکاٹم تھنکنگ جیتے رہے۔ وہ</w:t>
      </w:r>
    </w:p>
    <w:p>
      <w:r>
        <w:rPr>
          <w:b/>
        </w:rPr>
        <w:t xml:space="preserve">[56:22] </w:t>
      </w:r>
      <w:r>
        <w:t>woh political reason ki ek limit hoti hai, ek limit ke baad talwar talwar aa jati hai, is mein koi logic nahi chalti.</w:t>
      </w:r>
    </w:p>
    <w:p>
      <w:pPr>
        <w:jc w:val="right"/>
      </w:pPr>
      <w:r>
        <w:t>وہ پولیٹیکل ریزن کی ایک لمٹ ہوتی ہے، ایک لمٹ کے بعد تلوار تلوار آ جاتی ہے، اس میں کوئی لاجک نہیں چلتی۔</w:t>
      </w:r>
    </w:p>
    <w:p>
      <w:r>
        <w:rPr>
          <w:b/>
        </w:rPr>
        <w:t xml:space="preserve">[56:32] </w:t>
      </w:r>
      <w:r>
        <w:t>Maulana, yeh sawal Miss Maryam Ahmed ne bheja hai Pakistan se. unhone aapse poocha hai ke azmaish ya mushkil ki halaat mein shaitani waswason se kaise lada jaye, is ke bare mein kuch bataein.</w:t>
      </w:r>
    </w:p>
    <w:p>
      <w:pPr>
        <w:jc w:val="right"/>
      </w:pPr>
      <w:r>
        <w:t>مولانا، یہ سوال مس مریم احمد نے بھیجا ہے پاکستان سے۔ انہوں نے آپ سے پوچھا ہے کہ آزمائش یا مشکل کی حالات میں شیطانی وسوسوں سے کیسے لڑا جائے، اس کے بارے میں کچھ بتائیں۔</w:t>
      </w:r>
    </w:p>
    <w:p>
      <w:r>
        <w:rPr>
          <w:b/>
        </w:rPr>
        <w:t xml:space="preserve">[56:51] </w:t>
      </w:r>
      <w:r>
        <w:t>dekhein, jis ko aap ladai kehte hain na, ladai woh woh hai verify karna. mere andar rozana aisi baatein hoti hain, is waswase se ladta hoon, lekin woh woh hoti hai more zyada verify karna,</w:t>
      </w:r>
    </w:p>
    <w:p>
      <w:pPr>
        <w:jc w:val="right"/>
      </w:pPr>
      <w:r>
        <w:t>دیکھیں، جس کو آپ لڑائی کہتے ہیں نا، لڑائی وہ وہ ہے ویریفائی کرنا۔ میرے اندر روزانہ ایسی باتیں ہوتی ہیں، اس وسوسے سے لڑتا ہوں، لیکن وہ وہ ہوتی ہے مور زیادہ ویریفائی کرنا،</w:t>
      </w:r>
    </w:p>
    <w:p>
      <w:r>
        <w:rPr>
          <w:b/>
        </w:rPr>
        <w:t xml:space="preserve">[57:12] </w:t>
      </w:r>
      <w:r>
        <w:t>zyada correct karna. yeh to bahut hi dilchasp aspect hai zindagi ka, yeh koi buri cheez nahi hai.</w:t>
      </w:r>
    </w:p>
    <w:p>
      <w:pPr>
        <w:jc w:val="right"/>
      </w:pPr>
      <w:r>
        <w:t>زیادہ کریکٹ کرنا۔ یہ تو بہت ہی دلچسپ اسپیکٹ ہے زندگی کا، یہ کوئی بری چیز نہیں ہے۔</w:t>
      </w:r>
    </w:p>
    <w:p>
      <w:r>
        <w:rPr>
          <w:b/>
        </w:rPr>
        <w:t xml:space="preserve">[57:23] </w:t>
      </w:r>
      <w:r>
        <w:t>mein to rozana hi isi kaam ko karta rehta hoon.</w:t>
      </w:r>
    </w:p>
    <w:p>
      <w:pPr>
        <w:jc w:val="right"/>
      </w:pPr>
      <w:r>
        <w:t>میں تو روزانہ ہی اسی کام کو کرتا رہتا ہوں۔</w:t>
      </w:r>
    </w:p>
    <w:p>
      <w:r>
        <w:rPr>
          <w:b/>
        </w:rPr>
        <w:t xml:space="preserve">[57:27] </w:t>
      </w:r>
      <w:r>
        <w:t>Maulana, yeh Islamabad se Hadiqa Hana ka question hai: "How can I bring sabr in my life?"</w:t>
      </w:r>
    </w:p>
    <w:p>
      <w:pPr>
        <w:jc w:val="right"/>
      </w:pPr>
      <w:r>
        <w:t>مولانا، یہ اسلام آباد سے ہادیہ ہنا کا کوئسچن ہے: "ہاؤ کین آئی برنگ صبر ان مائی لائف؟"</w:t>
      </w:r>
    </w:p>
    <w:p>
      <w:r>
        <w:rPr>
          <w:b/>
        </w:rPr>
        <w:t xml:space="preserve">[57:36] </w:t>
      </w:r>
      <w:r>
        <w:t>sab se zyada lazeez koi cheez hai hi nahi jab sabr par sabr ke sath tadabbur sabr karte hain.</w:t>
      </w:r>
    </w:p>
    <w:p>
      <w:pPr>
        <w:jc w:val="right"/>
      </w:pPr>
      <w:r>
        <w:t>سب سے زیادہ لذیذ کوئی چیز ہے ہی نہیں جب صبر پر صبر کے ساتھ تدبر صبر کرتے ہیں۔</w:t>
      </w:r>
    </w:p>
    <w:p>
      <w:r>
        <w:rPr>
          <w:b/>
        </w:rPr>
        <w:t xml:space="preserve">[57:46] </w:t>
      </w:r>
      <w:r>
        <w:t>sabr without tadabbur masla hai, sabr with tadabbur koi masla nahi hai. woh to ek lazeez tajurba hai. dekhein, sabr with tadabbur jannat ki taraf naye darwazon ko kholna hota hai.</w:t>
      </w:r>
    </w:p>
    <w:p>
      <w:pPr>
        <w:jc w:val="right"/>
      </w:pPr>
      <w:r>
        <w:t>صبر وداؤٹ تدبر مسئلہ ہے، صبر ود تدبر کوئی مسئلہ نہیں ہے۔ وہ تو ایک لذیذ تجربہ ہے۔ دیکھیں، صبر ود تدبر جنت کی طرف نئے دروازوں کو کھولنا ہوتا ہے۔</w:t>
      </w:r>
    </w:p>
    <w:p>
      <w:r>
        <w:rPr>
          <w:b/>
        </w:rPr>
        <w:t xml:space="preserve">[58:02] </w:t>
      </w:r>
      <w:r>
        <w:t>misalan, dekhein, Hadees mein aata hai</w:t>
      </w:r>
    </w:p>
    <w:p>
      <w:pPr>
        <w:jc w:val="right"/>
      </w:pPr>
      <w:r>
        <w:t>مثلاً، دیکھیں، حدیث میں آتا ہے</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