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Significance of Mosque in Islam 4 January, 2019</w:t>
      </w:r>
    </w:p>
    <w:p>
      <w:r>
        <w:t>https://www.youtube.com/watch?v=QnOj_KGHook</w:t>
      </w:r>
    </w:p>
    <w:p>
      <w:r>
        <w:rPr>
          <w:b/>
        </w:rPr>
        <w:t xml:space="preserve">[00:08] </w:t>
      </w:r>
      <w:r>
        <w:t>Okay, so, uh, right now you all saw how Muslims pray. Now, uh, Muslims generally pray in the mosque. The Arabic word for mosque is masjid, and masjid literally means a place for self-prostration. The Prophet Muhammad, uh,</w:t>
      </w:r>
    </w:p>
    <w:p>
      <w:pPr>
        <w:jc w:val="right"/>
      </w:pPr>
      <w:r>
        <w:t>ओके, सो, उह, राइट नाउ यू ऑल सॉ हाउ मुस्लिम्स प्रे। नाउ, उह, मुस्लिम्स जनरली प्रे इन द मॉस्क। द अरेबिक वर्ड फॉर मॉस्क इज़ मस्जिद, एंड मस्जिद लिटरली मीन्स अ प्लेस फॉर सेल्फ-प्रोस्ट्रेशन। द प्रॉफेट मोहम्मद, उह,</w:t>
      </w:r>
    </w:p>
    <w:p>
      <w:r>
        <w:rPr>
          <w:b/>
        </w:rPr>
        <w:t xml:space="preserve">[00:30] </w:t>
      </w:r>
      <w:r>
        <w:t>the Prophet of Islam, has said that a masjid or a mosque is a place to inculcate God consciousness.</w:t>
      </w:r>
    </w:p>
    <w:p>
      <w:pPr>
        <w:jc w:val="right"/>
      </w:pPr>
      <w:r>
        <w:t>द प्रॉफेट ऑफ इस्लाम, हैज़ सेड दैट अ मस्जिद और अ मॉस्क इज़ अ प्लेस टू इनकल्केट गॉड कॉन्शसनेस।</w:t>
      </w:r>
    </w:p>
    <w:p>
      <w:r>
        <w:rPr>
          <w:b/>
        </w:rPr>
        <w:t xml:space="preserve">[00:38] </w:t>
      </w:r>
      <w:r>
        <w:t>It is a place of God-fearing people. So masjid is and, uh, God's house, and Prophet Muhammad has ke saath. Ya, here Muslim, in a masjid Muslim,</w:t>
      </w:r>
    </w:p>
    <w:p>
      <w:pPr>
        <w:jc w:val="right"/>
      </w:pPr>
      <w:r>
        <w:t>इट इज़ अ प्लेस ऑफ़ गॉड-फियरिंग पीपल। सो मशी इज़ एंड, उह, गॉडस हाउस, एंड प्रॉफेट मोहम्मद हैज़ के साथ। या, हियर मुस्लिम, इन अ मशी मुस्लिम,</w:t>
      </w:r>
    </w:p>
    <w:p>
      <w:r>
        <w:rPr>
          <w:b/>
        </w:rPr>
        <w:t xml:space="preserve">[00:52] </w:t>
      </w:r>
      <w:r>
        <w:t>God's be with us in our work, or in these all how to Muslim here our work. Masjid is the Arabic name for Muslim.</w:t>
      </w:r>
    </w:p>
    <w:p>
      <w:pPr>
        <w:jc w:val="right"/>
      </w:pPr>
      <w:r>
        <w:t>गॉडस बिवुससाइन एरवकन, और इन दीसल हाथों मुस्लिम हियर एरवोकन। मस्जिद इज़ दी अरेबिश नामन फॉर मुस्लिम।</w:t>
      </w:r>
    </w:p>
    <w:p>
      <w:r>
        <w:rPr>
          <w:b/>
        </w:rPr>
        <w:t xml:space="preserve">[01:07] </w:t>
      </w:r>
      <w:r>
        <w:t>Now, uh, when a mosque uses of a mosque, what is the utility of a mosque? So, a worshipper or a believer can come inside a mosque to remember God, to reflect about God in silently and in prayer.</w:t>
      </w:r>
    </w:p>
    <w:p>
      <w:pPr>
        <w:jc w:val="right"/>
      </w:pPr>
      <w:r>
        <w:t>नाउ, उह, व्हेन अ मॉस्क यूज़ेस ऑफ अ मॉस्क, व्हाट इज़ द यूटिलिटी ऑफ अ मॉस्क? सो, अ वरशिपर और अ बिलीवर कैन कम इनसाइड अ मॉस्क टू रिमेंबर गॉड, टू रिफ्लेक्ट अबाउट गॉड इन साइलेंटली एंड इन प्रे।</w:t>
      </w:r>
    </w:p>
    <w:p>
      <w:r>
        <w:rPr>
          <w:b/>
        </w:rPr>
        <w:t xml:space="preserve">[01:27] </w:t>
      </w:r>
      <w:r>
        <w:t>He discusses with the Imam sahib, who is the leader, knows about Islam very deeply, and he can, uh, the most important thing that a worshipper does inside a mosque is that he performs namaz. He performs worship.</w:t>
      </w:r>
    </w:p>
    <w:p>
      <w:pPr>
        <w:jc w:val="right"/>
      </w:pPr>
      <w:r>
        <w:t>ही डिस्कस विद द इमाम साहब, हु इज़ द लीडर, नोज अबाउट इस्लाम वेरी डीपली, एंड ही कैन, उह, द मोस्ट इम्पोर्टेंट थिंग दैट अ वरशिपर डज़ इनसाइड अ मॉस्क इज़ दैट ही परफॉर्म्स नमाज़। ही परफॉर्म्स वरशिप।</w:t>
      </w:r>
    </w:p>
    <w:p>
      <w:r>
        <w:rPr>
          <w:b/>
        </w:rPr>
        <w:t xml:space="preserve">[01:42] </w:t>
      </w:r>
      <w:r>
        <w:t>Okay, es gibt vier verschiedene Bedeutungen,äh, verschiedene Bedeutungen für,äh, auf eine Moschee. Erste ist das, wenn man an Gott zum Denken und zum Beten herkommt.</w:t>
      </w:r>
    </w:p>
    <w:p>
      <w:pPr>
        <w:jc w:val="right"/>
      </w:pPr>
      <w:r>
        <w:t>Okay, es gibt vier verschiedene Bedeutungen,äh, verschiedene Bedeutungen für,äh, auf eine Moschee. Erste ist das, wenn man an Gott zum Denken und zum Beten herkommt.</w:t>
      </w:r>
    </w:p>
    <w:p>
      <w:r>
        <w:rPr>
          <w:b/>
        </w:rPr>
        <w:t xml:space="preserve">[01:57] </w:t>
      </w:r>
      <w:r>
        <w:t>Zweitens ist das, einen Koran zu leben,äh, le- lesen und zu reflektieren,äh, das Buch zu lesen.</w:t>
      </w:r>
    </w:p>
    <w:p>
      <w:pPr>
        <w:jc w:val="right"/>
      </w:pPr>
      <w:r>
        <w:t>Zweitens ist das, einen Koran zu leben,äh, le- lesen und zu reflektieren,äh, das Buch zu lesen.</w:t>
      </w:r>
    </w:p>
    <w:p>
      <w:r>
        <w:rPr>
          <w:b/>
        </w:rPr>
        <w:t xml:space="preserve">[02:07] </w:t>
      </w:r>
      <w:r>
        <w:t>Dritte ist das, eine Diskussion mit der Imam hier in eine, eine Gesprächs zu führen. Und vierte ist das, ein Gottesdienst zu feiern.</w:t>
      </w:r>
    </w:p>
    <w:p>
      <w:pPr>
        <w:jc w:val="right"/>
      </w:pPr>
      <w:r>
        <w:t>Dritte ist das, eine Diskussion mit der Imam hier in eine, eine Gesprächs zu führen. Und vierte ist das, ein Gottesdienst zu feiern.</w:t>
      </w:r>
    </w:p>
    <w:p>
      <w:r>
        <w:rPr>
          <w:b/>
        </w:rPr>
        <w:t xml:space="preserve">[02:20] </w:t>
      </w:r>
      <w:r>
        <w:t>Now the Arabic word for— The Arabic word for prayer for the Muslim prayer is Salat. That is the word that has come in the Koran, and the Urdu word is namaz.</w:t>
      </w:r>
    </w:p>
    <w:p>
      <w:pPr>
        <w:jc w:val="right"/>
      </w:pPr>
      <w:r>
        <w:t>Now the Arabic word for— The Arabic word for prayer for the Muslim prayer is Salat. That is the word that has come in the Koran, and the Urdu word is नमाज़.</w:t>
      </w:r>
    </w:p>
    <w:p>
      <w:r>
        <w:rPr>
          <w:b/>
        </w:rPr>
        <w:t xml:space="preserve">[02:31] </w:t>
      </w:r>
      <w:r>
        <w:t>So we in India called prayer namaz. Now, uh, the thing is that, uh, when a worshipper begins namaz, he has to perform ablutions.</w:t>
      </w:r>
    </w:p>
    <w:p>
      <w:pPr>
        <w:jc w:val="right"/>
      </w:pPr>
      <w:r>
        <w:t>So we in India called prayer नमाज़. Now, uh, the thing is that, uh, when a worshipper begins नमाज़, he has to perform ablutions.</w:t>
      </w:r>
    </w:p>
    <w:p>
      <w:r>
        <w:rPr>
          <w:b/>
        </w:rPr>
        <w:t xml:space="preserve">[02:43] </w:t>
      </w:r>
      <w:r>
        <w:t>Ablutions means washing off one's face, one's hands, and one's feet with water.</w:t>
      </w:r>
    </w:p>
    <w:p>
      <w:pPr>
        <w:jc w:val="right"/>
      </w:pPr>
      <w:r>
        <w:t>Ablutions means washing off one's face, one's hands, and one's feet with water.</w:t>
      </w:r>
    </w:p>
    <w:p>
      <w:r>
        <w:rPr>
          <w:b/>
        </w:rPr>
        <w:t xml:space="preserve">[02:49] </w:t>
      </w:r>
      <w:r>
        <w:t>So when a worshipper is performing ablutions, he's also simultaneously praying to God. He's saying to God that, "God, as I am purifying my physical body with water, I request You to purify my character, my personality, and my way of thinking of all negativities."</w:t>
      </w:r>
    </w:p>
    <w:p>
      <w:pPr>
        <w:jc w:val="right"/>
      </w:pPr>
      <w:r>
        <w:t>So when a worshipper is performing ablutions, he's also simultaneously praying to God. He's saying to God that, "God, as I am purifying my physical body with water, I request You to purify my character, my personality, and my way of thinking of all negativities."</w:t>
      </w:r>
    </w:p>
    <w:p>
      <w:r>
        <w:rPr>
          <w:b/>
        </w:rPr>
        <w:t xml:space="preserve">[03:11] </w:t>
      </w:r>
      <w:r>
        <w:t>So der Anfang, wenn man zum eine Moschee kommt,ähm, zum Gebet kommt, dieerste Sache ist das Rituale der Waschen.</w:t>
      </w:r>
    </w:p>
    <w:p>
      <w:pPr>
        <w:jc w:val="right"/>
      </w:pPr>
      <w:r>
        <w:t>So der Anfang, wenn man zum eine Moschee kommt,ähm, zum Gebet kommt, dieerste Sache ist das Rituale der Waschen.</w:t>
      </w:r>
    </w:p>
    <w:p>
      <w:r>
        <w:rPr>
          <w:b/>
        </w:rPr>
        <w:t xml:space="preserve">[03:20] </w:t>
      </w:r>
      <w:r>
        <w:t>Äh, das ist,äh, draußen der Moschee, die,äh, Menschen, die zum Gebet kommen, reinigt der Füße und Gesicht.</w:t>
      </w:r>
    </w:p>
    <w:p>
      <w:pPr>
        <w:jc w:val="right"/>
      </w:pPr>
      <w:r>
        <w:t>Äh, das ist,äh, draußen der Moschee, die,äh, Menschen, die zum Gebet kommen, reinigt der Füße und Gesicht.</w:t>
      </w:r>
    </w:p>
    <w:p>
      <w:r>
        <w:rPr>
          <w:b/>
        </w:rPr>
        <w:t xml:space="preserve">[03:31] </w:t>
      </w:r>
      <w:r>
        <w:t>Das ist eigentlich eine innere Sache, der Mensch,äh, der, der Gläubige, der gebetet hat, seine aus-äh, äußerliche Zeichen der innerlichen Reinigung.</w:t>
      </w:r>
    </w:p>
    <w:p>
      <w:pPr>
        <w:jc w:val="right"/>
      </w:pPr>
      <w:r>
        <w:t>Das ist eigentlich eine innere Sache, der Mensch,äh, der, der Gläubige, der gebetet hat, seine aus-äh, äußerliche Zeichen der innerlichen Reinigung.</w:t>
      </w:r>
    </w:p>
    <w:p>
      <w:r>
        <w:rPr>
          <w:b/>
        </w:rPr>
        <w:t xml:space="preserve">[03:48] </w:t>
      </w:r>
      <w:r>
        <w:t>Now Muslims are required to perform namaz, uh, they are required to pray five times a day. And, uh, a person can read namaz anywhere.</w:t>
      </w:r>
    </w:p>
    <w:p>
      <w:pPr>
        <w:jc w:val="right"/>
      </w:pPr>
      <w:r>
        <w:t>Now Muslims are required to perform नमाज़, uh, they are required to pray five times a day. And, uh, a person can read नमाज़ anywhere.</w:t>
      </w:r>
    </w:p>
    <w:p>
      <w:r>
        <w:rPr>
          <w:b/>
        </w:rPr>
        <w:t xml:space="preserve">[03:59] </w:t>
      </w:r>
      <w:r>
        <w:t>He can read namaz at home, he can read namaz outside, at office, at work, in the garden. But, uh, the namaz is performed in an organized way, in congregation, inside the mosque.</w:t>
      </w:r>
    </w:p>
    <w:p>
      <w:pPr>
        <w:jc w:val="right"/>
      </w:pPr>
      <w:r>
        <w:t>He can read नमाज़ at home, he can read नमाज़ outside, at office, at work, in the garden. But, uh, the नमाज़ is performed in an organized way, in congregation, inside the mosque.</w:t>
      </w:r>
    </w:p>
    <w:p>
      <w:r>
        <w:rPr>
          <w:b/>
        </w:rPr>
        <w:t xml:space="preserve">[04:12] </w:t>
      </w:r>
      <w:r>
        <w:t>And if you have seen, uh, Muslims, a group of Muslims perform namaz, you will have observed that they stand in orderly rows behind a single prayer leader, the Imam.</w:t>
      </w:r>
    </w:p>
    <w:p>
      <w:pPr>
        <w:jc w:val="right"/>
      </w:pPr>
      <w:r>
        <w:t>And if you have seen, uh, Muslims, a group of Muslims perform नमाज़, you will have observed that they stand in orderly rows behind a single prayer leader, the Imam.</w:t>
      </w:r>
    </w:p>
    <w:p>
      <w:r>
        <w:rPr>
          <w:b/>
        </w:rPr>
        <w:t xml:space="preserve">[04:23] </w:t>
      </w:r>
      <w:r>
        <w:t>The Imam word means the leader. So the first lesson that namaz or worship or prayer that, uh, Muslims learn is</w:t>
      </w:r>
    </w:p>
    <w:p>
      <w:pPr>
        <w:jc w:val="right"/>
      </w:pPr>
      <w:r>
        <w:t>The Imam word means the leader. So the first lesson that नमाज़ or worship or prayer that, uh, Muslims learn is</w:t>
      </w:r>
    </w:p>
    <w:p>
      <w:r>
        <w:rPr>
          <w:b/>
        </w:rPr>
        <w:t xml:space="preserve">[04:34] </w:t>
      </w:r>
      <w:r>
        <w:t>unity. That in spite of differences, in spite of different inclinations, in spite of different temperament, in spite of different ways of thinking, all unite behind a single prayer leader.</w:t>
      </w:r>
    </w:p>
    <w:p>
      <w:pPr>
        <w:jc w:val="right"/>
      </w:pPr>
      <w:r>
        <w:t>unity. That in spite of differences, in spite of different inclinations, in spite of different temperament, in spite of different ways of thinking, all unite behind a single prayer leader.</w:t>
      </w:r>
    </w:p>
    <w:p>
      <w:r>
        <w:rPr>
          <w:b/>
        </w:rPr>
        <w:t xml:space="preserve">[04:47] </w:t>
      </w:r>
      <w:r>
        <w:t>So that is a very important lesson of unity in spite of diversity.</w:t>
      </w:r>
    </w:p>
    <w:p>
      <w:pPr>
        <w:jc w:val="right"/>
      </w:pPr>
      <w:r>
        <w:t>So that is a very important lesson of unity in spite of diversity.</w:t>
      </w:r>
    </w:p>
    <w:p>
      <w:r>
        <w:rPr>
          <w:b/>
        </w:rPr>
        <w:t xml:space="preserve">[04:52] </w:t>
      </w:r>
      <w:r>
        <w:t>So wenn die Leute in der Moschee kommen, dieerste Sache der wahren Imam ist das, der Imam steht nach vorne, und alle anderen Gläubigen in ganz ordentlicher Reihe steht, Reihe hinter dem,äh, der Imam.</w:t>
      </w:r>
    </w:p>
    <w:p>
      <w:pPr>
        <w:jc w:val="right"/>
      </w:pPr>
      <w:r>
        <w:t>So wenn die Leute in der Moschee kommen, dieerste Sache der wahren Imam ist das, der Imam steht nach vorne, und alle anderen Gläubigen in ganz ordentlicher Reihe steht, Reihe hinter dem,äh, der Imam.</w:t>
      </w:r>
    </w:p>
    <w:p>
      <w:r>
        <w:rPr>
          <w:b/>
        </w:rPr>
        <w:t xml:space="preserve">[05:09] </w:t>
      </w:r>
      <w:r>
        <w:t>Bedeutung ist das, ihr könnt es verschiedene Kultur, Sprache oder Unterschiede, und alle, alle, trotz aller Unterschiede kann man ordentlich hinter ein,äh, göttlicher Mann, der Imam, hinter ihm eintreiben, richtig?</w:t>
      </w:r>
    </w:p>
    <w:p>
      <w:pPr>
        <w:jc w:val="right"/>
      </w:pPr>
      <w:r>
        <w:t>Bedeutung ist das, ihr könnt es verschiedene Kultur, Sprache oder Unterschiede, und alle, alle, trotz aller Unterschiede kann man ordentlich hinter ein,äh, göttlicher Mann, der Imam, hinter ihm eintreiben, richtig?</w:t>
      </w:r>
    </w:p>
    <w:p>
      <w:r>
        <w:rPr>
          <w:b/>
        </w:rPr>
        <w:t xml:space="preserve">[05:26] </w:t>
      </w:r>
      <w:r>
        <w:t>Eintreiben können. So, uh, you all may have observed, when the Imam sa begun the prayer, the first phrase that he said was allahu akbar. That's how you initiate into namaz, initiate into prayer.</w:t>
      </w:r>
    </w:p>
    <w:p>
      <w:pPr>
        <w:jc w:val="right"/>
      </w:pPr>
      <w:r>
        <w:t>Eintreiben können. So, uh, you all may have observed, when the Imam sa begun the prayer, the first phrase that he said was अल्लाहु अकबर। That's how you initiate into नमाज़, initiate into prayer.</w:t>
      </w:r>
    </w:p>
    <w:p>
      <w:r>
        <w:rPr>
          <w:b/>
        </w:rPr>
        <w:t xml:space="preserve">[05:42] </w:t>
      </w:r>
      <w:r>
        <w:t>So allahu akbar is an Arabic phrase which means God is great. So this phrase allahu akbar is repeated several times during namaz, during prayer.</w:t>
      </w:r>
    </w:p>
    <w:p>
      <w:pPr>
        <w:jc w:val="right"/>
      </w:pPr>
      <w:r>
        <w:t>So अल्लाहु अकबर is an Arabic phrase which means God is great. So this phrase अल्लाहु अकबर is repeated several times during नमाज़, during prayer.</w:t>
      </w:r>
    </w:p>
    <w:p>
      <w:r>
        <w:rPr>
          <w:b/>
        </w:rPr>
        <w:t xml:space="preserve">[05:53] </w:t>
      </w:r>
      <w:r>
        <w:t>So what does a worshipper mean when he repeatedly says allahu akbar, God is great? What he does is that he acknowledges the greatness of God.</w:t>
      </w:r>
    </w:p>
    <w:p>
      <w:pPr>
        <w:jc w:val="right"/>
      </w:pPr>
      <w:r>
        <w:t>So what does a worshipper mean when he repeatedly says अल्लाहु अकबर, God is great? What he does is that he acknowledges the greatness of God.</w:t>
      </w:r>
    </w:p>
    <w:p>
      <w:r>
        <w:rPr>
          <w:b/>
        </w:rPr>
        <w:t xml:space="preserve">[06:04] </w:t>
      </w:r>
      <w:r>
        <w:t>He acknowledges that without God's help, he cannot do anything. Without God's support, without God's saqqar, he is helpless.</w:t>
      </w:r>
    </w:p>
    <w:p>
      <w:pPr>
        <w:jc w:val="right"/>
      </w:pPr>
      <w:r>
        <w:t>He acknowledges that without God's help, he cannot do anything. Without God's support, without God's सक्क़र, he is helpless.</w:t>
      </w:r>
    </w:p>
    <w:p>
      <w:r>
        <w:rPr>
          <w:b/>
        </w:rPr>
        <w:t xml:space="preserve">[06:13] </w:t>
      </w:r>
      <w:r>
        <w:t>And he also acknowledges and he thanks God for creating the universe, for creating the earth, for giving everything.</w:t>
      </w:r>
    </w:p>
    <w:p>
      <w:pPr>
        <w:jc w:val="right"/>
      </w:pPr>
      <w:r>
        <w:t>And he also acknowledges and he thanks God for creating the universe, for creating the earth, for giving everything.</w:t>
      </w:r>
    </w:p>
    <w:p>
      <w:r>
        <w:rPr>
          <w:b/>
        </w:rPr>
        <w:t xml:space="preserve">[06:21] </w:t>
      </w:r>
      <w:r>
        <w:t>So he's acknowledging God's bounties and blessings as the creator, as the sustainer, as the controller of the universe. So the, the, theerste Sache in der Gebet ist das, allahu akbar, bedeutet: Gott ist groß.</w:t>
      </w:r>
    </w:p>
    <w:p>
      <w:pPr>
        <w:jc w:val="right"/>
      </w:pPr>
      <w:r>
        <w:t>So he's acknowledging God's bounties and blessings as the creator, as the sustainer, as the controller of the universe. So the, the, theerste Sache in der Gebet ist das, अल्लाहु अकबर, bedeutet: Gott ist groß.</w:t>
      </w:r>
    </w:p>
    <w:p>
      <w:r>
        <w:rPr>
          <w:b/>
        </w:rPr>
        <w:t xml:space="preserve">[06:40] </w:t>
      </w:r>
      <w:r>
        <w:t>Ein Gläubiger, ein Betender, er erkennt Gottes Größe und die Dankbarkeit für die Schöpfung, für alle, alles, alle Gabe, für alles ist dankbar.</w:t>
      </w:r>
    </w:p>
    <w:p>
      <w:pPr>
        <w:jc w:val="right"/>
      </w:pPr>
      <w:r>
        <w:t>Ein Gläubiger, ein Betender, er erkennt Gottes Größe und die Dankbarkeit für die Schöpfung, für alle, alles, alle Gabe, für alles ist dankbar.</w:t>
      </w:r>
    </w:p>
    <w:p>
      <w:r>
        <w:rPr>
          <w:b/>
        </w:rPr>
        <w:t xml:space="preserve">[06:54] </w:t>
      </w:r>
      <w:r>
        <w:t>Und in Dankbarkeit sagt er: "Lobt Gott und preist ihn." So after saying Allahu Akbar, the worshipper begins the main part of the namaz</w:t>
      </w:r>
    </w:p>
    <w:p>
      <w:pPr>
        <w:jc w:val="right"/>
      </w:pPr>
      <w:r>
        <w:t>Und in Dankbarkeit sagt er: "Lobt Gott und preist ihn." So after saying अल्लाहु अकबर, the worshipper begins the main part of the नमा</w:t>
      </w:r>
    </w:p>
    <w:p>
      <w:r>
        <w:rPr>
          <w:b/>
        </w:rPr>
        <w:t xml:space="preserve">[07:05] </w:t>
      </w:r>
      <w:r>
        <w:t>az. Now the main part of the namaz comprises of reciting verses or passages from the Koran. So, uh, the passages that the Koran comprises of basically remind one of how to lead a life of piety, how to inculcate virtues of compassion, of modesty, of justness, of kind</w:t>
      </w:r>
    </w:p>
    <w:p>
      <w:pPr>
        <w:jc w:val="right"/>
      </w:pPr>
      <w:r>
        <w:t>ज़. Now the main part of the नमाज़ comprises of reciting verses or passages from the Koran. So, uh, the passages that the Koran comprises of basically remind one of how to lead a life of piety, how to inculcate virtues of compassion, of modesty, of justness, of kind</w:t>
      </w:r>
    </w:p>
    <w:p>
      <w:r>
        <w:rPr>
          <w:b/>
        </w:rPr>
        <w:t xml:space="preserve">[07:28] </w:t>
      </w:r>
      <w:r>
        <w:t>ness. So when a person reads namaz five times a day, he's basically reminding himself to follow these virtues, to inculcate these virtues, and to instill these virtues in his life.</w:t>
      </w:r>
    </w:p>
    <w:p>
      <w:pPr>
        <w:jc w:val="right"/>
      </w:pPr>
      <w:r>
        <w:t>ness. So when a person reads नमाज़ five times a day, he's basically reminding himself to follow these virtues, to inculcate these virtues, and to instill these virtues in his life.</w:t>
      </w:r>
    </w:p>
    <w:p>
      <w:r>
        <w:rPr>
          <w:b/>
        </w:rPr>
        <w:t xml:space="preserve">[07:40] </w:t>
      </w:r>
      <w:r>
        <w:t>And suppose if he has, he hasn't done any of these things, suppose he has strayed from the path of these virtues, then he pledges himself, he to reform himself.</w:t>
      </w:r>
    </w:p>
    <w:p>
      <w:pPr>
        <w:jc w:val="right"/>
      </w:pPr>
      <w:r>
        <w:t>And suppose if he has, he hasn't done any of these things, suppose he has strayed from the path of these virtues, then he pledges himself, he to reform himself.</w:t>
      </w:r>
    </w:p>
    <w:p>
      <w:r>
        <w:rPr>
          <w:b/>
        </w:rPr>
        <w:t xml:space="preserve">[07:50] </w:t>
      </w:r>
      <w:r>
        <w:t>He takes a pledge every time he prays that he will reform himself and he will instill these virtues in himself.</w:t>
      </w:r>
    </w:p>
    <w:p>
      <w:pPr>
        <w:jc w:val="right"/>
      </w:pPr>
      <w:r>
        <w:t>He takes a pledge every time he prays that he will reform himself and he will instill these virtues in himself.</w:t>
      </w:r>
    </w:p>
    <w:p>
      <w:r>
        <w:rPr>
          <w:b/>
        </w:rPr>
        <w:t xml:space="preserve">[07:58] </w:t>
      </w:r>
      <w:r>
        <w:t>So der zweite, zweite Aspekt des Gebetes ist das,ähm, eine Lesung vom Koran,äh, Reading von dem Koran. Yes, passages from the Koran.</w:t>
      </w:r>
    </w:p>
    <w:p>
      <w:pPr>
        <w:jc w:val="right"/>
      </w:pPr>
      <w:r>
        <w:t>So der zweite, zweite Aspekt des Gebetes ist das,ähm, eine Lesung vom Koran,äh, Reading von dem Koran. Yes, passages from the Koran.</w:t>
      </w:r>
    </w:p>
    <w:p>
      <w:r>
        <w:rPr>
          <w:b/>
        </w:rPr>
        <w:t xml:space="preserve">[08:07] </w:t>
      </w:r>
      <w:r>
        <w:t>Passages from the Kor</w:t>
      </w:r>
    </w:p>
    <w:p>
      <w:pPr>
        <w:jc w:val="right"/>
      </w:pPr>
      <w:r>
        <w:t>Passages from the Kor</w:t>
      </w:r>
    </w:p>
    <w:p>
      <w:r>
        <w:rPr>
          <w:b/>
        </w:rPr>
        <w:t xml:space="preserve">[08:08] </w:t>
      </w:r>
      <w:r>
        <w:t>an. Und wenn er das hört, der,ähm, Betende verspricht,ähm, selber, dass er diese Tugend in sein Leben zum Einsetzen.</w:t>
      </w:r>
    </w:p>
    <w:p>
      <w:pPr>
        <w:jc w:val="right"/>
      </w:pPr>
      <w:r>
        <w:t>an. Und wenn er das hört, der,ähm, Betende verspricht,ähm, selber, dass er diese Tugend in sein Leben zum Einsetzen.</w:t>
      </w:r>
    </w:p>
    <w:p>
      <w:r>
        <w:rPr>
          <w:b/>
        </w:rPr>
        <w:t xml:space="preserve">[08:22] </w:t>
      </w:r>
      <w:r>
        <w:t>Und selber zum Umkehren, Bekehren und Verändern sein Leben nach dies und stre- streben nach dieser Tugend, dass er hört von den Lesung</w:t>
      </w:r>
    </w:p>
    <w:p>
      <w:pPr>
        <w:jc w:val="right"/>
      </w:pPr>
      <w:r>
        <w:t>Und selber zum Umkehren, Bekehren und Verändern sein Leben nach dies und stre- streben nach dieser Tugend, dass er hört von den Lesung</w:t>
      </w:r>
    </w:p>
    <w:p>
      <w:r>
        <w:rPr>
          <w:b/>
        </w:rPr>
        <w:t xml:space="preserve">[08:36] </w:t>
      </w:r>
      <w:r>
        <w:t>en. So, uh, you may have observed that the Imam sa after having completed these passages from the Koran, he knelt down and he prostrated.</w:t>
      </w:r>
    </w:p>
    <w:p>
      <w:pPr>
        <w:jc w:val="right"/>
      </w:pPr>
      <w:r>
        <w:t>en. So, uh, you may have observed that the Imam sa after having completed these passages from the Koran, he knelt down and he prostrated.</w:t>
      </w:r>
    </w:p>
    <w:p>
      <w:r>
        <w:rPr>
          <w:b/>
        </w:rPr>
        <w:t xml:space="preserve">[08:47] </w:t>
      </w:r>
      <w:r>
        <w:t>So both this bowing down and kneeling down on the floor are, uh, an expression of submitting oneself to God.</w:t>
      </w:r>
    </w:p>
    <w:p>
      <w:pPr>
        <w:jc w:val="right"/>
      </w:pPr>
      <w:r>
        <w:t>So both this bowing down and kneeling down on the floor are, uh, an expression of submitting oneself to God.</w:t>
      </w:r>
    </w:p>
    <w:p>
      <w:r>
        <w:rPr>
          <w:b/>
        </w:rPr>
        <w:t xml:space="preserve">[08:56] </w:t>
      </w:r>
      <w:r>
        <w:t>They are an expression or manifestation of complete submission to the will of God. So what is—</w:t>
      </w:r>
    </w:p>
    <w:p>
      <w:pPr>
        <w:jc w:val="right"/>
      </w:pPr>
      <w:r>
        <w:t>They are an expression or manifestation of complete submission to the will of God. So what is—</w:t>
      </w:r>
    </w:p>
    <w:p>
      <w:r>
        <w:rPr>
          <w:b/>
        </w:rPr>
        <w:t xml:space="preserve">[09:03] </w:t>
      </w:r>
      <w:r>
        <w:t>Okay. Ja, das ist die Gebetshaltung in Islam. Erst ist das ein Kama, das ist,ähm, aufrechtes Stehen, ne, dass beide Hände, unten Arme und Hände, seitlich.</w:t>
      </w:r>
    </w:p>
    <w:p>
      <w:pPr>
        <w:jc w:val="right"/>
      </w:pPr>
      <w:r>
        <w:t>Okay. Ja, das ist die Gebetshaltung in Islam. Erst ist das ein Kama, das ist,ähm, aufrechtes Stehen, ne, dass beide Hände, unten Arme und Hände, seitlich.</w:t>
      </w:r>
    </w:p>
    <w:p>
      <w:r>
        <w:rPr>
          <w:b/>
        </w:rPr>
        <w:t xml:space="preserve">[09:18] </w:t>
      </w:r>
      <w:r>
        <w:t>Und zweite ist, dass der Imam,äh, Imam hatte,ähm, Niederwerfung. Niederwerfung als Stirn, Nase, Handflächen, Knie und Zehenspitzen berührenden Boden.</w:t>
      </w:r>
    </w:p>
    <w:p>
      <w:pPr>
        <w:jc w:val="right"/>
      </w:pPr>
      <w:r>
        <w:t>Und zweite ist, dass der Imam,äh, Imam hatte,ähm, Niederwerfung. Niederwerfung als Stirn, Nase, Handflächen, Knie und Zehenspitzen berührenden Boden.</w:t>
      </w:r>
    </w:p>
    <w:p>
      <w:r>
        <w:rPr>
          <w:b/>
        </w:rPr>
        <w:t xml:space="preserve">[09:34] </w:t>
      </w:r>
      <w:r>
        <w:t>Dass er verneigt sich vor Gott, der Dursten. So what is the meaning of submitting to God? What is the meaning of submission to the will of God?</w:t>
      </w:r>
    </w:p>
    <w:p>
      <w:pPr>
        <w:jc w:val="right"/>
      </w:pPr>
      <w:r>
        <w:t>Dass er verneigt sich vor Gott, der Dursten. So what is the meaning of submitting to God? What is the meaning of submission to the will of God?</w:t>
      </w:r>
    </w:p>
    <w:p>
      <w:r>
        <w:rPr>
          <w:b/>
        </w:rPr>
        <w:t xml:space="preserve">[09:47] </w:t>
      </w:r>
      <w:r>
        <w:t>Uh, in Islam it means to accept the teachings that God has laid down in the Koran and to follow those teachings and apply those teachings in one's life when one is living in society and dealing with people.</w:t>
      </w:r>
    </w:p>
    <w:p>
      <w:pPr>
        <w:jc w:val="right"/>
      </w:pPr>
      <w:r>
        <w:t>Uh, in Islam it means to accept the teachings that God has laid down in the Koran and to follow those teachings and apply those teachings in one's life when one is living in society and dealing with people.</w:t>
      </w:r>
    </w:p>
    <w:p>
      <w:r>
        <w:rPr>
          <w:b/>
        </w:rPr>
        <w:t xml:space="preserve">[10:00] </w:t>
      </w:r>
      <w:r>
        <w:t>So for example, there is a verse in the Koran which says that good deeds and bad deeds are not equal. Do good deed in return for bad deed, and you will see that your enemy has become your dearest friend.</w:t>
      </w:r>
    </w:p>
    <w:p>
      <w:pPr>
        <w:jc w:val="right"/>
      </w:pPr>
      <w:r>
        <w:t>So for example, there is a verse in the Koran which says that good deeds and bad deeds are not equal. Do good deed in return for bad deed, and you will see that your enemy has become your dearest friend.</w:t>
      </w:r>
    </w:p>
    <w:p>
      <w:r>
        <w:rPr>
          <w:b/>
        </w:rPr>
        <w:t xml:space="preserve">[10:16] </w:t>
      </w:r>
      <w:r>
        <w:t>So here submitting to the will of God means that when someone behaves in a bad way with us, we do not return bad behavior with bad behavior.</w:t>
      </w:r>
    </w:p>
    <w:p>
      <w:pPr>
        <w:jc w:val="right"/>
      </w:pPr>
      <w:r>
        <w:t>So here submitting to the will of God means that when someone behaves in a bad way with us, we do not return bad behavior with bad behavior.</w:t>
      </w:r>
    </w:p>
    <w:p>
      <w:r>
        <w:rPr>
          <w:b/>
        </w:rPr>
        <w:t xml:space="preserve">[10:25] </w:t>
      </w:r>
      <w:r>
        <w:t>Rather we return bad behavior with good behavior. So here submission means following what God has taught in the Koran rather than following one's own desire.</w:t>
      </w:r>
    </w:p>
    <w:p>
      <w:pPr>
        <w:jc w:val="right"/>
      </w:pPr>
      <w:r>
        <w:t>Rather we return bad behavior with good behavior. So here submission means following what God has taught in the Koran rather than following one's own desire.</w:t>
      </w:r>
    </w:p>
    <w:p>
      <w:r>
        <w:rPr>
          <w:b/>
        </w:rPr>
        <w:t xml:space="preserve">[10:34] </w:t>
      </w:r>
      <w:r>
        <w:t>So diese Verneigung, das bedeutet das,ähm, der Imam verspricht selber, dass ich lebe mein Leben nach dem Willen Gottes oder was im Koran,äh, ja, sein Leben,</w:t>
      </w:r>
    </w:p>
    <w:p>
      <w:pPr>
        <w:jc w:val="right"/>
      </w:pPr>
      <w:r>
        <w:t>So diese Verneigung, das bedeutet das,ähm, der Imam verspricht selber, dass ich lebe mein Leben nach dem Willen Gottes oder was im Koran,äh, ja, sein Leben,</w:t>
      </w:r>
    </w:p>
    <w:p>
      <w:r>
        <w:rPr>
          <w:b/>
        </w:rPr>
        <w:t xml:space="preserve">[10:55] </w:t>
      </w:r>
      <w:r>
        <w:t>ja? And give me manchmal mit einige Worte, ja. Ja, nun,äh, das bedeutet, dass er,ähm, er verspricht selber diesem Gott, dem Willen Gottes zum Leben.</w:t>
      </w:r>
    </w:p>
    <w:p>
      <w:pPr>
        <w:jc w:val="right"/>
      </w:pPr>
      <w:r>
        <w:t>ja? And give me manchmal mit einige Worte, ja. Ja, nun,äh, das bedeutet, dass er,ähm, er verspricht selber diesem Gott, dem Willen Gottes zum Leben.</w:t>
      </w:r>
    </w:p>
    <w:p>
      <w:r>
        <w:rPr>
          <w:b/>
        </w:rPr>
        <w:t xml:space="preserve">[11:09] </w:t>
      </w:r>
      <w:r>
        <w:t>Dann hat sie gesagt, okay,ähm, im Koran spricht das, wenn jemand dir Böses tut oder Gutes tut, du kannst nicht gegen ihm etwas Böses tun.</w:t>
      </w:r>
    </w:p>
    <w:p>
      <w:pPr>
        <w:jc w:val="right"/>
      </w:pPr>
      <w:r>
        <w:t>Dann hat sie gesagt, okay,ähm, im Koran spricht das, wenn jemand dir Böses tut oder Gutes tut, du kannst nicht gegen ihm etwas Böses tun.</w:t>
      </w:r>
    </w:p>
    <w:p>
      <w:r>
        <w:rPr>
          <w:b/>
        </w:rPr>
        <w:t xml:space="preserve">[11:22] </w:t>
      </w:r>
      <w:r>
        <w:t>Und hat sie gesagt, wenn die deswegen die Feinde können auch, bekommen Freunde werden. So grundsätzlich ist die das, was da das,äh, in diesem Koran steht, oder nach dem Willen Gottes treiben und dafür,äh, selber ein, ein versprechen.</w:t>
      </w:r>
    </w:p>
    <w:p>
      <w:pPr>
        <w:jc w:val="right"/>
      </w:pPr>
      <w:r>
        <w:t>Und hat sie gesagt, wenn die deswegen die Feinde können auch, bekommen Freunde werden. So grundsätzlich ist die das, was da das,äh, in diesem Koran steht, oder nach dem Willen Gottes treiben und dafür,äh, selber ein, ein versprechen.</w:t>
      </w:r>
    </w:p>
    <w:p>
      <w:r>
        <w:rPr>
          <w:b/>
        </w:rPr>
        <w:t xml:space="preserve">[11:44] </w:t>
      </w:r>
      <w:r>
        <w:t>So the last part of namaz is when the worshipper turns to hisright and then turns to his left, and each time he says Assalamu Alaikum wa Rahmatullahi.</w:t>
      </w:r>
    </w:p>
    <w:p>
      <w:pPr>
        <w:jc w:val="right"/>
      </w:pPr>
      <w:r>
        <w:t>So the last part of नमाज़ is when the worshipper turns to hisright and then turns to his left, and each time he says अस्सलामु अलैकुम व रहमतुल्लाह.</w:t>
      </w:r>
    </w:p>
    <w:p>
      <w:r>
        <w:rPr>
          <w:b/>
        </w:rPr>
        <w:t xml:space="preserve">[11:56] </w:t>
      </w:r>
      <w:r>
        <w:t>So it means, it's again an Arabic phrase which means may the peace and blessings of God be upon all of you.</w:t>
      </w:r>
    </w:p>
    <w:p>
      <w:pPr>
        <w:jc w:val="right"/>
      </w:pPr>
      <w:r>
        <w:t>So it means, it's again an Arabic phrase which means may the peace and blessings of God be upon all of you.</w:t>
      </w:r>
    </w:p>
    <w:p>
      <w:r>
        <w:rPr>
          <w:b/>
        </w:rPr>
        <w:t xml:space="preserve">[12:04] </w:t>
      </w:r>
      <w:r>
        <w:t>so das eine andere gebetshaltung ist das am ende hat er links und nach rechts wenden und salam sprechen</w:t>
      </w:r>
    </w:p>
    <w:p>
      <w:pPr>
        <w:jc w:val="right"/>
      </w:pPr>
      <w:r>
        <w:t>So das eine andere Gebetshaltung ist das, am Ende hat er links und nach rechts wenden und सलाम sprechen.</w:t>
      </w:r>
    </w:p>
    <w:p>
      <w:r>
        <w:rPr>
          <w:b/>
        </w:rPr>
        <w:t xml:space="preserve">[12:15] </w:t>
      </w:r>
      <w:r>
        <w:t>dann vorne links wenden und salam sprechen das ist links und rechts das ist peace in allen stimmen über frieden in allen</w:t>
      </w:r>
    </w:p>
    <w:p>
      <w:pPr>
        <w:jc w:val="right"/>
      </w:pPr>
      <w:r>
        <w:t>Dann vorne links wenden und सलाम sprechen. Das ist links und rechts, das ist Peace in allen Stimmen, über Frieden in allen.</w:t>
      </w:r>
    </w:p>
    <w:p>
      <w:r>
        <w:rPr>
          <w:b/>
        </w:rPr>
        <w:t xml:space="preserve">[12:26] </w:t>
      </w:r>
      <w:r>
        <w:t>so basically when hes turning to hisright and hes turning to his left whats he doing is that hes trying to address all of humanity and hes telling all of humanity that oh people oh mankind you all are safe from me</w:t>
      </w:r>
    </w:p>
    <w:p>
      <w:pPr>
        <w:jc w:val="right"/>
      </w:pPr>
      <w:r>
        <w:t>So basically when he's turning to hisright and he's turning to his left, what he's doing is that he's trying to address all of humanity, and he's telling all of humanity that, "Oh people, oh mankind, you all are safe from me.</w:t>
      </w:r>
    </w:p>
    <w:p>
      <w:r>
        <w:rPr>
          <w:b/>
        </w:rPr>
        <w:t xml:space="preserve">[12:40] </w:t>
      </w:r>
      <w:r>
        <w:t>i will live as a peaceful member of societ</w:t>
      </w:r>
    </w:p>
    <w:p>
      <w:pPr>
        <w:jc w:val="right"/>
      </w:pPr>
      <w:r>
        <w:t>I will live as a peaceful member of societ</w:t>
      </w:r>
    </w:p>
    <w:p>
      <w:r>
        <w:rPr>
          <w:b/>
        </w:rPr>
        <w:t xml:space="preserve">[12:43] </w:t>
      </w:r>
      <w:r>
        <w:t>y your lives your property your honor everything is safe from me so this is the last and the most important teaching that namaz gives to a worshipper that after having completed his namaz when he goes out in society he should live as a peaceful and positive member</w:t>
      </w:r>
    </w:p>
    <w:p>
      <w:pPr>
        <w:jc w:val="right"/>
      </w:pPr>
      <w:r>
        <w:t>y. Your lives, your property, your honor, everything is safe from me." So this is the last and the most important teaching that नमाज़ gives to a worshipper, that after having completed his नमाज़ when he goes out in society, he should live as a peaceful and positive member.</w:t>
      </w:r>
    </w:p>
    <w:p>
      <w:r>
        <w:rPr>
          <w:b/>
        </w:rPr>
        <w:t xml:space="preserve">[12:59] </w:t>
      </w:r>
      <w:r>
        <w:t>and he should follow the teachings of namaz follow the spirit of namaz follow all that he has learned in the mosque in society</w:t>
      </w:r>
    </w:p>
    <w:p>
      <w:pPr>
        <w:jc w:val="right"/>
      </w:pPr>
      <w:r>
        <w:t>And he should follow the teachings of नमाज़, follow the spirit of नमाज़, follow all that he has learned in the mosque in society.</w:t>
      </w:r>
    </w:p>
    <w:p>
      <w:r>
        <w:rPr>
          <w:b/>
        </w:rPr>
        <w:t xml:space="preserve">[13:07] </w:t>
      </w:r>
      <w:r>
        <w:t>so das nach links und nach rechts und salam frieden bedeutet auch das nach diesem gottesdienst wir mussen alle streben in frieden miteinander zu leben</w:t>
      </w:r>
    </w:p>
    <w:p>
      <w:pPr>
        <w:jc w:val="right"/>
      </w:pPr>
      <w:r>
        <w:t>So das nach links und nach rechts und सलाम, Frieden, bedeutet auch das, nach diesem Gottesdienst wir müssen alle streben in Frieden miteinander zu leben.</w:t>
      </w:r>
    </w:p>
    <w:p>
      <w:r>
        <w:rPr>
          <w:b/>
        </w:rPr>
        <w:t xml:space="preserve">[13:23] </w:t>
      </w:r>
      <w:r>
        <w:t>die ganze menschheit gemeint hm das ist die ganze menschheit gemeint oder ja links und rechts bedeutet ah die ganze menschheit aber warum nicht nach vorne und hinten</w:t>
      </w:r>
    </w:p>
    <w:p>
      <w:pPr>
        <w:jc w:val="right"/>
      </w:pPr>
      <w:r>
        <w:t>Die ganze Menschheit gemeint? Hm? Das ist die ganze Menschheit gemeint, oder? Ja, links und rechts bedeutet,äh, die ganze Menschheit, aber warum nicht nach vorne und hinten?</w:t>
      </w:r>
    </w:p>
    <w:p>
      <w:r>
        <w:rPr>
          <w:b/>
        </w:rPr>
        <w:t xml:space="preserve">[13:32] </w:t>
      </w:r>
      <w:r>
        <w:t>wei ich nicht deswegen so only you can ask you can</w:t>
      </w:r>
    </w:p>
    <w:p>
      <w:pPr>
        <w:jc w:val="right"/>
      </w:pPr>
      <w:r>
        <w:t>Weiß ich nicht. Deswegen. So, only you can ask, you can</w:t>
      </w:r>
    </w:p>
    <w:p>
      <w:r>
        <w:rPr>
          <w:b/>
        </w:rPr>
        <w:t xml:space="preserve">[13:37] </w:t>
      </w:r>
      <w:r>
        <w:t>ask questions why why not why only left andright then why not more forward why not why not why not what why not in front and back</w:t>
      </w:r>
    </w:p>
    <w:p>
      <w:pPr>
        <w:jc w:val="right"/>
      </w:pPr>
      <w:r>
        <w:t>ask questions. Why, why not? Why only left andright, then why not more forward? Why not? Why not? Why not? What? Why not? In front and back.</w:t>
      </w:r>
    </w:p>
    <w:p>
      <w:r>
        <w:rPr>
          <w:b/>
        </w:rPr>
        <w:t xml:space="preserve">[13:46] </w:t>
      </w:r>
      <w:r>
        <w:t>behind and uh front and back how can he hes already facing the front so he turns to his left and he turns to hisright</w:t>
      </w:r>
    </w:p>
    <w:p>
      <w:pPr>
        <w:jc w:val="right"/>
      </w:pPr>
      <w:r>
        <w:t>Behind and, uh, front and back. How can he—he's already facing the front. So he turns to his left and he turns to hisright.</w:t>
      </w:r>
    </w:p>
    <w:p>
      <w:r>
        <w:rPr>
          <w:b/>
        </w:rPr>
        <w:t xml:space="preserve">[13:54] </w:t>
      </w:r>
      <w:r>
        <w:t>so its a symbol of addressing all of humanity and we cannot turn everywhere so maybe i just um just so because of the whole humanity</w:t>
      </w:r>
    </w:p>
    <w:p>
      <w:pPr>
        <w:jc w:val="right"/>
      </w:pPr>
      <w:r>
        <w:t>So it's a symbol of addressing all of humanity. And we cannot turn everywhere. So maybe I just, um, just—so because of the whole humanity</w:t>
      </w:r>
    </w:p>
    <w:p>
      <w:r>
        <w:rPr>
          <w:b/>
        </w:rPr>
        <w:t xml:space="preserve">[14:04] </w:t>
      </w:r>
      <w:r>
        <w:t>we serve not so its a symbolic way of addressing all of humanity people around you yeah so they can ask their questions related to mosque related to islam</w:t>
      </w:r>
    </w:p>
    <w:p>
      <w:pPr>
        <w:jc w:val="right"/>
      </w:pPr>
      <w:r>
        <w:t>we serve, not so. It's a symbolic way of addressing all of humanity, people around you. Yeah. So they can ask their questions related to mosque, related to Islam.</w:t>
      </w:r>
    </w:p>
    <w:p>
      <w:r>
        <w:rPr>
          <w:b/>
        </w:rPr>
        <w:t xml:space="preserve">[14:14] </w:t>
      </w:r>
      <w:r>
        <w:t>have you any question bezuglich dieser gebet oder gebetshaltung so one of my questions I I know the the the way uh from the city where I live in Cologne in Germany and I see you start with this this uh</w:t>
      </w:r>
    </w:p>
    <w:p>
      <w:pPr>
        <w:jc w:val="right"/>
      </w:pPr>
      <w:r>
        <w:t>Habt ihr eine Frage bezüglich dieser Gebet oder Gebetshaltung? So one of my questions, I, I know the, the, the way, uh, from the city where I live, in Cologne, in Germany, and I see you start with this, this, uh.</w:t>
      </w:r>
    </w:p>
    <w:p>
      <w:r>
        <w:rPr>
          <w:b/>
        </w:rPr>
        <w:t xml:space="preserve">[14:29] </w:t>
      </w:r>
      <w:r>
        <w:t>allahu akbar</w:t>
      </w:r>
    </w:p>
    <w:p>
      <w:pPr>
        <w:jc w:val="right"/>
      </w:pPr>
      <w:r>
        <w:t>अल्लाहु अकबर</w:t>
      </w:r>
    </w:p>
    <w:p>
      <w:r>
        <w:rPr>
          <w:b/>
        </w:rPr>
        <w:t xml:space="preserve">[14:30] </w:t>
      </w:r>
      <w:r>
        <w:t>and then I I do not know uh is it to hear open my ears or what does it mean this uh this this side</w:t>
      </w:r>
    </w:p>
    <w:p>
      <w:pPr>
        <w:jc w:val="right"/>
      </w:pPr>
      <w:r>
        <w:t>. And then I, I do not know, uh, is it to hear, open my ears, or what does it mean, this, uh, this, this side?</w:t>
      </w:r>
    </w:p>
    <w:p>
      <w:r>
        <w:rPr>
          <w:b/>
        </w:rPr>
        <w:t xml:space="preserve">[14:38] </w:t>
      </w:r>
      <w:r>
        <w:t>so das heist tabi tabirah kuni iram das ist dieerste haltung das ist aufrechtes stehen in richtung mekka</w:t>
      </w:r>
    </w:p>
    <w:p>
      <w:pPr>
        <w:jc w:val="right"/>
      </w:pPr>
      <w:r>
        <w:t>So das heißt Tabi- Tabirah Kuni Iram. Das ist dieerste Haltung, das ist aufrechtes Stehen in Richtung Mekka.</w:t>
      </w:r>
    </w:p>
    <w:p>
      <w:r>
        <w:rPr>
          <w:b/>
        </w:rPr>
        <w:t xml:space="preserve">[14:48] </w:t>
      </w:r>
      <w:r>
        <w:t>das ist beide hände in höhe des halses oder ohren erhoben so das ist dieerste haltung und dann handflachen nach vorne geöffnet</w:t>
      </w:r>
    </w:p>
    <w:p>
      <w:pPr>
        <w:jc w:val="right"/>
      </w:pPr>
      <w:r>
        <w:t>Das ist beide Hände in Höhe des Halses oder Ohren erhoben, so das ist dieerste Haltung. Und dann Handflächen nach vorne geöffnet.</w:t>
      </w:r>
    </w:p>
    <w:p>
      <w:r>
        <w:rPr>
          <w:b/>
        </w:rPr>
        <w:t xml:space="preserve">[15:02] </w:t>
      </w:r>
      <w:r>
        <w:t>das ist eine richtung das ist jetzt nach mekka</w:t>
      </w:r>
    </w:p>
    <w:p>
      <w:pPr>
        <w:jc w:val="right"/>
      </w:pPr>
      <w:r>
        <w:t>Das ist eine Richtung, das ist jetzt nach Mekka.</w:t>
      </w:r>
    </w:p>
    <w:p>
      <w:r>
        <w:rPr>
          <w:b/>
        </w:rPr>
        <w:t xml:space="preserve">[15:07] </w:t>
      </w:r>
      <w:r>
        <w:t>well this also means that one is now intending to pray and ones entire focus will be on prayer and one will leave out all materialistic thoughts and other things other distracting thoughts outside and focus on god and focus on what one is doing</w:t>
      </w:r>
    </w:p>
    <w:p>
      <w:pPr>
        <w:jc w:val="right"/>
      </w:pPr>
      <w:r>
        <w:t>Well, this also means that one is now intending to pray, and one's entire focus will be on prayer, and one will leave out all materialistic thoughts and other things, other distracting thoughts outside, and focus on God and focus on what one is doing.</w:t>
      </w:r>
    </w:p>
    <w:p>
      <w:r>
        <w:rPr>
          <w:b/>
        </w:rPr>
        <w:t xml:space="preserve">[15:24] </w:t>
      </w:r>
      <w:r>
        <w:t>so its just a symbolic way of you know intending to pray beginning prayer that sort of so diese symbol erste symbol ist dass ich mich ganz konzentriere fokussiere und so</w:t>
      </w:r>
    </w:p>
    <w:p>
      <w:pPr>
        <w:jc w:val="right"/>
      </w:pPr>
      <w:r>
        <w:t>So it's just a symbolic way of, you know, intending to pray, beginning prayer, that sort of. So diese Symbol,erste Symbol ist, dass ich mich ganz konzentriere, fokussiere und so.</w:t>
      </w:r>
    </w:p>
    <w:p>
      <w:r>
        <w:rPr>
          <w:b/>
        </w:rPr>
        <w:t xml:space="preserve">[15:37] </w:t>
      </w:r>
      <w:r>
        <w:t>so you said everybody s coming to the mosque means men and women yes women also yes women also they pray separately or they pray together</w:t>
      </w:r>
    </w:p>
    <w:p>
      <w:pPr>
        <w:jc w:val="right"/>
      </w:pPr>
      <w:r>
        <w:t>So you said everybody's coming to the mosque means men and women? Yes. Women also? Yes, women also. They pray separately or they pray together?</w:t>
      </w:r>
    </w:p>
    <w:p>
      <w:r>
        <w:rPr>
          <w:b/>
        </w:rPr>
        <w:t xml:space="preserve">[15:47] </w:t>
      </w:r>
      <w:r>
        <w:t>they pray separately okay so here or there is a section for women theres a separate section for women so in this mosque this entire gallery area this is</w:t>
      </w:r>
    </w:p>
    <w:p>
      <w:pPr>
        <w:jc w:val="right"/>
      </w:pPr>
      <w:r>
        <w:t>They pray separately. Okay. So here. Or there is a section for women? There's a separate section for women. So in this mosque, this entire gallery area, this is.</w:t>
      </w:r>
    </w:p>
    <w:p>
      <w:r>
        <w:rPr>
          <w:b/>
        </w:rPr>
        <w:t xml:space="preserve">[15:58] </w:t>
      </w:r>
      <w:r>
        <w:t>the mosque is around the roof i think yes this area this entire area is meant for women okay</w:t>
      </w:r>
    </w:p>
    <w:p>
      <w:pPr>
        <w:jc w:val="right"/>
      </w:pPr>
      <w:r>
        <w:t>The mosque is around the roof, I think. Yes, this area. This entire area is meant for women. Okay.</w:t>
      </w:r>
    </w:p>
    <w:p>
      <w:r>
        <w:rPr>
          <w:b/>
        </w:rPr>
        <w:t xml:space="preserve">[16:06] </w:t>
      </w:r>
      <w:r>
        <w:t>so they get dressed the men and the women bet and get dressed um here in these emojis are the women the women bet and women</w:t>
      </w:r>
    </w:p>
    <w:p>
      <w:pPr>
        <w:jc w:val="right"/>
      </w:pPr>
      <w:r>
        <w:t>So they get dressed, the men and the women bet and get dressed. Um, here in these emojis are the women, the women bet and women.</w:t>
      </w:r>
    </w:p>
    <w:p>
      <w:r>
        <w:rPr>
          <w:b/>
        </w:rPr>
        <w:t xml:space="preserve">[16:20] </w:t>
      </w:r>
      <w:r>
        <w:t>Okay. The Jewish people, uh, uh, is coming in Germany, we observe that, uh, not only in Christian churches, communities, the Jewish is not so motivated like in our time or media, a little bit older than you.</w:t>
      </w:r>
    </w:p>
    <w:p>
      <w:pPr>
        <w:jc w:val="right"/>
      </w:pPr>
      <w:r>
        <w:t>Okay. The Jewish people, uh, uh, is coming in Germany, we observe that, uh, not only in Christian churches, communities, the Jewish is not so motivated like in our time or media, a little bit older than you.</w:t>
      </w:r>
    </w:p>
    <w:p>
      <w:r>
        <w:rPr>
          <w:b/>
        </w:rPr>
        <w:t xml:space="preserve">[16:44] </w:t>
      </w:r>
      <w:r>
        <w:t>We observe this also in, in mosques in Germany, that there is not so many, uh, young people than, um,</w:t>
      </w:r>
    </w:p>
    <w:p>
      <w:pPr>
        <w:jc w:val="right"/>
      </w:pPr>
      <w:r>
        <w:t>We observe this also in, in mosques in Germany, that there is not so many, uh, young people than, um,</w:t>
      </w:r>
    </w:p>
    <w:p>
      <w:r>
        <w:rPr>
          <w:b/>
        </w:rPr>
        <w:t xml:space="preserve">[17:00] </w:t>
      </w:r>
      <w:r>
        <w:t>years before. Uh, Delhi is a very modern city also, and so in, uh, dynamic process, dynamic process</w:t>
      </w:r>
    </w:p>
    <w:p>
      <w:pPr>
        <w:jc w:val="right"/>
      </w:pPr>
      <w:r>
        <w:t>years before. Uh, Delhi is a very modern city also, and so in, uh, dynamic process, dynamic process</w:t>
      </w:r>
    </w:p>
    <w:p>
      <w:r>
        <w:rPr>
          <w:b/>
        </w:rPr>
        <w:t xml:space="preserve">[17:14] </w:t>
      </w:r>
      <w:r>
        <w:t>. And my question therefore is, how is the situation? Uh, the, the Jews have this spirituality that.</w:t>
      </w:r>
    </w:p>
    <w:p>
      <w:pPr>
        <w:jc w:val="right"/>
      </w:pPr>
      <w:r>
        <w:t>. And my question therefore is, how is the situation? Uh, the, the Jews have this spirituality that.</w:t>
      </w:r>
    </w:p>
    <w:p>
      <w:r>
        <w:rPr>
          <w:b/>
        </w:rPr>
        <w:t xml:space="preserve">[17:26] </w:t>
      </w:r>
      <w:r>
        <w:t>What you? Yes, I, I understand your question. And it's a big, uh, issue that we are facing here in our community as well, and I think in every community, young people are questioning religion, and they want a religion which makes sense to them.</w:t>
      </w:r>
    </w:p>
    <w:p>
      <w:pPr>
        <w:jc w:val="right"/>
      </w:pPr>
      <w:r>
        <w:t>What you? Yes, I, I understand your question. And it's a big, uh, issue that we are facing here in our community as well, and I think in every community, young people are questioning religion, and they want a religion which makes sense to them.</w:t>
      </w:r>
    </w:p>
    <w:p>
      <w:r>
        <w:rPr>
          <w:b/>
        </w:rPr>
        <w:t xml:space="preserve">[17:41] </w:t>
      </w:r>
      <w:r>
        <w:t>They don't want only a traditional religion of do's and don'ts, do this, don't do that, pray like this, don't pray like this, or fast and don't fast.</w:t>
      </w:r>
    </w:p>
    <w:p>
      <w:pPr>
        <w:jc w:val="right"/>
      </w:pPr>
      <w:r>
        <w:t>They don't want only a traditional religion of do's and don'ts, do this, don't do that, pray like this, don't pray like this, or fast and don't fast.</w:t>
      </w:r>
    </w:p>
    <w:p>
      <w:r>
        <w:rPr>
          <w:b/>
        </w:rPr>
        <w:t xml:space="preserve">[17:50] </w:t>
      </w:r>
      <w:r>
        <w:t>They want a religion which, uh, helps them lead their life, that helps them manage the situations of their life, the problems of their life.</w:t>
      </w:r>
    </w:p>
    <w:p>
      <w:pPr>
        <w:jc w:val="right"/>
      </w:pPr>
      <w:r>
        <w:t>They want a religion which, uh, helps them lead their life, that helps them manage the situations of their life, the problems of their life.</w:t>
      </w:r>
    </w:p>
    <w:p>
      <w:r>
        <w:rPr>
          <w:b/>
        </w:rPr>
        <w:t xml:space="preserve">[17:58] </w:t>
      </w:r>
      <w:r>
        <w:t>So they want a living religion. They don't want a set of rituals. So I think it's very important for religious thinkers and religious leaders, as the founder of our organization, I don't know if, uh, Father has told you whom you will be listening to in a while, Maulana Wahiduddin Khan, he has devoted his entire life in trying to present religion in a rational way to the young people so that it appeals to them.</w:t>
      </w:r>
    </w:p>
    <w:p>
      <w:pPr>
        <w:jc w:val="right"/>
      </w:pPr>
      <w:r>
        <w:t>So they want a living religion. They don't want a set of rituals. So I think it's very important for religious thinkers and religious leaders, as the founder of our organization, I don't know if, uh, Father has told you whom you will be listening to in a while, Maulana Wahiduddin Khan, he has devoted his entire life in trying to present religion in a rational way to the young people so that it appeals to them.</w:t>
      </w:r>
    </w:p>
    <w:p>
      <w:r>
        <w:rPr>
          <w:b/>
        </w:rPr>
        <w:t xml:space="preserve">[18:24] </w:t>
      </w:r>
      <w:r>
        <w:t>So that is how I also originally came into</w:t>
      </w:r>
    </w:p>
    <w:p>
      <w:pPr>
        <w:jc w:val="right"/>
      </w:pPr>
      <w:r>
        <w:t>So that is how I also originally came into</w:t>
      </w:r>
    </w:p>
    <w:p>
      <w:r>
        <w:rPr>
          <w:b/>
        </w:rPr>
        <w:t xml:space="preserve">[18:27] </w:t>
      </w:r>
      <w:r>
        <w:t>Islam. I was a born Muslim, but I used to question my religion. But when I started discussing with him and when I started reading his writings, then I understood Islam deeply, and I could accept it wholeheartedly.</w:t>
      </w:r>
    </w:p>
    <w:p>
      <w:pPr>
        <w:jc w:val="right"/>
      </w:pPr>
      <w:r>
        <w:t>Islam. I was a born Muslim, but I used to question my religion. But when I started discussing with him and when I started reading his writings, then I understood Islam deeply, and I could accept it wholeheartedly.</w:t>
      </w:r>
    </w:p>
    <w:p>
      <w:r>
        <w:rPr>
          <w:b/>
        </w:rPr>
        <w:t xml:space="preserve">[18:53] </w:t>
      </w:r>
      <w:r>
        <w:t>Wir</w:t>
      </w:r>
    </w:p>
    <w:p>
      <w:pPr>
        <w:jc w:val="right"/>
      </w:pPr>
      <w:r>
        <w:t>Wir</w:t>
      </w:r>
    </w:p>
    <w:p>
      <w:r>
        <w:rPr>
          <w:b/>
        </w:rPr>
        <w:t xml:space="preserve">[18:54] </w:t>
      </w:r>
      <w:r>
        <w:t>haben in Deutschland ja schon lange Jahre Moslems. Also schon die türkischen Gastarbeiter kamen zu uns, waren Moslems.</w:t>
      </w:r>
    </w:p>
    <w:p>
      <w:pPr>
        <w:jc w:val="right"/>
      </w:pPr>
      <w:r>
        <w:t>haben in Deutschland ja schon lange Jahre Moslems. Also schon die türkischen Gastarbeiter kamen zu uns, waren Moslems.</w:t>
      </w:r>
    </w:p>
    <w:p>
      <w:r>
        <w:rPr>
          <w:b/>
        </w:rPr>
        <w:t xml:space="preserve">[19:03] </w:t>
      </w:r>
      <w:r>
        <w:t>Damals habe ich noch gearbeitet in großen Unternehmen, und es war immer ein Problem, wenn Moslems fünfmal am Tag beten, in einen Betriebsablauf das einzubringen.</w:t>
      </w:r>
    </w:p>
    <w:p>
      <w:pPr>
        <w:jc w:val="right"/>
      </w:pPr>
      <w:r>
        <w:t>Damals habe ich noch gearbeitet in großen Unternehmen, und es war immer ein Problem, wenn Moslems fünfmal am Tag beten, in einen Betriebsablauf das einzubringen.</w:t>
      </w:r>
    </w:p>
    <w:p>
      <w:r>
        <w:rPr>
          <w:b/>
        </w:rPr>
        <w:t xml:space="preserve">[19:16] </w:t>
      </w:r>
      <w:r>
        <w:t>Nun ist Indien ja auch unterdessen industrialisiert, und es gibt Betriebe, wo die Menschen morgens um acht hingehen und abends um fünf oder sieben wieder herauskommen.</w:t>
      </w:r>
    </w:p>
    <w:p>
      <w:pPr>
        <w:jc w:val="right"/>
      </w:pPr>
      <w:r>
        <w:t>Nun ist Indien ja auch unterdessen industrialisiert, und es gibt Betriebe, wo die Menschen morgens um acht hingehen und abends um fünf oder sieben wieder herauskommen.</w:t>
      </w:r>
    </w:p>
    <w:p>
      <w:r>
        <w:rPr>
          <w:b/>
        </w:rPr>
        <w:t xml:space="preserve">[19:26] </w:t>
      </w:r>
      <w:r>
        <w:t>Was bedeutet die Industrialisierung oder die Entwicklung für das Ritual des fünfmal Betens in der Moschee?</w:t>
      </w:r>
    </w:p>
    <w:p>
      <w:pPr>
        <w:jc w:val="right"/>
      </w:pPr>
      <w:r>
        <w:t>Was bedeutet die Industrialisierung oder die Entwicklung für das Ritual des fünfmal Betens in der Moschee?</w:t>
      </w:r>
    </w:p>
    <w:p>
      <w:r>
        <w:rPr>
          <w:b/>
        </w:rPr>
        <w:t xml:space="preserve">[19:36] </w:t>
      </w:r>
      <w:r>
        <w:t>Das ist jetzt ein bisschen komplex, aber. Das muss nicht in der Moschee sein. Ja, aber ich meine von Deutschland, da wollten die ihren Teppich nehmen, das Bad zu verlassen, und beten.</w:t>
      </w:r>
    </w:p>
    <w:p>
      <w:pPr>
        <w:jc w:val="right"/>
      </w:pPr>
      <w:r>
        <w:t>Das ist jetzt ein bisschen komplex, aber. Das muss nicht in der Moschee sein. Ja, aber ich meine von Deutschland, da wollten die ihren Teppich nehmen, das Bad zu verlassen, und beten.</w:t>
      </w:r>
    </w:p>
    <w:p>
      <w:r>
        <w:rPr>
          <w:b/>
        </w:rPr>
        <w:t xml:space="preserve">[19:46] </w:t>
      </w:r>
      <w:r>
        <w:t>That was a similar situation with her, even in India. First, they came to work, the Muslims, uh, from the Turkey, they came to work, so they're now Muslims.</w:t>
      </w:r>
    </w:p>
    <w:p>
      <w:pPr>
        <w:jc w:val="right"/>
      </w:pPr>
      <w:r>
        <w:t>Das war eineähnliche Situation mit ihr, sogar in Indien. First, they came to work, the Muslims, uh, from the Türkei, they came to work, so they're now Muslims.</w:t>
      </w:r>
    </w:p>
    <w:p>
      <w:r>
        <w:rPr>
          <w:b/>
        </w:rPr>
        <w:t xml:space="preserve">[19:56] </w:t>
      </w:r>
      <w:r>
        <w:t>So when they come to work, now the problem is that they have to go for five times in a day to pray. Then how can the, the, the whole of the development and all of the, the, the economic situation, that is the, how it goes?</w:t>
      </w:r>
    </w:p>
    <w:p>
      <w:pPr>
        <w:jc w:val="right"/>
      </w:pPr>
      <w:r>
        <w:t>So when they come to work, now the problem is that they have to go for five times in a day to pray. Then how can the, the, the whole of the development and all of the, the, the economic situation, that is the, how it goes?</w:t>
      </w:r>
    </w:p>
    <w:p>
      <w:r>
        <w:rPr>
          <w:b/>
        </w:rPr>
        <w:t xml:space="preserve">[20:12] </w:t>
      </w:r>
      <w:r>
        <w:t>Yeah, so there is a solution to this. This is a phenomenon which we also face. There are a lot of working Muslims, working professionals in companies, and they have to be in the midst of their work</w:t>
      </w:r>
    </w:p>
    <w:p>
      <w:pPr>
        <w:jc w:val="right"/>
      </w:pPr>
      <w:r>
        <w:t>Yeah, so there is a solution to this. This is a phenomenon which we also face. There are a lot of working Muslims, working professionals in companies, and they have to be in the midst of their work</w:t>
      </w:r>
    </w:p>
    <w:p>
      <w:r>
        <w:rPr>
          <w:b/>
        </w:rPr>
        <w:t xml:space="preserve">[20:22] </w:t>
      </w:r>
      <w:r>
        <w:t>. They cannot leave their work and go and pray. So Islam is a very flexible religion. It allows you to make your prayers before your work and do your prayers after your work.</w:t>
      </w:r>
    </w:p>
    <w:p>
      <w:pPr>
        <w:jc w:val="right"/>
      </w:pPr>
      <w:r>
        <w:t>. They cannot leave their work and go and pray. So Islam is a very flexible religion. It allows you to make your prayers before your work and do your prayers after your work.</w:t>
      </w:r>
    </w:p>
    <w:p>
      <w:r>
        <w:rPr>
          <w:b/>
        </w:rPr>
        <w:t xml:space="preserve">[20:32] </w:t>
      </w:r>
      <w:r>
        <w:t>So you don't have to leave your work, leave everything, and say that, "No, I have to pray. If I don't pray, God will be angry with me." That is not the case. You can always do your prayers after you're done with your work.</w:t>
      </w:r>
    </w:p>
    <w:p>
      <w:pPr>
        <w:jc w:val="right"/>
      </w:pPr>
      <w:r>
        <w:t>So you don't have to leave your work, leave everything, and say that, "No, I have to pray. If I don't pray, God will be angry with me." That is not the case. You can always do your prayers after you're done with your work.</w:t>
      </w:r>
    </w:p>
    <w:p>
      <w:r>
        <w:rPr>
          <w:b/>
        </w:rPr>
        <w:t xml:space="preserve">[20:45] </w:t>
      </w:r>
      <w:r>
        <w:t>Just it. Islam gives that allowance.</w:t>
      </w:r>
    </w:p>
    <w:p>
      <w:pPr>
        <w:jc w:val="right"/>
      </w:pPr>
      <w:r>
        <w:t>Just it. Islam gives that allowance.</w:t>
      </w:r>
    </w:p>
    <w:p>
      <w:r>
        <w:rPr>
          <w:b/>
        </w:rPr>
        <w:t xml:space="preserve">[20:53] </w:t>
      </w:r>
      <w:r>
        <w:t>Ja, Muslim, ja, so ein Muslim ist verpflichtet, fünfmal zu beten, aber das bedeutet nicht, dass das unbedingt bis in dieser Zeit, aber er kann, ja, es gibt eine gewisse Flexibilität, dass er kann früh morgens beten oder abends beten oder nachmittags beten.</w:t>
      </w:r>
    </w:p>
    <w:p>
      <w:pPr>
        <w:jc w:val="right"/>
      </w:pPr>
      <w:r>
        <w:t>Ja, Muslim, ja, so ein Muslim ist verpflichtet, fünfmal zu beten, aber das bedeutet nicht, dass das unbedingt bis in dieser Zeit, aber er kann, ja, es gibt eine gewisse Flexibilität, dass er kann früh morgens beten oder abends beten oder nachmittags beten.</w:t>
      </w:r>
    </w:p>
    <w:p>
      <w:r>
        <w:rPr>
          <w:b/>
        </w:rPr>
        <w:t xml:space="preserve">[21:13] </w:t>
      </w:r>
      <w:r>
        <w:t>Das ist, gibt es, Islam gibt eine gewisse Flexibilität.</w:t>
      </w:r>
    </w:p>
    <w:p>
      <w:pPr>
        <w:jc w:val="right"/>
      </w:pPr>
      <w:r>
        <w:t>Das ist, gibt es, Islam gibt eine gewisse Flexibilität.</w:t>
      </w:r>
    </w:p>
    <w:p>
      <w:r>
        <w:rPr>
          <w:b/>
        </w:rPr>
        <w:t xml:space="preserve">[21:19] </w:t>
      </w:r>
      <w:r>
        <w:t>Regarding the daily prayers, is there a sort of rhythm within the Christianity? We have a cycle of the year with different highlights, Christmas, for example, Easter, Pentecost, and so on.</w:t>
      </w:r>
    </w:p>
    <w:p>
      <w:pPr>
        <w:jc w:val="right"/>
      </w:pPr>
      <w:r>
        <w:t>Regarding the daily prayers, is there a sort of rhythm within the Christianity? We have a cycle of the year with different highlights, Christmas, for example, Easter, Pentecost, and so on.</w:t>
      </w:r>
    </w:p>
    <w:p>
      <w:r>
        <w:rPr>
          <w:b/>
        </w:rPr>
        <w:t xml:space="preserve">[21:32] </w:t>
      </w:r>
      <w:r>
        <w:t>Is there any comparable cycle within the Islamic world? That means there is a liturgical cycle.</w:t>
      </w:r>
    </w:p>
    <w:p>
      <w:pPr>
        <w:jc w:val="right"/>
      </w:pPr>
      <w:r>
        <w:t>Is there any comparable cycle within the Islamic world? That means there is a liturgical cycle.</w:t>
      </w:r>
    </w:p>
    <w:p>
      <w:r>
        <w:rPr>
          <w:b/>
        </w:rPr>
        <w:t xml:space="preserve">[21:41] </w:t>
      </w:r>
      <w:r>
        <w:t>That means this time it is like a birth of Jesus at his time, or somewhere fasting time. So like that, there is a liturgy, liturgy.</w:t>
      </w:r>
    </w:p>
    <w:p>
      <w:pPr>
        <w:jc w:val="right"/>
      </w:pPr>
      <w:r>
        <w:t>That means this time it is like a birth of Jesus at his time, or somewhere fasting time. So like that, there is a liturgy, liturgy.</w:t>
      </w:r>
    </w:p>
    <w:p>
      <w:r>
        <w:rPr>
          <w:b/>
        </w:rPr>
        <w:t xml:space="preserve">[21:52] </w:t>
      </w:r>
      <w:r>
        <w:t>Is there a, like that, a liturgical calendar? But a certain kind of prayer for? Yeah, for season. Season.</w:t>
      </w:r>
    </w:p>
    <w:p>
      <w:pPr>
        <w:jc w:val="right"/>
      </w:pPr>
      <w:r>
        <w:t>Is there a, like that, a liturgical calendar? But a certain kind of prayer for? Yeah, for season. Season.</w:t>
      </w:r>
    </w:p>
    <w:p>
      <w:r>
        <w:rPr>
          <w:b/>
        </w:rPr>
        <w:t xml:space="preserve">[22:00] </w:t>
      </w:r>
      <w:r>
        <w:t>No, there is no such season. Your year is basically divided into different seasons of Ramadan and different times. So do the prayers also differ</w:t>
      </w:r>
    </w:p>
    <w:p>
      <w:pPr>
        <w:jc w:val="right"/>
      </w:pPr>
      <w:r>
        <w:t>No, there is no such season. Your year is basically divided into different seasons of Ramadan and different times. So do the prayers also differ</w:t>
      </w:r>
    </w:p>
    <w:p>
      <w:r>
        <w:rPr>
          <w:b/>
        </w:rPr>
        <w:t xml:space="preserve">[22:10] </w:t>
      </w:r>
      <w:r>
        <w:t>accordingly? No, the prayers are not different. The prayers are same. Prayers are same. Prayers are same. Just that during Ramadan a person becomes more devout, more God-conscious, and prays a little more than the normal usual five times prayer.</w:t>
      </w:r>
    </w:p>
    <w:p>
      <w:pPr>
        <w:jc w:val="right"/>
      </w:pPr>
      <w:r>
        <w:t>accordingly? No, the prayers are not different. The prayers are same. Prayers are same. Prayers are same. Just that during Ramadan a person becomes more devout, more God-conscious, and prays a little more than the normal usual five times prayer.</w:t>
      </w:r>
    </w:p>
    <w:p>
      <w:r>
        <w:rPr>
          <w:b/>
        </w:rPr>
        <w:t xml:space="preserve">[22:25] </w:t>
      </w:r>
      <w:r>
        <w:t>He gets up earlier, very early in the morning, and sleeps later in the night, and he focuses a lot on reading the Quran. So that's what one does in Ramadan.</w:t>
      </w:r>
    </w:p>
    <w:p>
      <w:pPr>
        <w:jc w:val="right"/>
      </w:pPr>
      <w:r>
        <w:t>He gets up earlier, very early in the morning, and sleeps later in the night, and he focuses a lot on reading the Quran. So that's what one does in Ramadan.</w:t>
      </w:r>
    </w:p>
    <w:p>
      <w:r>
        <w:rPr>
          <w:b/>
        </w:rPr>
        <w:t xml:space="preserve">[22:34] </w:t>
      </w:r>
      <w:r>
        <w:t>That's it.</w:t>
      </w:r>
    </w:p>
    <w:p>
      <w:pPr>
        <w:jc w:val="right"/>
      </w:pPr>
      <w:r>
        <w:t>That's it.</w:t>
      </w:r>
    </w:p>
    <w:p>
      <w:r>
        <w:rPr>
          <w:b/>
        </w:rPr>
        <w:t xml:space="preserve">[22:40] </w:t>
      </w:r>
      <w:r>
        <w:t>In the Islam, also it seems a form of prayer with individual words, not in the ritual form.</w:t>
      </w:r>
    </w:p>
    <w:p>
      <w:pPr>
        <w:jc w:val="right"/>
      </w:pPr>
      <w:r>
        <w:t>In the Islam, also it seems a form of prayer with individual words, not in the ritual form.</w:t>
      </w:r>
    </w:p>
    <w:p>
      <w:r>
        <w:rPr>
          <w:b/>
        </w:rPr>
        <w:t xml:space="preserve">[22:54] </w:t>
      </w:r>
      <w:r>
        <w:t>So that people can speak to Allah with their own words, uh, in which they express what they want to say to Him.</w:t>
      </w:r>
    </w:p>
    <w:p>
      <w:pPr>
        <w:jc w:val="right"/>
      </w:pPr>
      <w:r>
        <w:t>So that people can speak to Allah with their own words, uh, in which they express what they want to say to Him.</w:t>
      </w:r>
    </w:p>
    <w:p>
      <w:r>
        <w:rPr>
          <w:b/>
        </w:rPr>
        <w:t xml:space="preserve">[23:07] </w:t>
      </w:r>
      <w:r>
        <w:t>Sorry? Didn't follow.</w:t>
      </w:r>
    </w:p>
    <w:p>
      <w:pPr>
        <w:jc w:val="right"/>
      </w:pPr>
      <w:r>
        <w:t>Sorry? Didn't follow.</w:t>
      </w:r>
    </w:p>
    <w:p>
      <w:r>
        <w:rPr>
          <w:b/>
        </w:rPr>
        <w:t xml:space="preserve">[23:10] </w:t>
      </w:r>
      <w:r>
        <w:t>Es gibt dieses Prozess of praying for others. In die rituelle Form des Betens, ohne die rituelle Form, sondern so, dass Menschen ihr Anliegen in persönlichen Worten formulieren können, was ist ihre Kon</w:t>
      </w:r>
    </w:p>
    <w:p>
      <w:pPr>
        <w:jc w:val="right"/>
      </w:pPr>
      <w:r>
        <w:t>Es gibt dieses Prozess of praying for others. In die rituelle Form des Betens, ohne die rituelle Form, sondern so, dass Menschen ihr Anliegen in persönlichen Worten formulieren können, was ist ihre Kon</w:t>
      </w:r>
    </w:p>
    <w:p>
      <w:r>
        <w:rPr>
          <w:b/>
        </w:rPr>
        <w:t xml:space="preserve">[23:30] </w:t>
      </w:r>
      <w:r>
        <w:t>text. Yeah. So, so here is, uh, here your mask, your prayer is like, uh, it is a ritual.</w:t>
      </w:r>
    </w:p>
    <w:p>
      <w:pPr>
        <w:jc w:val="right"/>
      </w:pPr>
      <w:r>
        <w:t>text. Yeah. So, so here is, uh, here your mask, your prayer is like, uh, it is a ritual.</w:t>
      </w:r>
    </w:p>
    <w:p>
      <w:r>
        <w:rPr>
          <w:b/>
        </w:rPr>
        <w:t xml:space="preserve">[23:39] </w:t>
      </w:r>
      <w:r>
        <w:t>How you stay, how you pray, how you left andright. It is, everything is specified. Is there also not prescribed prayers?</w:t>
      </w:r>
    </w:p>
    <w:p>
      <w:pPr>
        <w:jc w:val="right"/>
      </w:pPr>
      <w:r>
        <w:t>How you stay, how you pray, how you left andright. It is, everything is specified. Is there also not prescribed prayers?</w:t>
      </w:r>
    </w:p>
    <w:p>
      <w:r>
        <w:rPr>
          <w:b/>
        </w:rPr>
        <w:t xml:space="preserve">[23:50] </w:t>
      </w:r>
      <w:r>
        <w:t>There are anywhere, somewhere we can pray? Like, uh, means we're pure witness, spontaneous.</w:t>
      </w:r>
    </w:p>
    <w:p>
      <w:pPr>
        <w:jc w:val="right"/>
      </w:pPr>
      <w:r>
        <w:t>There are anywhere, somewhere we can pray? Like, uh, means we're pure witness, spontaneous.</w:t>
      </w:r>
    </w:p>
    <w:p>
      <w:r>
        <w:rPr>
          <w:b/>
        </w:rPr>
        <w:t xml:space="preserve">[23:57] </w:t>
      </w:r>
      <w:r>
        <w:t>Yes, of course. Of course, this is something very natural and obvious. There are times when you, wherever you be, you remember God, and spontaneously you want to pray.</w:t>
      </w:r>
    </w:p>
    <w:p>
      <w:pPr>
        <w:jc w:val="right"/>
      </w:pPr>
      <w:r>
        <w:t>Yes, of course. Of course, this is something very natural and obvious. There are times when you, wherever you be, you remember God, and spontaneously you want to pray.</w:t>
      </w:r>
    </w:p>
    <w:p>
      <w:r>
        <w:rPr>
          <w:b/>
        </w:rPr>
        <w:t xml:space="preserve">[24:07] </w:t>
      </w:r>
      <w:r>
        <w:t>So you can pray in your own words. You don't have to really follow specific words of the Quran or of the Prophet.</w:t>
      </w:r>
    </w:p>
    <w:p>
      <w:pPr>
        <w:jc w:val="right"/>
      </w:pPr>
      <w:r>
        <w:t>So you can pray in your own words. You don't have to really follow specific words of the Quran or of the Prophet.</w:t>
      </w:r>
    </w:p>
    <w:p>
      <w:r>
        <w:rPr>
          <w:b/>
        </w:rPr>
        <w:t xml:space="preserve">[24:16] </w:t>
      </w:r>
      <w:r>
        <w:t>You can pray in your own words. You can connect to God in your own language. That's obvious. I mean, that's the natural feeling of a human being.</w:t>
      </w:r>
    </w:p>
    <w:p>
      <w:pPr>
        <w:jc w:val="right"/>
      </w:pPr>
      <w:r>
        <w:t>You can pray in your own words. You can connect to God in your own language. That's obvious. I mean, that's the natural feeling of a human being.</w:t>
      </w:r>
    </w:p>
    <w:p>
      <w:r>
        <w:rPr>
          <w:b/>
        </w:rPr>
        <w:t xml:space="preserve">[24:27] </w:t>
      </w:r>
      <w:r>
        <w:t>This I have to ask in German because I don't know the words. Gibt es sowas wie Schuldvergebung, also Vergebung der Schuld?</w:t>
      </w:r>
    </w:p>
    <w:p>
      <w:pPr>
        <w:jc w:val="right"/>
      </w:pPr>
      <w:r>
        <w:t>This I have to ask in German because I don't know the words. Gibt es sowas wie Schuldvergebung, also Vergebung der Schuld?</w:t>
      </w:r>
    </w:p>
    <w:p>
      <w:r>
        <w:rPr>
          <w:b/>
        </w:rPr>
        <w:t xml:space="preserve">[24:36] </w:t>
      </w:r>
      <w:r>
        <w:t>Ähm, also Sünde und Schuldvergebung, wüsste ich gerne. Is there sin and forgiveness of sin? Yes.</w:t>
      </w:r>
    </w:p>
    <w:p>
      <w:pPr>
        <w:jc w:val="right"/>
      </w:pPr>
      <w:r>
        <w:t>Ähm, also Sünde und Schuldvergebung, wüsste ich gerne. Is there sin and forgiveness of sin? Yes.</w:t>
      </w:r>
    </w:p>
    <w:p>
      <w:r>
        <w:rPr>
          <w:b/>
        </w:rPr>
        <w:t xml:space="preserve">[24:46] </w:t>
      </w:r>
      <w:r>
        <w:t>Sin I know there is, but forgiveness</w:t>
      </w:r>
    </w:p>
    <w:p>
      <w:pPr>
        <w:jc w:val="right"/>
      </w:pPr>
      <w:r>
        <w:t>Sin I know there is, but forgiveness</w:t>
      </w:r>
    </w:p>
    <w:p>
      <w:r>
        <w:rPr>
          <w:b/>
        </w:rPr>
        <w:t xml:space="preserve">[24:49] </w:t>
      </w:r>
      <w:r>
        <w:t>of sin? Yes, there is, there is. There is this whole concept of repentance in Islam, repenting your sins. So, uh, the Quran tells you that, uh, if you repent your sins sincerely, if you sincerely repent whatever wrongdoing you have done, God will forgive you, however major that wrongdoing be.</w:t>
      </w:r>
    </w:p>
    <w:p>
      <w:pPr>
        <w:jc w:val="right"/>
      </w:pPr>
      <w:r>
        <w:t>of sin? Yes, there is, there is. There is this whole concept of repentance in Islam, repenting your sins. So, uh, the Quran tells you that, uh, if you repent your sins sincerely, if you sincerely repent whatever wrongdoing you have done, God will forgive you, however major that wrongdoing be.</w:t>
      </w:r>
    </w:p>
    <w:p>
      <w:r>
        <w:rPr>
          <w:b/>
        </w:rPr>
        <w:t xml:space="preserve">[25:10] </w:t>
      </w:r>
      <w:r>
        <w:t>In</w:t>
      </w:r>
    </w:p>
    <w:p>
      <w:pPr>
        <w:jc w:val="right"/>
      </w:pPr>
      <w:r>
        <w:t>In</w:t>
      </w:r>
    </w:p>
    <w:p>
      <w:r>
        <w:rPr>
          <w:b/>
        </w:rPr>
        <w:t xml:space="preserve">[25:11] </w:t>
      </w:r>
      <w:r>
        <w:t>lifetime. Yes, in your lifetime. So there is a verse in the Quran wherein God says in His own words that, "O my people, do not, uh, do not, uh, be, uh, despairing of My mercy because I forgive all sins." So that's a very, you know, very general statement.</w:t>
      </w:r>
    </w:p>
    <w:p>
      <w:pPr>
        <w:jc w:val="right"/>
      </w:pPr>
      <w:r>
        <w:t>lifetime. Yes, in your lifetime. So there is a verse in the Quran wherein God says in His own words that, "O my people, do not, uh, do not, uh, be, uh, despairing of My mercy because I forgive all sins." So that's a very, you know, very general statement.</w:t>
      </w:r>
    </w:p>
    <w:p>
      <w:r>
        <w:rPr>
          <w:b/>
        </w:rPr>
        <w:t xml:space="preserve">[25:31] </w:t>
      </w:r>
      <w:r>
        <w:t>Whatever be the kind of sin it be, God will forgive it if you repent sincerely.</w:t>
      </w:r>
    </w:p>
    <w:p>
      <w:pPr>
        <w:jc w:val="right"/>
      </w:pPr>
      <w:r>
        <w:t>Whatever be the kind of sin it be, God will forgive it if you repent sincerely.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