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Don't Have Negative Opinion of Others Dec 7, 2019 - Maulana Wahiduddin Khan</w:t>
      </w:r>
    </w:p>
    <w:p>
      <w:r>
        <w:t>https://www.youtube.com/watch?v=rwlAkJyaYf4</w:t>
      </w:r>
    </w:p>
    <w:p>
      <w:r>
        <w:rPr>
          <w:b/>
        </w:rPr>
        <w:t xml:space="preserve">[00:13]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[00:22] </w:t>
      </w:r>
      <w:r>
        <w:t>wa sallallahu 'ala nabiyyi karim. aaj mujhe ek aisi baat ki discovery hui jo main apne bare mein keh sakta hoon ke main janta nahin tha.</w:t>
      </w:r>
    </w:p>
    <w:p>
      <w:pPr>
        <w:jc w:val="right"/>
      </w:pPr>
      <w:r>
        <w:t>وصلی اللہ علی نبی کریم۔ آج مجھے ایک ایسی بات کی ڈسکوری ہوئی جو میں اپنے بارے میں کہہ سکتا ہوں کہ میں جانتا نہیں تھا۔</w:t>
      </w:r>
    </w:p>
    <w:p>
      <w:r>
        <w:rPr>
          <w:b/>
        </w:rPr>
        <w:t xml:space="preserve">[00:43] </w:t>
      </w:r>
      <w:r>
        <w:t>woh ek ayat ko le kar aaya hai. aap woh ayat padhiye.</w:t>
      </w:r>
    </w:p>
    <w:p>
      <w:pPr>
        <w:jc w:val="right"/>
      </w:pPr>
      <w:r>
        <w:t>وہ ایک آیت کو لے کر آیا ہے۔ آپ وہ آیت پڑھیے۔</w:t>
      </w:r>
    </w:p>
    <w:p>
      <w:r>
        <w:rPr>
          <w:b/>
        </w:rPr>
        <w:t xml:space="preserve">[00:51] </w:t>
      </w:r>
      <w:r>
        <w:t>bismillah rahman rahim. ya ayyuhallazina amanu ijtiniboo katsiram minaz zanni. inn ba'adz zanni ismun.</w:t>
      </w:r>
    </w:p>
    <w:p>
      <w:pPr>
        <w:jc w:val="right"/>
      </w:pPr>
      <w:r>
        <w:t>بسم اللہ الرحمن الرحیم۔ یا ایہا الذین آمنوا اجتنبوا کثیراً من الظن۔ إن بعض الظن إثماً۔</w:t>
      </w:r>
    </w:p>
    <w:p>
      <w:r>
        <w:rPr>
          <w:b/>
        </w:rPr>
        <w:t xml:space="preserve">[01:02] </w:t>
      </w:r>
      <w:r>
        <w:t>ae imaan walo! bohat ziyada badgumani se bacho. beshak ba'z badgumani gunah hai. surah al-hujurat ayat number 12.</w:t>
      </w:r>
    </w:p>
    <w:p>
      <w:pPr>
        <w:jc w:val="right"/>
      </w:pPr>
      <w:r>
        <w:t>اے ایمان والو! بہت زیادہ بدگمانی سے بچو۔ بے شک بعض بدگمانی گناہ ہے۔ سورہ الحجرات آیت نمبر 12۔</w:t>
      </w:r>
    </w:p>
    <w:p>
      <w:r>
        <w:rPr>
          <w:b/>
        </w:rPr>
        <w:t xml:space="preserve">[01:18] </w:t>
      </w:r>
      <w:r>
        <w:t>dekhen is mein main sochta tha ke yeh ba'z ka lafz kyun aaya hai.</w:t>
      </w:r>
    </w:p>
    <w:p>
      <w:pPr>
        <w:jc w:val="right"/>
      </w:pPr>
      <w:r>
        <w:t>دیکھیں اس میں میں سوچتا تھا کہ یہ بعض کا لفظ کیوں آیا ہے۔</w:t>
      </w:r>
    </w:p>
    <w:p>
      <w:r>
        <w:rPr>
          <w:b/>
        </w:rPr>
        <w:t xml:space="preserve">[01:28] </w:t>
      </w:r>
      <w:r>
        <w:t>kyunke badgumani to har badgumani galat hi hai.</w:t>
      </w:r>
    </w:p>
    <w:p>
      <w:pPr>
        <w:jc w:val="right"/>
      </w:pPr>
      <w:r>
        <w:t>کیونکہ بدگمانی تو ہر بدگمانی غلط ہی ہے۔</w:t>
      </w:r>
    </w:p>
    <w:p>
      <w:r>
        <w:rPr>
          <w:b/>
        </w:rPr>
        <w:t xml:space="preserve">[01:38] </w:t>
      </w:r>
      <w:r>
        <w:t>badgumani ka matlab hai</w:t>
      </w:r>
    </w:p>
    <w:p>
      <w:pPr>
        <w:jc w:val="right"/>
      </w:pPr>
      <w:r>
        <w:t>بدگمانی کا مطلب ہے</w:t>
      </w:r>
    </w:p>
    <w:p>
      <w:r>
        <w:rPr>
          <w:b/>
        </w:rPr>
        <w:t xml:space="preserve">[01:42] </w:t>
      </w:r>
      <w:r>
        <w:t>suspicion ke tehat sochna.</w:t>
      </w:r>
    </w:p>
    <w:p>
      <w:pPr>
        <w:jc w:val="right"/>
      </w:pPr>
      <w:r>
        <w:t>سسپشن کے تحت سوچنا۔</w:t>
      </w:r>
    </w:p>
    <w:p>
      <w:r>
        <w:rPr>
          <w:b/>
        </w:rPr>
        <w:t xml:space="preserve">[01:50] </w:t>
      </w:r>
      <w:r>
        <w:t>to badgumani to har badgumani galat hai. yeh kyun kaha ke baaz badgumani gunah hote hain.</w:t>
      </w:r>
    </w:p>
    <w:p>
      <w:pPr>
        <w:jc w:val="right"/>
      </w:pPr>
      <w:r>
        <w:t>تو بدگمانی تو ہر بدگمانی غلط ہے۔ یہ کیوں کہا کہ بعض بدگمانی گناہ ہوتے ہیں۔</w:t>
      </w:r>
    </w:p>
    <w:p>
      <w:r>
        <w:rPr>
          <w:b/>
        </w:rPr>
        <w:t xml:space="preserve">[02:03] </w:t>
      </w:r>
      <w:r>
        <w:t>to</w:t>
      </w:r>
    </w:p>
    <w:p>
      <w:pPr>
        <w:jc w:val="right"/>
      </w:pPr>
      <w:r>
        <w:t>تو</w:t>
      </w:r>
    </w:p>
    <w:p>
      <w:r>
        <w:rPr>
          <w:b/>
        </w:rPr>
        <w:t xml:space="preserve">[02:07] </w:t>
      </w:r>
      <w:r>
        <w:t>mein apne bare mein bohat ziyada sochta hoon apni galtiyon ke bare mein.</w:t>
      </w:r>
    </w:p>
    <w:p>
      <w:pPr>
        <w:jc w:val="right"/>
      </w:pPr>
      <w:r>
        <w:t>میں اپنے بارے میں بہت زیادہ سوچتا ہوں اپنی غلطیوں کے بارے میں۔</w:t>
      </w:r>
    </w:p>
    <w:p>
      <w:r>
        <w:rPr>
          <w:b/>
        </w:rPr>
        <w:t xml:space="preserve">[02:17] </w:t>
      </w:r>
      <w:r>
        <w:t>to aaj</w:t>
      </w:r>
    </w:p>
    <w:p>
      <w:pPr>
        <w:jc w:val="right"/>
      </w:pPr>
      <w:r>
        <w:t>تو آج</w:t>
      </w:r>
    </w:p>
    <w:p>
      <w:r>
        <w:rPr>
          <w:b/>
        </w:rPr>
        <w:t xml:space="preserve">[02:21] </w:t>
      </w:r>
      <w:r>
        <w:t>meri samajh mein aaya ke ek saath ek sahab the</w:t>
      </w:r>
    </w:p>
    <w:p>
      <w:pPr>
        <w:jc w:val="right"/>
      </w:pPr>
      <w:r>
        <w:t>میری سمجھ میں آیا کہ ایک ساتھ ایک صاحب تھے</w:t>
      </w:r>
    </w:p>
    <w:p>
      <w:r>
        <w:rPr>
          <w:b/>
        </w:rPr>
        <w:t xml:space="preserve">[02:30] </w:t>
      </w:r>
      <w:r>
        <w:t>to hamari family mein un ke bare mein achhi rai rahi thi.</w:t>
      </w:r>
    </w:p>
    <w:p>
      <w:pPr>
        <w:jc w:val="right"/>
      </w:pPr>
      <w:r>
        <w:t>تو ہماری فیملی میں ان کے بارے میں اچھی رائے رہی تھی۔</w:t>
      </w:r>
    </w:p>
    <w:p>
      <w:r>
        <w:rPr>
          <w:b/>
        </w:rPr>
        <w:t xml:space="preserve">[02:41] </w:t>
      </w:r>
      <w:r>
        <w:t>agarche door ka rishta tha un se to un ke bare mein achhi rai rahi thi. to mein bachpan se sunte sunte mein bhi badguman ho gaya.</w:t>
      </w:r>
    </w:p>
    <w:p>
      <w:pPr>
        <w:jc w:val="right"/>
      </w:pPr>
      <w:r>
        <w:t>اگرچہ دور کا رشتہ تھا ان سے تو ان کے بارے میں اچھی رائے رہی تھی۔ تو میں بچپن سے سنتے سنتے میں بھی بدگمان ہو گیا۔</w:t>
      </w:r>
    </w:p>
    <w:p>
      <w:r>
        <w:rPr>
          <w:b/>
        </w:rPr>
        <w:t xml:space="preserve">[02:56] </w:t>
      </w:r>
      <w:r>
        <w:t>yani matlab badguman ke bare mein achhi rai nahi thi.</w:t>
      </w:r>
    </w:p>
    <w:p>
      <w:pPr>
        <w:jc w:val="right"/>
      </w:pPr>
      <w:r>
        <w:t>یعنی مطلب بدگمان کے بارے میں اچھی رائے نہیں تھی۔</w:t>
      </w:r>
    </w:p>
    <w:p>
      <w:r>
        <w:rPr>
          <w:b/>
        </w:rPr>
        <w:t xml:space="preserve">[03:05] </w:t>
      </w:r>
      <w:r>
        <w:t>to</w:t>
      </w:r>
    </w:p>
    <w:p>
      <w:pPr>
        <w:jc w:val="right"/>
      </w:pPr>
      <w:r>
        <w:t>تو</w:t>
      </w:r>
    </w:p>
    <w:p>
      <w:r>
        <w:rPr>
          <w:b/>
        </w:rPr>
        <w:t xml:space="preserve">[03:09] </w:t>
      </w:r>
      <w:r>
        <w:t>aaj mujhe</w:t>
      </w:r>
    </w:p>
    <w:p>
      <w:pPr>
        <w:jc w:val="right"/>
      </w:pPr>
      <w:r>
        <w:t>آج مجھے</w:t>
      </w:r>
    </w:p>
    <w:p>
      <w:r>
        <w:rPr>
          <w:b/>
        </w:rPr>
        <w:t xml:space="preserve">[03:13] </w:t>
      </w:r>
      <w:r>
        <w:t>yeh samajh mein aaya ke yeh baaz ka matlab kyun hai. in baaz al-zanb mein is ko chhod kar sochta tha.</w:t>
      </w:r>
    </w:p>
    <w:p>
      <w:pPr>
        <w:jc w:val="right"/>
      </w:pPr>
      <w:r>
        <w:t>یہ سمجھ میں آیا کہ یہ بعض کا لفظ کیوں ہے۔ إن بعض الذنب میں اس کو چھوڑ کر سوچتا تھا۔</w:t>
      </w:r>
    </w:p>
    <w:p>
      <w:r>
        <w:rPr>
          <w:b/>
        </w:rPr>
        <w:t xml:space="preserve">[03:26] </w:t>
      </w:r>
      <w:r>
        <w:t>aap padhiye aur tarjuma padhiye.</w:t>
      </w:r>
    </w:p>
    <w:p>
      <w:pPr>
        <w:jc w:val="right"/>
      </w:pPr>
      <w:r>
        <w:t>آپ پڑھیے اور ترجمہ پڑھیے۔</w:t>
      </w:r>
    </w:p>
    <w:p>
      <w:r>
        <w:rPr>
          <w:b/>
        </w:rPr>
        <w:t xml:space="preserve">[03:33] </w:t>
      </w:r>
      <w:r>
        <w:t>ya ayyuha alladhina amanu ijtiniboo katheeran min al-zann. in baaz al-zann ithmun. aye iman walo! bohat si badgumaniyon se bachho.</w:t>
      </w:r>
    </w:p>
    <w:p>
      <w:pPr>
        <w:jc w:val="right"/>
      </w:pPr>
      <w:r>
        <w:t>یا ایہا الذین آمنوا اجتنبوا کثیراً من الظن۔ إن بعض الظن إثماً۔ اے ایمان والو! بہت سی بدگمانیوں سے بچو۔</w:t>
      </w:r>
    </w:p>
    <w:p>
      <w:r>
        <w:rPr>
          <w:b/>
        </w:rPr>
        <w:t xml:space="preserve">[03:43] </w:t>
      </w:r>
      <w:r>
        <w:t>kyunke baaz badgumaniyan gunah hain. yeh baaz ka matlab jo hai baaz hamara padhte hon wala.</w:t>
      </w:r>
    </w:p>
    <w:p>
      <w:pPr>
        <w:jc w:val="right"/>
      </w:pPr>
      <w:r>
        <w:t>کیونکہ بعض بدگمانیاں گناہ ہیں۔ یہ بعض کا لفظ جو ہے بعض ہمارا پڑھتے ہوں والا۔</w:t>
      </w:r>
    </w:p>
    <w:p>
      <w:r>
        <w:rPr>
          <w:b/>
        </w:rPr>
        <w:t xml:space="preserve">[03:55] </w:t>
      </w:r>
      <w:r>
        <w:t>surah al-hujurat surah number 49 ayat number 12.</w:t>
      </w:r>
    </w:p>
    <w:p>
      <w:pPr>
        <w:jc w:val="right"/>
      </w:pPr>
      <w:r>
        <w:t>سورہ الحجرات سورہ نمبر 49 آیت نمبر 12۔</w:t>
      </w:r>
    </w:p>
    <w:p>
      <w:r>
        <w:rPr>
          <w:b/>
        </w:rPr>
        <w:t xml:space="preserve">[04:00] </w:t>
      </w:r>
      <w:r>
        <w:t>yeh matlab baaz jo aya hai ke baaz</w:t>
      </w:r>
    </w:p>
    <w:p>
      <w:pPr>
        <w:jc w:val="right"/>
      </w:pPr>
      <w:r>
        <w:t>یہ لفظ بعض جو آیا ہے کہ بعض</w:t>
      </w:r>
    </w:p>
    <w:p>
      <w:r>
        <w:rPr>
          <w:b/>
        </w:rPr>
        <w:t xml:space="preserve">[04:07] </w:t>
      </w:r>
      <w:r>
        <w:t>badgumani gunah hoti hai.</w:t>
      </w:r>
    </w:p>
    <w:p>
      <w:pPr>
        <w:jc w:val="right"/>
      </w:pPr>
      <w:r>
        <w:t>بدگمانی گناہ ہوتی ہے۔</w:t>
      </w:r>
    </w:p>
    <w:p>
      <w:r>
        <w:rPr>
          <w:b/>
        </w:rPr>
        <w:t xml:space="preserve">[04:14] </w:t>
      </w:r>
      <w:r>
        <w:t>to baaz ko le kar mein nahi soch paya tha.</w:t>
      </w:r>
    </w:p>
    <w:p>
      <w:pPr>
        <w:jc w:val="right"/>
      </w:pPr>
      <w:r>
        <w:t>تو بعض کو لے کر میں نہیں سوچ پایا تھا۔</w:t>
      </w:r>
    </w:p>
    <w:p>
      <w:r>
        <w:rPr>
          <w:b/>
        </w:rPr>
        <w:t xml:space="preserve">[04:22] </w:t>
      </w:r>
      <w:r>
        <w:t>to meri samajh mein aaya ke koi insan har insan ka muamla yeh hota hai</w:t>
      </w:r>
    </w:p>
    <w:p>
      <w:pPr>
        <w:jc w:val="right"/>
      </w:pPr>
      <w:r>
        <w:t>تو میری سمجھ میں آیا کہ کوئی انسان ہر انسان کا معاملہ یہ ہوتا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