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Become Alert at Satan's Negative Influence Dec 14 2019 - Maulana Wahiduddin Khan</w:t>
      </w:r>
    </w:p>
    <w:p>
      <w:r>
        <w:t>https://www.youtube.com/watch?v=njCxCpiLQ60</w:t>
      </w:r>
    </w:p>
    <w:p>
      <w:r>
        <w:rPr>
          <w:b/>
        </w:rPr>
        <w:t xml:space="preserve">[00:14] </w:t>
      </w:r>
      <w:r>
        <w:t>14 december 2019. Maulana, aaj dopahar ko aap ke saath bohat sari bat cheet hui thi, to is mein se ek bat jo jis par aaj ka program shuru hona hai woh yeh thi ke tazkiya ke liye sabr kyun zaroori hai.</w:t>
      </w:r>
    </w:p>
    <w:p>
      <w:pPr>
        <w:jc w:val="right"/>
      </w:pPr>
      <w:r>
        <w:t>14 دسمبر 2019۔ مولانا، آج دوپہر کو آپ کے ساتھ بہت ساری بات چیت ہوئی تھی، تو اس میں سے ایک بات جو جس پر آج کا پروگرام شروع ہونا ہے وہ یہ تھی کہ تزکیہ کے لیے صبر کیوں ضروری ہے۔</w:t>
      </w:r>
    </w:p>
    <w:p>
      <w:r>
        <w:rPr>
          <w:b/>
        </w:rPr>
        <w:t xml:space="preserve">[00:35] </w:t>
      </w:r>
      <w:r>
        <w:t>sabr kyun aham hai taake insan tazkiya kar sake. to ek point jo mere zehan mein us waqt aaya tha woh yeh tha ke sabr se insan ke andar musbattiat aati hai.</w:t>
      </w:r>
    </w:p>
    <w:p>
      <w:pPr>
        <w:jc w:val="right"/>
      </w:pPr>
      <w:r>
        <w:t>صبر کیوں اہم ہے تاکہ انسان تزکیہ کر سکے۔ تو ایک پوائنٹ جو میرے ذہن میں اس وقت آیا تھا وہ یہ تھا کہ صبر سے انسان کے اندر مثبتیت آتی ہے۔</w:t>
      </w:r>
    </w:p>
    <w:p>
      <w:r>
        <w:rPr>
          <w:b/>
        </w:rPr>
        <w:t xml:space="preserve">[00:55] </w:t>
      </w:r>
      <w:r>
        <w:t>sabr ka ulta hota hai ke aadmi ke andar jazbat ka hona. jazbat hote hain, aadmi jaldi koi kaam karna chahta hai, ghusse mein aata hai, aadmi rad-e-amal deta hai.</w:t>
      </w:r>
    </w:p>
    <w:p>
      <w:pPr>
        <w:jc w:val="right"/>
      </w:pPr>
      <w:r>
        <w:t>صبر کا الٹا ہوتا ہے کہ آدمی کے اندر جذبات کا ہونا۔ جذبات ہوتے ہیں، آدمی جلدی کوئی کام کرنا چاہتا ہے، غصے میں آتا ہے، آدمی ردعمل دیتا ہے۔</w:t>
      </w:r>
    </w:p>
    <w:p>
      <w:r>
        <w:rPr>
          <w:b/>
        </w:rPr>
        <w:t xml:space="preserve">[01:07] </w:t>
      </w:r>
      <w:r>
        <w:t>is ke muqable mein jab aadmi sabr karta hai to woh ghusse mein nahi aata, rad-e-amal nahi deta, balkeh sochta hai ke koi bhi khilaf-e-waqea baat agar aa gayi to us ke sath us ke liye moqa kya hai.</w:t>
      </w:r>
    </w:p>
    <w:p>
      <w:pPr>
        <w:jc w:val="right"/>
      </w:pPr>
      <w:r>
        <w:t>اس کے مقابلے میں جب آدمی صبر کرتا ہے تو وہ غصے میں نہیں آتا، ردعمل نہیں دیتا، بلکہ سوچتا ہے کہ کوئی بھی خلافِ واقعہ بات اگر آ گئی تو اس کے ساتھ اس کے لیے موقع کیا ہے۔</w:t>
      </w:r>
    </w:p>
    <w:p>
      <w:r>
        <w:rPr>
          <w:b/>
        </w:rPr>
        <w:t xml:space="preserve">[01:20] </w:t>
      </w:r>
      <w:r>
        <w:t>jis ko quran mein bataya gaya hai ke "fainnama la usrin yusra" ke har usr ke sath yusr hai. to woh mashaqqat ke darmiyan woh dekhne ki koshish karta hai ke us ke liye yusr kya hai.</w:t>
      </w:r>
    </w:p>
    <w:p>
      <w:pPr>
        <w:jc w:val="right"/>
      </w:pPr>
      <w:r>
        <w:t>جس کو قرآن میں بتایا گیا ہے کہ "فَإِنَّ مَا لَعُسْرٍ يُسْرًا" کہ ہر عسر کے ساتھ یسر ہے۔ تو وہ مشقت کے درمیان وہ دیکھنے کی کوشش کرتا ہے کہ اس کے لیے یسر کیا ہے۔</w:t>
      </w:r>
    </w:p>
    <w:p>
      <w:r>
        <w:rPr>
          <w:b/>
        </w:rPr>
        <w:t xml:space="preserve">[01:35] </w:t>
      </w:r>
      <w:r>
        <w:t>aur yeh cheez ek insaan ko Allah se qareeb karti hai, kyunke jab moqa us ko milta hai to us par woh shukr ada karta hai.</w:t>
      </w:r>
    </w:p>
    <w:p>
      <w:pPr>
        <w:jc w:val="right"/>
      </w:pPr>
      <w:r>
        <w:t>اور یہ چیز ایک انسان کو اللہ سے قریب کرتی ہے، کیونکہ جب موقع اس کو ملتا ہے تو اس پر وہ شکر ادا کرتا ہے۔</w:t>
      </w:r>
    </w:p>
    <w:p>
      <w:r>
        <w:rPr>
          <w:b/>
        </w:rPr>
        <w:t xml:space="preserve">[01:48] </w:t>
      </w:r>
      <w:r>
        <w:t>aur doosri jo cheez</w:t>
      </w:r>
    </w:p>
    <w:p>
      <w:pPr>
        <w:jc w:val="right"/>
      </w:pPr>
      <w:r>
        <w:t>اور دوسری جو چیز</w:t>
      </w:r>
    </w:p>
    <w:p>
      <w:r>
        <w:rPr>
          <w:b/>
        </w:rPr>
        <w:t xml:space="preserve">[01:53] </w:t>
      </w:r>
      <w:r>
        <w:t>hoti hai sabr ki buniyad par woh yeh ke aadmi Allah se qareeb hota hai. sabr karta to aadmi qareeb hota hai Allah taala se, kyunke museebat aati hai to aadmi ka dil naram hota hai.</w:t>
      </w:r>
    </w:p>
    <w:p>
      <w:pPr>
        <w:jc w:val="right"/>
      </w:pPr>
      <w:r>
        <w:t>ہوتی ہے صبر کی بنیاد پر وہ یہ کہ آدمی اللہ سے قریب ہوتا ہے۔ صبر کرتا تو آدمی قریب ہوتا ہے اللہ تعالیٰ سے، کیونکہ مصیبت آتی ہے تو آدمی کا دل نرم ہوتا ہے۔</w:t>
      </w:r>
    </w:p>
    <w:p>
      <w:r>
        <w:rPr>
          <w:b/>
        </w:rPr>
        <w:t xml:space="preserve">[02:03] </w:t>
      </w:r>
      <w:r>
        <w:t>museebat aadmi ko agar misbat soch rakhne wala ho to us ko Allah se qareeb kare gi, aur agar be sabri kare to Allah us se woh cheez us ko door kar de gi.</w:t>
      </w:r>
    </w:p>
    <w:p>
      <w:pPr>
        <w:jc w:val="right"/>
      </w:pPr>
      <w:r>
        <w:t>مصیبت آدمی کو اگر مثبت سوچ رکھنے والا ہو تو اس کو اللہ سے قریب کرے گی، اور اگر بے صبری کرے تو اللہ اس سے وہ چیز اس کو دور کر دے گی۔</w:t>
      </w:r>
    </w:p>
    <w:p>
      <w:r>
        <w:rPr>
          <w:b/>
        </w:rPr>
        <w:t xml:space="preserve">[02:13] </w:t>
      </w:r>
      <w:r>
        <w:t>to mein yeh samajhta hoon ke sabr bohat zaroori hai tazkiya ke liye.</w:t>
      </w:r>
    </w:p>
    <w:p>
      <w:pPr>
        <w:jc w:val="right"/>
      </w:pPr>
      <w:r>
        <w:t>تو میں یہ سمجھتا ہوں کہ صبر بہت ضروری ہے تزکیہ کے لیے۔</w:t>
      </w:r>
    </w:p>
    <w:p>
      <w:r>
        <w:rPr>
          <w:b/>
        </w:rPr>
        <w:t xml:space="preserve">[02:26] </w:t>
      </w:r>
      <w:r>
        <w:t>aap is par Maulana kuch bataein, sabr kyun zaroori hai tazkiya ke liye?</w:t>
      </w:r>
    </w:p>
    <w:p>
      <w:pPr>
        <w:jc w:val="right"/>
      </w:pPr>
      <w:r>
        <w:t>آپ اس پر مولانا کچھ بتائیں، صبر کیوں ضروری ہے تزکیہ کے لیے؟</w:t>
      </w:r>
    </w:p>
    <w:p>
      <w:r>
        <w:rPr>
          <w:b/>
        </w:rPr>
        <w:t xml:space="preserve">[02:36] </w:t>
      </w:r>
      <w:r>
        <w:t>dekhein, meri samajh ke mutabiq</w:t>
      </w:r>
    </w:p>
    <w:p>
      <w:pPr>
        <w:jc w:val="right"/>
      </w:pPr>
      <w:r>
        <w:t>دیکھیں، میری سمجھ کے مطابق</w:t>
      </w:r>
    </w:p>
    <w:p>
      <w:r>
        <w:rPr>
          <w:b/>
        </w:rPr>
        <w:t xml:space="preserve">[02:45] </w:t>
      </w:r>
      <w:r>
        <w:t>sabr</w:t>
      </w:r>
    </w:p>
    <w:p>
      <w:pPr>
        <w:jc w:val="right"/>
      </w:pPr>
      <w:r>
        <w:t>صبر</w:t>
      </w:r>
    </w:p>
    <w:p>
      <w:r>
        <w:rPr>
          <w:b/>
        </w:rPr>
        <w:t xml:space="preserve">[02:50] </w:t>
      </w:r>
      <w:r>
        <w:t>tazkiya ka entry point hai.</w:t>
      </w:r>
    </w:p>
    <w:p>
      <w:pPr>
        <w:jc w:val="right"/>
      </w:pPr>
      <w:r>
        <w:t>تزکیہ کا انٹری پوائنٹ ہے۔</w:t>
      </w:r>
    </w:p>
    <w:p>
      <w:r>
        <w:rPr>
          <w:b/>
        </w:rPr>
        <w:t xml:space="preserve">[02:56] </w:t>
      </w:r>
      <w:r>
        <w:t>sabr hai to tazkiya nahi hai.</w:t>
      </w:r>
    </w:p>
    <w:p>
      <w:pPr>
        <w:jc w:val="right"/>
      </w:pPr>
      <w:r>
        <w:t>صبر ہے تو تزکیہ نہیں ہے۔</w:t>
      </w:r>
    </w:p>
    <w:p>
      <w:r>
        <w:rPr>
          <w:b/>
        </w:rPr>
        <w:t xml:space="preserve">[03:01] </w:t>
      </w:r>
      <w:r>
        <w:t>kyunke jo aadmi sabr na kare to us ne</w:t>
      </w:r>
    </w:p>
    <w:p>
      <w:pPr>
        <w:jc w:val="right"/>
      </w:pPr>
      <w:r>
        <w:t>کیونکہ جو آدمی صبر نہ کرے تو اس نے</w:t>
      </w:r>
    </w:p>
    <w:p>
      <w:r>
        <w:rPr>
          <w:b/>
        </w:rPr>
        <w:t xml:space="preserve">[03:11] </w:t>
      </w:r>
      <w:r>
        <w:t>apne darwaze ko band rakha.</w:t>
      </w:r>
    </w:p>
    <w:p>
      <w:pPr>
        <w:jc w:val="right"/>
      </w:pPr>
      <w:r>
        <w:t>اپنے دروازے کو بند رکھا۔</w:t>
      </w:r>
    </w:p>
    <w:p>
      <w:r>
        <w:rPr>
          <w:b/>
        </w:rPr>
        <w:t xml:space="preserve">[03:18] </w:t>
      </w:r>
      <w:r>
        <w:t>ma'refat ke</w:t>
      </w:r>
    </w:p>
    <w:p>
      <w:pPr>
        <w:jc w:val="right"/>
      </w:pPr>
      <w:r>
        <w:t>معرفت کے</w:t>
      </w:r>
    </w:p>
    <w:p>
      <w:r>
        <w:rPr>
          <w:b/>
        </w:rPr>
        <w:t xml:space="preserve">[03:26] </w:t>
      </w:r>
      <w:r>
        <w:t>ka darwaza tha, us ko band rakha.</w:t>
      </w:r>
    </w:p>
    <w:p>
      <w:pPr>
        <w:jc w:val="right"/>
      </w:pPr>
      <w:r>
        <w:t>کا دروازہ تھا، اس کو بند رکھا۔</w:t>
      </w:r>
    </w:p>
    <w:p>
      <w:r>
        <w:rPr>
          <w:b/>
        </w:rPr>
        <w:t xml:space="preserve">[03:35] </w:t>
      </w:r>
      <w:r>
        <w:t>kyunke dekhein, insaan har lamha, har lamha,</w:t>
      </w:r>
    </w:p>
    <w:p>
      <w:pPr>
        <w:jc w:val="right"/>
      </w:pPr>
      <w:r>
        <w:t>کیونکہ دیکھیں، انسان ہر لمحہ، ہر لمحہ،</w:t>
      </w:r>
    </w:p>
    <w:p>
      <w:r>
        <w:rPr>
          <w:b/>
        </w:rPr>
        <w:t xml:space="preserve">[03:45] </w:t>
      </w:r>
      <w:r>
        <w:t>insaan ke andar har lamha koi na koi manfi baat aati hai. kyunke shaitan 24 ghante un ke sath laga hua hai.</w:t>
      </w:r>
    </w:p>
    <w:p>
      <w:pPr>
        <w:jc w:val="right"/>
      </w:pPr>
      <w:r>
        <w:t>انسان کے اندر ہر لمحہ کوئی نہ کوئی منفی بات آتی ہے۔ کیونکہ شیطان 24 گھنٹے ان کے ساتھ لگا ہوا ہے۔</w:t>
      </w:r>
    </w:p>
    <w:p>
      <w:r>
        <w:rPr>
          <w:b/>
        </w:rPr>
        <w:t xml:space="preserve">[04:00] </w:t>
      </w:r>
      <w:r>
        <w:t>to shaitan aadmi ke andar kisi na kisi manfi baat ko batata hai.</w:t>
      </w:r>
    </w:p>
    <w:p>
      <w:pPr>
        <w:jc w:val="right"/>
      </w:pPr>
      <w:r>
        <w:t>تو شیطان آدمی کے اندر کسی نہ کسی منفی بات کو بتاتا ہے۔</w:t>
      </w:r>
    </w:p>
    <w:p>
      <w:r>
        <w:rPr>
          <w:b/>
        </w:rPr>
        <w:t xml:space="preserve">[04:10] </w:t>
      </w:r>
      <w:r>
        <w:t>to insaan ka pehla kaam yeh hai ke yeh jaane ke kahan shaitan ne us par hamla kar diya hai.</w:t>
      </w:r>
    </w:p>
    <w:p>
      <w:pPr>
        <w:jc w:val="right"/>
      </w:pPr>
      <w:r>
        <w:t>تو انسان کا پہلا کام یہ ہے کہ یہ جانے کہ کہاں شیطان نے اس پر حملہ کر دیا ہے۔</w:t>
      </w:r>
    </w:p>
    <w:p>
      <w:r>
        <w:rPr>
          <w:b/>
        </w:rPr>
        <w:t xml:space="preserve">[04:27] </w:t>
      </w:r>
      <w:r>
        <w:t>yeh pehli shart hai.</w:t>
      </w:r>
    </w:p>
    <w:p>
      <w:pPr>
        <w:jc w:val="right"/>
      </w:pPr>
      <w:r>
        <w:t>یہ پہلی شرط ہے۔</w:t>
      </w:r>
    </w:p>
    <w:p>
      <w:r>
        <w:rPr>
          <w:b/>
        </w:rPr>
        <w:t xml:space="preserve">[04:34] </w:t>
      </w:r>
      <w:r>
        <w:t>woh kya ayat hai ke shaitan jab un par karta hai to woh "tazakkaru fainnal lazina ittaqu iza massahum taifun minash shaitani tazakkaru fainnahum mubsiroon".</w:t>
      </w:r>
    </w:p>
    <w:p>
      <w:pPr>
        <w:jc w:val="right"/>
      </w:pPr>
      <w:r>
        <w:t>وہ کیا آیت ہے کہ شیطان جب ان پر کرتا ہے تو وہ "تذکروا فَإِنَّ الَّذِينَ اتَّقَوْا إِذَا مَسَّهُمْ طَائِفٌ مِنَ الشَّيْطَانِ تَذَكَّرُوا فَإِذَا هُمْ مُبْصِرُونَ"۔</w:t>
      </w:r>
    </w:p>
    <w:p>
      <w:r>
        <w:rPr>
          <w:b/>
        </w:rPr>
        <w:t xml:space="preserve">[04:53] </w:t>
      </w:r>
      <w:r>
        <w:t>tarjuma parhein na.</w:t>
      </w:r>
    </w:p>
    <w:p>
      <w:pPr>
        <w:jc w:val="right"/>
      </w:pPr>
      <w:r>
        <w:t>ترجمہ پڑھیے نا۔</w:t>
      </w:r>
    </w:p>
    <w:p>
      <w:r>
        <w:rPr>
          <w:b/>
        </w:rPr>
        <w:t xml:space="preserve">[05:05] </w:t>
      </w:r>
      <w:r>
        <w:t>hawala aur tarjuma.</w:t>
      </w:r>
    </w:p>
    <w:p>
      <w:pPr>
        <w:jc w:val="right"/>
      </w:pPr>
      <w:r>
        <w:t>حوالہ اور ترجمہ۔</w:t>
      </w:r>
    </w:p>
    <w:p>
      <w:r>
        <w:rPr>
          <w:b/>
        </w:rPr>
        <w:t xml:space="preserve">[05:09] </w:t>
      </w:r>
      <w:r>
        <w:t>surah al-araf ayat number 201. "innal lazina ittaqu iza massahum taifun minash shaitani tazakkaru fainnahum mubsiroon".</w:t>
      </w:r>
    </w:p>
    <w:p>
      <w:pPr>
        <w:jc w:val="right"/>
      </w:pPr>
      <w:r>
        <w:t>سورہ الاعراف آیت نمبر 201۔ "إِنَّ الَّذِينَ اتَّقَوْا إِذَا مَسَّهُمْ طَائِفٌ مِنَ الشَّيْطَانِ تَذَكَّرُوا فَإِذَا هُمْ مُبْصِرُونَ"۔</w:t>
      </w:r>
    </w:p>
    <w:p>
      <w:r>
        <w:rPr>
          <w:b/>
        </w:rPr>
        <w:t xml:space="preserve">[05:19] </w:t>
      </w:r>
      <w:r>
        <w:t>beshak jo log allah se darne wale hain, jab un ko shaitan ki taraf se kuch waswasa aata hai to woh ho jate hain achaanak, aur woh is waqt ho jate hain.</w:t>
      </w:r>
    </w:p>
    <w:p>
      <w:pPr>
        <w:jc w:val="right"/>
      </w:pPr>
      <w:r>
        <w:t>بے شک جو لوگ اللہ سے ڈرنے والے ہیں، جب ان کو شیطان کی طرف سے کچھ وسوسہ آتا ہے تو وہ ہو جاتے ہیں اچانک، اور وہ اس وقت ہو جاتے ہیں۔</w:t>
      </w:r>
    </w:p>
    <w:p>
      <w:r>
        <w:rPr>
          <w:b/>
        </w:rPr>
        <w:t xml:space="preserve">[05:36] </w:t>
      </w:r>
      <w:r>
        <w:t>to shaitan jab insan par hamla karta hai to insan ka kaam hai ke us ko foran samajh le.</w:t>
      </w:r>
    </w:p>
    <w:p>
      <w:pPr>
        <w:jc w:val="right"/>
      </w:pPr>
      <w:r>
        <w:t>تو شیطان جب انسان پر حملہ کرتا ہے تو انسان کا کام ہے کہ اس کو فوراً سمجھ لے۔</w:t>
      </w:r>
    </w:p>
    <w:p>
      <w:r>
        <w:rPr>
          <w:b/>
        </w:rPr>
        <w:t xml:space="preserve">[05:56] </w:t>
      </w:r>
      <w:r>
        <w:t>misalan koi muamla aata hai aur insan ke andar bhai ke zor se waar aa gaya to woh is mauqe par insan ko pehchanna chahiye ke yeh to shaitan ne hamla kar diya hai.</w:t>
      </w:r>
    </w:p>
    <w:p>
      <w:pPr>
        <w:jc w:val="right"/>
      </w:pPr>
      <w:r>
        <w:t>مثلاً کوئی معاملہ آتا ہے اور انسان کے اندر بھائی کے زور سے وار آ گیا تو وہ اس موقع پر انسان کو پہچاننا چاہیے کہ یہ تو شیطان نے حملہ کر دیا ہے۔</w:t>
      </w:r>
    </w:p>
    <w:p>
      <w:r>
        <w:rPr>
          <w:b/>
        </w:rPr>
        <w:t xml:space="preserve">[06:16] </w:t>
      </w:r>
      <w:r>
        <w:t>ab doosre bache.</w:t>
      </w:r>
    </w:p>
    <w:p>
      <w:pPr>
        <w:jc w:val="right"/>
      </w:pPr>
      <w:r>
        <w:t>اب دوسرے بچے۔</w:t>
      </w:r>
    </w:p>
    <w:p>
      <w:r>
        <w:rPr>
          <w:b/>
        </w:rPr>
        <w:t xml:space="preserve">[06:20] </w:t>
      </w:r>
      <w:r>
        <w:t>to sabr ka kirdaar yahi hai.</w:t>
      </w:r>
    </w:p>
    <w:p>
      <w:pPr>
        <w:jc w:val="right"/>
      </w:pPr>
      <w:r>
        <w:t>تو صبر کا کردار یہی ہے۔</w:t>
      </w:r>
    </w:p>
    <w:p>
      <w:r>
        <w:rPr>
          <w:b/>
        </w:rPr>
        <w:t xml:space="preserve">[06:28] </w:t>
      </w:r>
      <w:r>
        <w:t>aur yeh bohat ahem kirdaar hai.</w:t>
      </w:r>
    </w:p>
    <w:p>
      <w:pPr>
        <w:jc w:val="right"/>
      </w:pPr>
      <w:r>
        <w:t>اور یہ بہت اہم کردار ہے۔</w:t>
      </w:r>
    </w:p>
    <w:p>
      <w:r>
        <w:rPr>
          <w:b/>
        </w:rPr>
        <w:t xml:space="preserve">[06:34] </w:t>
      </w:r>
      <w:r>
        <w:t>sabr ko point out karta hai ke kahan woh uska relevant hoga. relevant.</w:t>
      </w:r>
    </w:p>
    <w:p>
      <w:pPr>
        <w:jc w:val="right"/>
      </w:pPr>
      <w:r>
        <w:t>صبر کو پوائنٹ آؤٹ کرتا ہے کہ کہاں وہ اس کا ریلیونٹ ہوگا۔ ریلیونٹ۔</w:t>
      </w:r>
    </w:p>
    <w:p>
      <w:r>
        <w:rPr>
          <w:b/>
        </w:rPr>
        <w:t xml:space="preserve">[06:43] </w:t>
      </w:r>
      <w:r>
        <w:t>jab aadmi apne relevant ko jaane aur us se apne aap ko bachaye tab us ke upar tazkiya ka rasta khul jata hai.</w:t>
      </w:r>
    </w:p>
    <w:p>
      <w:pPr>
        <w:jc w:val="right"/>
      </w:pPr>
      <w:r>
        <w:t>جب آدمی اپنے ریلیونٹ کو جانے اور اس سے اپنے آپ کو بچائے تب اس کے اوپر تزکیہ کا راستہ کھل جاتا ہے۔</w:t>
      </w:r>
    </w:p>
    <w:p>
      <w:r>
        <w:rPr>
          <w:b/>
        </w:rPr>
        <w:t xml:space="preserve">[07:01] </w:t>
      </w:r>
      <w:r>
        <w:t>yeh hai mera mukhtasar koi comment.</w:t>
      </w:r>
    </w:p>
    <w:p>
      <w:pPr>
        <w:jc w:val="right"/>
      </w:pPr>
      <w:r>
        <w:t>یہ ہے میرا مختصر کوئی کمنٹ۔</w:t>
      </w:r>
    </w:p>
    <w:p>
      <w:r>
        <w:rPr>
          <w:b/>
        </w:rPr>
        <w:t xml:space="preserve">[07:07] </w:t>
      </w:r>
      <w:r>
        <w:t>aur aap log comment karna chahein to kar sakte hain.</w:t>
      </w:r>
    </w:p>
    <w:p>
      <w:pPr>
        <w:jc w:val="right"/>
      </w:pPr>
      <w:r>
        <w:t>اور آپ لوگ کمنٹ کرنا چاہیں تو کر سکتے ہیں۔</w:t>
      </w:r>
    </w:p>
    <w:p>
      <w:r>
        <w:rPr>
          <w:b/>
        </w:rPr>
        <w:t xml:space="preserve">[07:13] </w:t>
      </w:r>
      <w:r>
        <w:t>Maulana, "the importance of patience for tazkiya". I understood that it's important, but I didn't realize that it is the entry point for tazkiya.</w:t>
      </w:r>
    </w:p>
    <w:p>
      <w:pPr>
        <w:jc w:val="right"/>
      </w:pPr>
      <w:r>
        <w:t>مولانا، "دا امپورٹنس آف پیشنس فار تزکیہ"۔ آئی انڈرسٹوڈ دیٹ اٹس امپورٹنٹ، بٹ آئی ڈنٹ ریلائز دیٹ اٹ از دا انٹری پوائنٹ فار تزکیہ۔</w:t>
      </w:r>
    </w:p>
    <w:p>
      <w:r>
        <w:rPr>
          <w:b/>
        </w:rPr>
        <w:t xml:space="preserve">[07:28] </w:t>
      </w:r>
      <w:r>
        <w:t>this becomes clear to me today only that when at every moment Satan tries to attack us and we have to immediately become aware that he has attacked us and remain patient at that time.</w:t>
      </w:r>
    </w:p>
    <w:p>
      <w:pPr>
        <w:jc w:val="right"/>
      </w:pPr>
      <w:r>
        <w:t>دس بیکم کلیئر ٹو می ٹوڈے اونلی دیٹ وین ایٹ ایوری مومنٹ سیٹن ٹرائیز ٹو اٹیک اس اینڈ وی ہیو ٹو امیڈیٹلی بیکم اویئر دیٹ ہی ہیز اٹیکڈ اس اینڈ ریمین پیشنٹ ایٹ دیٹ ٹائم۔</w:t>
      </w:r>
    </w:p>
    <w:p>
      <w:r>
        <w:rPr>
          <w:b/>
        </w:rPr>
        <w:t xml:space="preserve">[07:46] </w:t>
      </w:r>
      <w:r>
        <w:t>if we are able to do that then the process of tazkiya continues and if we are not able to do it then tazkiya stops.</w:t>
      </w:r>
    </w:p>
    <w:p>
      <w:pPr>
        <w:jc w:val="right"/>
      </w:pPr>
      <w:r>
        <w:t>اف وی آر ایبل ٹو ڈو دیٹ دین دا پراسیس آف تزکیہ کنٹینیوز اینڈ اف وی آر ناٹ ایبل ٹو ڈو اٹ دین تزکیہ سٹاپس۔</w:t>
      </w:r>
    </w:p>
    <w:p>
      <w:r>
        <w:rPr>
          <w:b/>
        </w:rPr>
        <w:t xml:space="preserve">[07:56] </w:t>
      </w:r>
      <w:r>
        <w:t>so this is a very important lesson. i will try to apply it in my life. Maulana,</w:t>
      </w:r>
    </w:p>
    <w:p>
      <w:pPr>
        <w:jc w:val="right"/>
      </w:pPr>
      <w:r>
        <w:t>سو دس از ا ویری امپورٹنٹ لیسن۔ آئی ویل ٹرائی ٹو اپلائی اٹ ان مائی لائف۔ مولانا،</w:t>
      </w:r>
    </w:p>
    <w:p>
      <w:r>
        <w:rPr>
          <w:b/>
        </w:rPr>
        <w:t xml:space="preserve">[08:04] </w:t>
      </w:r>
      <w:r>
        <w:t>bohat sahi kaha aap ne. bohat zyada sahi kaha aap ne. bohat zyada. is se khul gaya ke tazkiya ke muamle mein sabr ki importance kitni zyada kya hai.</w:t>
      </w:r>
    </w:p>
    <w:p>
      <w:pPr>
        <w:jc w:val="right"/>
      </w:pPr>
      <w:r>
        <w:t>بہت صحیح کہا آپ نے۔ بہت زیادہ صحیح کہا آپ نے۔ بہت زیادہ۔ اس سے کھل گیا کہ تزکیہ کے معاملے میں صبر کی امپورٹنس کتنی زیادہ کیا ہے۔</w:t>
      </w:r>
    </w:p>
    <w:p>
      <w:r>
        <w:rPr>
          <w:b/>
        </w:rPr>
        <w:t xml:space="preserve">[08:24] </w:t>
      </w:r>
      <w:r>
        <w:t>mera sawal hai ke maulana ne kaha ke jab satan hamein attack karta hai to jo log, jaise quran ne bataya, jo khuda ko darte hain, woh foran alert ho jate hain.</w:t>
      </w:r>
    </w:p>
    <w:p>
      <w:pPr>
        <w:jc w:val="right"/>
      </w:pPr>
      <w:r>
        <w:t>میرا سوال ہے کہ مولانا نے کہا کہ جب سیٹن ہمیں اٹیک کرتا ہے تو جو لوگ، جیسے قرآن نے بتایا، جو خدا کو ڈرتے ہیں، وہ فوراً الرٹ ہو جاتے ہیں۔</w:t>
      </w:r>
    </w:p>
    <w:p>
      <w:r>
        <w:rPr>
          <w:b/>
        </w:rPr>
        <w:t xml:space="preserve">[08:37] </w:t>
      </w:r>
      <w:r>
        <w:t>lekin kabhi kabhi aisa hota hai ke jab satan hamein attack karta hai to hum ek dam manfi ho jate hain aur totally us ke influence mein ho jate hain. aur hamara rawaiyya bhi ek dam manfi ho jata hai.</w:t>
      </w:r>
    </w:p>
    <w:p>
      <w:pPr>
        <w:jc w:val="right"/>
      </w:pPr>
      <w:r>
        <w:t>لیکن کبھی کبھی ایسا ہوتا ہے کہ جب سیٹن ہمیں اٹیک کرتا ہے تو ہم ایک دم منفی ہو جاتے ہیں اور ٹوٹلی اس کے انفلوئنس میں ہو جاتے ہیں۔ اور ہمارا رویہ بھی ایک دم منفی ہو جاتا ہے۔</w:t>
      </w:r>
    </w:p>
    <w:p>
      <w:r>
        <w:rPr>
          <w:b/>
        </w:rPr>
        <w:t xml:space="preserve">[08:47] </w:t>
      </w:r>
      <w:r>
        <w:t>to tab hum kaise apne aap ko control mein le kar aayein? apna islah kaise karein?</w:t>
      </w:r>
    </w:p>
    <w:p>
      <w:pPr>
        <w:jc w:val="right"/>
      </w:pPr>
      <w:r>
        <w:t>تو تب ہم کیسے اپنے آپ کو کنٹرول میں لے کر آئیں؟ اپنا اصلاح کیسے کریں؟</w:t>
      </w:r>
    </w:p>
    <w:p>
      <w:r>
        <w:rPr>
          <w:b/>
        </w:rPr>
        <w:t xml:space="preserve">[08:52] </w:t>
      </w:r>
      <w:r>
        <w:t>baat to yahi hai. baat to yahi hai. aise mauqe par insan ka,</w:t>
      </w:r>
    </w:p>
    <w:p>
      <w:pPr>
        <w:jc w:val="right"/>
      </w:pPr>
      <w:r>
        <w:t>بات تو یہی ہے۔ بات تو یہی ہے۔ ایسے موقع پر انسان کا،</w:t>
      </w:r>
    </w:p>
    <w:p>
      <w:r>
        <w:rPr>
          <w:b/>
        </w:rPr>
        <w:t xml:space="preserve">[09:07] </w:t>
      </w:r>
      <w:r>
        <w:t>insan ka, insan par self defence jalwa aa jata hai.</w:t>
      </w:r>
    </w:p>
    <w:p>
      <w:pPr>
        <w:jc w:val="right"/>
      </w:pPr>
      <w:r>
        <w:t>انسان کا، انسان پر سیلف ڈیفنس جلوہ آ جاتا ہے۔</w:t>
      </w:r>
    </w:p>
    <w:p>
      <w:r>
        <w:rPr>
          <w:b/>
        </w:rPr>
        <w:t xml:space="preserve">[09:17] </w:t>
      </w:r>
      <w:r>
        <w:t>woh us ko self respect ka masla bana leta hai. aur bajaye haq knowledge karne ke, woh apne ko bachane ki fikr mein lag jata hai.</w:t>
      </w:r>
    </w:p>
    <w:p>
      <w:pPr>
        <w:jc w:val="right"/>
      </w:pPr>
      <w:r>
        <w:t>وہ اس کو سیلف ریسپیکٹ کا مسئلہ بنا لیتا ہے۔ اور بجائے حق نالج کرنے کے، وہ اپنے کو بچانے کی فکر میں لگ جاتا ہے۔</w:t>
      </w:r>
    </w:p>
    <w:p>
      <w:r>
        <w:rPr>
          <w:b/>
        </w:rPr>
        <w:t xml:space="preserve">[09:34] </w:t>
      </w:r>
      <w:r>
        <w:t>mere khayal se to aise hi hota hai.</w:t>
      </w:r>
    </w:p>
    <w:p>
      <w:pPr>
        <w:jc w:val="right"/>
      </w:pPr>
      <w:r>
        <w:t>میرے خیال سے تو ایسے ہی ہوتا ہے۔</w:t>
      </w:r>
    </w:p>
    <w:p>
      <w:r>
        <w:rPr>
          <w:b/>
        </w:rPr>
        <w:t xml:space="preserve">[09:40] </w:t>
      </w:r>
      <w:r>
        <w:t>to is se sabr, is se aadmi ko bachata hai.</w:t>
      </w:r>
    </w:p>
    <w:p>
      <w:pPr>
        <w:jc w:val="right"/>
      </w:pPr>
      <w:r>
        <w:t>تو اس سے صبر، اس سے آدمی کو بچاتا ہے۔</w:t>
      </w:r>
    </w:p>
    <w:p>
      <w:r>
        <w:rPr>
          <w:b/>
        </w:rPr>
        <w:t xml:space="preserve">[09:48] </w:t>
      </w:r>
      <w:r>
        <w:t>yeh sabr ki sab se oonchi qism hai.</w:t>
      </w:r>
    </w:p>
    <w:p>
      <w:pPr>
        <w:jc w:val="right"/>
      </w:pPr>
      <w:r>
        <w:t>یہ صبر کی سب سے اونچی قسم ہے۔</w:t>
      </w:r>
    </w:p>
    <w:p>
      <w:r>
        <w:rPr>
          <w:b/>
        </w:rPr>
        <w:t xml:space="preserve">[10:00] </w:t>
      </w:r>
      <w:r>
        <w:t>jo aadmi apne aap ko</w:t>
      </w:r>
    </w:p>
    <w:p>
      <w:pPr>
        <w:jc w:val="right"/>
      </w:pPr>
      <w:r>
        <w:t>جو آدمی اپنے آپ کو</w:t>
      </w:r>
    </w:p>
    <w:p>
      <w:r>
        <w:rPr>
          <w:b/>
        </w:rPr>
        <w:t xml:space="preserve">[10:04] </w:t>
      </w:r>
      <w:r>
        <w:t>is mani mein sabr wala bana le to wohi kamyab hai.</w:t>
      </w:r>
    </w:p>
    <w:p>
      <w:pPr>
        <w:jc w:val="right"/>
      </w:pPr>
      <w:r>
        <w:t>اس معنی میں صبر والا بنا لے تو وہی کامیاب ہے۔</w:t>
      </w:r>
    </w:p>
    <w:p>
      <w:r>
        <w:rPr>
          <w:b/>
        </w:rPr>
        <w:t xml:space="preserve">[10:17] </w:t>
      </w:r>
      <w:r>
        <w:t>wohi kamyab hai.</w:t>
      </w:r>
    </w:p>
    <w:p>
      <w:pPr>
        <w:jc w:val="right"/>
      </w:pPr>
      <w:r>
        <w:t>وہی کامیاب ہے۔</w:t>
      </w:r>
    </w:p>
    <w:p>
      <w:r>
        <w:rPr>
          <w:b/>
        </w:rPr>
        <w:t xml:space="preserve">[10:20] </w:t>
      </w:r>
      <w:r>
        <w:t>maulana, mujhe ek waqia yaad aata hai hazrat umar ka. hazrat umar ke paas ek aadmi ne aa kar bohat ziyada hazrat umar ki yeh kar di, tanqeed kar di.</w:t>
      </w:r>
    </w:p>
    <w:p>
      <w:pPr>
        <w:jc w:val="right"/>
      </w:pPr>
      <w:r>
        <w:t>مولانا، مجھے ایک واقعہ یاد آتا ہے حضرت عمر کا۔ حضرت عمر کے پاس ایک آدمی نے آ کر بہت زیادہ حضرت عمر کی یہ کر دی، تنقید کر دی۔</w:t>
      </w:r>
    </w:p>
    <w:p>
      <w:r>
        <w:rPr>
          <w:b/>
        </w:rPr>
        <w:t xml:space="preserve">[10:31] </w:t>
      </w:r>
      <w:r>
        <w:t>to hazrat umar ko bohat ghussa aa gaya tha. to us waqt ek sahabi maujood thay, unhon ne ek ayat parh di.</w:t>
      </w:r>
    </w:p>
    <w:p>
      <w:pPr>
        <w:jc w:val="right"/>
      </w:pPr>
      <w:r>
        <w:t>تو حضرت عمر کو بہت غصہ آ گیا تھا۔ تو اس وقت ایک صحابی موجود تھے، انہوں نے ایک آیت پڑھ دی۔</w:t>
      </w:r>
    </w:p>
    <w:p>
      <w:r>
        <w:rPr>
          <w:b/>
        </w:rPr>
        <w:t xml:space="preserve">[10:41] </w:t>
      </w:r>
      <w:r>
        <w:t>"khudh-il-aqba wa aamir bil-urfi wa arriz-il-jahileen". to jitna ghussa tha hazrat umar ka, foran utar gaya. aur woh bilkul normal ho gaye thay. to kahin aisa yeh to nahi ho sakta ke aadmi us waqt zehan mein na rahe to uska saathi usko yaad dilaye ke aap aisa na karo.</w:t>
      </w:r>
    </w:p>
    <w:p>
      <w:pPr>
        <w:jc w:val="right"/>
      </w:pPr>
      <w:r>
        <w:t>"خُذِ الْعَقْبَ وَعَمِرْ بِالْعُرْفِ وَأَرِزَنِ الْجَاهِلِينَ"۔ تو جتنا غصہ تھا حضرت عمر کا، فوراً اتر گیا۔ اور وہ بالکل نارمل ہو گئے تھے۔ تو کہیں ایسا یہ تو نہیں ہو سکتا کہ آدمی اس وقت ذہن میں نہ رہے تو اس کا ساتھی اس کو یاد دلائے کہ آپ ایسا نہ کرو۔</w:t>
      </w:r>
    </w:p>
    <w:p>
      <w:r>
        <w:rPr>
          <w:b/>
        </w:rPr>
        <w:t xml:space="preserve">[10:59] </w:t>
      </w:r>
      <w:r>
        <w:t>baat to sahi hai. agar aadmi ke andar kuch bhi</w:t>
      </w:r>
    </w:p>
    <w:p>
      <w:pPr>
        <w:jc w:val="right"/>
      </w:pPr>
      <w:r>
        <w:t>بات تو صحیح ہے۔ اگر آدمی کے اندر کچھ بھی</w:t>
      </w:r>
    </w:p>
    <w:p>
      <w:r>
        <w:rPr>
          <w:b/>
        </w:rPr>
        <w:t xml:space="preserve">[11:07] </w:t>
      </w:r>
      <w:r>
        <w:t>ehsaas hai to jab ayat parh jayegi to usko chonk uthega. aur criticize ho jayega.</w:t>
      </w:r>
    </w:p>
    <w:p>
      <w:pPr>
        <w:jc w:val="right"/>
      </w:pPr>
      <w:r>
        <w:t>احساس ہے تو جب آیت پڑھ جائے گی تو اس کو چوک اٹھے گا۔ اور کریٹیسائز ہو جائے گا۔</w:t>
      </w:r>
    </w:p>
    <w:p>
      <w:r>
        <w:rPr>
          <w:b/>
        </w:rPr>
        <w:t xml:space="preserve">[11:20] </w:t>
      </w:r>
      <w:r>
        <w:t>ayat aadmi ko criticize banati hai. is liye woh apne ko bacha leta hai ghalat simt mein jaane se.</w:t>
      </w:r>
    </w:p>
    <w:p>
      <w:pPr>
        <w:jc w:val="right"/>
      </w:pPr>
      <w:r>
        <w:t>آیت آدمی کو کریٹیسائز بناتی ہے۔ اس لیے وہ اپنے کو بچا لیتا ہے غلط سمت میں جانے سے۔</w:t>
      </w:r>
    </w:p>
    <w:p>
      <w:r>
        <w:rPr>
          <w:b/>
        </w:rPr>
        <w:t xml:space="preserve">[11:35] </w:t>
      </w:r>
      <w:r>
        <w:t>maulana, mera manna yeh hai ke insaan tabhi sabr kar sakta hai jab woh khuda markooz zindagi jiye. is ke zehan mein hamesha khuda ka khauf ho.</w:t>
      </w:r>
    </w:p>
    <w:p>
      <w:pPr>
        <w:jc w:val="right"/>
      </w:pPr>
      <w:r>
        <w:t>مولانا، میرا ماننا یہ ہے کہ انسان تبھی صبر کر سکتا ہے جب وہ خدا مرکوز زندگی جیے۔ اس کے ذہن میں ہمیشہ خدا کا خوف ہو۔</w:t>
      </w:r>
    </w:p>
    <w:p>
      <w:r>
        <w:rPr>
          <w:b/>
        </w:rPr>
        <w:t xml:space="preserve">[11:45] </w:t>
      </w:r>
      <w:r>
        <w:t>kya yeh sahi hai?</w:t>
      </w:r>
    </w:p>
    <w:p>
      <w:pPr>
        <w:jc w:val="right"/>
      </w:pPr>
      <w:r>
        <w:t>کیا یہ صحیح ہے؟</w:t>
      </w:r>
    </w:p>
    <w:p>
      <w:r>
        <w:rPr>
          <w:b/>
        </w:rPr>
        <w:t xml:space="preserve">[11:47] </w:t>
      </w:r>
      <w:r>
        <w:t>is mein is mein koi shaq nahi hai.</w:t>
      </w:r>
    </w:p>
    <w:p>
      <w:pPr>
        <w:jc w:val="right"/>
      </w:pPr>
      <w:r>
        <w:t>اس میں اس میں کوئی شک نہیں ہے۔</w:t>
      </w:r>
    </w:p>
    <w:p>
      <w:r>
        <w:rPr>
          <w:b/>
        </w:rPr>
        <w:t xml:space="preserve">[11:53] </w:t>
      </w:r>
      <w:r>
        <w:t>is liye aadmi ko rozana apna interest wish karna chahiye ke kya main well prepared hoon ke jab aisa mauqa aaye to main apne aap ko sambhal sakoon.</w:t>
      </w:r>
    </w:p>
    <w:p>
      <w:pPr>
        <w:jc w:val="right"/>
      </w:pPr>
      <w:r>
        <w:t>اس لیے آدمی کو روزانہ اپنا انٹرسٹ وش کرنا چاہیے کہ کیا میں ویل پریپریڈ ہوں کہ جب ایسا موقع آئے تو میں اپنے آپ کو سنبھال سکوں۔</w:t>
      </w:r>
    </w:p>
    <w:p>
      <w:r>
        <w:rPr>
          <w:b/>
        </w:rPr>
        <w:t xml:space="preserve">[12:11] </w:t>
      </w:r>
      <w:r>
        <w:t>rozana aadmi ko apna hisab dena chahiye ke main tayyar hoon ke shaitan jab aisa mere upar hamla kare to main usko face karne ke liye tayyar hoon.</w:t>
      </w:r>
    </w:p>
    <w:p>
      <w:pPr>
        <w:jc w:val="right"/>
      </w:pPr>
      <w:r>
        <w:t>روزانہ آدمی کو اپنا حساب دینا چاہیے کہ میں تیار ہوں کہ شیطان جب ایسا میرے اوپر حملہ کرے تو میں اس کو فیس کرنے کے لیے تیار ہوں۔</w:t>
      </w:r>
    </w:p>
    <w:p>
      <w:r>
        <w:rPr>
          <w:b/>
        </w:rPr>
        <w:t xml:space="preserve">[12:26] </w:t>
      </w:r>
      <w:r>
        <w:t>maulana, aap ne pichle saal ek baar mujhe naseehat ki thi aur woh al-risala mein ek naujawan ko naseehat kar ke woh article bhi chhaap tha.</w:t>
      </w:r>
    </w:p>
    <w:p>
      <w:pPr>
        <w:jc w:val="right"/>
      </w:pPr>
      <w:r>
        <w:t>مولانا، آپ نے پچھلے سال ایک بار مجھے نصیحت کی تھی اور وہ الرسالہ میں ایک نوجوان کو نصیحت کر کے وہ آرٹیکل بھی چھپا تھا۔</w:t>
      </w:r>
    </w:p>
    <w:p>
      <w:r>
        <w:rPr>
          <w:b/>
        </w:rPr>
        <w:t xml:space="preserve">[12:36] </w:t>
      </w:r>
      <w:r>
        <w:t>is mein aap ne yeh bataya tha jis se main is is baat se relate kar pa raha hoon. aap ne kaha tha ke jab koi aap ko kuch negative bole, aap ko criticize kare to is mein do ya teen pehlu hotay hain.</w:t>
      </w:r>
    </w:p>
    <w:p>
      <w:pPr>
        <w:jc w:val="right"/>
      </w:pPr>
      <w:r>
        <w:t>اس میں آپ نے یہ بتایا تھا جس سے میں اس اس بات سے ریلیٹ کر پا رہا ہوں۔ آپ نے کہا تھا کہ جب کوئی آپ کو کچھ منفی بولے، آپ کو کریٹیسائز کرے تو اس میں دو یا تین پہلو ہوتے ہیں۔</w:t>
      </w:r>
    </w:p>
    <w:p>
      <w:r>
        <w:rPr>
          <w:b/>
        </w:rPr>
        <w:t xml:space="preserve">[12:50] </w:t>
      </w:r>
      <w:r>
        <w:t>pehla yeh hota hai ke ya to woh aadmi sahi bol raha hai. sahi, us ka us ne jo point out kiya woh sahi hai. tab to koi baat hi nahi hai ke hum is mein react karein.</w:t>
      </w:r>
    </w:p>
    <w:p>
      <w:pPr>
        <w:jc w:val="right"/>
      </w:pPr>
      <w:r>
        <w:t>پہلا یہ ہوتا ہے کہ یا تو وہ آدمی صحیح بول رہا ہے۔ صحیح، اس کا اس نے جو پوائنٹ آؤٹ کیا وہ صحیح ہے۔ تب تو کوئی بات ہی نہیں ہے کہ ہم اس میں ری ایکٹ کریں۔</w:t>
      </w:r>
    </w:p>
    <w:p>
      <w:r>
        <w:rPr>
          <w:b/>
        </w:rPr>
        <w:t xml:space="preserve">[13:03] </w:t>
      </w:r>
      <w:r>
        <w:t>to hum hum ko to us waqt shukr ada karna chahiye us insaan ka bhi aur Allah ka ke ke us bande ne hamein point out kar diya hamare mistake. aur doosra yeh ho sakta hai ke jab hum introspect kar lein jab kisi ki baat ko aur yeh maloom chale ke unhon ne jo realize kiya yeh sahi nahi hai mere bare mein.</w:t>
      </w:r>
    </w:p>
    <w:p>
      <w:pPr>
        <w:jc w:val="right"/>
      </w:pPr>
      <w:r>
        <w:t>تو ہم ہم کو تو اس وقت شکر ادا کرنا چاہیے اس انسان کا بھی اور اللہ کا کہ کہ اس بندے نے ہمیں پوائنٹ آؤٹ کر دیا ہمارے مسٹیک۔ اور دوسرا یہ ہو سکتا ہے کہ جب ہم انٹروسپیکٹ کر لیں جب کسی کی بات کو اور یہ معلوم چلے کہ انہوں نے جو ریلائز کیا یہ صحیح نہیں ہے میرے بارے میں۔</w:t>
      </w:r>
    </w:p>
    <w:p>
      <w:r>
        <w:rPr>
          <w:b/>
        </w:rPr>
        <w:t xml:space="preserve">[13:19] </w:t>
      </w:r>
      <w:r>
        <w:t>to us ko hum taake hum negative na hon saamne wale ke bare mein, us ko hum us ke unawareness ke khate mein daalein. aap ne prophet ke life ka bhi example de ke bataya tha ke woh unawareness ke khate mein daalte thay ke saamne wale ko us ka unawareness hai mere is cheez ke bare mein, is liye woh aise bata raha hai.</w:t>
      </w:r>
    </w:p>
    <w:p>
      <w:pPr>
        <w:jc w:val="right"/>
      </w:pPr>
      <w:r>
        <w:t>تو اس کو ہم تاکہ ہم منفی نہ ہوں سامنے والے کے بارے میں، اس کو ہم اس کے ان اویرنس کے کھاتے میں ڈالیں۔ آپ نے پرافٹ کے لائف کا بھی ایگزامپل دے کے بتایا تھا کہ وہ ان اویرنس کے کھاتے میں ڈالتے تھے کہ سامنے والے کو اس کا ان اویرنس ہے میرے اس چیز کے بارے میں، اس لیے وہ ایسے بتا رہا ہے۔</w:t>
      </w:r>
    </w:p>
    <w:p>
      <w:r>
        <w:rPr>
          <w:b/>
        </w:rPr>
        <w:t xml:space="preserve">[13:38] </w:t>
      </w:r>
      <w:r>
        <w:t>to yeh us ki ghalati nahi hai. aur saath hi us ke liye dua karna Allah se. to Maulana, isi principle ko jab thoda sa aur enlarge kar ke jab dekhenge, jab koi criticize na bhi karta ho, but koi scenario hamare against ja rahi ho,</w:t>
      </w:r>
    </w:p>
    <w:p>
      <w:pPr>
        <w:jc w:val="right"/>
      </w:pPr>
      <w:r>
        <w:t>تو یہ اس کی غلطی نہیں ہے۔ اور ساتھ ہی اس کے لیے دعا کرنا اللہ سے۔ تو مولانا، اسی پرنسپل کو جب تھوڑا سا اور انلارج کر کے جب دیکھیں گے، جب کوئی کریٹیسائز نہ بھی کرتا ہو، بٹ کوئی سیناریو ہمارے اگینسٹ جا رہی ہو،</w:t>
      </w:r>
    </w:p>
    <w:p>
      <w:r>
        <w:rPr>
          <w:b/>
        </w:rPr>
        <w:t xml:space="preserve">[13:54] </w:t>
      </w:r>
      <w:r>
        <w:t>to woh moment banna chahiye hamare liye ke hum is hum is waqt reflect karein ke kahin hum ne koi ghalati to nahi ki. agar hum ne ghalati ki to hamein use sudhaar lena chahiye.</w:t>
      </w:r>
    </w:p>
    <w:p>
      <w:pPr>
        <w:jc w:val="right"/>
      </w:pPr>
      <w:r>
        <w:t>تو وہ مومنٹ بننا چاہیے ہمارے لیے کہ ہم اس ہم اس وقت ریفلیکٹ کریں کہ کہیں ہم نے کوئی غلطی تو نہیں کی۔ اگر ہم نے غلطی کی تو ہمیں اسے سدھار لینا چاہیے۔</w:t>
      </w:r>
    </w:p>
    <w:p>
      <w:r>
        <w:rPr>
          <w:b/>
        </w:rPr>
        <w:t xml:space="preserve">[14:03] </w:t>
      </w:r>
      <w:r>
        <w:t>sudhaarne ki taraf use dhyan dena chahiye. aur agar ghalati nahi ki, is ke bawajood bhi agar woh hamare saath pesh aa raha hai to phir wohi hai ke kisi na kisi ki unawareness ki wajah se yeh ho raha hai.</w:t>
      </w:r>
    </w:p>
    <w:p>
      <w:pPr>
        <w:jc w:val="right"/>
      </w:pPr>
      <w:r>
        <w:t>سدھارنے کی طرف اسے دھیان دینا چاہیے۔ اور اگر غلطی نہیں کی، اس کے باوجود بھی اگر وہ ہمارے ساتھ پیش آ رہا ہے تو پھر وہی ہے کہ کسی نہ کسی کی ان اویرنس کی وجہ سے یہ ہو رہا ہے۔</w:t>
      </w:r>
    </w:p>
    <w:p>
      <w:r>
        <w:rPr>
          <w:b/>
        </w:rPr>
        <w:t xml:space="preserve">[14:14] </w:t>
      </w:r>
      <w:r>
        <w:t>to hamein response, sabr ka jo aap response bata rahe hain tazkiya ke liye, ultimately woh Allah ki taraf jodta hai. to is principle jo sab se important baat aap ne us din kahi thi, woh yeh thi ke hum ko reaction nahi dena hai.</w:t>
      </w:r>
    </w:p>
    <w:p>
      <w:pPr>
        <w:jc w:val="right"/>
      </w:pPr>
      <w:r>
        <w:t>تو ہمیں رسپانس، صبر کا جو آپ رسپانس بتا رہے ہیں تزکیہ کے لیے، الٹیمیٹلی وہ اللہ کی طرف جوڑتا ہے۔ تو ان پرنسپل جو سب سے امپورٹنٹ بات آپ نے اس دن کہی تھی، وہ یہ تھی کہ ہم کو ری ایکشن نہیں دینا ہے۔</w:t>
      </w:r>
    </w:p>
    <w:p>
      <w:r>
        <w:rPr>
          <w:b/>
        </w:rPr>
        <w:t xml:space="preserve">[14:29] </w:t>
      </w:r>
      <w:r>
        <w:t>to yeh hum ko apne personality ke andar develop karna padega. yeh ek din ka tareeqa nahi. jaise Maulana, abhi aap keh rahe thay ke hamein roz sochna padega. roz apna muhasba karna padega.</w:t>
      </w:r>
    </w:p>
    <w:p>
      <w:pPr>
        <w:jc w:val="right"/>
      </w:pPr>
      <w:r>
        <w:t>تو یہ ہم کو اپنے پرسنیلٹی کے اندر ڈیولپ کرنا پڑے گا۔ یہ ایک دن کا طریقہ نہیں۔ جیسے مولانا، ابھی آپ کہہ رہے تھے کہ ہمیں روز سوچنا پڑے گا۔ روز اپنا محاسبہ کرنا پڑے گا۔</w:t>
      </w:r>
    </w:p>
    <w:p>
      <w:r>
        <w:rPr>
          <w:b/>
        </w:rPr>
        <w:t xml:space="preserve">[14:39] </w:t>
      </w:r>
      <w:r>
        <w:t>to yeh cheez constant reminder ke taur par hamein apne alag alag tarah se hum ko set karne padenge apne andar ke hum jab bhi koi kuch bole to hum react na karein, jab balkeh hum us ko bohat silently absorb karein.</w:t>
      </w:r>
    </w:p>
    <w:p>
      <w:pPr>
        <w:jc w:val="right"/>
      </w:pPr>
      <w:r>
        <w:t>تو یہ چیز کانسٹنٹ ریمائنڈر کے طور پر ہمیں اپنے الگ الگ طرح سے ہم کو سیٹ کرنے پڑیں گے اپنے اندر کہ ہم جبھی بھی کوئی کچھ بولے تو ہم ری ایکٹ نہ کریں، جب بلکہ ہم اس کو بہت سائلنٹلی ابزارب کریں۔</w:t>
      </w:r>
    </w:p>
    <w:p>
      <w:r>
        <w:rPr>
          <w:b/>
        </w:rPr>
        <w:t xml:space="preserve">[14:52] </w:t>
      </w:r>
      <w:r>
        <w:t>aur us ko is do criteria pe judge karein. aur situations ko bhi. kyunke jaise Nabeeh sahib bol rahe thay khuda awareness ki baat.</w:t>
      </w:r>
    </w:p>
    <w:p>
      <w:pPr>
        <w:jc w:val="right"/>
      </w:pPr>
      <w:r>
        <w:t>اور اس کو اس دو کرائیٹیرینز پہ جج کریں۔ اور سچویشنز کو بھی۔ کیونکہ جیسے نبدیب صاحب بول رہے تھے خدا اویرنس کی بات۔</w:t>
      </w:r>
    </w:p>
    <w:p>
      <w:r>
        <w:rPr>
          <w:b/>
        </w:rPr>
        <w:t xml:space="preserve">[15:01] </w:t>
      </w:r>
      <w:r>
        <w:t>to khuda awareness agar rehta insaan ke andar har waqt to phir shaitan to phir attack hi nahi kar pata. insaan is not a perfect being.</w:t>
      </w:r>
    </w:p>
    <w:p>
      <w:pPr>
        <w:jc w:val="right"/>
      </w:pPr>
      <w:r>
        <w:t>تو خدا اویرنس اگر رہتا انسان کے اندر ہر وقت تو پھر شیطان تو پھر اٹیک ہی نہیں کر پاتا۔ انسان از ناٹ ا پرفیکٹ بینگ۔</w:t>
      </w:r>
    </w:p>
    <w:p>
      <w:r>
        <w:rPr>
          <w:b/>
        </w:rPr>
        <w:t xml:space="preserve">[15:09] </w:t>
      </w:r>
      <w:r>
        <w:t>har waqt nahi ho sakta. to is ke liye yeh yeh zaroori hai ke hum waiting karna seekhein. pause karna. is jo Maulana ne sabr ke bare mein apne doosre articles mein bhi kaha hai, sabr means waiting time.</w:t>
      </w:r>
    </w:p>
    <w:p>
      <w:pPr>
        <w:jc w:val="right"/>
      </w:pPr>
      <w:r>
        <w:t>ہر وقت نہیں ہو سکتا۔ تو اس کے لیے یہ یہ ضروری ہے کہ ہم ویٹ کرنا سیکھیں۔ پاز کرنا۔ اس جو مولانا نے صبر کے بارے میں اپنے دوسرے آرٹیکلز میں بھی کہا ہے، صبر مینز ویٹنگ ٹائم۔</w:t>
      </w:r>
    </w:p>
    <w:p>
      <w:r>
        <w:rPr>
          <w:b/>
        </w:rPr>
        <w:t xml:space="preserve">[15:21] </w:t>
      </w:r>
      <w:r>
        <w:t>to pause to think.</w:t>
      </w:r>
    </w:p>
    <w:p>
      <w:pPr>
        <w:jc w:val="right"/>
      </w:pPr>
      <w:r>
        <w:t>ٹو پاز ٹو تھنک۔</w:t>
      </w:r>
    </w:p>
    <w:p>
      <w:r>
        <w:rPr>
          <w:b/>
        </w:rPr>
        <w:t xml:space="preserve">[15:26] </w:t>
      </w:r>
      <w:r>
        <w:t>haan, buying time. ji.</w:t>
      </w:r>
    </w:p>
    <w:p>
      <w:pPr>
        <w:jc w:val="right"/>
      </w:pPr>
      <w:r>
        <w:t>ہاں، بائنگ ٹائم۔ جی۔</w:t>
      </w:r>
    </w:p>
    <w:p>
      <w:r>
        <w:rPr>
          <w:b/>
        </w:rPr>
        <w:t xml:space="preserve">[15:28] </w:t>
      </w:r>
      <w:r>
        <w:t>to Qamar sahib sahi keh rahe hain. yeh jab shaitan attack karta hai to aam taur par kisi insaan ke zariye se hi karta hai. to isi liye hum is ko samajh nahi paate aur hum samajhte hain yeh insaan hamare sath galat kaam kar raha hai.</w:t>
      </w:r>
    </w:p>
    <w:p>
      <w:pPr>
        <w:jc w:val="right"/>
      </w:pPr>
      <w:r>
        <w:t>تو قمر صاحب صحیح کہہ رہے ہیں۔ یہ جب شیطان اٹیک کرتا ہے تو عام طور پر کسی انسان کے ذریعے سے ہی کرتا ہے۔ تو اسی لیے ہم اس کو سمجھ نہیں پاتے اور ہم سمجھتے ہیں یہ انسان ہمارے ساتھ غلط کام کر رہا ہے۔</w:t>
      </w:r>
    </w:p>
    <w:p>
      <w:r>
        <w:rPr>
          <w:b/>
        </w:rPr>
        <w:t xml:space="preserve">[15:43] </w:t>
      </w:r>
      <w:r>
        <w:t>to hum chuna ke ab itna zyada yeh positivity ka itna zyada lesson hum ne seekha hai to hum is ko jawab bhi nahi dete lekin upset ho jate hain ke us ne hamare sath aisa kiya hai.</w:t>
      </w:r>
    </w:p>
    <w:p>
      <w:pPr>
        <w:jc w:val="right"/>
      </w:pPr>
      <w:r>
        <w:t>تو ہم چونکہ اب اتنا زیادہ یہ پازیٹیوٹی کا اتنا زیادہ لیسن ہم نے سیکھا ہے تو ہم اس کو جواب بھی نہیں دیتے لیکن اپسیڈ ہو جاتے ہیں کہ اس نے ہمارے ساتھ ایسا کیا ہے۔</w:t>
      </w:r>
    </w:p>
    <w:p>
      <w:r>
        <w:rPr>
          <w:b/>
        </w:rPr>
        <w:t xml:space="preserve">[15:57] </w:t>
      </w:r>
      <w:r>
        <w:t>to yeh is se kaise bachein? sadness se kaise bachein?</w:t>
      </w:r>
    </w:p>
    <w:p>
      <w:pPr>
        <w:jc w:val="right"/>
      </w:pPr>
      <w:r>
        <w:t>تو یہ اس سے کیسے بچیں؟ سیڈنس سے کیسے بچیں؟</w:t>
      </w:r>
    </w:p>
    <w:p>
      <w:r>
        <w:rPr>
          <w:b/>
        </w:rPr>
        <w:t xml:space="preserve">[16:02] </w:t>
      </w:r>
      <w:r>
        <w:t>in cheezon ko to Quran mein tazkara hoga. ji. tazkara hoga.</w:t>
      </w:r>
    </w:p>
    <w:p>
      <w:pPr>
        <w:jc w:val="right"/>
      </w:pPr>
      <w:r>
        <w:t>ان چیزوں کو تو قرآن میں تذکرہ ہوگا۔ جی۔ تذکرہ ہوگا۔</w:t>
      </w:r>
    </w:p>
    <w:p>
      <w:r>
        <w:rPr>
          <w:b/>
        </w:rPr>
        <w:t xml:space="preserve">[16:12] </w:t>
      </w:r>
      <w:r>
        <w:t>is ko pehchan lena yeh to bohat zaroori hai.</w:t>
      </w:r>
    </w:p>
    <w:p>
      <w:pPr>
        <w:jc w:val="right"/>
      </w:pPr>
      <w:r>
        <w:t>اس کو پہچان لینا یہ تو بہت ضروری ہے۔</w:t>
      </w:r>
    </w:p>
    <w:p>
      <w:r>
        <w:rPr>
          <w:b/>
        </w:rPr>
        <w:t xml:space="preserve">[16:20] </w:t>
      </w:r>
      <w:r>
        <w:t>koi aadmi bachega jo pehchan le.</w:t>
      </w:r>
    </w:p>
    <w:p>
      <w:pPr>
        <w:jc w:val="right"/>
      </w:pPr>
      <w:r>
        <w:t>کوئی آدمی بچے گا جو پہچان لے۔</w:t>
      </w:r>
    </w:p>
    <w:p>
      <w:r>
        <w:rPr>
          <w:b/>
        </w:rPr>
        <w:t xml:space="preserve">[16:31] </w:t>
      </w:r>
      <w:r>
        <w:t>yeh to sahi hai.</w:t>
      </w:r>
    </w:p>
    <w:p>
      <w:pPr>
        <w:jc w:val="right"/>
      </w:pPr>
      <w:r>
        <w:t>یہ تو صحیح ہے۔</w:t>
      </w:r>
    </w:p>
    <w:p>
      <w:r>
        <w:rPr>
          <w:b/>
        </w:rPr>
        <w:t xml:space="preserve">[16:35] </w:t>
      </w:r>
      <w:r>
        <w:t>Maulana, ek sahabi ka waqia aata hai. jaisa aap ne bataya, isi type ka waqia is se milta julta hai. ke ek sahabi the, un ki ek bandi thi jis ko us ne diya tha ke woh bakriyon ko charaye ja kar wahan registan mein kahin par.</w:t>
      </w:r>
    </w:p>
    <w:p>
      <w:pPr>
        <w:jc w:val="right"/>
      </w:pPr>
      <w:r>
        <w:t>مولانا، ایک صحابی کا واقعہ آتا ہے۔ جیسا آپ نے بتایا، اسی ٹائپ کا واقعہ اس سے ملتا جلتا ہے۔ کہ ایک صحابی تھے، ان کی ایک باندی تھی جس کو اس نے دیا تھا کہ وہ بکریوں کو چرائے جا کر وہاں ریگستان میں کہیں پر۔</w:t>
      </w:r>
    </w:p>
    <w:p>
      <w:r>
        <w:rPr>
          <w:b/>
        </w:rPr>
        <w:t xml:space="preserve">[16:52] </w:t>
      </w:r>
      <w:r>
        <w:t>aur Arab mein yeh riwaj hai ke wahin rakhte hain aur wahin rehti hain bakriyan. ek jagah de dete hain, wahin rakhte hain bakriyan. aur malik kabhi kabhi jate hain dekhne ke liye.</w:t>
      </w:r>
    </w:p>
    <w:p>
      <w:pPr>
        <w:jc w:val="right"/>
      </w:pPr>
      <w:r>
        <w:t>اور عرب میں یہ رواج ہے کہ وہیں رکھتے ہیں اور وہیں رہتی ہیں بکریاں۔ ایک جگہ دے دیتے ہیں، وہیں رکھتے ہیں بکریاں۔ اور مالک کبھی کبھی جاتے ہیں دیکھنے کے لیے۔</w:t>
      </w:r>
    </w:p>
    <w:p>
      <w:r>
        <w:rPr>
          <w:b/>
        </w:rPr>
        <w:t xml:space="preserve">[17:02] </w:t>
      </w:r>
      <w:r>
        <w:t>to ek din ittefaq se yeh wahan pahunche to maloom hua ke ek bakri jo us ko bohat pyari thi, woh kahin kho gayi hai. to us ne poocha us se ke kya hua us ka?</w:t>
      </w:r>
    </w:p>
    <w:p>
      <w:pPr>
        <w:jc w:val="right"/>
      </w:pPr>
      <w:r>
        <w:t>تو ایک دن اتفاق سے یہ وہاں پہنچے تو معلوم ہوا کہ ایک بکری جو اس کو بہت پیاری تھی، وہ کہیں کھو گئی ہے۔ تو اس نے پوچھا اس سے کہ کیا ہوا اس کا؟</w:t>
      </w:r>
    </w:p>
    <w:p>
      <w:r>
        <w:rPr>
          <w:b/>
        </w:rPr>
        <w:t xml:space="preserve">[17:11] </w:t>
      </w:r>
      <w:r>
        <w:t>to us larki ne kaha ke us ko bhediye ne kha liya. to us waqt us ko ghussa aa gaya aur ghussa jab aaya to us ne us ko maar diya.</w:t>
      </w:r>
    </w:p>
    <w:p>
      <w:pPr>
        <w:jc w:val="right"/>
      </w:pPr>
      <w:r>
        <w:t>تو اس لڑکی نے کہا کہ اس کو بھیڑیے نے کھا لیا۔ تو اس وقت اس کو غصہ آ گیا اور غصہ جب آیا تو اس نے اس کو مار دیا۔</w:t>
      </w:r>
    </w:p>
    <w:p>
      <w:r>
        <w:rPr>
          <w:b/>
        </w:rPr>
        <w:t xml:space="preserve">[17:20] </w:t>
      </w:r>
      <w:r>
        <w:t>ek chata mara tha. phir us ko yaad aaya ke main ne galat kiya hai. to us ne Allah ke Rasool se poocha ke main ne galat kiya aur main is ka kaffara ada karna chahta hoon to main us ko azaad karna chahta hoon.</w:t>
      </w:r>
    </w:p>
    <w:p>
      <w:pPr>
        <w:jc w:val="right"/>
      </w:pPr>
      <w:r>
        <w:t>ایک چٹا مارا تھا۔ پھر اس کو یاد آیا کہ میں نے غلط کیا ہے۔ تو اس نے اللہ کے رسول سے پوچھا کہ میں نے غلط کیا اور میں اس کا کفارہ ادا کرنا چاہتا ہوں تو میں اس کو آزاد کرنا چاہتا ہوں۔</w:t>
      </w:r>
    </w:p>
    <w:p>
      <w:r>
        <w:rPr>
          <w:b/>
        </w:rPr>
        <w:t xml:space="preserve">[17:32] </w:t>
      </w:r>
      <w:r>
        <w:t>to Allah ke Rasool sallallahu alaihi wasallam ne kaha yeh achi cheez hai.</w:t>
      </w:r>
    </w:p>
    <w:p>
      <w:pPr>
        <w:jc w:val="right"/>
      </w:pPr>
      <w:r>
        <w:t>تو اللہ کے رسول صلی اللہ علیہ وسلم نے کہا یہ اچھی چیز ہے۔</w:t>
      </w:r>
    </w:p>
    <w:p>
      <w:r>
        <w:rPr>
          <w:b/>
        </w:rPr>
        <w:t xml:space="preserve">[17:36] </w:t>
      </w:r>
      <w:r>
        <w:t>Maulana, I want to ask you that any negative incident that happens to us through anyone, should it be considered a satanic attack?</w:t>
      </w:r>
    </w:p>
    <w:p>
      <w:pPr>
        <w:jc w:val="right"/>
      </w:pPr>
      <w:r>
        <w:t>مولانا، آئی وانٹ ٹو اسک یو دیٹ اینی منفی انسیڈنٹ دیٹ ہیپنز ٹو اس تھرو اینی ون، شوڈ اٹ بی کنسیڈر ا سیٹنک اٹیک؟</w:t>
      </w:r>
    </w:p>
    <w:p>
      <w:r>
        <w:rPr>
          <w:b/>
        </w:rPr>
        <w:t xml:space="preserve">[17:49] </w:t>
      </w:r>
      <w:r>
        <w:t>any negative influence? agar sach much woh negative hai tab to satanic hai.</w:t>
      </w:r>
    </w:p>
    <w:p>
      <w:pPr>
        <w:jc w:val="right"/>
      </w:pPr>
      <w:r>
        <w:t>اینی منفی انفلوئنس؟ اگر سچ مچ وہ منفی ہے تب تو سیٹنک ہے۔</w:t>
      </w:r>
    </w:p>
    <w:p>
      <w:r>
        <w:rPr>
          <w:b/>
        </w:rPr>
        <w:t xml:space="preserve">[18:02] </w:t>
      </w:r>
      <w:r>
        <w:t>jaise kabhi kabhi insaan galat karte hain aap ke sath, as misuse of freedom, should that also be considered satanic attack?</w:t>
      </w:r>
    </w:p>
    <w:p>
      <w:pPr>
        <w:jc w:val="right"/>
      </w:pPr>
      <w:r>
        <w:t>جیسے کبھی کبھی انسان غلط کرتے ہیں آپ کے ساتھ، ایز مس یوز آف فریڈم، شوڈ دیٹ آلسو بی کنسیڈرڈ سیٹنک اٹیک؟</w:t>
      </w:r>
    </w:p>
    <w:p>
      <w:r>
        <w:rPr>
          <w:b/>
        </w:rPr>
        <w:t xml:space="preserve">[18:11] </w:t>
      </w:r>
      <w:r>
        <w:t>matlab is ko influence karaya Satan ne doosre ko, unhone aap ke sath galat kiya.</w:t>
      </w:r>
    </w:p>
    <w:p>
      <w:pPr>
        <w:jc w:val="right"/>
      </w:pPr>
      <w:r>
        <w:t>مطلب اس کو انفلوئنس کرا سیٹن نے دوسرے کو، انہوں نے آپ کے ساتھ غلط کیا۔</w:t>
      </w:r>
    </w:p>
    <w:p>
      <w:r>
        <w:rPr>
          <w:b/>
        </w:rPr>
        <w:t xml:space="preserve">[18:18] </w:t>
      </w:r>
      <w:r>
        <w:t>haan, woh is ki woh satanic attack tha. agar woh negative, negative</w:t>
      </w:r>
    </w:p>
    <w:p>
      <w:pPr>
        <w:jc w:val="right"/>
      </w:pPr>
      <w:r>
        <w:t>ہاں، وہ اس کی وہ سیٹنک اٹیک تھا۔ اگر وہ منفی، منفی</w:t>
      </w:r>
    </w:p>
    <w:p>
      <w:r>
        <w:rPr>
          <w:b/>
        </w:rPr>
        <w:t xml:space="preserve">[18:30] </w:t>
      </w:r>
      <w:r>
        <w:t>man banane wala tha. Maulana, ek waqia aata hai Rasool Allah sallallahu alaihi wasallam ke zamane ka, is par mujhe ek sawal hai. waqia yeh hai ke ek wafaad aaya tha Rasool Allah ke paas Madine mein.</w:t>
      </w:r>
    </w:p>
    <w:p>
      <w:pPr>
        <w:jc w:val="right"/>
      </w:pPr>
      <w:r>
        <w:t>من بنانے والا تھا۔ مولانا، ایک واقعہ آتا ہے رسول اللہ صلی اللہ علیہ وسلم کے زمانے کا، اس پر مجھے ایک سوال ہے۔ واقعہ یہ ہے کہ ایک وفد آیا تھا رسول اللہ کے پاس مدینے میں۔</w:t>
      </w:r>
    </w:p>
    <w:p>
      <w:r>
        <w:rPr>
          <w:b/>
        </w:rPr>
        <w:t xml:space="preserve">[18:43] </w:t>
      </w:r>
      <w:r>
        <w:t>to is mein kai aadmi the, to is mein se ek sahib Ashaj bhi the. to logon ne jab log jab Madine pahunche to foran Masjid Nabwi pahunch gaye the baghair kisi tayyari ke.</w:t>
      </w:r>
    </w:p>
    <w:p>
      <w:pPr>
        <w:jc w:val="right"/>
      </w:pPr>
      <w:r>
        <w:t>تو اس میں کئی آدمی تھے، تو اس میں سے ایک صاحب الاشج بھی تھے۔ تو لوگوں نے جب لوگ جب مدینہ پہنچے تو فوراً مسجد نبوی پہنچ گئے تھے بغیر کسی تیاری کے۔</w:t>
      </w:r>
    </w:p>
    <w:p>
      <w:r>
        <w:rPr>
          <w:b/>
        </w:rPr>
        <w:t xml:space="preserve">[18:57] </w:t>
      </w:r>
      <w:r>
        <w:t>lekin yeh jo sahib the Ashaj, yeh thehre apne jahan par padao dala gaya tha, wahan par thehre, kapra change kiya, baal wagera saaf kiya, is ke baad Rasool Allah ke paas aaye the.</w:t>
      </w:r>
    </w:p>
    <w:p>
      <w:pPr>
        <w:jc w:val="right"/>
      </w:pPr>
      <w:r>
        <w:t>لیکن یہ جو صاحب تھے الاشج، یہ ٹھہرے اپنے جہاں پر پڑاؤ ڈالا گیا تھا، وہاں پر ٹھہرے، کپڑا چینج کیا، بال وغیرہ صاف کیا، اس کے بعد رسول اللہ کے پاس آئے تھے۔</w:t>
      </w:r>
    </w:p>
    <w:p>
      <w:r>
        <w:rPr>
          <w:b/>
        </w:rPr>
        <w:t xml:space="preserve">[19:11] </w:t>
      </w:r>
      <w:r>
        <w:t>rasool Allah ne sara waqia dekha, ghore kiya. to is ke baad kaha ke tumhare andar do khasaltein hain, yaani do aadatein hain jis ko Allah taala pasand karta hai.</w:t>
      </w:r>
    </w:p>
    <w:p>
      <w:pPr>
        <w:jc w:val="right"/>
      </w:pPr>
      <w:r>
        <w:t>رسول اللہ نے سارا واقعہ دیکھا، غور کیا۔ تو اس کے بعد کہا کہ تمہارے اندر دو خصلتیں ہیں، یعنی دو عادتیں ہیں جس کو اللہ تعالیٰ پسند کرتا ہے۔</w:t>
      </w:r>
    </w:p>
    <w:p>
      <w:r>
        <w:rPr>
          <w:b/>
        </w:rPr>
        <w:t xml:space="preserve">[19:20] </w:t>
      </w:r>
      <w:r>
        <w:t>ek al-hilm wal-anat, yaani bardbari aur jald bazi na karna. to mera sawal is mein yeh hai ke woh to ek dunya ka waqia tha.</w:t>
      </w:r>
    </w:p>
    <w:p>
      <w:pPr>
        <w:jc w:val="right"/>
      </w:pPr>
      <w:r>
        <w:t>ایک الحلم والانات، یعنی بردباری اور جلد بازی نہ کرنا۔ تو میرا سوال اس میں یہ ہے کہ وہ تو ایک دنیا کا واقعہ تھا۔</w:t>
      </w:r>
    </w:p>
    <w:p>
      <w:r>
        <w:rPr>
          <w:b/>
        </w:rPr>
        <w:t xml:space="preserve">[19:31] </w:t>
      </w:r>
      <w:r>
        <w:t>pak saaf hona ya yeh ke kapde badalna, yeh to dunya ka waqia hai. is ko Allah taala ne kyun, aisi cheezon ko Allah taala kyun pasand karta hai?</w:t>
      </w:r>
    </w:p>
    <w:p>
      <w:pPr>
        <w:jc w:val="right"/>
      </w:pPr>
      <w:r>
        <w:t>پاک صاف ہونا یا یہ کہ کپڑے بدلنا، یہ تو دنیا کا واقعہ ہے۔ اس کو اللہ تعالیٰ نے کیوں، ایسی چیزوں کو اللہ تعالیٰ کیوں پسند کرتا ہے؟</w:t>
      </w:r>
    </w:p>
    <w:p>
      <w:r>
        <w:rPr>
          <w:b/>
        </w:rPr>
        <w:t xml:space="preserve">[19:41] </w:t>
      </w:r>
      <w:r>
        <w:t>mein samajhta hoon ke</w:t>
      </w:r>
    </w:p>
    <w:p>
      <w:pPr>
        <w:jc w:val="right"/>
      </w:pPr>
      <w:r>
        <w:t>میں سمجھتا ہوں کہ</w:t>
      </w:r>
    </w:p>
    <w:p>
      <w:r>
        <w:rPr>
          <w:b/>
        </w:rPr>
        <w:t xml:space="preserve">[19:45] </w:t>
      </w:r>
      <w:r>
        <w:t>bazaher woh dunya ka waqia tha lekin abhi aap ke aitbar se and then tha,</w:t>
      </w:r>
    </w:p>
    <w:p>
      <w:pPr>
        <w:jc w:val="right"/>
      </w:pPr>
      <w:r>
        <w:t>بظاہر وہ دنیا کا واقعہ تھا لیکن ابھی آپ کے اعتبار سے اینڈ دین تھا،</w:t>
      </w:r>
    </w:p>
    <w:p>
      <w:r>
        <w:rPr>
          <w:b/>
        </w:rPr>
        <w:t xml:space="preserve">[19:56] </w:t>
      </w:r>
      <w:r>
        <w:t>bohat hi, yaani jo jis ka bazaher deeni ban ban gaya ho, woh aise hi karega.</w:t>
      </w:r>
    </w:p>
    <w:p>
      <w:pPr>
        <w:jc w:val="right"/>
      </w:pPr>
      <w:r>
        <w:t>بہت ہی، یعنی جو جس کا بظاہر دینی بن بن گیا ہو، وہ ایسے ہی کرے گا۔</w:t>
      </w:r>
    </w:p>
    <w:p>
      <w:r>
        <w:rPr>
          <w:b/>
        </w:rPr>
        <w:t xml:space="preserve">[20:06] </w:t>
      </w:r>
      <w:r>
        <w:t>hum yeh keh sakte hain Maulana ke decent rehna, aadmi polite rahe, yeh cheez Allah taala ko pasand hai.</w:t>
      </w:r>
    </w:p>
    <w:p>
      <w:pPr>
        <w:jc w:val="right"/>
      </w:pPr>
      <w:r>
        <w:t>ہم یہ کہہ سکتے ہیں مولانا کہ ڈیسنٹ رہنا، آدمی پولائٹ رہے، یہ چیز اللہ تعالیٰ کو پسند ہے۔</w:t>
      </w:r>
    </w:p>
    <w:p>
      <w:r>
        <w:rPr>
          <w:b/>
        </w:rPr>
        <w:t xml:space="preserve">[20:12] </w:t>
      </w:r>
      <w:r>
        <w:t>haan, sahi hai. sahi baat hai. mujhe ek hadith yaad aati hai Maulana. woh hadith is tareeqe se hai ke agar koi meri taraf chal kar aata hai to mein us ki taraf daud kar jata hoon.</w:t>
      </w:r>
    </w:p>
    <w:p>
      <w:pPr>
        <w:jc w:val="right"/>
      </w:pPr>
      <w:r>
        <w:t>ہاں، صحیح ہے۔ صحیح بات ہے۔ مجھے ایک حدیث یاد آتی ہے مولانا۔ وہ حدیث اس طریقے سے ہے کہ اگر کوئی میری طرف چل کر آتا ہے تو میں اس کی طرف دوڑ کر جاتا ہوں۔</w:t>
      </w:r>
    </w:p>
    <w:p>
      <w:r>
        <w:rPr>
          <w:b/>
        </w:rPr>
        <w:t xml:space="preserve">[20:26] </w:t>
      </w:r>
      <w:r>
        <w:t>koi meri taraf</w:t>
      </w:r>
    </w:p>
    <w:p>
      <w:pPr>
        <w:jc w:val="right"/>
      </w:pPr>
      <w:r>
        <w:t>کوئی میری طرف</w:t>
      </w:r>
    </w:p>
    <w:p>
      <w:r>
        <w:rPr>
          <w:b/>
        </w:rPr>
        <w:t xml:space="preserve">[20:30] </w:t>
      </w:r>
      <w:r>
        <w:t>tezi se aata hai to mein us ki taraf aur tezi se jata hoon. is sense mein hadith hai. to alaa ma rahim rabb, kya yeh is sense mein ho sakta hai ke pehle insaan ko niyat karni padti hai, intention waisa rakhna padta hai, tab Allah taala ki taraf se rehmat aati hai?</w:t>
      </w:r>
    </w:p>
    <w:p>
      <w:pPr>
        <w:jc w:val="right"/>
      </w:pPr>
      <w:r>
        <w:t>تیزی سے آتا ہے تو میں اس کی طرف اور تیزی سے جاتا ہوں۔ اس سینس میں حدیث ہے۔ تو الا ما رحم ربی، کیا یہ اس سینس میں ہو سکتا ہے کہ پہلے انسان کو نیت کرنی پڑتی ہے، انٹینشن ویسا رکھنا پڑتا ہے، تب اللہ تعالیٰ کی طرف سے رحمت آتی ہے؟</w:t>
      </w:r>
    </w:p>
    <w:p>
      <w:r>
        <w:rPr>
          <w:b/>
        </w:rPr>
        <w:t xml:space="preserve">[20:47] </w:t>
      </w:r>
      <w:r>
        <w:t>bilkul sahi hai. bilkul sahi hai. yeh baat bilkul sahi hai. jazakum Allah.</w:t>
      </w:r>
    </w:p>
    <w:p>
      <w:pPr>
        <w:jc w:val="right"/>
      </w:pPr>
      <w:r>
        <w:t>بالکل صحیح ہے۔ بالکل صحیح ہے۔ یہ بات بالکل صحیح ہے۔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