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Political Interpretation of Islam May 16, 2010</w:t>
      </w:r>
    </w:p>
    <w:p>
      <w:r>
        <w:t>https://youtu.be/CDpZLOvw2_M</w:t>
      </w:r>
    </w:p>
    <w:p>
      <w:r>
        <w:rPr>
          <w:b/>
        </w:rPr>
        <w:t xml:space="preserve">[00:27] </w:t>
      </w:r>
      <w:r>
        <w:t>Waahlul uqdatam min lisaani, yafqahu qawli.</w:t>
      </w:r>
    </w:p>
    <w:p>
      <w:pPr>
        <w:jc w:val="right"/>
      </w:pPr>
      <w:r>
        <w:t>واحل العقدۃ من لسانی، یفقہ قولی۔</w:t>
      </w:r>
    </w:p>
    <w:p>
      <w:r>
        <w:rPr>
          <w:b/>
        </w:rPr>
        <w:t xml:space="preserve">[00:34] </w:t>
      </w:r>
      <w:r>
        <w:t>Aaj ka topic hai: Political interpretation of Islam.</w:t>
      </w:r>
    </w:p>
    <w:p>
      <w:pPr>
        <w:jc w:val="right"/>
      </w:pPr>
      <w:r>
        <w:t>آج کا ٹاپک ہے: پولیٹیکل انٹرپریٹیشن آف اسلام۔</w:t>
      </w:r>
    </w:p>
    <w:p>
      <w:r>
        <w:rPr>
          <w:b/>
        </w:rPr>
        <w:t xml:space="preserve">[00:45] </w:t>
      </w:r>
      <w:r>
        <w:t>Interpretation ka matlab kya hota hai? Is ka matlab hai explaining Islam in political terms</w:t>
      </w:r>
    </w:p>
    <w:p>
      <w:pPr>
        <w:jc w:val="right"/>
      </w:pPr>
      <w:r>
        <w:t>انٹرپریٹیشن کا مطلب کیا ہوتا ہے؟ اس کا مطلب ہے explaining Islam in political terms</w:t>
      </w:r>
    </w:p>
    <w:p>
      <w:r>
        <w:rPr>
          <w:b/>
        </w:rPr>
        <w:t xml:space="preserve">[00:58] </w:t>
      </w:r>
      <w:r>
        <w:t>Yaani aaj ka topic hai Islam ki siyasi ta'abeer, aur is ka matlab hai Islam ko siyasat ki istilaah mein bayan karna.</w:t>
      </w:r>
    </w:p>
    <w:p>
      <w:pPr>
        <w:jc w:val="right"/>
      </w:pPr>
      <w:r>
        <w:t>یعنی آج کا ٹاپک ہے اسلام کی سیاسی تعبیر، اور اس کا مطلب ہے اسلام کو سیاست کی اصطلاح میں بیان کرنا۔</w:t>
      </w:r>
    </w:p>
    <w:p>
      <w:r>
        <w:rPr>
          <w:b/>
        </w:rPr>
        <w:t xml:space="preserve">[01:16] </w:t>
      </w:r>
      <w:r>
        <w:t>Dekhen, yeh jo ta'abeer ya interpretation hai, yeh 20th century ki</w:t>
      </w:r>
    </w:p>
    <w:p>
      <w:pPr>
        <w:jc w:val="right"/>
      </w:pPr>
      <w:r>
        <w:t>دیکھیں، یہ جو تعبیر یا انٹرپریٹیشن ہے، یہ 20 سینچری کی</w:t>
      </w:r>
    </w:p>
    <w:p>
      <w:r>
        <w:rPr>
          <w:b/>
        </w:rPr>
        <w:t xml:space="preserve">[01:27] </w:t>
      </w:r>
      <w:r>
        <w:t>paidawar hai.</w:t>
      </w:r>
    </w:p>
    <w:p>
      <w:pPr>
        <w:jc w:val="right"/>
      </w:pPr>
      <w:r>
        <w:t>پیداوار ہے۔</w:t>
      </w:r>
    </w:p>
    <w:p>
      <w:r>
        <w:rPr>
          <w:b/>
        </w:rPr>
        <w:t xml:space="preserve">[01:28] </w:t>
      </w:r>
      <w:r>
        <w:t>is se pehle kabhi islam ki tareekh mein is qism ki taabeer maujood nahin thi.</w:t>
      </w:r>
    </w:p>
    <w:p>
      <w:pPr>
        <w:jc w:val="right"/>
      </w:pPr>
      <w:r>
        <w:t>اس سے پہلے کبھی اسلام کی تاریخ میں اس قسم کی تعبیر موجود نہیں تھی۔</w:t>
      </w:r>
    </w:p>
    <w:p>
      <w:r>
        <w:rPr>
          <w:b/>
        </w:rPr>
        <w:t xml:space="preserve">[01:38] </w:t>
      </w:r>
      <w:r>
        <w:t>aap ko taajjub hoga ke islam ki jo early period hai, us mein islam aur siyasat par jo pehli kitab likhi gayi,</w:t>
      </w:r>
    </w:p>
    <w:p>
      <w:pPr>
        <w:jc w:val="right"/>
      </w:pPr>
      <w:r>
        <w:t>آپ کو تعجب ہوگا کہ اسلام کی جو ارلی پیریڈ ہے، اس میں اسلام اور سیاست پر جو پہلی کتاب لکھی گئی،</w:t>
      </w:r>
    </w:p>
    <w:p>
      <w:r>
        <w:rPr>
          <w:b/>
        </w:rPr>
        <w:t xml:space="preserve">[01:52] </w:t>
      </w:r>
      <w:r>
        <w:t>wo 11 century ad mein likhi gayi.</w:t>
      </w:r>
    </w:p>
    <w:p>
      <w:pPr>
        <w:jc w:val="right"/>
      </w:pPr>
      <w:r>
        <w:t>وہ 11 سینچری اے ڈی میں لکھی گئی۔</w:t>
      </w:r>
    </w:p>
    <w:p>
      <w:r>
        <w:rPr>
          <w:b/>
        </w:rPr>
        <w:t xml:space="preserve">[01:59] </w:t>
      </w:r>
      <w:r>
        <w:t>iska naam hai al-ahkam al-sultaniyya is ke author hain abu hasan al-mawardi.</w:t>
      </w:r>
    </w:p>
    <w:p>
      <w:pPr>
        <w:jc w:val="right"/>
      </w:pPr>
      <w:r>
        <w:t>اس کا نام ہے الأحكام السلطانية اس کے آتھر ہیں ابو الحسن الماوردی۔</w:t>
      </w:r>
    </w:p>
    <w:p>
      <w:r>
        <w:rPr>
          <w:b/>
        </w:rPr>
        <w:t xml:space="preserve">[02:11] </w:t>
      </w:r>
      <w:r>
        <w:t>is kitab ka english translation chhap chuka hai.</w:t>
      </w:r>
    </w:p>
    <w:p>
      <w:pPr>
        <w:jc w:val="right"/>
      </w:pPr>
      <w:r>
        <w:t>اس کتاب کا انگلش ٹرانسلیشن چھپ چکا ہے۔</w:t>
      </w:r>
    </w:p>
    <w:p>
      <w:r>
        <w:rPr>
          <w:b/>
        </w:rPr>
        <w:t xml:space="preserve">[02:16] </w:t>
      </w:r>
      <w:r>
        <w:t>yaani islam aur siyasat ke mauzu par koi kitab na prophet ke zamane mein likhi gayi, na khulafa rashideen ke zamane mein likhi gayi, na bano umayya ke zamane mein likhi gayi.</w:t>
      </w:r>
    </w:p>
    <w:p>
      <w:pPr>
        <w:jc w:val="right"/>
      </w:pPr>
      <w:r>
        <w:t>یعنی اسلام اور سیاست کے موضوع پر کوئی کتاب نہ پرافٹ کے زمانے میں لکھی گئی، نہ خلفاء راشدین کے زمانے میں لکھی گئی، نہ بنو امیہ کے زمانے میں لکھی گئی۔</w:t>
      </w:r>
    </w:p>
    <w:p>
      <w:r>
        <w:rPr>
          <w:b/>
        </w:rPr>
        <w:t xml:space="preserve">[02:32] </w:t>
      </w:r>
      <w:r>
        <w:t>wo bano abbas ke zamane mein ek shakhs ne likhi, un ka naam tha abu hasan al-mawardi. wo baghdad mein hote the.</w:t>
      </w:r>
    </w:p>
    <w:p>
      <w:pPr>
        <w:jc w:val="right"/>
      </w:pPr>
      <w:r>
        <w:t>وہ بنو عباس کے زمانے میں ایک شخص نے لکھی، ان کا نام تھا ابو الحسن الماوردی۔ وہ بغداد میں ہوتے تھے۔</w:t>
      </w:r>
    </w:p>
    <w:p>
      <w:r>
        <w:rPr>
          <w:b/>
        </w:rPr>
        <w:t xml:space="preserve">[02:43] </w:t>
      </w:r>
      <w:r>
        <w:t>yeh kitab bhi interpretation nahin hai. is kitab ko aap padhen, wo arabi mein likhi gayi thi, uska english translation available hai.</w:t>
      </w:r>
    </w:p>
    <w:p>
      <w:pPr>
        <w:jc w:val="right"/>
      </w:pPr>
      <w:r>
        <w:t>یہ کتاب بھی انٹرپریٹیشن نہیں ہے۔ اس کتاب کو آپ پڑھیں، وہ عربی میں لکھی گئی تھی، اس کا انگلش ٹرانسلیشن اویلیبل ہے۔</w:t>
      </w:r>
    </w:p>
    <w:p>
      <w:r>
        <w:rPr>
          <w:b/>
        </w:rPr>
        <w:t xml:space="preserve">[02:54] </w:t>
      </w:r>
      <w:r>
        <w:t>to jis cheez ko hum kehte hain political interpretation, wo is mein bhi nahin tha. is mein sirf governance, jis ko kehte hain angrezi mein, governance ke kuch tafseelat thi, bas.</w:t>
      </w:r>
    </w:p>
    <w:p>
      <w:pPr>
        <w:jc w:val="right"/>
      </w:pPr>
      <w:r>
        <w:t>تو جس چیز کو ہم کہتے ہیں پولیٹیکل انٹرپریٹیشن، وہ اس میں بھی نہیں تھا۔ اس میں صرف گورننس، جس کو کہتے ہیں انگریزی میں، گورننس کے کچھ تفصیلات تھیں، بس۔</w:t>
      </w:r>
    </w:p>
    <w:p>
      <w:r>
        <w:rPr>
          <w:b/>
        </w:rPr>
        <w:t xml:space="preserve">[03:06] </w:t>
      </w:r>
      <w:r>
        <w:t>interpretation ek alag cheez hai.</w:t>
      </w:r>
    </w:p>
    <w:p>
      <w:pPr>
        <w:jc w:val="right"/>
      </w:pPr>
      <w:r>
        <w:t>انٹرپریٹیشن ایک الگ چیز ہے۔</w:t>
      </w:r>
    </w:p>
    <w:p>
      <w:r>
        <w:rPr>
          <w:b/>
        </w:rPr>
        <w:t xml:space="preserve">[03:11] </w:t>
      </w:r>
      <w:r>
        <w:t>is se aap andaza kar sakte hain ke bilkul ek bidat hai, innovation hai.</w:t>
      </w:r>
    </w:p>
    <w:p>
      <w:pPr>
        <w:jc w:val="right"/>
      </w:pPr>
      <w:r>
        <w:t>اس سے آپ اندازہ کر سکتے ہیں کہ بالکل ایک بدعت ہے، انویشن ہے۔</w:t>
      </w:r>
    </w:p>
    <w:p>
      <w:r>
        <w:rPr>
          <w:b/>
        </w:rPr>
        <w:t xml:space="preserve">[03:20] </w:t>
      </w:r>
      <w:r>
        <w:t>iska is subject ka main bahut dinon se study karta raha hoon. meri apni jo finding hai, wo yeh hai ke ek zamana tha jab ke communism ya socialism ka bahut dab daba tha.</w:t>
      </w:r>
    </w:p>
    <w:p>
      <w:pPr>
        <w:jc w:val="right"/>
      </w:pPr>
      <w:r>
        <w:t>اس کا اس سبجیکٹ کا میں بہت دنوں سے اسٹڈی کرتا رہا ہوں۔ میری اپنی جو فائنڈنگ ہے، وہ یہ ہے کہ ایک زمانہ تھا جب کہ کمیونزم یا سوشلزم کا بہت دبدبہ تھا۔</w:t>
      </w:r>
    </w:p>
    <w:p>
      <w:r>
        <w:rPr>
          <w:b/>
        </w:rPr>
        <w:t xml:space="preserve">[03:41] </w:t>
      </w:r>
      <w:r>
        <w:t>to usi ki naqal mein yeh taabeer wajood mein aayi. is lihaz se yeh quran ki istilaah mein is ko kaha jayega mudhahat.</w:t>
      </w:r>
    </w:p>
    <w:p>
      <w:pPr>
        <w:jc w:val="right"/>
      </w:pPr>
      <w:r>
        <w:t>تو اسی کی نقل میں یہ تعبیر وجود میں آئی۔ اس لحاظ سے یہ قرآن کی اصطلاح میں اس کو کہا جائے گا مضاحات۔</w:t>
      </w:r>
    </w:p>
    <w:p>
      <w:r>
        <w:rPr>
          <w:b/>
        </w:rPr>
        <w:t xml:space="preserve">[03:53] </w:t>
      </w:r>
      <w:r>
        <w:t>yudhahoon qawl alladheena kafaroo quran mein ek burai ko mudhahat ke lafz mein bayan kiya gaya hai.</w:t>
      </w:r>
    </w:p>
    <w:p>
      <w:pPr>
        <w:jc w:val="right"/>
      </w:pPr>
      <w:r>
        <w:t>یضاحون قول الذین کفرو قرآن میں ایک برائی کو مضاحات کے لفظ میں بیان کیا گیا ہے۔</w:t>
      </w:r>
    </w:p>
    <w:p>
      <w:r>
        <w:rPr>
          <w:b/>
        </w:rPr>
        <w:t xml:space="preserve">[04:02] </w:t>
      </w:r>
      <w:r>
        <w:t>yaani doosron ki naqal karna. mudhahat ke maani hote hain imitate karna.</w:t>
      </w:r>
    </w:p>
    <w:p>
      <w:pPr>
        <w:jc w:val="right"/>
      </w:pPr>
      <w:r>
        <w:t>یعنی دوسروں کی نقل کرنا۔ مضاحات کے معنی ہوتے ہیں ایمیٹیٹ کرنا۔</w:t>
      </w:r>
    </w:p>
    <w:p>
      <w:r>
        <w:rPr>
          <w:b/>
        </w:rPr>
        <w:t xml:space="preserve">[04:10] </w:t>
      </w:r>
      <w:r>
        <w:t>to imitate karne ka tareeqa aa jata hai ummaton mein zawal ke zamane mein. jaise misaal ke tor par dekhiye, christianity mein jo trinity ka concept hai, woh mazahlaat ki aik misaal hai.</w:t>
      </w:r>
    </w:p>
    <w:p>
      <w:pPr>
        <w:jc w:val="right"/>
      </w:pPr>
      <w:r>
        <w:t>تو ایمیٹیٹ کرنے کا طریقہ آ جاتا ہے امتوں میں زوال کے زمانے میں۔ جیسے مثال کے طور پر دیکھیے، کرسچینٹی میں جو ٹرینٹی کا کانسیپٹ ہے، وہ مضاحات کی ایک مثال ہے۔</w:t>
      </w:r>
    </w:p>
    <w:p>
      <w:r>
        <w:rPr>
          <w:b/>
        </w:rPr>
        <w:t xml:space="preserve">[04:27] </w:t>
      </w:r>
      <w:r>
        <w:t>aap bible ko parhein to kahin bhi is mein yeh concept nahi milega, three in one, one in three ka. trinity ka matlab hota hai three in one, one in three.</w:t>
      </w:r>
    </w:p>
    <w:p>
      <w:pPr>
        <w:jc w:val="right"/>
      </w:pPr>
      <w:r>
        <w:t>آپ بائبل کو پڑھیں تو کہیں بھی اس میں یہ کانسیپٹ نہیں ملے گا، تھری ان ون، ون ان تھری کا۔ ٹرینٹی کا مطلب ہوتا ہے تھری ان ون، ون ان تھری۔</w:t>
      </w:r>
    </w:p>
    <w:p>
      <w:r>
        <w:rPr>
          <w:b/>
        </w:rPr>
        <w:t xml:space="preserve">[04:41] </w:t>
      </w:r>
      <w:r>
        <w:t>al tawheed fi al tasleeth, al tasleeth fi al tawheed yeh concept aaj bhi bible mein maujood nahi hai.</w:t>
      </w:r>
    </w:p>
    <w:p>
      <w:pPr>
        <w:jc w:val="right"/>
      </w:pPr>
      <w:r>
        <w:t>التوحید فی التثلیث، التثلیث فی التوحید یہ کانسیپٹ آج بھی بائبل میں موجود نہیں ہے۔</w:t>
      </w:r>
    </w:p>
    <w:p>
      <w:r>
        <w:rPr>
          <w:b/>
        </w:rPr>
        <w:t xml:space="preserve">[04:51] </w:t>
      </w:r>
      <w:r>
        <w:t>to yeh kaise paida hua? Hazrat Masih ke baad jab unke followers bahar ki duniya mein nikle to us zamane mein Greco Roman civilization ka dabdaba tha.</w:t>
      </w:r>
    </w:p>
    <w:p>
      <w:pPr>
        <w:jc w:val="right"/>
      </w:pPr>
      <w:r>
        <w:t>تو یہ کیسے پیدا ہوا؟ حضرت مسیح کے بعد جب ان کے فالوورز باہر کی دنیا میں نکلے تو اس زمانے میں گریکو رومن سولائزیشن کا دبدبہ تھا۔</w:t>
      </w:r>
    </w:p>
    <w:p>
      <w:r>
        <w:rPr>
          <w:b/>
        </w:rPr>
        <w:t xml:space="preserve">[05:04] </w:t>
      </w:r>
      <w:r>
        <w:t>greek philosophy ka dabdaba tha. to greek philosopher jo thay, woh reality ko</w:t>
      </w:r>
    </w:p>
    <w:p>
      <w:pPr>
        <w:jc w:val="right"/>
      </w:pPr>
      <w:r>
        <w:t>گریک فلاسفی کا دبدبہ تھا۔ تو گریک فلاسفر جو تھے، وہ ریلیٹی کو</w:t>
      </w:r>
    </w:p>
    <w:p>
      <w:r>
        <w:rPr>
          <w:b/>
        </w:rPr>
        <w:t xml:space="preserve">[05:14] </w:t>
      </w:r>
      <w:r>
        <w:t>three dimensional samajhte thay.</w:t>
      </w:r>
    </w:p>
    <w:p>
      <w:pPr>
        <w:jc w:val="right"/>
      </w:pPr>
      <w:r>
        <w:t>تھری ڈائمنشنل سمجھتے تھے۔</w:t>
      </w:r>
    </w:p>
    <w:p>
      <w:r>
        <w:rPr>
          <w:b/>
        </w:rPr>
        <w:t xml:space="preserve">[05:17] </w:t>
      </w:r>
      <w:r>
        <w:t>yani aik essence hai aur us ke manifestations hain. to truth jo hai, woh three dimensional entity hai. is ko kaha jata hai, yani greek language mein logos.</w:t>
      </w:r>
    </w:p>
    <w:p>
      <w:pPr>
        <w:jc w:val="right"/>
      </w:pPr>
      <w:r>
        <w:t>یعنی ایک ایسنس ہے اور اس کے مینیفیسٹیشنز ہیں۔ تو ٹروتھ جو ہے، وہ تھری ڈائمنشنل اینٹیٹی ہے۔ اس کو کہا جاتا ہے، یعنی گریک لینگویج میں لوگوس۔</w:t>
      </w:r>
    </w:p>
    <w:p>
      <w:r>
        <w:rPr>
          <w:b/>
        </w:rPr>
        <w:t xml:space="preserve">[05:30] </w:t>
      </w:r>
      <w:r>
        <w:t>L O G O S. to logos ki ki mazahlaat kar ke ya is ko imitate kar ke unhon ne trinity ka concept nikala.</w:t>
      </w:r>
    </w:p>
    <w:p>
      <w:pPr>
        <w:jc w:val="right"/>
      </w:pPr>
      <w:r>
        <w:t>ایل او جی او ایس۔ تو لوگوس کی کی مضاحات کر کے یا اس کو ایمیٹیٹ کر کے انہوں نے ٹرینٹی کا کانسیپٹ نکالا۔</w:t>
      </w:r>
    </w:p>
    <w:p>
      <w:r>
        <w:rPr>
          <w:b/>
        </w:rPr>
        <w:t xml:space="preserve">[05:41] </w:t>
      </w:r>
      <w:r>
        <w:t>yani chunke us waqt dabdaba tha greek philosophers ka aur woh mante thay logos ko, is pe dhaal kar unhon ne christianity ko bhi tasleeth ki zaban mein bayan kiya, jis ka naam unhon ne rakha trinity.</w:t>
      </w:r>
    </w:p>
    <w:p>
      <w:pPr>
        <w:jc w:val="right"/>
      </w:pPr>
      <w:r>
        <w:t>یعنی چونکہ اس وقت دبدبہ تھا گریک فلاسفرز کا اور وہ مانتے تھے لوگوس کو، اس پہ ڈھال کر انہوں نے کرسچینٹی کو بھی تثلیث کی زبان میں بیان کیا، جس کا نام انہوں نے رکھا ٹرینٹی۔</w:t>
      </w:r>
    </w:p>
    <w:p>
      <w:r>
        <w:rPr>
          <w:b/>
        </w:rPr>
        <w:t xml:space="preserve">[05:56] </w:t>
      </w:r>
      <w:r>
        <w:t>yeh hai mazahlaat. yahi mazahlaat musalmanon mein bhi paida hui baad ke zamane mein jab ke un ke andar zawal aya.</w:t>
      </w:r>
    </w:p>
    <w:p>
      <w:pPr>
        <w:jc w:val="right"/>
      </w:pPr>
      <w:r>
        <w:t>یہ ہے مضاحات۔ یہی مضاحات مسلمانوں میں بھی پیدا ہوئی بعد کے زمانے میں جب کہ ان کے اندر زوال آیا۔</w:t>
      </w:r>
    </w:p>
    <w:p>
      <w:r>
        <w:rPr>
          <w:b/>
        </w:rPr>
        <w:t xml:space="preserve">[06:08] </w:t>
      </w:r>
      <w:r>
        <w:t>to inhi mazahlaat ki aik misaal hai political interpretation. dekhiye, beesveen sadi ka zamana jo hai, aap jo log naujawan hain, unhon ne shayad is ko nahi dekha hai lekin kitabon mein hum parh sakte hain, aap.</w:t>
      </w:r>
    </w:p>
    <w:p>
      <w:pPr>
        <w:jc w:val="right"/>
      </w:pPr>
      <w:r>
        <w:t>تو انہی مضاحات کی ایک مثال ہے پولیٹیکل انٹرپریٹیشن۔ دیکھیے، بیسویں صدی کا زمانہ جو ہے، آپ جو لوگ نوجوان ہیں، انہوں نے شاید اس کو نہیں دیکھا ہے لیکن کتابوں میں ہم پڑھ سکتے ہیں، آپ۔</w:t>
      </w:r>
    </w:p>
    <w:p>
      <w:r>
        <w:rPr>
          <w:b/>
        </w:rPr>
        <w:t xml:space="preserve">[06:23] </w:t>
      </w:r>
      <w:r>
        <w:t>aur maine is zamane ko khud dekha hai apni aankh se. aik zamana tha ke communism ka ya socialism ka ya marxism ka itna dabdaba tha ke us ke khilaf koi soch nahi pata tha.</w:t>
      </w:r>
    </w:p>
    <w:p>
      <w:pPr>
        <w:jc w:val="right"/>
      </w:pPr>
      <w:r>
        <w:t>اور میں نے اس زمانے کو خود دیکھا ہے اپنی آنکھ سے۔ ایک زمانہ تھا کہ کمیونزم کا یا سوشلزم کا یا مارکسزم کا اتنا دبدبہ تھا کہ اس کے خلاف کوئی سوچ نہیں پاتا تھا۔</w:t>
      </w:r>
    </w:p>
    <w:p>
      <w:r>
        <w:rPr>
          <w:b/>
        </w:rPr>
        <w:t xml:space="preserve">[06:36] </w:t>
      </w:r>
      <w:r>
        <w:t>Garbett ne, jo America ka aik mudabir tha, Garbett ne likha tha ke marxism ko duniya mein itna phaila mila jitna Muhammad ko bhi nahi mila tha.</w:t>
      </w:r>
    </w:p>
    <w:p>
      <w:pPr>
        <w:jc w:val="right"/>
      </w:pPr>
      <w:r>
        <w:t>گاربریٹ نے، جو امریکہ کا ایک مدبر تھا، گاربریٹ نے لکھا تھا کہ مارکسزم کو دنیا میں اتنا پھیلا ملا جتنا محمد کو بھی نہیں ملا تھا۔</w:t>
      </w:r>
    </w:p>
    <w:p>
      <w:r>
        <w:rPr>
          <w:b/>
        </w:rPr>
        <w:t xml:space="preserve">[06:50] </w:t>
      </w:r>
      <w:r>
        <w:t>aik zamane mein yeh haal tha. maine aik kitab likhi thi bohat pehle, jab dabdaba ke zamane mein likhi thi, us ki aik kitab, us ka naam tha "Marxism: Tareekh Jis Ko Radd Kar Chuki Hai".</w:t>
      </w:r>
    </w:p>
    <w:p>
      <w:pPr>
        <w:jc w:val="right"/>
      </w:pPr>
      <w:r>
        <w:t>ایک زمانے میں یہ حال تھا۔ میں نے ایک کتاب لکھی تھی بہت پہلے، جب دبدبہ کے زمانے میں لکھی تھی، اس کی ایک کتاب، اس کا نام تھا "مارکسزم: تاریخ جس کو رد کر چکی ہے"۔</w:t>
      </w:r>
    </w:p>
    <w:p>
      <w:r>
        <w:rPr>
          <w:b/>
        </w:rPr>
        <w:t xml:space="preserve">[07:05] </w:t>
      </w:r>
      <w:r>
        <w:t>to log mera mazak urate thay ke itna dabdaba hai marxism ka ya communism ka, aur aap keh rahe hain ke marxism tareekh ko radd kar chuki hai.</w:t>
      </w:r>
    </w:p>
    <w:p>
      <w:pPr>
        <w:jc w:val="right"/>
      </w:pPr>
      <w:r>
        <w:t>تو لوگ میرا مذاق اڑاتے تھے کہ اتنا دبدبہ ہے مارکسزم کا یا کمیونزم کا، اور آپ کہہ رہے ہیں کہ مارکسزم تاریخ کو رد کر چکی ہے۔</w:t>
      </w:r>
    </w:p>
    <w:p>
      <w:r>
        <w:rPr>
          <w:b/>
        </w:rPr>
        <w:t xml:space="preserve">[07:16] </w:t>
      </w:r>
      <w:r>
        <w:t>yeh 1960 mein chhapi thi. likha tha kuch aur pehle maine. to yeh dabdabe ka alam tha. sare log isi term mein sochte thay.</w:t>
      </w:r>
    </w:p>
    <w:p>
      <w:pPr>
        <w:jc w:val="right"/>
      </w:pPr>
      <w:r>
        <w:t>یہ 1960 میں چھپی تھی۔ لکھا تھا کچھ اور پہلے میں نے۔ تو یہ دبدبے کا عالم تھا۔ سارے لوگ اسی ٹرم میں سوچتے تھے۔</w:t>
      </w:r>
    </w:p>
    <w:p>
      <w:r>
        <w:rPr>
          <w:b/>
        </w:rPr>
        <w:t xml:space="preserve">[07:29] </w:t>
      </w:r>
      <w:r>
        <w:t>India mein Nehru, Gandhi socialist term mein sochte thay.</w:t>
      </w:r>
    </w:p>
    <w:p>
      <w:pPr>
        <w:jc w:val="right"/>
      </w:pPr>
      <w:r>
        <w:t>انڈیا میں نہرو، گاندھی سوشلسٹ ٹرم میں سوچتے تھے۔</w:t>
      </w:r>
    </w:p>
    <w:p>
      <w:r>
        <w:rPr>
          <w:b/>
        </w:rPr>
        <w:t xml:space="preserve">[07:34] </w:t>
      </w:r>
      <w:r>
        <w:t>bahar ke log bhi isi tarah sochte thay. har jagah, har jagah, har jagah. to log isi pattern par dhalte thay apne apne khayalat ko.</w:t>
      </w:r>
    </w:p>
    <w:p>
      <w:pPr>
        <w:jc w:val="right"/>
      </w:pPr>
      <w:r>
        <w:t>باہر کے لوگ بھی اسی طرح سوچتے تھے۔ ہر جگہ، ہر جگہ، ہر جگہ۔ تو لوگ اسی پیٹرن پر ڈھالتے تھے اپنے اپنے خیالات کو۔</w:t>
      </w:r>
    </w:p>
    <w:p>
      <w:r>
        <w:rPr>
          <w:b/>
        </w:rPr>
        <w:t xml:space="preserve">[07:44] </w:t>
      </w:r>
      <w:r>
        <w:t>chunancha Christianity mein bhi aik concept aaya tha, Christian socialism. to political interpretation jo hai, woh Islamic socialism hai darasal.</w:t>
      </w:r>
    </w:p>
    <w:p>
      <w:pPr>
        <w:jc w:val="right"/>
      </w:pPr>
      <w:r>
        <w:t>چنانچہ کرسچینٹی میں بھی ایک کانسیپٹ آیا تھا، کرسچن سوشلزم۔ تو پولیٹیکل انٹرپریٹیشن جو ہے، وہ اسلامک سوشلزم ہے دراصل۔</w:t>
      </w:r>
    </w:p>
    <w:p>
      <w:r>
        <w:rPr>
          <w:b/>
        </w:rPr>
        <w:t xml:space="preserve">[07:59] </w:t>
      </w:r>
      <w:r>
        <w:t>to marxism kya hai?</w:t>
      </w:r>
    </w:p>
    <w:p>
      <w:pPr>
        <w:jc w:val="right"/>
      </w:pPr>
      <w:r>
        <w:t>تو مارکسزم کیا ہے؟</w:t>
      </w:r>
    </w:p>
    <w:p>
      <w:r>
        <w:rPr>
          <w:b/>
        </w:rPr>
        <w:t xml:space="preserve">[08:02] </w:t>
      </w:r>
      <w:r>
        <w:t>Marxism ne pehli baar tareekh mein yeh tasawwur diya ke asal cheez system hai, individual nahi hai. jaisa system hoga, waise individual honge.</w:t>
      </w:r>
    </w:p>
    <w:p>
      <w:pPr>
        <w:jc w:val="right"/>
      </w:pPr>
      <w:r>
        <w:t>مارکسزم نے پہلی بار تاریخ میں یہ تصور دیا کہ اصل چیز سسٹم ہے، انڈیویجول نہیں ہے۔ جیسا سسٹم ہوگا، ویسے انڈیویجول ہوں گے۔</w:t>
      </w:r>
    </w:p>
    <w:p>
      <w:r>
        <w:rPr>
          <w:b/>
        </w:rPr>
        <w:t xml:space="preserve">[08:15] </w:t>
      </w:r>
      <w:r>
        <w:t>yeh bilkul aik alag soch thi kyunke hamesha se insan yeh mana jata tha ke asal cheez individual hai. jaisa individual honge, waisa system hoga.</w:t>
      </w:r>
    </w:p>
    <w:p>
      <w:pPr>
        <w:jc w:val="right"/>
      </w:pPr>
      <w:r>
        <w:t>یہ بالکل ایک الگ سوچ تھی کیونکہ ہمیشہ سے انسان یہ مانا جاتا تھا کہ اصل چیز انڈیویجول ہے۔ جیسے انڈیویجول ہوں گے، ویسا سسٹم ہوگا۔</w:t>
      </w:r>
    </w:p>
    <w:p>
      <w:r>
        <w:rPr>
          <w:b/>
        </w:rPr>
        <w:t xml:space="preserve">[08:25] </w:t>
      </w:r>
      <w:r>
        <w:t>Marx ne pehli baar yeh yeh concept diya ke asal cheez system hai.</w:t>
      </w:r>
    </w:p>
    <w:p>
      <w:pPr>
        <w:jc w:val="right"/>
      </w:pPr>
      <w:r>
        <w:t>مارکس نے پہلی بار یہ یہ کانسیپٹ دیا کہ اصل چیز سسٹم ہے۔</w:t>
      </w:r>
    </w:p>
    <w:p>
      <w:r>
        <w:rPr>
          <w:b/>
        </w:rPr>
        <w:t xml:space="preserve">[08:30] </w:t>
      </w:r>
      <w:r>
        <w:t>to itna zyada is ka dabdaba hua ke sare log isi tarah sochne lagay. sare log. to isi zamane mein yeh nazariya paida hua.</w:t>
      </w:r>
    </w:p>
    <w:p>
      <w:pPr>
        <w:jc w:val="right"/>
      </w:pPr>
      <w:r>
        <w:t>تو اتنا زیادہ اس کا دبدبہ ہوا کہ سارے لوگ اسی طرح سوچنے لگے۔ سارے لوگ۔ تو اسی زمانے میں یہ نظریہ پیدا ہوا۔</w:t>
      </w:r>
    </w:p>
    <w:p>
      <w:r>
        <w:rPr>
          <w:b/>
        </w:rPr>
        <w:t xml:space="preserve">[08:42] </w:t>
      </w:r>
      <w:r>
        <w:t>basically do sahiban is ke is ke champion hain. Arab mein is ke champion hain Syed Qutb, jin ki kitab hai "Fi Zilal al Quran" Arabi mein.</w:t>
      </w:r>
    </w:p>
    <w:p>
      <w:pPr>
        <w:jc w:val="right"/>
      </w:pPr>
      <w:r>
        <w:t>بیسیکلی دو صاحبان اس کے اس کے چیمپیئن ہیں۔ عرب میں اس کے چیمپیئن ہیں سید قطب، جن کی کتاب ہے "فی ذلال القرآن" عربی میں۔</w:t>
      </w:r>
    </w:p>
    <w:p>
      <w:r>
        <w:rPr>
          <w:b/>
        </w:rPr>
        <w:t xml:space="preserve">[08:57] </w:t>
      </w:r>
      <w:r>
        <w:t>indian sub continent mein is ke champion hain syed abul ala maududi, jin ki tafseer hai "kuf al quran".</w:t>
      </w:r>
    </w:p>
    <w:p>
      <w:pPr>
        <w:jc w:val="right"/>
      </w:pPr>
      <w:r>
        <w:t>انڈین سب کانٹیننٹ میں اس کے چیمپیئن ہیں سید ابو العلی مودی، جن کی تفسیر ہے "کف القرآن"۔</w:t>
      </w:r>
    </w:p>
    <w:p>
      <w:r>
        <w:rPr>
          <w:b/>
        </w:rPr>
        <w:t xml:space="preserve">[09:08] </w:t>
      </w:r>
      <w:r>
        <w:t>baqi log jo hain, bohat se un ke mannay walay ho saktay hain lekin asal champion yeh do hain. to in logon ne islam ki political interpretation diya,</w:t>
      </w:r>
    </w:p>
    <w:p>
      <w:pPr>
        <w:jc w:val="right"/>
      </w:pPr>
      <w:r>
        <w:t>باقی لوگ جو ہیں، بہت سے ان کے ماننے والے ہو سکتے ہیں لیکن اصل چیمپیئن یہ دو ہیں۔ تو ان لوگوں نے اسلام کی پولیٹیکل انٹرپریٹیشن دیا،</w:t>
      </w:r>
    </w:p>
    <w:p>
      <w:r>
        <w:rPr>
          <w:b/>
        </w:rPr>
        <w:t xml:space="preserve">[09:21] </w:t>
      </w:r>
      <w:r>
        <w:t>islam ki sazi tashreeh ki.</w:t>
      </w:r>
    </w:p>
    <w:p>
      <w:pPr>
        <w:jc w:val="right"/>
      </w:pPr>
      <w:r>
        <w:t>اسلام کی سازی تشریح کی۔</w:t>
      </w:r>
    </w:p>
    <w:p>
      <w:r>
        <w:rPr>
          <w:b/>
        </w:rPr>
        <w:t xml:space="preserve">[09:25] </w:t>
      </w:r>
      <w:r>
        <w:t>lekin yeh un ki cheezain aap parhiye, yeh bilkul hi baseless interpretation hai. yani na to quran se woh sabit kar paatay hain, na hadith sabit kar paatay hain.</w:t>
      </w:r>
    </w:p>
    <w:p>
      <w:pPr>
        <w:jc w:val="right"/>
      </w:pPr>
      <w:r>
        <w:t>لیکن یہ ان کی چیزیں آپ پڑھیے، یہ بالکل ہی بیسلیس انٹرپریٹیشن ہے۔ یعنی نہ تو قرآن سے وہ ثابت کر پاتے ہیں، نہ حدیث ثابت کر پاتے ہیں۔</w:t>
      </w:r>
    </w:p>
    <w:p>
      <w:r>
        <w:rPr>
          <w:b/>
        </w:rPr>
        <w:t xml:space="preserve">[09:37] </w:t>
      </w:r>
      <w:r>
        <w:t>un ke jo jitnay, un ki jo daleel hoti hai, woh daleel nahi hoti hai. woh to yani aisi hoti hai ke kisi baat ko bhi aap nikaal lein quran se.</w:t>
      </w:r>
    </w:p>
    <w:p>
      <w:pPr>
        <w:jc w:val="right"/>
      </w:pPr>
      <w:r>
        <w:t>ان کے جو جتنے، ان کی جو دلیل ہوتی ہے، وہ دلیل نہیں ہوتی ہے۔ وہ تو یعنی ایسی ہوتی ہے کہ کسی بات کو بھی آپ نکال لیں قرآن سے۔</w:t>
      </w:r>
    </w:p>
    <w:p>
      <w:r>
        <w:rPr>
          <w:b/>
        </w:rPr>
        <w:t xml:space="preserve">[09:50] </w:t>
      </w:r>
      <w:r>
        <w:t>misalan aik sahib mujhe milay, woh dilli mein rehtay thay, ab un ka death ho gaya. to apne guru jo un ke guru jo thay, guru ji ko woh khabir kehtay thay.</w:t>
      </w:r>
    </w:p>
    <w:p>
      <w:pPr>
        <w:jc w:val="right"/>
      </w:pPr>
      <w:r>
        <w:t>مثلاً ایک صاحب مجھے ملے، وہ دلی میں رہتے تھے، اب ان کا ڈیتھ ہو گیا۔ تو اپنے گری جو ان کے گرو جو تھے، گرو جی کو وہ خبیر کہتے تھے۔</w:t>
      </w:r>
    </w:p>
    <w:p>
      <w:r>
        <w:rPr>
          <w:b/>
        </w:rPr>
        <w:t xml:space="preserve">[10:00] </w:t>
      </w:r>
      <w:r>
        <w:t>khabir mani jananay wala. khabir mani jananay wala tha. to urdu jantay thay woh. to unhon ne kaha ke main ne quran ka urdu tarjuma pachas bar parhaya.</w:t>
      </w:r>
    </w:p>
    <w:p>
      <w:pPr>
        <w:jc w:val="right"/>
      </w:pPr>
      <w:r>
        <w:t>خبیر معنی جاننے والا۔ خبیر معنی جاننے والا تھا۔ تو اردو جانتے تھے وہ۔ تو انہوں نے کہا کہ میں نے قرآن کا اردو ترجمہ پچاس بار پڑھایا۔</w:t>
      </w:r>
    </w:p>
    <w:p>
      <w:r>
        <w:rPr>
          <w:b/>
        </w:rPr>
        <w:t xml:space="preserve">[10:14] </w:t>
      </w:r>
      <w:r>
        <w:t>pachas bar. to unhon ne kaha ke main ne dekha hai quran mein bhi hamaray guru ji ka zikr hai. main ne kaha haan bhai, to aik ayat hai fas'al bi khabiran to yeh word khabir wahan mil gaya un ko.</w:t>
      </w:r>
    </w:p>
    <w:p>
      <w:pPr>
        <w:jc w:val="right"/>
      </w:pPr>
      <w:r>
        <w:t>پچاس بار۔ تو انہوں نے کہا کہ میں نے دیکھا ہے قرآن میں بھی ہمارے گرو جی کا ذکر ہے۔ میں نے کہا ہاں بھئی، تو ایک آیت ہے فَاسْأَلْ بَهِ خَبِيرًا تو یہ ورڈ خبیر وہاں مل گیا ان کو۔</w:t>
      </w:r>
    </w:p>
    <w:p>
      <w:r>
        <w:rPr>
          <w:b/>
        </w:rPr>
        <w:t xml:space="preserve">[10:27] </w:t>
      </w:r>
      <w:r>
        <w:t>to bas unhon ne kaha ke hamaray guru ji jo hain, woh quran bhi maujood hai.</w:t>
      </w:r>
    </w:p>
    <w:p>
      <w:pPr>
        <w:jc w:val="right"/>
      </w:pPr>
      <w:r>
        <w:t>تو بس انہوں نے کہا کہ ہمارے گرو جی جو ہیں، وہ قرآن بھی موجود ہے۔</w:t>
      </w:r>
    </w:p>
    <w:p>
      <w:r>
        <w:rPr>
          <w:b/>
        </w:rPr>
        <w:t xml:space="preserve">[10:32] </w:t>
      </w:r>
      <w:r>
        <w:t>is tarah ki daleelain lay kar ke in logon ne, syed qutb ne, syed abdullah maududi ne aik poora aik aik defence khara kar diya. main chand references aap ko doon ga in logon ke.</w:t>
      </w:r>
    </w:p>
    <w:p>
      <w:pPr>
        <w:jc w:val="right"/>
      </w:pPr>
      <w:r>
        <w:t>اس طرح کی دلیلیں لے کر کے ان لوگوں نے، سید قطب نے، سید عبداللہ مودودی نے ایک پورا ایک ایک ڈیفنس کھڑا کر دیا۔ میں چند ریفرنسز آپ کو دوں گا ان لوگوں کے۔</w:t>
      </w:r>
    </w:p>
    <w:p>
      <w:r>
        <w:rPr>
          <w:b/>
        </w:rPr>
        <w:t xml:space="preserve">[10:47] </w:t>
      </w:r>
      <w:r>
        <w:t>dekhiye, syed abdullah maududi ki kitab hai "quran ki char bunyadi istilahaat". istilah matlab term.</w:t>
      </w:r>
    </w:p>
    <w:p>
      <w:pPr>
        <w:jc w:val="right"/>
      </w:pPr>
      <w:r>
        <w:t>دیکھیے، سید عبداللہ مودودی کی کتاب ہے "قرآن کی چار بنیادی اصطلاحیں"۔ اصطلاح مطلب ٹرم۔</w:t>
      </w:r>
    </w:p>
    <w:p>
      <w:r>
        <w:rPr>
          <w:b/>
        </w:rPr>
        <w:t xml:space="preserve">[10:58] </w:t>
      </w:r>
      <w:r>
        <w:t>quran ke char term. basic terms.</w:t>
      </w:r>
    </w:p>
    <w:p>
      <w:pPr>
        <w:jc w:val="right"/>
      </w:pPr>
      <w:r>
        <w:t>قرآن کے چار ٹرم۔ بیسک ٹرمز۔</w:t>
      </w:r>
    </w:p>
    <w:p>
      <w:r>
        <w:rPr>
          <w:b/>
        </w:rPr>
        <w:t xml:space="preserve">[11:01] </w:t>
      </w:r>
      <w:r>
        <w:t>woh char terms kiya hain? ilah, rabb, ibadat, deen. to unhon ne likha hai ke baad ke zamanay mein islam ka 75 feesad matlab jo hai, woh is pe parda par gaya.</w:t>
      </w:r>
    </w:p>
    <w:p>
      <w:pPr>
        <w:jc w:val="right"/>
      </w:pPr>
      <w:r>
        <w:t>وہ چار ٹرمز کیا ہیں؟ الہ، رب، عبادت، دین۔ تو انہوں نے لکھا ہے کہ بعد کے زمانے میں اسلام کا 75 فیصد مطلب جو ہے، وہ اس پہ پردہ پڑ گیا۔</w:t>
      </w:r>
    </w:p>
    <w:p>
      <w:r>
        <w:rPr>
          <w:b/>
        </w:rPr>
        <w:t xml:space="preserve">[11:19] </w:t>
      </w:r>
      <w:r>
        <w:t>75 feesad pe parda par gaya. balkay is se bhi ziyada parda par gaya. aur unhon ne khola hai is ko. ab ghor kijiye ke aisa islam kis kaam ka</w:t>
      </w:r>
    </w:p>
    <w:p>
      <w:pPr>
        <w:jc w:val="right"/>
      </w:pPr>
      <w:r>
        <w:t>75 فیصد پہ پردہ پڑ گیا۔ بلکہ اس سے بھی زیادہ پردہ پڑ گیا۔ اور انہوں نے کھولا ہے اس کو۔ اب غور کیجیے کہ ایسا اسلام کس کام کا</w:t>
      </w:r>
    </w:p>
    <w:p>
      <w:r>
        <w:rPr>
          <w:b/>
        </w:rPr>
        <w:t xml:space="preserve">[11:31] </w:t>
      </w:r>
      <w:r>
        <w:t>jo itna ziyada kamzor ho ke 75 feesad islam gum ho jaye tareekh mein. yani Allah taala ne to quran ko mehfooz kar diya.</w:t>
      </w:r>
    </w:p>
    <w:p>
      <w:pPr>
        <w:jc w:val="right"/>
      </w:pPr>
      <w:r>
        <w:t>جو اتنا زیادہ کمزور ہو کہ 75 فیصد اسلام گم ہو جائے تاریخ میں۔ یعنی اللہ تعالی نے تو قرآن کو محفوظ کر دیا۔</w:t>
      </w:r>
    </w:p>
    <w:p>
      <w:r>
        <w:rPr>
          <w:b/>
        </w:rPr>
        <w:t xml:space="preserve">[11:42] </w:t>
      </w:r>
      <w:r>
        <w:t>muhaddiseen ne sari hadithon ko jama kar diya. murrikheen ne seerat pe kitabein likh dali. yani pehli bar kisi peghambar ka poora deen mehfooz hua.</w:t>
      </w:r>
    </w:p>
    <w:p>
      <w:pPr>
        <w:jc w:val="right"/>
      </w:pPr>
      <w:r>
        <w:t>محدثین نے ساری حدیثوں کو جمع کر دیا۔ مورخین نے سیرت پہ کتابیں لکھ ڈالی۔ یعنی پہلی بار کسی پیغمبر کا پورا دین محفوظ ہوا۔</w:t>
      </w:r>
    </w:p>
    <w:p>
      <w:r>
        <w:rPr>
          <w:b/>
        </w:rPr>
        <w:t xml:space="preserve">[11:55] </w:t>
      </w:r>
      <w:r>
        <w:t>is se pehlay kisi kisi peghambar ka deen is tarah mehfooz nahi hua tha.</w:t>
      </w:r>
    </w:p>
    <w:p>
      <w:pPr>
        <w:jc w:val="right"/>
      </w:pPr>
      <w:r>
        <w:t>اس سے پہلے کسی کسی پیغمبر کا دین اس طرح محفوظ نہیں ہوا تھا۔</w:t>
      </w:r>
    </w:p>
    <w:p>
      <w:r>
        <w:rPr>
          <w:b/>
        </w:rPr>
        <w:t xml:space="preserve">[12:01] </w:t>
      </w:r>
      <w:r>
        <w:t>yani woh kitab jo Allah ki taraf se aayi, woh poori tarah mehfooz. rasool Allah ka sara kalam, aap ka sara namoona, woh mehfooz.</w:t>
      </w:r>
    </w:p>
    <w:p>
      <w:pPr>
        <w:jc w:val="right"/>
      </w:pPr>
      <w:r>
        <w:t>یعنی وہ کتاب جو اللہ کی طرف سے آئی، وہ پوری طرح محفوظ۔ رسول اللہ کا سارا کلام، آپ کا سارا نمونہ، وہ محفوظ۔</w:t>
      </w:r>
    </w:p>
    <w:p>
      <w:r>
        <w:rPr>
          <w:b/>
        </w:rPr>
        <w:t xml:space="preserve">[12:12] </w:t>
      </w:r>
      <w:r>
        <w:t>islam ki tareekh poori tarah mehfooz. sab kuch likhi hui, likhi hui mehfooz. ab printing press ke zamanay mein chhap kar ke har jagah maujood hai woh.</w:t>
      </w:r>
    </w:p>
    <w:p>
      <w:pPr>
        <w:jc w:val="right"/>
      </w:pPr>
      <w:r>
        <w:t>اسلام کی تاریخ پوری طرح محفوظ۔ سب کچھ لکھی ہوئی، لکھی ہوئی محفوظ۔ اب پرنٹنگ پریس کے زمانے میں چھپ کر کے ہر جگہ موجود ہے وہ۔</w:t>
      </w:r>
    </w:p>
    <w:p>
      <w:r>
        <w:rPr>
          <w:b/>
        </w:rPr>
        <w:t xml:space="preserve">[12:21] </w:t>
      </w:r>
      <w:r>
        <w:t>to woh deen jis ko Allah ne mehfooz kar diya tha, jab is ka bhi 75 feesad gum ho jaye to phir kaisa ajeeb hai Khuda ka deen?</w:t>
      </w:r>
    </w:p>
    <w:p>
      <w:pPr>
        <w:jc w:val="right"/>
      </w:pPr>
      <w:r>
        <w:t>تو وہ دین جس کو اللہ نے محفوظ کر دیا تھا، جب اس کا بھی 75 فیصد گم ہو جائے تو پھر کیسا عجیب ہے خدا کا دین؟</w:t>
      </w:r>
    </w:p>
    <w:p>
      <w:r>
        <w:rPr>
          <w:b/>
        </w:rPr>
        <w:t xml:space="preserve">[12:33] </w:t>
      </w:r>
      <w:r>
        <w:t>yani bilkul understandable nahi hai baat. jo kehtay hain na prima facie it stands rejected kaisay aap soch saktay hain ke jo deen Allah taala ne mehfooz kar diya ho, wohi din gum ho gaya?</w:t>
      </w:r>
    </w:p>
    <w:p>
      <w:pPr>
        <w:jc w:val="right"/>
      </w:pPr>
      <w:r>
        <w:t>یعنی بالکل انڈرسٹینڈیبلی نہیں ہے بات۔ جو کہتے ہیں نا prime apeshi it stands rejected کیسے آپ سوچ سکتے ہیں کہ جو دین اللہ تعالی نے محفوظ کر دیا ہو، وہی دن گم ہو گیا؟</w:t>
      </w:r>
    </w:p>
    <w:p>
      <w:r>
        <w:rPr>
          <w:b/>
        </w:rPr>
        <w:t xml:space="preserve">[12:48] </w:t>
      </w:r>
      <w:r>
        <w:t>to woh log jo nikaaltay hain, intehai yani intehai baseless tor par baatein nikaaltay hain.</w:t>
      </w:r>
    </w:p>
    <w:p>
      <w:pPr>
        <w:jc w:val="right"/>
      </w:pPr>
      <w:r>
        <w:t>تو وہ لوگ جو نکالتے ہیں، انتہائی یعنی انتہائی بیسلیس طور پر باتیں نکالتے ہیں۔</w:t>
      </w:r>
    </w:p>
    <w:p>
      <w:r>
        <w:rPr>
          <w:b/>
        </w:rPr>
        <w:t xml:space="preserve">[12:57] </w:t>
      </w:r>
      <w:r>
        <w:t>misal ke tor par dekhiye, kiya kartay hain yeh log?</w:t>
      </w:r>
    </w:p>
    <w:p>
      <w:pPr>
        <w:jc w:val="right"/>
      </w:pPr>
      <w:r>
        <w:t>مثال کے طور پر دیکھیے، کیا کرتے ہیں یہ لوگ؟</w:t>
      </w:r>
    </w:p>
    <w:p>
      <w:r>
        <w:rPr>
          <w:b/>
        </w:rPr>
        <w:t xml:space="preserve">[13:00] </w:t>
      </w:r>
      <w:r>
        <w:t>yeh syed qutb ne bhi kiya hai, yeh abdullah maududi sahib bhi kartay hain. misalan syed qutb sahib ki aik misal lijiye. quran mein bataya gaya hai ke Hazrat Musa firoun, Hazrat Musa firoun ke zamanay mein peghambar banaye gaye.</w:t>
      </w:r>
    </w:p>
    <w:p>
      <w:pPr>
        <w:jc w:val="right"/>
      </w:pPr>
      <w:r>
        <w:t>یہ سید قطب نے بھی کیا ہے، یہ عبداللہ مودودی صاحب بھی کرتے ہیں۔ مثلاً سید قطب صاحب کی ایک مثال لیجیے۔ قرآن میں بتایا گیا ہے کہ حضرت موسیٰ فرعون، حضرت موسیٰ فرعون کے زمانے میں پیغمبر بنائے گئے۔</w:t>
      </w:r>
    </w:p>
    <w:p>
      <w:r>
        <w:rPr>
          <w:b/>
        </w:rPr>
        <w:t xml:space="preserve">[13:18] </w:t>
      </w:r>
      <w:r>
        <w:t>woh peghambar ke darbar mein puhnchay, unhon ne apni peghambari ka message diya firoun ko.</w:t>
      </w:r>
    </w:p>
    <w:p>
      <w:pPr>
        <w:jc w:val="right"/>
      </w:pPr>
      <w:r>
        <w:t>وہ پیغمبر کے دربار میں پہنچے، انہوں نے اپنی پیغمبری کا میسج دیا فرعون کو۔</w:t>
      </w:r>
    </w:p>
    <w:p>
      <w:r>
        <w:rPr>
          <w:b/>
        </w:rPr>
        <w:t xml:space="preserve">[13:27] </w:t>
      </w:r>
      <w:r>
        <w:t>to ek kalam, ek dialogue hua dono ke beech mein.</w:t>
      </w:r>
    </w:p>
    <w:p>
      <w:pPr>
        <w:jc w:val="right"/>
      </w:pPr>
      <w:r>
        <w:t>تو ایک کلام، ایک ڈائیلاگ ہوا دونوں کے بیچ میں۔</w:t>
      </w:r>
    </w:p>
    <w:p>
      <w:r>
        <w:rPr>
          <w:b/>
        </w:rPr>
        <w:t xml:space="preserve">[13:30] </w:t>
      </w:r>
      <w:r>
        <w:t>yani firoun aur hazrat musa ke darmiyan ek dialogue hua to is dialogue ke baad firoun ne kaha apne durbariyon ko khitab karte hue ke</w:t>
      </w:r>
    </w:p>
    <w:p>
      <w:pPr>
        <w:jc w:val="right"/>
      </w:pPr>
      <w:r>
        <w:t>یعنی فرعون اور حضرت موسیٰ کے درمیان ایک ڈائیلاگ ہوا۔ تو اس ڈائیلاگ کے بعد فرعون نے کہا اپنے درباریوں کو خطاب کرتے ہوئے کہ</w:t>
      </w:r>
    </w:p>
    <w:p>
      <w:r>
        <w:rPr>
          <w:b/>
        </w:rPr>
        <w:t xml:space="preserve">[13:47] </w:t>
      </w:r>
      <w:r>
        <w:t>hazrat musa ke bare mein yurid an yukhrijakum min ardikum yani ek taraf firoun hai takht par, idhar hazrat musa khade hue hain haroon ke sath, idhar sare un ke durbari hain.</w:t>
      </w:r>
    </w:p>
    <w:p>
      <w:pPr>
        <w:jc w:val="right"/>
      </w:pPr>
      <w:r>
        <w:t>حضرت موسیٰ کے بارے میں یرید ان یخرجکم من ارضکم یعنی ایک طرف فرعون ہے تخت پر، ادھر حضرت موسیٰ کھڑے ہوئے ہیں ہارون کے ساتھ، ادھر سارے ان کے درباری ہیں۔</w:t>
      </w:r>
    </w:p>
    <w:p>
      <w:r>
        <w:rPr>
          <w:b/>
        </w:rPr>
        <w:t xml:space="preserve">[14:00] </w:t>
      </w:r>
      <w:r>
        <w:t>firoun kehta hai apne durbariyon se ke dekho, ye musa jo aaye hain, in ke bare mein yurid an yukhrijakum min ardikum ye hum ko nikaal dena chahte hain hamari zameen se aur yahan par apni hukumat qaim karna chahte hain.</w:t>
      </w:r>
    </w:p>
    <w:p>
      <w:pPr>
        <w:jc w:val="right"/>
      </w:pPr>
      <w:r>
        <w:t>فرعون کہتا ہے اپنے درباریوں سے کہ دیکھو، یہ موسیٰ جو آئے ہیں، ان کے بارے میں یرید ان یخرجکم من ارضکم یہ ہم کو نکال دینا چاہتے ہیں ہماری زمین سے اور یہاں پر اپنی حکومت قائم کرنا چاہتے ہیں۔</w:t>
      </w:r>
    </w:p>
    <w:p>
      <w:r>
        <w:rPr>
          <w:b/>
        </w:rPr>
        <w:t xml:space="preserve">[14:17] </w:t>
      </w:r>
      <w:r>
        <w:t>durbariyon ko bataya is ne ke hazrat musa jo hain, wo misr mein chahte hain ke humein dethrone karein, hamari hukumat ko chheenein aur yahan par apni hukumat qaim karein.</w:t>
      </w:r>
    </w:p>
    <w:p>
      <w:pPr>
        <w:jc w:val="right"/>
      </w:pPr>
      <w:r>
        <w:t>درباریوں کو بتایا اس نے کہ حضرت موسیٰ جو ہیں، وہ مصر میں چاہتے ہیں کہ ہمیں ڈی تھرون کریں، ہماری حکومت کو چھینیں اور یہاں پر اپنی حکومت قائم کریں۔</w:t>
      </w:r>
    </w:p>
    <w:p>
      <w:r>
        <w:rPr>
          <w:b/>
        </w:rPr>
        <w:t xml:space="preserve">[14:28] </w:t>
      </w:r>
      <w:r>
        <w:t>dekhiye, pehli baat mein ye kahunga ke musa ka message firoun ki taqleed se niklega ke musa ki taqleed se niklega. aap ghor farmaiye, yani yahan wo log kya kar rahe hain ke hazrat musa ka message nikaal rahe hain firoun ki taqreer se,</w:t>
      </w:r>
    </w:p>
    <w:p>
      <w:pPr>
        <w:jc w:val="right"/>
      </w:pPr>
      <w:r>
        <w:t>دیکھیے، پہلی بات میں یہ کہوں گا کہ موسیٰ کا میسج فرعون کی تقلید سے نکلے گا کہ موسیٰ کی تقلید سے نکلے گا۔ آپ غور فرمائیے، یعنی یہاں وہ لوگ کیا کر رہے ہیں کہ حضرت موسیٰ کا میسج نکال رہے ہیں فرعون کی تقریر سے،</w:t>
      </w:r>
    </w:p>
    <w:p>
      <w:r>
        <w:rPr>
          <w:b/>
        </w:rPr>
        <w:t xml:space="preserve">[14:49] </w:t>
      </w:r>
      <w:r>
        <w:t>halanke nikaalna chahiye firoun hazrat musa ki taqreer se. matlab mere bohat se mukhalifeen hain, wo jo kuch chhaap rakha hai, us se mera message nikaalenge aap?</w:t>
      </w:r>
    </w:p>
    <w:p>
      <w:pPr>
        <w:jc w:val="right"/>
      </w:pPr>
      <w:r>
        <w:t>حالانکہ نکالنا چاہیے فرعون حضرت موسیٰ کی تقریر سے۔ مطلب میرے بہت سے مخالفین ہیں، وہ جو کچھ چھاپ رکھا ہے، اس سے میرا میسج نکالیں گے آپ؟</w:t>
      </w:r>
    </w:p>
    <w:p>
      <w:r>
        <w:rPr>
          <w:b/>
        </w:rPr>
        <w:t xml:space="preserve">[14:58] </w:t>
      </w:r>
      <w:r>
        <w:t>doosri baat ye hai ke aap jante hain ke hazrat musa ki madad allah taala ne ki aur firoun aur is ka lashkar sab ka sab samundar mein gharaq ho gaya.</w:t>
      </w:r>
    </w:p>
    <w:p>
      <w:pPr>
        <w:jc w:val="right"/>
      </w:pPr>
      <w:r>
        <w:t>دوسری بات یہ ہے کہ آپ جانتے ہیں کہ حضرت موسیٰ کی مدد اللہ تعالی نے کی اور فرعون اور اس کا لشکر سب کا سب سمندر میں غرق ہو گیا۔</w:t>
      </w:r>
    </w:p>
    <w:p>
      <w:r>
        <w:rPr>
          <w:b/>
        </w:rPr>
        <w:t xml:space="preserve">[15:11] </w:t>
      </w:r>
      <w:r>
        <w:t>yani poora misr khaali ho gaya hazrat musa ke liye. hazrat musa ke sath un ki qom bhi thi, bani israel, wo bhi kaafi tadad mein the.</w:t>
      </w:r>
    </w:p>
    <w:p>
      <w:pPr>
        <w:jc w:val="right"/>
      </w:pPr>
      <w:r>
        <w:t>یعنی پورا مصر خالی ہو گیا حضرت موسیٰ کے لیے۔ حضرت موسیٰ کے ساتھ ان کی قوم بھی تھی، بنی اسرائیل، وہ بھی کافی تعداد میں تھے۔</w:t>
      </w:r>
    </w:p>
    <w:p>
      <w:r>
        <w:rPr>
          <w:b/>
        </w:rPr>
        <w:t xml:space="preserve">[15:23] </w:t>
      </w:r>
      <w:r>
        <w:t>to ab musa ko mauqa tha ke qabza karein misr ke upar, kyun ke jab firoun mar gaya, is ka lashkar doob kar khatm ho gaya.</w:t>
      </w:r>
    </w:p>
    <w:p>
      <w:pPr>
        <w:jc w:val="right"/>
      </w:pPr>
      <w:r>
        <w:t>تو اب موسیٰ کو موقع تھا کہ قبضہ کریں مصر کے اوپر، کیونکہ جب فرعون مر گیا، اس کا لشکر ڈوب کر ختم ہو گیا۔</w:t>
      </w:r>
    </w:p>
    <w:p>
      <w:r>
        <w:rPr>
          <w:b/>
        </w:rPr>
        <w:t xml:space="preserve">[15:34] </w:t>
      </w:r>
      <w:r>
        <w:t>ab to maidan khaali hai. agar un ka maqsad tha firoun mein hukumat qaim, wo misr mein hukumat qaim karna to maidan khaali tha wahan.</w:t>
      </w:r>
    </w:p>
    <w:p>
      <w:pPr>
        <w:jc w:val="right"/>
      </w:pPr>
      <w:r>
        <w:t>اب تو میدان خالی ہے۔ اگر ان کا مقصد تھا فرعون میں حکومت قائم، وہ مصر میں حکومت قائم کرنا تو میدان خالی تھا وہاں۔</w:t>
      </w:r>
    </w:p>
    <w:p>
      <w:r>
        <w:rPr>
          <w:b/>
        </w:rPr>
        <w:t xml:space="preserve">[15:43] </w:t>
      </w:r>
      <w:r>
        <w:t>lekin hazrat musa ne kya kiya? is ke baad kuch chale gaye sehraaye sina mein. sina jo desert desert tha, wahan chale gaye. to</w:t>
      </w:r>
    </w:p>
    <w:p>
      <w:pPr>
        <w:jc w:val="right"/>
      </w:pPr>
      <w:r>
        <w:t>لیکن حضرت موسیٰ نے کیا کیا؟ اس کے بعد کچھ چلے گئے صحرائے سینا میں۔ سینا جو ڈیزرٹ ڈیزرٹ تھا، وہاں چلے گئے۔ تو</w:t>
      </w:r>
    </w:p>
    <w:p>
      <w:r>
        <w:rPr>
          <w:b/>
        </w:rPr>
        <w:t xml:space="preserve">[15:53] </w:t>
      </w:r>
      <w:r>
        <w:t>kitna zyada illogical hai ye! koi is ki koi surpirse nahi hai, is ka be asal baat hai.</w:t>
      </w:r>
    </w:p>
    <w:p>
      <w:pPr>
        <w:jc w:val="right"/>
      </w:pPr>
      <w:r>
        <w:t>کتنا زیادہ اللاجیکل ہے یہ! کوئی اس کی کوئی سرپائر نہیں ہے، اس کا بے اصل بات ہے۔</w:t>
      </w:r>
    </w:p>
    <w:p>
      <w:r>
        <w:rPr>
          <w:b/>
        </w:rPr>
        <w:t xml:space="preserve">[16:04] </w:t>
      </w:r>
      <w:r>
        <w:t>aise hi dekhiye, abdullah maudoodi sahab ne "aqeemuddin" se nikala hai, surah shura ki ek aayat hai "aqeemuddin".</w:t>
      </w:r>
    </w:p>
    <w:p>
      <w:pPr>
        <w:jc w:val="right"/>
      </w:pPr>
      <w:r>
        <w:t>ایسے ہی دیکھیے، عبداللہ مودودی صاحب نے "اقیم الدین" سے نکالا ہے، سورہ شوریٰ کی ایک آیت ہے "اقیم الدین"۔</w:t>
      </w:r>
    </w:p>
    <w:p>
      <w:r>
        <w:rPr>
          <w:b/>
        </w:rPr>
        <w:t xml:space="preserve">[16:12] </w:t>
      </w:r>
      <w:r>
        <w:t>deen ko qaim karo, deen ko qaim karo.</w:t>
      </w:r>
    </w:p>
    <w:p>
      <w:pPr>
        <w:jc w:val="right"/>
      </w:pPr>
      <w:r>
        <w:t>دین کو قائم کرو، دین کو قائم کرو۔</w:t>
      </w:r>
    </w:p>
    <w:p>
      <w:r>
        <w:rPr>
          <w:b/>
        </w:rPr>
        <w:t xml:space="preserve">[16:18] </w:t>
      </w:r>
      <w:r>
        <w:t>dekhiye, yahan deen ko qaim karo ke maani saare mufassireen, jitne bhi commenter hain, maine kitaab likhi hai, taabeer galat ki, us mein maine saare references diye hain.</w:t>
      </w:r>
    </w:p>
    <w:p>
      <w:pPr>
        <w:jc w:val="right"/>
      </w:pPr>
      <w:r>
        <w:t>دیکھیے، یہاں دین کو قائم کرو کے معنی سارے مفسرین، جتنے بھی کمنٹیٹر ہیں، میں نے کتاب لکھی ہے، تعبیر غلط کی، اس میں میں نے سارے ریفرنسز دیے ہیں۔</w:t>
      </w:r>
    </w:p>
    <w:p>
      <w:r>
        <w:rPr>
          <w:b/>
        </w:rPr>
        <w:t xml:space="preserve">[16:28] </w:t>
      </w:r>
      <w:r>
        <w:t>is ka mic laate hain, kya lete hain? wo deen ki pairvi karo, yani apni apni zindagi mein deen ki pairvi karo, ye maani lete hain.</w:t>
      </w:r>
    </w:p>
    <w:p>
      <w:pPr>
        <w:jc w:val="right"/>
      </w:pPr>
      <w:r>
        <w:t>اس کا مائیک لاتے ہیں، کیا لیتے ہیں؟ وہ دین کی پیروی کرو، یعنی اپنی اپنی زندگی میں دین کی پیروی کرو، یہ معنی لیتے ہیں۔</w:t>
      </w:r>
    </w:p>
    <w:p>
      <w:r>
        <w:rPr>
          <w:b/>
        </w:rPr>
        <w:t xml:space="preserve">[16:36] </w:t>
      </w:r>
      <w:r>
        <w:t>unhone kya kiya? deen ko implement karo, deen ko enforce karo, yani lazim ko mutaddi bana diya, passive ko active bana diya.</w:t>
      </w:r>
    </w:p>
    <w:p>
      <w:pPr>
        <w:jc w:val="right"/>
      </w:pPr>
      <w:r>
        <w:t>انہوں نے کیا کیا؟ دین کو امپلیمنٹ کرو، دین کو انفورس کرو، یعنی لازم کو متعدی بنا دیا، پیسو کو ایکٹیو بنا دیا۔</w:t>
      </w:r>
    </w:p>
    <w:p>
      <w:r>
        <w:rPr>
          <w:b/>
        </w:rPr>
        <w:t xml:space="preserve">[16:46] </w:t>
      </w:r>
      <w:r>
        <w:t>to ye koi daleel hai? ye</w:t>
      </w:r>
    </w:p>
    <w:p>
      <w:pPr>
        <w:jc w:val="right"/>
      </w:pPr>
      <w:r>
        <w:t>تو یہ کوئی دلیل ہے؟ یہ</w:t>
      </w:r>
    </w:p>
    <w:p>
      <w:r>
        <w:rPr>
          <w:b/>
        </w:rPr>
        <w:t xml:space="preserve">[16:50] </w:t>
      </w:r>
      <w:r>
        <w:t>ye koi daleel hai? bataiye, ye koi daleel nahi hai. yani "aqeemuddin" lughat ke aitbaar se bhi aur mufassireen ki rai ke mutabiq bhi sirf ye maani rakhte hain ke deen ki pairvi karo, yani ek ek fard momin jo hai, deen ki pairvi kare.</w:t>
      </w:r>
    </w:p>
    <w:p>
      <w:pPr>
        <w:jc w:val="right"/>
      </w:pPr>
      <w:r>
        <w:t>یہ کوئی دلیل ہے؟ بتائیے، یہ کوئی دلیل نہیں ہے۔ یعنی "اقیم الدین" لغت کے اعتبار سے بھی اور مفسرین کی رائے کے مطابق بھی صرف یہ معنی رکھتے ہیں کہ دین کی پیروی کرو، یعنی ایک ایک فرد مومن جو ہے، دین کی پیروی کرے۔</w:t>
      </w:r>
    </w:p>
    <w:p>
      <w:r>
        <w:rPr>
          <w:b/>
        </w:rPr>
        <w:t xml:space="preserve">[17:08] </w:t>
      </w:r>
      <w:r>
        <w:t>mislan allah se dare, mukhlis bane, allah taala ka sach bole, ibaadat kare, ye sab hai.</w:t>
      </w:r>
    </w:p>
    <w:p>
      <w:pPr>
        <w:jc w:val="right"/>
      </w:pPr>
      <w:r>
        <w:t>مثلاً اللہ سے ڈرے، مخلص بنے، اللہ تعالی کا سچ بولے، عبادت کرے، یہ سب ہے۔</w:t>
      </w:r>
    </w:p>
    <w:p>
      <w:r>
        <w:rPr>
          <w:b/>
        </w:rPr>
        <w:t xml:space="preserve">[17:18] </w:t>
      </w:r>
      <w:r>
        <w:t>is ka kya matlab hai? ke is ko deen ko naafiz karo, yani koi surpirse is ka nahi hai. be bilkul be surpirse ki baat hai.</w:t>
      </w:r>
    </w:p>
    <w:p>
      <w:pPr>
        <w:jc w:val="right"/>
      </w:pPr>
      <w:r>
        <w:t>اس کا کیا مطلب ہے؟ کہ اس کو دین کو نافذ کرو، یعنی کوئی سرپائر اس کا نہیں ہے۔ بے بالکل بے سرپائر کی بات ہے۔</w:t>
      </w:r>
    </w:p>
    <w:p>
      <w:r>
        <w:rPr>
          <w:b/>
        </w:rPr>
        <w:t xml:space="preserve">[17:30] </w:t>
      </w:r>
      <w:r>
        <w:t>to yahan bhi dekhiye, aap unhone lazim ko mutaddi kar diya hai. aise hi dekhiye, ek aayat hai quran majeed mein ya ayyuhal lazeena amanu konoo qawwameena bil qist</w:t>
      </w:r>
    </w:p>
    <w:p>
      <w:pPr>
        <w:jc w:val="right"/>
      </w:pPr>
      <w:r>
        <w:t>تو یہاں بھی دیکھیے، آپ انہوں نے لازم کو متعدی کر دیا ہے۔ ایسے ہی دیکھیے، ایک آیت ہے قرآن مجید میں یا ایہا الذین آمنوا کنوا قوامین بالقسط</w:t>
      </w:r>
    </w:p>
    <w:p>
      <w:r>
        <w:rPr>
          <w:b/>
        </w:rPr>
        <w:t xml:space="preserve">[17:44] </w:t>
      </w:r>
      <w:r>
        <w:t>ae iman walo! qist yani injustice ko justice ke qawwam bano. qawwameena bil qist, justice ke qawwam bano.</w:t>
      </w:r>
    </w:p>
    <w:p>
      <w:pPr>
        <w:jc w:val="right"/>
      </w:pPr>
      <w:r>
        <w:t>اے ایمان والو! قسط یعنی ان جسٹس کو جسٹس کے قوام بنو۔ قوامین بالقسط، جسٹس کے قوام بنو۔</w:t>
      </w:r>
    </w:p>
    <w:p>
      <w:r>
        <w:rPr>
          <w:b/>
        </w:rPr>
        <w:t xml:space="preserve">[17:55] </w:t>
      </w:r>
      <w:r>
        <w:t>is ka matlab kya hai? qawwam jo hai, mubalgha hai qaim ka, muqeem ka mubalgha nahi hai. yani khud poori tarah justice par qaim ho jao.</w:t>
      </w:r>
    </w:p>
    <w:p>
      <w:pPr>
        <w:jc w:val="right"/>
      </w:pPr>
      <w:r>
        <w:t>اس کا مطلب کیا ہے؟ قوام جو ہے، مبالغہ ہے قائم کا، مقیم کا مبالغہ نہیں ہے۔ یعنی خود پوری طرح جسٹس پر قائم ہو جاؤ۔</w:t>
      </w:r>
    </w:p>
    <w:p>
      <w:r>
        <w:rPr>
          <w:b/>
        </w:rPr>
        <w:t xml:space="preserve">[18:09] </w:t>
      </w:r>
      <w:r>
        <w:t>jo log arabi jantay hain, un ko un ko samajh samajh sakain gay ke qawwam ka lafz qaim ka mubalgha hai, muqeem ka mubalgha nahi hai. yani woh lazim hai, mutaddi nahi hai.</w:t>
      </w:r>
    </w:p>
    <w:p>
      <w:pPr>
        <w:jc w:val="right"/>
      </w:pPr>
      <w:r>
        <w:t>جو لوگ عربی جانتے ہیں، ان کو ان کو سمجھ سمجھ سکیں گے کہ قوام کا لفظ قائم کا مبالغہ ہے، مقیم کا مبالغہ نہیں ہے۔ یعنی وہ لازم ہے، متعدی نہیں ہے۔</w:t>
      </w:r>
    </w:p>
    <w:p>
      <w:r>
        <w:rPr>
          <w:b/>
        </w:rPr>
        <w:t xml:space="preserve">[18:21] </w:t>
      </w:r>
      <w:r>
        <w:t>is ka matlab yeh hai ke ay ay momino! tum khud pooray pooray tareeqay se justice par qaim ho jao. is ka matlab kya nikala?</w:t>
      </w:r>
    </w:p>
    <w:p>
      <w:pPr>
        <w:jc w:val="right"/>
      </w:pPr>
      <w:r>
        <w:t>اس کا مطلب یہ ہے کہ اے اے مومنوں! تم خود پورے پورے طریقے سے جسٹس پر قائم ہو جاؤ۔ اس کا مطلب کیا نکالا؟</w:t>
      </w:r>
    </w:p>
    <w:p>
      <w:r>
        <w:rPr>
          <w:b/>
        </w:rPr>
        <w:t xml:space="preserve">[18:30] </w:t>
      </w:r>
      <w:r>
        <w:t>justice ka jhanda uthao, justice ko implement karo, justice ki buniyad par nizam banao. yeh kahan is ayat mein likha hua hai?</w:t>
      </w:r>
    </w:p>
    <w:p>
      <w:pPr>
        <w:jc w:val="right"/>
      </w:pPr>
      <w:r>
        <w:t>جسٹس کا جھنڈا اٹھاؤ، جسٹس کو امپلیمنٹ کرو، جسٹس کی بنیاد پر نظام بناؤ۔ یہ کہاں اس آیت میں لکھا ہوا ہے؟</w:t>
      </w:r>
    </w:p>
    <w:p>
      <w:r>
        <w:rPr>
          <w:b/>
        </w:rPr>
        <w:t xml:space="preserve">[18:39] </w:t>
      </w:r>
      <w:r>
        <w:t>yad mein likha hi nahi hai.</w:t>
      </w:r>
    </w:p>
    <w:p>
      <w:pPr>
        <w:jc w:val="right"/>
      </w:pPr>
      <w:r>
        <w:t>یاد میں لکھا ہی نہیں ہے۔</w:t>
      </w:r>
    </w:p>
    <w:p>
      <w:r>
        <w:rPr>
          <w:b/>
        </w:rPr>
        <w:t xml:space="preserve">[18:44] </w:t>
      </w:r>
      <w:r>
        <w:t>to khud hi khud nikal kar kuch bhi nikalte rahiye aap. jaisay dekhiye, Allah taala ne jab rasool Allah ko peghambar banaya to shuru mein jo ayat utri aap ke upar, us mein tha ya aiyha al muddathir qum fa anzir</w:t>
      </w:r>
    </w:p>
    <w:p>
      <w:pPr>
        <w:jc w:val="right"/>
      </w:pPr>
      <w:r>
        <w:t>تو خود ہی خود نکال کر کچھ بھی نکالتے رہیے آپ۔ جیسے دیکھیے، اللہ تعالی نے جب رسول اللہ کو پیغمبر بنایا تو شروع میں جو آیت اتری آپ کے اوپر، اس میں تھا یا ایہا المدثر قم فانظر</w:t>
      </w:r>
    </w:p>
    <w:p>
      <w:r>
        <w:rPr>
          <w:b/>
        </w:rPr>
        <w:t xml:space="preserve">[19:03] </w:t>
      </w:r>
      <w:r>
        <w:t>ay peghambar! tum dawat ka kaam karo. wahan yeh nahi aya ke ay ay ya al muddathir qum fa anzir wa aqim dawlat al islam islami hukoomat qaim karo.</w:t>
      </w:r>
    </w:p>
    <w:p>
      <w:pPr>
        <w:jc w:val="right"/>
      </w:pPr>
      <w:r>
        <w:t>اے پیغمبر! تم دعوت کا کام کرو۔ وہاں یہ نہیں آیا کہ اے اے یا المدثر قم فانظر واقم دولت الاسلام اسلامی حکومت قائم کرو۔</w:t>
      </w:r>
    </w:p>
    <w:p>
      <w:r>
        <w:rPr>
          <w:b/>
        </w:rPr>
        <w:t xml:space="preserve">[19:16] </w:t>
      </w:r>
      <w:r>
        <w:t>yeh to hai nahi. yani jo in logon ka nazariya hai, us ke mutabiq hona chahiye tha ke ay peghambar!</w:t>
      </w:r>
    </w:p>
    <w:p>
      <w:pPr>
        <w:jc w:val="right"/>
      </w:pPr>
      <w:r>
        <w:t>یہ تو ہے نہیں۔ یعنی جو ان لوگوں کا نظریہ ہے، اس کے مطابق ہونا چاہیے تھا کہ اے پیغمبر!</w:t>
      </w:r>
    </w:p>
    <w:p>
      <w:r>
        <w:rPr>
          <w:b/>
        </w:rPr>
        <w:t xml:space="preserve">[19:25] </w:t>
      </w:r>
      <w:r>
        <w:t>tum dawat ka kaam karo aur islami hukoomat qaim karo. to alfaaz yeh hone chahiye ya al muddathir qum fa anzir wa aqim dawlat al islam to aisa to kahin hai nahi.</w:t>
      </w:r>
    </w:p>
    <w:p>
      <w:pPr>
        <w:jc w:val="right"/>
      </w:pPr>
      <w:r>
        <w:t>تم دعوت کا کام کرو اور اسلامی حکومت قائم کرو۔ تو الفاظ یہ ہونے چاہیے یا المدثر قم فانظر واقم دولت الاسلام تو ایسا تو کہیں ہے نہیں۔</w:t>
      </w:r>
    </w:p>
    <w:p>
      <w:r>
        <w:rPr>
          <w:b/>
        </w:rPr>
        <w:t xml:space="preserve">[19:36] </w:t>
      </w:r>
      <w:r>
        <w:t>to khud hi khud nikal rakha hai.</w:t>
      </w:r>
    </w:p>
    <w:p>
      <w:pPr>
        <w:jc w:val="right"/>
      </w:pPr>
      <w:r>
        <w:t>تو خود ہی خود نکال رکھا ہے۔</w:t>
      </w:r>
    </w:p>
    <w:p>
      <w:r>
        <w:rPr>
          <w:b/>
        </w:rPr>
        <w:t xml:space="preserve">[19:40] </w:t>
      </w:r>
      <w:r>
        <w:t>ya yeh hona chahiye ke nafiz shariat al islam. ay peghambar! shariat Islam ki shariat ko nafiz karo. aisa to koi hai nahi.</w:t>
      </w:r>
    </w:p>
    <w:p>
      <w:pPr>
        <w:jc w:val="right"/>
      </w:pPr>
      <w:r>
        <w:t>یا یہ ہونا چاہیے کہ نفذ شریعت الاسلام۔ اے پیغمبر! شریعت اسلام کی شریعت کو نافذ کرو۔ ایسا تو کوئی ہے نہیں۔</w:t>
      </w:r>
    </w:p>
    <w:p>
      <w:r>
        <w:rPr>
          <w:b/>
        </w:rPr>
        <w:t xml:space="preserve">[19:50] </w:t>
      </w:r>
      <w:r>
        <w:t>kahin bhi nahi hai ke ke nafiz shariat al islam, Islam ki shariat ko nafiz karo, implement karo, enforce karo. yeh kahin hai nahi.</w:t>
      </w:r>
    </w:p>
    <w:p>
      <w:pPr>
        <w:jc w:val="right"/>
      </w:pPr>
      <w:r>
        <w:t>کہیں بھی نہیں ہے کہ کہ نفذ شریعت الاسلام، اسلام کی شریعت کو نافذ کرو، امپلیمنٹ کرو، انفورس کرو۔ یہ کہیں ہے نہیں۔</w:t>
      </w:r>
    </w:p>
    <w:p>
      <w:r>
        <w:rPr>
          <w:b/>
        </w:rPr>
        <w:t xml:space="preserve">[20:00] </w:t>
      </w:r>
      <w:r>
        <w:t>to bilkul tor mor kar ke kehtay hain, yani mafhoom ko badal kar ke is tarah ke matlab nikal liye hain.</w:t>
      </w:r>
    </w:p>
    <w:p>
      <w:pPr>
        <w:jc w:val="right"/>
      </w:pPr>
      <w:r>
        <w:t>تو بالکل توڑ موڑ کر کے کہتے ہیں، یعنی مفہوم کو بدل کر کے اس طرح کے مطلب نکال لیے ہیں۔</w:t>
      </w:r>
    </w:p>
    <w:p>
      <w:r>
        <w:rPr>
          <w:b/>
        </w:rPr>
        <w:t xml:space="preserve">[20:11] </w:t>
      </w:r>
      <w:r>
        <w:t>aik dam koi aik bhi yaqeen kijiye ke in logon ne jo kuch kitabein likhi hain, us mein aik bhi koi na logic hai, na koi reasoning hai, na koi waqai qism ki daleel hai.</w:t>
      </w:r>
    </w:p>
    <w:p>
      <w:pPr>
        <w:jc w:val="right"/>
      </w:pPr>
      <w:r>
        <w:t>ایک دم کوئی ایک بھی یقین کیجیے کہ ان لوگوں نے جو کچھ کتابیں لکھی ہیں، اس میں ایک بھی کوئی نہ لاجک ہے، نہ کوئی ریزننگ ہے، نہ کوئی واقعی قسم کی دلیل ہے۔</w:t>
      </w:r>
    </w:p>
    <w:p>
      <w:r>
        <w:rPr>
          <w:b/>
        </w:rPr>
        <w:t xml:space="preserve">[20:25] </w:t>
      </w:r>
      <w:r>
        <w:t>dekhiye, agar aap yeh jo baat hai, itni bari baat hai ke 75 feesad jo hadaf ho gaya tha, us ko aap sabit karna chahtay hain to yeh nikalna chahiye.</w:t>
      </w:r>
    </w:p>
    <w:p>
      <w:pPr>
        <w:jc w:val="right"/>
      </w:pPr>
      <w:r>
        <w:t>دیکھیے، اگر آپ یہ جو بات ہے، اتنی بڑی بات ہے کہ 75 فیصد جو حذف ہو گیا تھا، اس کو آپ ثابت کرنا چاہتے ہیں تو یہ نکلنا چاہیے۔</w:t>
      </w:r>
    </w:p>
    <w:p>
      <w:r>
        <w:rPr>
          <w:b/>
        </w:rPr>
        <w:t xml:space="preserve">[20:36] </w:t>
      </w:r>
      <w:r>
        <w:t>dekhiye, direct tor par text se nikalna chahiye, text se,</w:t>
      </w:r>
    </w:p>
    <w:p>
      <w:pPr>
        <w:jc w:val="right"/>
      </w:pPr>
      <w:r>
        <w:t>دیکھیے، ڈائریکٹ طور پر ٹیکسٹ سے نکلنا چاہیے، ٹیکسٹ سے،</w:t>
      </w:r>
    </w:p>
    <w:p>
      <w:r>
        <w:rPr>
          <w:b/>
        </w:rPr>
        <w:t xml:space="preserve">[20:41] </w:t>
      </w:r>
      <w:r>
        <w:t>inference ke zariye nahi. dekhiye, do tareeqay hotay hain kisi baat ko sabit karne ka. aik hai textual tareeqa, yani text se direct tor par nikalna.</w:t>
      </w:r>
    </w:p>
    <w:p>
      <w:pPr>
        <w:jc w:val="right"/>
      </w:pPr>
      <w:r>
        <w:t>انفرنس کے ذریعے نہیں۔ دیکھیے، دو طریقے ہوتے ہیں کسی بات کو ثابت کرنے کا۔ ایک ہے ٹیکسچول طریقہ، یعنی ٹیکسٹ سے ڈائریکٹ طور پر نکلنا۔</w:t>
      </w:r>
    </w:p>
    <w:p>
      <w:r>
        <w:rPr>
          <w:b/>
        </w:rPr>
        <w:t xml:space="preserve">[20:52] </w:t>
      </w:r>
      <w:r>
        <w:t>aik hai inferential tareeqa, inference kar ke nikalna. to koi choti bari baat aap inference kar ke nikal sakte hain, lekin jo basic purpose hai, jo basic mission hai, us ko nahi nikal sakte aap is se baat kar ke.</w:t>
      </w:r>
    </w:p>
    <w:p>
      <w:pPr>
        <w:jc w:val="right"/>
      </w:pPr>
      <w:r>
        <w:t>ایک ہے انفرینشل طریقہ، انفرنس کر کے نکالنا۔ تو کوئی چھوٹی بڑی بات آپ انفرنس کر کے نکال سکتے ہیں، لیکن جو بیسک پرپس ہے، جو بیسک مشن ہے، اس کو نہیں نکال سکتے آپ اس سے بات کر کے۔</w:t>
      </w:r>
    </w:p>
    <w:p>
      <w:r>
        <w:rPr>
          <w:b/>
        </w:rPr>
        <w:t xml:space="preserve">[21:06] </w:t>
      </w:r>
      <w:r>
        <w:t>us ko to nikalna chahiye, text mein nikalna chahiye.</w:t>
      </w:r>
    </w:p>
    <w:p>
      <w:pPr>
        <w:jc w:val="right"/>
      </w:pPr>
      <w:r>
        <w:t>اس کو تو نکلنا چاہیے، ٹیکسٹ میں نکلنا چاہیے۔</w:t>
      </w:r>
    </w:p>
    <w:p>
      <w:r>
        <w:rPr>
          <w:b/>
        </w:rPr>
        <w:t xml:space="preserve">[21:09] </w:t>
      </w:r>
      <w:r>
        <w:t>jaisay mein ne kaha nafiz shariat al islam aqim dawlat al islam aisay alfaaz hone chahiye. aisay alfaaz to kahin hain nahi.</w:t>
      </w:r>
    </w:p>
    <w:p>
      <w:pPr>
        <w:jc w:val="right"/>
      </w:pPr>
      <w:r>
        <w:t>جیسے میں نے کہا نفذ شریعت الاسلام اقیم دولت الاسلام ایسے الفاظ ہونے چاہیے۔ ایسے الفاظ تو کہیں ہیں نہیں۔</w:t>
      </w:r>
    </w:p>
    <w:p>
      <w:r>
        <w:rPr>
          <w:b/>
        </w:rPr>
        <w:t xml:space="preserve">[21:20] </w:t>
      </w:r>
      <w:r>
        <w:t>yani itni bari baat, itni bari baat, itni bari baat direct tor par text mein hona chahiye.</w:t>
      </w:r>
    </w:p>
    <w:p>
      <w:pPr>
        <w:jc w:val="right"/>
      </w:pPr>
      <w:r>
        <w:t>یعنی اتنی بڑی بات، اتنی بڑی بات، اتنی بڑی بات ڈائریکٹ طور پر ٹیکسٹ میں ہونا چاہیے۔</w:t>
      </w:r>
    </w:p>
    <w:p>
      <w:r>
        <w:rPr>
          <w:b/>
        </w:rPr>
        <w:t xml:space="preserve">[21:28] </w:t>
      </w:r>
      <w:r>
        <w:t>text ka matlab yahi hai jo mein ne arz kiya ke aqim dawlat al islam, islami hukoomat qaim karo, nafiz shariat al islam, islami shariat ko nafiz ka</w:t>
      </w:r>
    </w:p>
    <w:p>
      <w:pPr>
        <w:jc w:val="right"/>
      </w:pPr>
      <w:r>
        <w:t>ٹیکسٹ کا مطلب یہی ہے جو میں نے عرض کیا کہ اقیم دولت الاسلام، اسلامی حکومت قائم کرو، نفذ شریعت الاسلام، اسلامی شریعت کو نافذ ک</w:t>
      </w:r>
    </w:p>
    <w:p>
      <w:r>
        <w:rPr>
          <w:b/>
        </w:rPr>
        <w:t xml:space="preserve">[21:38] </w:t>
      </w:r>
      <w:r>
        <w:t>ro. is tarah ke alfaaz kahin na Quran mein hain, na hadith mein hain.</w:t>
      </w:r>
    </w:p>
    <w:p>
      <w:pPr>
        <w:jc w:val="right"/>
      </w:pPr>
      <w:r>
        <w:t>رو۔ اس طرح کے الفاظ کہیں نہ قرآن میں ہیں، نہ حدیث میں ہیں۔</w:t>
      </w:r>
    </w:p>
    <w:p>
      <w:r>
        <w:rPr>
          <w:b/>
        </w:rPr>
        <w:t xml:space="preserve">[21:45] </w:t>
      </w:r>
      <w:r>
        <w:t>ab dekhiye, aik shakhs aata hai rasool Allah ke paas, woh poochta hai ke mujhe naseehat kijiye? to aap naseehat kya karte hain?</w:t>
      </w:r>
    </w:p>
    <w:p>
      <w:pPr>
        <w:jc w:val="right"/>
      </w:pPr>
      <w:r>
        <w:t>اب دیکھیے، ایک شخص آتا ہے رسول اللہ کے پاس، وہ پوچھتا ہے کہ مجھے نصیحت کیجیے۔ تو آپ نصیحت کیا کرتے ہیں؟</w:t>
      </w:r>
    </w:p>
    <w:p>
      <w:r>
        <w:rPr>
          <w:b/>
        </w:rPr>
        <w:t xml:space="preserve">[21:56] </w:t>
      </w:r>
      <w:r>
        <w:t>qul rabbi Allah thummastqim qul rabbi Allah thummastqim kaho ke mera rab Allah hai aur us par qaim jam jao.</w:t>
      </w:r>
    </w:p>
    <w:p>
      <w:pPr>
        <w:jc w:val="right"/>
      </w:pPr>
      <w:r>
        <w:t>قل رب اللہ ثم استقم قل رب اللہ ثم استقم کہو کہ میرا رب اللہ ہے اور اس پر قائم جم جاؤ۔</w:t>
      </w:r>
    </w:p>
    <w:p>
      <w:r>
        <w:rPr>
          <w:b/>
        </w:rPr>
        <w:t xml:space="preserve">[22:08] </w:t>
      </w:r>
      <w:r>
        <w:t>yeh nahi farmaya ke qul rabbi Allah wa aqim dawlat al islam Allah ko apna rab banao aur hukoomat islami qaim karo. yeh to aap ne farmaya nahi.</w:t>
      </w:r>
    </w:p>
    <w:p>
      <w:pPr>
        <w:jc w:val="right"/>
      </w:pPr>
      <w:r>
        <w:t>یہ نہیں فرمایا کہ قل رب اللہ واقم دولت الاسلام اللہ کو اپنا رب بناؤ اور حکومت اسلامی قائم کرو۔ یہ تو آپ نے فرمایا نہیں۔</w:t>
      </w:r>
    </w:p>
    <w:p>
      <w:r>
        <w:rPr>
          <w:b/>
        </w:rPr>
        <w:t xml:space="preserve">[22:20] </w:t>
      </w:r>
      <w:r>
        <w:t>yani Allah ko rab banao, is par qaim ho jao. Yani Allah, ab tumhari soch Allah ke mutabiq ho, tumhara behavior Allah ke mutabiq ho, tumhari dealing Allah ke mutabiq ho,</w:t>
      </w:r>
    </w:p>
    <w:p>
      <w:pPr>
        <w:jc w:val="right"/>
      </w:pPr>
      <w:r>
        <w:t>یعنی اللہ کو رب بناؤ، اس پر قائم ہو جاؤ۔ یعنی اللہ، اب تمہاری سوچ اللہ کے مطابق ہو، تمہارا بیہیویئر اللہ کے مطابق ہو، تمہاری ڈیلنگ اللہ کے مطابق ہو،</w:t>
      </w:r>
    </w:p>
    <w:p>
      <w:r>
        <w:rPr>
          <w:b/>
        </w:rPr>
        <w:t xml:space="preserve">[22:34] </w:t>
      </w:r>
      <w:r>
        <w:t>tumhari zindagi Allah ke rang mein rang jaye. Yeh matlab hai.</w:t>
      </w:r>
    </w:p>
    <w:p>
      <w:pPr>
        <w:jc w:val="right"/>
      </w:pPr>
      <w:r>
        <w:t>تمہاری زندگی اللہ کے رنگ میں رنگ جائے۔ یہ مطلب ہے۔</w:t>
      </w:r>
    </w:p>
    <w:p>
      <w:r>
        <w:rPr>
          <w:b/>
        </w:rPr>
        <w:t xml:space="preserve">[22:40] </w:t>
      </w:r>
      <w:r>
        <w:t>khud Quran mein bhi dekhiye, Quran mein hai ke kono rabbaniyeen bano rab wale, aye believers!</w:t>
      </w:r>
    </w:p>
    <w:p>
      <w:pPr>
        <w:jc w:val="right"/>
      </w:pPr>
      <w:r>
        <w:t>خود قرآن میں بھی دیکھیے، قرآن میں ہے کہ کونوا ربانین بنو رب والے، اے بیلیورز!</w:t>
      </w:r>
    </w:p>
    <w:p>
      <w:r>
        <w:rPr>
          <w:b/>
        </w:rPr>
        <w:t xml:space="preserve">[22:51] </w:t>
      </w:r>
      <w:r>
        <w:t>bano rab, rab wale bano. Yeh nahi hai ke aye believers! Islami hukoomat qaim karo, Islami shariyat nafiz karo.</w:t>
      </w:r>
    </w:p>
    <w:p>
      <w:pPr>
        <w:jc w:val="right"/>
      </w:pPr>
      <w:r>
        <w:t>بنو رب، رب والے بنو۔ یہ نہیں ہے کہ اے بیلیورز! اسلامی حکومت قائم کرو، اسلامی شریعت نافذ کرو۔</w:t>
      </w:r>
    </w:p>
    <w:p>
      <w:r>
        <w:rPr>
          <w:b/>
        </w:rPr>
        <w:t xml:space="preserve">[23:01] </w:t>
      </w:r>
      <w:r>
        <w:t>yeh to kahin hai hi nahi. To kon rabbaniyeen ka matlab kya hai?</w:t>
      </w:r>
    </w:p>
    <w:p>
      <w:pPr>
        <w:jc w:val="right"/>
      </w:pPr>
      <w:r>
        <w:t>یہ تو کہیں ہے ہی نہیں۔ تو کون ربانین کا مطلب کیا ہے؟</w:t>
      </w:r>
    </w:p>
    <w:p>
      <w:r>
        <w:rPr>
          <w:b/>
        </w:rPr>
        <w:t xml:space="preserve">[23:07] </w:t>
      </w:r>
      <w:r>
        <w:t>yani Allah ko apna rab banao, Allah ko apna concern banao. Tumhari soch rab oriented soch ho, tumhara behavior rab oriented behavior ho.</w:t>
      </w:r>
    </w:p>
    <w:p>
      <w:pPr>
        <w:jc w:val="right"/>
      </w:pPr>
      <w:r>
        <w:t>یعنی اللہ کو اپنا رب بناؤ، اللہ کو اپنا کنسرن بناؤ۔ تمہاری سوچ رب اورینٹڈ سوچ ہو، تمہارا بیہیویئر رب اورینٹڈ بیہیویئر ہو۔</w:t>
      </w:r>
    </w:p>
    <w:p>
      <w:r>
        <w:rPr>
          <w:b/>
        </w:rPr>
        <w:t xml:space="preserve">[23:18] </w:t>
      </w:r>
      <w:r>
        <w:t>yeh matlab hai is ka.</w:t>
      </w:r>
    </w:p>
    <w:p>
      <w:pPr>
        <w:jc w:val="right"/>
      </w:pPr>
      <w:r>
        <w:t>یہ مطلب ہے اس کا۔</w:t>
      </w:r>
    </w:p>
    <w:p>
      <w:r>
        <w:rPr>
          <w:b/>
        </w:rPr>
        <w:t xml:space="preserve">[23:23] </w:t>
      </w:r>
      <w:r>
        <w:t>mein aap ko ek misaal deta hoon. Ek hai, dekhiye, spirituality, ek hai politics, political system.</w:t>
      </w:r>
    </w:p>
    <w:p>
      <w:pPr>
        <w:jc w:val="right"/>
      </w:pPr>
      <w:r>
        <w:t>میں آپ کو ایک مثال دیتا ہوں۔ ایک ہے، دیکھیے، سپریچولیٹی، ایک ہے پولیٹکس، پولیٹیکل سسٹم۔</w:t>
      </w:r>
    </w:p>
    <w:p>
      <w:r>
        <w:rPr>
          <w:b/>
        </w:rPr>
        <w:t xml:space="preserve">[23:35] </w:t>
      </w:r>
      <w:r>
        <w:t>to agar ek shakhs kahe ke Islam ka nishana spiritual, Islam ka nishana spiritual insan banana hai, insan ke andar spirituality lana hai, yeh yeh kahe to is ka matlab kya hoga?</w:t>
      </w:r>
    </w:p>
    <w:p>
      <w:pPr>
        <w:jc w:val="right"/>
      </w:pPr>
      <w:r>
        <w:t>تو اگر ایک شخص کہے کہ اسلام کا نشانہ سپریچول، اسلام کا نشانہ سپریچول انسان بنانا ہے، انسان کے اندر سپریچولیٹی لانا ہے، یہ یہ کہے تو اس کا مطلب کیا ہوگا؟</w:t>
      </w:r>
    </w:p>
    <w:p>
      <w:r>
        <w:rPr>
          <w:b/>
        </w:rPr>
        <w:t xml:space="preserve">[23:51] </w:t>
      </w:r>
      <w:r>
        <w:t>insan ke mind mein change lana, insan ke dil mein change lana, insan ki inner personality jo hai, us ko spiritual personality banana.</w:t>
      </w:r>
    </w:p>
    <w:p>
      <w:pPr>
        <w:jc w:val="right"/>
      </w:pPr>
      <w:r>
        <w:t>انسان کے مائنڈ میں چینج لانا، انسان کے دل میں چینج لانا، انسان کی انر پرسنیلٹی جو ہے، اس کو سپریچول پرسنیلٹی بنانا۔</w:t>
      </w:r>
    </w:p>
    <w:p>
      <w:r>
        <w:rPr>
          <w:b/>
        </w:rPr>
        <w:t xml:space="preserve">[24:00] </w:t>
      </w:r>
      <w:r>
        <w:t>yani ek individual is ka nishana hoga.</w:t>
      </w:r>
    </w:p>
    <w:p>
      <w:pPr>
        <w:jc w:val="right"/>
      </w:pPr>
      <w:r>
        <w:t>یعنی ایک انڈیویجول اس کا نشانہ ہوگا۔</w:t>
      </w:r>
    </w:p>
    <w:p>
      <w:r>
        <w:rPr>
          <w:b/>
        </w:rPr>
        <w:t xml:space="preserve">[24:04] </w:t>
      </w:r>
      <w:r>
        <w:t>agar yeh kaha jaye ke Islam ka nishana Islami hukoomat qaim karna hai to phir system nishana ban jayega. Lekin kahin bhi aap aisa nahi payenge ke system nishana hai Islam ka.</w:t>
      </w:r>
    </w:p>
    <w:p>
      <w:pPr>
        <w:jc w:val="right"/>
      </w:pPr>
      <w:r>
        <w:t>اگر یہ کہا جائے کہ اسلام کا نشانہ اسلامی حکومت قائم کرنا ہے تو پھر سسٹم نشانہ بن جائے گا۔ لیکن کہیں بھی آپ ایسا نہیں پائیں گے کہ سسٹم نشانہ ہے اسلام کا۔</w:t>
      </w:r>
    </w:p>
    <w:p>
      <w:r>
        <w:rPr>
          <w:b/>
        </w:rPr>
        <w:t xml:space="preserve">[24:18] </w:t>
      </w:r>
      <w:r>
        <w:t>Islam ka nishana jo hai, individual hai. System nishana nahi hai Islam ka. Kyun? Islam ka maqsad hai logon ko jannat ka rasta dikhana,</w:t>
      </w:r>
    </w:p>
    <w:p>
      <w:pPr>
        <w:jc w:val="right"/>
      </w:pPr>
      <w:r>
        <w:t>اسلام کا نشانہ جو ہے، انڈیویجول ہے۔ سسٹم نشانہ نہیں ہے اسلام کا۔ کیوں؟ اسلام کا مقصد ہے لوگوں کو جنت کا راستہ دکھانا،</w:t>
      </w:r>
    </w:p>
    <w:p>
      <w:r>
        <w:rPr>
          <w:b/>
        </w:rPr>
        <w:t xml:space="preserve">[24:30] </w:t>
      </w:r>
      <w:r>
        <w:t>jannat mein dakhle ke liye competitive banana ke woh deserving candidate ban jayein jannat ke. To yeh to fard ka mamla hai.</w:t>
      </w:r>
    </w:p>
    <w:p>
      <w:pPr>
        <w:jc w:val="right"/>
      </w:pPr>
      <w:r>
        <w:t>جنت میں داخلے کے لیے کمپیٹیٹ بنانا کہ وہ ڈیزرونگ کینڈیڈیٹ بن جائیں جنت کے۔ تو یہ تو فرد کا معاملہ ہے۔</w:t>
      </w:r>
    </w:p>
    <w:p>
      <w:r>
        <w:rPr>
          <w:b/>
        </w:rPr>
        <w:t xml:space="preserve">[24:40] </w:t>
      </w:r>
      <w:r>
        <w:t>yani ek ek fard jo hai, ek ek individual jo hai, us ke andar woh quality, woh behavior, woh character paida ho ke woh jannat mein settle kiya sake, jannat mein entry pa sake.</w:t>
      </w:r>
    </w:p>
    <w:p>
      <w:pPr>
        <w:jc w:val="right"/>
      </w:pPr>
      <w:r>
        <w:t>یعنی ایک ایک فرد جو ہے، ایک ایک انڈیویجول جو ہے، اس کے اندر وہ کوالٹی، وہ بیہیویئر، وہ کریکٹر پیدا ہو کہ وہ جنت میں سیٹل کیا سکے، جنت میں انٹری پا سکے۔</w:t>
      </w:r>
    </w:p>
    <w:p>
      <w:r>
        <w:rPr>
          <w:b/>
        </w:rPr>
        <w:t xml:space="preserve">[24:55] </w:t>
      </w:r>
      <w:r>
        <w:t>woh</w:t>
      </w:r>
    </w:p>
    <w:p>
      <w:pPr>
        <w:jc w:val="right"/>
      </w:pPr>
      <w:r>
        <w:t>وہ</w:t>
      </w:r>
    </w:p>
    <w:p>
      <w:r>
        <w:rPr>
          <w:b/>
        </w:rPr>
        <w:t xml:space="preserve">[24:56] </w:t>
      </w:r>
      <w:r>
        <w:t>to yeh individual ko target kar ke Islam mein kaam kiya jata hai, system ko nahi. System to ek ek, yani yani ek hai real, ek hai relative.</w:t>
      </w:r>
    </w:p>
    <w:p>
      <w:pPr>
        <w:jc w:val="right"/>
      </w:pPr>
      <w:r>
        <w:t>تو یہ انڈیویجول کو ٹارگٹ کر کے اسلام میں کام کیا جاتا ہے، سسٹم کو نہیں۔ سسٹم تو ایک ایک، یعنی یعنی ایک ہے ریئل، ایک ہے ریلیٹو۔</w:t>
      </w:r>
    </w:p>
    <w:p>
      <w:r>
        <w:rPr>
          <w:b/>
        </w:rPr>
        <w:t xml:space="preserve">[25:09] </w:t>
      </w:r>
      <w:r>
        <w:t>to real nishana jo hai Islam ka, woh individual hai. Woh ek relative baat hai. Yani agar aise halaat paida honge ke society mein sare aali Islam ho jayenge to qudrati طور par wahan ka administration un ke hath mein aa jayega.</w:t>
      </w:r>
    </w:p>
    <w:p>
      <w:pPr>
        <w:jc w:val="right"/>
      </w:pPr>
      <w:r>
        <w:t>تو ریئل نشانہ جو ہے اسلام کا، وہ انڈیویجول ہے۔ وہ ایک ریلیٹو بات ہے۔ یعنی اگر ایسے حالات پیدا ہوں گے کہ سوسائٹی میں سارے عالی اسلام ہو جائیں گے تو قدرتی طور پر وہاں کا ایڈمنسٹریشن ان کے ہاتھ میں آ جائے گا۔</w:t>
      </w:r>
    </w:p>
    <w:p>
      <w:r>
        <w:rPr>
          <w:b/>
        </w:rPr>
        <w:t xml:space="preserve">[25:26] </w:t>
      </w:r>
      <w:r>
        <w:t>lekin woh nishana nahi hai, nishana nahi hai. Woh mein aap ko aur misaal deta hoon.</w:t>
      </w:r>
    </w:p>
    <w:p>
      <w:pPr>
        <w:jc w:val="right"/>
      </w:pPr>
      <w:r>
        <w:t>لیکن وہ نشانہ نہیں ہے، نشانہ نہیں ہے۔ وہ میں آپ کو اور مثال دیتا ہوں۔</w:t>
      </w:r>
    </w:p>
    <w:p>
      <w:r>
        <w:rPr>
          <w:b/>
        </w:rPr>
        <w:t xml:space="preserve">[25:37] </w:t>
      </w:r>
      <w:r>
        <w:t>dekhiye, yeh kehna ke Islam ka nishana Islami hukoomat qaim karna hai, agar aisa hai to Islam ka dhancha, hukoomat ka dhancha hona chahiye.</w:t>
      </w:r>
    </w:p>
    <w:p>
      <w:pPr>
        <w:jc w:val="right"/>
      </w:pPr>
      <w:r>
        <w:t>دیکھیے، یہ کہنا کہ اسلام کا نشانہ اسلامی حکومت قائم کرنا ہے، اگر ایسا ہے تو اسلام کا ڈھانچہ، حکومت کا ڈھانچہ ہونا چاہیے۔</w:t>
      </w:r>
    </w:p>
    <w:p>
      <w:r>
        <w:rPr>
          <w:b/>
        </w:rPr>
        <w:t xml:space="preserve">[25:51] </w:t>
      </w:r>
      <w:r>
        <w:t>Islam mein</w:t>
      </w:r>
    </w:p>
    <w:p>
      <w:pPr>
        <w:jc w:val="right"/>
      </w:pPr>
      <w:r>
        <w:t>اسلام میں</w:t>
      </w:r>
    </w:p>
    <w:p>
      <w:r>
        <w:rPr>
          <w:b/>
        </w:rPr>
        <w:t xml:space="preserve">[25:52] </w:t>
      </w:r>
      <w:r>
        <w:t>misalan yeh hona chahiye ke kaise president banaya jaye, kaise minister banaya jaye, yeh sab hona chahiye. Aur Islam mein kuch hai hi nahi.</w:t>
      </w:r>
    </w:p>
    <w:p>
      <w:pPr>
        <w:jc w:val="right"/>
      </w:pPr>
      <w:r>
        <w:t>مثلاً یہ ہونا چاہیے کہ کیسے پریزیڈنٹ بنایا جائے، کیسے منسٹر بنایا جائے، یہ سب ہونا چاہیے۔ اور اسلام میں کچھ ہے ہی نہیں۔</w:t>
      </w:r>
    </w:p>
    <w:p>
      <w:r>
        <w:rPr>
          <w:b/>
        </w:rPr>
        <w:t xml:space="preserve">[26:03] </w:t>
      </w:r>
      <w:r>
        <w:t>bohat ajeeb o ghareeb baat hai ke British system jo hai, us mein pata hai ke kaise government change ki jati hai, kaise government banai jati hai.</w:t>
      </w:r>
    </w:p>
    <w:p>
      <w:pPr>
        <w:jc w:val="right"/>
      </w:pPr>
      <w:r>
        <w:t>بہت عجیب و غریب بات ہے کہ برٹش سسٹم جو ہے، اس میں پتہ ہے کہ کیسے گورنمنٹ چینج کی جاتی ہے، کیسے گورنمنٹ بنائی جاتی ہے۔</w:t>
      </w:r>
    </w:p>
    <w:p>
      <w:r>
        <w:rPr>
          <w:b/>
        </w:rPr>
        <w:t xml:space="preserve">[26:13] </w:t>
      </w:r>
      <w:r>
        <w:t>American system mein har ek ko pata hai ke kaise president banaya jata hai, kaise government banai jati hai. Islam mein kuch bhi nahi, aisa kuch.</w:t>
      </w:r>
    </w:p>
    <w:p>
      <w:pPr>
        <w:jc w:val="right"/>
      </w:pPr>
      <w:r>
        <w:t>امریکن سسٹم میں ہر ایک کو پتہ ہے کہ کیسے پریزیڈنٹ بنایا جاتا ہے، کیسے گورنمنٹ بنائی جاتی ہے۔ اسلام میں کچھ بھی نہیں، ایسا کچھ۔</w:t>
      </w:r>
    </w:p>
    <w:p>
      <w:r>
        <w:rPr>
          <w:b/>
        </w:rPr>
        <w:t xml:space="preserve">[26:22] </w:t>
      </w:r>
      <w:r>
        <w:t>mein misaal deta hoon aap ko. Dekhiye, Rasool Allah ki jo wafat hui to poora Arab mein Islam phail chuka tha. To jab sare log Islam mein aa gaye to zahir hai ke administration unhi ke hath mein rahega.</w:t>
      </w:r>
    </w:p>
    <w:p>
      <w:pPr>
        <w:jc w:val="right"/>
      </w:pPr>
      <w:r>
        <w:t>میں مثال دیتا ہوں آپ کو۔ دیکھیے، رسول اللہ کی جو وفات ہوئی تو پورا عرب میں اسلام پھیل چکا تھا۔ تو جب سارے لوگ اسلام میں آ گئے تو ظاہر ہے کہ ایڈمنسٹریشن انہی کے ہاتھ میں رہے گا۔</w:t>
      </w:r>
    </w:p>
    <w:p>
      <w:r>
        <w:rPr>
          <w:b/>
        </w:rPr>
        <w:t xml:space="preserve">[26:37] </w:t>
      </w:r>
      <w:r>
        <w:t>to ab sawal tha ke aap ke baad, yani administrator kaun ho, yani khalifa kaun ho? to koi naqsha hi nahin tha Islam mein kaun khalifa kaise banaya jae.</w:t>
      </w:r>
    </w:p>
    <w:p>
      <w:pPr>
        <w:jc w:val="right"/>
      </w:pPr>
      <w:r>
        <w:t>تو اب سوال تھا کہ آپ کے بعد، یعنی ایڈمنسٹریٹر کون ہو، یعنی خلیفہ کون ہو؟ تو کوئی نقشہ ہی نہیں تھا اسلام میں کون خلیفہ کیسے بنایا جائے۔</w:t>
      </w:r>
    </w:p>
    <w:p>
      <w:r>
        <w:rPr>
          <w:b/>
        </w:rPr>
        <w:t xml:space="preserve">[26:49] </w:t>
      </w:r>
      <w:r>
        <w:t>Rasool Allah S.A.W. ko aise koi bataya nahin tha.</w:t>
      </w:r>
    </w:p>
    <w:p>
      <w:pPr>
        <w:jc w:val="right"/>
      </w:pPr>
      <w:r>
        <w:t>رسول اللہ صلی اللہ علیہ وسلم کو ایسے کوئی بتایا نہیں تھا۔</w:t>
      </w:r>
    </w:p>
    <w:p>
      <w:r>
        <w:rPr>
          <w:b/>
        </w:rPr>
        <w:t xml:space="preserve">[26:52] </w:t>
      </w:r>
      <w:r>
        <w:t>to Saqeefa Bani Sa'ada mein log ikattha hue to wahan chounke koi seat pattern nahin tha, koi model nahin tha, koi nishan, koi bataya nahin gaya tha, Rasool Allah ne bataya nahin tha, to wahan ikhtilaf paida ho gaya.</w:t>
      </w:r>
    </w:p>
    <w:p>
      <w:pPr>
        <w:jc w:val="right"/>
      </w:pPr>
      <w:r>
        <w:t>تو سقیفہ بنی سعدہ میں لوگ اکٹھا ہوئے تو وہاں چونکہ کوئی سیٹ پیٹرن نہیں تھا، کوئی ماڈل نہیں تھا، کوئی نشان، کوئی بتایا نہیں گیا تھا، رسول اللہ نے بتایا نہیں تھا، تو وہاں اختلاف پیدا ہو گیا۔</w:t>
      </w:r>
    </w:p>
    <w:p>
      <w:r>
        <w:rPr>
          <w:b/>
        </w:rPr>
        <w:t xml:space="preserve">[27:09] </w:t>
      </w:r>
      <w:r>
        <w:t>Ansar ne kaha ke minna ameer wa minkum ameer yani ek ek hakim hamara, ek hakim tumhara. Yani do khalifa, goya ke</w:t>
      </w:r>
    </w:p>
    <w:p>
      <w:pPr>
        <w:jc w:val="right"/>
      </w:pPr>
      <w:r>
        <w:t>انصار نے کہا کہ منا امیر ومنکم امیر یعنی ایک ایک حاکم ہمارا، ایک حاکم تمہارا۔ یعنی دو خلیفہ، گویا کہ</w:t>
      </w:r>
    </w:p>
    <w:p>
      <w:r>
        <w:rPr>
          <w:b/>
        </w:rPr>
        <w:t xml:space="preserve">[27:20] </w:t>
      </w:r>
      <w:r>
        <w:t>do khalifa to kisi state mein ho nahin sakta hai. Agar seat pattern hota, agar bata diya gaya hota ke dhancha kya hoga to yeh sawal hi nahin paida hota ke aap jab ab Britain mein abhi election hua hai, America mein election hota hai to kya aisa hota hai wahan ke do partyen kahein ke ek ek president hamara, ek president tumhara?</w:t>
      </w:r>
    </w:p>
    <w:p>
      <w:pPr>
        <w:jc w:val="right"/>
      </w:pPr>
      <w:r>
        <w:t>دو خلیفہ تو کسی اسٹیٹ میں ہو نہیں سکتا ہے۔ اگر سیٹ پیٹرن ہوتا، اگر بتا دیا گیا ہوتا کہ ڈھانچہ کیا ہوگا تو یہ سوال ہی نہیں پیدا ہوتا کہ آپ جب اب برٹن میں ابھی الیکشن ہوا ہے، امریکہ میں الیکشن ہوتا ہے تو کیا ایسا ہوتا ہے وہاں کہ دو پارٹیاں کہیں کہ ایک ایک پریزیڈنٹ ہمارا، ایک پریزیڈنٹ تمہارا؟</w:t>
      </w:r>
    </w:p>
    <w:p>
      <w:r>
        <w:rPr>
          <w:b/>
        </w:rPr>
        <w:t xml:space="preserve">[27:41] </w:t>
      </w:r>
      <w:r>
        <w:t>kyunke maloom hai unko ke yeh aisa nahin ho sakta hai. President ek hi hoga, prime minister ek hi hoga. To</w:t>
      </w:r>
    </w:p>
    <w:p>
      <w:pPr>
        <w:jc w:val="right"/>
      </w:pPr>
      <w:r>
        <w:t>کیونکہ معلوم ہے ان کو کہ یہ ایسا نہیں ہو سکتا ہے۔ پریزیڈنٹ ایک ہی ہوگا، پرائم منسٹر ایک ہی ہوگا۔ تو</w:t>
      </w:r>
    </w:p>
    <w:p>
      <w:r>
        <w:rPr>
          <w:b/>
        </w:rPr>
        <w:t xml:space="preserve">[27:50] </w:t>
      </w:r>
      <w:r>
        <w:t>agar Islam ka nishana Islami hukumat banana ho to is is ka naqsha hona chahiye na? Naqsha kahan hai? Aap ghor kijiye ke Rasool Allah to chounke paighambar the, is liye wo Madina ke administrator ban gae.</w:t>
      </w:r>
    </w:p>
    <w:p>
      <w:pPr>
        <w:jc w:val="right"/>
      </w:pPr>
      <w:r>
        <w:t>اگر اسلام کا نشانہ اسلامی حکومت بنانا ہو تو اس اس کا نقشہ ہونا چاہیے نا؟ نقشہ کہاں ہے؟ آپ غور کیجیے کہ رسول اللہ تو چونکہ پیغمبر تھے، اس لیے وہ مدینہ کے ایڈمنسٹریٹر بن گئے۔</w:t>
      </w:r>
    </w:p>
    <w:p>
      <w:r>
        <w:rPr>
          <w:b/>
        </w:rPr>
        <w:t xml:space="preserve">[28:09] </w:t>
      </w:r>
      <w:r>
        <w:t>Achha, aap ki wafat ke baad koi naqsha nahin tha. To Madine mein jo log maujood the, yani poore Arab mein nahin, Madine mein jo maujood the,</w:t>
      </w:r>
    </w:p>
    <w:p>
      <w:pPr>
        <w:jc w:val="right"/>
      </w:pPr>
      <w:r>
        <w:t>اچھا، آپ کی وفات کے بعد کوئی نقشہ نہیں تھا۔ تو مدینے میں جو لوگ موجود تھے، یعنی پورے عرب میں نہیں، مدینے میں جو موجود تھے،</w:t>
      </w:r>
    </w:p>
    <w:p>
      <w:r>
        <w:rPr>
          <w:b/>
        </w:rPr>
        <w:t xml:space="preserve">[28:18] </w:t>
      </w:r>
      <w:r>
        <w:t>Saqeefa Bani Sa'ada mein jo ikattha hue the, un ke mashware se Hazrat Abu Bakr ko namzad kiya gaya. Aisa nahin ke saare Arab mein logon ki rai li gai ho.</w:t>
      </w:r>
    </w:p>
    <w:p>
      <w:pPr>
        <w:jc w:val="right"/>
      </w:pPr>
      <w:r>
        <w:t>سقیفہ بنی سعدہ میں جو اکٹھا ہوئے تھے، ان کے مشورے سے حضرت ابوبکر کو نامزد کیا گیا۔ ایسا نہیں کہ سارے عرب میں لوگوں کی رائے لی گئی ہو۔</w:t>
      </w:r>
    </w:p>
    <w:p>
      <w:r>
        <w:rPr>
          <w:b/>
        </w:rPr>
        <w:t xml:space="preserve">[28:32] </w:t>
      </w:r>
      <w:r>
        <w:t>teesra Hazrat Umar ka aata hai, jo teesre khalifa the, doosre khalifa the. Un ka kya hua? Ashra Khulafa ne, yani Hazrat Abu Bakr ne, un ko un ko nominate kar diya.</w:t>
      </w:r>
    </w:p>
    <w:p>
      <w:pPr>
        <w:jc w:val="right"/>
      </w:pPr>
      <w:r>
        <w:t>تیسرا حضرت عمر کا آتا ہے، جو تیسرے خلیفہ تھے، دوسرے خلیفہ تھے۔ ان کا کیا ہوا؟ عشر خلیفہ نے، یعنی حضرت ابوبکر نے، ان کو ان کو نومینیٹ کر دیا۔</w:t>
      </w:r>
    </w:p>
    <w:p>
      <w:r>
        <w:rPr>
          <w:b/>
        </w:rPr>
        <w:t xml:space="preserve">[28:43] </w:t>
      </w:r>
      <w:r>
        <w:t>by nomination hue wo khalifa.</w:t>
      </w:r>
    </w:p>
    <w:p>
      <w:pPr>
        <w:jc w:val="right"/>
      </w:pPr>
      <w:r>
        <w:t>بائی نومینیشن ہوئے وہ خلیفہ۔</w:t>
      </w:r>
    </w:p>
    <w:p>
      <w:r>
        <w:rPr>
          <w:b/>
        </w:rPr>
        <w:t xml:space="preserve">[28:47] </w:t>
      </w:r>
      <w:r>
        <w:t>Is ke baad teesre khalifa jo the, un ke liye ek aur pattern aaya. Wo Hazrat Umar ne ek board bana diya chhe aadmiyon ka aur kaha ke yahi chhe aadmi jo hain, yahi tay karenge kaun khalifa ho.</w:t>
      </w:r>
    </w:p>
    <w:p>
      <w:pPr>
        <w:jc w:val="right"/>
      </w:pPr>
      <w:r>
        <w:t>اس کے بعد تیسرے خلیفہ جو تھے، ان کے لیے ایک اور پیٹرن آیا۔ وہ حضرت عمر نے ایک بورڈ بنا دیا چھ آدمیوں کا اور کہا کہ یہی چھ آدمی جو ہیں، یہی طے کریں گے کون خلیفہ ہو۔</w:t>
      </w:r>
    </w:p>
    <w:p>
      <w:r>
        <w:rPr>
          <w:b/>
        </w:rPr>
        <w:t xml:space="preserve">[28:59] </w:t>
      </w:r>
      <w:r>
        <w:t>aur poore ma'ane mein electoral board bhi nahin tha, wo chhe aadmi sirf the. Wo</w:t>
      </w:r>
    </w:p>
    <w:p>
      <w:pPr>
        <w:jc w:val="right"/>
      </w:pPr>
      <w:r>
        <w:t>اور پورے معنی میں الیکٹرل بورڈ بھی نہیں تھا، وہ چھ آدمی صرف تھے۔ وہ</w:t>
      </w:r>
    </w:p>
    <w:p>
      <w:r>
        <w:rPr>
          <w:b/>
        </w:rPr>
        <w:t xml:space="preserve">[29:08] </w:t>
      </w:r>
      <w:r>
        <w:t>to is ke baad kya hua? Hazrat Usman ke baad ek ek anarchy si kaifiyat paida ho</w:t>
      </w:r>
    </w:p>
    <w:p>
      <w:pPr>
        <w:jc w:val="right"/>
      </w:pPr>
      <w:r>
        <w:t>تو اس کے بعد کیا ہوا؟ حضرت عثمان کے بعد ایک ایک انارکی سی کیفیت پیدا ہو</w:t>
      </w:r>
    </w:p>
    <w:p>
      <w:r>
        <w:rPr>
          <w:b/>
        </w:rPr>
        <w:t xml:space="preserve">[29:14] </w:t>
      </w:r>
      <w:r>
        <w:t>gai. Isi anarchy mein baghair kisi, yani poore Arab mein koi koi election ho, poore Arab ki rai li jaye, is ke baghair phir dobara Madine ke halaat mein Hazrat Ali ko logon ne bana diya.</w:t>
      </w:r>
    </w:p>
    <w:p>
      <w:pPr>
        <w:jc w:val="right"/>
      </w:pPr>
      <w:r>
        <w:t>گئی۔ اسی انارکی میں بغیر کسی، یعنی پورے عرب میں کوئی کوئی الیکشن ہو، پورے عرب کی رائے لی جائے، اس کے بغیر پھر دوبارہ مدینے کے حالات میں حضرت علی کو لوگوں نے بنا دیا۔</w:t>
      </w:r>
    </w:p>
    <w:p>
      <w:r>
        <w:rPr>
          <w:b/>
        </w:rPr>
        <w:t xml:space="preserve">[29:27] </w:t>
      </w:r>
      <w:r>
        <w:t>phir ladai hui. Is ke baad kaha jata hai ke panchwen khalifa Hazrat Umar bin Abdul Aziz the. Un ka ek ek aur ek aur pattern un ka hua</w:t>
      </w:r>
    </w:p>
    <w:p>
      <w:pPr>
        <w:jc w:val="right"/>
      </w:pPr>
      <w:r>
        <w:t>پھر لڑائی ہوئی۔ اس کے بعد کہا جاتا ہے کہ پانچویں خلیفہ حضرت عمر بن عبدالعزیز تھے۔ ان کا ایک ایک اور ایک اور پیٹرن ان کا ہوا</w:t>
      </w:r>
    </w:p>
    <w:p>
      <w:r>
        <w:rPr>
          <w:b/>
        </w:rPr>
        <w:t xml:space="preserve">[29:36] </w:t>
      </w:r>
      <w:r>
        <w:t>. To kya Islami hukumat ka koi pattern hi na ho to Islami hukumat kya hai? Yeh kaisi hukumat hai ke is ka koi pattern nahin?</w:t>
      </w:r>
    </w:p>
    <w:p>
      <w:pPr>
        <w:jc w:val="right"/>
      </w:pPr>
      <w:r>
        <w:t>۔ تو کیا اسلامی حکومت کا کوئی پیٹرن ہی نہ ہو تو اسلامی حکومت کیا ہے؟ یہ کیسی حکومت ہے کہ اس کا کوئی پیٹرن نہیں؟</w:t>
      </w:r>
    </w:p>
    <w:p>
      <w:r>
        <w:rPr>
          <w:b/>
        </w:rPr>
        <w:t xml:space="preserve">[29:47] </w:t>
      </w:r>
      <w:r>
        <w:t>To wajah kya hai ke Islam mein sara zor diya jata hai individual ke upar aur jo hai dhancha, us ko social condition par dal diya gaya hai.</w:t>
      </w:r>
    </w:p>
    <w:p>
      <w:pPr>
        <w:jc w:val="right"/>
      </w:pPr>
      <w:r>
        <w:t>تو وجہ کیا ہے کہ اسلام میں سارا زور دیا جاتا ہے انڈیویجول کے اوپر اور جو ہے ڈھانچہ، اس کو سوشل کنڈیشن پر ڈال دیا گیا ہے۔</w:t>
      </w:r>
    </w:p>
    <w:p>
      <w:r>
        <w:rPr>
          <w:b/>
        </w:rPr>
        <w:t xml:space="preserve">[30:00] </w:t>
      </w:r>
      <w:r>
        <w:t>Hadees mein aata hai ke kama taqooloon kadhalika yool علیکم</w:t>
      </w:r>
    </w:p>
    <w:p>
      <w:pPr>
        <w:jc w:val="right"/>
      </w:pPr>
      <w:r>
        <w:t>حدیث میں آتا ہے کہ کما تقولون کذالک یول علیکم</w:t>
      </w:r>
    </w:p>
    <w:p>
      <w:r>
        <w:rPr>
          <w:b/>
        </w:rPr>
        <w:t xml:space="preserve">[30:07] </w:t>
      </w:r>
      <w:r>
        <w:t>jaise tum ho gaye, waise tumhare ruler honge. Yani democracy hogi, logon ki rai li jayegi aur democratic process ke mutabiq kisi ko administrator banaya jayega, ruler bana diya jayega.</w:t>
      </w:r>
    </w:p>
    <w:p>
      <w:pPr>
        <w:jc w:val="right"/>
      </w:pPr>
      <w:r>
        <w:t>جیسے تم ہو گئے، ویسے تمہارے رولر ہوں گے۔ یعنی ڈیموکریسی ہوگی، لوگوں کی رائے لی جائے گی اور ڈیموکریٹک پراسیس کے مطابق کسی کو ایڈمنسٹریٹر بنایا جائے گا، رولر بنا دیا جائے گا۔</w:t>
      </w:r>
    </w:p>
    <w:p>
      <w:r>
        <w:rPr>
          <w:b/>
        </w:rPr>
        <w:t xml:space="preserve">[30:25] </w:t>
      </w:r>
      <w:r>
        <w:t>yani yeh bohat hi zabardast baat hai, yeh bohat zabardast baat hai. Is ke andar yani bohat huk</w:t>
      </w:r>
    </w:p>
    <w:p>
      <w:pPr>
        <w:jc w:val="right"/>
      </w:pPr>
      <w:r>
        <w:t>یعنی یہ بہت ہی زبردست بات ہے، یہ بہت زبردست بات ہے۔ اس کے اندر یعنی بہت حک</w:t>
      </w:r>
    </w:p>
    <w:p>
      <w:r>
        <w:rPr>
          <w:b/>
        </w:rPr>
        <w:t xml:space="preserve">[30:31] </w:t>
      </w:r>
      <w:r>
        <w:t>umat hai. Hikmat yeh hai ke hamesha log ladte rahein kis cheez par? Ke state ka ek ideal concept le kar ke.</w:t>
      </w:r>
    </w:p>
    <w:p>
      <w:pPr>
        <w:jc w:val="right"/>
      </w:pPr>
      <w:r>
        <w:t>مت ہے۔ حکمت یہ ہے کہ ہمیشہ لوگ لڑتے رہیں کس چیز پر؟ کہ اسٹیٹ کا ایک آئیڈیل کانسیپٹ لے کر کے۔</w:t>
      </w:r>
    </w:p>
    <w:p>
      <w:r>
        <w:rPr>
          <w:b/>
        </w:rPr>
        <w:t xml:space="preserve">[30:41] </w:t>
      </w:r>
      <w:r>
        <w:t>yani Socrates aur aur Aristotle aur Plato se le kar ab tak har ek mamla yeh hai ke un ke mind mein ek state ka ek ideal concept hai.</w:t>
      </w:r>
    </w:p>
    <w:p>
      <w:pPr>
        <w:jc w:val="right"/>
      </w:pPr>
      <w:r>
        <w:t>یعنی سوکریٹیز اور اور ارسٹوٹل اور پلیٹو سے لے کر اب تک ہر ایک معاملہ یہ ہے کہ ان کے مائنڈ میں ایک اسٹیٹ کا ایک آئیڈیل کانسیپٹ ہے۔</w:t>
      </w:r>
    </w:p>
    <w:p>
      <w:r>
        <w:rPr>
          <w:b/>
        </w:rPr>
        <w:t xml:space="preserve">[30:52] </w:t>
      </w:r>
      <w:r>
        <w:t>wo nahin milta, ladte hain, ladte hain, ladte hain.</w:t>
      </w:r>
    </w:p>
    <w:p>
      <w:pPr>
        <w:jc w:val="right"/>
      </w:pPr>
      <w:r>
        <w:t>وہ نہیں ملتا، لڑتے ہیں، لڑتے ہیں، لڑتے ہیں۔</w:t>
      </w:r>
    </w:p>
    <w:p>
      <w:r>
        <w:rPr>
          <w:b/>
        </w:rPr>
        <w:t xml:space="preserve">[30:56] </w:t>
      </w:r>
      <w:r>
        <w:t>aaj tak wahi jari hai. Aur dekhiye, Islam ka jahan tak maine mutala kiya, Islam ke mutabiq ideal state ban nahin sakta hai kyunke dunya imtehan ki dunya hai, yahan test par insan hai.</w:t>
      </w:r>
    </w:p>
    <w:p>
      <w:pPr>
        <w:jc w:val="right"/>
      </w:pPr>
      <w:r>
        <w:t>آج تک وہی جاری ہے۔ اور دیکھیے، اسلام کا جہاں تک میں نے مطالعہ کیا، اسلام کے مطابق آئیڈیل اسٹیٹ بن نہیں سکتا ہے کیونکہ دنیا امتحان کی دنیا ہے، یہاں ٹیسٹ پر انسان ہے۔</w:t>
      </w:r>
    </w:p>
    <w:p>
      <w:r>
        <w:rPr>
          <w:b/>
        </w:rPr>
        <w:t xml:space="preserve">[31:09] </w:t>
      </w:r>
      <w:r>
        <w:t>sab kuch test hai, test hai, is liye freedom hai. jab aap ne freedom diya hai Allah taala ne to aap freedom ko abash nahi kar sakte.</w:t>
      </w:r>
    </w:p>
    <w:p>
      <w:pPr>
        <w:jc w:val="right"/>
      </w:pPr>
      <w:r>
        <w:t>سب کچھ ٹیسٹ ہے، ٹیسٹ ہے، اس لیے فریڈم ہے۔ جب آپ نے فریڈم دیا ہے اللہ تعالی نے تو آپ فریڈم کو ابائش نہیں کر سکتے۔</w:t>
      </w:r>
    </w:p>
    <w:p>
      <w:r>
        <w:rPr>
          <w:b/>
        </w:rPr>
        <w:t xml:space="preserve">[31:19] </w:t>
      </w:r>
      <w:r>
        <w:t>abash nahi kar sakte to koi ideal state bhi nahi ban sakta.</w:t>
      </w:r>
    </w:p>
    <w:p>
      <w:pPr>
        <w:jc w:val="right"/>
      </w:pPr>
      <w:r>
        <w:t>ابائش نہیں کر سکتے تو کوئی آئیڈیل اسٹیٹ بھی نہیں بن سکتا۔</w:t>
      </w:r>
    </w:p>
    <w:p>
      <w:r>
        <w:rPr>
          <w:b/>
        </w:rPr>
        <w:t xml:space="preserve">[31:24] </w:t>
      </w:r>
      <w:r>
        <w:t>ek aadmi Hazrat Umar ko qatl kar de ga, aap ghor kijiye. ek aadmi Hazrat Usman ko qatl kar de ga, ek aadmi Hazrat Ali ko qatl kar de ga.</w:t>
      </w:r>
    </w:p>
    <w:p>
      <w:pPr>
        <w:jc w:val="right"/>
      </w:pPr>
      <w:r>
        <w:t>ایک آدمی حضرت عمر کو قتل کر دے گا، آپ غور کیجیے۔ ایک آدمی حضرت عثمان کو قتل کر دے گا، ایک آدمی حضرت علی کو قتل کر دے گا۔</w:t>
      </w:r>
    </w:p>
    <w:p>
      <w:r>
        <w:rPr>
          <w:b/>
        </w:rPr>
        <w:t xml:space="preserve">[31:35] </w:t>
      </w:r>
      <w:r>
        <w:t>to to Islam mein kya hai? practical concept, practical yani yani practical tor par jo halaat hon, us ke mutabiq state bana lo.</w:t>
      </w:r>
    </w:p>
    <w:p>
      <w:pPr>
        <w:jc w:val="right"/>
      </w:pPr>
      <w:r>
        <w:t>تو تو اسلام میں کیا ہے؟ پریکٹیکل کانسیپٹ، پریکٹیکل یعنی یعنی پریکٹیکل طور پر جو حالات ہوں، اس کے مطابق اسٹیٹ بنا لو۔</w:t>
      </w:r>
    </w:p>
    <w:p>
      <w:r>
        <w:rPr>
          <w:b/>
        </w:rPr>
        <w:t xml:space="preserve">[31:46] </w:t>
      </w:r>
      <w:r>
        <w:t>koi ideal nahi hai kyunke ideal kaatna achieved, ideal kaatna achieved.</w:t>
      </w:r>
    </w:p>
    <w:p>
      <w:pPr>
        <w:jc w:val="right"/>
      </w:pPr>
      <w:r>
        <w:t>کوئی آئیڈیل نہیں ہے کیونکہ آئیڈیل کاٹنا اچیوڈ، آئیڈیل کاٹنا اچیوڈ۔</w:t>
      </w:r>
    </w:p>
    <w:p>
      <w:r>
        <w:rPr>
          <w:b/>
        </w:rPr>
        <w:t xml:space="preserve">[31:55] </w:t>
      </w:r>
      <w:r>
        <w:t>Quran majeed ki ek ayat hai ke waad Allah allazina aamanu bil salat yani Allah ne wada kiya hai ke agar tum imaan aur risalat ka saboot do ge to tum ko zameen mein khalifa bana de ga.</w:t>
      </w:r>
    </w:p>
    <w:p>
      <w:pPr>
        <w:jc w:val="right"/>
      </w:pPr>
      <w:r>
        <w:t>قرآن مجید کی ایک آیت ہے کہ وعد اللہ الذین آمنوا بالصلاۃ یعنی اللہ نے وعدہ کیا ہے کہ اگر تم ایمان اور رسالت کا ثبوت دو گے تو تم کو زمین میں خلیفہ بنا دے گا۔</w:t>
      </w:r>
    </w:p>
    <w:p>
      <w:r>
        <w:rPr>
          <w:b/>
        </w:rPr>
        <w:t xml:space="preserve">[32:10] </w:t>
      </w:r>
      <w:r>
        <w:t>yani yeh amar mawud hai,</w:t>
      </w:r>
    </w:p>
    <w:p>
      <w:pPr>
        <w:jc w:val="right"/>
      </w:pPr>
      <w:r>
        <w:t>یعنی یہ امر موعود ہے،</w:t>
      </w:r>
    </w:p>
    <w:p>
      <w:r>
        <w:rPr>
          <w:b/>
        </w:rPr>
        <w:t xml:space="preserve">[32:15] </w:t>
      </w:r>
      <w:r>
        <w:t>yani nishana nahi hai.</w:t>
      </w:r>
    </w:p>
    <w:p>
      <w:pPr>
        <w:jc w:val="right"/>
      </w:pPr>
      <w:r>
        <w:t>یعنی نشانہ نہیں ہے۔</w:t>
      </w:r>
    </w:p>
    <w:p>
      <w:r>
        <w:rPr>
          <w:b/>
        </w:rPr>
        <w:t xml:space="preserve">[32:17] </w:t>
      </w:r>
      <w:r>
        <w:t>Allah ki taraf se ek wada hai ke agar tumhare tum imaan par qaim raho ge aur bari tadad tumhari ho jaye gi to Allah ki tofeeq se tumhari political power bhi dobara tumhare hath mein aa jaye gi.</w:t>
      </w:r>
    </w:p>
    <w:p>
      <w:pPr>
        <w:jc w:val="right"/>
      </w:pPr>
      <w:r>
        <w:t>اللہ کی طرف سے ایک وعدہ ہے کہ اگر تمہارے تم ایمان پر قائم رہو گے اور بڑی تعداد تمہاری ہو جائے گی تو اللہ کی توفیق سے تمہاری پولیٹیکل پاور بھی دوبارہ تمہارے ہاتھ میں آ جائے گا۔</w:t>
      </w:r>
    </w:p>
    <w:p>
      <w:r>
        <w:rPr>
          <w:b/>
        </w:rPr>
        <w:t xml:space="preserve">[32:34] </w:t>
      </w:r>
      <w:r>
        <w:t>lekin woh bhi ideal nahi hoga. koi bhi ideal nahi tha, koi bhi nizam tareekh mein.</w:t>
      </w:r>
    </w:p>
    <w:p>
      <w:pPr>
        <w:jc w:val="right"/>
      </w:pPr>
      <w:r>
        <w:t>لیکن وہ بھی آئیڈیل نہیں ہوگا۔ کوئی بھی آئیڈیل نہیں تھا، کوئی بھی نظام تاریخ میں۔</w:t>
      </w:r>
    </w:p>
    <w:p>
      <w:r>
        <w:rPr>
          <w:b/>
        </w:rPr>
        <w:t xml:space="preserve">[32:42] </w:t>
      </w:r>
      <w:r>
        <w:t>to goya ke Allah ki taraf se faisla hota hai ke kis ke hath mein hukoomat ho aur kis ke hath mein hukoomat na ho. nishana nahi hai ke ba sabab nishana hamein jo diya gaya hai, woh sirf individual, society, family.</w:t>
      </w:r>
    </w:p>
    <w:p>
      <w:pPr>
        <w:jc w:val="right"/>
      </w:pPr>
      <w:r>
        <w:t>تو گویا کہ اللہ کی طرف سے فیصلہ ہوتا ہے کہ کس کے ہاتھ میں حکومت ہو اور کس کے ہاتھ میں حکومت نہ ہو۔ نشانہ نہیں ہے کہ بطور نشانہ ہمیں جو دیا گیا ہے، وہ صرف انڈیویجول، سوسائٹی، فیملی۔</w:t>
      </w:r>
    </w:p>
    <w:p>
      <w:r>
        <w:rPr>
          <w:b/>
        </w:rPr>
        <w:t xml:space="preserve">[33:01] </w:t>
      </w:r>
      <w:r>
        <w:t>kyun aisa kiya gaya hai? lekin jab bhi aap hukoomat ko nishana banao ge to kya hoga?</w:t>
      </w:r>
    </w:p>
    <w:p>
      <w:pPr>
        <w:jc w:val="right"/>
      </w:pPr>
      <w:r>
        <w:t>کیوں ایسا کیا گیا ہے؟ لیکن جب بھی آپ حکومت کو نشانہ بنائیں گے تو کیا ہوگا؟</w:t>
      </w:r>
    </w:p>
    <w:p>
      <w:r>
        <w:rPr>
          <w:b/>
        </w:rPr>
        <w:t xml:space="preserve">[33:10] </w:t>
      </w:r>
      <w:r>
        <w:t>jangh aayega, takrao aayega. kyunke hukoomat par koi na koi qabza kyun hota hai? koi singhar singhar baitha hua hota hai, kisi ke hath mein political power hota hai.</w:t>
      </w:r>
    </w:p>
    <w:p>
      <w:pPr>
        <w:jc w:val="right"/>
      </w:pPr>
      <w:r>
        <w:t>संघर्ष آئے گا، ٹکراؤ آئے گا۔ کیونکہ حکومت پر کوئی نہ کوئی قبضہ کیوں ہوتا ہے؟ کوئی سنگھار سنگھار بیٹھا ہوا ہوتا ہے، کسی کے ہاتھ میں پولیٹیکل پاور ہوتا ہے۔</w:t>
      </w:r>
    </w:p>
    <w:p>
      <w:r>
        <w:rPr>
          <w:b/>
        </w:rPr>
        <w:t xml:space="preserve">[33:21] </w:t>
      </w:r>
      <w:r>
        <w:t>ab jab chahe ge aap ke apni marzi ka political system layen to us se takrao ho jaye ga. yani political nishana foran takrao paida karta hai.</w:t>
      </w:r>
    </w:p>
    <w:p>
      <w:pPr>
        <w:jc w:val="right"/>
      </w:pPr>
      <w:r>
        <w:t>اب جب چاہیں گے آپ کہ اپنی مرضی کا پولیٹیکل سسٹم لائیں تو اس سے ٹکراؤ ہو جائے گا۔ یعنی پولیٹیکل نشانہ فی الفور ٹکراؤ پیدا کرتا ہے۔</w:t>
      </w:r>
    </w:p>
    <w:p>
      <w:r>
        <w:rPr>
          <w:b/>
        </w:rPr>
        <w:t xml:space="preserve">[33:34] </w:t>
      </w:r>
      <w:r>
        <w:t>yeh aap dekh rahe hain, jin logon ne yeh nazariya banaya, political interpretation diya, woh sab larne mein zindagi mein pade rahe, is liye mar gaye. woh yani Misr mein aapas ki larai, Pakistan mein larai, Afghanistan mein larai.</w:t>
      </w:r>
    </w:p>
    <w:p>
      <w:pPr>
        <w:jc w:val="right"/>
      </w:pPr>
      <w:r>
        <w:t>یہ آپ دیکھ رہے ہیں، جن لوگوں نے یہ نظریہ بنایا، پولیٹیکل انٹرپریشن دیا، وہ سب لڑنے میں زندگی میں پڑے رہے، اس لیے مر گئے۔ وہ یعنی مصر میں آپس کی لڑائی، پاکستان میں لڑائی، افغانستان میں لڑائی۔</w:t>
      </w:r>
    </w:p>
    <w:p>
      <w:r>
        <w:rPr>
          <w:b/>
        </w:rPr>
        <w:t xml:space="preserve">[33:47] </w:t>
      </w:r>
      <w:r>
        <w:t>lekin unhon ne yeh nishana banaya ke hamein aisa system banana hai. aur woh jo log baithe hue the, unhein nazar nahi aaya ke wahan system banaye hue hain.</w:t>
      </w:r>
    </w:p>
    <w:p>
      <w:pPr>
        <w:jc w:val="right"/>
      </w:pPr>
      <w:r>
        <w:t>لیکن انہوں نے یہ نشانہ بنایا کہ ہمیں ایسا سسٹم بنانا ہے۔ اور وہ جو لوگ بیٹھے ہوئے تھے، انہیں نظر نہیں آیا کہ وہاں سسٹم بنائے ہوئے ہیں۔</w:t>
      </w:r>
    </w:p>
    <w:p>
      <w:r>
        <w:rPr>
          <w:b/>
        </w:rPr>
        <w:t xml:space="preserve">[33:57] </w:t>
      </w:r>
      <w:r>
        <w:t>to ab woh lar gaye us se. to yeh eternally aap samaj ko larai mein jhonk dete hain.</w:t>
      </w:r>
    </w:p>
    <w:p>
      <w:pPr>
        <w:jc w:val="right"/>
      </w:pPr>
      <w:r>
        <w:t>تو اب وہ لڑ گئے اس سے۔ تو یہ ایٹرنلی آپ سماج کو لڑائی میں جھونک دیتے ہیں۔</w:t>
      </w:r>
    </w:p>
    <w:p>
      <w:r>
        <w:rPr>
          <w:b/>
        </w:rPr>
        <w:t xml:space="preserve">[34:03] </w:t>
      </w:r>
      <w:r>
        <w:t>eternally. to sahi tareeqa Islam ka kya hai? individual ki islaah karo, society ki islaah karo, aur us ke andar se emerge kare gi state.</w:t>
      </w:r>
    </w:p>
    <w:p>
      <w:pPr>
        <w:jc w:val="right"/>
      </w:pPr>
      <w:r>
        <w:t>ایٹرنلی۔ تو صحیح طریقہ اسلام کا کیا ہے؟ انڈیویجول کی اصلاح کرو، سوسائٹی کی اصلاح کرو، اور اس کے اندر سے ایمرج کرے گی اسٹیٹ۔</w:t>
      </w:r>
    </w:p>
    <w:p>
      <w:r>
        <w:rPr>
          <w:b/>
        </w:rPr>
        <w:t xml:space="preserve">[34:16] </w:t>
      </w:r>
      <w:r>
        <w:t>jab individual ki islaah hogi, society ki islaah hogi to us mein se democratic tareeqe par emerge kare gi state. wohi state hai. nishana bana kar ke nahi</w:t>
      </w:r>
    </w:p>
    <w:p>
      <w:pPr>
        <w:jc w:val="right"/>
      </w:pPr>
      <w:r>
        <w:t>جب انڈیویجول کی اصلاح ہوگی، سوسائٹی کی اصلاح ہوگی تو اس میں سے ڈیموکریٹک طریقے پر ایمرج کرے گی اسٹیٹ۔ وہی اسٹیٹ ہے۔ نشانہ بنا کر کے نہیں</w:t>
      </w:r>
    </w:p>
    <w:p>
      <w:r>
        <w:rPr>
          <w:b/>
        </w:rPr>
        <w:t xml:space="preserve">[34:27] </w:t>
      </w:r>
      <w:r>
        <w:t>. dekhiye, political interpretation jo hai, yeh koi saada baat nahi hai. yeh bohat hi bari ghalati hai.</w:t>
      </w:r>
    </w:p>
    <w:p>
      <w:pPr>
        <w:jc w:val="right"/>
      </w:pPr>
      <w:r>
        <w:t>۔ دیکھیے، پولیٹیکل انٹرپریشن جو ہے، یہ کوئی سادہ بات نہیں ہے۔ یہ بہت ہی بڑی غلطی ہے۔</w:t>
      </w:r>
    </w:p>
    <w:p>
      <w:r>
        <w:rPr>
          <w:b/>
        </w:rPr>
        <w:t xml:space="preserve">[34:37] </w:t>
      </w:r>
      <w:r>
        <w:t>is ne Islam ka nishana badal diya, target badal diya, goal badal diya. Islam ka jo real mission hai, woh kya hai?</w:t>
      </w:r>
    </w:p>
    <w:p>
      <w:pPr>
        <w:jc w:val="right"/>
      </w:pPr>
      <w:r>
        <w:t>اس نے اسلام کا نشانہ بدل دیا، ٹارگٹ بدل دیا، گول بدل دیا۔ اسلام کا جو ریئل مشن ہے، وہ کیا ہے؟</w:t>
      </w:r>
    </w:p>
    <w:p>
      <w:r>
        <w:rPr>
          <w:b/>
        </w:rPr>
        <w:t xml:space="preserve">[34:46] </w:t>
      </w:r>
      <w:r>
        <w:t>dawat, dawat lil Allah, dawat lil Allah. ya al mudathir qun fa</w:t>
      </w:r>
    </w:p>
    <w:p>
      <w:pPr>
        <w:jc w:val="right"/>
      </w:pPr>
      <w:r>
        <w:t>دعوت، دعوت للہ، دعوت للہ۔ یا المدثر کن فان</w:t>
      </w:r>
    </w:p>
    <w:p>
      <w:r>
        <w:rPr>
          <w:b/>
        </w:rPr>
        <w:t xml:space="preserve">[34:54] </w:t>
      </w:r>
      <w:r>
        <w:t>thir yani peghambar ko peghambari de di. Allah taala ne farmaya ke tum tumhara mission kya hai? dawati mission hai. dawati mission kis tarah se chalta hai?</w:t>
      </w:r>
    </w:p>
    <w:p>
      <w:pPr>
        <w:jc w:val="right"/>
      </w:pPr>
      <w:r>
        <w:t>ظر یعنی پیغمبر کو پیغمبری دے دی۔ اللہ تعالی نے فرمایا کہ تم تمہارا مشن کیا ہے؟ دعوتی مشن ہے۔ دعوتی مشن کس طرح سے چلتا ہے؟</w:t>
      </w:r>
    </w:p>
    <w:p>
      <w:r>
        <w:rPr>
          <w:b/>
        </w:rPr>
        <w:t xml:space="preserve">[35:05] </w:t>
      </w:r>
      <w:r>
        <w:t>doosron ko apna, doosron ka khair khwah ban kar chalta hai. naseeh Quran mein aaya hai. yani jab aap dawati mission ke upar utho ge to aap doosron ke khair khwah ho ge.</w:t>
      </w:r>
    </w:p>
    <w:p>
      <w:pPr>
        <w:jc w:val="right"/>
      </w:pPr>
      <w:r>
        <w:t>دوسروں کو اپنا، دوسروں کا خیر خواہ بن کر چلتا ہے۔ ناصح قرآن میں آیا ہے۔ یعنی جب آپ دعوتی مشن کے اوپر اٹھیں گے تو آپ دوسروں کے خیر خواہ ہوں گے۔</w:t>
      </w:r>
    </w:p>
    <w:p>
      <w:r>
        <w:rPr>
          <w:b/>
        </w:rPr>
        <w:t xml:space="preserve">[35:20] </w:t>
      </w:r>
      <w:r>
        <w:t>doosron ke sath aap ki mohabbat hogi.</w:t>
      </w:r>
    </w:p>
    <w:p>
      <w:pPr>
        <w:jc w:val="right"/>
      </w:pPr>
      <w:r>
        <w:t>دوسروں کے ساتھ آپ کی محبت ہوگی۔</w:t>
      </w:r>
    </w:p>
    <w:p>
      <w:r>
        <w:rPr>
          <w:b/>
        </w:rPr>
        <w:t xml:space="preserve">[35:23] </w:t>
      </w:r>
      <w:r>
        <w:t>doosron ki islaah ke hareess honge. aap siyasi nishane, nishane mein kya hota hai? doosra raol ban jata hai, raiol, raiol ban jata hai.</w:t>
      </w:r>
    </w:p>
    <w:p>
      <w:pPr>
        <w:jc w:val="right"/>
      </w:pPr>
      <w:r>
        <w:t>دوسروں کی اصلاح کے حریص ہوں گے۔ آپ سیاسی نشانے، نشانے میں کیا ہوتا ہے؟ دوسرا راول بن جاتا ہے، رائیول، رائیول بن جاتا ہے۔</w:t>
      </w:r>
    </w:p>
    <w:p>
      <w:r>
        <w:rPr>
          <w:b/>
        </w:rPr>
        <w:t xml:space="preserve">[35:34] </w:t>
      </w:r>
      <w:r>
        <w:t>raol banne ke mani hain nafrat, takrao shuru ho jati hai. yeh kitna bara deviation hai. to islam ka nishana dawat lilah hai, aur dawat lilah ka jo nishana le ke chalte hain aap, to logon ke aap evolution hote hain.</w:t>
      </w:r>
    </w:p>
    <w:p>
      <w:pPr>
        <w:jc w:val="right"/>
      </w:pPr>
      <w:r>
        <w:t>راول بننے کے معنی ہیں نفرت، ٹکراؤ شروع ہو جاتی ہے۔ یہ کتنا بڑا ڈیوی ایشن ہے۔ تو اسلام کا نشانہ دعوت للہ ہے، اور دعوت للہ کا جو نشانہ لے کے چلتے ہیں آپ، تو لوگوں کے آپ ولوشن ہوتے ہیں۔</w:t>
      </w:r>
    </w:p>
    <w:p>
      <w:r>
        <w:rPr>
          <w:b/>
        </w:rPr>
        <w:t xml:space="preserve">[35:50] </w:t>
      </w:r>
      <w:r>
        <w:t>logon ke liye aap khair khwah hote hain.</w:t>
      </w:r>
    </w:p>
    <w:p>
      <w:pPr>
        <w:jc w:val="right"/>
      </w:pPr>
      <w:r>
        <w:t>لوگوں کے لیے آپ خیر خواہ ہوتے ہیں۔</w:t>
      </w:r>
    </w:p>
    <w:p>
      <w:r>
        <w:rPr>
          <w:b/>
        </w:rPr>
        <w:t xml:space="preserve">[35:53] </w:t>
      </w:r>
      <w:r>
        <w:t>logon ko aap madu samajhte hain. aur jab political nishana le ke chalte hain to kya hota hai? doosra aap ko, aap ko to raiol nazar aata hai. phir us se aap nafrat karte hain, us se ladte hain, us se us ko incite karne ki koshish karte hain.</w:t>
      </w:r>
    </w:p>
    <w:p>
      <w:pPr>
        <w:jc w:val="right"/>
      </w:pPr>
      <w:r>
        <w:t>لوگوں کو آپ مدعو سمجھتے ہیں۔ اور جب پولیٹیکل نشانہ لے کے چلتے ہیں تو کیا ہوتا ہے؟ دوسرا آپ کو، آپ کو تو رائیول نظر آتا ہے۔ پھر اس سے آپ نفرت کرتے ہیں، اس سے لڑتے ہیں، اس سے اس کو انسیٹ کرنے کی کوشش کرتے ہیں۔</w:t>
      </w:r>
    </w:p>
    <w:p>
      <w:r>
        <w:rPr>
          <w:b/>
        </w:rPr>
        <w:t xml:space="preserve">[36:08] </w:t>
      </w:r>
      <w:r>
        <w:t>yani kitna bara nuqsan hai yeh ke takrao, yani aik aik jo asal nishana hai dawat ka, us se mahol mein mohabbat badhegi, aur friendship badhegi, tolerance badhega, peace badhega.</w:t>
      </w:r>
    </w:p>
    <w:p>
      <w:pPr>
        <w:jc w:val="right"/>
      </w:pPr>
      <w:r>
        <w:t>یعنی کتنا بڑا نقصان ہے یہ کہ ٹکراؤ، یعنی ایک ایک جو اصل نشانہ ہے دعوت کا، اس سے ماحول میں محبت بڑھے گی، اور فرینڈشپ بڑھے گی، ٹولرنس بڑھے گا، پیس بڑھے گی۔</w:t>
      </w:r>
    </w:p>
    <w:p>
      <w:r>
        <w:rPr>
          <w:b/>
        </w:rPr>
        <w:t xml:space="preserve">[36:23] </w:t>
      </w:r>
      <w:r>
        <w:t>aur yeh agar aap le len nishana politics ka to kya hoga? mahol mein nafrat aayegi, ladai aayegi, takrao aayega.</w:t>
      </w:r>
    </w:p>
    <w:p>
      <w:pPr>
        <w:jc w:val="right"/>
      </w:pPr>
      <w:r>
        <w:t>اور یہ اگر آپ لے لیں نشانہ پولیٹکس کا تو کیا ہوگا؟ ماحول میں نفرت آئے گی، لڑائی آئے گی، ٹکراؤ آئے گا۔</w:t>
      </w:r>
    </w:p>
    <w:p>
      <w:r>
        <w:rPr>
          <w:b/>
        </w:rPr>
        <w:t xml:space="preserve">[36:32] </w:t>
      </w:r>
      <w:r>
        <w:t>aap dekh lijiye, is waqt kya ho raha hai muslim mulkon mein?</w:t>
      </w:r>
    </w:p>
    <w:p>
      <w:pPr>
        <w:jc w:val="right"/>
      </w:pPr>
      <w:r>
        <w:t>آپ دیکھ لیجئے، اس وقت کیا ہو رہا ہے مسلم ملکوں میں؟</w:t>
      </w:r>
    </w:p>
    <w:p>
      <w:r>
        <w:rPr>
          <w:b/>
        </w:rPr>
        <w:t xml:space="preserve">[36:36] </w:t>
      </w:r>
      <w:r>
        <w:t>misr mein, afghanistan mein, pakistan mein, har jagah jitne muslim countries hain, har jagah dictatorship kyun hai? jitne muslim countries hain, kahin bhi democracy nahi hai, dictatorship hai.</w:t>
      </w:r>
    </w:p>
    <w:p>
      <w:pPr>
        <w:jc w:val="right"/>
      </w:pPr>
      <w:r>
        <w:t>مصر میں، افغانستان میں، پاکستان میں، ہر جگہ جتنے مسلم کنٹریز ہیں، ہر جگہ ڈکٹیٹرشپ کیوں ہے؟ جتنے مسلم کنٹریز ہیں، کہیں بھی ڈیموکریسی نہیں ہے، ڈکٹیٹرشپ ہے۔</w:t>
      </w:r>
    </w:p>
    <w:p>
      <w:r>
        <w:rPr>
          <w:b/>
        </w:rPr>
        <w:t xml:space="preserve">[36:52] </w:t>
      </w:r>
      <w:r>
        <w:t>har jagah dictatorship hai. kyun?</w:t>
      </w:r>
    </w:p>
    <w:p>
      <w:pPr>
        <w:jc w:val="right"/>
      </w:pPr>
      <w:r>
        <w:t>ہر جگہ ڈکٹیٹرشپ ہے۔ کیوں؟</w:t>
      </w:r>
    </w:p>
    <w:p>
      <w:r>
        <w:rPr>
          <w:b/>
        </w:rPr>
        <w:t xml:space="preserve">[36:56] </w:t>
      </w:r>
      <w:r>
        <w:t>kyun ke jo aadmi rule kar raha hai, jis ko jo political power mila hua hai, woh jab dekhta hai ke yeh aadmi us ko incite karna chahta hai to us ko crush karta hai, woh aur apne apne power ko aur mazboot karna chahta hai to dictator ban jata hai.</w:t>
      </w:r>
    </w:p>
    <w:p>
      <w:pPr>
        <w:jc w:val="right"/>
      </w:pPr>
      <w:r>
        <w:t>کیونکہ جو آدمی رول کر رہا ہے، جس کو جو پولیٹیکل پاور ملا ہوا ہے، وہ جب دیکھتا ہے کہ یہ آدمی اس کو انسیٹ کرنا چاہتا ہے تو اس کو کرش کرتا ہے، وہ اور اپنے اپنے پاور کو اور مضبوط کرنا چاہتا ہے تو ڈکٹیٹر بن جاتا ہے۔</w:t>
      </w:r>
    </w:p>
    <w:p>
      <w:r>
        <w:rPr>
          <w:b/>
        </w:rPr>
        <w:t xml:space="preserve">[37:16] </w:t>
      </w:r>
      <w:r>
        <w:t>woh</w:t>
      </w:r>
    </w:p>
    <w:p>
      <w:pPr>
        <w:jc w:val="right"/>
      </w:pPr>
      <w:r>
        <w:t>وہ</w:t>
      </w:r>
    </w:p>
    <w:p>
      <w:r>
        <w:rPr>
          <w:b/>
        </w:rPr>
        <w:t xml:space="preserve">[37:18] </w:t>
      </w:r>
      <w:r>
        <w:t>isi islam ke political interpretation ne yeh kar rakha hai ke sare muslim countries mein dictatorship hai, dictatorship hai.</w:t>
      </w:r>
    </w:p>
    <w:p>
      <w:pPr>
        <w:jc w:val="right"/>
      </w:pPr>
      <w:r>
        <w:t>اسی اسلام کے پولیٹیکل انٹرپریشن نے یہ کر رکھا ہے کہ سارے مسلم کنٹریز میں ڈکٹیٹرشپ ہے، ڈکٹیٹرشپ ہے۔</w:t>
      </w:r>
    </w:p>
    <w:p>
      <w:r>
        <w:rPr>
          <w:b/>
        </w:rPr>
        <w:t xml:space="preserve">[37:29] </w:t>
      </w:r>
      <w:r>
        <w:t>unhein woh, woh, woh apne ko bachane ke liye to woh crush karte hain, yahan tak ke woh, yani woh azadi ko khatam kar dete hain.</w:t>
      </w:r>
    </w:p>
    <w:p>
      <w:pPr>
        <w:jc w:val="right"/>
      </w:pPr>
      <w:r>
        <w:t>انہیں وہ، وہ، وہ اپنے کو بچانے کے لیے تو وہ کرش کرتے ہیں، یہاں تک کہ وہ، یعنی وہ آزادی کو ختم کر دیتے ہیں۔</w:t>
      </w:r>
    </w:p>
    <w:p>
      <w:r>
        <w:rPr>
          <w:b/>
        </w:rPr>
        <w:t xml:space="preserve">[37:41] </w:t>
      </w:r>
      <w:r>
        <w:t>yani kitni bari nemat hai azadi, kitni bari nemat hai peace, wohi khatam hai in mulkon mein.</w:t>
      </w:r>
    </w:p>
    <w:p>
      <w:pPr>
        <w:jc w:val="right"/>
      </w:pPr>
      <w:r>
        <w:t>یعنی کتنی بڑی نعمت ہے آزادی، کتنی بڑی نعمت ہے پیس، وہی ختم ہے ان ملکوں میں۔</w:t>
      </w:r>
    </w:p>
    <w:p>
      <w:r>
        <w:rPr>
          <w:b/>
        </w:rPr>
        <w:t xml:space="preserve">[37:47] </w:t>
      </w:r>
      <w:r>
        <w:t>india mein aap dekhiye, india mein hum ko azadi hai, india hum ko peace mila hua hai, india hum sara kaam kar rahe hain, lekin in mulkon mein koi nahi kar sakta kaam.</w:t>
      </w:r>
    </w:p>
    <w:p>
      <w:pPr>
        <w:jc w:val="right"/>
      </w:pPr>
      <w:r>
        <w:t>انڈیا میں آپ دیکھیے، انڈیا میں ہم کو آزادی ہے، انڈیا ہم کو پیس ملا ہوا ہے، انڈیا ہم سارا کام کر رہے ہیں، لیکن ان ملکوں میں کوئی نہیں کر سکتا کام۔</w:t>
      </w:r>
    </w:p>
    <w:p>
      <w:r>
        <w:rPr>
          <w:b/>
        </w:rPr>
        <w:t xml:space="preserve">[37:57] </w:t>
      </w:r>
      <w:r>
        <w:t>abhi mujhe khabar mili ke pakistan mein aik sahab jo daawati kaam, hamari jaisa kaam kar rahe the, un ko wahan se itne halaat kharab ho gaye ke un ko nikal ke thailand chala jana pada.</w:t>
      </w:r>
    </w:p>
    <w:p>
      <w:pPr>
        <w:jc w:val="right"/>
      </w:pPr>
      <w:r>
        <w:t>ابھی مجھے خبر ملی کہ پاکستان میں ایک صاحب جو دعوتی کام، ہماری جیسا کام کر رہے تھے، ان کو وہاں سے اتنے حالات خراب ہو گئے کہ ان کو نکل کے تھائی لینڈ چلا جانا پڑا۔</w:t>
      </w:r>
    </w:p>
    <w:p>
      <w:r>
        <w:rPr>
          <w:b/>
        </w:rPr>
        <w:t xml:space="preserve">[38:08] </w:t>
      </w:r>
      <w:r>
        <w:t>humein to kuch bhi nahi, hum india mein kaam kar rahe hain.</w:t>
      </w:r>
    </w:p>
    <w:p>
      <w:pPr>
        <w:jc w:val="right"/>
      </w:pPr>
      <w:r>
        <w:t>ہمیں تو کچھ بھی نہیں، ہم انڈیا میں کام کر رہے ہیں۔</w:t>
      </w:r>
    </w:p>
    <w:p>
      <w:r>
        <w:rPr>
          <w:b/>
        </w:rPr>
        <w:t xml:space="preserve">[38:12] </w:t>
      </w:r>
      <w:r>
        <w:t>to political interpretation, yani is islam ka nishana aap political power banayein aur islam ka nishana aap dawat banayein, dono mein kya farq hota hai?</w:t>
      </w:r>
    </w:p>
    <w:p>
      <w:pPr>
        <w:jc w:val="right"/>
      </w:pPr>
      <w:r>
        <w:t>تو پولیٹیکل انٹرپریشن، یعنی اس اسلام کا نشانہ آپ پولیٹیکل پاور بنائیں اور اسلام کا نشانہ آپ دعوت بنائیں، دونوں میں کیا فرق ہوتا ہے؟</w:t>
      </w:r>
    </w:p>
    <w:p>
      <w:r>
        <w:rPr>
          <w:b/>
        </w:rPr>
        <w:t xml:space="preserve">[38:22] </w:t>
      </w:r>
      <w:r>
        <w:t>dawat ka nishana banane se mahol mein dosti ka mahol banta hai, mohabbat ka mahol banta hai, tolerance ka mahol banta hai, peace ka mahol banta hai, aman qaim hota hai.</w:t>
      </w:r>
    </w:p>
    <w:p>
      <w:pPr>
        <w:jc w:val="right"/>
      </w:pPr>
      <w:r>
        <w:t>دعوت کا نشانہ بنانے سے ماحول میں دوستی کا ماحول بنتا ہے، محبت کا ماحول بنتا ہے، ٹولرنس کا ماحول بنتا ہے، پیس کا ماحول بنتا ہے، امن قائم ہوتا ہے۔</w:t>
      </w:r>
    </w:p>
    <w:p>
      <w:r>
        <w:rPr>
          <w:b/>
        </w:rPr>
        <w:t xml:space="preserve">[38:36] </w:t>
      </w:r>
      <w:r>
        <w:t>har ek ko mauqa hota hai ke woh kaam kar sake azadi ke</w:t>
      </w:r>
    </w:p>
    <w:p>
      <w:pPr>
        <w:jc w:val="right"/>
      </w:pPr>
      <w:r>
        <w:t>ہر ایک کو موقع ہوتا ہے کہ وہ کام کر سکے آزادی کے</w:t>
      </w:r>
    </w:p>
    <w:p>
      <w:r>
        <w:rPr>
          <w:b/>
        </w:rPr>
        <w:t xml:space="preserve">[38:39] </w:t>
      </w:r>
      <w:r>
        <w:t>sath. lekin agar aap political politics ko nishana banayein, political power ko to kya takrao hoga? nafratein badhengi, ladaiyan hongi, yahan tak ke suicide bombing shuru ho jayegi.</w:t>
      </w:r>
    </w:p>
    <w:p>
      <w:pPr>
        <w:jc w:val="right"/>
      </w:pPr>
      <w:r>
        <w:t>ساتھ۔ لیکن اگر آپ پولیٹیکل پولیٹکس کو نشانہ بنائیں، پولیٹیکل پاور کو تو کیا ٹکراؤ ہوگا؟ نفرتیں بڑھیں گی، لڑائیاں ہوں گی، یہاں تک کہ سوسائیڈ بمبنگ شروع ہو جائے گی۔</w:t>
      </w:r>
    </w:p>
    <w:p>
      <w:r>
        <w:rPr>
          <w:b/>
        </w:rPr>
        <w:t xml:space="preserve">[38:52] </w:t>
      </w:r>
      <w:r>
        <w:t>to kitna bara nuqsan hai is baat ka ke jin logon ne political interpretation diya, is is se kya kya buraiyan paida huin. to pehli baat yeh hai ke yeh baat quran o hadith sabit nahi hoti.</w:t>
      </w:r>
    </w:p>
    <w:p>
      <w:pPr>
        <w:jc w:val="right"/>
      </w:pPr>
      <w:r>
        <w:t>تو کتنا بڑا نقصان ہے اس بات کا کہ جن لوگوں نے پولیٹیکل انٹرپریشن دیا، اس اس سے کیا کیا برائیاں پیدا ہوئیں۔ تو پہلی بات یہ ہے کہ یہ بات قرآن و حدیث ثابت نہیں ہوتی۔</w:t>
      </w:r>
    </w:p>
    <w:p>
      <w:r>
        <w:rPr>
          <w:b/>
        </w:rPr>
        <w:t xml:space="preserve">[39:06] </w:t>
      </w:r>
      <w:r>
        <w:t>mera pehla jo kehna yeh hai ke political interpretation ke liye koi bhi quran o hadith mein koi aik bhi daleel maujood nahi hai. jitni daleelein woh log dete hain, woh bilkul aise hi hain jaise ke woh, yani is ka koi talluq daleel se nahi hai.</w:t>
      </w:r>
    </w:p>
    <w:p>
      <w:pPr>
        <w:jc w:val="right"/>
      </w:pPr>
      <w:r>
        <w:t>میرا پہلا جو کہنا یہ ہے کہ پولیٹیکل انٹرپریشن کے لیے کوئی بھی قرآن و حدیث میں کوئی ایک بھی دلیل موجود نہیں ہے۔ جتنی دلیلیں وہ لوگ دیتے ہیں، وہ بالکل ایسے ہی ہیں جیسے کہ وہ، یعنی اس کا کوئی تعلق دلیل سے نہیں ہے۔</w:t>
      </w:r>
    </w:p>
    <w:p>
      <w:r>
        <w:rPr>
          <w:b/>
        </w:rPr>
        <w:t xml:space="preserve">[39:21] </w:t>
      </w:r>
      <w:r>
        <w:t>unlogical unlogical unlogical illogical jaise aik misaal deta hoon mein illogical ki ke surah surah yusuf se in logon ne aik nikala hai, aik daleel.</w:t>
      </w:r>
    </w:p>
    <w:p>
      <w:pPr>
        <w:jc w:val="right"/>
      </w:pPr>
      <w:r>
        <w:t>اللاجیک اللاجیک اللاجیک اللاجیکل جیسے ایک مثال دیتا ہوں میں اللاجیکل کی کہ سورہ سورہ یوسف سے ان لوگوں نے ایک نکالا ہے، ایک دلیل۔</w:t>
      </w:r>
    </w:p>
    <w:p>
      <w:r>
        <w:rPr>
          <w:b/>
        </w:rPr>
        <w:t xml:space="preserve">[39:36] </w:t>
      </w:r>
      <w:r>
        <w:t>surah yusuf jo hai, us mein aap padhiye to hazrat yusuf ne ko in logon ne jail mein daal diya tha waqti taur par.</w:t>
      </w:r>
    </w:p>
    <w:p>
      <w:pPr>
        <w:jc w:val="right"/>
      </w:pPr>
      <w:r>
        <w:t>سورہ یوسف جو ہے، اس میں آپ پڑھیے تو حضرت یوسف نے کو ان لوگوں نے جیل میں ڈال دیا تھا وقتی طور پر۔</w:t>
      </w:r>
    </w:p>
    <w:p>
      <w:r>
        <w:rPr>
          <w:b/>
        </w:rPr>
        <w:t xml:space="preserve">[39:45] </w:t>
      </w:r>
      <w:r>
        <w:t>to wahan apne kuch saathi jail ke jo thay, un se baat karte hue unhon ne kaha: in al hukm illa lil lah Hazrat Yusuf ne kaha: in al hukm illa lil lah hukm to hai sirf Allah ka,</w:t>
      </w:r>
    </w:p>
    <w:p>
      <w:pPr>
        <w:jc w:val="right"/>
      </w:pPr>
      <w:r>
        <w:t>تو وہاں اپنے کچھ ساتھی جیل کے جو تھے، ان سے بات کرتے ہوئے انہوں نے کہا: ان الحکم الا للہ حضرت یوسف نے کہا: ان الحکم الا للہ حکم تو ہے صرف اللہ کا،</w:t>
      </w:r>
    </w:p>
    <w:p>
      <w:r>
        <w:rPr>
          <w:b/>
        </w:rPr>
        <w:t xml:space="preserve">[39:59] </w:t>
      </w:r>
      <w:r>
        <w:t>hukm</w:t>
      </w:r>
    </w:p>
    <w:p>
      <w:pPr>
        <w:jc w:val="right"/>
      </w:pPr>
      <w:r>
        <w:t>حکم</w:t>
      </w:r>
    </w:p>
    <w:p>
      <w:r>
        <w:rPr>
          <w:b/>
        </w:rPr>
        <w:t xml:space="preserve">[40:00] </w:t>
      </w:r>
      <w:r>
        <w:t>jo hai sirf Allah ka. is se kya nikaal liya unhon ne ke political power sirf Allah ke haath mein honi chahiye, aur hum chunaanche un ke representative hain to yeh humare haath mein honi chahiye.</w:t>
      </w:r>
    </w:p>
    <w:p>
      <w:pPr>
        <w:jc w:val="right"/>
      </w:pPr>
      <w:r>
        <w:t>جو ہے صرف اللہ کا۔ اس سے کیا نکال لیا انہوں نے کہ پولیٹیکل پاور صرف اللہ کے ہاتھ میں ہونی چاہیے، اور ہم چونکہ ان کے ریپریزنٹیٹیو ہیں تو یہ ہمارے ہاتھ میں ہونی چاہیے۔</w:t>
      </w:r>
    </w:p>
    <w:p>
      <w:r>
        <w:rPr>
          <w:b/>
        </w:rPr>
        <w:t xml:space="preserve">[40:10] </w:t>
      </w:r>
      <w:r>
        <w:t>yahan par dekhiye, saare mufassireen, saare commentator jo kehte hain ke hukm kamane kya hain, super natural sense mein hai yeh, yaani super natural sense mein, yaani space mein, galaxy mein, aur planet aur stars ki duniya mein Allah ka iqdar hai.</w:t>
      </w:r>
    </w:p>
    <w:p>
      <w:pPr>
        <w:jc w:val="right"/>
      </w:pPr>
      <w:r>
        <w:t>یہاں پر دیکھیں، سارے مفسرین، سارے کمنٹیٹر جو کہتے ہیں کہ حکم کمانے کیا ہیں، سپر نیچرل سینس میں ہے یہ، یعنی سپر نیچرل سینس میں، یعنی اسپیس میں، گلیکسی میں، اور پلینٹ اور سٹارز کی دنیا میں اللہ کا اقدار ہے۔</w:t>
      </w:r>
    </w:p>
    <w:p>
      <w:r>
        <w:rPr>
          <w:b/>
        </w:rPr>
        <w:t xml:space="preserve">[40:28] </w:t>
      </w:r>
      <w:r>
        <w:t>yeh matlab</w:t>
      </w:r>
    </w:p>
    <w:p>
      <w:pPr>
        <w:jc w:val="right"/>
      </w:pPr>
      <w:r>
        <w:t>یہ مطلب</w:t>
      </w:r>
    </w:p>
    <w:p>
      <w:r>
        <w:rPr>
          <w:b/>
        </w:rPr>
        <w:t xml:space="preserve">[40:29] </w:t>
      </w:r>
      <w:r>
        <w:t>hai ke super natural power Allah ke haath mein hai. super natural power ko unhon ne political power ke namane mein le liya. ab aap dekhiye ke Hazrat Yusuf is ke baad jail se nikalte hain aur badshah un ko bulata hai apne darbar mein,</w:t>
      </w:r>
    </w:p>
    <w:p>
      <w:pPr>
        <w:jc w:val="right"/>
      </w:pPr>
      <w:r>
        <w:t>ہے کہ سپر نیچرل پاور اللہ کے ہاتھ میں ہے۔ سپر نیچرل پاور کو انہوں نے پولیٹیکل پاور کے نمانے میں لے لیا۔ اب آپ دیکھیے کہ حضرت یوسف اس کے بعد جیل سے نکلتے ہیں اور بادشاہ ان کو بلاتا ہے اپنے دربار میں،</w:t>
      </w:r>
    </w:p>
    <w:p>
      <w:r>
        <w:rPr>
          <w:b/>
        </w:rPr>
        <w:t xml:space="preserve">[40:49] </w:t>
      </w:r>
      <w:r>
        <w:t>aur badshah un ko bari kar deta hai saare ilzamat se. is ke baad kya hota hai</w:t>
      </w:r>
    </w:p>
    <w:p>
      <w:pPr>
        <w:jc w:val="right"/>
      </w:pPr>
      <w:r>
        <w:t>اور بادشاہ ان کو بری کر دیتا ہے سارے الزامات سے۔ اس کے بعد کیا ہوتا ہے</w:t>
      </w:r>
    </w:p>
    <w:p>
      <w:r>
        <w:rPr>
          <w:b/>
        </w:rPr>
        <w:t xml:space="preserve">[40:54] </w:t>
      </w:r>
      <w:r>
        <w:t>? un ko apne iqdar ke tehat, apne political power jo is ka tha, apna role jo tha, us ke tehat unhein ek food ka charge de deta hai.</w:t>
      </w:r>
    </w:p>
    <w:p>
      <w:pPr>
        <w:jc w:val="right"/>
      </w:pPr>
      <w:r>
        <w:t>؟ ان کو اپنے اقتدار کے تحت، اپنے پولیٹیکل پاور جو اس کا تھا، اپنا رول جو تھا، اس کے تحت انہیں ایک فوڈ کا چارج دے دیتا ہے۔</w:t>
      </w:r>
    </w:p>
    <w:p>
      <w:r>
        <w:rPr>
          <w:b/>
        </w:rPr>
        <w:t xml:space="preserve">[41:03] </w:t>
      </w:r>
      <w:r>
        <w:t>yaani aaj kal ki zabaan mein hum kahenge food minister bana deta hai. is ko qabool kar lete hain woh, jabke woh badshah mushrik tha. ab ghor kijiye ke Hazrat Yusuf ne agar yeh jo kaha tha in al hukm illa lil lah is ka matlab yeh tha ke political power sirf Allah ke liye hai,</w:t>
      </w:r>
    </w:p>
    <w:p>
      <w:pPr>
        <w:jc w:val="right"/>
      </w:pPr>
      <w:r>
        <w:t>یعنی آج کل کی زبان میں ہم کہیں گے فوڈ منسٹر بنا دیتا ہے۔ اس کو قبول کر لیتے ہیں وہ، جبکہ وہ بادشاہ مشرک تھا۔ اب غور کیجئے کہ حضرت یوسف نے اگر یہ جو کہا تھا ان الحکم الا للہ اس کا مطلب یہ تھا کہ پولیٹیکل پاور صرف اللہ کے لیے ہے،</w:t>
      </w:r>
    </w:p>
    <w:p>
      <w:r>
        <w:rPr>
          <w:b/>
        </w:rPr>
        <w:t xml:space="preserve">[41:21] </w:t>
      </w:r>
      <w:r>
        <w:t>to yahan mushrik ke liye kyun maan liya unhon ne?</w:t>
      </w:r>
    </w:p>
    <w:p>
      <w:pPr>
        <w:jc w:val="right"/>
      </w:pPr>
      <w:r>
        <w:t>تو یہاں مشرک کے لیے کیوں مان لیا انہوں نے؟</w:t>
      </w:r>
    </w:p>
    <w:p>
      <w:r>
        <w:rPr>
          <w:b/>
        </w:rPr>
        <w:t xml:space="preserve">[41:25] </w:t>
      </w:r>
      <w:r>
        <w:t>keh kyun maan liya? yaani Hazrat Yusuf ne apne aqeeday khilaaf kiya.</w:t>
      </w:r>
    </w:p>
    <w:p>
      <w:pPr>
        <w:jc w:val="right"/>
      </w:pPr>
      <w:r>
        <w:t>کہہ کیوں مان لیا؟ یعنی حضرت یوسف نے اپنے عقیدے خلاف کیا۔</w:t>
      </w:r>
    </w:p>
    <w:p>
      <w:r>
        <w:rPr>
          <w:b/>
        </w:rPr>
        <w:t xml:space="preserve">[41:33] </w:t>
      </w:r>
      <w:r>
        <w:t>to aap khud sochiye is ko ke wohi Hazrat Yusuf jo kehte hain ke in al hukm in al hukm illa Allah is ka matlab woh log yeh batate hain ke political power Allah ke liye hona chahiye, aur Allah ke liye hone ke matlab yeh ke hum un ke numaindagi hain to humare haath mein honi chahiye.</w:t>
      </w:r>
    </w:p>
    <w:p>
      <w:pPr>
        <w:jc w:val="right"/>
      </w:pPr>
      <w:r>
        <w:t>تو آپ خود سوچیے اس کو کہ وہی حضرت یوسف جو کہتے ہیں کہ ان الحکم ان الحکم الا اللہ اس کا مطلب وہ لوگ یہ بتاتے ہیں کہ پولیٹیکل پاور اللہ کے لیے ہونا چاہیے، اور اللہ کے لیے ہونے کے مطلب یہ کہ ہم ان کے نمائندگی ہیں تو ہمارے ہاتھ میں ہونی چاہیے۔</w:t>
      </w:r>
    </w:p>
    <w:p>
      <w:r>
        <w:rPr>
          <w:b/>
        </w:rPr>
        <w:t xml:space="preserve">[41:49] </w:t>
      </w:r>
      <w:r>
        <w:t>lekin sawal hai: Hazrat Yusuf ne is ke khilaaf kyun kiya? Hazrat Yusuf ko phir wahan par ek chalana chahiye tehreek, un ko deth</w:t>
      </w:r>
    </w:p>
    <w:p>
      <w:pPr>
        <w:jc w:val="right"/>
      </w:pPr>
      <w:r>
        <w:t>لیکن سوال ہے: حضرت یوسف نے اس کے خلاف کیوں کیا؟ حضرت یوسف کو پھر وہاں پر ایک چلانا چاہیے تحریک، ان کو ڈی تھ</w:t>
      </w:r>
    </w:p>
    <w:p>
      <w:r>
        <w:rPr>
          <w:b/>
        </w:rPr>
        <w:t xml:space="preserve">[41:57] </w:t>
      </w:r>
      <w:r>
        <w:t>ron karne ki ke tum tum ko hum takht se hatayenge, humein poora takht par qabza karna hai, political power hai Islam ke liye karna hai.</w:t>
      </w:r>
    </w:p>
    <w:p>
      <w:pPr>
        <w:jc w:val="right"/>
      </w:pPr>
      <w:r>
        <w:t>رون کرنے کی کہ تم تم کو ہم تخت سے ہٹائیں گے، ہمیں پورا تخت پر قبضہ کرنا ہے، پولیٹیکل پاور ہے اسلام کے لیے کرنا ہے۔</w:t>
      </w:r>
    </w:p>
    <w:p>
      <w:r>
        <w:rPr>
          <w:b/>
        </w:rPr>
        <w:t xml:space="preserve">[42:06] </w:t>
      </w:r>
      <w:r>
        <w:t>yaani mushrik badshah ko takht par maante hue, mushrik badshah ke political power ko maante hue, us ke tehat unhon ne food ministry ko le liya. to kya Hazrat Yusuf ne khud hi apne is ke khilaaf kiya kaam?</w:t>
      </w:r>
    </w:p>
    <w:p>
      <w:pPr>
        <w:jc w:val="right"/>
      </w:pPr>
      <w:r>
        <w:t>یعنی مشرک بادشاہ کو تخت پر مانتے ہوئے، مشرک بادشاہ کے پولیٹیکل پاور کو مانتے ہوئے، اس کے تحت انہوں نے فوڈ منسٹری کو لے لیا۔ تو کیا حضرت یوسف نے خود ہی اپنے اس کے خلاف کیا کام؟</w:t>
      </w:r>
    </w:p>
    <w:p>
      <w:r>
        <w:rPr>
          <w:b/>
        </w:rPr>
        <w:t xml:space="preserve">[42:21] </w:t>
      </w:r>
      <w:r>
        <w:t>to in al hukm illa lil lah jo hai yeh super natural level par jo Allah taala ka iqdar qaim hai, woh woh is murad hai is mein.</w:t>
      </w:r>
    </w:p>
    <w:p>
      <w:pPr>
        <w:jc w:val="right"/>
      </w:pPr>
      <w:r>
        <w:t>تو ان الحکم الا للہ جو ہے یہ سپر نیچرل لیول پر جو اللہ تعالی کا اقدار قائم ہے، وہ وہ اس مراد ہے اس میں۔</w:t>
      </w:r>
    </w:p>
    <w:p>
      <w:r>
        <w:rPr>
          <w:b/>
        </w:rPr>
        <w:t xml:space="preserve">[42:30] </w:t>
      </w:r>
      <w:r>
        <w:t>lekin yeh aap padhiye, is mein Maulana Mehdi ki tafseer padhiye, Sehat khud tafseer padhiye, yeh sab baatein likhi hui hain is mein jo bilkul illogical hain, bilkul illogical hain, bilkul illogical hain.</w:t>
      </w:r>
    </w:p>
    <w:p>
      <w:pPr>
        <w:jc w:val="right"/>
      </w:pPr>
      <w:r>
        <w:t>لیکن یہ آپ پڑھیے، اس میں مولا مولا مہدی کی تفسیر پڑھیے، صحت خود تفسیر پڑھیے، یہ سب باتیں لکھی ہوئی ہیں اس میں جو بالکل اللاجیکل ہیں، بالکل اللاجیکل ہیں، بالکل اللاجیکل ہیں۔</w:t>
      </w:r>
    </w:p>
    <w:p>
      <w:r>
        <w:rPr>
          <w:b/>
        </w:rPr>
        <w:t xml:space="preserve">[42:41] </w:t>
      </w:r>
      <w:r>
        <w:t>to jaisa ke main is se pehle hum ne arz kiya ke Hazrat</w:t>
      </w:r>
    </w:p>
    <w:p>
      <w:pPr>
        <w:jc w:val="right"/>
      </w:pPr>
      <w:r>
        <w:t>تو جیسا کہ میں اس سے پہلے ہم نے عرض کیا کہ حضرت</w:t>
      </w:r>
    </w:p>
    <w:p>
      <w:r>
        <w:rPr>
          <w:b/>
        </w:rPr>
        <w:t xml:space="preserve">[42:44] </w:t>
      </w:r>
      <w:r>
        <w:t>Musa ke Hazrat Musa aur aur Firon ke darmiyan jo dialogue hua, us mein yeh zahir karte hain ke Musa ka maqsad yeh tha ke Misr mein hukumat qaim karna.</w:t>
      </w:r>
    </w:p>
    <w:p>
      <w:pPr>
        <w:jc w:val="right"/>
      </w:pPr>
      <w:r>
        <w:t>موسی کے حضرت موسی اور اور فرعون کے درمیان جو ڈائیلاگ ہوا، اس میں یہ ظاہر کرتے ہیں کہ موسی کا مقصد یہ تھا کہ مصر میں حکومت قائم کرنا۔</w:t>
      </w:r>
    </w:p>
    <w:p>
      <w:r>
        <w:rPr>
          <w:b/>
        </w:rPr>
        <w:t xml:space="preserve">[42:58] </w:t>
      </w:r>
      <w:r>
        <w:t>to khud hi Musa kuch log chale gaye Misr, jab mauqa tha un ko ke wahan hukumat qaim karein, maidan khali ho gaya tha.</w:t>
      </w:r>
    </w:p>
    <w:p>
      <w:pPr>
        <w:jc w:val="right"/>
      </w:pPr>
      <w:r>
        <w:t>تو خود ہی موسی کچھ لوگ چلے گئے مصر، جب موقع تھا ان کو کہ وہاں حکومت قائم کریں، میدان خالی ہو گیا تھا۔</w:t>
      </w:r>
    </w:p>
    <w:p>
      <w:r>
        <w:rPr>
          <w:b/>
        </w:rPr>
        <w:t xml:space="preserve">[43:07] </w:t>
      </w:r>
      <w:r>
        <w:t>yeh Hazrat Yusuf ka mamla hai ke batate hain ke woh khud unhon ne kaha tha ke political power jo hai, woh kisi insaan ke haath mein nahi hona chahiye.</w:t>
      </w:r>
    </w:p>
    <w:p>
      <w:pPr>
        <w:jc w:val="right"/>
      </w:pPr>
      <w:r>
        <w:t>یہ حضرت یوسف کا معاملہ ہے کہ بتاتے ہیں کہ وہ خود انہوں نے کہا تھا کہ پولیٹیکل پاور جو ہے، وہ کسی انسان کے ہاتھ میں نہیں ہونا چاہیے۔</w:t>
      </w:r>
    </w:p>
    <w:p>
      <w:r>
        <w:rPr>
          <w:b/>
        </w:rPr>
        <w:t xml:space="preserve">[43:15] </w:t>
      </w:r>
      <w:r>
        <w:t>to khud ko maan liya unhon ne mushrik badshah ko, us ki us ke maatehati mein food minister kyun ban gaye? to yeh sab illogical baatein hain, is ka to koi logic nahi hai, sirf dhandhli hai, bas koi logic nahi hai.</w:t>
      </w:r>
    </w:p>
    <w:p>
      <w:pPr>
        <w:jc w:val="right"/>
      </w:pPr>
      <w:r>
        <w:t>تو خود کو مان لیا انہوں نے مشرک بادشاہ کو، اس کی اس کے ماتحتی میں فوڈ منسٹر کیوں بن گئے؟ تو یہ سب اللاجیکل باتیں ہیں، اس کا تو کوئی لاجک نہیں ہے، صرف دھاندلی ہے، بس کوئی لاجک نہیں ہے۔</w:t>
      </w:r>
    </w:p>
    <w:p>
      <w:r>
        <w:rPr>
          <w:b/>
        </w:rPr>
        <w:t xml:space="preserve">[43:34] </w:t>
      </w:r>
      <w:r>
        <w:t>is par maine kai kitabein likhi hain, jis ko tafseel chahta ho to woh padh sakta hai. maslan "Ta'beer Ghalat" ek kitaab hai, aisi hi "Deen Kamil" ek kitaab hai, aisi hi "Deen o Shariat" ek kitaab hai,</w:t>
      </w:r>
    </w:p>
    <w:p>
      <w:pPr>
        <w:jc w:val="right"/>
      </w:pPr>
      <w:r>
        <w:t>اس پر میں نے کئی کتابیں لکھی ہیں، جس کو تفصیل چاہتا ہو تو وہ پڑھ سکتا ہے۔ مثلاً "تعبیر غلطی" ایک کتاب ہے، ایسی ہی "دین کامل" ایک کتاب ہے، ایسی ہی "دین و شریعت" ایک کتاب ہے،</w:t>
      </w:r>
    </w:p>
    <w:p>
      <w:r>
        <w:rPr>
          <w:b/>
        </w:rPr>
        <w:t xml:space="preserve">[43:49] </w:t>
      </w:r>
      <w:r>
        <w:t>aisi hi ek choti si kitaab hai "Deen Ki Sazi Ta'beer". in saari kitabon mein is par maine tafseel se behas ki hai,</w:t>
      </w:r>
    </w:p>
    <w:p>
      <w:pPr>
        <w:jc w:val="right"/>
      </w:pPr>
      <w:r>
        <w:t>ایسی ہی ایک چھوٹی سی کتاب ہے "دین کی سازی تعبیر"۔ ان ساری کتابوں میں اس پر میں نے تفصیل سے بحث کی ہے،</w:t>
      </w:r>
    </w:p>
    <w:p>
      <w:r>
        <w:rPr>
          <w:b/>
        </w:rPr>
        <w:t xml:space="preserve">[43:58] </w:t>
      </w:r>
      <w:r>
        <w:t>jitne un ke un ki daleelein hain, un sab ko maine analysis kiya hai aur dikhaya hai ke sab ke sab bilkul be be bas, be be baghz hain, koi is ki haqeeqat nahi hai.</w:t>
      </w:r>
    </w:p>
    <w:p>
      <w:pPr>
        <w:jc w:val="right"/>
      </w:pPr>
      <w:r>
        <w:t>جتنے ان کے ان کی دلیلیں ہیں، ان سب کو میں نے انالیسز کیا ہے اور دکھایا ہے کہ سب کے سب بالکل بے بے بس، بے بے بغض ہیں، کوئی اس کی حقیقت نہیں ہے۔</w:t>
      </w:r>
    </w:p>
    <w:p>
      <w:r>
        <w:rPr>
          <w:b/>
        </w:rPr>
        <w:t xml:space="preserve">[44:09] </w:t>
      </w:r>
      <w:r>
        <w:t>misalan yeh jo quran ki chaar buniyadi islahein jo hain, jin mein kaha gaya 75 feesad islam ka yani gum ho gaya tha, to "ilah rabb ibadat deen" yeh teeno religious terms hain, is ko aur political term banane ki koshish ki hai,</w:t>
      </w:r>
    </w:p>
    <w:p>
      <w:pPr>
        <w:jc w:val="right"/>
      </w:pPr>
      <w:r>
        <w:t>مثلاً یہ جو قرآن کی چار بنیادی اصلاحیں جو ہیں، جن میں کہا گیا 75 فیصد اسلام کا یعنی گم ہو گیا تھا، تو "الہ رب عبادت دین" یہ تینوں ریلیجیس ٹرمز ہیں، اس کو اور پولیٹیکل ٹرم بنانے کی کوشش کی ہے،</w:t>
      </w:r>
    </w:p>
    <w:p>
      <w:r>
        <w:rPr>
          <w:b/>
        </w:rPr>
        <w:t xml:space="preserve">[44:24] </w:t>
      </w:r>
      <w:r>
        <w:t>jis ka koi talluq na dictionary logos se hai, na doosre commentator se hai. zabardasti ise nikaal nikaal kar ke parties banane ki koshish ki hai.</w:t>
      </w:r>
    </w:p>
    <w:p>
      <w:pPr>
        <w:jc w:val="right"/>
      </w:pPr>
      <w:r>
        <w:t>جس کا کوئی تعلق نہ ڈکشنری لوگز سے ہے، نہ دوسرے کمنٹیٹر سے ہے۔ زبردستی اسے نکال نکال کر کے پارٹیز بنانے کی کوشش کی ہے۔</w:t>
      </w:r>
    </w:p>
    <w:p>
      <w:r>
        <w:rPr>
          <w:b/>
        </w:rPr>
        <w:t xml:space="preserve">[44:35] </w:t>
      </w:r>
      <w:r>
        <w:t>woh mein ne tafseel se dikhaya hai, aap meri kitabon mein aap parh sakte hain ke kitna zyada un ki baatein illogical hain, kitna zyada be daleel hain.</w:t>
      </w:r>
    </w:p>
    <w:p>
      <w:pPr>
        <w:jc w:val="right"/>
      </w:pPr>
      <w:r>
        <w:t>وہ میں نے تفصیل سے دکھایا ہے، آپ میری کتابوں میں آپ پڑھ سکتے ہیں کہ کتنا زیادہ ان کی باتیں اللاجیکل ہیں، کتنا زیادہ بے دلیل ہیں۔</w:t>
      </w:r>
    </w:p>
    <w:p>
      <w:r>
        <w:rPr>
          <w:b/>
        </w:rPr>
        <w:t xml:space="preserve">[44:49] </w:t>
      </w:r>
      <w:r>
        <w:t>to basic baat yeh hai ke aap quran ko parh kar yeh yeh yeh yeh samajhne ki koshish karein ke islam ka nishana kya hai, islam ka nishana kya hai.</w:t>
      </w:r>
    </w:p>
    <w:p>
      <w:pPr>
        <w:jc w:val="right"/>
      </w:pPr>
      <w:r>
        <w:t>تو بیسک بات یہ ہے کہ آپ قرآن کو پڑھ کر یہ یہ یہ یہ سمجھنے کی کوشش کریں کہ اسلام کا نشانہ کیا ہے، اسلام کا نشانہ کیا ہے۔</w:t>
      </w:r>
    </w:p>
    <w:p>
      <w:r>
        <w:rPr>
          <w:b/>
        </w:rPr>
        <w:t xml:space="preserve">[45:01] </w:t>
      </w:r>
      <w:r>
        <w:t>islam ka nishana system nahi hai, islam ka nishana individual hai, kyunke individual yani is is islam jo "creation plan of god" jo batata hai islam ke allah taala ne insaan ko kyun paida kiya,</w:t>
      </w:r>
    </w:p>
    <w:p>
      <w:pPr>
        <w:jc w:val="right"/>
      </w:pPr>
      <w:r>
        <w:t>اسلام کا نشانہ سسٹم نہیں ہے، اسلام کا نشانہ انڈیویجول ہے، کیونکہ انڈیویجول یعنی اس اس اسلام جو "کریشن پلان اف گاڈ" جو بتاتا ہے اسلام کہ اللہ تعالی نے انسان کو کیوں پیدا کیا،</w:t>
      </w:r>
    </w:p>
    <w:p>
      <w:r>
        <w:rPr>
          <w:b/>
        </w:rPr>
        <w:t xml:space="preserve">[45:18] </w:t>
      </w:r>
      <w:r>
        <w:t>is liye paida kiya ke insaan acha amal kare, apna tazkiya kare, aur phir woh jannat mein jagah paaye. ya yeh duniya jo hai, yani islam ke pura jo talimat hain, woh isi concept pe base karti hain ke yeh duniya test period hai, yahan insaan imtehan ke liye hai,</w:t>
      </w:r>
    </w:p>
    <w:p>
      <w:pPr>
        <w:jc w:val="right"/>
      </w:pPr>
      <w:r>
        <w:t>اس لیے پیدا کیا کہ انسان اچھا عمل کرے، اپنا تزکیہ کرے، اور پھر وہ جنت میں جگہ پائے۔ یا یہ دنیا جو ہے، یعنی اسلام کے پورا جو تعلیمات ہیں، وہ اسی کانسیپٹ پہ بیس کرتی ہیں کہ یہ دنیا ٹیسٹ پیریڈ ہے، یہاں انسان امتحان کے لیے ہے،</w:t>
      </w:r>
    </w:p>
    <w:p>
      <w:r>
        <w:rPr>
          <w:b/>
        </w:rPr>
        <w:t xml:space="preserve">[45:38] </w:t>
      </w:r>
      <w:r>
        <w:t>azaadi di gayi hai isi liye ke woh apne aap ko sacha banaye,</w:t>
      </w:r>
    </w:p>
    <w:p>
      <w:pPr>
        <w:jc w:val="right"/>
      </w:pPr>
      <w:r>
        <w:t>آزادی دی گئی ہے اسی لیے کہ وہ اپنے آپ کو سچا بنائے،</w:t>
      </w:r>
    </w:p>
    <w:p>
      <w:r>
        <w:rPr>
          <w:b/>
        </w:rPr>
        <w:t xml:space="preserve">[45:46] </w:t>
      </w:r>
      <w:r>
        <w:t>apne aap apne andar sacha behavior paida kare, apne andar sacha character paida kare, yani apne aap ko rabbani banaye, "kon rabbani" apne ko rabbani banaye.</w:t>
      </w:r>
    </w:p>
    <w:p>
      <w:pPr>
        <w:jc w:val="right"/>
      </w:pPr>
      <w:r>
        <w:t>اپنے آپ اپنے اندر سچا بیہیویئر پیدا کرے، اپنے اندر سچا کریکٹر پیدا کرے، یعنی اپنے آپ کو ربانی بنائے، "کون ربانی" اپنے کو ربانی بنائے۔</w:t>
      </w:r>
    </w:p>
    <w:p>
      <w:r>
        <w:rPr>
          <w:b/>
        </w:rPr>
        <w:t xml:space="preserve">[45:56] </w:t>
      </w:r>
      <w:r>
        <w:t>yeh rabbani insaan hoga jo ke jannat mein dakhil kiya jayega. toh asal nishana hai quran islam ka, asal jo message quran ka woh yahi hai, aur jo jahan tak hukumat ki baat hai, woh is ka nishana nahi hai,</w:t>
      </w:r>
    </w:p>
    <w:p>
      <w:pPr>
        <w:jc w:val="right"/>
      </w:pPr>
      <w:r>
        <w:t>یہ ربانی انسان ہوگا جو کہ جنت میں داخل کیا جائے گا۔ تو اصل نشانہ ہے قرآن اسلام کا، اصل جو میسج قرآن کا وہ یہی ہے، اور جو جہاں تک حکومت کی بات ہے، وہ اس کا نشانہ نہیں ہے،</w:t>
      </w:r>
    </w:p>
    <w:p>
      <w:r>
        <w:rPr>
          <w:b/>
        </w:rPr>
        <w:t xml:space="preserve">[46:13] </w:t>
      </w:r>
      <w:r>
        <w:t>is ka nishana nahi hai.</w:t>
      </w:r>
    </w:p>
    <w:p>
      <w:pPr>
        <w:jc w:val="right"/>
      </w:pPr>
      <w:r>
        <w:t>اس کا نشانہ نہیں ہے۔</w:t>
      </w:r>
    </w:p>
    <w:p>
      <w:r>
        <w:rPr>
          <w:b/>
        </w:rPr>
        <w:t xml:space="preserve">[46:16] </w:t>
      </w:r>
      <w:r>
        <w:t>woh is ka yani mein yeh kahunga ke ek hai real part islam ka, ek hai relative part islam ka. toh real part islam ka yahi hai jo mein ne arz kiya, yeh relative part hai ke halaat agar is ke mutabiq hon toh un ka ek administration ban jayega.</w:t>
      </w:r>
    </w:p>
    <w:p>
      <w:pPr>
        <w:jc w:val="right"/>
      </w:pPr>
      <w:r>
        <w:t>وہ اس کا یعنی میں یہ کہوں گا کہ ایک ہے ریئل پارٹ اسلام کا، ایک ہے ریلیٹیو پارٹ اسلام کا۔ تو ریئل پارٹ اسلام کا یہی ہے جو میں نے عرض کیا، یہ ریلیٹیو پارٹ ہے کہ حالات اگر اس کے مطابق ہوں تو ان کا ایک ایڈمنسٹریشن بن جائے گا۔</w:t>
      </w:r>
    </w:p>
    <w:p>
      <w:r>
        <w:rPr>
          <w:b/>
        </w:rPr>
        <w:t xml:space="preserve">[46:32] </w:t>
      </w:r>
      <w:r>
        <w:t>mein samajhta hoon ke sahi, bohat hi sahi lafz hai "administration", yani islam ka tareeqa jo hai, woh is ke liye sahi jo lafz hai, woh administration hai, woh woh nahi hai jo log samajhte hain.</w:t>
      </w:r>
    </w:p>
    <w:p>
      <w:pPr>
        <w:jc w:val="right"/>
      </w:pPr>
      <w:r>
        <w:t>میں سمجھتا ہوں کہ صحیح، بہت ہی صحیح لفظ ہے "ایڈمنسٹریشن"، یعنی اسلام کا طریقہ جو ہے، وہ اس کے لیے صحیح جو لفظ ہے، وہ ایڈمنسٹریشن ہے، وہ وہ نہیں ہے جو لوگ سمجھتے ہیں۔</w:t>
      </w:r>
    </w:p>
    <w:p>
      <w:r>
        <w:rPr>
          <w:b/>
        </w:rPr>
        <w:t xml:space="preserve">[46:45] </w:t>
      </w:r>
      <w:r>
        <w:t>toh administration isi banega jab kya, jab ke awam is ke muwafiq hon. agar awam jo hai, misalan believers 5 feesad hon toh wahan kahan se banega?</w:t>
      </w:r>
    </w:p>
    <w:p>
      <w:pPr>
        <w:jc w:val="right"/>
      </w:pPr>
      <w:r>
        <w:t>تو ایڈمنسٹریشن اسی بنے گا جب کیا، جب کہ عوام اس کے موافق ہوں۔ اگر عوام جو ہے، مثلاً بیلیورز 5 فیصد ہوں تو وہاں کہاں سے بنے گا؟</w:t>
      </w:r>
    </w:p>
    <w:p>
      <w:r>
        <w:rPr>
          <w:b/>
        </w:rPr>
        <w:t xml:space="preserve">[46:57] </w:t>
      </w:r>
      <w:r>
        <w:t>ya 100 feesad hon lekin un ke andar spirit na ho islam ki toh kaise banega? toh sab kuch depend karta hai individual par.</w:t>
      </w:r>
    </w:p>
    <w:p>
      <w:pPr>
        <w:jc w:val="right"/>
      </w:pPr>
      <w:r>
        <w:t>یا 100 فیصد ہوں لیکن ان کے اندر اسپرٹ نہ ہو اسلام کی تو کیسے بنے گا؟ تو سب کچھ ڈیپینڈ کرتا ہے انڈیویجول پر۔</w:t>
      </w:r>
    </w:p>
    <w:p>
      <w:r>
        <w:rPr>
          <w:b/>
        </w:rPr>
        <w:t xml:space="preserve">[47:06] </w:t>
      </w:r>
      <w:r>
        <w:t>individual jab badlega, society badle</w:t>
      </w:r>
    </w:p>
    <w:p>
      <w:pPr>
        <w:jc w:val="right"/>
      </w:pPr>
      <w:r>
        <w:t>انڈیویجول جب بدلے گا، سوسائٹی بدلے</w:t>
      </w:r>
    </w:p>
    <w:p>
      <w:r>
        <w:rPr>
          <w:b/>
        </w:rPr>
        <w:t xml:space="preserve">[47:09] </w:t>
      </w:r>
      <w:r>
        <w:t>gi. society badlegi tab mumkin hoga ke administration mein ya hukumat mein woh tabdeeli aaye, yani adl par qaim ho ya is ke andar amr bil maroof yani munkir ho, aur woh islam ke jo hudood hain, woh nafiz kiye jayen.</w:t>
      </w:r>
    </w:p>
    <w:p>
      <w:pPr>
        <w:jc w:val="right"/>
      </w:pPr>
      <w:r>
        <w:t>گی۔ سوسائٹی بدلے گی تب ممکن ہوگا کہ ایڈمنسٹریشن میں یا حکومت میں وہ تبدیلی آئے، یعنی عدل پر قائم ہو یا اس کے اندر امر بالمعروف یعنی منکر ہو، اور وہ اسلام کے جو حدود ہیں، وہ نافذ کیے جائیں۔</w:t>
      </w:r>
    </w:p>
    <w:p>
      <w:r>
        <w:rPr>
          <w:b/>
        </w:rPr>
        <w:t xml:space="preserve">[47:29] </w:t>
      </w:r>
      <w:r>
        <w:t>tab yeh mumkin ho sakega.</w:t>
      </w:r>
    </w:p>
    <w:p>
      <w:pPr>
        <w:jc w:val="right"/>
      </w:pPr>
      <w:r>
        <w:t>تب یہ ممکن ہو سکے گا۔</w:t>
      </w:r>
    </w:p>
    <w:p>
      <w:r>
        <w:rPr>
          <w:b/>
        </w:rPr>
        <w:t xml:space="preserve">[47:34] </w:t>
      </w:r>
      <w:r>
        <w:t>toh jo koi bhi aadmi jo is maamle mein sincere ho, dekhein basic baat yeh hai ke sincerity shart lazim hai.</w:t>
      </w:r>
    </w:p>
    <w:p>
      <w:pPr>
        <w:jc w:val="right"/>
      </w:pPr>
      <w:r>
        <w:t>تو جو کوئی بھی آدمی جو اس معاملے میں سنسیر ہو، دیکھیں بیسک بات یہ ہے کہ سنسیرٹی شرط لازم ہے۔</w:t>
      </w:r>
    </w:p>
    <w:p>
      <w:r>
        <w:rPr>
          <w:b/>
        </w:rPr>
        <w:t xml:space="preserve">[47:44] </w:t>
      </w:r>
      <w:r>
        <w:t>sincerity nahi toh aap kisi baat ko samajh nahi sakte hain. agar sincerity nahi hai toh aap kisi baat ko samajh nahi sakte hain. samajhna hi naamumkin hai.</w:t>
      </w:r>
    </w:p>
    <w:p>
      <w:pPr>
        <w:jc w:val="right"/>
      </w:pPr>
      <w:r>
        <w:t>سنسیرٹی نہیں تو آپ کسی بات کو سمجھ نہیں سکتے ہیں۔ اگر سنسیرٹی نہیں ہے تو آپ کسی بات کو سمجھ نہیں سکتے ہیں۔ سمجھنا ہی ناممکن ہے۔</w:t>
      </w:r>
    </w:p>
    <w:p>
      <w:r>
        <w:rPr>
          <w:b/>
        </w:rPr>
        <w:t xml:space="preserve">[47:56] </w:t>
      </w:r>
      <w:r>
        <w:t>ab dekhein misal ke taur par, dekhein unhone yeh kaha ke 75 feesad islam ka gum ho gaya.</w:t>
      </w:r>
    </w:p>
    <w:p>
      <w:pPr>
        <w:jc w:val="right"/>
      </w:pPr>
      <w:r>
        <w:t>اب دیکھیں مثال کے طور پر، دیکھیں انہوں نے یہ کہا کہ 75 فیصد اسلام کا گم ہو گیا۔</w:t>
      </w:r>
    </w:p>
    <w:p>
      <w:r>
        <w:rPr>
          <w:b/>
        </w:rPr>
        <w:t xml:space="preserve">[48:02] </w:t>
      </w:r>
      <w:r>
        <w:t>toh 75 feesad kya hai? hukumat. toh hukumat gum kahan hui? rasool allah ke baad jo hukumat qaim hui, khilafat rashida ke zamane mein, banu abi ke zamane mein, banu abbas ke zamane mein, musalsal jaari rahi.</w:t>
      </w:r>
    </w:p>
    <w:p>
      <w:pPr>
        <w:jc w:val="right"/>
      </w:pPr>
      <w:r>
        <w:t>تو 75 فیصد کیا ہے؟ حکومت۔ تو حکومت گم کہاں ہوئی؟ رسول اللہ کے بعد جو حکومت قائم ہوئی، خلافت راشدہ کے زمانے میں، بنو ابی کے زمانے میں، بنو عباس کے زمانے میں، مسلسل جاری رہی۔</w:t>
      </w:r>
    </w:p>
    <w:p>
      <w:r>
        <w:rPr>
          <w:b/>
        </w:rPr>
        <w:t xml:space="preserve">[48:18] </w:t>
      </w:r>
      <w:r>
        <w:t>aur abhi bhi dekhein, yani abhi bhi 57 countries musalmanon ki hukumat hai, toh ghayab kahan hui? ghayab kahan hui?</w:t>
      </w:r>
    </w:p>
    <w:p>
      <w:pPr>
        <w:jc w:val="right"/>
      </w:pPr>
      <w:r>
        <w:t>اور ابھی بھی دیکھیں، یعنی ابھی بھی 57 کنٹریز مسلمانوں کی حکومت ہے، تو غائب کہاں ہوئی؟ غائب کہاں ہوئی؟</w:t>
      </w:r>
    </w:p>
    <w:p>
      <w:r>
        <w:rPr>
          <w:b/>
        </w:rPr>
        <w:t xml:space="preserve">[48:32] </w:t>
      </w:r>
      <w:r>
        <w:t>yani yeh ajeeb o ghareeb baat hai ke 75 feesad agar yeh hai ke musalman rule karein toh woh toh abhi bhi baqi hai. toh ghayab kahan hui?</w:t>
      </w:r>
    </w:p>
    <w:p>
      <w:pPr>
        <w:jc w:val="right"/>
      </w:pPr>
      <w:r>
        <w:t>یعنی یہ عجیب و غریب بات ہے کہ 75 فیصد اگر یہ ہے کہ مسلمان رول کریں تو وہ تو ابھی بھی باقی ہے۔ تو غائب کہاں ہوئی؟</w:t>
      </w:r>
    </w:p>
    <w:p>
      <w:r>
        <w:rPr>
          <w:b/>
        </w:rPr>
        <w:t xml:space="preserve">[48:44] </w:t>
      </w:r>
      <w:r>
        <w:t>ghayab kya cheez hui? islam ko political interpretation dena, yani aqeeday ka masla banana. is mein ek baat yeh bhi mein arz karoon ke is ka ek aur bhi background hai.</w:t>
      </w:r>
    </w:p>
    <w:p>
      <w:pPr>
        <w:jc w:val="right"/>
      </w:pPr>
      <w:r>
        <w:t>غائب کیا چیز ہوئی؟ اسلام کو پولیٹیکل انٹرپریشن دینا، یعنی عقیدے کا مسئلہ بنانا۔ اس میں ایک بات یہ بھی میں عرض کروں کہ اس کا ایک اور بھی بیک گراؤنڈ ہے۔</w:t>
      </w:r>
    </w:p>
    <w:p>
      <w:r>
        <w:rPr>
          <w:b/>
        </w:rPr>
        <w:t xml:space="preserve">[49:00] </w:t>
      </w:r>
      <w:r>
        <w:t>jo yeh jo colonial power aaye asia aur africa mein, aur musalman hukumatain jo theen, un ko unhone khatam kiya, jaise mughal empire khatam kiya aur turkish empire khatam kiya.</w:t>
      </w:r>
    </w:p>
    <w:p>
      <w:pPr>
        <w:jc w:val="right"/>
      </w:pPr>
      <w:r>
        <w:t>جو یہ جو کلونیل پاور آئے ایشیا اور افریقہ میں، اور مسلمان حکومتیں جو تھیں، ان کو انہوں نے ختم کیا، جیسے مغل امپائر ختم کیا اور ٹرکش امپائر ختم کیا۔</w:t>
      </w:r>
    </w:p>
    <w:p>
      <w:r>
        <w:rPr>
          <w:b/>
        </w:rPr>
        <w:t xml:space="preserve">[49:15] </w:t>
      </w:r>
      <w:r>
        <w:t>to is is jab keh in ka jo expansion hua hai colonial powers ka, to wahi zamana tha jab keh musalman bade hisse par rule kar rahe the.</w:t>
      </w:r>
    </w:p>
    <w:p>
      <w:pPr>
        <w:jc w:val="right"/>
      </w:pPr>
      <w:r>
        <w:t>تو اس اس جب کہ ان کا جو ایکسپینشن ہوا ہے کلونیل پاورز کا، تو وہی زمانہ تھا جب کہ مسلمان بڑے حصے پر رول کر رہے تھے۔</w:t>
      </w:r>
    </w:p>
    <w:p>
      <w:r>
        <w:rPr>
          <w:b/>
        </w:rPr>
        <w:t xml:space="preserve">[49:25] </w:t>
      </w:r>
      <w:r>
        <w:t>to ab musalman yani rad-e-amal ke reaction ke taur par khade ho gaye apne apne political power ko regain karne ke liye.</w:t>
      </w:r>
    </w:p>
    <w:p>
      <w:pPr>
        <w:jc w:val="right"/>
      </w:pPr>
      <w:r>
        <w:t>تو اب مسلمان یعنی ردعمل کے ری ایکشن کے طور پر کھڑے ہوگئے اپنے اپنے پولیٹیکل پاور کو ریگین کرنے کے لیے۔</w:t>
      </w:r>
    </w:p>
    <w:p>
      <w:r>
        <w:rPr>
          <w:b/>
        </w:rPr>
        <w:t xml:space="preserve">[49:35] </w:t>
      </w:r>
      <w:r>
        <w:t>to ek zamana woh hai jab keh Syed Jawaduddin Afghani uthe the, unhon ne kaha tha "al-sharq lil-sharqiyyin" yani East East walon ke liye hai.</w:t>
      </w:r>
    </w:p>
    <w:p>
      <w:pPr>
        <w:jc w:val="right"/>
      </w:pPr>
      <w:r>
        <w:t>تو ایک زمانہ وہ ہے جب کہ سید جواد الدین افغانی اٹھے تھے، انہوں نے کہا تھا "الشرق للشرقین" یعنی ایسٹ ایسٹ والوں کے لیے ہے۔</w:t>
      </w:r>
    </w:p>
    <w:p>
      <w:r>
        <w:rPr>
          <w:b/>
        </w:rPr>
        <w:t xml:space="preserve">[49:45] </w:t>
      </w:r>
      <w:r>
        <w:t>to Syed Jawaduddin Afghani ke zamane mein yeh stand sirf ek political stand tha, yani apni zameen ko un se wapas lena, yani angrezon se wapas lena, French Frenchiyon se wapas lena, kyunke basically angrez aur French yeh log qabiz the.</w:t>
      </w:r>
    </w:p>
    <w:p>
      <w:pPr>
        <w:jc w:val="right"/>
      </w:pPr>
      <w:r>
        <w:t>تو سید جواد الدین افغانی کے زمانے میں یہ اسٹینڈ صرف ایک پولیٹیکل اسٹینڈ تھا، یعنی اپنی زمین کو ان سے واپس لینا، یعنی انگریزوں سے واپس لینا، فرانس فرانسیسیوں سے واپس لینا، کیونکہ بیسیکلی انگریز اور فرنچ یہ لوگ قابض تھے۔</w:t>
      </w:r>
    </w:p>
    <w:p>
      <w:r>
        <w:rPr>
          <w:b/>
        </w:rPr>
        <w:t xml:space="preserve">[50:04] </w:t>
      </w:r>
      <w:r>
        <w:t>to un se zameen ko wapas lena yeh ek ek political stand tha, lekin is mein kamyabi nahi hui, koi kamyabi nahi hui.</w:t>
      </w:r>
    </w:p>
    <w:p>
      <w:pPr>
        <w:jc w:val="right"/>
      </w:pPr>
      <w:r>
        <w:t>تو ان سے زمین کو واپس لینا یہ ایک ایک پولیٹیکل اسٹینڈ تھا، لیکن اس میں کامیابی نہیں ہوئی، کوئی کامیابی نہیں ہوئی۔</w:t>
      </w:r>
    </w:p>
    <w:p>
      <w:r>
        <w:rPr>
          <w:b/>
        </w:rPr>
        <w:t xml:space="preserve">[50:14] </w:t>
      </w:r>
      <w:r>
        <w:t>to baad ko in logon ne kya kiya? Ke is ko belief ka masla bana diya, aqide ka masla bana diya gaya. Yani Abdullah Maududi sahib aur aur Syed Qutb sahib ne kya kiya?</w:t>
      </w:r>
    </w:p>
    <w:p>
      <w:pPr>
        <w:jc w:val="right"/>
      </w:pPr>
      <w:r>
        <w:t>تو بعد کو ان لوگوں نے کیا کیا؟ کہ اس کو بیلیف کا مسئلہ بنا دیا، عقیدے کا مسئلہ بنا دیا گیا۔ یعنی عبداللہ موددی صاحب اور اور سید قطب صاحب نے کیا کیا؟</w:t>
      </w:r>
    </w:p>
    <w:p>
      <w:r>
        <w:rPr>
          <w:b/>
        </w:rPr>
        <w:t xml:space="preserve">[50:26] </w:t>
      </w:r>
      <w:r>
        <w:t>ke jab dekha ke yani is ko aur zyada musalmanon ko involve karne ke liye, yani is kaam mein aur zyada involve karne ke liye, is ko aqide ka masla bana diya.</w:t>
      </w:r>
    </w:p>
    <w:p>
      <w:pPr>
        <w:jc w:val="right"/>
      </w:pPr>
      <w:r>
        <w:t>کہ جب دیکھا کہ یعنی اس کو اور زیادہ مسلمانوں کو انوالو کرنے کے لیے، یعنی اس کام میں اور زیادہ انوالو کرنے کے لیے، اس کو عقیدے کا مسئلہ بنا دیا۔</w:t>
      </w:r>
    </w:p>
    <w:p>
      <w:r>
        <w:rPr>
          <w:b/>
        </w:rPr>
        <w:t xml:space="preserve">[50:37] </w:t>
      </w:r>
      <w:r>
        <w:t>yani agar tum hukumat nahi qaim karoge to jahannum mein jaoge, naozubillah. To woh jannat hi nahi milegi. To</w:t>
      </w:r>
    </w:p>
    <w:p>
      <w:pPr>
        <w:jc w:val="right"/>
      </w:pPr>
      <w:r>
        <w:t>یعنی اگر تم حکومت نہیں قائم کرو گے تو جہنم میں جاؤ گے، نعوذ باللہ۔ تو وہ جنت ہی نہیں ملے گی۔ تو</w:t>
      </w:r>
    </w:p>
    <w:p>
      <w:r>
        <w:rPr>
          <w:b/>
        </w:rPr>
        <w:t xml:space="preserve">[50:45] </w:t>
      </w:r>
      <w:r>
        <w:t>Jawaduddin Afghani ka stand jo tha, purely political stand tha, is mein yeh sab shamil nahi tha. Woh sirf yahi kehte the ke "al-sharq lil-sharqiyyin" yani East East walon ke liye hai.</w:t>
      </w:r>
    </w:p>
    <w:p>
      <w:pPr>
        <w:jc w:val="right"/>
      </w:pPr>
      <w:r>
        <w:t>جواب الدین افغانی کا اسٹینڈ جو تھا، پیورلی پولیٹیکل اسٹینڈ تھا، اس میں یہ سب شامل نہیں تھا۔ وہ صرف یہی کہتے تھے کہ "الشرق للشرقین" یعنی ایسٹ ایسٹ والوں کے لیے ہے۔</w:t>
      </w:r>
    </w:p>
    <w:p>
      <w:r>
        <w:rPr>
          <w:b/>
        </w:rPr>
        <w:t xml:space="preserve">[50:58] </w:t>
      </w:r>
      <w:r>
        <w:t>in in political term mein in logon ne kya kiya? Ke hukumat qaim karna yeh hamare aqide ka masla hai, yani agar hum hukumat na qaim karenge, Allah ke pakad jayenge.</w:t>
      </w:r>
    </w:p>
    <w:p>
      <w:pPr>
        <w:jc w:val="right"/>
      </w:pPr>
      <w:r>
        <w:t>ان ان پولیٹیکل ٹرم میں ان لوگوں نے کیا کیا؟ کہ حکومت قائم کرنا یہ ہمارے عقیدے کا مسئلہ ہے، یعنی اگر ہم حکومت نہ قائم کریں گے، اللہ کے پکڑ جائیں گے۔</w:t>
      </w:r>
    </w:p>
    <w:p>
      <w:r>
        <w:rPr>
          <w:b/>
        </w:rPr>
        <w:t xml:space="preserve">[51:08] </w:t>
      </w:r>
      <w:r>
        <w:t>to saare musalmanon ko is mein is baat mein involve karne ke liye ek kya unhon ne</w:t>
      </w:r>
    </w:p>
    <w:p>
      <w:pPr>
        <w:jc w:val="right"/>
      </w:pPr>
      <w:r>
        <w:t>تو سارے مسلمانوں کو اس میں اس بات میں انوالو کرنے کے لیے ایک کیا انہوں نے</w:t>
      </w:r>
    </w:p>
    <w:p>
      <w:r>
        <w:rPr>
          <w:b/>
        </w:rPr>
        <w:t xml:space="preserve">[51:14] </w:t>
      </w:r>
      <w:r>
        <w:t>? To ek background is ka woh tha ke Marx ne jo interpretation diya tha, is ka imitation karne ke liye unhon ne aisa kiya. Doosra is mein yeh bhi ek added background tha ke colonial colonialism ke khilaf jo ladai ho rahi thi, is ladai ko aur zyada yani woh mustahkam banane ke liye,</w:t>
      </w:r>
    </w:p>
    <w:p>
      <w:pPr>
        <w:jc w:val="right"/>
      </w:pPr>
      <w:r>
        <w:t>؟ تو ایک بیک گراؤنڈ اس کا وہ تھا کہ مارکس نے جو انٹرپریشن دیا تھا، اس کا ایمیٹیشن کرنے کے لیے انہوں نے ایسا کیا۔ دوسرا اس میں یہ بھی ایک ایڈڈ بیک گراؤنڈ تھا کہ کلونیل کلونیلزم کے خلاف جو لڑائی ہو رہی تھی، اس لڑائی کو اور زیادہ یعنی وہ مستحکم بنانے کے لیے،</w:t>
      </w:r>
    </w:p>
    <w:p>
      <w:r>
        <w:rPr>
          <w:b/>
        </w:rPr>
        <w:t xml:space="preserve">[51:37] </w:t>
      </w:r>
      <w:r>
        <w:t>is ko aur zyada strong banane ke liye, unhon ne yeh keh diya ke yeh to aqide ka masla hai. Agar nahi hukumat ke ke liye ladoge, hukumat qaim karne ke liye koshish nahi karoge, tumhara aqida hi mujtaba hai Allah ke haan.</w:t>
      </w:r>
    </w:p>
    <w:p>
      <w:pPr>
        <w:jc w:val="right"/>
      </w:pPr>
      <w:r>
        <w:t>اس کو اور زیادہ اسٹرانگ بنانے کے لیے، انہوں نے یہ کہہ دیا کہ یہ تو عقیدے کا مسئلہ ہے۔ اگر نہیں حکومت کے کے لیے لڑو گے، حکومت قائم کرنے کے لیے کوشش نہیں کرو گے، تمہارا عقیدہ ہی مجتبیٰ ہے اللہ کے ہاں۔</w:t>
      </w:r>
    </w:p>
    <w:p>
      <w:r>
        <w:rPr>
          <w:b/>
        </w:rPr>
        <w:t xml:space="preserve">[51:51] </w:t>
      </w:r>
      <w:r>
        <w:t>aur ajeeb o ghareeb qism ke istidlal qaim kiye hain. Masalan ek ayat hai Quran majeed mein ke</w:t>
      </w:r>
    </w:p>
    <w:p>
      <w:pPr>
        <w:jc w:val="right"/>
      </w:pPr>
      <w:r>
        <w:t>اور عجیب و غریب قسم کے استدلال قائم کیے ہیں۔ مثلاً ایک آیت ہے قرآن مجید میں کہ</w:t>
      </w:r>
    </w:p>
    <w:p>
      <w:r>
        <w:rPr>
          <w:b/>
        </w:rPr>
        <w:t xml:space="preserve">[51:59] </w:t>
      </w:r>
      <w:r>
        <w:t>adkhulu fis silmi kaffah. Itaat mein dakhil ho jao pure ke pure. Is ayat ka kya matlab nikalte hain?</w:t>
      </w:r>
    </w:p>
    <w:p>
      <w:pPr>
        <w:jc w:val="right"/>
      </w:pPr>
      <w:r>
        <w:t>ادخلوا فی السلم کف اطاعت میں داخل ہو جاؤ پورے کے پورے۔ اس آیت کا کیا مطلب نکالتے ہیں؟</w:t>
      </w:r>
    </w:p>
    <w:p>
      <w:r>
        <w:rPr>
          <w:b/>
        </w:rPr>
        <w:t xml:space="preserve">[52:08] </w:t>
      </w:r>
      <w:r>
        <w:t>ke proper nizam jo hai, qaim kar ke is nizam ke andar tumhein rehna hai. Agar pure pure nizam qaim nahi kiya, is mein is ke tehat nahi apne ko laye, to phir tumhara Islam hi Islam nahi hai.</w:t>
      </w:r>
    </w:p>
    <w:p>
      <w:pPr>
        <w:jc w:val="right"/>
      </w:pPr>
      <w:r>
        <w:t>کہ پراپر نظام جو ہے، قائم کر کے اس نظام کے اندر تمہیں رہنا ہے۔ اگر پورے پورے نظام قائم نہیں کیا، اس میں اس کے تحت نہیں اپنے کو لائے، تو پھر تمہارا اسلام ہی اسلام نہیں ہے۔</w:t>
      </w:r>
    </w:p>
    <w:p>
      <w:r>
        <w:rPr>
          <w:b/>
        </w:rPr>
        <w:t xml:space="preserve">[52:20] </w:t>
      </w:r>
      <w:r>
        <w:t>halanke is ayat ka matlab yeh harghiz nahi hai. Is ka matlab hai ke ek fard jo hai, apni zindagi mein</w:t>
      </w:r>
    </w:p>
    <w:p>
      <w:pPr>
        <w:jc w:val="right"/>
      </w:pPr>
      <w:r>
        <w:t>حالانکہ اس آیت کا مطلب یہ ہرگز نہیں ہے۔ اس کا مطلب ہے کہ ایک فرد جو ہے، اپنی زندگی میں</w:t>
      </w:r>
    </w:p>
    <w:p>
      <w:r>
        <w:rPr>
          <w:b/>
        </w:rPr>
        <w:t xml:space="preserve">[52:27] </w:t>
      </w:r>
      <w:r>
        <w:t>Islam par amal karna chahiye. Is ko adkhulu fis silmi kaffah ka mani yeh nahi hai ke saara system todo, saari duniya mein Islam ki hukumat qaim karo.</w:t>
      </w:r>
    </w:p>
    <w:p>
      <w:pPr>
        <w:jc w:val="right"/>
      </w:pPr>
      <w:r>
        <w:t>اسلام پر عمل کرنا چاہیے۔ اس کو ادخلوا فی السلم کف کا معنی یہ نہیں ہے کہ سارا سسٹم توڑو، ساری دنیا میں اسلام کی حکومت قائم کرو۔</w:t>
      </w:r>
    </w:p>
    <w:p>
      <w:r>
        <w:rPr>
          <w:b/>
        </w:rPr>
        <w:t xml:space="preserve">[52:36] </w:t>
      </w:r>
      <w:r>
        <w:t>yeh to bilkul baseless baat hai, baseless baat hai. Yeh ayat address kar rahi hai ek individual ko ke tumhari soch jo hai, is par Allah wali soch honi chahiye.</w:t>
      </w:r>
    </w:p>
    <w:p>
      <w:pPr>
        <w:jc w:val="right"/>
      </w:pPr>
      <w:r>
        <w:t>یہ تو بالکل بیسلیس بات ہے، بیسلیس بات ہے۔ یہ آیت ایڈریس کر رہی ہے ایک انڈیویجول کو کہ تمہاری سوچ جو ہے، اس پر اللہ والی سوچ ہونی چاہیے۔</w:t>
      </w:r>
    </w:p>
    <w:p>
      <w:r>
        <w:rPr>
          <w:b/>
        </w:rPr>
        <w:t xml:space="preserve">[52:49] </w:t>
      </w:r>
      <w:r>
        <w:t>tumhara character Allah wale character hona chahiye. Tumhara behavior, tumhari dealing,</w:t>
      </w:r>
    </w:p>
    <w:p>
      <w:pPr>
        <w:jc w:val="right"/>
      </w:pPr>
      <w:r>
        <w:t>تمہارا کریکٹر اللہ والے کریکٹر ہونا چاہیے۔ تمہارا بیہیویئر، تمہاری ڈیلنگ،</w:t>
      </w:r>
    </w:p>
    <w:p>
      <w:r>
        <w:rPr>
          <w:b/>
        </w:rPr>
        <w:t xml:space="preserve">[52:56] </w:t>
      </w:r>
      <w:r>
        <w:t>personal life mein jo kuch bhi tumhare bas mein hai, in sab pe Allah ke hukum ko tumhein apnana chahiye. Yeh matlab hai is ayat ka. Adkhulu fis silmi kaffah is ka matlab kya bana diya hai?</w:t>
      </w:r>
    </w:p>
    <w:p>
      <w:pPr>
        <w:jc w:val="right"/>
      </w:pPr>
      <w:r>
        <w:t>پرسنل لائف میں جو کچھ بھی تمہارے بس میں ہے، ان سب پہ اللہ کے حکم کو تمہیں اپنانا چاہیے۔ یہ مطلب ہے اس آیت کا۔ ادخلوا فی السلم کف اس کا مطلب کیا بنا دیا ہے؟</w:t>
      </w:r>
    </w:p>
    <w:p>
      <w:r>
        <w:rPr>
          <w:b/>
        </w:rPr>
        <w:t xml:space="preserve">[53:09] </w:t>
      </w:r>
      <w:r>
        <w:t>ke saari duniya mein Islam ki hukumat qaim karo. Is ayat se is ka koi taluq hi nahi hai. Jo baat ab mein keh raha hoon ke yeh koi meri akeli ki baat nahi hai.</w:t>
      </w:r>
    </w:p>
    <w:p>
      <w:pPr>
        <w:jc w:val="right"/>
      </w:pPr>
      <w:r>
        <w:t>کہ ساری دنیا میں اسلام کی حکومت قائم کرو۔ اس آیت سے اس کا کوئی تعلق ہی نہیں ہے۔ جو بات اب میں کہہ رہا ہوں کہ یہ کوئی میری اکیلی کی بات نہیں ہے۔</w:t>
      </w:r>
    </w:p>
    <w:p>
      <w:r>
        <w:rPr>
          <w:b/>
        </w:rPr>
        <w:t xml:space="preserve">[53:18] </w:t>
      </w:r>
      <w:r>
        <w:t>kisi bhi tafsir ko aap dekhiye, kisi bhi tafsir ko, is mein yeh baat nahi milegi aap ko.</w:t>
      </w:r>
    </w:p>
    <w:p>
      <w:pPr>
        <w:jc w:val="right"/>
      </w:pPr>
      <w:r>
        <w:t>کسی بھی تفسیر کو آپ دیکھیے، کسی بھی تفسیر کو، اس میں یہ بات نہیں ملے گی آپ کو۔</w:t>
      </w:r>
    </w:p>
    <w:p>
      <w:r>
        <w:rPr>
          <w:b/>
        </w:rPr>
        <w:t xml:space="preserve">[53:24] </w:t>
      </w:r>
      <w:r>
        <w:t>kisi bhi tafsir utha ke dekhiye, Surah Al-Baqarah mein ayat hai, adkhulu fis silmi kaffah aap kisi bhi tafsir mein dekhiye, ek bhi commentator nahi hai jo kahe, is ka yeh matlab bataye ke saari duniya mein Islam ka rule qaim karo, saare system ko tod kar ke Islam system banao.</w:t>
      </w:r>
    </w:p>
    <w:p>
      <w:pPr>
        <w:jc w:val="right"/>
      </w:pPr>
      <w:r>
        <w:t>کسی بھی تفسیر اٹھا کے دیکھیے، سورہ البقرہ میں آیت ہے، ادخلوا فی السلم کف آپ کسی بھی تفسیر میں دیکھیے، ایک بھی کمنٹیٹر نہیں ہے جو کہے، اس کا یہ مطلب بتائے کہ ساری دنیا میں اسلام کا رول قائم کرو، سارے سسٹم کو توڑ کر کے اسلام سسٹم بناؤ۔</w:t>
      </w:r>
    </w:p>
    <w:p>
      <w:r>
        <w:rPr>
          <w:b/>
        </w:rPr>
        <w:t xml:space="preserve">[53:39] </w:t>
      </w:r>
      <w:r>
        <w:t>yeh yahan hi nahi, bilkul baseless hai. Yeh</w:t>
      </w:r>
    </w:p>
    <w:p>
      <w:pPr>
        <w:jc w:val="right"/>
      </w:pPr>
      <w:r>
        <w:t>یہاں ہی نہیں، بالکل بیسلیس ہے۔ یہ</w:t>
      </w:r>
    </w:p>
    <w:p>
      <w:r>
        <w:rPr>
          <w:b/>
        </w:rPr>
        <w:t xml:space="preserve">[53:46] </w:t>
      </w:r>
      <w:r>
        <w:t>yani lafzi tarjuma to is ka yeh hai ke dakhil ho jao it'at mein poore ke poore. Yani aik insaan jo hai, woh poora ka poora dakhil ho jaye.</w:t>
      </w:r>
    </w:p>
    <w:p>
      <w:pPr>
        <w:jc w:val="right"/>
      </w:pPr>
      <w:r>
        <w:t>یعنی لفظی ترجمہ تو اس کا یہ ہے کہ داخل ہو جاؤ اطاعت میں پورے کے پورے۔ یعنی ایک انسان جو ہے، وہ پورا کا پورا داخل ہو جائے۔</w:t>
      </w:r>
    </w:p>
    <w:p>
      <w:r>
        <w:rPr>
          <w:b/>
        </w:rPr>
        <w:t xml:space="preserve">[53:54] </w:t>
      </w:r>
      <w:r>
        <w:t>aik individual, tumhari soch, tumhara character, tumhara behaviour, tumhari dealing sab Islam ke mutabiq ho jaye.</w:t>
      </w:r>
    </w:p>
    <w:p>
      <w:pPr>
        <w:jc w:val="right"/>
      </w:pPr>
      <w:r>
        <w:t>ایک انڈیویجول، تمہاری سوچ، تمہارا کریکٹر، تمہارا بیہیویئر، تمہاری ڈیلنگ سب اسلام کے مطابق ہو جائے۔</w:t>
      </w:r>
    </w:p>
    <w:p>
      <w:r>
        <w:rPr>
          <w:b/>
        </w:rPr>
        <w:t xml:space="preserve">[54:03] </w:t>
      </w:r>
      <w:r>
        <w:t>yeh matlab hai is ka. Saare commentator ne liya hai. To main jo baatein keh raha hoon, aisa nahi ke main main apni taraf se keh raha hoon.</w:t>
      </w:r>
    </w:p>
    <w:p>
      <w:pPr>
        <w:jc w:val="right"/>
      </w:pPr>
      <w:r>
        <w:t>یہ مطلب ہے اس کا۔ سارے کمنٹیٹر نے لیا ہے۔ تو میں جو باتیں کہہ رہا ہوں، ایسا نہیں کہ میں میں اپنی طرف سے کہہ رہا ہوں۔</w:t>
      </w:r>
    </w:p>
    <w:p>
      <w:r>
        <w:rPr>
          <w:b/>
        </w:rPr>
        <w:t xml:space="preserve">[54:13] </w:t>
      </w:r>
      <w:r>
        <w:t>yeh sab log yahi kehte hain. Koi aik bhi commentator aisa nahi hai jo is ke khilaf kehta ho.</w:t>
      </w:r>
    </w:p>
    <w:p>
      <w:pPr>
        <w:jc w:val="right"/>
      </w:pPr>
      <w:r>
        <w:t>یہ سب لوگ یہی کہتے ہیں۔ کوئی ایک بھی کمنٹیٹر ایسا نہیں ہے جو اس کے خلاف کہتا ہو۔</w:t>
      </w:r>
    </w:p>
    <w:p>
      <w:r>
        <w:rPr>
          <w:b/>
        </w:rPr>
        <w:t xml:space="preserve">[54:23] </w:t>
      </w:r>
      <w:r>
        <w:t>yeh sirf do aadmi hain, yani Syed Abdullah Maududi aur aur yeh Syed Qutb, jinhone yeh deviate kar ke, main is ko siyasi bid'at kehta hoon, yani political innovation,</w:t>
      </w:r>
    </w:p>
    <w:p>
      <w:pPr>
        <w:jc w:val="right"/>
      </w:pPr>
      <w:r>
        <w:t>یہ صرف دو آدمی ہیں، یعنی سید عبداللہ موددی اور اور یہ سید قطب، جنہوں نے یہ ڈیویٹ کر کے، میں اس کو سیاسی بدعت کہتا ہوں، یعنی پولیٹیکل انویشن،</w:t>
      </w:r>
    </w:p>
    <w:p>
      <w:r>
        <w:rPr>
          <w:b/>
        </w:rPr>
        <w:t xml:space="preserve">[54:38] </w:t>
      </w:r>
      <w:r>
        <w:t>siyasi bid'at kar ke matlab nikala hai. Is ka koi talluq nahi Islam se hai, na na logics se hai, na kisi cheez se hai, na logic se hai.</w:t>
      </w:r>
    </w:p>
    <w:p>
      <w:pPr>
        <w:jc w:val="right"/>
      </w:pPr>
      <w:r>
        <w:t>سیاسی بدعت کر کے مطلب نکالا ہے۔ اس کا کوئی تعلق نہیں اسلام سے ہے، نہ نہ لوگز سے ہے، نہ کسی چیز سے ہے، نہ لاجک سے ہے۔</w:t>
      </w:r>
    </w:p>
    <w:p>
      <w:r>
        <w:rPr>
          <w:b/>
        </w:rPr>
        <w:t xml:space="preserve">[54:50] </w:t>
      </w:r>
      <w:r>
        <w:t>Logic se bhi is ka talluq kuch nahi hai.</w:t>
      </w:r>
    </w:p>
    <w:p>
      <w:pPr>
        <w:jc w:val="right"/>
      </w:pPr>
      <w:r>
        <w:t>لاجک سے بھی اس کا تعلق کچھ نہیں ہے۔</w:t>
      </w:r>
    </w:p>
    <w:p>
      <w:r>
        <w:rPr>
          <w:b/>
        </w:rPr>
        <w:t xml:space="preserve">[54:55] </w:t>
      </w:r>
      <w:r>
        <w:t>To main aap ko yeh yeh dawat deta hoon, aap mein se jo log jo log is ko samajhna chahte hon ke woh meri kitabon ko parhein. Is mauzu par bohat likha hai, yani meri jo bilkul pehli kitab thi, Alaihissalam, us mein bhi is par aap payenge.</w:t>
      </w:r>
    </w:p>
    <w:p>
      <w:pPr>
        <w:jc w:val="right"/>
      </w:pPr>
      <w:r>
        <w:t>تو میں آپ کو یہ یہ دعوت دیتا ہوں، آپ میں سے جو لوگ جو لوگ اس کو سمجھنا چاہتے ہوں کہ وہ میری کتابوں کو پڑھیں۔ اس موضوع پر بہت لکھا ہے، یعنی میری جو بالکل پہلی کتاب تھی، علیہ السلام، اس میں بھی اس پر آپ پائیں گے۔</w:t>
      </w:r>
    </w:p>
    <w:p>
      <w:r>
        <w:rPr>
          <w:b/>
        </w:rPr>
        <w:t xml:space="preserve">[55:11] </w:t>
      </w:r>
      <w:r>
        <w:t>Aur baad ki jo kitab, us mein bhi payenge aap. Aur mera jo magazine hai, risala, us mein bar bar mazameen nikalte rehte hain is ke baray mein. Abhi bhi nikalte rehte hain.</w:t>
      </w:r>
    </w:p>
    <w:p>
      <w:pPr>
        <w:jc w:val="right"/>
      </w:pPr>
      <w:r>
        <w:t>اور بعد کی جو کتاب، اس میں بھی پائیں گے آپ۔ اور میرا جو میگزین ہے، رسالہ، اس میں بار بار مضامین نکلتے رہتے ہیں اس کے بارے میں۔ ابھی بھی نکلتے رہتے ہیں۔</w:t>
      </w:r>
    </w:p>
    <w:p>
      <w:r>
        <w:rPr>
          <w:b/>
        </w:rPr>
        <w:t xml:space="preserve">[55:21] </w:t>
      </w:r>
      <w:r>
        <w:t>To agar aap chahte hain is ki tafseel to is tafseel aap mere article mein, mere mazameen mein aap pa sakte hain.</w:t>
      </w:r>
    </w:p>
    <w:p>
      <w:pPr>
        <w:jc w:val="right"/>
      </w:pPr>
      <w:r>
        <w:t>تو اگر آپ چاہتے ہیں اس کی تفصیل تو اس تفصیل آپ میرے آرٹیکل میں، میرے مضامین میں آپ پا سکتے ہیں۔</w:t>
      </w:r>
    </w:p>
    <w:p>
      <w:r>
        <w:rPr>
          <w:b/>
        </w:rPr>
        <w:t xml:space="preserve">[55:33] </w:t>
      </w:r>
      <w:r>
        <w:t>Baqi usooli tor par baat wahi hai jo main ne us waqt arz ki. To khulasa yeh hai ke Islam aik spiritual religion hai.</w:t>
      </w:r>
    </w:p>
    <w:p>
      <w:pPr>
        <w:jc w:val="right"/>
      </w:pPr>
      <w:r>
        <w:t>باقی اصولی طور پر بات وہی ہے جو میں نے اس وقت عرض کی۔ تو خلاصہ یہ ہے کہ اسلام ایک اسپریچول ریلیجن ہے۔</w:t>
      </w:r>
    </w:p>
    <w:p>
      <w:r>
        <w:rPr>
          <w:b/>
        </w:rPr>
        <w:t xml:space="preserve">[55:45] </w:t>
      </w:r>
      <w:r>
        <w:t>Islam address karta hai aik individual ko, aik individual ki personality ko badalna chahta hai. To asal nishana Islam ka aik aik aik individual hai.</w:t>
      </w:r>
    </w:p>
    <w:p>
      <w:pPr>
        <w:jc w:val="right"/>
      </w:pPr>
      <w:r>
        <w:t>اسلام ایڈریس کرتا ہے ایک انڈیویجول کو، ایک انڈیویجول کی پرسنیلٹی کو بدلنا چاہتا ہے۔ تو اصل نشانہ اسلام کا ایک ایک ایک انڈیویجول ہے۔</w:t>
      </w:r>
    </w:p>
    <w:p>
      <w:r>
        <w:rPr>
          <w:b/>
        </w:rPr>
        <w:t xml:space="preserve">[55:58] </w:t>
      </w:r>
      <w:r>
        <w:t>System nishana nahi hai. Lekin agar bohat se musalman Islam mein, bohat se log Islam mein dakhil ho jayein, majority ho jaye un ki, to us waqt zahir hai ke wahi log system banayenge.</w:t>
      </w:r>
    </w:p>
    <w:p>
      <w:pPr>
        <w:jc w:val="right"/>
      </w:pPr>
      <w:r>
        <w:t>سسٹم نشانہ نہیں ہے۔ لیکن اگر بہت سے مسلمان اسلام میں، بہت سے لوگ اسلام میں داخل ہو جائیں، میجورٹی ہو جائے ان کی، تو اس وقت ظاہر ہے کہ وہی لوگ سسٹم بنائیں گے۔</w:t>
      </w:r>
    </w:p>
    <w:p>
      <w:r>
        <w:rPr>
          <w:b/>
        </w:rPr>
        <w:t xml:space="preserve">[56:11] </w:t>
      </w:r>
      <w:r>
        <w:t>Wahi log admission par aa jayenge.</w:t>
      </w:r>
    </w:p>
    <w:p>
      <w:pPr>
        <w:jc w:val="right"/>
      </w:pPr>
      <w:r>
        <w:t>وہی لوگ ایڈمیشن پر آ جائیں گے۔</w:t>
      </w:r>
    </w:p>
    <w:p>
      <w:r>
        <w:rPr>
          <w:b/>
        </w:rPr>
        <w:t xml:space="preserve">[56:13] </w:t>
      </w:r>
      <w:r>
        <w:t>To us waqt aik system banega. To kaha woh hai Islam ka relative part hua, real part nahi hua.</w:t>
      </w:r>
    </w:p>
    <w:p>
      <w:pPr>
        <w:jc w:val="right"/>
      </w:pPr>
      <w:r>
        <w:t>تو اس وقت ایک سسٹم بنے گا۔ تو کہا وہ ہے اسلام کا ریلیٹیو پارٹ ہوا، ریئل پارٹ نہیں ہوا۔</w:t>
      </w:r>
    </w:p>
    <w:p>
      <w:r>
        <w:rPr>
          <w:b/>
        </w:rPr>
        <w:t xml:space="preserve">[56:24] </w:t>
      </w:r>
      <w:r>
        <w:t>Woh Islam ka relative part hua, woh real part nahi hua.</w:t>
      </w:r>
    </w:p>
    <w:p>
      <w:pPr>
        <w:jc w:val="right"/>
      </w:pPr>
      <w:r>
        <w:t>وہ اسلام کا ریلیٹیو پارٹ ہوا، وہ ریئل پارٹ نہیں ہوا۔</w:t>
      </w:r>
    </w:p>
    <w:p>
      <w:r>
        <w:rPr>
          <w:b/>
        </w:rPr>
        <w:t xml:space="preserve">[56:30] </w:t>
      </w:r>
      <w:r>
        <w:t>Is ki wajah se dekhiye, focus badal gaya. Focus jo focus tha ke Allah ki marifat, Allah ka khauf, Allah se mohabbat, apna tazkiya, yeh tha focus.</w:t>
      </w:r>
    </w:p>
    <w:p>
      <w:pPr>
        <w:jc w:val="right"/>
      </w:pPr>
      <w:r>
        <w:t>اس کی وجہ سے دیکھیے، فوکس بدل گیا۔ فوکس جو فوکس تھا کہ اللہ کی معرفت، اللہ کا خوف، اللہ سے محبت، اپنا تزکیہ، یہ تھا فوکس۔</w:t>
      </w:r>
    </w:p>
    <w:p>
      <w:r>
        <w:rPr>
          <w:b/>
        </w:rPr>
        <w:t xml:space="preserve">[56:42] </w:t>
      </w:r>
      <w:r>
        <w:t>Yeh focus</w:t>
      </w:r>
    </w:p>
    <w:p>
      <w:pPr>
        <w:jc w:val="right"/>
      </w:pPr>
      <w:r>
        <w:t>یہ فوکس</w:t>
      </w:r>
    </w:p>
    <w:p>
      <w:r>
        <w:rPr>
          <w:b/>
        </w:rPr>
        <w:t xml:space="preserve">[56:43] </w:t>
      </w:r>
      <w:r>
        <w:t>badal gaya. Ab kya hai? Hukumat ke khilaf sochte hain log. Hukumat se takrana, hukumat ko gun marna, bomb marna, yani focus hi badal gaya.</w:t>
      </w:r>
    </w:p>
    <w:p>
      <w:pPr>
        <w:jc w:val="right"/>
      </w:pPr>
      <w:r>
        <w:t>بدل گیا۔ اب کیا ہے؟ حکومت کے خلاف سوچتے ہیں لوگ۔ حکومت سے ٹکرانا، حکومت کو گن مارنا، بم مارنا، یعنی فوکس ہی بدل گیا۔</w:t>
      </w:r>
    </w:p>
    <w:p>
      <w:r>
        <w:rPr>
          <w:b/>
        </w:rPr>
        <w:t xml:space="preserve">[56:54] </w:t>
      </w:r>
      <w:r>
        <w:t>Yani is focus tha apne aap par, focus chala gaya system par. Yeh bilkul aik aik distortion hai. Distortion, distortion se kam koi lafz mein mujhe nahi maloom is ke baray mein ke main kahoon.</w:t>
      </w:r>
    </w:p>
    <w:p>
      <w:pPr>
        <w:jc w:val="right"/>
      </w:pPr>
      <w:r>
        <w:t>یعنی اس فوکس تھا اپنے آپ پر، فوکس چلا گیا سسٹم پر۔ یہ بالکل ایک ایک ڈسٹارشن ہے۔ ڈسٹارشن، ڈسٹارشن سے کم کوئی لفظ میں مجھے نہیں معلوم اس کے بارے میں کہ میں کہوں۔</w:t>
      </w:r>
    </w:p>
    <w:p>
      <w:r>
        <w:rPr>
          <w:b/>
        </w:rPr>
        <w:t xml:space="preserve">[57:09] </w:t>
      </w:r>
      <w:r>
        <w:t>Aap ghor kijiye, focus badal diya jaye to us ko aap kya lafz bolenge siwaye distortion ke?</w:t>
      </w:r>
    </w:p>
    <w:p>
      <w:pPr>
        <w:jc w:val="right"/>
      </w:pPr>
      <w:r>
        <w:t>آپ غور کیجئے، فوکس بدل دیا جائے تو اس کو آپ کیا لفظ بولیں گے سوائے ڈسٹارشن کے؟</w:t>
      </w:r>
    </w:p>
    <w:p>
      <w:r>
        <w:rPr>
          <w:b/>
        </w:rPr>
        <w:t xml:space="preserve">[57:21] </w:t>
      </w:r>
      <w:r>
        <w:t>Focus thi to sab se bari cheez hoti hai. Har system mein, har har nizam mein, har mazhab mein aik cheez hoti hai jo focus mein hoti hai.</w:t>
      </w:r>
    </w:p>
    <w:p>
      <w:pPr>
        <w:jc w:val="right"/>
      </w:pPr>
      <w:r>
        <w:t>فوکس تھی تو سب سے بڑی چیز ہوتی ہے۔ ہر سسٹم میں، ہر ہر نظام میں، ہر مذہب میں ایک چیز ہوتی ہے جو فوکس میں ہوت</w:t>
      </w:r>
    </w:p>
    <w:p>
      <w:r>
        <w:rPr>
          <w:b/>
        </w:rPr>
        <w:t xml:space="preserve">[57:29] </w:t>
      </w:r>
      <w:r>
        <w:t>To Islam ka focus jo hai, aik fard ki islaah hai, aik fard ka tazkiya hai, aik fard ko spiritual fard banana, spirituality, spirituality lana aik fard ke andar taake woh jannat mein settle karne ke ke liye deserve kare.</w:t>
      </w:r>
    </w:p>
    <w:p>
      <w:pPr>
        <w:jc w:val="right"/>
      </w:pPr>
      <w:r>
        <w:t>ی ہے۔ تو اسلام کا فوکس جو ہے، ایک فرد کی اصلاح ہے، ایک فرد کا تزکیہ ہے، ایک فرد کو اسپریچول فرد بنانا، اسپریچولیٹی، اسپریچولیٹی لانا ایک فرد کے اندر تاکہ وہ جنت میں سیٹل کرنے کے کے لیے ڈیزرو کرے۔</w:t>
      </w:r>
    </w:p>
    <w:p>
      <w:r>
        <w:rPr>
          <w:b/>
        </w:rPr>
        <w:t xml:space="preserve">[57:47] </w:t>
      </w:r>
      <w:r>
        <w:t>To dunya mein islaah taake woh jannat ke qabil bane, yeh hai Islam ka nishana. Main dua karta hoon ke Allah taala hum sab ko tofeeq</w:t>
      </w:r>
    </w:p>
    <w:p>
      <w:pPr>
        <w:jc w:val="right"/>
      </w:pPr>
      <w:r>
        <w:t>تو دنیا میں اصلاح تاکہ وہ جنت کے قابل بنے، یہ ہے اسلام کا نشانہ۔ میں دعا کرتا ہوں کہ اللہ تعالی ہم سب کو توفیق</w:t>
      </w:r>
    </w:p>
    <w:p>
      <w:r>
        <w:rPr>
          <w:b/>
        </w:rPr>
        <w:t xml:space="preserve">[57:57] </w:t>
      </w:r>
      <w:r>
        <w:t>de, Allah ki sachi hidayat par chalein hum aur hamari ghaltiyon ko maaf karein. Aqool qawli haza wastaghfirullaha li walakum ajmaeen.</w:t>
      </w:r>
    </w:p>
    <w:p>
      <w:pPr>
        <w:jc w:val="right"/>
      </w:pPr>
      <w:r>
        <w:t>دے، اللہ کی سچی ہدایت پر چلیں ہم اور ہماری غلطیوں کو معاف کریں۔ أقول قولي هذا واستغفراللہ لي ولكم اجمعین</w:t>
      </w:r>
    </w:p>
    <w:p>
      <w:r>
        <w:rPr>
          <w:b/>
        </w:rPr>
        <w:t xml:space="preserve">[58:21] </w:t>
      </w:r>
      <w:r>
        <w:t>we received the question from mr salman ahmed</w:t>
      </w:r>
    </w:p>
    <w:p>
      <w:pPr>
        <w:jc w:val="right"/>
      </w:pPr>
      <w:r>
        <w:t>وی ریسیوڈ دا کوئسچن فرام مسٹر سلمان احمد</w:t>
      </w:r>
    </w:p>
    <w:p>
      <w:r>
        <w:rPr>
          <w:b/>
        </w:rPr>
        <w:t xml:space="preserve">[58:25] </w:t>
      </w:r>
      <w:r>
        <w:t>he is not specified his location. his question is: "did maulana abu kalam azad also explain islam in political terms?"</w:t>
      </w:r>
    </w:p>
    <w:p>
      <w:pPr>
        <w:jc w:val="right"/>
      </w:pPr>
      <w:r>
        <w:t>۔ ہی از ناٹ سپیسیفائیڈ ہز لوکیشن۔ ہز کوئسچن از: "ڈیڈ مولانا ابو کلام آزاد السو ایکسپلین اسلام ان پولیٹیکل ٹرمز؟"</w:t>
      </w:r>
    </w:p>
    <w:p>
      <w:r>
        <w:rPr>
          <w:b/>
        </w:rPr>
        <w:t xml:space="preserve">[58:41] </w:t>
      </w:r>
      <w:r>
        <w:t>dekhiye, maulana abu kalam azad ka mamla yeh hai ke unki zindagi ke kai daur hain.</w:t>
      </w:r>
    </w:p>
    <w:p>
      <w:pPr>
        <w:jc w:val="right"/>
      </w:pPr>
      <w:r>
        <w:t>دیکھیے، مولانا ابو کلام آزاد کا معاملہ یہ ہے کہ ان کی زندگی کے کئی دور ہیں۔</w:t>
      </w:r>
    </w:p>
    <w:p>
      <w:r>
        <w:rPr>
          <w:b/>
        </w:rPr>
        <w:t xml:space="preserve">[58:51] </w:t>
      </w:r>
      <w:r>
        <w:t>pehlay unhon ne nikala tha apna percha "al-hilal"</w:t>
      </w:r>
    </w:p>
    <w:p>
      <w:pPr>
        <w:jc w:val="right"/>
      </w:pPr>
      <w:r>
        <w:t>پہلے انہوں نے نکالا تھا اپنا پرچہ "الحلال"</w:t>
      </w:r>
    </w:p>
    <w:p>
      <w:r>
        <w:rPr>
          <w:b/>
        </w:rPr>
        <w:t xml:space="preserve">[58:55] </w:t>
      </w:r>
      <w:r>
        <w:t>to us zamanay mein woh islam ki baatein karte thay ke "al-balagh" pe bhi aisi baatein karte rahay woh</w:t>
      </w:r>
    </w:p>
    <w:p>
      <w:pPr>
        <w:jc w:val="right"/>
      </w:pPr>
      <w:r>
        <w:t>تو اس زمانے میں وہ اسلام کی باتیں کرتے تھے کہ "البلاغ" پہ بھی ایسی باتیں کرتے رہے۔ وہ</w:t>
      </w:r>
    </w:p>
    <w:p>
      <w:r>
        <w:rPr>
          <w:b/>
        </w:rPr>
        <w:t xml:space="preserve">[59:04] </w:t>
      </w:r>
      <w:r>
        <w:t>islami jihad, islami inqilab waghera baat ko woh congress mein jab shareek ho gaye to uske baad unhon ne apna nishana bana liya angrezon ko nikalne ka.</w:t>
      </w:r>
    </w:p>
    <w:p>
      <w:pPr>
        <w:jc w:val="right"/>
      </w:pPr>
      <w:r>
        <w:t>اسلامی جہاد، اسلامی انقلاب وغیرہ بات کو وہ کانگریس میں جب شریک ہو گئے تو اس کے بعد انہوں نے اپنا نشانہ بنا لیا انگریزوں کو نکالنے کا۔</w:t>
      </w:r>
    </w:p>
    <w:p>
      <w:r>
        <w:rPr>
          <w:b/>
        </w:rPr>
        <w:t xml:space="preserve">[59:16] </w:t>
      </w:r>
      <w:r>
        <w:t>to hum wazeh taur par nahi keh sakte ke abul kalam azad jo thay, unka kya nazariya tha. kam az kam mein nahi samajh pata</w:t>
      </w:r>
    </w:p>
    <w:p>
      <w:pPr>
        <w:jc w:val="right"/>
      </w:pPr>
      <w:r>
        <w:t>تو ہم واضح طور پر نہیں کہہ سکتے کہ ابوالکلام آزاد جو تھے، ان کا کیا نظریہ تھا۔ کم از کم میں نہیں سمجھ پاتا</w:t>
      </w:r>
    </w:p>
    <w:p>
      <w:r>
        <w:rPr>
          <w:b/>
        </w:rPr>
        <w:t xml:space="preserve">[59:25] </w:t>
      </w:r>
      <w:r>
        <w:t>kyunke unke haan mukhtalif qism ki baatein hain. tafsir bhi unki mukammal nahi hui, tafsir poori nahi likh paya woh. to ek abul kalam woh hain jo "al-balagh" aur "al-hilal" is mein bhi dekhiye, khatabat zyada hai.</w:t>
      </w:r>
    </w:p>
    <w:p>
      <w:pPr>
        <w:jc w:val="right"/>
      </w:pPr>
      <w:r>
        <w:t>کیونکہ ان کے ہاں مختلف قسم کی باتیں ہیں۔ تفسیر بھی ان کی مکمل نہیں ہوئی، تفسیر پوری نہیں لکھ پایا وہ۔ تو ایک ابوالکلام وہ ہیں جو "البلاغ" اور "الحلال" اس میں بھی دیکھیے، خطابت زیادہ ہے۔</w:t>
      </w:r>
    </w:p>
    <w:p>
      <w:r>
        <w:rPr>
          <w:b/>
        </w:rPr>
        <w:t xml:space="preserve">[59:39] </w:t>
      </w:r>
      <w:r>
        <w:t>is mein agarche islam ki baatein hoti hain lekin koi is mein coherence nahi hota, koi bohat hi scientific andaaz nahi hota. khatabat ka andaaz hota hai.</w:t>
      </w:r>
    </w:p>
    <w:p>
      <w:pPr>
        <w:jc w:val="right"/>
      </w:pPr>
      <w:r>
        <w:t>اس میں اگرچہ اسلام کی باتیں ہوتی ہیں لیکن کوئی اس میں کوہرنس نہیں ہوتا، کوئی بہت ہی سائنٹیفک انداز نہیں ہوتا۔ خطابت کا انداز ہوتا ہے۔</w:t>
      </w:r>
    </w:p>
    <w:p>
      <w:r>
        <w:rPr>
          <w:b/>
        </w:rPr>
        <w:t xml:space="preserve">[59:48] </w:t>
      </w:r>
      <w:r>
        <w:t>khatabat</w:t>
      </w:r>
    </w:p>
    <w:p>
      <w:pPr>
        <w:jc w:val="right"/>
      </w:pPr>
      <w:r>
        <w:t>خطابت</w:t>
      </w:r>
    </w:p>
    <w:p>
      <w:r>
        <w:rPr>
          <w:b/>
        </w:rPr>
        <w:t xml:space="preserve">[59:50] </w:t>
      </w:r>
      <w:r>
        <w:t>to is se bhi aap nahi samajh paate theek theek ke ke unka unka unki soch kya thi. aur baad ke zamanay mein woh congress mein shareek ho gaye to to woh to sara zor unka hota tha yeh political azadi par.</w:t>
      </w:r>
    </w:p>
    <w:p>
      <w:pPr>
        <w:jc w:val="right"/>
      </w:pPr>
      <w:r>
        <w:t>تو اس سے بھی آپ نہیں سمجھ پاتے ٹھیک ٹھیک کہ کہ ان کا ان کا ان کی سوچ کیا تھی۔ اور بعد کے زمانے میں وہ کانگریس میں شریک ہو گئے تو تو وہ تو سارا زور ان کا ہوتا تھا یہ پولیٹیکل آزادی پر۔</w:t>
      </w:r>
    </w:p>
    <w:p>
      <w:r>
        <w:rPr>
          <w:b/>
        </w:rPr>
        <w:t xml:space="preserve">[1:00:11] </w:t>
      </w:r>
      <w:r>
        <w:t>phir jab india jab azad ho gaya to uske baad to woh khamosh ho gaye. uske baad to unhon ne koi kaam nahi kiya.</w:t>
      </w:r>
    </w:p>
    <w:p>
      <w:pPr>
        <w:jc w:val="right"/>
      </w:pPr>
      <w:r>
        <w:t>پھر جب انڈیا جب آزاد ہو گیا تو اس کے بعد تو وہ خاموش ہو گئے۔ اس کے بعد تو انہوں نے کوئی کام نہیں کیا۔</w:t>
      </w:r>
    </w:p>
    <w:p>
      <w:r>
        <w:rPr>
          <w:b/>
        </w:rPr>
        <w:t xml:space="preserve">[1:00:19] </w:t>
      </w:r>
      <w:r>
        <w:t>is wajah se hum unke baray mein koi kam az kam mein koi raah nahi qaim kar sakta ke unka kya tha nazariya.</w:t>
      </w:r>
    </w:p>
    <w:p>
      <w:pPr>
        <w:jc w:val="right"/>
      </w:pPr>
      <w:r>
        <w:t>اس وجہ سے ہم ان کے بارے میں کوئی کم از کم میں کوئی راہ نہیں قائم کر سکتا کہ ان کا کیا تھا نظریہ۔</w:t>
      </w:r>
    </w:p>
    <w:p>
      <w:r>
        <w:rPr>
          <w:b/>
        </w:rPr>
        <w:t xml:space="preserve">[1:00:30] </w:t>
      </w:r>
      <w:r>
        <w:t>the question is from miss nigar attaullah from bangalore. you said that the purpose of islam is to prepare the individual for jannah.</w:t>
      </w:r>
    </w:p>
    <w:p>
      <w:pPr>
        <w:jc w:val="right"/>
      </w:pPr>
      <w:r>
        <w:t>دس کوئسچن از فرام مس نگار عطاءاللہ فرام بینگلور۔ یو سیڈ دیٹ دا پرپس اف اسلام از ٹو پریپیئر دی انڈیویجول فار جنت۔</w:t>
      </w:r>
    </w:p>
    <w:p>
      <w:r>
        <w:rPr>
          <w:b/>
        </w:rPr>
        <w:t xml:space="preserve">[1:00:43] </w:t>
      </w:r>
      <w:r>
        <w:t>then what about the non-muslims who follow other religions?</w:t>
      </w:r>
    </w:p>
    <w:p>
      <w:pPr>
        <w:jc w:val="right"/>
      </w:pPr>
      <w:r>
        <w:t>دین واٹ اباؤٹ دا نان مسلمز ہو فالو ادر ریلیجنز؟</w:t>
      </w:r>
    </w:p>
    <w:p>
      <w:r>
        <w:rPr>
          <w:b/>
        </w:rPr>
        <w:t xml:space="preserve">[1:00:48] </w:t>
      </w:r>
      <w:r>
        <w:t>what is their purpose? dekhiye, islam mein taqseem jo hai muslim non-muslim ki nahi hai. yeh to musalmanon ne kar rakha hai.</w:t>
      </w:r>
    </w:p>
    <w:p>
      <w:pPr>
        <w:jc w:val="right"/>
      </w:pPr>
      <w:r>
        <w:t>واٹ از دیر پرپس؟ دیکھیں، اسلام میں تقسیم جو ہے مسلم نان مسلم کی نہیں ہے۔ یہ تو مسلمانوں نے کر رکھا ہے۔</w:t>
      </w:r>
    </w:p>
    <w:p>
      <w:r>
        <w:rPr>
          <w:b/>
        </w:rPr>
        <w:t xml:space="preserve">[1:00:58] </w:t>
      </w:r>
      <w:r>
        <w:t>islam mein jo taqseem hai woh rabbani aur ghair rabbani ki hai. yeh to ek muslim group hai. yeh sara muslim group jannat mein jayega, aisa to hai nahi.</w:t>
      </w:r>
    </w:p>
    <w:p>
      <w:pPr>
        <w:jc w:val="right"/>
      </w:pPr>
      <w:r>
        <w:t>اسلام میں جو تقسیم ہے وہ ربانی اور غیر ربانی کی ہے۔ یہ تو ایک مسلم گروپ ہے۔ یہ سارا مسلم گروپ جنت میں جائے گا، ایسا تو ہے نہیں۔</w:t>
      </w:r>
    </w:p>
    <w:p>
      <w:r>
        <w:rPr>
          <w:b/>
        </w:rPr>
        <w:t xml:space="preserve">[1:01:10] </w:t>
      </w:r>
      <w:r>
        <w:t>aisa kuch bhi nahi hai. yeh to ek to yeh to ek group hai. bas</w:t>
      </w:r>
    </w:p>
    <w:p>
      <w:pPr>
        <w:jc w:val="right"/>
      </w:pPr>
      <w:r>
        <w:t>ایسا کچھ بھی نہیں ہے۔ یہ تو ایک تو یہ تو ایک گروپ ہے۔ بس</w:t>
      </w:r>
    </w:p>
    <w:p>
      <w:r>
        <w:rPr>
          <w:b/>
        </w:rPr>
        <w:t xml:space="preserve">[1:01:17] </w:t>
      </w:r>
      <w:r>
        <w:t>asal mein kisi bhi insaan, chahe woh musalman ghar mein paida hua ho ya kisi aur ghar mein paida hua ho, usko sachai ko discover karna hoga, apne ko rabbani banana hoga.</w:t>
      </w:r>
    </w:p>
    <w:p>
      <w:pPr>
        <w:jc w:val="right"/>
      </w:pPr>
      <w:r>
        <w:t>اصل میں کسی بھی انسان، چاہے وہ مسلمان گھر میں پیدا ہوا ہو یا کسی اور گھر میں پیدا ہوا ہو، اس کو سچائی کو ڈسکور کرنا ہوگا، اپنے کو ربانی بنانا ہوگا۔</w:t>
      </w:r>
    </w:p>
    <w:p>
      <w:r>
        <w:rPr>
          <w:b/>
        </w:rPr>
        <w:t xml:space="preserve">[1:01:28] </w:t>
      </w:r>
      <w:r>
        <w:t>yani rabb oriented thinking, rabb oriented life, rabb oriented behaviour, rabb oriented character yeh karna hoga. yeh yeh muslim non-muslim ka yeh category hai hi nahi.</w:t>
      </w:r>
    </w:p>
    <w:p>
      <w:pPr>
        <w:jc w:val="right"/>
      </w:pPr>
      <w:r>
        <w:t>یعنی رب اورینٹڈ تھنکنگ، رب اورینٹڈ لائف، رب اورینٹڈ بیہیویئر، رب اورینٹڈ کریکٹر یہ کرنا ہوگا۔ یہ یہ مسلم نان مسلم کا یہ کیٹگری ہے ہی نہیں۔</w:t>
      </w:r>
    </w:p>
    <w:p>
      <w:r>
        <w:rPr>
          <w:b/>
        </w:rPr>
        <w:t xml:space="preserve">[1:01:42] </w:t>
      </w:r>
      <w:r>
        <w:t>category jo hai woh rabbani ghair rabbani ki hai. ab woh woh banta hai aadmi marifat se, discovery se, realization se. woh yeh nahi ke musalman ghar mein paida ho gaya to woh jannati hai.</w:t>
      </w:r>
    </w:p>
    <w:p>
      <w:pPr>
        <w:jc w:val="right"/>
      </w:pPr>
      <w:r>
        <w:t>کیٹگری جو ہے وہ ربانی غیر ربانی کی ہے۔ اب وہ وہ بنتا ہے آدمی معرفت سے، ڈسکوری سے، ریلائزیشن سے۔ وہ یہ نہیں کہ مسلمان گھر میں پیدا ہو گیا تو وہ جنتی ہے۔</w:t>
      </w:r>
    </w:p>
    <w:p>
      <w:r>
        <w:rPr>
          <w:b/>
        </w:rPr>
        <w:t xml:space="preserve">[1:01:54] </w:t>
      </w:r>
      <w:r>
        <w:t>musalman ghar mein nahi paida hua to jannati nahi hai. yeh aisa koi islam mein</w:t>
      </w:r>
    </w:p>
    <w:p>
      <w:pPr>
        <w:jc w:val="right"/>
      </w:pPr>
      <w:r>
        <w:t>مسلمان گھر میں نہیں پیدا ہوا تو جنتی نہیں ہے۔ یہ ایسا کوئی اسلام میں</w:t>
      </w:r>
    </w:p>
    <w:p>
      <w:r>
        <w:rPr>
          <w:b/>
        </w:rPr>
        <w:t xml:space="preserve">[1:01:58] </w:t>
      </w:r>
      <w:r>
        <w:t>aisi category nahi hai. islam mein the question is from mr yogendra sekhar from bangalore. maududi argues that all those who follow his brand of islam are awliya allah and that the rest of humanity, including other muslims as well as non-muslims, are awliya-e-shaitan or friends of devil.</w:t>
      </w:r>
    </w:p>
    <w:p>
      <w:pPr>
        <w:jc w:val="right"/>
      </w:pPr>
      <w:r>
        <w:t>ایسی کیٹگری نہیں ہے۔ اسلام میں دس کوئسچن از فرام مسٹر یوگندر سیکن فرام بینگلور۔ مودودی ارگیوز دیٹ ال دوز ہو فالو ہز برانڈ اف اسلام ار اولیاء اے اللہ اینڈ دیٹ دا ریسٹ اف ہیومینٹی، انکلوڈنگ ادر مسلمز ایز ویل ایز نان مسلمز، ار اولیاء اے شیطان اور فرینڈز اف ڈیول۔</w:t>
      </w:r>
    </w:p>
    <w:p>
      <w:r>
        <w:rPr>
          <w:b/>
        </w:rPr>
        <w:t xml:space="preserve">[1:02:27] </w:t>
      </w:r>
      <w:r>
        <w:t>how does this conception impact on da'wah efforts? since obviously it encourages hatred towards non-muslims.</w:t>
      </w:r>
    </w:p>
    <w:p>
      <w:pPr>
        <w:jc w:val="right"/>
      </w:pPr>
      <w:r>
        <w:t>ہاؤ ڈز دس کنسیپشن امپیکٹ ان دعوی ایفرٹس؟ سنس ابویسلی اٹ انکریجز ہیٹریڈ ٹورڈز نان مسلمز۔</w:t>
      </w:r>
    </w:p>
    <w:p>
      <w:r>
        <w:rPr>
          <w:b/>
        </w:rPr>
        <w:t xml:space="preserve">[1:02:37] </w:t>
      </w:r>
      <w:r>
        <w:t>what in your view is the right interpretation of the terms awliya allah and awliya-e-shaitan? dekhiye, yeh jo unhon ne yeh yeh matlab harghiz nahi in shabdon ka hai.</w:t>
      </w:r>
    </w:p>
    <w:p>
      <w:pPr>
        <w:jc w:val="right"/>
      </w:pPr>
      <w:r>
        <w:t>واٹ ان یور ویو از دا رائٹ انٹرپریٹیشن اف دا ٹرمز اولیاء اے اللہ اینڈ اولیاء اے شیطان؟ دیکھیں، یہ جو انہوں نے یہ یہ مطلب ہرگز نہیں ان शब्दوں کا ہے۔</w:t>
      </w:r>
    </w:p>
    <w:p>
      <w:r>
        <w:rPr>
          <w:b/>
        </w:rPr>
        <w:t xml:space="preserve">[1:02:53] </w:t>
      </w:r>
      <w:r>
        <w:t>yeh is ka koi political contribution hai hi nahin.</w:t>
      </w:r>
    </w:p>
    <w:p>
      <w:pPr>
        <w:jc w:val="right"/>
      </w:pPr>
      <w:r>
        <w:t>یہ اس کا کوئی پولیٹیکل کانٹریبیوشن ہے ہی نہیں۔</w:t>
      </w:r>
    </w:p>
    <w:p>
      <w:r>
        <w:rPr>
          <w:b/>
        </w:rPr>
        <w:t xml:space="preserve">[1:02:58] </w:t>
      </w:r>
      <w:r>
        <w:t>Is ka koi political contribution nahin hai. Awliya Allah aur Awliya Shaitan ke maani jo hain woh bilkul yaani wohi rabbani term mein ya spiritual term mein aap samajh sakte hain.</w:t>
      </w:r>
    </w:p>
    <w:p>
      <w:pPr>
        <w:jc w:val="right"/>
      </w:pPr>
      <w:r>
        <w:t>اس کا کوئی پولیٹیکل کانٹریبیوشن نہیں ہے۔ اولیاء اللہ اور اولیاء شیطان کے معنی جو ہیں وہ بالکل یعنی وہی ربانی ٹرم میں یا اسپریچول ٹرم میں آپ سمجھ سکتے ہیں۔</w:t>
      </w:r>
    </w:p>
    <w:p>
      <w:r>
        <w:rPr>
          <w:b/>
        </w:rPr>
        <w:t xml:space="preserve">[1:03:14] </w:t>
      </w:r>
      <w:r>
        <w:t>Yeh jo taqseem inhone ki hai ya kisi aur ne ki hai to woh bilkul galat hai. Awliya ke maani hote hain qareeb ya dost, yaani Allah ke dost aur Shaitan ke dost.</w:t>
      </w:r>
    </w:p>
    <w:p>
      <w:pPr>
        <w:jc w:val="right"/>
      </w:pPr>
      <w:r>
        <w:t>یہ جو تقسیم انہوں نے کی ہے یا کسی اور نے کی ہے تو وہ بالکل غلط ہے۔ اولیاء کے معنی ہوتے ہیں قریب یا دوست، یعنی اللہ کے دوست اور شیطان کے دوست۔</w:t>
      </w:r>
    </w:p>
    <w:p>
      <w:r>
        <w:rPr>
          <w:b/>
        </w:rPr>
        <w:t xml:space="preserve">[1:03:28] </w:t>
      </w:r>
      <w:r>
        <w:t>To Allah ke dost, Shaitan ke dost kaun hain? Allah ke dost woh hain jo Allah ko manen, Allah se daren, Allah se mohabbat karen, Allah wale banen.</w:t>
      </w:r>
    </w:p>
    <w:p>
      <w:pPr>
        <w:jc w:val="right"/>
      </w:pPr>
      <w:r>
        <w:t>تو اللہ کے دوست، شیطان کے دوست کون ہیں؟ اللہ کے دوست وہ ہیں جو اللہ کو مانیں، اللہ سے ڈریں، اللہ سے محبت کریں، اللہ والے بنیں۔</w:t>
      </w:r>
    </w:p>
    <w:p>
      <w:r>
        <w:rPr>
          <w:b/>
        </w:rPr>
        <w:t xml:space="preserve">[1:03:40] </w:t>
      </w:r>
      <w:r>
        <w:t>Sabqat Allah wa man aslam Allah se yaani Allah ke rang mein apne aap ko rangayen. Koi political contribution is ka hai hi nahin. Bilkul Shaitan ka muamla yeh hai ke Shaitan jo hai aap ko chalata hai hiras ki line par, nafrat ki line par, tashaddud ki line par chalata hai.</w:t>
      </w:r>
    </w:p>
    <w:p>
      <w:pPr>
        <w:jc w:val="right"/>
      </w:pPr>
      <w:r>
        <w:t>سبقت اللہ ومن اسلم اللہ سے یعنی اللہ کے رنگ میں اپنے آپ کو رنگیں۔ کوئی پولیٹیکل کانٹریبیوشن اس کا ہے ہی نہیں۔ بالکل شیطان کا معاملہ یہ ہے کہ شیطان جو ہے آپ کو چلاتا ہے حرص کی لائن پر، نفرت کی لائن پر، تشدد کی لائن پر چلاتا ہے۔</w:t>
      </w:r>
    </w:p>
    <w:p>
      <w:r>
        <w:rPr>
          <w:b/>
        </w:rPr>
        <w:t xml:space="preserve">[1:03:57] </w:t>
      </w:r>
      <w:r>
        <w:t>To jo log is line par jayen, woh woh Shaitan ke saathi ban gaye. Aur yeh nazariya dawat ke liye to bilkul clear hai. Clear yaani awalan to yeh baseless hai.</w:t>
      </w:r>
    </w:p>
    <w:p>
      <w:pPr>
        <w:jc w:val="right"/>
      </w:pPr>
      <w:r>
        <w:t>تو جو لوگ اس لائن پر جائیں، وہ وہ شیطان کے ساتھی بن گئے۔ اور یہ نظریہ دعوت کے لیے تو بالکل کلر ہے۔ کلر یعنی اولا تو یہ بیسلیس ہے۔</w:t>
      </w:r>
    </w:p>
    <w:p>
      <w:r>
        <w:rPr>
          <w:b/>
        </w:rPr>
        <w:t xml:space="preserve">[1:04:08] </w:t>
      </w:r>
      <w:r>
        <w:t>Quran o Hadees mein aisa hai hi nahin. Agar maan liya jaye to dawat khatam ho jati hai. Kyun ke aap doosron ko jab Shaitan ke bhai samajh len to aap dawat kyun karenge?</w:t>
      </w:r>
    </w:p>
    <w:p>
      <w:pPr>
        <w:jc w:val="right"/>
      </w:pPr>
      <w:r>
        <w:t>قرآن و حدیث میں ایسا ہے ہی نہیں۔ اگر مان لیا جائے تو دعوت ختم ہو جاتی ہے۔ کیونکہ آپ دوسروں کو جب شیطان کے بھائی سمجھ لیں تو آپ دعوت کیوں کریں گے؟</w:t>
      </w:r>
    </w:p>
    <w:p>
      <w:r>
        <w:rPr>
          <w:b/>
        </w:rPr>
        <w:t xml:space="preserve">[1:04:19] </w:t>
      </w:r>
      <w:r>
        <w:t>In se aap nafrat karenge, in se ladenge, in ko bomb marenge.</w:t>
      </w:r>
    </w:p>
    <w:p>
      <w:pPr>
        <w:jc w:val="right"/>
      </w:pPr>
      <w:r>
        <w:t>ان سے آپ نفرت کریں گے، ان سے لڑیں گے، ان کو بم ماریں گے۔</w:t>
      </w:r>
    </w:p>
    <w:p>
      <w:r>
        <w:rPr>
          <w:b/>
        </w:rPr>
        <w:t xml:space="preserve">[1:04:24] </w:t>
      </w:r>
      <w:r>
        <w:t>To main do baaten keh raha hoon ke yeh mafhoom Awliya Allah ya Shaitan ka Quran o Hadees sabit nahin hai. Kisi bhi commentator ne aisa likha nahin hai.</w:t>
      </w:r>
    </w:p>
    <w:p>
      <w:pPr>
        <w:jc w:val="right"/>
      </w:pPr>
      <w:r>
        <w:t>تو میں دو باتیں کہہ رہا ہوں کہ یہ مفہوم اولیاء اللہ یا شیطان کا قرآن و حدیث ثابت نہیں ہے۔ کسی بھی کمنٹیٹر نے ایسا لکھا نہیں ہے۔</w:t>
      </w:r>
    </w:p>
    <w:p>
      <w:r>
        <w:rPr>
          <w:b/>
        </w:rPr>
        <w:t xml:space="preserve">[1:04:34] </w:t>
      </w:r>
      <w:r>
        <w:t>Aur doosri baat yeh ke agar yeh for the sake of argument, agar is ko maan liya jaye to asal maqsad hi jeopardise ho jata hai. Koi asal maqsad dawat hai, wohi jeopardise ho gaya.</w:t>
      </w:r>
    </w:p>
    <w:p>
      <w:pPr>
        <w:jc w:val="right"/>
      </w:pPr>
      <w:r>
        <w:t>اور دوسری بات یہ کہ اگر یہ فار دا سیک اف ارگیومنٹ، اگر اس کو مان لیا جائے تو اصل مقصد ہی جبرٹائز ہو جاتا ہے۔ کوئی اصل مقصد دعوت ہے، وہی جبرٹائز ہو گیا۔</w:t>
      </w:r>
    </w:p>
    <w:p>
      <w:r>
        <w:rPr>
          <w:b/>
        </w:rPr>
        <w:t xml:space="preserve">[1:04:45] </w:t>
      </w:r>
      <w:r>
        <w:t>Kyun ke aap jab nafrat karenge doosron se to aap dawat kya denge? To is mein double ghalati hai.</w:t>
      </w:r>
    </w:p>
    <w:p>
      <w:pPr>
        <w:jc w:val="right"/>
      </w:pPr>
      <w:r>
        <w:t>کیونکہ آپ جب نفرت کریں گے دوسروں سے تو آپ دعوت کیا دیں گے؟ تو اس میں ڈبل غلطی ہے۔</w:t>
      </w:r>
    </w:p>
    <w:p>
      <w:r>
        <w:rPr>
          <w:b/>
        </w:rPr>
        <w:t xml:space="preserve">[1:04:53] </w:t>
      </w:r>
      <w:r>
        <w:t>Ek to logically it is baseless aur doosra yeh ke yaani jo log aise is ko is ko maan len, jinki jinka dimagh is line par bane, woh dawat ke liye bilkul incompetent ho jayenge.</w:t>
      </w:r>
    </w:p>
    <w:p>
      <w:pPr>
        <w:jc w:val="right"/>
      </w:pPr>
      <w:r>
        <w:t>ایک تو لاجیکلی اٹ از بیسلیس اور دوسرا یہ کہ یعنی جو لوگ ایسے اس کو اس کو مان لیں، جن کی جن کا دماغ اس لائن پر بنے، وہ دعوت کے لیے بالکل ان کمپیٹنٹ ہو جائیں گے۔</w:t>
      </w:r>
    </w:p>
    <w:p>
      <w:r>
        <w:rPr>
          <w:b/>
        </w:rPr>
        <w:t xml:space="preserve">[1:05:09] </w:t>
      </w:r>
      <w:r>
        <w:t>Kyun ke nafrat karenge, woh hate karenge, woh violence karenge. To dawat kya karenge? Woh</w:t>
      </w:r>
    </w:p>
    <w:p>
      <w:pPr>
        <w:jc w:val="right"/>
      </w:pPr>
      <w:r>
        <w:t>کیونکہ نفرت کریں گے، وہ ہیٹ کریں گے، وہ وائلنس کریں گے۔ تو دعوت کیا کریں گے؟ وہ</w:t>
      </w:r>
    </w:p>
    <w:p>
      <w:r>
        <w:rPr>
          <w:b/>
        </w:rPr>
        <w:t xml:space="preserve">[1:05:17] </w:t>
      </w:r>
      <w:r>
        <w:t>To khulasa yeh hai ke Islam ka jo jo asal jo hai, jo asal soch hai, woh soch aap ko poori aap ki nazar mein poori duniya ko insaan banati hai, poori duniya ko ah yaani ke liye khair khwahi aur paida karti hai.</w:t>
      </w:r>
    </w:p>
    <w:p>
      <w:pPr>
        <w:jc w:val="right"/>
      </w:pPr>
      <w:r>
        <w:t>تو خلاصہ یہ ہے کہ اسلام کا جو جو اصل جو ہے، جو اصل سوچ ہے، وہ سوچ آپ کو پوری آپ کی نظر میں پوری دنیا کو انسان بناتی ہے، پوری دنیا کو اہ یعنی کے لیے خیر خواہی اور پیدا کرتی ہے۔</w:t>
      </w:r>
    </w:p>
    <w:p>
      <w:r>
        <w:rPr>
          <w:b/>
        </w:rPr>
        <w:t xml:space="preserve">[1:05:34] </w:t>
      </w:r>
      <w:r>
        <w:t>Ab friendly behaviour aap ke andar aata hai taake aap dawat de saken un ko.</w:t>
      </w:r>
    </w:p>
    <w:p>
      <w:pPr>
        <w:jc w:val="right"/>
      </w:pPr>
      <w:r>
        <w:t>اب فرینڈلی بیہیویئر آپ کے اندر آتا ہے تاکہ آپ دعوت دے سکیں ان کو۔</w:t>
      </w:r>
    </w:p>
    <w:p>
      <w:r>
        <w:rPr>
          <w:b/>
        </w:rPr>
        <w:t xml:space="preserve">[1:05:40] </w:t>
      </w:r>
      <w:r>
        <w:t>Lekin yeh jo soch hai, yeh to bilkul political soch hai aur yeh bilkul yaani yaani Islamic marxist bhi ho jata hai. Woh yaani jo marxist jis tarah banta hai, ek nukte se sab se nafrat karta hai, wohi wohi wohi is is nazariye ko manane wale insaan ka haal hota hai.</w:t>
      </w:r>
    </w:p>
    <w:p>
      <w:pPr>
        <w:jc w:val="right"/>
      </w:pPr>
      <w:r>
        <w:t>لیکن یہ جو سوچ ہے، یہ تو بالکل پولیٹیکل سوچ ہے اور یہ بالکل یعنی یعنی اسلامک مارکسز بھی ہو جاتا ہے۔ وہ یعنی جو مارکسز جس طرح بنتا ہے، ایک نکشہ سے سب سے نفرت کرتا ہے، وہی وہی وہی اس اس نظریے کو ماننے والے انسان کا حال ہوتا ہے۔</w:t>
      </w:r>
    </w:p>
    <w:p>
      <w:r>
        <w:rPr>
          <w:b/>
        </w:rPr>
        <w:t xml:space="preserve">[1:05:59] </w:t>
      </w:r>
      <w:r>
        <w:t>To gharaiz hai ke yeh nazariya dono wajuhaat se galat hai.</w:t>
      </w:r>
    </w:p>
    <w:p>
      <w:pPr>
        <w:jc w:val="right"/>
      </w:pPr>
      <w:r>
        <w:t>تو غرض ہے کہ یہ نظریہ دونوں وجوہ سے غلط ہے۔</w:t>
      </w:r>
    </w:p>
    <w:p>
      <w:r>
        <w:rPr>
          <w:b/>
        </w:rPr>
        <w:t xml:space="preserve">[1:06:03] </w:t>
      </w:r>
      <w:r>
        <w:t>Logically bhi yeh galat hai aur doosra yeh ke woh practical tor par dekha hai, tab bhi woh galat hai. Woh kyun ke dawat ke ulta hai.</w:t>
      </w:r>
    </w:p>
    <w:p>
      <w:pPr>
        <w:jc w:val="right"/>
      </w:pPr>
      <w:r>
        <w:t>لاجیکلی بھی یہ غلط ہے اور دوسرا یہ کہ وہ پریکٹیکل طور پر دیکھا ہے، تب بھی وہ غلط ہے۔ وہ کیونکہ دعوت کے الٹا ہے۔</w:t>
      </w:r>
    </w:p>
    <w:p>
      <w:r>
        <w:rPr>
          <w:b/>
        </w:rPr>
        <w:t xml:space="preserve">[1:06:15] </w:t>
      </w:r>
      <w:r>
        <w:t>Maulana he is another question he writes aap ka pehle ta'alluq tha Maudoodi aur us un ki jamaat-e-islami ke saath.</w:t>
      </w:r>
    </w:p>
    <w:p>
      <w:pPr>
        <w:jc w:val="right"/>
      </w:pPr>
      <w:r>
        <w:t>مولانا ہی از انادر کوئسچن ہی رائٹس آپ کا پہلے تعلق تھا مودودی اور اس ان کی جماعت اسلامی کے ساتھ۔</w:t>
      </w:r>
    </w:p>
    <w:p>
      <w:r>
        <w:rPr>
          <w:b/>
        </w:rPr>
        <w:t xml:space="preserve">[1:06:25] </w:t>
      </w:r>
      <w:r>
        <w:t>Aap ne un se doori kyun ikhtiyar ki, is ke baray mein bataen.</w:t>
      </w:r>
    </w:p>
    <w:p>
      <w:pPr>
        <w:jc w:val="right"/>
      </w:pPr>
      <w:r>
        <w:t>آپ نے ان سے دوری کیوں اختیار کی، اس کے بارے میں بتائیں۔</w:t>
      </w:r>
    </w:p>
    <w:p>
      <w:r>
        <w:rPr>
          <w:b/>
        </w:rPr>
        <w:t xml:space="preserve">[1:06:31] </w:t>
      </w:r>
      <w:r>
        <w:t>Dekhen, do kitaben agar aap parh len to baat clear ho jayegi. Ek hai Ta'beeri Ghalati, doosri Quran ka Matloob Insaan. Jamaat-e-islami se mera ta'alluq basically organization ke level par tha.</w:t>
      </w:r>
    </w:p>
    <w:p>
      <w:pPr>
        <w:jc w:val="right"/>
      </w:pPr>
      <w:r>
        <w:t>دیکھیں، دو کتابیں اگر آپ پڑھ لیں تو بات کلیئر ہو جائے گی۔ ایک ہے تعبیری غلطی، دوسری قرآن کا مطلوب انسان۔ جماعت اسلامی سے میرا تعلق بیسیکلی ارگنائزیشن کے لیول پر تھا۔</w:t>
      </w:r>
    </w:p>
    <w:p>
      <w:r>
        <w:rPr>
          <w:b/>
        </w:rPr>
        <w:t xml:space="preserve">[1:06:46] </w:t>
      </w:r>
      <w:r>
        <w:t>Organization meri soch us waqt bhi wohi thi jo aaj hai. Ek organization ke taur par main Jamaat-e-islami se bhi juda tha, Tableeghi Jamaat se bhi juda tha aur Jamiat Ulama se bhi juda tha.</w:t>
      </w:r>
    </w:p>
    <w:p>
      <w:pPr>
        <w:jc w:val="right"/>
      </w:pPr>
      <w:r>
        <w:t>ارگنائزیشن میری سوچ اس وقت بھی وہی تھی جو آج ہے۔ ایک ارگنائزیشن کے طور پر میں جماعت اسلامی سے بھی جڑا تھا، تبلیغی جماعت سے بھی جڑا تھا اور جمعہ علماء سے بھی جڑا تھا۔</w:t>
      </w:r>
    </w:p>
    <w:p>
      <w:r>
        <w:rPr>
          <w:b/>
        </w:rPr>
        <w:t xml:space="preserve">[1:06:59] </w:t>
      </w:r>
      <w:r>
        <w:t>Organization ke level par</w:t>
      </w:r>
    </w:p>
    <w:p>
      <w:pPr>
        <w:jc w:val="right"/>
      </w:pPr>
      <w:r>
        <w:t>ارگنائزیشن کے لیول پر</w:t>
      </w:r>
    </w:p>
    <w:p>
      <w:r>
        <w:rPr>
          <w:b/>
        </w:rPr>
        <w:t xml:space="preserve">[1:07:01] </w:t>
      </w:r>
      <w:r>
        <w:t>To organization ke level par mera ta'alluq zaroor hua tha Jamaat-e-islami se. Lekin meri jo soch hai, woh us waqt yahi thi jo aaj hai. Is ka proof jo hai, woh kitab hai aur Quran ka Matloob Insaan.</w:t>
      </w:r>
    </w:p>
    <w:p>
      <w:pPr>
        <w:jc w:val="right"/>
      </w:pPr>
      <w:r>
        <w:t>تو ارگنائزیشن کے لیول پر میرا تعلق ضرور ہوا تھا جماعت اسلامی سے۔ لیکن میری جو سوچ ہے، وہ اس وقت یہی تھی جو آج ہے۔ اس کا پروف جو ہے، وہ کتاب ہے اور قرآن کا مطلوب انسان۔</w:t>
      </w:r>
    </w:p>
    <w:p>
      <w:r>
        <w:rPr>
          <w:b/>
        </w:rPr>
        <w:t xml:space="preserve">[1:07:13] </w:t>
      </w:r>
      <w:r>
        <w:t>Ek kitab hai, is ka naam hai Quran ka Matloob Insaan. Is mein maine un un articles ko ekattha kiya hai jo main us zamane mein likhe the, Jamaat-e-islami se ta'alluq ke zamane mein likhe the.</w:t>
      </w:r>
    </w:p>
    <w:p>
      <w:pPr>
        <w:jc w:val="right"/>
      </w:pPr>
      <w:r>
        <w:t>ایک کتاب ہے، اس کا نام ہے قرآن کا مطلوب انسان۔ اس میں میں نے ان ان آرٹیکل کو اکٹھا کیا ہے جو میں اس زمانے میں لکھے تھے، جماعت اسلامی سے تعلق کے زمانے میں لکھے تھے۔</w:t>
      </w:r>
    </w:p>
    <w:p>
      <w:r>
        <w:rPr>
          <w:b/>
        </w:rPr>
        <w:t xml:space="preserve">[1:07:23] </w:t>
      </w:r>
      <w:r>
        <w:t>is ko aap koi bhi shayad parh len.</w:t>
      </w:r>
    </w:p>
    <w:p>
      <w:pPr>
        <w:jc w:val="right"/>
      </w:pPr>
      <w:r>
        <w:t>اس کو آپ کوئی بھی شاید پڑھ لیں۔</w:t>
      </w:r>
    </w:p>
    <w:p>
      <w:r>
        <w:rPr>
          <w:b/>
        </w:rPr>
        <w:t xml:space="preserve">[1:07:26] </w:t>
      </w:r>
      <w:r>
        <w:t>woh chhupay thay jamat-e-islami ke parchon mein, jaise dawat mein zindagi mein jo jab samai ke parche hain, us mein chhupay thay. toh jab mein jamat-e-islami se juda hua tha, us waqt ke likhay hue article hain, is ko aap parh lijiyay.</w:t>
      </w:r>
    </w:p>
    <w:p>
      <w:pPr>
        <w:jc w:val="right"/>
      </w:pPr>
      <w:r>
        <w:t>وہ چھپے تھے جماعت اسلامی کے پرچوں میں، جیسے دعوت میں زندگی میں جو جب سمائی کے پرچے ہیں، اس میں چھپے تھے۔ تو جب میں جماعت اسلامی سے جڑا ہوا تھا، اس وقت کے لکھے ہوئے آرٹیکل ہیں، اس کو آپ پڑھ لیجئے۔</w:t>
      </w:r>
    </w:p>
    <w:p>
      <w:r>
        <w:rPr>
          <w:b/>
        </w:rPr>
        <w:t xml:space="preserve">[1:07:40] </w:t>
      </w:r>
      <w:r>
        <w:t>is mein wohi baat hai jo aaj mein kehta hoon. koi is mein takrao nahi hai.</w:t>
      </w:r>
    </w:p>
    <w:p>
      <w:pPr>
        <w:jc w:val="right"/>
      </w:pPr>
      <w:r>
        <w:t>اس میں وہی بات ہے جو آج میں کہتا ہوں۔ کوئی اس میں ٹکراؤ نہیں ہے۔</w:t>
      </w:r>
    </w:p>
    <w:p>
      <w:r>
        <w:rPr>
          <w:b/>
        </w:rPr>
        <w:t xml:space="preserve">[1:07:47] </w:t>
      </w:r>
      <w:r>
        <w:t>toh jamat-e-islami se mera ta'alluq organization ke level par tha. jahan tak thinking ki baat hai aur zehan ki baat hai, toh us waqt wohi tha jo aaj aaj hai.</w:t>
      </w:r>
    </w:p>
    <w:p>
      <w:pPr>
        <w:jc w:val="right"/>
      </w:pPr>
      <w:r>
        <w:t>تو جماعت اسلامی سے میرا تعلق ارگنائزیشن کے لیول پر تھا۔ جہاں تک تھنکنگ کی بات ہے اور ذہن کی بات ہے، تو اس وقت وہی تھا جو آج آج ہے۔</w:t>
      </w:r>
    </w:p>
    <w:p>
      <w:r>
        <w:rPr>
          <w:b/>
        </w:rPr>
        <w:t xml:space="preserve">[1:07:59] </w:t>
      </w:r>
      <w:r>
        <w:t>jahan jahan mein jamat-e-islami mein logon se bohat ziyada crusade karta tha. jab jamat-e-islami mein tha, mein tab bhi bohat ziyada crusade karta tha. bohat sakht crusade tha, hota tha mera.</w:t>
      </w:r>
    </w:p>
    <w:p>
      <w:pPr>
        <w:jc w:val="right"/>
      </w:pPr>
      <w:r>
        <w:t>جہاں جہاں میں جماعت اسلامی میں لوگوں سے بہت زیادہ کرسائیڈ کرتا تھا۔ جب جماعت اسلامی میں تھا، میں تب بھی بہت زیادہ کرسائیڈ کرتا تھا۔ بہت سخت کرسین تھا، ہوتا تھا میرا۔</w:t>
      </w:r>
    </w:p>
    <w:p>
      <w:r>
        <w:rPr>
          <w:b/>
        </w:rPr>
        <w:t xml:space="preserve">[1:08:11] </w:t>
      </w:r>
      <w:r>
        <w:t>yahan tak ke jab mein ne dekha ke in logon ke andar koi kuch yaani siwaye party se kisi dilchaspi nahi hai, toh woh alag ho gaya mujh se.</w:t>
      </w:r>
    </w:p>
    <w:p>
      <w:pPr>
        <w:jc w:val="right"/>
      </w:pPr>
      <w:r>
        <w:t>یہاں تک کہ جب میں نے دیکھا کہ ان لوگوں کے اندر کوئی کچھ یعنی سوائے پارٹی سے کسی دلچسپی نہیں ہے، تو وہ الگ ہو گیا مجھ سے۔</w:t>
      </w:r>
    </w:p>
    <w:p>
      <w:r>
        <w:rPr>
          <w:b/>
        </w:rPr>
        <w:t xml:space="preserve">[1:08:27] </w:t>
      </w:r>
      <w:r>
        <w:t>the question is from Mr. Nafees Shiraz from New Delhi.</w:t>
      </w:r>
    </w:p>
    <w:p>
      <w:pPr>
        <w:jc w:val="right"/>
      </w:pPr>
      <w:r>
        <w:t>دس کوئسچن از فرام مسٹر نفیس شیراز فرام نیو دہلی۔</w:t>
      </w:r>
    </w:p>
    <w:p>
      <w:r>
        <w:rPr>
          <w:b/>
        </w:rPr>
        <w:t xml:space="preserve">[1:08:32] </w:t>
      </w:r>
      <w:r>
        <w:t>Maulana, kal raat phone dwara mujhe bataya gaya ke Delhi mein mere aik bohat hi qareebi rishtedar ka inteqal ho gaya hai aur aaj taqreeban 10:11 bajay unhein dafnaya jayega.</w:t>
      </w:r>
    </w:p>
    <w:p>
      <w:pPr>
        <w:jc w:val="right"/>
      </w:pPr>
      <w:r>
        <w:t>مولانا، کل رات فون ద్వారా مجھے بتایا گیا کہ دلی میں میرے ایک بہت ہی قریبی رشتہ دار کا انتقال ہو گیا ہے اور آج تقریباً 10:11 بجے انہیں دفنایا جائے گا۔</w:t>
      </w:r>
    </w:p>
    <w:p>
      <w:r>
        <w:rPr>
          <w:b/>
        </w:rPr>
        <w:t xml:space="preserve">[1:08:47] </w:t>
      </w:r>
      <w:r>
        <w:t>mere ghar ke sabhi log shirkat ke liye wahan ja chukay hain, lekin mein ne wahan shirkat karne ki bajaye aap ki class mein shamil hone ka faisla liya.</w:t>
      </w:r>
    </w:p>
    <w:p>
      <w:pPr>
        <w:jc w:val="right"/>
      </w:pPr>
      <w:r>
        <w:t>میرے گھر کے سبھی لوگ شرکت کے لیے وہاں جا چکے ہیں، لیکن میں نے وہاں شرکت کرنے کی بجائے آپ کی کلاس میں شامل ہونے کا فیصلہ لیا۔</w:t>
      </w:r>
    </w:p>
    <w:p>
      <w:r>
        <w:rPr>
          <w:b/>
        </w:rPr>
        <w:t xml:space="preserve">[1:08:58] </w:t>
      </w:r>
      <w:r>
        <w:t>kya mere yeh amal Khuda ke haan napasandeeda amal mein shamil hoga? kya Khuda mere is amal ki pakar karega?</w:t>
      </w:r>
    </w:p>
    <w:p>
      <w:pPr>
        <w:jc w:val="right"/>
      </w:pPr>
      <w:r>
        <w:t>کیا میرے یہ عمل خدا کے ہاں ناپسندیدہ عمل میں شامل ہوگا؟ کیا خدا میرے اس عمل کی پکڑ کرے گا؟</w:t>
      </w:r>
    </w:p>
    <w:p>
      <w:r>
        <w:rPr>
          <w:b/>
        </w:rPr>
        <w:t xml:space="preserve">[1:09:07] </w:t>
      </w:r>
      <w:r>
        <w:t>mein ne aisa kar toh liya, lekin ab mujhe zehni uljhan si mehsoos ho rahi hai ke mujhe aisa nahi karna chahiye tha.</w:t>
      </w:r>
    </w:p>
    <w:p>
      <w:pPr>
        <w:jc w:val="right"/>
      </w:pPr>
      <w:r>
        <w:t>میں نے ایسا کر تو لیا، لیکن اب مجھے ذہنی الجھن سی محسوس ہو رہی ہے کہ مجھے ایسا نہیں کرنا چاہیے تھا۔</w:t>
      </w:r>
    </w:p>
    <w:p>
      <w:r>
        <w:rPr>
          <w:b/>
        </w:rPr>
        <w:t xml:space="preserve">[1:09:17] </w:t>
      </w:r>
      <w:r>
        <w:t>nahi ji, aap bilkul sahi kiya aap ne. yeh bohat hi sahi kiya aap ne. dekhiye, tajheez-o-takfeen ajnaad ka jo mu'amla hai, is ka masla samajh lijiyay.</w:t>
      </w:r>
    </w:p>
    <w:p>
      <w:pPr>
        <w:jc w:val="right"/>
      </w:pPr>
      <w:r>
        <w:t>نہیں جی، آپ بالکل صحیح کیا آپ نے۔ یہ بہت ہی صحیح کیا آپ نے۔ دیکھیں، تجزیہ و تکفین اجناد کا جو معاملہ ہے، اس کا مسئلہ سمجھ لیجئے۔</w:t>
      </w:r>
    </w:p>
    <w:p>
      <w:r>
        <w:rPr>
          <w:b/>
        </w:rPr>
        <w:t xml:space="preserve">[1:09:27] </w:t>
      </w:r>
      <w:r>
        <w:t>aap kisi bhi fiqh ke fiqh kitaab parh lijiyay, aisa nahi ke sab log is mein sharik hon. nahi, kuch log sharik ho kar is kaam ko kar dein toh baqiya logon par saaqit ho jata hai.</w:t>
      </w:r>
    </w:p>
    <w:p>
      <w:pPr>
        <w:jc w:val="right"/>
      </w:pPr>
      <w:r>
        <w:t>آپ کسی بھی فقہ کے فقہ کتاب پڑھ لیجئے، ایسا نہیں کہ سب لوگ اس میں شریک ہوں۔ نہیں، کچھ لوگ شریک ہو کر اس کام کو کر دیں تو بقیہ لوگوں پر ساکت ہو جاتا ہے۔</w:t>
      </w:r>
    </w:p>
    <w:p>
      <w:r>
        <w:rPr>
          <w:b/>
        </w:rPr>
        <w:t xml:space="preserve">[1:09:38] </w:t>
      </w:r>
      <w:r>
        <w:t>zimmedari saaqit ho jati hai. woh yeh zimmedari al-kifaya hai. yeh zimmedari jo hai, al-kifaya hai. yeh chunke log gaye, woh tajheez-o-takfeen kar rahay hain, toh jo kaam matloob tha, woh ho raha hai.</w:t>
      </w:r>
    </w:p>
    <w:p>
      <w:pPr>
        <w:jc w:val="right"/>
      </w:pPr>
      <w:r>
        <w:t>ذمہ داری ساکت ہو جاتی ہے۔ وہ یہ ذمہ داری الکفایہ ہے۔ یہ ذمہ داری جو ہے، الکفایہ ہے۔ یہ چونکہ لوگ گئے، وہ تجزیہ و تکفین کر رہے ہیں، تو جو کام مطلوب تھا، وہ ہو رہا ہے۔</w:t>
      </w:r>
    </w:p>
    <w:p>
      <w:r>
        <w:rPr>
          <w:b/>
        </w:rPr>
        <w:t xml:space="preserve">[1:09:52] </w:t>
      </w:r>
      <w:r>
        <w:t>ab aap yahan aa gaye toh bilkul sahi kiya aap ne. yeh aap se sawab milega aap ko. mein zaati baat nahi kar raha hoon. kisi bhi fiqh ki kitaab parh lijiyay aap ya fuqaha se pooch lijiyay.</w:t>
      </w:r>
    </w:p>
    <w:p>
      <w:pPr>
        <w:jc w:val="right"/>
      </w:pPr>
      <w:r>
        <w:t>اب آپ یہاں آ گئے تو بالکل صحیح کیا آپ نے۔ یہ آپ سے ثواب ملے گا آپ کو۔ میں ذاتی بات نہیں کر رہا ہوں۔ کسی بھی فقہ کی کتاب پڑھ لیجئے آپ یا فقہاء سے پوچھ لیجئے۔</w:t>
      </w:r>
    </w:p>
    <w:p>
      <w:r>
        <w:rPr>
          <w:b/>
        </w:rPr>
        <w:t xml:space="preserve">[1:10:03] </w:t>
      </w:r>
      <w:r>
        <w:t>yeh jo zimmedari hai, woh al-kifaya zimmedari hai. al-kifaya ka matlab yeh hota hai ke agar kuch log is kaam ko</w:t>
      </w:r>
    </w:p>
    <w:p>
      <w:pPr>
        <w:jc w:val="right"/>
      </w:pPr>
      <w:r>
        <w:t>یہ جو ذمہ داری ہے، وہ الکفایہ ذمہ داری ہے۔ الکفایہ کا مطلب یہ ہوتا ہے کہ اگر کچھ لوگ اس کام کو</w:t>
      </w:r>
    </w:p>
    <w:p>
      <w:r>
        <w:rPr>
          <w:b/>
        </w:rPr>
        <w:t xml:space="preserve">[1:10:09] </w:t>
      </w:r>
      <w:r>
        <w:t>anjaam de dein toh baqiya logon par zimmedari saaqit ho jati hai. agar farz kiya ke un ka janaza parha raha tha, koi us ko na le jata qabristan, koi tajheez-o-takfeen na karta, tab aap ko karna chahiye tha.</w:t>
      </w:r>
    </w:p>
    <w:p>
      <w:pPr>
        <w:jc w:val="right"/>
      </w:pPr>
      <w:r>
        <w:t>انجام دے دیں تو بقیہ لوگوں پر ذمہ داری ساکت ہو جاتی ہے۔ اگر فرض کیا کہ ان کا جنازہ پڑھا رہا تھا، کوئی اس کو نہ لے جاتا قبرستان، کوئی تجزیہ و تکفین نہ کرتا، تب آپ کو کرنا چاہیے تھا۔</w:t>
      </w:r>
    </w:p>
    <w:p>
      <w:r>
        <w:rPr>
          <w:b/>
        </w:rPr>
        <w:t xml:space="preserve">[1:10:22] </w:t>
      </w:r>
      <w:r>
        <w:t>aap jatay. ab toh woh kaam ho raha hai, toh aap ne yahan bhi shirkat kar li, wahan kaam bhi ho gaya, dono kaam ho gaya. toh yeh Allah Ta'ala ke mansha ke mutabiq kiya aap ne?</w:t>
      </w:r>
    </w:p>
    <w:p>
      <w:pPr>
        <w:jc w:val="right"/>
      </w:pPr>
      <w:r>
        <w:t>آپ جاتے۔ اب تو وہ کام ہو رہا ہے، تو آپ نے یہاں بھی شرکت کر لی، وہاں کام بھی ہو گیا، دونوں کام ہو گیا۔ تو یہ اللہ تعالی کے منشا کے مطابق کیا آپ نے؟</w:t>
      </w:r>
    </w:p>
    <w:p>
      <w:r>
        <w:rPr>
          <w:b/>
        </w:rPr>
        <w:t xml:space="preserve">[1:10:33] </w:t>
      </w:r>
      <w:r>
        <w:t>kuch sahi kiya aap ne? aur aap ko is ka inshallah is ka ajr bhi milega.</w:t>
      </w:r>
    </w:p>
    <w:p>
      <w:pPr>
        <w:jc w:val="right"/>
      </w:pPr>
      <w:r>
        <w:t>کچھ صحیح کیا آپ نے؟ اور آپ کو اس کا انشاءاللہ اس کا اجر بھی ملے گا۔</w:t>
      </w:r>
    </w:p>
    <w:p>
      <w:r>
        <w:rPr>
          <w:b/>
        </w:rPr>
        <w:t xml:space="preserve">[1:10:41] </w:t>
      </w:r>
      <w:r>
        <w:t>the question is from Mr. Zubair Shah from Delhi. there is a certain organization whose members give speeches regularly at Aligarh Muslim University, at Al-Falah College Faridabad, and at some places in Ghaziabad,</w:t>
      </w:r>
    </w:p>
    <w:p>
      <w:pPr>
        <w:jc w:val="right"/>
      </w:pPr>
      <w:r>
        <w:t>دس کوئسچن از فرام مسٹر زبیر شاہ فرام دہلی۔ دیر از ا سرٹن ارگنائزیشن ہوز ممبرز گیو سپیچز ریگولرلی ایٹ علی گڑھ مسلم یونیورسٹی، ایٹ الفلاح کالج فرید آباد، اینڈ ایٹ سم پلیسز ان غازی آباد،</w:t>
      </w:r>
    </w:p>
    <w:p>
      <w:r>
        <w:rPr>
          <w:b/>
        </w:rPr>
        <w:t xml:space="preserve">[1:11:00] </w:t>
      </w:r>
      <w:r>
        <w:t>and preach the political interpretation of Islam. what can be done to stop such preaching?</w:t>
      </w:r>
    </w:p>
    <w:p>
      <w:pPr>
        <w:jc w:val="right"/>
      </w:pPr>
      <w:r>
        <w:t>اینڈ پریچ دا پولیٹیکل انٹرپریٹیشن اف اسلام۔ واٹ کین بی ڈن ٹو سٹاپ سچ پریچنگ؟</w:t>
      </w:r>
    </w:p>
    <w:p>
      <w:r>
        <w:rPr>
          <w:b/>
        </w:rPr>
        <w:t xml:space="preserve">[1:11:09] </w:t>
      </w:r>
      <w:r>
        <w:t>I also found out that the students easily accept their views as the speech makers quote the problems which Muslim Ummah is facing today.</w:t>
      </w:r>
    </w:p>
    <w:p>
      <w:pPr>
        <w:jc w:val="right"/>
      </w:pPr>
      <w:r>
        <w:t>ائی السو فاؤنڈ آؤٹ دیٹ دا سٹوڈنٹس ایزیلی ایکسیپٹ دیر ویوز ایز دی سپیچ میکرز کوٹ دا پرابلمز وچ مسلم امہ از فیسنگ ٹوڈے۔</w:t>
      </w:r>
    </w:p>
    <w:p>
      <w:r>
        <w:rPr>
          <w:b/>
        </w:rPr>
        <w:t xml:space="preserve">[1:11:19] </w:t>
      </w:r>
      <w:r>
        <w:t>Maulana sahib, kindly comment on this.</w:t>
      </w:r>
    </w:p>
    <w:p>
      <w:pPr>
        <w:jc w:val="right"/>
      </w:pPr>
      <w:r>
        <w:t>مولانا صاحب، کائنڈلی کمنٹ ان دس۔</w:t>
      </w:r>
    </w:p>
    <w:p>
      <w:r>
        <w:rPr>
          <w:b/>
        </w:rPr>
        <w:t xml:space="preserve">[1:11:24] </w:t>
      </w:r>
      <w:r>
        <w:t>un ko detail pohanchaiye. hamare bohat si kitabein isi subject par hain, un ko pohanchaiye. aap ki zimmedari yeh nahi ke un ko badal dalen.</w:t>
      </w:r>
    </w:p>
    <w:p>
      <w:pPr>
        <w:jc w:val="right"/>
      </w:pPr>
      <w:r>
        <w:t>ان کو ڈیٹیل پہنچائیے۔ ہمارے بہت سی کتابیں اسی سبجیکٹ پر ہیں، ان کو پہنچائیے۔ آپ کی ذمہ داری یہ نہیں کہ ان کو بدل ڈالیں۔</w:t>
      </w:r>
    </w:p>
    <w:p>
      <w:r>
        <w:rPr>
          <w:b/>
        </w:rPr>
        <w:t xml:space="preserve">[1:11:34] </w:t>
      </w:r>
      <w:r>
        <w:t>aap ki zimmedari hai ke un ko sachai se ba-khabar kar dein. toh un ko hamare haan choti choti kitabein, bari bari kitabein bhi hain. aap pohanchaiye un ko.</w:t>
      </w:r>
    </w:p>
    <w:p>
      <w:pPr>
        <w:jc w:val="right"/>
      </w:pPr>
      <w:r>
        <w:t>آپ کی ذمہ داری ہے کہ ان کو سچائی سے باخبر کر دیں۔ تو ان کو ہمارے ہاں چھوٹی چھوٹی کتابیں، بڑی بڑی کتابیں بھی ہیں۔ آپ پہنچائیے ان کو۔</w:t>
      </w:r>
    </w:p>
    <w:p>
      <w:r>
        <w:rPr>
          <w:b/>
        </w:rPr>
        <w:t xml:space="preserve">[1:11:43] </w:t>
      </w:r>
      <w:r>
        <w:t>misalan islam ki sari taabeer ek chhoti si kitaab hai aur taabeer ghalti moti si kitaab hai. aur bhi kai kitaabein hain aur jo magazine hai, risala hai, woh barabar nikalta hai.</w:t>
      </w:r>
    </w:p>
    <w:p>
      <w:pPr>
        <w:jc w:val="right"/>
      </w:pPr>
      <w:r>
        <w:t>مثلاً اسلام کی ساری تعبیر ایک چھوٹی سی کتاب ہے اور تعبیر غلطی موٹی سی کتاب ہے۔ اور بھی کئی کتابیں ہیں اور جو میگزین ہے، رسالہ ہے، وہ برابر نکلتا ہے۔</w:t>
      </w:r>
    </w:p>
    <w:p>
      <w:r>
        <w:rPr>
          <w:b/>
        </w:rPr>
        <w:t xml:space="preserve">[1:11:55] </w:t>
      </w:r>
      <w:r>
        <w:t>wohi pahunchaiye un ko. aur hum bohat se logon ko jante hain ke jo is se soch mein thay aur is se chhod kar</w:t>
      </w:r>
    </w:p>
    <w:p>
      <w:pPr>
        <w:jc w:val="right"/>
      </w:pPr>
      <w:r>
        <w:t>وہی پہنچائیے ان کو۔ اور ہم بہت سے لوگوں کو جانتے ہیں کہ جو اس سے سوچ میں تھے اور اس سے چھوڑ کر</w:t>
      </w:r>
    </w:p>
    <w:p>
      <w:r>
        <w:rPr>
          <w:b/>
        </w:rPr>
        <w:t xml:space="preserve">[1:12:02] </w:t>
      </w:r>
      <w:r>
        <w:t>hamare bashar mein lag gaye. kyunke kyunke woh logon ko khabar nahi hai, logon ko analysis kar nahi paate.</w:t>
      </w:r>
    </w:p>
    <w:p>
      <w:pPr>
        <w:jc w:val="right"/>
      </w:pPr>
      <w:r>
        <w:t>ہمارے بشر میں لگ گئے۔ کیونکہ کیونکہ وہ لوگوں کو خبر نہیں ہے، لوگوں کو انالیسز کر نہیں پاتے۔</w:t>
      </w:r>
    </w:p>
    <w:p>
      <w:r>
        <w:rPr>
          <w:b/>
        </w:rPr>
        <w:t xml:space="preserve">[1:12:12] </w:t>
      </w:r>
      <w:r>
        <w:t>to ek hi shakal hai ke aap un ko literature pahunchayein aur risala padhwayein. un ko inshallah bohat se log aise niklenge is mein se jo sachai un ke pe khul jayegi aur woh woh aap ke saathi ban jayenge.</w:t>
      </w:r>
    </w:p>
    <w:p>
      <w:pPr>
        <w:jc w:val="right"/>
      </w:pPr>
      <w:r>
        <w:t>تو ایک ہی شکل ہے کہ آپ ان کو لٹریچر پہنچائیں اور رسالہ پڑھوائیں۔ ان کو انشاءاللہ بہت سے لوگ ایسے نکلیں گے اس میں سے جو سچائی ان کے پہ کھل جائے گی اور وہ وہ آپ کے ساتھی بن جائیں گے۔</w:t>
      </w:r>
    </w:p>
    <w:p>
      <w:r>
        <w:rPr>
          <w:b/>
        </w:rPr>
        <w:t xml:space="preserve">[1:12:33] </w:t>
      </w:r>
      <w:r>
        <w:t>das question is from mr jin muhammad from jalalabad, afghanistan. in afghanistan, i know one molvi who was doing da'wah work which involved him in dealing with foreigners.</w:t>
      </w:r>
    </w:p>
    <w:p>
      <w:pPr>
        <w:jc w:val="right"/>
      </w:pPr>
      <w:r>
        <w:t>دس کوئسچن از فرام مسٹر جن محمد فرام جلال آباد، افغانستان۔ ان افغانستان، ائی نو ون مولوی ہو واز ڈوئنگ دعوی ورک وچ انوالوڈ ہم ان ڈیلنگ ود فارنرز۔</w:t>
      </w:r>
    </w:p>
    <w:p>
      <w:r>
        <w:rPr>
          <w:b/>
        </w:rPr>
        <w:t xml:space="preserve">[1:12:49] </w:t>
      </w:r>
      <w:r>
        <w:t>he was then accused of being an american agent and is now not able to leave his home out of fear of being killed.</w:t>
      </w:r>
    </w:p>
    <w:p>
      <w:pPr>
        <w:jc w:val="right"/>
      </w:pPr>
      <w:r>
        <w:t>ہی واز دین اکیوزڈ اف بینگ این امریکن ایجنٹ اینڈ از ناؤ ناٹ ایبل ٹو لیو ہز ہوم آؤٹ اف فیئر اف بینگ کلڈ۔</w:t>
      </w:r>
    </w:p>
    <w:p>
      <w:r>
        <w:rPr>
          <w:b/>
        </w:rPr>
        <w:t xml:space="preserve">[1:13:00] </w:t>
      </w:r>
      <w:r>
        <w:t>is one of the defects of political islam not that it makes one tolerant of those who are doing da'wah work.</w:t>
      </w:r>
    </w:p>
    <w:p>
      <w:pPr>
        <w:jc w:val="right"/>
      </w:pPr>
      <w:r>
        <w:t>از ون اف دا ڈیفیکٹس اف پولیٹیکل اسلام ناٹ دیٹ اٹ میکس ون ٹولرنٹ اف دوز ہو آر ڈوئنگ دعوی ورک۔</w:t>
      </w:r>
    </w:p>
    <w:p>
      <w:r>
        <w:rPr>
          <w:b/>
        </w:rPr>
        <w:t xml:space="preserve">[1:13:10] </w:t>
      </w:r>
      <w:r>
        <w:t>kya last sentence kya hai? is one of the defects of political islam not that it makes one intolerant of those who are doing da'wah work.</w:t>
      </w:r>
    </w:p>
    <w:p>
      <w:pPr>
        <w:jc w:val="right"/>
      </w:pPr>
      <w:r>
        <w:t>کیا لاسٹ سینٹنس کیا ہے؟ از ون اف دا ڈیفیکٹس اف پولیٹیکل اسلام ناٹ دیٹ اٹ میکس ون ان ٹولرنٹ اف دوز ہو آر ڈوئنگ دعوی ورک۔</w:t>
      </w:r>
    </w:p>
    <w:p>
      <w:r>
        <w:rPr>
          <w:b/>
        </w:rPr>
        <w:t xml:space="preserve">[1:13:20] </w:t>
      </w:r>
      <w:r>
        <w:t>bilkul sahi hai. political islam ne to itna nuksan pahunchaya hai ke da'wah work ko khatm hi kar diya.</w:t>
      </w:r>
    </w:p>
    <w:p>
      <w:pPr>
        <w:jc w:val="right"/>
      </w:pPr>
      <w:r>
        <w:t>بالکل صحیح ہے۔ پولیٹیکل اسلام نے تو اتنا نقصان پہنچایا ہے کہ دعوی ورک کو ختم ہی کر دیا۔</w:t>
      </w:r>
    </w:p>
    <w:p>
      <w:r>
        <w:rPr>
          <w:b/>
        </w:rPr>
        <w:t xml:space="preserve">[1:13:29] </w:t>
      </w:r>
      <w:r>
        <w:t>political islam ka bohat zyada nuksanat, bohat sare nuksanat. do to bilkul clear hain. ek to yeh hai ke roohaniyat khatm ho jati hai. yani islam ka woh aspect jis mein allah ka dar hai, allah se mohabbat hai,</w:t>
      </w:r>
    </w:p>
    <w:p>
      <w:pPr>
        <w:jc w:val="right"/>
      </w:pPr>
      <w:r>
        <w:t>پولیٹیکل اسلام کا بہت زیادہ نقصانات، بہت سارے نقصانات۔ دو تو بالکل کلیئر ہیں۔ ایک تو یہ ہے کہ روحانیت ختم ہو جاتی ہے۔ یعنی اسلام کا وہ اسپیکٹ جس میں اللہ کا ڈر ہے، اللہ سے محبت ہے،</w:t>
      </w:r>
    </w:p>
    <w:p>
      <w:r>
        <w:rPr>
          <w:b/>
        </w:rPr>
        <w:t xml:space="preserve">[1:13:44] </w:t>
      </w:r>
      <w:r>
        <w:t>aakhirat ka khauf hai, jannat ki talab hai, jahann</w:t>
      </w:r>
    </w:p>
    <w:p>
      <w:pPr>
        <w:jc w:val="right"/>
      </w:pPr>
      <w:r>
        <w:t>آخرت کا خوف ہے، جنت کی طلب ہے، جہن</w:t>
      </w:r>
    </w:p>
    <w:p>
      <w:r>
        <w:rPr>
          <w:b/>
        </w:rPr>
        <w:t xml:space="preserve">[1:13:48] </w:t>
      </w:r>
      <w:r>
        <w:t>m se bhagna hai. yeh jo taraf, yeh jo aspect hai islam ka roohani, woh khatm ho jata hai. bilkul log isi wajah se bilkul political qism ho jate hain. yeh nuksan hota hai.</w:t>
      </w:r>
    </w:p>
    <w:p>
      <w:pPr>
        <w:jc w:val="right"/>
      </w:pPr>
      <w:r>
        <w:t>م سے بھاگنا ہے۔ یہ جو طرف، یہ جو اسپیکٹ ہے اسلام کا روحانی، وہ ختم ہو جاتا ہے۔ بالکل لوگ اسی وجہ سے بالکل پولیٹیکل قسم ہو جاتے ہیں۔ یہ نقصان ہوتا ہے۔</w:t>
      </w:r>
    </w:p>
    <w:p>
      <w:r>
        <w:rPr>
          <w:b/>
        </w:rPr>
        <w:t xml:space="preserve">[1:13:58] </w:t>
      </w:r>
      <w:r>
        <w:t>dusra nuksan yeh hai ke dawat ka bilkul spirit hi khatm ho jati hai. kyunke unhein to goli marna hai, unhein bomb marna hai. woh rival, dusra har insan rival hai.</w:t>
      </w:r>
    </w:p>
    <w:p>
      <w:pPr>
        <w:jc w:val="right"/>
      </w:pPr>
      <w:r>
        <w:t>دوسرا نقصان یہ ہے کہ دعوت کا بالکل اسپرٹ ہی ختم ہو جاتی ہے۔ کیونکہ انہیں تو گولی مارنا ہے، انہیں بم مارنا ہے۔ وہ رائیول، دوسرا ہر انسان رائیول ہے۔</w:t>
      </w:r>
    </w:p>
    <w:p>
      <w:r>
        <w:rPr>
          <w:b/>
        </w:rPr>
        <w:t xml:space="preserve">[1:14:09] </w:t>
      </w:r>
      <w:r>
        <w:t>un ka</w:t>
      </w:r>
    </w:p>
    <w:p>
      <w:pPr>
        <w:jc w:val="right"/>
      </w:pPr>
      <w:r>
        <w:t>ان کا</w:t>
      </w:r>
    </w:p>
    <w:p>
      <w:r>
        <w:rPr>
          <w:b/>
        </w:rPr>
        <w:t xml:space="preserve">[1:14:12] </w:t>
      </w:r>
      <w:r>
        <w:t>rival us ko bana lete hain.</w:t>
      </w:r>
    </w:p>
    <w:p>
      <w:pPr>
        <w:jc w:val="right"/>
      </w:pPr>
      <w:r>
        <w:t>رائیول اس کو بنا لیتے ہیں۔</w:t>
      </w:r>
    </w:p>
    <w:p>
      <w:r>
        <w:rPr>
          <w:b/>
        </w:rPr>
        <w:t xml:space="preserve">[1:14:15] </w:t>
      </w:r>
      <w:r>
        <w:t>to yeh to bilashuba bohat hi bada nuksan hai ke in logon ne islam ki taabeer ko bigada, kuch musalmanon ko kuch de nahi sake siwaye tabaahi ke.</w:t>
      </w:r>
    </w:p>
    <w:p>
      <w:pPr>
        <w:jc w:val="right"/>
      </w:pPr>
      <w:r>
        <w:t>تو یہ تو بلاشبہ بہت ہی بڑا نقصان ہے کہ ان لوگوں نے اسلام کی تعبیر کو بگاڑا، کچھ مسلمانوں کو کچھ دے نہیں سکے سوائے تباہی کے۔</w:t>
      </w:r>
    </w:p>
    <w:p>
      <w:r>
        <w:rPr>
          <w:b/>
        </w:rPr>
        <w:t xml:space="preserve">[1:14:28] </w:t>
      </w:r>
      <w:r>
        <w:t>aur plus yeh hai ke dawat ka jazba bhi khatm kar diya. to main to is ko bohat bada fitna samajhta hoon.</w:t>
      </w:r>
    </w:p>
    <w:p>
      <w:pPr>
        <w:jc w:val="right"/>
      </w:pPr>
      <w:r>
        <w:t>اور پلس یہ ہے کہ دعوت کا جذبہ بھی ختم کر دیا۔ تو میں تو اس کو بہت بڑا فتنہ سمجھتا ہوں۔</w:t>
      </w:r>
    </w:p>
    <w:p>
      <w:r>
        <w:rPr>
          <w:b/>
        </w:rPr>
        <w:t xml:space="preserve">[1:14:38] </w:t>
      </w:r>
      <w:r>
        <w:t>islam ki tareekh mein main samajhta hoon ke is se bada koi fitna nahi hai. political interpretation</w:t>
      </w:r>
    </w:p>
    <w:p>
      <w:pPr>
        <w:jc w:val="right"/>
      </w:pPr>
      <w:r>
        <w:t>اسلام کی تاریخ میں میں سمجھتا ہوں کہ اس سے بڑا کوئی فتنہ نہیں ہے۔ پولیٹیکل انٹرپریٹیشن</w:t>
      </w:r>
    </w:p>
    <w:p>
      <w:r>
        <w:rPr>
          <w:b/>
        </w:rPr>
        <w:t xml:space="preserve">[1:14:43] </w:t>
      </w:r>
      <w:r>
        <w:t>poori islam ki history jo 1400 saal ki hai, is mein sab se bada fitna main isi ko samajhta hoon. political interpretation ko is ki wajah se logon ke andar roohaniyat khatm ho gayi, allah ka khauf wala ta'alluq khatm ho gaya,</w:t>
      </w:r>
    </w:p>
    <w:p>
      <w:pPr>
        <w:jc w:val="right"/>
      </w:pPr>
      <w:r>
        <w:t>پوری اسلام کی ہسٹری جو 1400 سال کی ہے، اس میں سب سے بڑا فتنہ میں اسی کو سمجھتا ہوں۔ پولیٹیکل انٹرپریٹیشن کو اس کی وجہ سے لوگوں کے اندر روحانیت ختم ہوگئی، اللہ کا خوف والا تعلق ختم ہوگیا،</w:t>
      </w:r>
    </w:p>
    <w:p>
      <w:r>
        <w:rPr>
          <w:b/>
        </w:rPr>
        <w:t xml:space="preserve">[1:14:57] </w:t>
      </w:r>
      <w:r>
        <w:t>logon se nafrat karne lage, logon ko bomb marne lage. aap ghor kijiye ke main aap ko do aayatein pesh karta hoon.</w:t>
      </w:r>
    </w:p>
    <w:p>
      <w:pPr>
        <w:jc w:val="right"/>
      </w:pPr>
      <w:r>
        <w:t>لوگوں سے نفرت کرنے لگے، لوگوں کو بم مارنے لگے۔ آپ غور کیجئے کہ میں آپ کو دو آیتیں پیش کرتا ہوں۔</w:t>
      </w:r>
    </w:p>
    <w:p>
      <w:r>
        <w:rPr>
          <w:b/>
        </w:rPr>
        <w:t xml:space="preserve">[1:15:06] </w:t>
      </w:r>
      <w:r>
        <w:t>is ke khule hue yeh log is ka irtikab kar rahe hain. khula khula</w:t>
      </w:r>
    </w:p>
    <w:p>
      <w:pPr>
        <w:jc w:val="right"/>
      </w:pPr>
      <w:r>
        <w:t>اس کے کھلے ہوئے یہ لوگ اس کا ارتکاب کر رہے ہیں۔ کھلا کھلا</w:t>
      </w:r>
    </w:p>
    <w:p>
      <w:r>
        <w:rPr>
          <w:b/>
        </w:rPr>
        <w:t xml:space="preserve">[1:15:10] </w:t>
      </w:r>
      <w:r>
        <w:t>ek aayat hai ke man qatala nafsan bighair nafsin fasadin fa ka'annama qatala nasin jamee'an. is ka matlab yeh hai ke agar koi aadmi ek innocent ko maare to us ne saare insanon ko maar dala.</w:t>
      </w:r>
    </w:p>
    <w:p>
      <w:pPr>
        <w:jc w:val="right"/>
      </w:pPr>
      <w:r>
        <w:t>ایک آیت ہے کہ من قطر نفس بغیر نفس فساد فکان قطر ناس جمیع اس کا مطلب یہ ہے کہ اگر کوئی آدمی ایک انوسنٹ کو مارے تو اس نے سارے انسانوں کو مار ڈالا۔</w:t>
      </w:r>
    </w:p>
    <w:p>
      <w:r>
        <w:rPr>
          <w:b/>
        </w:rPr>
        <w:t xml:space="preserve">[1:15:28] </w:t>
      </w:r>
      <w:r>
        <w:t>aap dekhiye ke jahan jahan in logon ka zor hai, har jagah innocent logon ko maar rahe hain. yeh doosri baat hai ke musalmanon ko hi maar rahe hain, yeh sirf ghair muslimon ko nahi.</w:t>
      </w:r>
    </w:p>
    <w:p>
      <w:pPr>
        <w:jc w:val="right"/>
      </w:pPr>
      <w:r>
        <w:t>آپ دیکھیے کہ جہاں جہاں ان لوگوں کا زور ہے، ہر جگہ انوسنٹ لوگوں کو مار رہے ہیں۔ یہ دوسری بات ہے کہ مسلمانوں کو ہی مار رہے ہیں، یہ صرف غیر مسلموں کو نہیں۔</w:t>
      </w:r>
    </w:p>
    <w:p>
      <w:r>
        <w:rPr>
          <w:b/>
        </w:rPr>
        <w:t xml:space="preserve">[1:15:37] </w:t>
      </w:r>
      <w:r>
        <w:t>to aayat quran majeed mein hai ke man qatala mu'minan tajzibun jahannama. jis ne ek momin ko jaan boojh kar mara to woh jahannum mein jayega.</w:t>
      </w:r>
    </w:p>
    <w:p>
      <w:pPr>
        <w:jc w:val="right"/>
      </w:pPr>
      <w:r>
        <w:t>تو آیت قرآن مجید میں ہے کہ من قتل مومن فجزا جہنم جس نے ایک مومن کو جان بوجھ کر مارا تو وہ جہنم میں جائے گا۔</w:t>
      </w:r>
    </w:p>
    <w:p>
      <w:r>
        <w:rPr>
          <w:b/>
        </w:rPr>
        <w:t xml:space="preserve">[1:15:49] </w:t>
      </w:r>
      <w:r>
        <w:t>aur yahi cheez, yahi nazariye se soch pabandi nikli hai. koi jab dekha ke gun se kaam nahi chalta, doosron ko maar nahi paate to apne ko maar dalo, apne ko maar kar ke unhein nuksan pahunchao.</w:t>
      </w:r>
    </w:p>
    <w:p>
      <w:pPr>
        <w:jc w:val="right"/>
      </w:pPr>
      <w:r>
        <w:t>اور یہی چیز، یہی نظریے سے سوچ پابندی نکلی ہے۔ کوئی جب دیکھا کہ گن سے کام نہیں چلتا، دوسروں کو مار نہیں پاتے تو اپنے کو مار ڈالو، اپنے کو مار کر کے انہیں نقصان پہنچاؤ۔</w:t>
      </w:r>
    </w:p>
    <w:p>
      <w:r>
        <w:rPr>
          <w:b/>
        </w:rPr>
        <w:t xml:space="preserve">[1:16:04] </w:t>
      </w:r>
      <w:r>
        <w:t>to is nazariye, is nazariye ne mein samajhta hoon ke islam ki tareekh mein koi bhi doosri cheez aisi itni zyada disastrous nahi jitna ke yeh theory disastrous hai.</w:t>
      </w:r>
    </w:p>
    <w:p>
      <w:pPr>
        <w:jc w:val="right"/>
      </w:pPr>
      <w:r>
        <w:t>تو اس نظریے، اس نظریے نے میں سمجھتا ہوں کہ اسلام کی تاریخ میں کوئی بھی دوسری چیز ایسی اتنی زیادہ ڈساسٹرس نہیں جتنا کہ یہ تھیوری ڈساسٹرس ہے۔</w:t>
      </w:r>
    </w:p>
    <w:p>
      <w:r>
        <w:rPr>
          <w:b/>
        </w:rPr>
        <w:t xml:space="preserve">[1:16:19] </w:t>
      </w:r>
      <w:r>
        <w:t>das question is from Maulana Zikwan Nadvi from Delhi. Maulana, there is a hadith in Sahih Bukhari which says: "I have been ordered by God to fight against the people till they testify that La ilaha illallah Muhammadur Rasulullah." Maulana, kindly comment on this.</w:t>
      </w:r>
    </w:p>
    <w:p>
      <w:pPr>
        <w:jc w:val="right"/>
      </w:pPr>
      <w:r>
        <w:t>دس کوئسچن از فرام مولانا زکوان ندوی فرام دہلی۔ مولانا، دیر از ا حدیث ان صحیح البخاری وچ سیز: "آئی ہیو بین آرڈرڈ بائی گاڈ ٹو فائٹ اگینسٹ دا پیپل ٹل دے ٹیسٹفائی دیٹ لا الہ الا اللہ محمد رسول اللہ۔" مولانا، کائنڈلی کمنٹ ان دس۔</w:t>
      </w:r>
    </w:p>
    <w:p>
      <w:r>
        <w:rPr>
          <w:b/>
        </w:rPr>
        <w:t xml:space="preserve">[1:16:46] </w:t>
      </w:r>
      <w:r>
        <w:t>haan, yeh hadith hai</w:t>
      </w:r>
    </w:p>
    <w:p>
      <w:pPr>
        <w:jc w:val="right"/>
      </w:pPr>
      <w:r>
        <w:t>ہاں، یہ حدیث ہے</w:t>
      </w:r>
    </w:p>
    <w:p>
      <w:r>
        <w:rPr>
          <w:b/>
        </w:rPr>
        <w:t xml:space="preserve">[1:16:51] </w:t>
      </w:r>
      <w:r>
        <w:t>Bukhari mein aur doosri kitabon mein ke umar to qatil-e-naas hatta la ilaha illallah is mein mein do baatein kahunga.</w:t>
      </w:r>
    </w:p>
    <w:p>
      <w:pPr>
        <w:jc w:val="right"/>
      </w:pPr>
      <w:r>
        <w:t>بخاری میں اور دوسری کتابوں میں کہ عمر تو قاتل الناس حتی لا الہ الا اللہ اس میں میں دو باتیں کہوں گا۔</w:t>
      </w:r>
    </w:p>
    <w:p>
      <w:r>
        <w:rPr>
          <w:b/>
        </w:rPr>
        <w:t xml:space="preserve">[1:17:01] </w:t>
      </w:r>
      <w:r>
        <w:t>ek to yeh ke yeh yeh is ko logon ne general samajh rakha hai, yaani absolute maan rakha hai. Haalanki aisa nahi hai.</w:t>
      </w:r>
    </w:p>
    <w:p>
      <w:pPr>
        <w:jc w:val="right"/>
      </w:pPr>
      <w:r>
        <w:t>ایک تو یہ کہ یہ یہ اس کو لوگوں نے جنرل سمجھ رکھا ہے، یعنی ایبسولیوٹ مان رکھا ہے۔ حالانکہ ایسا نہیں ہے۔</w:t>
      </w:r>
    </w:p>
    <w:p>
      <w:r>
        <w:rPr>
          <w:b/>
        </w:rPr>
        <w:t xml:space="preserve">[1:17:10] </w:t>
      </w:r>
      <w:r>
        <w:t>is hadith mein sirf woh log murad hain jin ko hum Quraish kehte hain, yaani Rasulullah ke contemporary bano ismail,</w:t>
      </w:r>
    </w:p>
    <w:p>
      <w:pPr>
        <w:jc w:val="right"/>
      </w:pPr>
      <w:r>
        <w:t>اس حدیث میں صرف وہ لوگ مراد ہیں جن کو ہم قریش کہتے ہیں، یعنی رسول اللہ کے کنٹمپریری بنو اسماعیل،</w:t>
      </w:r>
    </w:p>
    <w:p>
      <w:r>
        <w:rPr>
          <w:b/>
        </w:rPr>
        <w:t xml:space="preserve">[1:17:22] </w:t>
      </w:r>
      <w:r>
        <w:t>Rasulullah ke zamane ke woh log jo Makka mein rehte the, jin ko Quraish kaha jata tha. Jab Rasulullah sallallahu alaihi wasallam ne barah-e-rast dawat di, jo moasir the, aap ke moasir to un ke bare mein yeh hadith hai ke un logon ko jin par barah-e-rast dawat di hai, un ke bare mein yeh hadith hai.</w:t>
      </w:r>
    </w:p>
    <w:p>
      <w:pPr>
        <w:jc w:val="right"/>
      </w:pPr>
      <w:r>
        <w:t>رسول اللہ کے زمانے کے وہ لوگ جو مکہ میں رہتے تھے، جن کو قریش کہا جاتا تھا۔ جب رسول اللہ صلی اللہ علیہ وسلم نے براہ راست دعوت دی، جو معاصر تھے، آپ کے معاصر تو ان کے بارے میں یہ حدیث ہے کہ ان لوگوں کو جن پر براہ راست دعوت دی ہے، ان کے بارے میں یہ حدیث ہے۔</w:t>
      </w:r>
    </w:p>
    <w:p>
      <w:r>
        <w:rPr>
          <w:b/>
        </w:rPr>
        <w:t xml:space="preserve">[1:17:40] </w:t>
      </w:r>
      <w:r>
        <w:t>doosri baat yeh hai ke mein is ko language of hembring manta hoon, kyunke kabhi aap ne jang nahi ki</w:t>
      </w:r>
    </w:p>
    <w:p>
      <w:pPr>
        <w:jc w:val="right"/>
      </w:pPr>
      <w:r>
        <w:t>دوسری بات یہ ہے کہ میں اس کو لینگویج آف ہمبرنگ مانتا ہوں، کیونکہ کبھی آپ نے جنگ نہیں کی</w:t>
      </w:r>
    </w:p>
    <w:p>
      <w:r>
        <w:rPr>
          <w:b/>
        </w:rPr>
        <w:t xml:space="preserve">[1:17:48] </w:t>
      </w:r>
      <w:r>
        <w:t>is maqsad se. Kabhi aap ne jang nahi ki ke tum log Islam qabool karo, nahi to hum tum ko maar dalenge. Aisi koi jang nahi ki aap ne. Aap ne jo jangein ki, woh sab difa'i hain, defensive.</w:t>
      </w:r>
    </w:p>
    <w:p>
      <w:pPr>
        <w:jc w:val="right"/>
      </w:pPr>
      <w:r>
        <w:t>اس مقصد سے۔ کبھی آپ نے جنگ نہیں کی کہ تم لوگ اسلام قبول کرو، نہیں تو ہم تم کو مار ڈالیں گے۔ ایسی کوئی جنگ نہیں کی آپ نے۔ آپ نے جو جنگیں کیں، وہ سب دفاعی ہیں، ڈیفنسو۔</w:t>
      </w:r>
    </w:p>
    <w:p>
      <w:r>
        <w:rPr>
          <w:b/>
        </w:rPr>
        <w:t xml:space="preserve">[1:18:00] </w:t>
      </w:r>
      <w:r>
        <w:t>bahut zyada ghaur. Phir kyun? Mein bahut si ayatein hain aur aisi hain jahan mein manta hoon ke woh language of hembring hai. Jaise India mein aap bahut sunte hain ke hamari ladai firqa, yaani firqa paraston se hai.</w:t>
      </w:r>
    </w:p>
    <w:p>
      <w:pPr>
        <w:jc w:val="right"/>
      </w:pPr>
      <w:r>
        <w:t>بہت زیادہ غور۔ پھر کیوں؟ میں بہت سی آیتیں ہیں اور ایسی ہیں جہاں میں مانتا ہوں کہ وہ لینگویج آف ہیمبرنگ ہے۔ جیسے انڈیا میں آپ بہت سنتے ہیں کہ ہماری لڑائی فرقہ، یعنی فرقہ پرستوں سے ہے۔</w:t>
      </w:r>
    </w:p>
    <w:p>
      <w:r>
        <w:rPr>
          <w:b/>
        </w:rPr>
        <w:t xml:space="preserve">[1:18:14] </w:t>
      </w:r>
      <w:r>
        <w:t>to kya woh ladai chhedte hain? Woh</w:t>
      </w:r>
    </w:p>
    <w:p>
      <w:pPr>
        <w:jc w:val="right"/>
      </w:pPr>
      <w:r>
        <w:t>تو کیا وہ لڑائی چھیڑتے ہیں؟ وہ</w:t>
      </w:r>
    </w:p>
    <w:p>
      <w:r>
        <w:rPr>
          <w:b/>
        </w:rPr>
        <w:t xml:space="preserve">[1:18:18] </w:t>
      </w:r>
      <w:r>
        <w:t>aap bahut sunte honge stage par bolta hai ek aadmi ke hamari ladai kamzor taqaton se hai. To kamzor taqaton ke khilaaf woh koi fauj daudata hai, bomb marta hai us ko.</w:t>
      </w:r>
    </w:p>
    <w:p>
      <w:pPr>
        <w:jc w:val="right"/>
      </w:pPr>
      <w:r>
        <w:t>آپ بہت سنتے ہوں گے اسٹیج پر بولتا ہے ایک آدمی کہ ہماری لڑائی کمر طاقتوں سے ہے۔ تو کمر طاقتوں کے خلاف وہ کوئی فوج دوڑاتا ہے، بم مارتا ہے اس کو۔</w:t>
      </w:r>
    </w:p>
    <w:p>
      <w:r>
        <w:rPr>
          <w:b/>
        </w:rPr>
        <w:t xml:space="preserve">[1:18:30] </w:t>
      </w:r>
      <w:r>
        <w:t>yeh hai language of hembring. Aur kab? Aur is ka saboot yeh hai ke kabhi aap ne un ke khilaaf ladai chhedi nahi, yeh keh kar ke tum Islam qabool karo, tumhein maar dalenge tum ko.</w:t>
      </w:r>
    </w:p>
    <w:p>
      <w:pPr>
        <w:jc w:val="right"/>
      </w:pPr>
      <w:r>
        <w:t>یہ ہے لینگویج آف ہیمبرنگ۔ اور کب؟ اور اس کا ثبوت یہ ہے کہ کبھی آپ نے ان کے خلاف لڑائی چھڑی نہیں، یہ کہہ کر کہ تم اسلام قبول کرو، تمہیں مار ڈالیں گے تم کو۔</w:t>
      </w:r>
    </w:p>
    <w:p>
      <w:r>
        <w:rPr>
          <w:b/>
        </w:rPr>
        <w:t xml:space="preserve">[1:18:44] </w:t>
      </w:r>
      <w:r>
        <w:t>is baat ko samajh lijiye ke da'i jo hai, woh aksar language of hembring istemal karta hai, yaani sakht lafz bolta hai, is liye ke logon par asar pade.</w:t>
      </w:r>
    </w:p>
    <w:p>
      <w:pPr>
        <w:jc w:val="right"/>
      </w:pPr>
      <w:r>
        <w:t>اس بات کو سمجھ لیجئے کہ داعی جو ہے، وہ اکثر لینگویج آف ہیمبرنگ استعمال کرتا ہے، یعنی سخت لفظ بولتا ہے، اس لیے کہ لوگوں پر اثر پڑے۔</w:t>
      </w:r>
    </w:p>
    <w:p>
      <w:r>
        <w:rPr>
          <w:b/>
        </w:rPr>
        <w:t xml:space="preserve">[1:18:54] </w:t>
      </w:r>
      <w:r>
        <w:t>bas yeh zyada aur kuch nahi.</w:t>
      </w:r>
    </w:p>
    <w:p>
      <w:pPr>
        <w:jc w:val="right"/>
      </w:pPr>
      <w:r>
        <w:t>بس یہ زیادہ اور کچھ نہیں۔</w:t>
      </w:r>
    </w:p>
    <w:p>
      <w:r>
        <w:rPr>
          <w:b/>
        </w:rPr>
        <w:t xml:space="preserve">[1:19:03] </w:t>
      </w:r>
      <w:r>
        <w:t>das question is from Miss Sadia Khan from New Delhi.</w:t>
      </w:r>
    </w:p>
    <w:p>
      <w:pPr>
        <w:jc w:val="right"/>
      </w:pPr>
      <w:r>
        <w:t>دس کوئسچن از فرام مس سعدیہ خان فرام نیو دہلی۔</w:t>
      </w:r>
    </w:p>
    <w:p>
      <w:r>
        <w:rPr>
          <w:b/>
        </w:rPr>
        <w:t xml:space="preserve">[1:19:08] </w:t>
      </w:r>
      <w:r>
        <w:t>When Abu Ala Maududi and Syed Qutb propounded the concept of political Islam, why did not other Islamic scholars and ulema criticize them?</w:t>
      </w:r>
    </w:p>
    <w:p>
      <w:pPr>
        <w:jc w:val="right"/>
      </w:pPr>
      <w:r>
        <w:t>وین ابو اعلیٰ مودودی اینڈ سید کتب پراؤنڈڈ دا کانسیپٹ آف پولیٹیکل اسلام، وائی ڈیڈ ناٹ ادر اسلامک سکالرز اینڈ علماء کریٹیسائز دیم؟</w:t>
      </w:r>
    </w:p>
    <w:p>
      <w:r>
        <w:rPr>
          <w:b/>
        </w:rPr>
        <w:t xml:space="preserve">[1:19:25] </w:t>
      </w:r>
      <w:r>
        <w:t>haan, mere siwa bhi kai logon ne is par criticize kiya, jaise Maulana Abdul Husain Nadvi ne kiya, Maulana Manzoor Nomani ne kiya. To aisa nahi ke woh kisi ne nahi kiya ho.</w:t>
      </w:r>
    </w:p>
    <w:p>
      <w:pPr>
        <w:jc w:val="right"/>
      </w:pPr>
      <w:r>
        <w:t>ہاں، میرے سوا بھی کئی لوگوں نے اس پر کریٹیسائز کیا، جیسے مولانا عبدالحسین ندوی نے کیا، مولانا منظور نعمانی نے کیا۔ تو ایسا نہیں کہ وہ کسی نے نہیں کیا ہو۔</w:t>
      </w:r>
    </w:p>
    <w:p>
      <w:r>
        <w:rPr>
          <w:b/>
        </w:rPr>
        <w:t xml:space="preserve">[1:19:39] </w:t>
      </w:r>
      <w:r>
        <w:t>albata yeh ke doosre ulema ne, bahut se ulema ne kiya hai. Doosre ulema ki tanqideen jo hain, itna zyada mudallal nahi hain, matlab reason based nahi hain.</w:t>
      </w:r>
    </w:p>
    <w:p>
      <w:pPr>
        <w:jc w:val="right"/>
      </w:pPr>
      <w:r>
        <w:t>البتہ یہ کہ دوسرے علماء نے، بہت سے علماء نے کیا ہے۔ دوسرے علماء کی تنقیدیں جو ہیں، اتنا زیادہ مدلل نہیں ہیں، مطلب ریزن بیسڈ نہیں ہیں۔</w:t>
      </w:r>
    </w:p>
    <w:p>
      <w:r>
        <w:rPr>
          <w:b/>
        </w:rPr>
        <w:t xml:space="preserve">[1:19:49] </w:t>
      </w:r>
      <w:r>
        <w:t>meri tanqeed bahut zyada reason based hai, yeh farq hai. Warna bahut se log hain jinhone un ke un ke is se ikhtilaf kiya aur us ko galat bataya.</w:t>
      </w:r>
    </w:p>
    <w:p>
      <w:pPr>
        <w:jc w:val="right"/>
      </w:pPr>
      <w:r>
        <w:t>میری تنقید بہت زیادہ ریزن بیسڈ ہے، یہ فرق ہے۔ ورنہ بہت سے لوگ ہیں جنہوں نے ان کے ان کے اس سے اختلاف کیا اور اس کو غلط بتایا۔</w:t>
      </w:r>
    </w:p>
    <w:p>
      <w:r>
        <w:rPr>
          <w:b/>
        </w:rPr>
        <w:t xml:space="preserve">[1:20:01] </w:t>
      </w:r>
      <w:r>
        <w:t>to galat batane walon mein akela nahi hoon. Albata yeh zaroor hai ke meri jo tanqeed hai, bahut ilmi hai, bahut zyada rea</w:t>
      </w:r>
    </w:p>
    <w:p>
      <w:pPr>
        <w:jc w:val="right"/>
      </w:pPr>
      <w:r>
        <w:t>تو غلط بتانے والوں میں اکیلا نہیں ہوں۔ البتہ یہ ضرور ہے کہ میری جو تنقید ہے، بہت علمی ہے، بہت زیادہ ریز</w:t>
      </w:r>
    </w:p>
    <w:p>
      <w:r>
        <w:rPr>
          <w:b/>
        </w:rPr>
        <w:t xml:space="preserve">[1:20:08] </w:t>
      </w:r>
      <w:r>
        <w:t>son based hai, saare references is mein hain, yeh sab baatein hain. Warna bahut se log hain jo jo us ko galat samajhte hain, masalan Maulana Abu al-Hasan Nadvi, Maulana Manzoor Nomani, Maulana Amir Hasan Islahi,</w:t>
      </w:r>
    </w:p>
    <w:p>
      <w:pPr>
        <w:jc w:val="right"/>
      </w:pPr>
      <w:r>
        <w:t>ن بیسڈ ہے، سارے ریفرنسز اس میں ہیں، یہ سب باتیں ہیں۔ ورنہ بہت سے لوگ ہیں جو جو اس کو غلط سمجھتے ہیں، مثلاً مولا ابو الحسن ندوی، مولا منظور نعمانی، مولا امیر حسن اصلاحی،</w:t>
      </w:r>
    </w:p>
    <w:p>
      <w:r>
        <w:rPr>
          <w:b/>
        </w:rPr>
        <w:t xml:space="preserve">[1:20:22] </w:t>
      </w:r>
      <w:r>
        <w:t>Maulana Abdul Rahim Ashraf, Maulana Abdul Hasan waghera waghera.</w:t>
      </w:r>
    </w:p>
    <w:p>
      <w:pPr>
        <w:jc w:val="right"/>
      </w:pPr>
      <w:r>
        <w:t>مولا عبدالرحیم اشرف، مولا عبدالحسن وغیرہ وغیرہ۔</w:t>
      </w:r>
    </w:p>
    <w:p>
      <w:r>
        <w:rPr>
          <w:b/>
        </w:rPr>
        <w:t xml:space="preserve">[1:20:31] </w:t>
      </w:r>
      <w:r>
        <w:t>This question is from Mr. Kaif Mahmood from Cambridge, UK.</w:t>
      </w:r>
    </w:p>
    <w:p>
      <w:pPr>
        <w:jc w:val="right"/>
      </w:pPr>
      <w:r>
        <w:t>دس کوئسچن از فرام مسٹر کیف محمود فرام کیمبرج یو کے۔</w:t>
      </w:r>
    </w:p>
    <w:p>
      <w:r>
        <w:rPr>
          <w:b/>
        </w:rPr>
        <w:t xml:space="preserve">[1:20:39] </w:t>
      </w:r>
      <w:r>
        <w:t>When the Meccans broke the treaty of Hudaybiyyah by helping the Khuzah against the men of the clan of Abu Bakr, the Prophet marched to Makkah with a huge army.</w:t>
      </w:r>
    </w:p>
    <w:p>
      <w:pPr>
        <w:jc w:val="right"/>
      </w:pPr>
      <w:r>
        <w:t>وین دی میکنز بروک دا ٹریٹی آف حدیبیہ بائے ہیلپنگ دی خزاز اگینسٹ دا مین آف دا کلین آف ابوبکر، دا پرافٹ مارچ ٹو مکہ ودا ہیوج آرمی۔</w:t>
      </w:r>
    </w:p>
    <w:p>
      <w:r>
        <w:rPr>
          <w:b/>
        </w:rPr>
        <w:t xml:space="preserve">[1:20:52] </w:t>
      </w:r>
      <w:r>
        <w:t>The Meccans tried to pacify the Prophet and reinstate the treaty, but Prophet was not willing, and the Muslim armies conquered Makkah, broke the idols in the mosque and burned them.</w:t>
      </w:r>
    </w:p>
    <w:p>
      <w:pPr>
        <w:jc w:val="right"/>
      </w:pPr>
      <w:r>
        <w:t>دی میکنز ٹرائی ٹو پیسیفائی دی پرافٹ اینڈ ری انسٹیٹ دا ٹریٹی، بٹ پرافٹ واز ناٹ ویلنگ، اینڈ دا مسلم آرمیز کانکرڈ مکہ، بروک دی آئڈلز ان دا مسک اینڈ برن دیم۔</w:t>
      </w:r>
    </w:p>
    <w:p>
      <w:r>
        <w:rPr>
          <w:b/>
        </w:rPr>
        <w:t xml:space="preserve">[1:21:08] </w:t>
      </w:r>
      <w:r>
        <w:t>more over, every one in Makkah who had an idol in house was required to destroy it. Then the Prophet sent his soldiers to destroy shrines in town close to Makkah as well.</w:t>
      </w:r>
    </w:p>
    <w:p>
      <w:pPr>
        <w:jc w:val="right"/>
      </w:pPr>
      <w:r>
        <w:t>مور اوور، ایوری ون ان مکہ ہو ہیڈ این آئڈل ان ہاؤس واز ریکوائرڈ ٹو ڈسٹرائے اٹ۔ دین دا پرافٹ سینڈ ہز سولجرز ٹو ڈسٹرائے شرائنز ان ٹاؤن کلوز ٹو مکہ ایز ویل۔</w:t>
      </w:r>
    </w:p>
    <w:p>
      <w:r>
        <w:rPr>
          <w:b/>
        </w:rPr>
        <w:t xml:space="preserve">[1:21:24] </w:t>
      </w:r>
      <w:r>
        <w:t>molana, I would like to know your comment in this. nahin, dekhen, is ne ek picture jo batai hai, vo sahi nahin hai. rasul allah salallahu alaihi wasallam ne un ke khilaf jang nahin ki thi, vo peaceful march tha,</w:t>
      </w:r>
    </w:p>
    <w:p>
      <w:pPr>
        <w:jc w:val="right"/>
      </w:pPr>
      <w:r>
        <w:t>مولانا، ائی وڈ لائک ٹو نو یور کمنٹ ان دس۔ نہیں، دیکھیں، اس نے ایک پکچر جو بتائی ہے، وہ صحیح نہیں ہے۔ رسول اللہ صلی اللہ علیہ وسلم نے ان کے خلاف جنگ نہیں کی تھی، وہ پیس فل مارچ تھا،</w:t>
      </w:r>
    </w:p>
    <w:p>
      <w:r>
        <w:rPr>
          <w:b/>
        </w:rPr>
        <w:t xml:space="preserve">[1:21:38] </w:t>
      </w:r>
      <w:r>
        <w:t>pura pura peesful march tha vo. aur is vaqt bat kya thi ke musalman meajuriti men ho chuke the, meajuriti men ho chuke the, yani quraish ke sardar jo hain, abhi mukhalif bane hue the, lekin log meajuriti men ho chuke the.</w:t>
      </w:r>
    </w:p>
    <w:p>
      <w:pPr>
        <w:jc w:val="right"/>
      </w:pPr>
      <w:r>
        <w:t>پورا پورا پیس فل مارچ تھا وہ۔ اور اس وقت بات کیا تھی کہ مسلمان میجورٹی میں ہو چکے تھے، میجورٹی میں ہو چکے تھے، یعنی قریش کے سردار جو ہیں، ابھی مخالف بنے ہوئے تھے، لیکن لوگ میجورٹی میں ہو چکے تھے۔</w:t>
      </w:r>
    </w:p>
    <w:p>
      <w:r>
        <w:rPr>
          <w:b/>
        </w:rPr>
        <w:t xml:space="preserve">[1:21:56] </w:t>
      </w:r>
      <w:r>
        <w:t>to aap ne peesful march kiya aur koi ladai vahan nahin ki, aap koi ladai nahin ki, un sab ko maaf kar diya.</w:t>
      </w:r>
    </w:p>
    <w:p>
      <w:pPr>
        <w:jc w:val="right"/>
      </w:pPr>
      <w:r>
        <w:t>تو آپ نے پیس فل مارچ کیا اور کوئی لڑائی وہاں نہیں کی، آپ کوئی لڑائی نہیں کی، ان سب کو معاف کر دیا۔</w:t>
      </w:r>
    </w:p>
    <w:p>
      <w:r>
        <w:rPr>
          <w:b/>
        </w:rPr>
        <w:t xml:space="preserve">[1:22:03] </w:t>
      </w:r>
      <w:r>
        <w:t>to peesful, unhon ne, unhon ne un ki galti ye thi ke kaba jo tha, jo sab ke lie tha, vahan se rok rakha tha. unhon ne, unhon ne kaba nahin banaya tha, kaba to hazrat ibrahim ne banaya tha, yani quraish makkah jo the, unhon ne kaba thodi banaya tha.</w:t>
      </w:r>
    </w:p>
    <w:p>
      <w:pPr>
        <w:jc w:val="right"/>
      </w:pPr>
      <w:r>
        <w:t>تو پیس فل، انہوں نے، انہوں نے ان کی غلطی یہ تھی کہ کعبہ جو تھا، جو سب کے لیے تھا، وہاں سے روک رکھا تھا۔ انہوں نے، انہوں نے کعبہ نہیں بنایا تھا، کعبہ تو حضرت ابراہیم نے بنایا تھا، یعنی قریش مکہ جو تھے، انہوں نے کعبہ تھوڑی بنایا تھا۔</w:t>
      </w:r>
    </w:p>
    <w:p>
      <w:r>
        <w:rPr>
          <w:b/>
        </w:rPr>
        <w:t xml:space="preserve">[1:22:18] </w:t>
      </w:r>
      <w:r>
        <w:t>unhon ne rok rakha tha ke vahan rasul allah umrah karne ke lie jana chahte the aur unhon ne rok diya ke ham umrah nahin karne denge. ye kya haq tha un ko? un ko koi haq nahin tha is ka.</w:t>
      </w:r>
    </w:p>
    <w:p>
      <w:pPr>
        <w:jc w:val="right"/>
      </w:pPr>
      <w:r>
        <w:t>انہوں نے روک رکھا تھا کہ وہاں رسول اللہ عمرہ کرنے کے لیے جانا چاہتے تھے اور انہوں نے روک دیا کہ ہم عمرہ نہیں کرنے دیں گے۔ یہ کیا حق تھا ان کو؟ ان کو کوئی حق نہیں تھا اس کا۔</w:t>
      </w:r>
    </w:p>
    <w:p>
      <w:r>
        <w:rPr>
          <w:b/>
        </w:rPr>
        <w:t xml:space="preserve">[1:22:29] </w:t>
      </w:r>
      <w:r>
        <w:t>to aap jab meajuriti aap ke sath ho gai to aap ne march kiya aur zahir hai ke vahan aap ka dominashan qaim ho gaya, bagair ladai bhade, koi ladai bhadai nahin hui.</w:t>
      </w:r>
    </w:p>
    <w:p>
      <w:pPr>
        <w:jc w:val="right"/>
      </w:pPr>
      <w:r>
        <w:t>تو آپ جب میجورٹی آپ کے ساتھ ہو گئی تو آپ نے مارچ کیا اور ظاہر ہے کہ وہاں آپ کا ڈومینیشن قائم ہو گیا، بغیر لڑائی بھڑے، کوئی لڑائی بھڑائی نہیں ہوئی۔</w:t>
      </w:r>
    </w:p>
    <w:p>
      <w:r>
        <w:rPr>
          <w:b/>
        </w:rPr>
        <w:t xml:space="preserve">[1:22:37] </w:t>
      </w:r>
      <w:r>
        <w:t>aur jahan tak budh ki bat hai to budh jo the, ye ye sahi nahin hai. jab jab budh pujne vale na rahe to vo kya hoga? budh aise chaie ke budh pujne vale nahin rahe.</w:t>
      </w:r>
    </w:p>
    <w:p>
      <w:pPr>
        <w:jc w:val="right"/>
      </w:pPr>
      <w:r>
        <w:t>اور جہاں تک بدھ کی بات ہے تو بدھ جو تھے، یہ یہ صحیح نہیں ہے۔ جب جب بدھ پوجنے والے نہ رہے تو وہ کیا ہوگا؟ بدھ ایسے چاہیے کہ بدھ پوجنے والے نہیں رہے۔</w:t>
      </w:r>
    </w:p>
    <w:p>
      <w:r>
        <w:rPr>
          <w:b/>
        </w:rPr>
        <w:t xml:space="preserve">[1:22:48] </w:t>
      </w:r>
      <w:r>
        <w:t>unhon ne toda jo jo puchte the, unhon ne nahin toda tha, rasul allah ne nahin toda tha, rasul allah ne ek but nahin toda.</w:t>
      </w:r>
    </w:p>
    <w:p>
      <w:pPr>
        <w:jc w:val="right"/>
      </w:pPr>
      <w:r>
        <w:t>انہوں نے توڑا جو جو پوچھتے تھے، انہوں نے نہیں توڑا تھا، رسول اللہ نے نہیں توڑا تھا، رسول اللہ نے ایک بت نہیں توڑا۔</w:t>
      </w:r>
    </w:p>
    <w:p>
      <w:r>
        <w:rPr>
          <w:b/>
        </w:rPr>
        <w:t xml:space="preserve">[1:22:56] </w:t>
      </w:r>
      <w:r>
        <w:t>to do baten samajhni chaie ke unhon ne kaba se rok rakha tha logon ko, jis ka un ka koi right nahin tha. to rasul allah ne peaceful march kiya.</w:t>
      </w:r>
    </w:p>
    <w:p>
      <w:pPr>
        <w:jc w:val="right"/>
      </w:pPr>
      <w:r>
        <w:t>تو دو باتیں سمجھنی چاہیے کہ انہوں نے کعبہ سے روک رکھا تھا لوگوں کو، جس کا ان کا کوئی رائٹ نہیں تھا۔ تو رسول اللہ نے پیس فل مارچ کیا۔</w:t>
      </w:r>
    </w:p>
    <w:p>
      <w:r>
        <w:rPr>
          <w:b/>
        </w:rPr>
        <w:t xml:space="preserve">[1:23:05] </w:t>
      </w:r>
      <w:r>
        <w:t>aur dusri bat ye ke bulton ko jinhon ne toda, vo vahi the jo jo is ko puchte the pahle. ab un ka badal gaya, un ka yani mazahab to unhon ne is ko toda.</w:t>
      </w:r>
    </w:p>
    <w:p>
      <w:pPr>
        <w:jc w:val="right"/>
      </w:pPr>
      <w:r>
        <w:t>اور دوسری بات یہ کہ بتوں کو جنہوں نے توڑا، وہ وہی تھے جو جو اس کو پوچھتے تھے پہلے۔ اب ان کا بدل گیا، ان کا یعنی مذہب تو انہوں نے اس کو توڑا۔</w:t>
      </w:r>
    </w:p>
    <w:p>
      <w:r>
        <w:rPr>
          <w:b/>
        </w:rPr>
        <w:t xml:space="preserve">[1:23:16] </w:t>
      </w:r>
      <w:r>
        <w:t>rasul allah ne kisi but ko nahin toda tha. is par aap agar detail janana chahen to main ne aap meri kitabon men bat likhi hai, main ne is ko aap padh sakte hain.</w:t>
      </w:r>
    </w:p>
    <w:p>
      <w:pPr>
        <w:jc w:val="right"/>
      </w:pPr>
      <w:r>
        <w:t>رسول اللہ نے کسی بت کو نہیں توڑا تھا۔ اس پر آپ اگر ڈیٹیل جاننا چاہیں تو میں نے آپ میری کتابوں میں بات لکھی ہے، میں نے اس کو آپ پڑھ سکتے ہیں۔</w:t>
      </w:r>
    </w:p>
    <w:p>
      <w:r>
        <w:rPr>
          <w:b/>
        </w:rPr>
        <w:t xml:space="preserve">[1:23:29] </w:t>
      </w:r>
      <w:r>
        <w:t>This question is from Mr. Mujahid Karim from Mehrauli, New Delhi. Maulana, there are so many Islamic organizations who are doing Dawah work these days, but there are a lot of differences.</w:t>
      </w:r>
    </w:p>
    <w:p>
      <w:pPr>
        <w:jc w:val="right"/>
      </w:pPr>
      <w:r>
        <w:t>دس کوئسچن از فرام مسٹر مجاہد کریم فرام مہرولی، نیو دہلی۔ مولانا، دیر آر سو مینی اسلامک ارگنائزیشنز ہو آر ڈوئنگ دعویٰ ورک دیز ڈیز، بٹ دیر آر لاٹ آف ڈیفرنسز۔</w:t>
      </w:r>
    </w:p>
    <w:p>
      <w:r>
        <w:rPr>
          <w:b/>
        </w:rPr>
        <w:t xml:space="preserve">[1:23:45] </w:t>
      </w:r>
      <w:r>
        <w:t>For example, there are people who are doing Dawah work through Tablighi Jamaat, Jamaat Islami and Ahl Hadith. I would like to know your comment in this.</w:t>
      </w:r>
    </w:p>
    <w:p>
      <w:pPr>
        <w:jc w:val="right"/>
      </w:pPr>
      <w:r>
        <w:t>فار ایگزامپل، دیر آر پیپل ہو آر ڈوئنگ دعویٰ ورک تھرو تبلیغی جماعت، جماعت اسلامی اینڈ اہل حدیث۔ ائی وڈ لائک ٹو نو یور کمنٹ ان دس۔</w:t>
      </w:r>
    </w:p>
    <w:p>
      <w:r>
        <w:rPr>
          <w:b/>
        </w:rPr>
        <w:t xml:space="preserve">[1:23:57] </w:t>
      </w:r>
      <w:r>
        <w:t>dekhen, ye log davah vark nahin kar rahe hain, dawat ka nam zarur lete hain.</w:t>
      </w:r>
    </w:p>
    <w:p>
      <w:pPr>
        <w:jc w:val="right"/>
      </w:pPr>
      <w:r>
        <w:t>دیکھیں، یہ لوگ دعویٰ ورک نہیں کر رہے ہیں، دعوت کا نام ضرور لیتے ہیں۔</w:t>
      </w:r>
    </w:p>
    <w:p>
      <w:r>
        <w:rPr>
          <w:b/>
        </w:rPr>
        <w:t xml:space="preserve">[1:24:04] </w:t>
      </w:r>
      <w:r>
        <w:t>ek hai dawat ka nam lena, ek hai dawat ka kam karna. to jab tablighi jamat jaise islah ka kam karti hai, nam hai is ka tablighi jamat, karti hai musalmanon ki islah.</w:t>
      </w:r>
    </w:p>
    <w:p>
      <w:pPr>
        <w:jc w:val="right"/>
      </w:pPr>
      <w:r>
        <w:t>ایک ہے دعوت کا نام لینا، ایک ہے دعوت کا کام کرنا۔ تو جب تبلیغی جماعت جیسے اصلاح کا کام کرتی ہے، نام ہے اس کا تبلیغی جماعت، کرتی ہے مسلمانوں کی اصلاح۔</w:t>
      </w:r>
    </w:p>
    <w:p>
      <w:r>
        <w:rPr>
          <w:b/>
        </w:rPr>
        <w:t xml:space="preserve">[1:24:16] </w:t>
      </w:r>
      <w:r>
        <w:t>is ke jo vo the, yani amir tabligh jo the, molana inam ul hasan sahib, is ko unhon ne vo kahte the ke ye hamari tahrik jo hai, masjid var tahrik hai.</w:t>
      </w:r>
    </w:p>
    <w:p>
      <w:pPr>
        <w:jc w:val="right"/>
      </w:pPr>
      <w:r>
        <w:t>اس کے جو وہ تھے، یعنی امیر تبلیغ جو تھے، مولانا انعام الحسن صاحب، اس کو انہوں نے وہ کہتے تھے کہ یہ ہماری تحریک جو ہے، مسجد وار تحریک ہے۔</w:t>
      </w:r>
    </w:p>
    <w:p>
      <w:r>
        <w:rPr>
          <w:b/>
        </w:rPr>
        <w:t xml:space="preserve">[1:24:30] </w:t>
      </w:r>
      <w:r>
        <w:t>bilkul sahi nam diya tha unhon ne. to tablighi jamat masjid var tahrik hai aur dawat to hogi jab vo mandir var tahrik ho, charc var tahrik ho, girja var tahrik ho.</w:t>
      </w:r>
    </w:p>
    <w:p>
      <w:pPr>
        <w:jc w:val="right"/>
      </w:pPr>
      <w:r>
        <w:t>بالکل صحیح نام دیا تھا انہوں نے۔ تو تبلیغی جماعت مسجد وار تحریک ہے اور دعوت تو ہوگی جب وہ مندر وار تحریک ہو، چرچ وار تحریک ہو، گرجا وار تحریک ہو۔</w:t>
      </w:r>
    </w:p>
    <w:p>
      <w:r>
        <w:rPr>
          <w:b/>
        </w:rPr>
        <w:t xml:space="preserve">[1:24:40] </w:t>
      </w:r>
      <w:r>
        <w:t>to tabligh jo hai, na to mandir var hai, na gurdwara var hai, na charc var hai, masjid var hai. to vo to musalmanon ko namaz roza sikhana, vo to dawat se koi taluq nahin.</w:t>
      </w:r>
    </w:p>
    <w:p>
      <w:pPr>
        <w:jc w:val="right"/>
      </w:pPr>
      <w:r>
        <w:t>تو تبلیغ جو ہے، نہ تو مندر وار ہے، نہ گوردوارہ وار ہے، نہ چرچ وار ہے، مسجد وار ہے۔ تو وہ تو مسلمانوں کو نماز روزہ سکھانا، وہ تو دعوت سے کوئی تعلق نہیں۔</w:t>
      </w:r>
    </w:p>
    <w:p>
      <w:r>
        <w:rPr>
          <w:b/>
        </w:rPr>
        <w:t xml:space="preserve">[1:24:52] </w:t>
      </w:r>
      <w:r>
        <w:t>jamat islami ka bhi politikal stand hai,</w:t>
      </w:r>
    </w:p>
    <w:p>
      <w:pPr>
        <w:jc w:val="right"/>
      </w:pPr>
      <w:r>
        <w:t>جماعت اسلامی کا بھی پولیٹیکل اسٹینڈ ہے،</w:t>
      </w:r>
    </w:p>
    <w:p>
      <w:r>
        <w:rPr>
          <w:b/>
        </w:rPr>
        <w:t xml:space="preserve">[1:24:56] </w:t>
      </w:r>
      <w:r>
        <w:t>hukumatun hukumat qaim karna, hukumatun se takrana, is ka nam dawat nahin hai. salafi log dawat samajhte hain, yani vo so kold mushrikana madae se ladai karne ko,</w:t>
      </w:r>
    </w:p>
    <w:p>
      <w:pPr>
        <w:jc w:val="right"/>
      </w:pPr>
      <w:r>
        <w:t>حکومتوں حکومت قائم کرنا، حکومتوں سے ٹکرانا، اس کا نام دعوت نہیں ہے۔ سلفی لوگ دعوت سمجھتے ہیں، یعنی وہ سو کالڈ مشرکانہ مدائع سے لڑائی کرنے کو،</w:t>
      </w:r>
    </w:p>
    <w:p>
      <w:r>
        <w:rPr>
          <w:b/>
        </w:rPr>
        <w:t xml:space="preserve">[1:25:11] </w:t>
      </w:r>
      <w:r>
        <w:t>vo is ko dawat samajhte hain. ye sab dawat nahin hai. dawat nam hai inzar o tafsir ka.</w:t>
      </w:r>
    </w:p>
    <w:p>
      <w:pPr>
        <w:jc w:val="right"/>
      </w:pPr>
      <w:r>
        <w:t>وہ اس کو دعوت سمجھتے ہیں۔ یہ سب دعوت نہیں ہے۔ دعوت نام ہے انظار و تفسیر کا۔</w:t>
      </w:r>
    </w:p>
    <w:p>
      <w:r>
        <w:rPr>
          <w:b/>
        </w:rPr>
        <w:t xml:space="preserve">[1:25:18] </w:t>
      </w:r>
      <w:r>
        <w:t>inzar o tafsir ke sens men dawat ka kam sirf hamara mishan kar raha hai aur koi bhi nahin kar raha hai. duniya bhar men koi bhi nahin kar raha hai.</w:t>
      </w:r>
    </w:p>
    <w:p>
      <w:pPr>
        <w:jc w:val="right"/>
      </w:pPr>
      <w:r>
        <w:t>انظار و تفسیر کے سینس میں دعوت کا کام صرف ہمارا مشن کر رہا ہے اور کوئی بھی نہیں کر رہا ہے۔ دنیا بھر میں کوئی بھی نہیں کر رہا ہے۔</w:t>
      </w:r>
    </w:p>
    <w:p>
      <w:r>
        <w:rPr>
          <w:b/>
        </w:rPr>
        <w:t xml:space="preserve">[1:25:26] </w:t>
      </w:r>
      <w:r>
        <w:t>Molana, here is another question. What is the value of beard? That that is beard in Islam.</w:t>
      </w:r>
    </w:p>
    <w:p>
      <w:pPr>
        <w:jc w:val="right"/>
      </w:pPr>
      <w:r>
        <w:t>مولانا، ہی از انادر کوئسچن۔ واٹ از دا ویلیو آف بیئرڈ؟ دیٹ دیٹ از داڑھی ان اسلام۔</w:t>
      </w:r>
    </w:p>
    <w:p>
      <w:r>
        <w:rPr>
          <w:b/>
        </w:rPr>
        <w:t xml:space="preserve">[1:25:34] </w:t>
      </w:r>
      <w:r>
        <w:t>If somebody cut his beard, as he considered gunahgar? What will be the fate of these people who cut it? And what is the benefit of the sunnah followers?</w:t>
      </w:r>
    </w:p>
    <w:p>
      <w:pPr>
        <w:jc w:val="right"/>
      </w:pPr>
      <w:r>
        <w:t>اف سم بڈی کٹ ہز بیئرڈ، از ہی کنسیڈرڈ گنہگار؟ واٹ ول بی دا فیٹ ٹو دیز پیپل ہو کٹ اٹ؟ اینڈ واٹ از دا بینیفٹ آف دا سنہ فالوورز؟</w:t>
      </w:r>
    </w:p>
    <w:p>
      <w:r>
        <w:rPr>
          <w:b/>
        </w:rPr>
        <w:t xml:space="preserve">[1:25:46] </w:t>
      </w:r>
      <w:r>
        <w:t>Can a non-bearded Muslim enter Jannah (Jannat)?</w:t>
      </w:r>
    </w:p>
    <w:p>
      <w:pPr>
        <w:jc w:val="right"/>
      </w:pPr>
      <w:r>
        <w:t>کین ا نان بیئرڈ مسلم انٹر جنہ جنت؟</w:t>
      </w:r>
    </w:p>
    <w:p>
      <w:r>
        <w:rPr>
          <w:b/>
        </w:rPr>
        <w:t xml:space="preserve">[1:25:52] </w:t>
      </w:r>
      <w:r>
        <w:t>daikhn, jannat dozakh ka faisla to Allah hi ko maloom hai. lekin main yeh kahoon ke dadi jo hai, farz nahi hai, sunnat hai. farz nahi hai, sunnat hai.</w:t>
      </w:r>
    </w:p>
    <w:p>
      <w:pPr>
        <w:jc w:val="right"/>
      </w:pPr>
      <w:r>
        <w:t>دیکھیں، جنت دوزخ کا فیصلہ تو اللہ ہی کو معلوم ہے۔ لیکن میں یہ کہوں کہ داڑھی جو ہے، فرض نہیں ہے، سنت ہے۔ فرض نہیں ہے، سنت ہے۔</w:t>
      </w:r>
    </w:p>
    <w:p>
      <w:r>
        <w:rPr>
          <w:b/>
        </w:rPr>
        <w:t xml:space="preserve">[1:26:02] </w:t>
      </w:r>
      <w:r>
        <w:t>lekin main is ko zaroori samajhta hoon kyunke yeh Islam ki pehchan ban gayi hai. dadi jo hai, pehchan ban gayi hai. to main yeh nahi kahoon ga ke woh jo dadi na rakhay, woh jahannum mein jaye ga.</w:t>
      </w:r>
    </w:p>
    <w:p>
      <w:pPr>
        <w:jc w:val="right"/>
      </w:pPr>
      <w:r>
        <w:t>لیکن میں اس کو ضروری سمجھتا ہوں کیونکہ یہ اسلام کی پہچان بن گئی ہے۔ داڑھی جو ہے، پہچان بن گئی ہے۔ تو میں یہ نہیں کہوں گا کہ وہ جو داڑھی نہ رکھے، وہ جہنم میں جائے گا۔</w:t>
      </w:r>
    </w:p>
    <w:p>
      <w:r>
        <w:rPr>
          <w:b/>
        </w:rPr>
        <w:t xml:space="preserve">[1:26:16] </w:t>
      </w:r>
      <w:r>
        <w:t>yeh to right nahi kisi ko kehne ka.</w:t>
      </w:r>
    </w:p>
    <w:p>
      <w:pPr>
        <w:jc w:val="right"/>
      </w:pPr>
      <w:r>
        <w:t>یہ تو رائٹ نہیں کسی کو کہنے کا۔</w:t>
      </w:r>
    </w:p>
    <w:p>
      <w:r>
        <w:rPr>
          <w:b/>
        </w:rPr>
        <w:t xml:space="preserve">[1:26:18] </w:t>
      </w:r>
      <w:r>
        <w:t>lekin aik pehchan ke tor par woh sunnat hai, bilashubah. to is mein main aik aik aik aik qissa sunaoon ga, bohat hi dilchasp qissa ke Bhopal mein aik thay,</w:t>
      </w:r>
    </w:p>
    <w:p>
      <w:pPr>
        <w:jc w:val="right"/>
      </w:pPr>
      <w:r>
        <w:t>لیکن ایک پہچان کے طور پر وہ سنت ہے، بلاشبہ۔ تو اس میں میں ایک ایک ایک ایک قصہ سناؤں گا، بہت ہی دلچسپ قصہ کہ بھوپال میں ایک تھے،</w:t>
      </w:r>
    </w:p>
    <w:p>
      <w:r>
        <w:rPr>
          <w:b/>
        </w:rPr>
        <w:t xml:space="preserve">[1:26:36] </w:t>
      </w:r>
      <w:r>
        <w:t>aik buzurg, un ka naam tha Shah Yaqoob Mujaddidi. aik buzurg thay Bhopal mein. to aik aadmi un ke paas aya, woh dadi nahi rakhta tha.</w:t>
      </w:r>
    </w:p>
    <w:p>
      <w:pPr>
        <w:jc w:val="right"/>
      </w:pPr>
      <w:r>
        <w:t>ایک بزرگ، ان کا نام تھا شاہ یعقوب مجددی۔ ایک بزرگ تھے بھوپال میں۔ تو ایک آدمی ان کے پاس آیا، وہ داڑھی نہیں رکھتا تھا۔</w:t>
      </w:r>
    </w:p>
    <w:p>
      <w:r>
        <w:rPr>
          <w:b/>
        </w:rPr>
        <w:t xml:space="preserve">[1:26:47] </w:t>
      </w:r>
      <w:r>
        <w:t>woh to</w:t>
      </w:r>
    </w:p>
    <w:p>
      <w:pPr>
        <w:jc w:val="right"/>
      </w:pPr>
      <w:r>
        <w:t>وہ تو</w:t>
      </w:r>
    </w:p>
    <w:p>
      <w:r>
        <w:rPr>
          <w:b/>
        </w:rPr>
        <w:t xml:space="preserve">[1:26:49] </w:t>
      </w:r>
      <w:r>
        <w:t>usay woh kaha karte thay jab milta tha ke dadi rakho, dadi rakho. to unhon ne kaha ke kya aap dadi dadi karte rehte hain?</w:t>
      </w:r>
    </w:p>
    <w:p>
      <w:pPr>
        <w:jc w:val="right"/>
      </w:pPr>
      <w:r>
        <w:t>اسے وہ کہا کرتے تھے جب ملتا تھا کہ داڑھی رکھو، داڑھی رکھو۔ تو انہوں نے کہا کہ کیا آپ داڑھی داڑھی کرتے رہتے ہیں؟</w:t>
      </w:r>
    </w:p>
    <w:p>
      <w:r>
        <w:rPr>
          <w:b/>
        </w:rPr>
        <w:t xml:space="preserve">[1:26:59] </w:t>
      </w:r>
      <w:r>
        <w:t>dadi sunnat to hai, farz to hai nahi. to unhon ne jawab diya ke dadi bilashubah sunnat hai, lekin tera lehja kufr hai.</w:t>
      </w:r>
    </w:p>
    <w:p>
      <w:pPr>
        <w:jc w:val="right"/>
      </w:pPr>
      <w:r>
        <w:t>داڑھی سنتی تو ہے، فرض تو ہے نہیں۔ تو انہوں نے جواب دیا کہ داڑھی بلاشبہ سنت ہے، لیکن تیرا لہجہ کفر ہے۔</w:t>
      </w:r>
    </w:p>
    <w:p>
      <w:r>
        <w:rPr>
          <w:b/>
        </w:rPr>
        <w:t xml:space="preserve">[1:27:14] </w:t>
      </w:r>
      <w:r>
        <w:t>dadi sunnat hai, lekin tera lehja kufr hai. to aik cheez, haram halaal ke siwa bhi aik cheez hoti hai. haram halaal ke siwa bhi aik cheez hoti hai.</w:t>
      </w:r>
    </w:p>
    <w:p>
      <w:pPr>
        <w:jc w:val="right"/>
      </w:pPr>
      <w:r>
        <w:t>داڑھی سنت ہے، لیکن تیرا لہجہ کفر ہے۔ تو ایک چیز، حرام حلال کے سوا بھی ایک چیز ہوتی ہے۔ حرام حلال کے سوا بھی ایک چیز ہوتی ہے۔</w:t>
      </w:r>
    </w:p>
    <w:p>
      <w:r>
        <w:rPr>
          <w:b/>
        </w:rPr>
        <w:t xml:space="preserve">[1:27:24] </w:t>
      </w:r>
      <w:r>
        <w:t>to main bhi yahi kahoon ga ke dadi rakhna farz nahi hai. main yeh bhi nahi keh sakta ke jo dadi nahi rakhay ga, woh jahannum mein jaye ga.</w:t>
      </w:r>
    </w:p>
    <w:p>
      <w:pPr>
        <w:jc w:val="right"/>
      </w:pPr>
      <w:r>
        <w:t>تو میں بھی یہی کہوں گا کہ داڑھی رکھنا فرض نہیں ہے۔ میں یہ بھی نہیں کہہ سکتا کہ جو داڑھی نہیں رکھے گا، وہ جہنم میں جائے گا۔</w:t>
      </w:r>
    </w:p>
    <w:p>
      <w:r>
        <w:rPr>
          <w:b/>
        </w:rPr>
        <w:t xml:space="preserve">[1:27:31] </w:t>
      </w:r>
      <w:r>
        <w:t>lekin baharhal, dadi aik shiaar hai, dadi aik sunnat hai, aik pehchan hai. aur is aitbar se dadi ki bohat ahmiyat hai, is mein koi shakk nahi.</w:t>
      </w:r>
    </w:p>
    <w:p>
      <w:pPr>
        <w:jc w:val="right"/>
      </w:pPr>
      <w:r>
        <w:t>لیکن بہرحال، داڑھی ایک شعار ہے، داڑھی ایک سنت ہے، ایک پہچان ہے۔ اور اس اعتبار سے داڑھی کی بہت اہمیت ہے، اس میں کوئی شک نہیں۔</w:t>
      </w:r>
    </w:p>
    <w:p>
      <w:r>
        <w:rPr>
          <w:b/>
        </w:rPr>
        <w:t xml:space="preserve">[1:27:46] </w:t>
      </w:r>
      <w:r>
        <w:t>This question is from Mr Muhammad Noman Rasheed from Delhi. Aaj kal kufr ke fatway ka riwaj chal gaya hai.</w:t>
      </w:r>
    </w:p>
    <w:p>
      <w:pPr>
        <w:jc w:val="right"/>
      </w:pPr>
      <w:r>
        <w:t>دس کوئسچن از فرام مسٹر محمد نعمان رشید فرام دہلی۔ آج کل کفر کے فتوے کا رواج چل گیا ہے۔</w:t>
      </w:r>
    </w:p>
    <w:p>
      <w:r>
        <w:rPr>
          <w:b/>
        </w:rPr>
        <w:t xml:space="preserve">[1:27:56] </w:t>
      </w:r>
      <w:r>
        <w:t>sahaba ke zamanay mein aisa na tha.</w:t>
      </w:r>
    </w:p>
    <w:p>
      <w:pPr>
        <w:jc w:val="right"/>
      </w:pPr>
      <w:r>
        <w:t>صحابہ کے زمانے میں ایسا نہ تھا۔</w:t>
      </w:r>
    </w:p>
    <w:p>
      <w:r>
        <w:rPr>
          <w:b/>
        </w:rPr>
        <w:t xml:space="preserve">[1:27:59] </w:t>
      </w:r>
      <w:r>
        <w:t>ibn Majah mein sahaba ka yeh amal bataya gaya hai ke woh namaz ko chhodne ke siwa kisi aur cheez ko kufr nahi samajhte thay.</w:t>
      </w:r>
    </w:p>
    <w:p>
      <w:pPr>
        <w:jc w:val="right"/>
      </w:pPr>
      <w:r>
        <w:t>ابن ماجہ میں صحابہ کا یہ عمل بتایا گیا ہے کہ وہ نماز کو چھوڑنے کے سوا کسی اور چیز کو کفر نہیں سمجھتے تھے۔</w:t>
      </w:r>
    </w:p>
    <w:p>
      <w:r>
        <w:rPr>
          <w:b/>
        </w:rPr>
        <w:t xml:space="preserve">[1:28:10] </w:t>
      </w:r>
      <w:r>
        <w:t>is mamle ko wazeh farmayein ke namaz chhodne ko hadith mein kufr kyun kaha gaya hai. woh bhi daikhn, hammering language of hammering hai.</w:t>
      </w:r>
    </w:p>
    <w:p>
      <w:pPr>
        <w:jc w:val="right"/>
      </w:pPr>
      <w:r>
        <w:t>اس معاملے کو واضح فرمائیں کہ نماز چھوڑنے کو حدیث میں کفر کیوں کہا گیا ہے۔ وہ بھی دیکھیں، ہیمبرنگ لینگویج آف ہیمبرنگ ہے۔</w:t>
      </w:r>
    </w:p>
    <w:p>
      <w:r>
        <w:rPr>
          <w:b/>
        </w:rPr>
        <w:t xml:space="preserve">[1:28:25] </w:t>
      </w:r>
      <w:r>
        <w:t>yani aik hai kisi ke andar, yani targheeb o tashweeq ke liye sakht zuban istemal karna. aur aik hai ke aap fatwa dene lagain.</w:t>
      </w:r>
    </w:p>
    <w:p>
      <w:pPr>
        <w:jc w:val="right"/>
      </w:pPr>
      <w:r>
        <w:t>یعنی ایک ہے کسی کے اندر، یعنی ترغیب و تشویق کے لیے سخت زبان استعمال کرنا۔ اور ایک ہے کہ آپ فتویٰ دینے لگیں۔</w:t>
      </w:r>
    </w:p>
    <w:p>
      <w:r>
        <w:rPr>
          <w:b/>
        </w:rPr>
        <w:t xml:space="preserve">[1:28:37] </w:t>
      </w:r>
      <w:r>
        <w:t>to fatwa dene ka haq nahi hai aap ko. is hadith mein fatwa nahi hai. woh hadith fatwa ki zuban mein nahi hai.</w:t>
      </w:r>
    </w:p>
    <w:p>
      <w:pPr>
        <w:jc w:val="right"/>
      </w:pPr>
      <w:r>
        <w:t>تو فتویٰ دینے کا حق نہیں ہے آپ کو۔ اس حدیث میں فتویٰ نہیں ہے۔ وہ حدیث فتویٰ کی زبان میں نہیں ہے۔</w:t>
      </w:r>
    </w:p>
    <w:p>
      <w:r>
        <w:rPr>
          <w:b/>
        </w:rPr>
        <w:t xml:space="preserve">[1:28:46] </w:t>
      </w:r>
      <w:r>
        <w:t>woh hadith jo hai, language of hembring mein hai. woh is aitbar se main is ko theek samajhta hoon, is hadith ko.</w:t>
      </w:r>
    </w:p>
    <w:p>
      <w:pPr>
        <w:jc w:val="right"/>
      </w:pPr>
      <w:r>
        <w:t>وہ حدیث جو ہے، لینگویج آف ہیمبرنگ میں ہے۔ وہ اس اعتبار سے میں اس کو ٹھیک سمجھتا ہوں، اس حدیث کو۔</w:t>
      </w:r>
    </w:p>
    <w:p>
      <w:r>
        <w:rPr>
          <w:b/>
        </w:rPr>
        <w:t xml:space="preserve">[1:28:53] </w:t>
      </w:r>
      <w:r>
        <w:t>baqi jahan tak takfeer ki baat hai to ulama ka is par ittifaq ho chuka hai ke la kufr ala al qibla. yani jo qibla ka rukh kar ke namaz parhay, us ki aap takfeer nahi kar sakte.</w:t>
      </w:r>
    </w:p>
    <w:p>
      <w:pPr>
        <w:jc w:val="right"/>
      </w:pPr>
      <w:r>
        <w:t>باقی جہاں تک تکفیر کی بات ہے تو علماء کا اس پر اتفاق ہو چکا ہے کہ لا کفر علی القبلہ۔ یعنی جو قبلہ کا رخ کر کے نماز پڑھے، اس کی آپ تکفیر نہیں کر سکتے۔</w:t>
      </w:r>
    </w:p>
    <w:p>
      <w:r>
        <w:rPr>
          <w:b/>
        </w:rPr>
        <w:t xml:space="preserve">[1:29:04] </w:t>
      </w:r>
      <w:r>
        <w:t>to aaj kal jo takfeer ho rahi hai, yeh to takfeer qalamdan khula hua hai aur is pe mohar lagate rehte hain log. yeh to Islam, is ka Islam se koi talluq nahi.</w:t>
      </w:r>
    </w:p>
    <w:p>
      <w:pPr>
        <w:jc w:val="right"/>
      </w:pPr>
      <w:r>
        <w:t>تو آج کل جو تکفیر ہو رہی ہے، یہ تو تکفیر قلمدان کھلا ہوا ہے اور اس پہ مہر لگاتے رہتے ہیں لوگ۔ یہ تو اسلام، اس کا اسلام سے کوئی تعلق نہیں۔</w:t>
      </w:r>
    </w:p>
    <w:p>
      <w:r>
        <w:rPr>
          <w:b/>
        </w:rPr>
        <w:t xml:space="preserve">[1:29:15] </w:t>
      </w:r>
      <w:r>
        <w:t>is ka Islam se koi talluq nahi hai.</w:t>
      </w:r>
    </w:p>
    <w:p>
      <w:pPr>
        <w:jc w:val="right"/>
      </w:pPr>
      <w:r>
        <w:t>اس کا اسلام سے کوئی تعلق نہیں ہے۔</w:t>
      </w:r>
    </w:p>
    <w:p>
      <w:r>
        <w:rPr>
          <w:b/>
        </w:rPr>
        <w:t xml:space="preserve">[1:29:17] </w:t>
      </w:r>
      <w:r>
        <w:t>to aap hadith mein jo baat hai, woh woh sirf hai, ah logon pe, yani mutawajjah karne ke liye, zor dene ke liye, unhein, yani un ko, yani woh language of hembring mein baat kahi gayi hai.</w:t>
      </w:r>
    </w:p>
    <w:p>
      <w:pPr>
        <w:jc w:val="right"/>
      </w:pPr>
      <w:r>
        <w:t>تو آپ حدیث میں جو بات ہے، وہ وہ صرف ہے، اہ لوگوں پہ، یعنی متوجہ کرنے کے لیے، زور دینے کے لیے، انہیں، یعنی ان کو، یعنی وہ لینگویج آف ہیمبرنگ میں بات کہی گئی ہے۔</w:t>
      </w:r>
    </w:p>
    <w:p>
      <w:r>
        <w:rPr>
          <w:b/>
        </w:rPr>
        <w:t xml:space="preserve">[1:29:34] </w:t>
      </w:r>
      <w:r>
        <w:t>is mein bas baqi fatwa dein, aap takfeer karein kisi ki to main is ko ghalat samajhta hoon. sir, tab ghalat samajhta hoon. aap naseehat kijiye.</w:t>
      </w:r>
    </w:p>
    <w:p>
      <w:pPr>
        <w:jc w:val="right"/>
      </w:pPr>
      <w:r>
        <w:t>اس میں بس باقی فتویٰ دیں، آپ تکفیر کریں کسی کی تو میں اس کو غلط سمجھتا ہوں۔ سر، تب غلط سمجھتا ہوں۔ آپ نصیحت کیجئے۔</w:t>
      </w:r>
    </w:p>
    <w:p>
      <w:r>
        <w:rPr>
          <w:b/>
        </w:rPr>
        <w:t xml:space="preserve">[1:29:43] </w:t>
      </w:r>
      <w:r>
        <w:t>yeh mufti log jo hain, yeh nahi karte ke jis ke bare mein pata ho ke woh namaz chode hue ja kar us se milein aur us se mahinon us ki islaah ke liye koshish karte rahein.</w:t>
      </w:r>
    </w:p>
    <w:p>
      <w:pPr>
        <w:jc w:val="right"/>
      </w:pPr>
      <w:r>
        <w:t>یہ مفتی لوگ جو ہیں، یہ نہیں کرتے کہ جس کے بارے میں پتہ ہو کہ وہ نماز چھوڑے ہوئے جا کر اس سے ملیں اور اس سے مہینوں اس کی اصلاح کے لیے کوشش کرتے رہیں۔</w:t>
      </w:r>
    </w:p>
    <w:p>
      <w:r>
        <w:rPr>
          <w:b/>
        </w:rPr>
        <w:t xml:space="preserve">[1:29:55] </w:t>
      </w:r>
      <w:r>
        <w:t>yeh sab karein, yeh sab karte nahi. to dekhiye, islam mein is tarah cases mein takfeer nahi hai. naseehat hai, dawat hai, tabligh hai, samjhana hai, yeh karna chahiye.</w:t>
      </w:r>
    </w:p>
    <w:p>
      <w:pPr>
        <w:jc w:val="right"/>
      </w:pPr>
      <w:r>
        <w:t>یہ سب کریں، یہ سب کرتے نہیں۔ تو دیکھیے، اسلام میں اس طرح کیسز میں تکفیر نہیں ہے۔ نصیحت ہے، دعوت ہے، تبلیغ ہے، سمجھانا ہے، یہ کرنا چاہیے۔</w:t>
      </w:r>
    </w:p>
    <w:p>
      <w:r>
        <w:rPr>
          <w:b/>
        </w:rPr>
        <w:t xml:space="preserve">[1:30:11] </w:t>
      </w:r>
      <w:r>
        <w:t>das question is from miss sarah hussain from delhi. you just said that any person born in any family and following any religion would have to discover the truth about god and religion so that he she can follow.</w:t>
      </w:r>
    </w:p>
    <w:p>
      <w:pPr>
        <w:jc w:val="right"/>
      </w:pPr>
      <w:r>
        <w:t>دس کوئسچن از فرام مس سارہ حسین فرام دہلی۔ یو جسٹ سیڈ دیٹ اینی پرسن بورن ان اینی فیملی اینڈ فالونگ اینی ریلیجن وڈ ہیو ٹو ڈسکور دا ٹروتھ اباؤٹ گاڈ اینڈ ریلیجن سو دیٹ ہی شی کین فالو۔</w:t>
      </w:r>
    </w:p>
    <w:p>
      <w:r>
        <w:rPr>
          <w:b/>
        </w:rPr>
        <w:t xml:space="preserve">[1:30:32] </w:t>
      </w:r>
      <w:r>
        <w:t>but would that not be denying and going against the families decision of religion?</w:t>
      </w:r>
    </w:p>
    <w:p>
      <w:pPr>
        <w:jc w:val="right"/>
      </w:pPr>
      <w:r>
        <w:t>بٹ وڈ دیٹ ناٹ بی ڈینائنگ اینڈ گوئنگ اگینسٹ دا فیملیز ڈیسیژن آف ریلیجن؟</w:t>
      </w:r>
    </w:p>
    <w:p>
      <w:r>
        <w:rPr>
          <w:b/>
        </w:rPr>
        <w:t xml:space="preserve">[1:30:40] </w:t>
      </w:r>
      <w:r>
        <w:t>would it not be easier for a person to acknowledge the fact that there is a creator and that he or she should do good deeds?</w:t>
      </w:r>
    </w:p>
    <w:p>
      <w:pPr>
        <w:jc w:val="right"/>
      </w:pPr>
      <w:r>
        <w:t>وڈ اٹ ناٹ بی ایزیر فار ا پرسن ٹو اکنالج دا فیکٹ دیٹ دیر از ا کریٹر اینڈ دیٹ ہی اور شی شوڈ ڈو گڈ ڈیڈز؟</w:t>
      </w:r>
    </w:p>
    <w:p>
      <w:r>
        <w:rPr>
          <w:b/>
        </w:rPr>
        <w:t xml:space="preserve">[1:30:50] </w:t>
      </w:r>
      <w:r>
        <w:t>kindly comment. koi clear nahi hai. ji maulana, woh yeh pooch rahi hain ke aap ne bataya ke har ek insan ko truth ko discover karna parega aur phir follow karna hoga.</w:t>
      </w:r>
    </w:p>
    <w:p>
      <w:pPr>
        <w:jc w:val="right"/>
      </w:pPr>
      <w:r>
        <w:t>کائنڈلی کمنٹ۔ کوئی کلیئر نہیں ہے۔ جی مولانا، وہ یہ پوچھ رہی ہیں کہ آپ نے بتایا کہ ہر ایک انسان کو ٹروتھ کو ڈسکور کرنا پڑے گا اور پھر فالو کرنا ہوگا۔</w:t>
      </w:r>
    </w:p>
    <w:p>
      <w:r>
        <w:rPr>
          <w:b/>
        </w:rPr>
        <w:t xml:space="preserve">[1:31:01] </w:t>
      </w:r>
      <w:r>
        <w:t>lekin ho sakta hai ke family is sachai pe na ho to takrao hoga is</w:t>
      </w:r>
    </w:p>
    <w:p>
      <w:pPr>
        <w:jc w:val="right"/>
      </w:pPr>
      <w:r>
        <w:t>لیکن ہو سکتا ہے کہ فیملی اس سچائی پہ نہ ہو تو ٹکراؤ ہوگا اس</w:t>
      </w:r>
    </w:p>
    <w:p>
      <w:r>
        <w:rPr>
          <w:b/>
        </w:rPr>
        <w:t xml:space="preserve">[1:31:06] </w:t>
      </w:r>
      <w:r>
        <w:t>mein. to kya yeh kafi nahi hai ke woh insan sirf yahi jaan le ke ek creator hai aur woh achhe kaam kare? tab bhi takrao ho sakta hai.</w:t>
      </w:r>
    </w:p>
    <w:p>
      <w:pPr>
        <w:jc w:val="right"/>
      </w:pPr>
      <w:r>
        <w:t>میں۔ تو کیا یہ کافی نہیں ہے کہ وہ انسان صرف یہی جان لے کہ ایک کریٹر ہے اور وہ اچھے کام کرے؟ تب بھی ٹکراؤ ہو سکتا ہے۔</w:t>
      </w:r>
    </w:p>
    <w:p>
      <w:r>
        <w:rPr>
          <w:b/>
        </w:rPr>
        <w:t xml:space="preserve">[1:31:15] </w:t>
      </w:r>
      <w:r>
        <w:t>takrao to kyun nahi? tab bhi takrao ho sakta hai. maulana, on the sense that and not following in that truth or practicing that truth. nahi, woh question clear nahi hai.</w:t>
      </w:r>
    </w:p>
    <w:p>
      <w:pPr>
        <w:jc w:val="right"/>
      </w:pPr>
      <w:r>
        <w:t>ٹکراؤ تو کیوں نہیں؟ تب بھی ٹکراؤ ہو سکتا ہے۔ مولانا، ان دا سینس دیٹ اینڈ ناٹ فالونگ ان دیٹ ٹروتھ اور پریکٹسنگ دیٹ ٹروتھ۔ نہیں، وہ کوئسچن کلیئر نہیں ہے۔</w:t>
      </w:r>
    </w:p>
    <w:p>
      <w:r>
        <w:rPr>
          <w:b/>
        </w:rPr>
        <w:t xml:space="preserve">[1:31:25] </w:t>
      </w:r>
      <w:r>
        <w:t>beh-haal, main yeh kahunga ke sachai jo hai, woh matter of faith hai. har aadmi ko khud discover karna hai ke sachai kya hai.</w:t>
      </w:r>
    </w:p>
    <w:p>
      <w:pPr>
        <w:jc w:val="right"/>
      </w:pPr>
      <w:r>
        <w:t>بہرحال، میں یہ کہوں گا کہ سچائی جو ہے، وہ میٹر آف فیتھ ہے۔ ہر آدمی کو خود ڈسکور کرنا ہے کہ سچائی کیا ہے۔</w:t>
      </w:r>
    </w:p>
    <w:p>
      <w:r>
        <w:rPr>
          <w:b/>
        </w:rPr>
        <w:t xml:space="preserve">[1:31:37] </w:t>
      </w:r>
      <w:r>
        <w:t>sachai aap ko, yani inheritance ke zariye nahi milti, wirasat se nahi milti. aap ko sachai, main is ko nahi manta ke baap se sachai mil gayi.</w:t>
      </w:r>
    </w:p>
    <w:p>
      <w:pPr>
        <w:jc w:val="right"/>
      </w:pPr>
      <w:r>
        <w:t>سچائی آپ کو، یعنی انہیریٹنس کے ذریعے نہیں ملتی، وراثت سے نہیں ملتی۔ آپ کو سچائی، میں اس کو نہیں مانتا کہ باپ سے سچائی مل گئی۔</w:t>
      </w:r>
    </w:p>
    <w:p>
      <w:r>
        <w:rPr>
          <w:b/>
        </w:rPr>
        <w:t xml:space="preserve">[1:31:48] </w:t>
      </w:r>
      <w:r>
        <w:t>aap ko paidaishi taur par sachai koi inherit karne wali cheez nahi hai. har aadmi ko study karna hai, har aadmi ko sachai ko discover karna hai.</w:t>
      </w:r>
    </w:p>
    <w:p>
      <w:pPr>
        <w:jc w:val="right"/>
      </w:pPr>
      <w:r>
        <w:t>آپ کو پیدائشی طور پر سچائی کوئی انہیریٹ کرنے والی چیز نہیں ہے۔ ہر آدمی کو سٹڈی کرنا ہے، ہر آدمی کو سچائی کو ڈسکور کرنا ہے۔</w:t>
      </w:r>
    </w:p>
    <w:p>
      <w:r>
        <w:rPr>
          <w:b/>
        </w:rPr>
        <w:t xml:space="preserve">[1:32:00] </w:t>
      </w:r>
      <w:r>
        <w:t>aur aaj kal ke zamane mein aap jante hain ke har jagah religious freedom hai. india mein bhi hai.</w:t>
      </w:r>
    </w:p>
    <w:p>
      <w:pPr>
        <w:jc w:val="right"/>
      </w:pPr>
      <w:r>
        <w:t>اور آج کل کے زمانے میں آپ جانتے ہیں کہ ہر جگہ ریلیجس فریڈم ہے۔ انڈیا میں بھی ہے۔</w:t>
      </w:r>
    </w:p>
    <w:p>
      <w:r>
        <w:rPr>
          <w:b/>
        </w:rPr>
        <w:t xml:space="preserve">[1:32:05] </w:t>
      </w:r>
      <w:r>
        <w:t>india ka jo constitution hai, us pe likha hua hai ke har aadmi ko haq hai ke woh jis mazhab ko chahe maane, jis mazhab ko chahe follow kare, aur jis mazhab ko chahe logon ke samne pesh kare.</w:t>
      </w:r>
    </w:p>
    <w:p>
      <w:pPr>
        <w:jc w:val="right"/>
      </w:pPr>
      <w:r>
        <w:t>انڈیا کا جو کانسٹیٹیوشن ہے، اس پہ لکھا ہوا ہے کہ ہر آدمی کو حق ہے کہ وہ جس مذہب کو چاہے مانے، جس مذہب کو چاہے فالو کرے، اور جس مذہب کو چاہے لوگوں کے سامنے پیش کرے۔</w:t>
      </w:r>
    </w:p>
    <w:p>
      <w:r>
        <w:rPr>
          <w:b/>
        </w:rPr>
        <w:t xml:space="preserve">[1:32:15] </w:t>
      </w:r>
      <w:r>
        <w:t>dono, yeh bhi, yeh bhi freedom hai. to main samajhta hoon ke duniya mein aqwam, yani nations ka jo charter hai, us mein bhi likha hua hai, aur sare countries ke constitution mein likha hua hai ke har aadmi ko poori poori mazhabi azadi hai,</w:t>
      </w:r>
    </w:p>
    <w:p>
      <w:pPr>
        <w:jc w:val="right"/>
      </w:pPr>
      <w:r>
        <w:t>دونوں، یہ بھی، یہ بھی فریڈم ہے۔ تو میں سمجھتا ہوں کہ دنیا میں اقوام، یعنی نیشنز کا جو چارٹر ہے، اس میں بھی لکھا ہوا ہے، اور سارے کنٹریز کے کانسٹیٹیوشن میں لکھا ہوا ہے کہ ہر آدمی کو پوری پوری مذہبی آزادی ہے،</w:t>
      </w:r>
    </w:p>
    <w:p>
      <w:r>
        <w:rPr>
          <w:b/>
        </w:rPr>
        <w:t xml:space="preserve">[1:32:31] </w:t>
      </w:r>
      <w:r>
        <w:t>chahe us ko follow kare, chahe us ko disseminate kare, chahe us ko kuch bhi kare, koi rok nahi sakta us ko. sirf ek hi cheez rukawat hai, woh violence hai.</w:t>
      </w:r>
    </w:p>
    <w:p>
      <w:pPr>
        <w:jc w:val="right"/>
      </w:pPr>
      <w:r>
        <w:t>چاہے اس کو فالو کرے، چاہے اس کو ڈسیمنیٹ کرے، چاہے اس کو کچھ بھی کرے، کوئی روک نہیں سکتا اس کو۔ صرف ایک ہی چیز رکاوٹ ہے، وہ وائیلنس ہے۔</w:t>
      </w:r>
    </w:p>
    <w:p>
      <w:r>
        <w:rPr>
          <w:b/>
        </w:rPr>
        <w:t xml:space="preserve">[1:32:41] </w:t>
      </w:r>
      <w:r>
        <w:t>jab tak aap violence nahi karte hain, aap ko total freedom mili hui hai, yani apni country mein bhi aur doosri jagahon mein bhi.</w:t>
      </w:r>
    </w:p>
    <w:p>
      <w:pPr>
        <w:jc w:val="right"/>
      </w:pPr>
      <w:r>
        <w:t>جب تک آپ وائیلنس نہیں کرتے ہیں، آپ کو ٹوٹل فریڈم ملی ہوئی ہے، یعنی اپنی کنٹری میں بھی اور دوسری جگہوں میں بھی۔</w:t>
      </w:r>
    </w:p>
    <w:p>
      <w:r>
        <w:rPr>
          <w:b/>
        </w:rPr>
        <w:t xml:space="preserve">[1:32:51] </w:t>
      </w:r>
      <w:r>
        <w:t>to main nahi samajhta ke koi problem hai.</w:t>
      </w:r>
    </w:p>
    <w:p>
      <w:pPr>
        <w:jc w:val="right"/>
      </w:pPr>
      <w:r>
        <w:t>تو میں نہیں سمجھتا کہ کوئی پرابلم ہے۔</w:t>
      </w:r>
    </w:p>
    <w:p>
      <w:r>
        <w:rPr>
          <w:b/>
        </w:rPr>
        <w:t xml:space="preserve">[1:32:57] </w:t>
      </w:r>
      <w:r>
        <w:t>das question is from miss raziya siddiqui from new delhi. if all muslim scholars were unanimous in their opinion about the correct interpretation of the quranic verses,</w:t>
      </w:r>
    </w:p>
    <w:p>
      <w:pPr>
        <w:jc w:val="right"/>
      </w:pPr>
      <w:r>
        <w:t>دس کوئسچن از فرام مس راضیہ صدیقی فرام نیو دہلی۔ اف ال مسلم سکالرز ور یونینیمس ان دیر اوپینین اباؤٹ دا کریکٹ انٹرپریٹیشن آف دی قرآنک ورسز،</w:t>
      </w:r>
    </w:p>
    <w:p>
      <w:r>
        <w:rPr>
          <w:b/>
        </w:rPr>
        <w:t xml:space="preserve">[1:33:12] </w:t>
      </w:r>
      <w:r>
        <w:t>why did they not object to the rise of such grievously erroneous political interpretations? kindly comment. yani kis ke bare mein?</w:t>
      </w:r>
    </w:p>
    <w:p>
      <w:pPr>
        <w:jc w:val="right"/>
      </w:pPr>
      <w:r>
        <w:t>وائی ڈیڈ دے ناٹ ابجیکٹ ٹو دا رائز آف سچ گریویسلی ایرونیس پولیٹیکل انٹرپریٹیشنز؟ کائنڈلی کمنٹ۔ یعنی کس کے بارے میں؟</w:t>
      </w:r>
    </w:p>
    <w:p>
      <w:r>
        <w:rPr>
          <w:b/>
        </w:rPr>
        <w:t xml:space="preserve">[1:33:22] </w:t>
      </w:r>
      <w:r>
        <w:t>political interpretation ke bare mein? ji</w:t>
      </w:r>
    </w:p>
    <w:p>
      <w:pPr>
        <w:jc w:val="right"/>
      </w:pPr>
      <w:r>
        <w:t>پولیٹیکل انٹرپریٹیشن کے بارے میں؟ جی</w:t>
      </w:r>
    </w:p>
    <w:p>
      <w:r>
        <w:rPr>
          <w:b/>
        </w:rPr>
        <w:t xml:space="preserve">[1:33:26] </w:t>
      </w:r>
      <w:r>
        <w:t>nahi, main ne jo reference diya pichle woh commentary commentators ka, urdu urdu books ka, jo is se pehle likhi gayi hain kitabein, urdu books, us ko main ne jo classical books hain, classical books, un ke bare mein main ne kaha hai ke jitni bhi classical books hain quran par, us mein woh is mein koi bhi nahi hai jo us ko manta ho.</w:t>
      </w:r>
    </w:p>
    <w:p>
      <w:pPr>
        <w:jc w:val="right"/>
      </w:pPr>
      <w:r>
        <w:t>نہیں، میں نے جو ریفرنس دیا پچھلے وہ کمنٹری کمنٹیٹرز کا، عربی عربی بکس کا، جو اس سے پہلے لکھی گئی ہیں کتابیں، عربی بکس، اس کو میں نے جو کلاسیکل بکس ہیں، کلاسیکل بکس، ان کے بارے میں میں نے کہا ہے کہ جتنی بھی کلاسیکل بکس ہیں قرآن پر، اس میں وہ اس میں کوئی بھی نہیں ہے جو اس کو مانتا ہو۔</w:t>
      </w:r>
    </w:p>
    <w:p>
      <w:r>
        <w:rPr>
          <w:b/>
        </w:rPr>
        <w:t xml:space="preserve">[1:33:52] </w:t>
      </w:r>
      <w:r>
        <w:t>baqi aaj kal to woh aksar log jo hain, yani aaj kal ke, main ne nahi refer kiya hai us ko, classical classical books ke refer kiya hai. meri kitabon mein jitne bhi references hain, woh classical books ke hain, jo arab urdu kitabein hain.</w:t>
      </w:r>
    </w:p>
    <w:p>
      <w:pPr>
        <w:jc w:val="right"/>
      </w:pPr>
      <w:r>
        <w:t>باقی آج کل تو وہ اکثر لوگ جو ہیں، یعنی آج کل کے، میں نے نہیں ریفر کیا ہے اس کو، کلاسیکل کلاسیکل بکس کے ریفر کیا ہے۔ میری کتابوں میں جتنے بھی ریفرنسز ہیں، وہ کلاسیکل بکس کے ہیں، جو عرب عربی کتابیں ہیں۔</w:t>
      </w:r>
    </w:p>
    <w:p>
      <w:r>
        <w:rPr>
          <w:b/>
        </w:rPr>
        <w:t xml:space="preserve">[1:34:14] </w:t>
      </w:r>
      <w:r>
        <w:t>das question is from mr yogendra yogendra sikhri from bangalore</w:t>
      </w:r>
    </w:p>
    <w:p>
      <w:pPr>
        <w:jc w:val="right"/>
      </w:pPr>
      <w:r>
        <w:t>دس کوئسچن از فرام مسٹر یوگیندر یوگیندر سیکن فرام بینگلور</w:t>
      </w:r>
    </w:p>
    <w:p>
      <w:r>
        <w:rPr>
          <w:b/>
        </w:rPr>
        <w:t xml:space="preserve">[1:34:20] </w:t>
      </w:r>
      <w:r>
        <w:t>. maulana sahib, today zakir naik has emerged as a major figure among muslims through his television channels, and he is seen by them as being engaged in dawah.</w:t>
      </w:r>
    </w:p>
    <w:p>
      <w:pPr>
        <w:jc w:val="right"/>
      </w:pPr>
      <w:r>
        <w:t>۔ مولانا صاحب، ٹوڈے ذاکر نائیک ہیز ایمرجڈ ایز ا میجر فگر امنگ مسلمز تھرو ہز ٹیلی ویژن چینلز، اینڈ ہی از سین بائی دیم ایز بینگ انگیجڈ ان دعویٰ۔</w:t>
      </w:r>
    </w:p>
    <w:p>
      <w:r>
        <w:rPr>
          <w:b/>
        </w:rPr>
        <w:t xml:space="preserve">[1:34:33] </w:t>
      </w:r>
      <w:r>
        <w:t>how ever, critics argue that his combative approach to other religions actually is a hurdle in the path of da'wah.</w:t>
      </w:r>
    </w:p>
    <w:p>
      <w:pPr>
        <w:jc w:val="right"/>
      </w:pPr>
      <w:r>
        <w:t>ہاؤ ایور، کریٹکس ارگیو دیٹ ہز کمبٹیو اپروچ ٹو ادر ریلیجنز ایکچولی از ا ہرڈل ان دا پاتھ آف دعویٰ۔</w:t>
      </w:r>
    </w:p>
    <w:p>
      <w:r>
        <w:rPr>
          <w:b/>
        </w:rPr>
        <w:t xml:space="preserve">[1:34:44] </w:t>
      </w:r>
      <w:r>
        <w:t>rather than helping it, what do you have to say?</w:t>
      </w:r>
    </w:p>
    <w:p>
      <w:pPr>
        <w:jc w:val="right"/>
      </w:pPr>
      <w:r>
        <w:t>رادر دین ہیلپنگ اٹ، واٹ ڈو یو ہیو ٹو سے؟</w:t>
      </w:r>
    </w:p>
    <w:p>
      <w:r>
        <w:rPr>
          <w:b/>
        </w:rPr>
        <w:t xml:space="preserve">[1:34:49] </w:t>
      </w:r>
      <w:r>
        <w:t>dekhen, koi apne kaam ko da'wah kahe to us se da'wah nahi ban jayega. woh un ka jo kaam hai, woh to debate hai. main ne bohat si un ki speeches suni hain, woh to debate karte hain, da'wah nahi hai.</w:t>
      </w:r>
    </w:p>
    <w:p>
      <w:pPr>
        <w:jc w:val="right"/>
      </w:pPr>
      <w:r>
        <w:t>دیکھیں، کوئی اپنے کام کو دعوت کہے تو اس سے دعوت نہیں بن جائے گا۔ وہ ان کا جو کام ہے، وہ تو ڈیبیٹ ہے۔ میں نے بہت سی ان کی اسپیچز سنی ہیں، وہ تو ڈیبیٹ کرتے ہیں، دعوت نہیں ہے۔</w:t>
      </w:r>
    </w:p>
    <w:p>
      <w:r>
        <w:rPr>
          <w:b/>
        </w:rPr>
        <w:t xml:space="preserve">[1:35:01] </w:t>
      </w:r>
      <w:r>
        <w:t>woh dekhen, da'wah aur debate mein jo difference hai kya hai ke debate hota hai apna pride establish karna. debate jo hai, is ka purpose hota hai apna pride establish karna.</w:t>
      </w:r>
    </w:p>
    <w:p>
      <w:pPr>
        <w:jc w:val="right"/>
      </w:pPr>
      <w:r>
        <w:t>وہ دیکھیں، دعوت اور ڈیبیٹ میں جو ڈیفرنس ہے کیا ہے کہ ڈیبیٹ ہوتا ہے اپنا پرائیڈ اسٹیبلش کرنا۔ ڈیبیٹ جو ہے، اس کا پرپس ہوتا ہے اپنا پرائیڈ اسٹیبلش کرنا۔</w:t>
      </w:r>
    </w:p>
    <w:p>
      <w:r>
        <w:rPr>
          <w:b/>
        </w:rPr>
        <w:t xml:space="preserve">[1:35:15] </w:t>
      </w:r>
      <w:r>
        <w:t>aur da'wah ka matlab kya hai?</w:t>
      </w:r>
    </w:p>
    <w:p>
      <w:pPr>
        <w:jc w:val="right"/>
      </w:pPr>
      <w:r>
        <w:t>اور دعوت کا مطلب کیا ہے؟</w:t>
      </w:r>
    </w:p>
    <w:p>
      <w:r>
        <w:rPr>
          <w:b/>
        </w:rPr>
        <w:t xml:space="preserve">[1:35:17] </w:t>
      </w:r>
      <w:r>
        <w:t>doosre ka will wisher ban kar ke us ko sachai ki taraf lana. to da'wah ka jo jo incentive hai, woh will wishing hai, aur debate ka jo incentive hai, woh apna pride establish karna hai.</w:t>
      </w:r>
    </w:p>
    <w:p>
      <w:pPr>
        <w:jc w:val="right"/>
      </w:pPr>
      <w:r>
        <w:t>دوسرے کا ول وشر بن کر کے اس کو سچائی کی طرف لانا۔ تو دعوت کا جو جو انسنٹیو ہے، وہ ول وشنگ ہے، اور ڈیبیٹ کا جو انسنٹیو ہے، وہ اپنا پرائیڈ اسٹیبلش کرنا ہے۔</w:t>
      </w:r>
    </w:p>
    <w:p>
      <w:r>
        <w:rPr>
          <w:b/>
        </w:rPr>
        <w:t xml:space="preserve">[1:35:34] </w:t>
      </w:r>
      <w:r>
        <w:t>to bilkul satana ma bahna ma, dono bohat ziyada farq hai. to bahar koi apne kaam ko da'wah ki kaam kahe to woh us se thori da'wah ban jayega.</w:t>
      </w:r>
    </w:p>
    <w:p>
      <w:pPr>
        <w:jc w:val="right"/>
      </w:pPr>
      <w:r>
        <w:t>تو بالکل ستانہ ما بہنہ ما، دونوں بہت زیادہ فرق ہے۔ تو باہر کوئی اپنے کام کو دعوت کی کام کہے تو وہ اس سے تھوڑی دعوت بن جائے گا۔</w:t>
      </w:r>
    </w:p>
    <w:p>
      <w:r>
        <w:rPr>
          <w:b/>
        </w:rPr>
        <w:t xml:space="preserve">[1:35:43] </w:t>
      </w:r>
      <w:r>
        <w:t>woh main is ko da'wah nahi samajhta, is ko debate samajhta hoon. debate,</w:t>
      </w:r>
    </w:p>
    <w:p>
      <w:pPr>
        <w:jc w:val="right"/>
      </w:pPr>
      <w:r>
        <w:t>وہ میں اس کو دعوت نہیں سمجھتا، اس کو ڈیبیٹ سمجھتا ہوں۔ ڈیبیٹ،</w:t>
      </w:r>
    </w:p>
    <w:p>
      <w:r>
        <w:rPr>
          <w:b/>
        </w:rPr>
        <w:t xml:space="preserve">[1:35:47] </w:t>
      </w:r>
      <w:r>
        <w:t>woh peace bhi nahi hai. woh idhar takrao ki, yani is se jo sune ga barabar, us ke andar takrao ka mizaj banega. woh peace nahi hai.</w:t>
      </w:r>
    </w:p>
    <w:p>
      <w:pPr>
        <w:jc w:val="right"/>
      </w:pPr>
      <w:r>
        <w:t>وہ پیس بھی نہیں ہے۔ وہ ادھر ٹکراؤ کی، یعنی اس سے جو سنے گا برابر، اس کے اندر ٹکراؤ کا مزاج بنے گا۔ وہ پیس نہیں ہے۔</w:t>
      </w:r>
    </w:p>
    <w:p>
      <w:r>
        <w:rPr>
          <w:b/>
        </w:rPr>
        <w:t xml:space="preserve">[1:35:55] </w:t>
      </w:r>
      <w:r>
        <w:t>peace to is ka naam jo hai, farsi mein kehte hain ke bar aks nahand naam zangi kafoor. persian mein hai ke bar aks nahand naam zangi kafoor.</w:t>
      </w:r>
    </w:p>
    <w:p>
      <w:pPr>
        <w:jc w:val="right"/>
      </w:pPr>
      <w:r>
        <w:t>پیس تو اس کا نام جو ہے، فارسی میں کہتے ہیں کہ برعکس نہند نام زنگی کافور۔ پرشین میں ہے کہ برعکس نہند نام زنگی کافور۔</w:t>
      </w:r>
    </w:p>
    <w:p>
      <w:r>
        <w:rPr>
          <w:b/>
        </w:rPr>
        <w:t xml:space="preserve">[1:36:07] </w:t>
      </w:r>
      <w:r>
        <w:t>ek aadmi tha black habshi, black to black ka naam rakh diya kafoor. kafoor jo white hoti hai.</w:t>
      </w:r>
    </w:p>
    <w:p>
      <w:pPr>
        <w:jc w:val="right"/>
      </w:pPr>
      <w:r>
        <w:t>ایک آدمی تھا بلیک حبشی، بلیک تو بلیک کا نام رکھ دیا کافور۔ کافر جو وائٹ ہوتی ہے۔</w:t>
      </w:r>
    </w:p>
    <w:p>
      <w:r>
        <w:rPr>
          <w:b/>
        </w:rPr>
        <w:t xml:space="preserve">[1:36:14] </w:t>
      </w:r>
      <w:r>
        <w:t>to use dekha shayar ne ke woh hai black aur naam is ka hai kafoor, yani white. to unhon ne kaha ke bar aks nahand naam zangi kafoor ke yani black ka naam safed rakh dete hain.</w:t>
      </w:r>
    </w:p>
    <w:p>
      <w:pPr>
        <w:jc w:val="right"/>
      </w:pPr>
      <w:r>
        <w:t>تو اسے دیکھا شاعر نے کہ وہ ہے بلیک اور نام اس کا ہے کافور، یعنی وائٹ۔ تو انہوں نے کہا کہ برعکس نہند نام زنگی کافور کہ یعنی بلیک کا نام سفید رکھ دیتے ہیں۔</w:t>
      </w:r>
    </w:p>
    <w:p>
      <w:r>
        <w:rPr>
          <w:b/>
        </w:rPr>
        <w:t xml:space="preserve">[1:36:29] </w:t>
      </w:r>
      <w:r>
        <w:t>to baharhal yeh da'wah nahi hai, hargiz nahi. da'wah hai, woh debate hai. kisi ne ab azadi duniya mein hai, aap ko koi rok nahi sakta hai.</w:t>
      </w:r>
    </w:p>
    <w:p>
      <w:pPr>
        <w:jc w:val="right"/>
      </w:pPr>
      <w:r>
        <w:t>تو بہرحال یہ دعوت نہیں ہے، ہرگز نہیں۔ دعوت ہے، وہ ڈیبیٹ ہے۔ کسی نے اب آزادی دنیا میں ہے، آپ کو کوئی روک نہیں سکتا ہے۔</w:t>
      </w:r>
    </w:p>
    <w:p>
      <w:r>
        <w:rPr>
          <w:b/>
        </w:rPr>
        <w:t xml:space="preserve">[1:36:39] </w:t>
      </w:r>
      <w:r>
        <w:t>aap jo chahe ke</w:t>
      </w:r>
    </w:p>
    <w:p>
      <w:pPr>
        <w:jc w:val="right"/>
      </w:pPr>
      <w:r>
        <w:t>آپ جو چاہے کہ</w:t>
      </w:r>
    </w:p>
    <w:p>
      <w:r>
        <w:rPr>
          <w:b/>
        </w:rPr>
        <w:t xml:space="preserve">[1:36:40] </w:t>
      </w:r>
      <w:r>
        <w:t>en, aap aap ek ek TV chalayen jis mein aap logon ko nafrat aur violence sikhate hain aur naam rakh den peace.</w:t>
      </w:r>
    </w:p>
    <w:p>
      <w:pPr>
        <w:jc w:val="right"/>
      </w:pPr>
      <w:r>
        <w:t>یں، آپ آپ ایک ایک ٹی وی چلائیں جس میں آپ لوگوں کو نفرت اور وائیلنس سکھاتے ہیں اور نام رکھ دیں پیس۔</w:t>
      </w:r>
    </w:p>
    <w:p>
      <w:r>
        <w:rPr>
          <w:b/>
        </w:rPr>
        <w:t xml:space="preserve">[1:36:48] </w:t>
      </w:r>
      <w:r>
        <w:t>kaun roke ga aap ko? aap debate karen aur naam rakh den da'wah. kaun roke ga aap ko? to yeh log freedom jo hai, is se freedom se faida utha rahe hain.</w:t>
      </w:r>
    </w:p>
    <w:p>
      <w:pPr>
        <w:jc w:val="right"/>
      </w:pPr>
      <w:r>
        <w:t>کون روکے گا آپ کو؟ آپ ڈیبیٹ کریں اور نام رکھ دیں دعوت۔ کون روکے گا آپ کو؟ تو یہ لوگ فریڈم جو ہے، اس سے فریڈم سے فائدہ اٹھا رہے ہیں۔</w:t>
      </w:r>
    </w:p>
    <w:p>
      <w:r>
        <w:rPr>
          <w:b/>
        </w:rPr>
        <w:t xml:space="preserve">[1:36:59] </w:t>
      </w:r>
      <w:r>
        <w:t>baqi na woh peace hai, na woh da'wah hai. main nahi manta is ko.</w:t>
      </w:r>
    </w:p>
    <w:p>
      <w:pPr>
        <w:jc w:val="right"/>
      </w:pPr>
      <w:r>
        <w:t>باقی نہ وہ پیس ہے، نہ وہ دعوت ہے۔ میں نہیں مانتا اس کو۔</w:t>
      </w:r>
    </w:p>
    <w:p>
      <w:r>
        <w:rPr>
          <w:b/>
        </w:rPr>
        <w:t xml:space="preserve">[1:37:05] </w:t>
      </w:r>
      <w:r>
        <w:t>peace woh hai jo logon ke andar mein woh laye mohabbat, laye adjustment, laye logon ko narmi paida kare, boldness paida kare.</w:t>
      </w:r>
    </w:p>
    <w:p>
      <w:pPr>
        <w:jc w:val="right"/>
      </w:pPr>
      <w:r>
        <w:t>پیس وہ ہے جو لوگوں کے اندر میں وہ لائے محبت، لائے ایڈجسٹمنٹ، لائے لوگوں کو نرمی پیدا کرے، باڈیسٹی پیدا کرے۔</w:t>
      </w:r>
    </w:p>
    <w:p>
      <w:r>
        <w:rPr>
          <w:b/>
        </w:rPr>
        <w:t xml:space="preserve">[1:37:15] </w:t>
      </w:r>
      <w:r>
        <w:t>yeh wahan hota hi nahi hai sab. to naam rakhne se kya hota hai?</w:t>
      </w:r>
    </w:p>
    <w:p>
      <w:pPr>
        <w:jc w:val="right"/>
      </w:pPr>
      <w:r>
        <w:t>یہ وہاں ہوتا ہی نہیں ہے سب۔ تو نام رکھنے سے کیا ہوتا ہے؟</w:t>
      </w:r>
    </w:p>
    <w:p>
      <w:r>
        <w:rPr>
          <w:b/>
        </w:rPr>
        <w:t xml:space="preserve">[1:37:25] </w:t>
      </w:r>
      <w:r>
        <w:t>this question is from doctor farida khanam from delhi.</w:t>
      </w:r>
    </w:p>
    <w:p>
      <w:pPr>
        <w:jc w:val="right"/>
      </w:pPr>
      <w:r>
        <w:t>دس کوئسچن از فرام ڈاکٹر فریدہ خانم فرام دہلی۔</w:t>
      </w:r>
    </w:p>
    <w:p>
      <w:r>
        <w:rPr>
          <w:b/>
        </w:rPr>
        <w:t xml:space="preserve">[1:37:30] </w:t>
      </w:r>
      <w:r>
        <w:t>there is a verse in the quran, chapter 17, verse number 78. it says: "the recitation at dawn is witnessed." kindly explain this verse.</w:t>
      </w:r>
    </w:p>
    <w:p>
      <w:pPr>
        <w:jc w:val="right"/>
      </w:pPr>
      <w:r>
        <w:t>دیر از ا ورس ان دا قرآن، چیپٹر 17، ورس نمبر 78۔ اٹ سیز: "دا ریسیٹیشن ایٹ ڈان از وٹنسڈ۔" کائنڈلی ایکسپلین دس ورس۔</w:t>
      </w:r>
    </w:p>
    <w:p>
      <w:r>
        <w:rPr>
          <w:b/>
        </w:rPr>
        <w:t xml:space="preserve">[1:37:46] </w:t>
      </w:r>
      <w:r>
        <w:t>in fajr subah ki jo qirat hoti hai, woh yani farishton ke presence mein hoti hai.</w:t>
      </w:r>
    </w:p>
    <w:p>
      <w:pPr>
        <w:jc w:val="right"/>
      </w:pPr>
      <w:r>
        <w:t>ان فجر صبح کی جو قرات ہوتی ہے، وہ یعنی فرشتوں کے پریزنس میں ہوتی ہے۔</w:t>
      </w:r>
    </w:p>
    <w:p>
      <w:r>
        <w:rPr>
          <w:b/>
        </w:rPr>
        <w:t xml:space="preserve">[1:37:55] </w:t>
      </w:r>
      <w:r>
        <w:t>woh</w:t>
      </w:r>
    </w:p>
    <w:p>
      <w:pPr>
        <w:jc w:val="right"/>
      </w:pPr>
      <w:r>
        <w:t>وہ</w:t>
      </w:r>
    </w:p>
    <w:p>
      <w:r>
        <w:rPr>
          <w:b/>
        </w:rPr>
        <w:t xml:space="preserve">[1:37:57] </w:t>
      </w:r>
      <w:r>
        <w:t>yeh matlab is ka yani subah ka waqt jo hai, bohat hi qeemti waqt hota hai. is waqt farishte bohat ziyada aate hain. to subah ko agar namaz parhen aur qirat karen to to farishton ke presence ki wajah se bohat hi spiritual mahol banega.</w:t>
      </w:r>
    </w:p>
    <w:p>
      <w:pPr>
        <w:jc w:val="right"/>
      </w:pPr>
      <w:r>
        <w:t>یہ مطلب اس کا یعنی صبح کا وقت جو ہے، بہت ہی قیمتی وقت ہوتا ہے۔ اس وقت فرشتے بہت زیادہ آتے ہیں۔ تو صبح کو اگر نماز پڑھیں اور قرات کریں تو تو فرشتوں کے پریزنس کی وجہ سے بہت ہی سپریچول ماحول بنے گا۔</w:t>
      </w:r>
    </w:p>
    <w:p>
      <w:r>
        <w:rPr>
          <w:b/>
        </w:rPr>
        <w:t xml:space="preserve">[1:38:13] </w:t>
      </w:r>
      <w:r>
        <w:t>bohat ziyada aap ko inspiration milega. yeh matlab hai. main samajhta hoon ke sab se 24 ghante mein sab se acha waqt jo hota hai, woh subah ka hota hai.</w:t>
      </w:r>
    </w:p>
    <w:p>
      <w:pPr>
        <w:jc w:val="right"/>
      </w:pPr>
      <w:r>
        <w:t>بہت زیادہ آپ کو انسپیریشن ملے گا۔ یہ مطلب ہے۔ میں سمجھتا ہوں کہ سب سے 24 گھنٹے میں سب سے اچھا وقت جو ہوتا ہے، وہ صبح کا ہوتا ہے۔</w:t>
      </w:r>
    </w:p>
    <w:p>
      <w:r>
        <w:rPr>
          <w:b/>
        </w:rPr>
        <w:t xml:space="preserve">[1:38:26] </w:t>
      </w:r>
      <w:r>
        <w:t>kyunke ajeeb o ghareeb baat hai ke log der mein sote hain aur is is waqt is waqt ko kho dete hain. aur jo log fajar ki namaz parhte hain, woh bhi fajar ki namaz parh ke so jate hain.</w:t>
      </w:r>
    </w:p>
    <w:p>
      <w:pPr>
        <w:jc w:val="right"/>
      </w:pPr>
      <w:r>
        <w:t>کیونکہ عجیب و غریب بات ہے کہ لوگ دیر میں سوتے ہیں اور اس اس وقت اس وقت کو کھو دیتے ہیں۔ اور جو لوگ فجر کی نماز پڑھتے ہیں، وہ بھی فجر کی نماز پڑھ کے سو جاتے ہیں۔</w:t>
      </w:r>
    </w:p>
    <w:p>
      <w:r>
        <w:rPr>
          <w:b/>
        </w:rPr>
        <w:t xml:space="preserve">[1:38:35] </w:t>
      </w:r>
      <w:r>
        <w:t>yani double woh hai is maamle mein. kuch log to woh hain jo fajar ki namaz hi nahi parhte, sote rehte hain, sote rehte hain. kuch log woh hain jo namaz parhte hain aur namaz parh ke so jate hain.</w:t>
      </w:r>
    </w:p>
    <w:p>
      <w:pPr>
        <w:jc w:val="right"/>
      </w:pPr>
      <w:r>
        <w:t>یعنی ڈبل وہ ہے اس معاملے میں۔ کچھ لوگ تو وہ ہیں جو فجر کی نماز ہی نہیں پڑھتے، سوتے رہتے ہیں، سوتے رہتے ہیں۔ کچھ لوگ وہ ہیں جو نماز پڑھتے ہیں اور نماز پڑھ کے سو جاتے ہیں۔</w:t>
      </w:r>
    </w:p>
    <w:p>
      <w:r>
        <w:rPr>
          <w:b/>
        </w:rPr>
        <w:t xml:space="preserve">[1:38:46] </w:t>
      </w:r>
      <w:r>
        <w:t>to dono is se mehroom hain subah ke waqt se.</w:t>
      </w:r>
    </w:p>
    <w:p>
      <w:pPr>
        <w:jc w:val="right"/>
      </w:pPr>
      <w:r>
        <w:t>تو دونوں اس سے محروم ہیں صبح کے وقت سے۔</w:t>
      </w:r>
    </w:p>
    <w:p>
      <w:r>
        <w:rPr>
          <w:b/>
        </w:rPr>
        <w:t xml:space="preserve">[1:38:51] </w:t>
      </w:r>
      <w:r>
        <w:t>subah ka waqt jo hai, agar aap uthein aur is waqt to aap itna peace hota hai, aap fresh hote hain.</w:t>
      </w:r>
    </w:p>
    <w:p>
      <w:pPr>
        <w:jc w:val="right"/>
      </w:pPr>
      <w:r>
        <w:t>صبح کا وقت جو ہے، اگر آپ اٹھیں اور اس وقت تو آپ اتنا پیس ہوتا ہے، آپ فریش ہوتے ہیں۔</w:t>
      </w:r>
    </w:p>
    <w:p>
      <w:r>
        <w:rPr>
          <w:b/>
        </w:rPr>
        <w:t xml:space="preserve">[1:38:59] </w:t>
      </w:r>
      <w:r>
        <w:t>is waqt jab aap quran ki qirat karte hain to ek ajeeb qism ka andar inspiration aata hai. woh farishton ki wajah se aata hai. aise hi mein yeh bhi manta hoon ke aap ko subah ko uth kar ek walk karna chahiye nature mein.</w:t>
      </w:r>
    </w:p>
    <w:p>
      <w:pPr>
        <w:jc w:val="right"/>
      </w:pPr>
      <w:r>
        <w:t>اس وقت جب آپ قرآن کی قرات کرتے ہیں تو ایک عجیب قسم کا اندر انسپیریشن آتا ہے۔ وہ فرشتوں کی وجہ سے آتا ہے۔ ایسے ہی میں یہ بھی مانتا ہوں کہ آپ کو صبح کو اٹھ کر ایک واک کرنا چاہیے نیچر میں۔</w:t>
      </w:r>
    </w:p>
    <w:p>
      <w:r>
        <w:rPr>
          <w:b/>
        </w:rPr>
        <w:t xml:space="preserve">[1:39:14] </w:t>
      </w:r>
      <w:r>
        <w:t>dekhein, yahan par itne park hain, itne khule maidan hain. aap jaiye wahan par</w:t>
      </w:r>
    </w:p>
    <w:p>
      <w:pPr>
        <w:jc w:val="right"/>
      </w:pPr>
      <w:r>
        <w:t>دیکھیں، یہاں پر اتنے پارک ہیں، اتنے کھلے میدان ہیں۔ آپ جائیے وہاں پر</w:t>
      </w:r>
    </w:p>
    <w:p>
      <w:r>
        <w:rPr>
          <w:b/>
        </w:rPr>
        <w:t xml:space="preserve">[1:39:18] </w:t>
      </w:r>
      <w:r>
        <w:t>. to is ko mein kaha karta hoon ke walking tahajjud ke aap chal rahe hain har taraf. yani scene hai nature ka, darakht hain, chidiyon ki awazein hain.</w:t>
      </w:r>
    </w:p>
    <w:p>
      <w:pPr>
        <w:jc w:val="right"/>
      </w:pPr>
      <w:r>
        <w:t>۔ تو اس کو میں کہا کرتا ہوں کہ واکنگ تہجد کہ آپ چل رہے ہیں ہر طرف۔ یعنی سین ہے نیچر کا، درخت ہیں، چڑیوں کی آوازیں ہیں۔</w:t>
      </w:r>
    </w:p>
    <w:p>
      <w:r>
        <w:rPr>
          <w:b/>
        </w:rPr>
        <w:t xml:space="preserve">[1:39:29] </w:t>
      </w:r>
      <w:r>
        <w:t>to yeh walking in the nature hai, walking tahajjud hai. yeh to mein samajhta hoon ke hamari team mein, hamari CPS mein to zaroori hi logon ko yeh karna chahiye ke subah ko hargiz na soyein,</w:t>
      </w:r>
    </w:p>
    <w:p>
      <w:pPr>
        <w:jc w:val="right"/>
      </w:pPr>
      <w:r>
        <w:t>تو یہ واکنگ ان دا نیچر ہے، واکنگ تہجد ہے۔ یہ تو میں سمجھتا ہوں کہ ہماری ٹیم میں، ہماری سی پی ایس میں تو ضروری ہی لوگوں کو یہ کرنا چاہیے کہ صبح کو ہرگز نہ سوئیں،</w:t>
      </w:r>
    </w:p>
    <w:p>
      <w:r>
        <w:rPr>
          <w:b/>
        </w:rPr>
        <w:t xml:space="preserve">[1:39:43] </w:t>
      </w:r>
      <w:r>
        <w:t>raat ko sawere soyein, subah ko sawere uthein.</w:t>
      </w:r>
    </w:p>
    <w:p>
      <w:pPr>
        <w:jc w:val="right"/>
      </w:pPr>
      <w:r>
        <w:t>رات کو سویرے سوئیں، صبح کو سویرے اٹھیں۔</w:t>
      </w:r>
    </w:p>
    <w:p>
      <w:r>
        <w:rPr>
          <w:b/>
        </w:rPr>
        <w:t xml:space="preserve">[1:39:47] </w:t>
      </w:r>
      <w:r>
        <w:t>woh angrezi ka misl hai ke "early to bed, early to rise". bohat sahi baat hai yeh: "early to bed, early to rise".</w:t>
      </w:r>
    </w:p>
    <w:p>
      <w:pPr>
        <w:jc w:val="right"/>
      </w:pPr>
      <w:r>
        <w:t>وہ انگریزی کا مثل ہے کہ "ارلی ٹو بیڈ، ارلی ٹو رائز"۔ بہت صحیح بات ہے یہ: "ارلی ٹو بیڈ، ارلی ٹو رائز"۔</w:t>
      </w:r>
    </w:p>
    <w:p>
      <w:r>
        <w:rPr>
          <w:b/>
        </w:rPr>
        <w:t xml:space="preserve">[1:39:56] </w:t>
      </w:r>
      <w:r>
        <w:t>is tarah se aap subah ka waqt khoyenge nahi. to hamare, yani sabhi ko yeh karna hai. lekin hamari team mein to samjhein ke farz ke tareeqe se pakad lena chahiye har har aadmi ko.</w:t>
      </w:r>
    </w:p>
    <w:p>
      <w:pPr>
        <w:jc w:val="right"/>
      </w:pPr>
      <w:r>
        <w:t>اس طرح سے آپ صبح کا وقت کھوئیں گے نہیں۔ تو ہمارے، یعنی سبھی کو یہ کرنا ہے۔ لیکن ہماری ٹیم میں تو سمجھیں کہ فرض کے طریقے سے پکڑ لینا چاہیے ہر ہر آدمی کو۔</w:t>
      </w:r>
    </w:p>
    <w:p>
      <w:r>
        <w:rPr>
          <w:b/>
        </w:rPr>
        <w:t xml:space="preserve">[1:40:07] </w:t>
      </w:r>
      <w:r>
        <w:t>to mein to yahi kahunga ke aap log aisa karein.</w:t>
      </w:r>
    </w:p>
    <w:p>
      <w:pPr>
        <w:jc w:val="right"/>
      </w:pPr>
      <w:r>
        <w:t>تو میں تو یہی کہوں گا کہ آپ لوگ ایسا کریں۔</w:t>
      </w:r>
    </w:p>
    <w:p>
      <w:r>
        <w:rPr>
          <w:b/>
        </w:rPr>
        <w:t xml:space="preserve">[1:40:14] </w:t>
      </w:r>
      <w:r>
        <w:t>das question is from mr sajid from lucknow. Maulana sahib, will praying namaz in masjid give more ajr as compare to praying at home?</w:t>
      </w:r>
    </w:p>
    <w:p>
      <w:pPr>
        <w:jc w:val="right"/>
      </w:pPr>
      <w:r>
        <w:t>دس کوئسچن از فرام مسٹر ساجد فرام لکھنو۔ مولانا صاحب، ول پرینگ نماز ان مسجد گیو مور اجر ایز کمپیر ٹو پرینگ ایٹ ہوم؟</w:t>
      </w:r>
    </w:p>
    <w:p>
      <w:r>
        <w:rPr>
          <w:b/>
        </w:rPr>
        <w:t xml:space="preserve">[1:40:29] </w:t>
      </w:r>
      <w:r>
        <w:t>kindly give your comment. dekhein, ajr ka talluq place se nahi hai. yeh bohat hi galat soch hai ke place se ajr barh jata hai.</w:t>
      </w:r>
    </w:p>
    <w:p>
      <w:pPr>
        <w:jc w:val="right"/>
      </w:pPr>
      <w:r>
        <w:t>کائنڈلی گیو یور کمنٹ۔ دیکھیں، اجر کا تعلق پلیس سے نہیں ہے۔ یہ بہت ہی غلط سوچ ہے کہ پلیس سے اجر بڑھ جاتا ہے۔</w:t>
      </w:r>
    </w:p>
    <w:p>
      <w:r>
        <w:rPr>
          <w:b/>
        </w:rPr>
        <w:t xml:space="preserve">[1:40:42] </w:t>
      </w:r>
      <w:r>
        <w:t>ajr barhta hai khushu se. qad afalaha al mominun allazina fi salatihim khashiun yani jitna aap ke dil ke andar spirituality hogi, jitna khushu hoga,</w:t>
      </w:r>
    </w:p>
    <w:p>
      <w:pPr>
        <w:jc w:val="right"/>
      </w:pPr>
      <w:r>
        <w:t>اجر بڑھتا ہے خشوع سے۔ قد افضل المومنون الذین فی صلاتهم خاشعون یعنی جتنا آپ کے دل کے اندر سپریچولیٹی ہوگی، جتنا خشوع ہوگا،</w:t>
      </w:r>
    </w:p>
    <w:p>
      <w:r>
        <w:rPr>
          <w:b/>
        </w:rPr>
        <w:t xml:space="preserve">[1:40:56] </w:t>
      </w:r>
      <w:r>
        <w:t>jitna khauf khuda hoga, jitna mohabbat ilahi hogi, is ke aitbaar se ajr barhta hai. place se ajr nahi barhta hai. bilkul yeh yeh jo tasawwur hai, mein mein is ko baseless samajhta hoon ke kisi place, kisi maqam se ajr barh jata hai.</w:t>
      </w:r>
    </w:p>
    <w:p>
      <w:pPr>
        <w:jc w:val="right"/>
      </w:pPr>
      <w:r>
        <w:t>جتنا خوف خدا ہوگا، جتنا محبت الہی ہوگی، اس کے اعتبار سے اجر بڑھتا ہے۔ پلیس سے اجر نہیں بڑھتا ہے۔ بالکل یہ یہ جو تصور ہے، میں میں اس کو بیسلیس سمجھتا ہوں کہ کسی پلیس، کسی مقام سے اجر بڑھ جاتا ہے۔</w:t>
      </w:r>
    </w:p>
    <w:p>
      <w:r>
        <w:rPr>
          <w:b/>
        </w:rPr>
        <w:t xml:space="preserve">[1:41:14] </w:t>
      </w:r>
      <w:r>
        <w:t>aisa kuch bhi nahi hai.</w:t>
      </w:r>
    </w:p>
    <w:p>
      <w:pPr>
        <w:jc w:val="right"/>
      </w:pPr>
      <w:r>
        <w:t>ایسا کچھ بھی نہیں ہے۔</w:t>
      </w:r>
    </w:p>
    <w:p>
      <w:r>
        <w:rPr>
          <w:b/>
        </w:rPr>
        <w:t xml:space="preserve">[1:41:19] </w:t>
      </w:r>
      <w:r>
        <w:t>das question is from mr zubair from new delhi. why did the khulafa forcefully make the people to perform five time prayer and give zakat</w:t>
      </w:r>
    </w:p>
    <w:p>
      <w:pPr>
        <w:jc w:val="right"/>
      </w:pPr>
      <w:r>
        <w:t>دس کوئسچن از فرام مسٹر زبیر فرام نیو دہلی۔ وائی ڈیڈ دا خلفاء فورس فلی میک دا پیپل ٹو پرفارم فائیو ٹائم پریئر اینڈ گیو زکوۃ</w:t>
      </w:r>
    </w:p>
    <w:p>
      <w:r>
        <w:rPr>
          <w:b/>
        </w:rPr>
        <w:t xml:space="preserve">[1:41:33] </w:t>
      </w:r>
      <w:r>
        <w:t>? nahi, aisa kuch to nahi hai ke forcefully koda bahar kar ke namaz parhwate. aisa kuch nahi hai. hum unhein zor dete the, logon ko taakeed karte the. mein manta hoon ke dekhiye, five time namaz jo hai, woh kya hai?</w:t>
      </w:r>
    </w:p>
    <w:p>
      <w:pPr>
        <w:jc w:val="right"/>
      </w:pPr>
      <w:r>
        <w:t>؟ نہیں، ایسا کچھ تو نہیں ہے کہ فورس فلی کوڑا باہر کر کے نماز پڑھواتے۔ ایسا کچھ نہیں ہے۔ ہم انہیں زور دیتے تھے، لوگوں کو تاکید کرتے تھے۔ میں مانتا ہوں کہ دیکھیے، فائیو ٹائم نماز جو ہے، وہ کیا ہے؟</w:t>
      </w:r>
    </w:p>
    <w:p>
      <w:r>
        <w:rPr>
          <w:b/>
        </w:rPr>
        <w:t xml:space="preserve">[1:41:46] </w:t>
      </w:r>
      <w:r>
        <w:t>woh compulsory routine hai. namaz panch waqt ki jo hai, agar agar agar is mein compulsion na ho to aadmi parh nahi payega.</w:t>
      </w:r>
    </w:p>
    <w:p>
      <w:pPr>
        <w:jc w:val="right"/>
      </w:pPr>
      <w:r>
        <w:t>وہ کمپلسری روٹین ہے۔ نماز پانچ وقت کی جو ہے، اگر اگر اگر اس میں کمپلشن نہ ہو تو آدمی پڑھ نہیں پائے گا۔</w:t>
      </w:r>
    </w:p>
    <w:p>
      <w:r>
        <w:rPr>
          <w:b/>
        </w:rPr>
        <w:t xml:space="preserve">[1:41:59] </w:t>
      </w:r>
      <w:r>
        <w:t>koi bhi cheez mein dekhein, compulsion ho to aap nahi parh pate, kar nahi paate. jaise aap farz kijiye ke kisi company mein kaam karte hain, kisi college mein kaam karte hain.</w:t>
      </w:r>
    </w:p>
    <w:p>
      <w:pPr>
        <w:jc w:val="right"/>
      </w:pPr>
      <w:r>
        <w:t>کوئی بھی چیز میں دیکھیں، کمپلشن ہو تو آپ نہیں پڑھ پاتے، کر نہیں پاتے۔ جیسے آپ فرض کیجئے کہ کسی کمپنی میں کام کرتے ہیں، کسی کالج میں کام کرتے ہیں۔</w:t>
      </w:r>
    </w:p>
    <w:p>
      <w:r>
        <w:rPr>
          <w:b/>
        </w:rPr>
        <w:t xml:space="preserve">[1:42:10] </w:t>
      </w:r>
      <w:r>
        <w:t>agar wahan agar aap ko yeh dar na ho ke mera record kharab ho jayega to aap koi bhi time par nahi jayenge. sab ka haal yahi hai. record kharab ho jayega to daud ke pahunchega time par.</w:t>
      </w:r>
    </w:p>
    <w:p>
      <w:pPr>
        <w:jc w:val="right"/>
      </w:pPr>
      <w:r>
        <w:t>اگر وہاں اگر آپ کو یہ ڈر نہ ہو کہ میرا ریکارڈ خراب ہو جائے گا تو آپ کوئی بھی ٹائم پر نہیں جائیں گے۔ سب کا حال یہی ہے۔ ریکارڈ خراب ہو جائے گا تو دوڑ کے پہنچے گا ٹائم پر۔</w:t>
      </w:r>
    </w:p>
    <w:p>
      <w:r>
        <w:rPr>
          <w:b/>
        </w:rPr>
        <w:t xml:space="preserve">[1:42:21] </w:t>
      </w:r>
      <w:r>
        <w:t>nahi to yani bohat hi dheel dhaalay tareeqe se kabhi pehle jayenge, kabhi der mein ja</w:t>
      </w:r>
    </w:p>
    <w:p>
      <w:pPr>
        <w:jc w:val="right"/>
      </w:pPr>
      <w:r>
        <w:t>نہیں تو یعنی بہت ہی ڈھیل ڈھالے طریقے سے کبھی پہلے جائیں گے، کبھی دیر میں ج</w:t>
      </w:r>
    </w:p>
    <w:p>
      <w:r>
        <w:rPr>
          <w:b/>
        </w:rPr>
        <w:t xml:space="preserve">[1:42:28] </w:t>
      </w:r>
      <w:r>
        <w:t>ayenge. to compulsion bohat zaroori hai. to mein samajhta hoon ke asal namaz to yahi hai ke khushu ke sath parhi jaye. lekin ek yeh compulsory routine jo hai, is liye hai ke aap ko rewind karta rahe, rewind karta rahe.</w:t>
      </w:r>
    </w:p>
    <w:p>
      <w:pPr>
        <w:jc w:val="right"/>
      </w:pPr>
      <w:r>
        <w:t>ائیں گے۔ تو کمپلشن بہت ضروری ہے۔ تو میں سمجھتا ہوں کہ اصل نماز تو یہی ہے کہ خشوع کے ساتھ پڑھی جائے۔ لیکن ایک یہ کمپلسری روٹین جو ہے، اس لیے ہے کہ آپ کو ریوائنڈ کرتا رہے، ریوائنڈ کرتا رہے۔</w:t>
      </w:r>
    </w:p>
    <w:p>
      <w:r>
        <w:rPr>
          <w:b/>
        </w:rPr>
        <w:t xml:space="preserve">[1:42:44] </w:t>
      </w:r>
      <w:r>
        <w:t>to yeh baghair rewind kiye hue aadmi ko zehan se nikal jayega. to compulsory reminder hai yeh panch waqt ki namaz.</w:t>
      </w:r>
    </w:p>
    <w:p>
      <w:pPr>
        <w:jc w:val="right"/>
      </w:pPr>
      <w:r>
        <w:t>تو یہ بغیر ریوائنڈ کیے ہوئے آدمی کو ذہن سے نکل جائے گا۔ تو کمپلسری ریمائنڈر ہے یہ پانچ وقت کی نماز۔</w:t>
      </w:r>
    </w:p>
    <w:p>
      <w:r>
        <w:rPr>
          <w:b/>
        </w:rPr>
        <w:t xml:space="preserve">[1:42:55] </w:t>
      </w:r>
      <w:r>
        <w:t>to aisa nahin hai ke wahan koda mara jata tha, zor diya jata tha. wahan masjidon mein kaha jata tha, masjid ke bahir kaha jata tha.</w:t>
      </w:r>
    </w:p>
    <w:p>
      <w:pPr>
        <w:jc w:val="right"/>
      </w:pPr>
      <w:r>
        <w:t>تو ایسا نہیں ہے کہ وہاں کوڑا مارا جاتا تھا، زور دیا جاتا تھا۔ وہاں مسجدوں میں کہا جاتا تھا، مسجد کے باہر کہا جاتا تھا۔</w:t>
      </w:r>
    </w:p>
    <w:p>
      <w:r>
        <w:rPr>
          <w:b/>
        </w:rPr>
        <w:t xml:space="preserve">[1:43:05] </w:t>
      </w:r>
      <w:r>
        <w:t>hum bhi zor dete hain is ko.</w:t>
      </w:r>
    </w:p>
    <w:p>
      <w:pPr>
        <w:jc w:val="right"/>
      </w:pPr>
      <w:r>
        <w:t>ہم بھی زور دیتے ہیں اس کو۔</w:t>
      </w:r>
    </w:p>
    <w:p>
      <w:r>
        <w:rPr>
          <w:b/>
        </w:rPr>
        <w:t xml:space="preserve">[1:43:09] </w:t>
      </w:r>
      <w:r>
        <w:t>maulana, yeh hai zina question. European countries are banning burqas. What should be our reaction?</w:t>
      </w:r>
    </w:p>
    <w:p>
      <w:pPr>
        <w:jc w:val="right"/>
      </w:pPr>
      <w:r>
        <w:t>مولانا، یہ ہے زنا کوئسچن۔ یورپین کنٹریز ار بیننگ برخاس۔ واٹ شوڈ بی ار ری ایکشن؟</w:t>
      </w:r>
    </w:p>
    <w:p>
      <w:r>
        <w:rPr>
          <w:b/>
        </w:rPr>
        <w:t xml:space="preserve">[1:43:20] </w:t>
      </w:r>
      <w:r>
        <w:t>main samajhta hoon ke log jaate hi koi arab mein jo musalmanon ko burqa pehanna hai to wahan jaan ki zahiri zaroorat hi kya hai? un ka apna culture hai, is culture ke mutabiq wahan rahiye to jaiye, nahin to bach jaiye.</w:t>
      </w:r>
    </w:p>
    <w:p>
      <w:pPr>
        <w:jc w:val="right"/>
      </w:pPr>
      <w:r>
        <w:t>میں سمجھتا ہوں کہ لوگ جاتے ہی کوئی عرب میں جو مسلمانوں کو برقعہ پہننا ہے تو وہاں جان کی ظاہری ضرورت ہی کیا ہے؟ ان کا اپنا کلچر ہے، اس کلچر کے مطابق وہاں رہیے تو جائیے، نہیں تو بچ جائیے۔</w:t>
      </w:r>
    </w:p>
    <w:p>
      <w:r>
        <w:rPr>
          <w:b/>
        </w:rPr>
        <w:t xml:space="preserve">[1:43:33] </w:t>
      </w:r>
      <w:r>
        <w:t>main un ka haq samajhta hoon un mulkon ka ke woh apne culture ko wahan par yani raaij karein. aap ko nahin pasand hai to aap bach jaiye wahan. main musalmanon ko blame deta hoon ke tum ko apne culture pe chalna hai to wahan jaate kyun ho?</w:t>
      </w:r>
    </w:p>
    <w:p>
      <w:pPr>
        <w:jc w:val="right"/>
      </w:pPr>
      <w:r>
        <w:t>میں ان کا حق سمجھتا ہوں ان ملکوں کا کہ وہ اپنے کلچر کو وہاں پر یعنی رائج کریں۔ آپ کو نہیں پسند ہے تو آپ بچ جائیے وہاں۔ میں مسلمانوں کو بلیپ دیتا ہوں کہ تم کو اپنے کلچر پہ چلنا ہے تو وہاں جاتے کیوں ہو؟</w:t>
      </w:r>
    </w:p>
    <w:p>
      <w:r>
        <w:rPr>
          <w:b/>
        </w:rPr>
        <w:t xml:space="preserve">[1:43:46] </w:t>
      </w:r>
      <w:r>
        <w:t>wahan par</w:t>
      </w:r>
    </w:p>
    <w:p>
      <w:pPr>
        <w:jc w:val="right"/>
      </w:pPr>
      <w:r>
        <w:t>وہاں پر</w:t>
      </w:r>
    </w:p>
    <w:p>
      <w:r>
        <w:rPr>
          <w:b/>
        </w:rPr>
        <w:t xml:space="preserve">[1:43:48] </w:t>
      </w:r>
      <w:r>
        <w:t>un ke culture pe chal chal sako to jao, nahin to apne apne apne mulkon mein raho, apne watan mein raho. ja ke wahan rehna aur zabardasti karna ke nahin, hum apna culture chalayenge.</w:t>
      </w:r>
    </w:p>
    <w:p>
      <w:pPr>
        <w:jc w:val="right"/>
      </w:pPr>
      <w:r>
        <w:t>ان کے کلچر پہ چل چل سکو تو جاؤ، نہیں تو اپنے اپنے اپنے ملکوں میں رہو، اپنے وطن میں رہو۔ جا کے وہاں رہنا اور زبردستی کرنا کہ نہیں، ہم اپنا کلچر چلائیں گے۔</w:t>
      </w:r>
    </w:p>
    <w:p>
      <w:r>
        <w:rPr>
          <w:b/>
        </w:rPr>
        <w:t xml:space="preserve">[1:43:57] </w:t>
      </w:r>
      <w:r>
        <w:t>yahan main to is ko bohat hi zyada objectionable samajhta hoon.</w:t>
      </w:r>
    </w:p>
    <w:p>
      <w:pPr>
        <w:jc w:val="right"/>
      </w:pPr>
      <w:r>
        <w:t>یہاں میں تو اس کو بہت ہی زیادہ ابجیکشن ایبل سمجھتا ہوں۔</w:t>
      </w:r>
    </w:p>
    <w:p>
      <w:r>
        <w:rPr>
          <w:b/>
        </w:rPr>
        <w:t xml:space="preserve">[1:44:06] </w:t>
      </w:r>
      <w:r>
        <w:t>this question is from Mr. Ramesh Siddiqui from New Delhi.</w:t>
      </w:r>
    </w:p>
    <w:p>
      <w:pPr>
        <w:jc w:val="right"/>
      </w:pPr>
      <w:r>
        <w:t>دس کوئسچن از فرام مسٹر رامش صدیقی فرام نیو دہلی۔</w:t>
      </w:r>
    </w:p>
    <w:p>
      <w:r>
        <w:rPr>
          <w:b/>
        </w:rPr>
        <w:t xml:space="preserve">[1:44:11] </w:t>
      </w:r>
      <w:r>
        <w:t>Darul Uloom issued a fatwa against working women that their earnings is unlawful. Maulana, what is your comment on this?</w:t>
      </w:r>
    </w:p>
    <w:p>
      <w:pPr>
        <w:jc w:val="right"/>
      </w:pPr>
      <w:r>
        <w:t>دارالعلوم ایشوڈ ا فتوی اگینسٹ ورکنگ وومن دیٹ دیر ارننگز از ان لافل۔ مولانا، واٹ از یور کمنٹ ان دس؟</w:t>
      </w:r>
    </w:p>
    <w:p>
      <w:r>
        <w:rPr>
          <w:b/>
        </w:rPr>
        <w:t xml:space="preserve">[1:44:22] </w:t>
      </w:r>
      <w:r>
        <w:t>yeh bilkul hai absurd fatwa hai aur unhon ne to is se rujoo bhi kar liya hai. Hindustan Times mein aaya hai un ka woh fatwa tha to ab bhi galat tha.</w:t>
      </w:r>
    </w:p>
    <w:p>
      <w:pPr>
        <w:jc w:val="right"/>
      </w:pPr>
      <w:r>
        <w:t>یہ بالکل ہے ابسرٹ فتوی ہے اور انہوں نے تو اس سے رجوع بھی کر لیا ہے۔ ہندوستان ٹائمز میں آیا ہے ان کا وہ فتوی تھا تو اب بھی غلط تھا۔</w:t>
      </w:r>
    </w:p>
    <w:p>
      <w:r>
        <w:rPr>
          <w:b/>
        </w:rPr>
        <w:t xml:space="preserve">[1:44:32] </w:t>
      </w:r>
      <w:r>
        <w:t>rujoo be-mani hai. yeh koi fatwa hai? yeh yeh koi fatwa hai? yeh yani fatwe ko logon ne ek yani tamasha bana diya hai.</w:t>
      </w:r>
    </w:p>
    <w:p>
      <w:pPr>
        <w:jc w:val="right"/>
      </w:pPr>
      <w:r>
        <w:t>رجوع بے معنی ہے۔ یہ کوئی فتوی ہے؟ یہ یہ کوئی فتوی ہے؟ یہ یعنی فتوے کو لوگوں نے ایک یعنی تماشہ بنا دیا ہے۔</w:t>
      </w:r>
    </w:p>
    <w:p>
      <w:r>
        <w:rPr>
          <w:b/>
        </w:rPr>
        <w:t xml:space="preserve">[1:44:44] </w:t>
      </w:r>
      <w:r>
        <w:t>aaj kal jo fatwa chal raha hai, yeh yeh fatwa hai hi nahin. yeh to akhbari ishtihar hai. chuki akhbar wale khoob chhapte hain to jhat se aap front page pe aa jate hain to aap fatwa dete hain.</w:t>
      </w:r>
    </w:p>
    <w:p>
      <w:pPr>
        <w:jc w:val="right"/>
      </w:pPr>
      <w:r>
        <w:t>آج کل جو فتوی چل رہا ہے، یہ یہ فتوی ہے ہی نہیں۔ یہ تو اخباری اشتہار ہے۔ چونکہ اخبار والے خوب چھاپتے ہیں تو جھٹ سے آپ فرنٹ پیج پہ آ جاتے ہیں تو آپ فتوی دیتے ہیں۔</w:t>
      </w:r>
    </w:p>
    <w:p>
      <w:r>
        <w:rPr>
          <w:b/>
        </w:rPr>
        <w:t xml:space="preserve">[1:44:56] </w:t>
      </w:r>
      <w:r>
        <w:t>kuch nahin, Islam mein dawat hai, fatwa nahin hai. aap logon se naseehat kijiye, ja ke samjhaiye, un ke un ke mind ko address kijiye.</w:t>
      </w:r>
    </w:p>
    <w:p>
      <w:pPr>
        <w:jc w:val="right"/>
      </w:pPr>
      <w:r>
        <w:t>کچھ نہیں، اسلام میں دعوت ہے، فتوی نہیں ہے۔ آپ لوگوں سے نصیحت کیجئے، جا کے سمجھائیے، ان کے ان کے مائنڈ کو ایڈریس کیجئے۔</w:t>
      </w:r>
    </w:p>
    <w:p>
      <w:r>
        <w:rPr>
          <w:b/>
        </w:rPr>
        <w:t xml:space="preserve">[1:45:06] </w:t>
      </w:r>
      <w:r>
        <w:t>yeh fatwa keh dena. main is is fatwa baazi ko, is ko main kehta hoon fatwa activism.</w:t>
      </w:r>
    </w:p>
    <w:p>
      <w:pPr>
        <w:jc w:val="right"/>
      </w:pPr>
      <w:r>
        <w:t>یہ فتوی کہہ دینا۔ میں اس اس فتوے بازی کو، اس کو میں کہتا ہوں فتوی ایکٹیوزم۔</w:t>
      </w:r>
    </w:p>
    <w:p>
      <w:r>
        <w:rPr>
          <w:b/>
        </w:rPr>
        <w:t xml:space="preserve">[1:45:14] </w:t>
      </w:r>
      <w:r>
        <w:t>main is ko kehta hoon fatwa activism. yeh bilkul baseless baat hai. fatwa activism Islam mein nahin hai. Islam mein dawat hai, naseehat hai. yeh fatwa activism jo ek bidat hai, is ko main is ko bidat manta hoon.</w:t>
      </w:r>
    </w:p>
    <w:p>
      <w:pPr>
        <w:jc w:val="right"/>
      </w:pPr>
      <w:r>
        <w:t>میں اس کو کہتا ہوں فتوی ایکٹیوزم۔ یہ بالکل بیسلیس بات ہے۔ فتوی ایکٹیوزم اسلام میں نہیں ہے۔ اسلام میں دعوت ہے، نصیحت ہے۔ یہ فتوی ایکٹیوزم جو ایک بدعت ہے، اس کو میں اس کو بدعت مانتا ہوں۔</w:t>
      </w:r>
    </w:p>
    <w:p>
      <w:r>
        <w:rPr>
          <w:b/>
        </w:rPr>
        <w:t xml:space="preserve">[1:45:27] </w:t>
      </w:r>
      <w:r>
        <w:t>fatwa activism ko main bidat samajhta hoon.</w:t>
      </w:r>
    </w:p>
    <w:p>
      <w:pPr>
        <w:jc w:val="right"/>
      </w:pPr>
      <w:r>
        <w:t>فتوی ایکٹیوزم کو میں بدعت سمجھتا ہوں۔</w:t>
      </w:r>
    </w:p>
    <w:p>
      <w:r>
        <w:rPr>
          <w:b/>
        </w:rPr>
        <w:t xml:space="preserve">[1:45:37] </w:t>
      </w:r>
      <w:r>
        <w:t>this question is from Dr. Farida Khanam from New Delhi.</w:t>
      </w:r>
    </w:p>
    <w:p>
      <w:pPr>
        <w:jc w:val="right"/>
      </w:pPr>
      <w:r>
        <w:t>دس کوئسچن از فرام ڈاکٹر فریدہ خانم فرام نیو دہلی۔</w:t>
      </w:r>
    </w:p>
    <w:p>
      <w:r>
        <w:rPr>
          <w:b/>
        </w:rPr>
        <w:t xml:space="preserve">[1:45:42] </w:t>
      </w:r>
      <w:r>
        <w:t>why is it that people do not ask for fatwa for members of their own families? there are so many children who do not follow all the commands of the Quran like their parents do.</w:t>
      </w:r>
    </w:p>
    <w:p>
      <w:pPr>
        <w:jc w:val="right"/>
      </w:pPr>
      <w:r>
        <w:t>وائی از اٹ دیٹ پیپل ڈو ناٹ اسک فار فتوی فار ممبرز اف دیر اون فیملیز؟ دیر ار سو مینی چلڈرن ہو ڈو ناٹ فالو ال دی کمانڈز اف دا قرآن لائک دیر پیرنٹس ڈو۔</w:t>
      </w:r>
    </w:p>
    <w:p>
      <w:r>
        <w:rPr>
          <w:b/>
        </w:rPr>
        <w:t xml:space="preserve">[1:45:56] </w:t>
      </w:r>
      <w:r>
        <w:t>why this double standard? they ask fatwa for others, not for themself. yeh bohat sahi baat hai, bohat hi sahi baat hai.</w:t>
      </w:r>
    </w:p>
    <w:p>
      <w:pPr>
        <w:jc w:val="right"/>
      </w:pPr>
      <w:r>
        <w:t>وائی دس ڈبل سٹینڈرڈ؟ دے اسک فتوی فار ادرز، ناٹ فار دیم سیلف۔ یہ بہت صحیح بات ہے، بہت ہی صحیح بات ہے۔</w:t>
      </w:r>
    </w:p>
    <w:p>
      <w:r>
        <w:rPr>
          <w:b/>
        </w:rPr>
        <w:t xml:space="preserve">[1:46:06] </w:t>
      </w:r>
      <w:r>
        <w:t>hamesha doosron ke bare mein fatwa poochte hain, apne bare mein nahin.</w:t>
      </w:r>
    </w:p>
    <w:p>
      <w:pPr>
        <w:jc w:val="right"/>
      </w:pPr>
      <w:r>
        <w:t>ہمیشہ دوسروں کے بارے میں فتوی پوچھتے ہیں، اپنے بارے میں نہیں۔</w:t>
      </w:r>
    </w:p>
    <w:p>
      <w:r>
        <w:rPr>
          <w:b/>
        </w:rPr>
        <w:t xml:space="preserve">[1:46:13] </w:t>
      </w:r>
      <w:r>
        <w:t>apna bachcha kuch bhi kare, apne bete betiyan ja kar Europe, America aap kaise bhi rahein, is ka koi fatwa nahin poochta hai. yeh to bilkul dishonest hai ke apne apne bete beti ko, apne pote pota, apne nawasi ko chhod diye hue hon aur doosre ke bare mein fatwa poochte hain.</w:t>
      </w:r>
    </w:p>
    <w:p>
      <w:pPr>
        <w:jc w:val="right"/>
      </w:pPr>
      <w:r>
        <w:t>اپنا بچہ کچھ بھی کرے، اپنے بیٹے بیٹیاں جا کر یورپ، امریکہ آپ کیسے بھی رہیں، اس کا کوئی فتوی نہیں پوچھتا ہے۔ یہ تو بالکل ڈس آنسٹری ہے کہ اپنے اپنے بیٹے بیٹی کو، اپنے پوتے پوتا، اپنے نواسی کو چھوڑ دیے ہوئے ہوں اور دوسرے کے بارے میں فتوی پوچھتے ہیں۔</w:t>
      </w:r>
    </w:p>
    <w:p>
      <w:r>
        <w:rPr>
          <w:b/>
        </w:rPr>
        <w:t xml:space="preserve">[1:46:29] </w:t>
      </w:r>
      <w:r>
        <w:t>aap to fatwa poochne wala bhi galat hai, fatwa dene wala bhi galat hai, dono galat hain. is karobar ko band kar dena chahiye bilkul. yeh ridiculous hai, ridiculous hai.</w:t>
      </w:r>
    </w:p>
    <w:p>
      <w:pPr>
        <w:jc w:val="right"/>
      </w:pPr>
      <w:r>
        <w:t>آپ تو فتوی پوچھنے والا بھی غلط ہے، فتوی دینے والا بھی غلط ہے، دونوں غلط ہیں۔ اس کاروبار کو بند کر دینا چاہیے بالکل۔ یہ ریڈیکولس ہے، ریڈیکولس ہے۔</w:t>
      </w:r>
    </w:p>
    <w:p>
      <w:r>
        <w:rPr>
          <w:b/>
        </w:rPr>
        <w:t xml:space="preserve">[1:46:44] </w:t>
      </w:r>
      <w:r>
        <w:t>this question is from Ms. Nigar from Bangalore. After the Prophet Muhammad, who was the best person who did dawah work?</w:t>
      </w:r>
    </w:p>
    <w:p>
      <w:pPr>
        <w:jc w:val="right"/>
      </w:pPr>
      <w:r>
        <w:t>دس کوئسچن از فرام مس نگار فرام بینگلور۔ افٹر دا پرافٹ محمد، ہو واز دا بیسٹ پرسن ہو ڈیڈ دعوی ورک؟</w:t>
      </w:r>
    </w:p>
    <w:p>
      <w:r>
        <w:rPr>
          <w:b/>
        </w:rPr>
        <w:t xml:space="preserve">[1:46:54] </w:t>
      </w:r>
      <w:r>
        <w:t>please tell us one name or organization in the present age in the Muslim world who is engaged in strong dawah work today.</w:t>
      </w:r>
    </w:p>
    <w:p>
      <w:pPr>
        <w:jc w:val="right"/>
      </w:pPr>
      <w:r>
        <w:t>پلیز ٹیل اس ون نیم اور ارگنائزیشن ان دا پریزنٹ ایج ان دا مسلم ورلڈ ہو از انگیجڈ ان سٹرونگ دعوی ورک ٹوڈے۔</w:t>
      </w:r>
    </w:p>
    <w:p>
      <w:r>
        <w:rPr>
          <w:b/>
        </w:rPr>
        <w:t xml:space="preserve">[1:47:07] </w:t>
      </w:r>
      <w:r>
        <w:t>woh toh hamari cpc tm mein hi daawa work kar rahi hai. baqi toh koi daawa work kar nahin</w:t>
      </w:r>
    </w:p>
    <w:p>
      <w:pPr>
        <w:jc w:val="right"/>
      </w:pPr>
      <w:r>
        <w:t>وہ تو ہماری سی پی ایس ٹی ایم میں ہی دعوی ورک کر رہی ہے۔ باقی تو کوئی دعوی ورک کر نہیں</w:t>
      </w:r>
    </w:p>
    <w:p>
      <w:r>
        <w:rPr>
          <w:b/>
        </w:rPr>
        <w:t xml:space="preserve">[1:47:13] </w:t>
      </w:r>
      <w:r>
        <w:t>raha hai. dawat ke naam lene wale bohat saare hain lekin rasool allah sallallahu alaihi wasallam ka jo dawat ka tareeqa tha, sahaba ka jo dawat tareeqa tha, us ko hum ne revive kiya hai.</w:t>
      </w:r>
    </w:p>
    <w:p>
      <w:pPr>
        <w:jc w:val="right"/>
      </w:pPr>
      <w:r>
        <w:t>رہا ہے۔ دعوت کے نام لینے والے بہت سارے ہیں لیکن رسول اللہ صلی اللہ علیہ وسلم کا جو دعوت کا طریقہ تھا، صحابہ کا جو دعوت طریقہ تھا، اس کو ہم نے ریوائیو کیا ہے۔</w:t>
      </w:r>
    </w:p>
    <w:p>
      <w:r>
        <w:rPr>
          <w:b/>
        </w:rPr>
        <w:t xml:space="preserve">[1:47:22] </w:t>
      </w:r>
      <w:r>
        <w:t>hamare mission yaani hamari team ne revive kiya hai aur toh koi bhi nahin. main ek waqt america gaya toh ek sahab thay, woh kehte hain dawat dawat, hum bhi dawat karte hain, hum bhi daawa work karte hain.</w:t>
      </w:r>
    </w:p>
    <w:p>
      <w:pPr>
        <w:jc w:val="right"/>
      </w:pPr>
      <w:r>
        <w:t>ہمارے مشن یعنی ہماری ٹیم نے ریوائیو کیا ہے اور تو کوئی بھی نہیں۔ میں ایک وقت امریکہ گیا تو ایک صاحب تھے، وہ کہتے ہیں دعوت دعوت، ہم بھی دعوت کرتے ہیں، ہم بھی دعوی ورک کرتے ہیں۔</w:t>
      </w:r>
    </w:p>
    <w:p>
      <w:r>
        <w:rPr>
          <w:b/>
        </w:rPr>
        <w:t xml:space="preserve">[1:47:35] </w:t>
      </w:r>
      <w:r>
        <w:t>toh main ne kaha kahan ke daawa karte hain? kaha is se main aap ko dikhata hoon. toh unhon ne apni gaadi par mujhe ek jagah bheja.</w:t>
      </w:r>
    </w:p>
    <w:p>
      <w:pPr>
        <w:jc w:val="right"/>
      </w:pPr>
      <w:r>
        <w:t>تو میں نے کہا کہاں کے دعوی کرتے ہیں؟ کہا اس سے میں آپ کو دکھاتا ہوں۔ تو انہوں نے اپنی گاڑی پر مجھے ایک جگہ بھیجا۔</w:t>
      </w:r>
    </w:p>
    <w:p>
      <w:r>
        <w:rPr>
          <w:b/>
        </w:rPr>
        <w:t xml:space="preserve">[1:47:42] </w:t>
      </w:r>
      <w:r>
        <w:t>yeh waqea hai california ka ke woh jo daawa work kar rahay thay, us ko dikhane ke liye bheja unhon ne mujh ko. toh aap gaye, ek building thi, us building mein ek lady aur ek mard thay, bohat hi busy thay.</w:t>
      </w:r>
    </w:p>
    <w:p>
      <w:pPr>
        <w:jc w:val="right"/>
      </w:pPr>
      <w:r>
        <w:t>یہ واقعہ ہے کیلیفورنیا کا کہ وہ جو دعوی ورک کر رہے تھے، اس کو دکھانے کے لیے بھیجا انہوں نے مجھ کو۔ تو آپ گئے، ایک بلڈنگ تھی، اس بلڈنگ میں ایک لیڈی اور ایک مرد تھے، بہت ہی بزی تھے۔</w:t>
      </w:r>
    </w:p>
    <w:p>
      <w:r>
        <w:rPr>
          <w:b/>
        </w:rPr>
        <w:t xml:space="preserve">[1:47:56] </w:t>
      </w:r>
      <w:r>
        <w:t>woh toh woh kitaabein sab bohat saari theen wahan par. toh main ne poocha bhai kya karte hain aap? toh unhon ne kaha bataya ke america ke schoolon mein jo kitaabein parhai jaati hain, un sab ko hum ne ikattha kiya hai,</w:t>
      </w:r>
    </w:p>
    <w:p>
      <w:pPr>
        <w:jc w:val="right"/>
      </w:pPr>
      <w:r>
        <w:t>وہ تو وہ کتابیں سب بہت ساری تھیں وہاں پر۔ تو میں نے پوچھا بھئی کیا کرتے ہیں آپ؟ تو انہوں نے کہا بتایا کہ امریکہ کے اسکولوں میں جو کتابیں پڑھائی جاتی ہیں، ان سب کو ہم نے اکٹھا کیا ہے،</w:t>
      </w:r>
    </w:p>
    <w:p>
      <w:r>
        <w:rPr>
          <w:b/>
        </w:rPr>
        <w:t xml:space="preserve">[1:48:09] </w:t>
      </w:r>
      <w:r>
        <w:t>is ki scrutiny kar rahay hain ke kahan kahan is mein islam ke ya musalmanon ke khilaaf hai. yaani america ke schoolon mein jo kitaabein parhai jaati hain, is mein kahan kahan un ke apne nazdeek islam ke ya musalmanon ke khilaaf hai, us ko nikaal rahay hain.</w:t>
      </w:r>
    </w:p>
    <w:p>
      <w:pPr>
        <w:jc w:val="right"/>
      </w:pPr>
      <w:r>
        <w:t>اس کی سکرونٹنگ کر رہے ہیں کہ کہاں کہاں اس میں اسلام کے یا مسلمانوں کے خلاف ہے۔ یعنی امریکہ کے اسکولوں میں جو کتابیں پڑھائی جاتی ہیں، اس میں کہاں کہاں ان کے اپنے نزدیک اسلام کے یا مسلمانوں کے خلاف ہے، اس کو نکال رہے ہیں۔</w:t>
      </w:r>
    </w:p>
    <w:p>
      <w:r>
        <w:rPr>
          <w:b/>
        </w:rPr>
        <w:t xml:space="preserve">[1:48:24] </w:t>
      </w:r>
      <w:r>
        <w:t>phir hum is ko bhejenge yahan ke yaani ministry of education ko. yeh tha, is ko daawa work samajh rahay thay woh. main kaha yeh toh bill work hai.</w:t>
      </w:r>
    </w:p>
    <w:p>
      <w:pPr>
        <w:jc w:val="right"/>
      </w:pPr>
      <w:r>
        <w:t>پھر ہم اس کو بھیجیں گے یہاں کے یعنی منسٹری اف ایجوکیشن کو۔ یہ تھا، اس کو دعوی ورک سمجھ رہے تھے وہ۔ میں کہا یہ تو بلی ورک ہے۔</w:t>
      </w:r>
    </w:p>
    <w:p>
      <w:r>
        <w:rPr>
          <w:b/>
        </w:rPr>
        <w:t xml:space="preserve">[1:48:35] </w:t>
      </w:r>
      <w:r>
        <w:t>jab main dekh ke aaya toh main ne kaha yeh toh bill work hai, is ka daawa work kar rahay hain aap.</w:t>
      </w:r>
    </w:p>
    <w:p>
      <w:pPr>
        <w:jc w:val="right"/>
      </w:pPr>
      <w:r>
        <w:t>جب میں دیکھ کے آیا تو میں نے کہا یہ تو بلی ورک ہے، اس کا دعوی ورک کر رہے ہیں آپ۔</w:t>
      </w:r>
    </w:p>
    <w:p>
      <w:r>
        <w:rPr>
          <w:b/>
        </w:rPr>
        <w:t xml:space="preserve">[1:48:39] </w:t>
      </w:r>
      <w:r>
        <w:t>aise log daawa work karte rehte hain lekin daawa work sahi maanon mein rasool allah wala daawa work, sahaba kiram wala daawa work, woh sirf hamari team kar rahi hai, allah ke fazl se.</w:t>
      </w:r>
    </w:p>
    <w:p>
      <w:pPr>
        <w:jc w:val="right"/>
      </w:pPr>
      <w:r>
        <w:t>ایسے لوگ دعوی ورک کرتے رہتے ہیں لیکن دعوی ورک صحیح معنوں میں رسول اللہ والا دعوی ورک، صحابہ کرام والا دعوی ورک، وہ صرف ہماری ٹیم کر رہی ہے، اللہ کے فضل سے۔</w:t>
      </w:r>
    </w:p>
    <w:p>
      <w:r>
        <w:rPr>
          <w:b/>
        </w:rPr>
        <w:t xml:space="preserve">[1:48:54] </w:t>
      </w:r>
      <w:r>
        <w:t>das question is from miss naghma siddiqui from new delhi. why did the political interpretation of islam become so popular?</w:t>
      </w:r>
    </w:p>
    <w:p>
      <w:pPr>
        <w:jc w:val="right"/>
      </w:pPr>
      <w:r>
        <w:t>دس کوئسچن از فرام مس نغمہ صدیقی فرام نیو دہلی۔ وائی ڈیڈ دا پولیٹیکل انٹرپریٹیشن اف اسلام بیکم سو پاپولر؟</w:t>
      </w:r>
    </w:p>
    <w:p>
      <w:r>
        <w:rPr>
          <w:b/>
        </w:rPr>
        <w:t xml:space="preserve">[1:49:05] </w:t>
      </w:r>
      <w:r>
        <w:t>molana, kindly comment on this.</w:t>
      </w:r>
    </w:p>
    <w:p>
      <w:pPr>
        <w:jc w:val="right"/>
      </w:pPr>
      <w:r>
        <w:t>مولانا، کائنڈلی کمنٹ ان دس۔</w:t>
      </w:r>
    </w:p>
    <w:p>
      <w:r>
        <w:rPr>
          <w:b/>
        </w:rPr>
        <w:t xml:space="preserve">[1:49:09] </w:t>
      </w:r>
      <w:r>
        <w:t>har woh cheez popular ho jaati hai jis mein hungama karna ho, hum doosron ko blame dena ho, stage par cheek cheek kar bolna ho, woh popular ho jaata hai.</w:t>
      </w:r>
    </w:p>
    <w:p>
      <w:pPr>
        <w:jc w:val="right"/>
      </w:pPr>
      <w:r>
        <w:t>ہر وہ چیز پاپولر ہو جاتی ہے جس میں ہنگامہ کرنا ہو، ہم دوسروں کو بلیم دینا ہو، اسٹیج پر چیخ چیخ کر بولنا ہو، وہ پاپولر ہو جاتا ہے۔</w:t>
      </w:r>
    </w:p>
    <w:p>
      <w:r>
        <w:rPr>
          <w:b/>
        </w:rPr>
        <w:t xml:space="preserve">[1:49:22] </w:t>
      </w:r>
      <w:r>
        <w:t>yaani agar aap aisi baat kahein jis mein khud aap address hotay hon toh popular nahin hoga aur doosron ke khilaaf goli chalana toh khoob popular ho jayega.</w:t>
      </w:r>
    </w:p>
    <w:p>
      <w:pPr>
        <w:jc w:val="right"/>
      </w:pPr>
      <w:r>
        <w:t>یعنی اگر آپ ایسی بات کہیں جس میں خود آپ ایڈریس ہوتے ہوں تو پاپولر نہیں ہوگا اور دوسروں کے خلاف گولی چلانا تو خوب پاپولر ہو جائے گا۔</w:t>
      </w:r>
    </w:p>
    <w:p>
      <w:r>
        <w:rPr>
          <w:b/>
        </w:rPr>
        <w:t xml:space="preserve">[1:49:32] </w:t>
      </w:r>
      <w:r>
        <w:t>woh</w:t>
      </w:r>
    </w:p>
    <w:p>
      <w:pPr>
        <w:jc w:val="right"/>
      </w:pPr>
      <w:r>
        <w:t>وہ</w:t>
      </w:r>
    </w:p>
    <w:p>
      <w:r>
        <w:rPr>
          <w:b/>
        </w:rPr>
        <w:t xml:space="preserve">[1:49:33] </w:t>
      </w:r>
      <w:r>
        <w:t>toh jo bhi jo bhi popularity us ko mili, us ko woh us ko isi liye mili hai ke doosron ke khilaaf woh bandook chalata hai, doosron ke khilaaf speeches deta hai, doosron ko blame deta hai, doosron ko galat batata hai, toh khoob popular ho jaata hai.</w:t>
      </w:r>
    </w:p>
    <w:p>
      <w:pPr>
        <w:jc w:val="right"/>
      </w:pPr>
      <w:r>
        <w:t>تو جو بھی جو بھی پاپولیرٹی اس کو ملی، اس کو وہ اس کو اسی لیے ملی ہے کہ دوسروں کے خلاف وہ بندوق چلاتا ہے، دوسروں کے خلاف اسپیچز دیتا ہے، دوسروں کو بلیم دیتا ہے، دوسروں کو غلط بتاتا ہے، تو خوب پاپولر ہو جاتا ہے۔</w:t>
      </w:r>
    </w:p>
    <w:p>
      <w:r>
        <w:rPr>
          <w:b/>
        </w:rPr>
        <w:t xml:space="preserve">[1:49:48] </w:t>
      </w:r>
      <w:r>
        <w:t>woh apni islaah aur apne yaani yaani apna apna muhasiba, apna introspection jo karega, woh kabhi popular nahin hoga.</w:t>
      </w:r>
    </w:p>
    <w:p>
      <w:pPr>
        <w:jc w:val="right"/>
      </w:pPr>
      <w:r>
        <w:t>وہ اپنی اصلاح اور اپنے یعنی یعنی اپنا اپنا محاسبہ، اپنا انٹروسپیکشن جو کرے گا، وہ کبھی پاپولر نہیں ہوگا۔</w:t>
      </w:r>
    </w:p>
    <w:p>
      <w:r>
        <w:rPr>
          <w:b/>
        </w:rPr>
        <w:t xml:space="preserve">[1:50:02] </w:t>
      </w:r>
      <w:r>
        <w:t>yeh toh cheap popularity hai. cheap property aap jab chahein aap bhi le sakte hain, aap aisa kaam kijiye, koi abhi aap ko cheap property mil jayegi. das question is from miss ayesha zakwan from new delhi.</w:t>
      </w:r>
    </w:p>
    <w:p>
      <w:pPr>
        <w:jc w:val="right"/>
      </w:pPr>
      <w:r>
        <w:t>یہ تو چیپ پاپولیرٹی ہے۔ چیپ پراپرٹی آپ جب چاہیں آپ بھی لے سکتے ہیں، آپ ایسا کام کیجئے، کوئی ابھی آپ کو چیپ پراپرٹی مل جائے گی۔ دس کوئسچن از فرام مس عائشہ زکوان فرام نیو دہلی۔</w:t>
      </w:r>
    </w:p>
    <w:p>
      <w:r>
        <w:rPr>
          <w:b/>
        </w:rPr>
        <w:t xml:space="preserve">[1:50:16] </w:t>
      </w:r>
      <w:r>
        <w:t>molana, what is iman and what is amal saleh? dekhein, iman ka matlab hai معرفت. معرفت yaani realization.</w:t>
      </w:r>
    </w:p>
    <w:p>
      <w:pPr>
        <w:jc w:val="right"/>
      </w:pPr>
      <w:r>
        <w:t>مولانا، واٹ از ایمان اینڈ واٹ از اعمال صالح؟ دیکھیں، ایمان کا مطلب ہے معرفت۔ معرفت یعنی ریلائزیشن۔</w:t>
      </w:r>
    </w:p>
    <w:p>
      <w:r>
        <w:rPr>
          <w:b/>
        </w:rPr>
        <w:t xml:space="preserve">[1:50:28] </w:t>
      </w:r>
      <w:r>
        <w:t>jo shakhs yaani allah ko realize kare, allah ki معرفت us ko haasil ho, phir woh iqraar kare toh wohi momin hai, wohi iman hai.</w:t>
      </w:r>
    </w:p>
    <w:p>
      <w:pPr>
        <w:jc w:val="right"/>
      </w:pPr>
      <w:r>
        <w:t>جو شخص یعنی اللہ کو ریلائز کرے، اللہ کی معرفت اس کو حاصل ہو، پھر وہ اقرار کرے تو وہی مومن ہے، وہی ایمان ہے۔</w:t>
      </w:r>
    </w:p>
    <w:p>
      <w:r>
        <w:rPr>
          <w:b/>
        </w:rPr>
        <w:t xml:space="preserve">[1:50:43] </w:t>
      </w:r>
      <w:r>
        <w:t>toh iman means realization, iman means معرفت. amal saleh ka matlab hai us ke mutabiq amal</w:t>
      </w:r>
    </w:p>
    <w:p>
      <w:pPr>
        <w:jc w:val="right"/>
      </w:pPr>
      <w:r>
        <w:t>تو ایمان مینز ریلائزیشن، ایمان مینز معرفت۔ عمل صالح کا مطلب ہے اس کے مطابق عمل</w:t>
      </w:r>
    </w:p>
    <w:p>
      <w:r>
        <w:rPr>
          <w:b/>
        </w:rPr>
        <w:t xml:space="preserve">[1:50:53] </w:t>
      </w:r>
      <w:r>
        <w:t>۔ yaani jaisa aap ko معرفت hui hai, jaisa aap ko realization hua hai, jaisa aap ne sachai ko discover kiya hai, usi par apne amal ko dhaal lein toh wohi amal saleh hai.</w:t>
      </w:r>
    </w:p>
    <w:p>
      <w:pPr>
        <w:jc w:val="right"/>
      </w:pPr>
      <w:r>
        <w:t>۔ یعنی جیسا آپ کو معرفت ہوئی ہے، جیسا آپ کو ریلائزیشن ہوا ہے، جیسا آپ نے سچائی کو ڈسکور کیا ہے، اسی پر اپنے عمل کو ڈھال لیں تو وہی عمل صالح ہے۔</w:t>
      </w:r>
    </w:p>
    <w:p>
      <w:r>
        <w:rPr>
          <w:b/>
        </w:rPr>
        <w:t xml:space="preserve">[1:51:07] </w:t>
      </w:r>
      <w:r>
        <w:t>toh iman naam hai sachai ko discover karne ka, amal saleh naam hai us discovery ke mutabiq apni amli zindagi ko dhalne ka.</w:t>
      </w:r>
    </w:p>
    <w:p>
      <w:pPr>
        <w:jc w:val="right"/>
      </w:pPr>
      <w:r>
        <w:t>تو ایمان نام ہے سچائی کو ڈسکور کرنے کا، عمل صالح نام ہے اس ڈسکوری کے مطابق اپنی عملی زندگی کو ڈھالنے کا۔</w:t>
      </w:r>
    </w:p>
    <w:p>
      <w:r>
        <w:rPr>
          <w:b/>
        </w:rPr>
        <w:t xml:space="preserve">[1:51:21] </w:t>
      </w:r>
      <w:r>
        <w:t>das question is from mister mujahid karim from mehroli, new delhi. molana, kindly explain how can one accept your challenge that only your team is doing actual daawa work and not others?</w:t>
      </w:r>
    </w:p>
    <w:p>
      <w:pPr>
        <w:jc w:val="right"/>
      </w:pPr>
      <w:r>
        <w:t>دس کوئسچن از فرام مسٹر مجاہد کریم فرام مہرولی، نیو دہلی۔ مولانا، کائنڈلی ایکسپلین ہاؤ کین ون ایکسیپٹ یور چیلنج دیٹ اونلی یور ٹیم از ڈوئنگ ایکچول دعوی ورک اینڈ ناٹ ادرز؟</w:t>
      </w:r>
    </w:p>
    <w:p>
      <w:r>
        <w:rPr>
          <w:b/>
        </w:rPr>
        <w:t xml:space="preserve">[1:51:36] </w:t>
      </w:r>
      <w:r>
        <w:t>bataiye, aap naam bataiye kisi ka toh main bataunga aap ko challenge kahan hai. yeh main dunya bhar mein gaya hoon, har jagah dekha hai.</w:t>
      </w:r>
    </w:p>
    <w:p>
      <w:pPr>
        <w:jc w:val="right"/>
      </w:pPr>
      <w:r>
        <w:t>بتائیے، آپ نام بتائیے کسی کا تو میں بتاؤں گا آپ کو چیلنج کہاں ہے۔ یہ میں دنیا بھر میں گیا ہوں، ہر جگہ دیکھا ہے۔</w:t>
      </w:r>
    </w:p>
    <w:p>
      <w:r>
        <w:rPr>
          <w:b/>
        </w:rPr>
        <w:t xml:space="preserve">[1:51:46] </w:t>
      </w:r>
      <w:r>
        <w:t>aap bataiye, kisi ka naam pata hai to bata doon ga bhi aap ko ke dawat nahi, dawat nahi karte hain, woh doosra kaam karte hain. besikali mili kaam kar rahe hain saare log aur mili kaam ko daawti kaam bana rakha hai.</w:t>
      </w:r>
    </w:p>
    <w:p>
      <w:pPr>
        <w:jc w:val="right"/>
      </w:pPr>
      <w:r>
        <w:t>آپ بتائیے، کسی کا نام پتہ ہے تو بتا دوں گا بھی آپ کو کہ دعوت نہیں، دعوت نہیں کرتے ہیں، وہ دوسرا کام کرتے ہیں۔ بیسیکلی ملی کام کر رہے ہیں سارے لوگ اور ملی کام کو دعوتی کام بنا رکھا ہے۔</w:t>
      </w:r>
    </w:p>
    <w:p>
      <w:r>
        <w:rPr>
          <w:b/>
        </w:rPr>
        <w:t xml:space="preserve">[1:52:00] </w:t>
      </w:r>
      <w:r>
        <w:t>jaise ke maine aap ko ek misaal di, jitne hain sab mili kaam karte hain, mili work, tablegh jamaat ka kaam hi mili work hai.</w:t>
      </w:r>
    </w:p>
    <w:p>
      <w:pPr>
        <w:jc w:val="right"/>
      </w:pPr>
      <w:r>
        <w:t>جیسے کہ میں نے آپ کو ایک مثال دی، جتنے ہیں سب ملی کام کرتے ہیں، ملی ورک، تبلیغ جماعت کا کام ہی ملی ورک ہے۔</w:t>
      </w:r>
    </w:p>
    <w:p>
      <w:r>
        <w:rPr>
          <w:b/>
        </w:rPr>
        <w:t xml:space="preserve">[1:52:09] </w:t>
      </w:r>
      <w:r>
        <w:t>woh yaani musalmanon mein dekha unhon ne ke namaz roza nahi karte log to namaz ke liye nikal pade.</w:t>
      </w:r>
    </w:p>
    <w:p>
      <w:pPr>
        <w:jc w:val="right"/>
      </w:pPr>
      <w:r>
        <w:t>وہ یعنی مسلمانوں میں دیکھا انہوں نے کہ نماز روزہ نہیں کرتے لوگ تو نماز کے لیے نکل پڑے۔</w:t>
      </w:r>
    </w:p>
    <w:p>
      <w:r>
        <w:rPr>
          <w:b/>
        </w:rPr>
        <w:t xml:space="preserve">[1:52:16] </w:t>
      </w:r>
      <w:r>
        <w:t>woh dat is mili work, tablegh work nahi hai. woh dekhein, dawat aur tablegh yeh do word jo hain isi maani mein is maani mein inzar o taseer hai.</w:t>
      </w:r>
    </w:p>
    <w:p>
      <w:pPr>
        <w:jc w:val="right"/>
      </w:pPr>
      <w:r>
        <w:t>وہ دیٹ از ملی ورک، تبلیغ ورک نہیں ہے۔ وہ دیکھیں، دعوت اور تبلیغ یہ دو ورڈ جو ہیں اسی معنی میں اس معنی میں انذار و تفسیر ہے۔</w:t>
      </w:r>
    </w:p>
    <w:p>
      <w:r>
        <w:rPr>
          <w:b/>
        </w:rPr>
        <w:t xml:space="preserve">[1:52:26] </w:t>
      </w:r>
      <w:r>
        <w:t>yaani ghair muslimon tak Allah ka paigham pohanchana, ghair muslimon tak.</w:t>
      </w:r>
    </w:p>
    <w:p>
      <w:pPr>
        <w:jc w:val="right"/>
      </w:pPr>
      <w:r>
        <w:t>یعنی غیر مسلموں تک اللہ کا پیغام پہنچانا، غیر مسلموں تک۔</w:t>
      </w:r>
    </w:p>
    <w:p>
      <w:r>
        <w:rPr>
          <w:b/>
        </w:rPr>
        <w:t xml:space="preserve">[1:52:34] </w:t>
      </w:r>
      <w:r>
        <w:t>yaani yeh jo term hai dawat o tablegh ka, yeh yaani exclusively yeh ghair muslimon ke liye aaya hai. aur yeh log jo kaam kar rahe hain woh to mili work hai aur Allah us ko us ka naam rakh dete hain dawat work.</w:t>
      </w:r>
    </w:p>
    <w:p>
      <w:pPr>
        <w:jc w:val="right"/>
      </w:pPr>
      <w:r>
        <w:t>یعنی یہ جو ٹرم ہے دعوت و تبلیغ کا، یہ یعنی ایکسکلوسولی یہ غیر مسلموں کے لیے آیا ہے۔ اور یہ لوگ جو کام کر رہے ہیں وہ تو بلی ورک ہے اور اللہ اس کو اس کا نام رکھ دیتے ہیں دعوی ورک۔</w:t>
      </w:r>
    </w:p>
    <w:p>
      <w:r>
        <w:rPr>
          <w:b/>
        </w:rPr>
        <w:t xml:space="preserve">[1:52:47] </w:t>
      </w:r>
      <w:r>
        <w:t>is se kya hua?</w:t>
      </w:r>
    </w:p>
    <w:p>
      <w:pPr>
        <w:jc w:val="right"/>
      </w:pPr>
      <w:r>
        <w:t>اس سے کیا ہوا؟</w:t>
      </w:r>
    </w:p>
    <w:p>
      <w:r>
        <w:rPr>
          <w:b/>
        </w:rPr>
        <w:t xml:space="preserve">[1:52:51] </w:t>
      </w:r>
      <w:r>
        <w:t>yaani dekhte hain ke musalmanon mein</w:t>
      </w:r>
    </w:p>
    <w:p>
      <w:pPr>
        <w:jc w:val="right"/>
      </w:pPr>
      <w:r>
        <w:t>یعنی دیکھتے ہیں کہ مسلمانوں میں</w:t>
      </w:r>
    </w:p>
    <w:p>
      <w:r>
        <w:rPr>
          <w:b/>
        </w:rPr>
        <w:t xml:space="preserve">[1:52:57] </w:t>
      </w:r>
      <w:r>
        <w:t>unhon ne yaani</w:t>
      </w:r>
    </w:p>
    <w:p>
      <w:pPr>
        <w:jc w:val="right"/>
      </w:pPr>
      <w:r>
        <w:t>انہوں نے یعنی</w:t>
      </w:r>
    </w:p>
    <w:p>
      <w:r>
        <w:rPr>
          <w:b/>
        </w:rPr>
        <w:t xml:space="preserve">[1:53:02] </w:t>
      </w:r>
      <w:r>
        <w:t>jitne bhi main jaanta hoon sab mili work karte hain, woh dawat work nahi karte. dawat work maani hai inzar o taseer. inzar o taseer agar aap ko is se ikhtilaf ho to mujhe naam bataiye to main bataoon ga aap ko.</w:t>
      </w:r>
    </w:p>
    <w:p>
      <w:pPr>
        <w:jc w:val="right"/>
      </w:pPr>
      <w:r>
        <w:t>جتنے بھی میں جانتا ہوں سب ملی ورک کرتے ہیں، وہ دعوی ورک نہیں کرتے۔ دعوی ورک معنی ہے انذار و تفسیر۔ انذار و تفسیر اگر آپ کو اس سے اختلاف ہو تو مجھے نام بتائیے تو میں بتاؤں گا آپ کو۔</w:t>
      </w:r>
    </w:p>
    <w:p>
      <w:r>
        <w:rPr>
          <w:b/>
        </w:rPr>
        <w:t xml:space="preserve">[1:53:20] </w:t>
      </w:r>
      <w:r>
        <w:t>das question is from mr muhammad arshad nadvi from new delhi. maulana, please tell us your opinion on us president mr obama policy towards islamic world.</w:t>
      </w:r>
    </w:p>
    <w:p>
      <w:pPr>
        <w:jc w:val="right"/>
      </w:pPr>
      <w:r>
        <w:t>دس کوئسچن از فرام مسٹر محمد ارشد ندوی فرام نیو دہلی۔ مولانا، پلیز ٹیل اس یور اوپینین ان یو ایس پریزیڈنٹ مسٹر اوباما پالیسی ٹورڈز اسلامک ورلڈ۔</w:t>
      </w:r>
    </w:p>
    <w:p>
      <w:r>
        <w:rPr>
          <w:b/>
        </w:rPr>
        <w:t xml:space="preserve">[1:53:37] </w:t>
      </w:r>
      <w:r>
        <w:t>policy obama ke har har ek yahi karega duniya se achhe taluqaat banana. obama ki baat kya hai? main obama ka na dost samajh raha hoon na dushman samajhta hoon,</w:t>
      </w:r>
    </w:p>
    <w:p>
      <w:pPr>
        <w:jc w:val="right"/>
      </w:pPr>
      <w:r>
        <w:t>پالیسی اوباما کے ہر ہر ایک یہی کرے گا دنیا سے اچھے تعلقات بنانا۔ اوباما کی بات کیا ہے؟ میں اوباما کا نہ دوست سمجھ رہا ہوں نہ دشمن سمجھتا ہوں،</w:t>
      </w:r>
    </w:p>
    <w:p>
      <w:r>
        <w:rPr>
          <w:b/>
        </w:rPr>
        <w:t xml:space="preserve">[1:53:50] </w:t>
      </w:r>
      <w:r>
        <w:t>na dost na dushman. woh pro american president hai,</w:t>
      </w:r>
    </w:p>
    <w:p>
      <w:pPr>
        <w:jc w:val="right"/>
      </w:pPr>
      <w:r>
        <w:t>نہ دوست نہ دشمن۔ وہ پرو امریکن پریزیڈنٹ ہے،</w:t>
      </w:r>
    </w:p>
    <w:p>
      <w:r>
        <w:rPr>
          <w:b/>
        </w:rPr>
        <w:t xml:space="preserve">[1:53:57] </w:t>
      </w:r>
      <w:r>
        <w:t>na hum koi dost samajh rahe hain na dushman samajhte hain. is ko America ke interest mein jo baat hai, woh is ke liye woh koshish kar rahe hain. woh bas thats all.</w:t>
      </w:r>
    </w:p>
    <w:p>
      <w:pPr>
        <w:jc w:val="right"/>
      </w:pPr>
      <w:r>
        <w:t>نہ ہم کوئی دوست سمجھ رہے ہیں نہ دشمن سمجھتے ہیں۔ اس کو امریکہ کے انٹرسٹ میں جو بات ہے، وہ اس کے لیے وہ کوشش کر رہے ہیں۔ وہ بس دیٹس آل۔</w:t>
      </w:r>
    </w:p>
    <w:p>
      <w:r>
        <w:rPr>
          <w:b/>
        </w:rPr>
        <w:t xml:space="preserve">[1:54:08] </w:t>
      </w:r>
      <w:r>
        <w:t>yeh har har mulk ka president yahi karega, har country ka president yahi karega.</w:t>
      </w:r>
    </w:p>
    <w:p>
      <w:pPr>
        <w:jc w:val="right"/>
      </w:pPr>
      <w:r>
        <w:t>یہ ہر ہر ملک کا پریزیڈنٹ یہی کرے گا، ہر کنٹری کا پریزیڈنٹ یہی کرے گا۔</w:t>
      </w:r>
    </w:p>
    <w:p>
      <w:r>
        <w:rPr>
          <w:b/>
        </w:rPr>
        <w:t xml:space="preserve">[1:54:14] </w:t>
      </w:r>
      <w:r>
        <w:t>kisi bhi mulk ka president jo hai ya wazir e azam jo hai, woh pro muslim na hota na pro anti muslim hota, woh pro nation hota hai.</w:t>
      </w:r>
    </w:p>
    <w:p>
      <w:pPr>
        <w:jc w:val="right"/>
      </w:pPr>
      <w:r>
        <w:t>کسی بھی ملک کا پریزیڈنٹ جو ہے یا وزیراعظم جو ہے، وہ پرو مسلم نہ ہوتا نہ پرو اینٹی مسلم ہوتا، وہ پرو نیشن ہوتا ہے۔</w:t>
      </w:r>
    </w:p>
    <w:p>
      <w:r>
        <w:rPr>
          <w:b/>
        </w:rPr>
        <w:t xml:space="preserve">[1:54:24] </w:t>
      </w:r>
      <w:r>
        <w:t>bas yeh khwamkhwah hum is ko samajh lete hain ke is ko ke yeh pro muslim hai, woh anti muslim. aisa koi bhi nahi hai, na na obama na koi doosra.</w:t>
      </w:r>
    </w:p>
    <w:p>
      <w:pPr>
        <w:jc w:val="right"/>
      </w:pPr>
      <w:r>
        <w:t>بس یہ خوامخواہ ہم اس کو سمجھ لیتے ہیں کہ اس کو کہ یہ پرو مسلم ہے، وہ اینٹی مسلم۔ ایسا کوئی بھی نہیں ہے، نہ نہ اوباما نہ کوئی دوسرا۔</w:t>
      </w:r>
    </w:p>
    <w:p>
      <w:r>
        <w:rPr>
          <w:b/>
        </w:rPr>
        <w:t xml:space="preserve">[1:54:36] </w:t>
      </w:r>
      <w:r>
        <w:t>main is ko bilkul baseless maanta hoon is ko.</w:t>
      </w:r>
    </w:p>
    <w:p>
      <w:pPr>
        <w:jc w:val="right"/>
      </w:pPr>
      <w:r>
        <w:t>میں اس کو بالکل بیسلیس مانتا ہوں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