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Education, Feb. 15, 2014 - Maulana Wahiduddin Khan</w:t>
      </w:r>
    </w:p>
    <w:p>
      <w:r>
        <w:t>https://www.youtube.com/watch?v=Ln1FQfOWyzo</w:t>
      </w:r>
    </w:p>
    <w:p>
      <w:r>
        <w:rPr>
          <w:b/>
        </w:rPr>
        <w:t xml:space="preserve">[00:13] </w:t>
      </w:r>
      <w:r>
        <w:t>bismillah rahman rahim.</w:t>
      </w:r>
    </w:p>
    <w:p>
      <w:pPr>
        <w:jc w:val="right"/>
      </w:pPr>
      <w:r>
        <w:t>بسم اللہ الرحمن الرحیم۔</w:t>
      </w:r>
    </w:p>
    <w:p>
      <w:r>
        <w:rPr>
          <w:b/>
        </w:rPr>
        <w:t xml:space="preserve">[00:18] </w:t>
      </w:r>
      <w:r>
        <w:t>pandrah firovari</w:t>
      </w:r>
    </w:p>
    <w:p>
      <w:pPr>
        <w:jc w:val="right"/>
      </w:pPr>
      <w:r>
        <w:t>پندرہ فروری</w:t>
      </w:r>
    </w:p>
    <w:p>
      <w:r>
        <w:rPr>
          <w:b/>
        </w:rPr>
        <w:t xml:space="preserve">[00:25] </w:t>
      </w:r>
      <w:r>
        <w:t>do hazar choda. ye ek khushi ki baat hai ke hamari team ke ek fard, mister rajat balotra, ne Islamic studies mein master degree liya hai aur is mein first darja hasil kiya hai.</w:t>
      </w:r>
    </w:p>
    <w:p>
      <w:pPr>
        <w:jc w:val="right"/>
      </w:pPr>
      <w:r>
        <w:t>دو ہزار چودہ۔</w:t>
      </w:r>
    </w:p>
    <w:p>
      <w:r>
        <w:rPr>
          <w:b/>
        </w:rPr>
        <w:t xml:space="preserve">[00:36] </w:t>
      </w:r>
      <w:r>
        <w:t>to dunya mein bohat log master degree lete hain, lekin ye ek anokha waqea hai kyunke ek shakhs ne sirf dawat ke jazbe ke tehat,</w:t>
      </w:r>
    </w:p>
    <w:p>
      <w:pPr>
        <w:jc w:val="right"/>
      </w:pPr>
      <w:r>
        <w:t>یہ ایک خوشی کی بات ہے کہ ہماری ٹیم کے ایک فرد، مسٹر رجت بلوطرہ، نے اسلامک اسٹڈیز میں ماسٹر ڈگری لیا ہے اور اس میں فرسٹ درجہ حاصل کیا ہے۔</w:t>
      </w:r>
    </w:p>
    <w:p>
      <w:r>
        <w:rPr>
          <w:b/>
        </w:rPr>
        <w:t xml:space="preserve">[00:57] </w:t>
      </w:r>
      <w:r>
        <w:t>dawat mission ke jazbe ke tehat aisa kiya. warna unka subject alag hai. unka subject jo hai wo business administration hai, lekin dawat ke jazbe ke tehat unhon ne aisa kiya aur bohat zyada mehnat ki.</w:t>
      </w:r>
    </w:p>
    <w:p>
      <w:pPr>
        <w:jc w:val="right"/>
      </w:pPr>
      <w:r>
        <w:t>تو دنیا میں بہت لوگ ماسٹر ڈگری لیتے ہیں، لیکن یہ ایک انوکھا واقعہ ہے کیونکہ ایک شخص نے صرف دعوت کے جذبے کے تحت،</w:t>
      </w:r>
    </w:p>
    <w:p>
      <w:r>
        <w:rPr>
          <w:b/>
        </w:rPr>
        <w:t xml:space="preserve">[01:14] </w:t>
      </w:r>
      <w:r>
        <w:t>zahire, bohat zyada mehnat ke baghair koi shakhs ek alag subject mein first class nahi aa sakta.</w:t>
      </w:r>
    </w:p>
    <w:p>
      <w:pPr>
        <w:jc w:val="right"/>
      </w:pPr>
      <w:r>
        <w:t>دعوت مشن کے جذبے کے تحت ایسا کیا۔ ورنہ ان کا سبجیکٹ الگ ہے۔ ان کا سبجیکٹ جو ہے وہ بزنس ایڈمنسٹریشن ہے، لیکن دعوت کے جذبے کے تحت انہوں نے ایسا کیا اور بہت زیادہ محنت کی۔</w:t>
      </w:r>
    </w:p>
    <w:p>
      <w:r>
        <w:rPr>
          <w:b/>
        </w:rPr>
        <w:t xml:space="preserve">[01:31] </w:t>
      </w:r>
      <w:r>
        <w:t>to main apni taraf se aur CPH ke tamam logon ki taraf se ye dua karta hoon ke</w:t>
      </w:r>
    </w:p>
    <w:p>
      <w:pPr>
        <w:jc w:val="right"/>
      </w:pPr>
      <w:r>
        <w:t>ظاہر ہے، بہت زیادہ محنت کے بغیر کوئی شخص ایک الگ سبجیکٹ میں فرسٹ کلاس نہیں آ سکتا۔</w:t>
      </w:r>
    </w:p>
    <w:p>
      <w:r>
        <w:rPr>
          <w:b/>
        </w:rPr>
        <w:t xml:space="preserve">[01:45] </w:t>
      </w:r>
      <w:r>
        <w:t>Allah taala unki is spirit ko qabool farmaye aur unke liye dawat ke naye rastay kholay.</w:t>
      </w:r>
    </w:p>
    <w:p>
      <w:pPr>
        <w:jc w:val="right"/>
      </w:pPr>
      <w:r>
        <w:t>تو میں اپنی طرف سے اور سی پی ایچ کے تمام لوگوں کی طرف سے یہ دعا کرتا ہوں کہ</w:t>
      </w:r>
    </w:p>
    <w:p>
      <w:r>
        <w:rPr>
          <w:b/>
        </w:rPr>
        <w:t xml:space="preserve">[02:00] </w:t>
      </w:r>
      <w:r>
        <w:t>ab main kuch education ke points ke baray mein arz karna chahta hoon. dekhen, log education ke naam se sirf ye jante hain ke koi degree lo aur koi job karo.</w:t>
      </w:r>
    </w:p>
    <w:p>
      <w:pPr>
        <w:jc w:val="right"/>
      </w:pPr>
      <w:r>
        <w:t>اللہ تعالیٰ ان کی اسپیٹ کو قبول فرمائے اور ان کے لیے دعوت کے نئے راستے کھولے۔</w:t>
      </w:r>
    </w:p>
    <w:p>
      <w:r>
        <w:rPr>
          <w:b/>
        </w:rPr>
        <w:t xml:space="preserve">[02:17] </w:t>
      </w:r>
      <w:r>
        <w:t>bas yani education for the sake of job. itna hi jante hain log. lekin ek aur education hai jo education for the sake of intellectual development, main kahunga isko,</w:t>
      </w:r>
    </w:p>
    <w:p>
      <w:pPr>
        <w:jc w:val="right"/>
      </w:pPr>
      <w:r>
        <w:t>اب میں کچھ ایجوکیشن کے پوائنٹس کے بارے میں عرض کرنا چاہتا ہوں۔ دیکھیں، لوگ ایجوکیشن کے نام سے صرف یہ جانتے ہیں کہ کوئی ڈگری لو اور کوئی جاب کرو۔</w:t>
      </w:r>
    </w:p>
    <w:p>
      <w:r>
        <w:rPr>
          <w:b/>
        </w:rPr>
        <w:t xml:space="preserve">[02:39] </w:t>
      </w:r>
      <w:r>
        <w:t>yani zehni irtqa ke liye. ye billion time zyada important hai pehli qism ki education se.</w:t>
      </w:r>
    </w:p>
    <w:p>
      <w:pPr>
        <w:jc w:val="right"/>
      </w:pPr>
      <w:r>
        <w:t>بس یعنی ایجوکیشن فار دا سیک آف جاب۔ اتنا ہی جانتے ہیں لوگ۔ لیکن ایک اور ایجوکیشن ہے جو ایجوکیشن فار دا سیک آف انٹلیکچول ڈیولپمنٹ، میں کہوں گا اس کو،</w:t>
      </w:r>
    </w:p>
    <w:p>
      <w:r>
        <w:rPr>
          <w:b/>
        </w:rPr>
        <w:t xml:space="preserve">[02:58] </w:t>
      </w:r>
      <w:r>
        <w:t>kyunke dunya mein dekhen, hamein kya karna hai?</w:t>
      </w:r>
    </w:p>
    <w:p>
      <w:pPr>
        <w:jc w:val="right"/>
      </w:pPr>
      <w:r>
        <w:t>یعنی ذہنی ارتقاء کے لیے۔ یہ بلین ٹائم زیادہ امپورٹنٹ ہے پہلی قسم کی ایجوکیشن سے۔</w:t>
      </w:r>
    </w:p>
    <w:p>
      <w:r>
        <w:rPr>
          <w:b/>
        </w:rPr>
        <w:t xml:space="preserve">[03:11] </w:t>
      </w:r>
      <w:r>
        <w:t>yani apne creator ko discover karna, creator</w:t>
      </w:r>
    </w:p>
    <w:p>
      <w:pPr>
        <w:jc w:val="right"/>
      </w:pPr>
      <w:r>
        <w:t>کیونکہ دنیا میں دیکھیں، ہمیں کیا کرنا ہے؟</w:t>
      </w:r>
    </w:p>
    <w:p>
      <w:r>
        <w:rPr>
          <w:b/>
        </w:rPr>
        <w:t xml:space="preserve">[03:21] </w:t>
      </w:r>
      <w:r>
        <w:t>ki marifat hasil karna. to ye sara mamla zehan ke irtqa se taluq rakhta hai.</w:t>
      </w:r>
    </w:p>
    <w:p>
      <w:pPr>
        <w:jc w:val="right"/>
      </w:pPr>
      <w:r>
        <w:t>یعنی اپنے کریٹر کو ڈسکور کرنا، کریٹر</w:t>
      </w:r>
    </w:p>
    <w:p>
      <w:r>
        <w:rPr>
          <w:b/>
        </w:rPr>
        <w:t xml:space="preserve">[03:29] </w:t>
      </w:r>
      <w:r>
        <w:t>to education aadmi ko is qabil banati hai ke wo is ke andar high thinking aaye, wo zyada oonchi satah par</w:t>
      </w:r>
    </w:p>
    <w:p>
      <w:pPr>
        <w:jc w:val="right"/>
      </w:pPr>
      <w:r>
        <w:t>کی معرفت حاصل کرنا۔ تو یہ سارا معاملہ ذہن کے ارتقاء سے تعلق رکھتا ہے۔</w:t>
      </w:r>
    </w:p>
    <w:p>
      <w:r>
        <w:rPr>
          <w:b/>
        </w:rPr>
        <w:t xml:space="preserve">[03:40] </w:t>
      </w:r>
      <w:r>
        <w:t>creator ki marifat hasil kar sakay.</w:t>
      </w:r>
    </w:p>
    <w:p>
      <w:pPr>
        <w:jc w:val="right"/>
      </w:pPr>
      <w:r>
        <w:t>تو ایجوکیشن آدمی کو اس قابل بناتی ہے کہ وہ اس کے اندر ہائی تھنکنگ آئے، وہ زیادہ اونچی سطح پر</w:t>
      </w:r>
    </w:p>
    <w:p>
      <w:r>
        <w:rPr>
          <w:b/>
        </w:rPr>
        <w:t xml:space="preserve">[03:55] </w:t>
      </w:r>
      <w:r>
        <w:t>dekhen, aap Quran ko parhen to aap is mein dekhenge ke sari universe jo hai, jis ka koi tha nahi, wo Allah ki tasbeeh karti hai,</w:t>
      </w:r>
    </w:p>
    <w:p>
      <w:pPr>
        <w:jc w:val="right"/>
      </w:pPr>
      <w:r>
        <w:t>کریٹر کی معرفت حاصل کر سکے۔</w:t>
      </w:r>
    </w:p>
    <w:p>
      <w:r>
        <w:rPr>
          <w:b/>
        </w:rPr>
        <w:t xml:space="preserve">[04:01] </w:t>
      </w:r>
      <w:r>
        <w:t>Allah ki hamd karti hai. goya ke sari kainat ka mamla yahi hai ke is ne Allah ko discover kar rakha hai aur is ke mukammal tor par hamd culture mein jee raha hai poora universe.</w:t>
      </w:r>
    </w:p>
    <w:p>
      <w:pPr>
        <w:jc w:val="right"/>
      </w:pPr>
      <w:r>
        <w:t>دیکھیں، آپ قرآن کو پڑھیں تو آپ اس میں دیکھیں گے کہ ساری یونیورس جو ہے، جس کا کوئی تھا نہیں، وہ اللہ کی تسبیح کرتی ہے،</w:t>
      </w:r>
    </w:p>
    <w:p>
      <w:r>
        <w:rPr>
          <w:b/>
        </w:rPr>
        <w:t xml:space="preserve">[04:18] </w:t>
      </w:r>
      <w:r>
        <w:t>phir insan ka mamla kya hai? insan jo kehta hai ke Alhamdulillah Rabb al-Alameen, wahi to wo bhi keh rahe hain. poori universe keh rahi hai Alhamdulillah Rabb al-Alameen.</w:t>
      </w:r>
    </w:p>
    <w:p>
      <w:pPr>
        <w:jc w:val="right"/>
      </w:pPr>
      <w:r>
        <w:t>اللہ کی حمد کرتی ہے۔ گویا کہ ساری کائنات کا معاملہ یہی ہے کہ اس نے اللہ کو ڈسکور کر رکھا ہے اور اس کے مکمل طور پر حمد کلچر میں جی رہا ہے پورا یونیورس۔</w:t>
      </w:r>
    </w:p>
    <w:p>
      <w:r>
        <w:rPr>
          <w:b/>
        </w:rPr>
        <w:t xml:space="preserve">[04:39] </w:t>
      </w:r>
      <w:r>
        <w:t>phir insan ka mamla kya hai? ye ek bohat bari cheez hai is ko samajhna chahiye ke jo rest of the universe hai, wo is ki jo marifat hai,</w:t>
      </w:r>
    </w:p>
    <w:p>
      <w:pPr>
        <w:jc w:val="right"/>
      </w:pPr>
      <w:r>
        <w:t>پھر انسان کا معاملہ کیا ہے؟ انسان جو کہتا ہے کہ الحمدللہ رب العالمین، وہی تو وہ بھی کہہ رہے ہیں۔ پوری یونیورس کہہ رہی ہے الحمدللہ رب العالمین۔</w:t>
      </w:r>
    </w:p>
    <w:p>
      <w:r>
        <w:rPr>
          <w:b/>
        </w:rPr>
        <w:t xml:space="preserve">[04:52] </w:t>
      </w:r>
      <w:r>
        <w:t>wo</w:t>
      </w:r>
    </w:p>
    <w:p>
      <w:pPr>
        <w:jc w:val="right"/>
      </w:pPr>
      <w:r>
        <w:t>پھر انسان کا معاملہ کیا ہے؟ یہ ایک بہت بڑی چیز ہے اس کو سمجھنا چاہیے کہ جو ریسٹ آف دا یونیورس ہے، وہ اس کی جو معرفت ہے،</w:t>
      </w:r>
    </w:p>
    <w:p>
      <w:r>
        <w:rPr>
          <w:b/>
        </w:rPr>
        <w:t xml:space="preserve">[05:09] </w:t>
      </w:r>
      <w:r>
        <w:t>directed marifat hai. directed realization. yani un ko jo direct kiya gaya hai, jo bataya gaya hai, us par chal rahe hain wo.</w:t>
      </w:r>
    </w:p>
    <w:p>
      <w:pPr>
        <w:jc w:val="right"/>
      </w:pPr>
      <w:r>
        <w:t>وہ</w:t>
      </w:r>
    </w:p>
    <w:p>
      <w:r>
        <w:rPr>
          <w:b/>
        </w:rPr>
        <w:t xml:space="preserve">[05:12] </w:t>
      </w:r>
      <w:r>
        <w:t>insan ka mamla bilkul mukhtalif hai. insan ko self-discovered marifat par khara hona hai.</w:t>
      </w:r>
    </w:p>
    <w:p>
      <w:pPr>
        <w:jc w:val="right"/>
      </w:pPr>
      <w:r>
        <w:t>ڈائریکٹڈ معرفت ہے۔ ڈائریکٹڈ ریلائزیشن۔ یعنی ان کو جو ڈائریکٹ کیا گیا ہے، جو بتایا گیا ہے، اس پر چل رہے ہیں وہ۔</w:t>
      </w:r>
    </w:p>
    <w:p>
      <w:r>
        <w:rPr>
          <w:b/>
        </w:rPr>
        <w:t xml:space="preserve">[05:27] </w:t>
      </w:r>
      <w:r>
        <w:t>yani jo baqi dunya hai, us ko sab kuch bata diya gaya hai. farishtay batate hain un ko. farishtay har waqt farishtay un ko control kar rahe hain.</w:t>
      </w:r>
    </w:p>
    <w:p>
      <w:pPr>
        <w:jc w:val="right"/>
      </w:pPr>
      <w:r>
        <w:t>انسان کا معاملہ بالکل مختلف ہے۔ انسان کو سیلف ڈسکورڈ معرفت پر کھڑا ہونا ہے۔</w:t>
      </w:r>
    </w:p>
    <w:p>
      <w:r>
        <w:rPr>
          <w:b/>
        </w:rPr>
        <w:t xml:space="preserve">[05:40] </w:t>
      </w:r>
      <w:r>
        <w:t>to isi ko main keh raha hoon directed marifat ya directed realization. insan ka ek ajeeb, ek unique position hai.</w:t>
      </w:r>
    </w:p>
    <w:p>
      <w:pPr>
        <w:jc w:val="right"/>
      </w:pPr>
      <w:r>
        <w:t>یعنی جو بقیہ دنیا ہے، اس کو سب کچھ بتا دیا گیا ہے۔ فرشتے بتاتے ہیں ان کو۔ فرشتے ہر وقت فرشتے ان کو کنٹرول کر رہے ہیں۔</w:t>
      </w:r>
    </w:p>
    <w:p>
      <w:r>
        <w:rPr>
          <w:b/>
        </w:rPr>
        <w:t xml:space="preserve">[05:53] </w:t>
      </w:r>
      <w:r>
        <w:t>to usi ko main keh raha hoon directed marifat ya directed realization. insan ka ek ajib, ek unique position hai.</w:t>
      </w:r>
    </w:p>
    <w:p>
      <w:pPr>
        <w:jc w:val="right"/>
      </w:pPr>
      <w:r>
        <w:t>تو اسی کو میں کہہ رہا ہوں ڈائریکٹڈ معرفت یا ڈائریکٹڈ ریلائزیشن۔ انسان کا ایک عجیب، ایک یونیک پوزیشن ہے۔</w:t>
      </w:r>
    </w:p>
    <w:p>
      <w:r>
        <w:rPr>
          <w:b/>
        </w:rPr>
        <w:t xml:space="preserve">[06:06] </w:t>
      </w:r>
      <w:r>
        <w:t>is ko Allah ne mind diya jo kisi aur ko nahi diya. yeh jo mind hai, anokhi sifat is ke andar hai.</w:t>
      </w:r>
    </w:p>
    <w:p>
      <w:pPr>
        <w:jc w:val="right"/>
      </w:pPr>
      <w:r>
        <w:t>اس کو اللہ نے مائنڈ دیا جو کسی اور کو نہیں دیا۔ یہ جو مائنڈ ہے، انوکھی صفت اس کے اندر ہے۔</w:t>
      </w:r>
    </w:p>
    <w:p>
      <w:r>
        <w:rPr>
          <w:b/>
        </w:rPr>
        <w:t xml:space="preserve">[06:17] </w:t>
      </w:r>
      <w:r>
        <w:t>to insan hi is qabil tha ke woh apne mind se khud discover kare. to insan ka mayar yeh qarar paya hai ke woh self-discored marifat par khara ho.</w:t>
      </w:r>
    </w:p>
    <w:p>
      <w:pPr>
        <w:jc w:val="right"/>
      </w:pPr>
      <w:r>
        <w:t>تو انسان ہی اس قابل تھا کہ وہ اپنے مائنڈ سے خود ڈسکور کرے۔ تو انسان کا معیار یہ قرار پایا ہے کہ وہ سیلف ڈسکورڈ معرفت پر کھڑا ہو۔</w:t>
      </w:r>
    </w:p>
    <w:p>
      <w:r>
        <w:rPr>
          <w:b/>
        </w:rPr>
        <w:t xml:space="preserve">[06:31] </w:t>
      </w:r>
      <w:r>
        <w:t>yeh insan ki ahmiyat hai. to yeh self-discovery kaise hogi? is ke liye study chahiye, observation chahiye, thinking chahiye, experience chahiye.</w:t>
      </w:r>
    </w:p>
    <w:p>
      <w:pPr>
        <w:jc w:val="right"/>
      </w:pPr>
      <w:r>
        <w:t>یہ انسان کی اہمیت ہے۔ تو یہ سیلف ڈسکوری کیسے ہوگی؟ اس کے لیے اسٹڈی چاہیے، آبزرویشن چاہیے، تھنکنگ چاہیے، ایکسپیرینس چاہیے۔</w:t>
      </w:r>
    </w:p>
    <w:p>
      <w:r>
        <w:rPr>
          <w:b/>
        </w:rPr>
        <w:t xml:space="preserve">[06:45] </w:t>
      </w:r>
      <w:r>
        <w:t>in sab ke liye kya chahiye? framework chahiye. in sab ke liye zehni tayari chahiye. ek developed mind hi yeh sab kar sakta hai.</w:t>
      </w:r>
    </w:p>
    <w:p>
      <w:pPr>
        <w:jc w:val="right"/>
      </w:pPr>
      <w:r>
        <w:t>ان سب کے لیے کیا چاہیے؟ فریم ورک چاہیے۔ ان سب کے لیے ذہنی تیاری چاہیے۔ ایک ڈیولپڈ مائنڈ ہی یہ سب کر سکتا ہے۔</w:t>
      </w:r>
    </w:p>
    <w:p>
      <w:r>
        <w:rPr>
          <w:b/>
        </w:rPr>
        <w:t xml:space="preserve">[07:01] </w:t>
      </w:r>
      <w:r>
        <w:t>to education aap ko woh aap ke andar woh zehni tayari karati hai. education ke zariye aap woh developed mind bante hain jis ko istemal kar ke aap self-discored marifat par khare hon.</w:t>
      </w:r>
    </w:p>
    <w:p>
      <w:pPr>
        <w:jc w:val="right"/>
      </w:pPr>
      <w:r>
        <w:t>تو ایجوکیشن آپ کو وہ آپ کے اندر وہ ذہنی تیاری کراتی ہے۔ ایجوکیشن کے ذریعے آپ وہ ڈیولپڈ مائنڈ بنتے ہیں جس کو استعمال کر کے آپ سیلف ڈسکورڈ معرفت پر کھڑے ہوں۔</w:t>
      </w:r>
    </w:p>
    <w:p>
      <w:r>
        <w:rPr>
          <w:b/>
        </w:rPr>
        <w:t xml:space="preserve">[07:19] </w:t>
      </w:r>
      <w:r>
        <w:t>jo poori universe mein sab se bara darja hai. is se bara koi darja nahi.</w:t>
      </w:r>
    </w:p>
    <w:p>
      <w:pPr>
        <w:jc w:val="right"/>
      </w:pPr>
      <w:r>
        <w:t>جو پوری یونیورس میں سب سے بڑا درجہ ہے۔ اس سے بڑا کوئی درجہ نہیں۔</w:t>
      </w:r>
    </w:p>
    <w:p>
      <w:r>
        <w:rPr>
          <w:b/>
        </w:rPr>
        <w:t xml:space="preserve">[07:30] </w:t>
      </w:r>
      <w:r>
        <w:t>to education ki ahmiyat logon ke nazdeek to sirf yeh hai ke ise job milta hai. Islam mein ahmiyat yeh hai ke is ke zariye aadmi ka intellectual development hota hai aur woh is qabil banta hai ke woh is ke andar high thinking aaye.</w:t>
      </w:r>
    </w:p>
    <w:p>
      <w:pPr>
        <w:jc w:val="right"/>
      </w:pPr>
      <w:r>
        <w:t>تو ایجوکیشن کی اہمیت لوگوں کے نزدیک تو صرف یہ ہے کہ اسے جاب ملتا ہے۔ اسلام میں اہمیت یہ ہے کہ اس کے ذریعے آدمی کا انٹلیکچول ڈیولپمنٹ ہوتا ہے اور وہ اس قابل بنتا ہے کہ وہ اس کے اندر ہائی تھنکنگ آئے۔</w:t>
      </w:r>
    </w:p>
    <w:p>
      <w:r>
        <w:rPr>
          <w:b/>
        </w:rPr>
        <w:t xml:space="preserve">[07:47] </w:t>
      </w:r>
      <w:r>
        <w:t>woh is qabil banta hai ke woh oonche degree ki, oonche darje ki marifat hasil kar sake jis ko mein keh raha hoon self-discored marifat.</w:t>
      </w:r>
    </w:p>
    <w:p>
      <w:pPr>
        <w:jc w:val="right"/>
      </w:pPr>
      <w:r>
        <w:t>وہ اس قابل بنتا ہے کہ وہ اونچے ڈگری کی، اونچے درجے کی معرفت حاصل کر سکے جس کو میں کہہ رہا ہوں سیلف ڈسکورڈ معرفت۔</w:t>
      </w:r>
    </w:p>
    <w:p>
      <w:r>
        <w:rPr>
          <w:b/>
        </w:rPr>
        <w:t xml:space="preserve">[08:01] </w:t>
      </w:r>
      <w:r>
        <w:t>ab mein aap ko Quran ka ek reference dena chahta hoon.</w:t>
      </w:r>
    </w:p>
    <w:p>
      <w:pPr>
        <w:jc w:val="right"/>
      </w:pPr>
      <w:r>
        <w:t>اب میں آپ کو قرآن کا ایک ریفرنس دینا چاہتا ہوں۔</w:t>
      </w:r>
    </w:p>
    <w:p>
      <w:r>
        <w:rPr>
          <w:b/>
        </w:rPr>
        <w:t xml:space="preserve">[08:08] </w:t>
      </w:r>
      <w:r>
        <w:t>Quran mein ek hai Surah Al-Qasas. Al-Qasas ka chapter number hai 28.</w:t>
      </w:r>
    </w:p>
    <w:p>
      <w:pPr>
        <w:jc w:val="right"/>
      </w:pPr>
      <w:r>
        <w:t>قرآن میں ایک ہے سورہ القصص۔ القصص کا چیپٹر نمبر ہے 28۔</w:t>
      </w:r>
    </w:p>
    <w:p>
      <w:r>
        <w:rPr>
          <w:b/>
        </w:rPr>
        <w:t xml:space="preserve">[08:18] </w:t>
      </w:r>
      <w:r>
        <w:t>is ki verse number 24 mein yeh alfaaz hain. yeh is Surah mein Hazrat Musa ka qissa bayan hua hai.</w:t>
      </w:r>
    </w:p>
    <w:p>
      <w:pPr>
        <w:jc w:val="right"/>
      </w:pPr>
      <w:r>
        <w:t>اس کی ورس نمبر 24 میں یہ الفاظ ہیں۔ یہ اس سورہ میں حضرت موسیٰ کا قصہ بیان ہوا ہے۔</w:t>
      </w:r>
    </w:p>
    <w:p>
      <w:r>
        <w:rPr>
          <w:b/>
        </w:rPr>
        <w:t xml:space="preserve">[08:28] </w:t>
      </w:r>
      <w:r>
        <w:t>Hazrat Musa ko, Hazrat Musa paida hue the Egypt mein, Misr mein. wahan aise halaat paida hue ke un ko Misr chhod kar ke jana pada, Madyan.</w:t>
      </w:r>
    </w:p>
    <w:p>
      <w:pPr>
        <w:jc w:val="right"/>
      </w:pPr>
      <w:r>
        <w:t>حضرت موسیٰ کو، حضرت موسیٰ پیدا ہوئے تھے ایجپٹ میں، مصر میں۔ وہاں ایسے حالات پیدا ہوئے کہ ان کو مصر چھوڑ کر کے جانا پڑا، مدین۔</w:t>
      </w:r>
    </w:p>
    <w:p>
      <w:r>
        <w:rPr>
          <w:b/>
        </w:rPr>
        <w:t xml:space="preserve">[08:42] </w:t>
      </w:r>
      <w:r>
        <w:t>to Madyan mein jab woh pahunche hain to us zamane mein ka safar aaj jaisa nahi tha.</w:t>
      </w:r>
    </w:p>
    <w:p>
      <w:pPr>
        <w:jc w:val="right"/>
      </w:pPr>
      <w:r>
        <w:t>تو مدین میں جب وہ پہنچے ہیں تو اس زمانے میں کا سفر آج جیسا نہیں تھا۔</w:t>
      </w:r>
    </w:p>
    <w:p>
      <w:r>
        <w:rPr>
          <w:b/>
        </w:rPr>
        <w:t xml:space="preserve">[08:52] </w:t>
      </w:r>
      <w:r>
        <w:t>to shaam ka waqt tha. ek darakht ke neeche woh baith gaye. akele the us waqt woh. us waqt, ab aap ghor kijiye ke Misr se paidal chal kar Madyan gaye.</w:t>
      </w:r>
    </w:p>
    <w:p>
      <w:pPr>
        <w:jc w:val="right"/>
      </w:pPr>
      <w:r>
        <w:t>تو شام کا وقت تھا۔ ایک درخت کے نیچے وہ بیٹھ گئے۔ اکیلے تھے اس وقت وہ۔ اس وقت، اب آپ غور کیجئے کہ مصر سے پیدل چل کر مدین گئے۔</w:t>
      </w:r>
    </w:p>
    <w:p>
      <w:r>
        <w:rPr>
          <w:b/>
        </w:rPr>
        <w:t xml:space="preserve">[09:10] </w:t>
      </w:r>
      <w:r>
        <w:t>pahadon, jangalon ke teh teh kya hoga unhone. thake hue, bhooke. khana bhi nahi tha. riwayat mein aata hai ke saat din se woh bhooke the.</w:t>
      </w:r>
    </w:p>
    <w:p>
      <w:pPr>
        <w:jc w:val="right"/>
      </w:pPr>
      <w:r>
        <w:t>پہاڑوں، جنگلوں کے تہہ تہہ کیا ہوگا انہوں نے۔ تھکے ہوئے، بھوکے۔ کھانا بھی نہیں تھا۔ روایات میں آتا ہے کہ سات دن سے وہ بھوکے تھے۔</w:t>
      </w:r>
    </w:p>
    <w:p>
      <w:r>
        <w:rPr>
          <w:b/>
        </w:rPr>
        <w:t xml:space="preserve">[09:23] </w:t>
      </w:r>
      <w:r>
        <w:t>jab baithe the peet peed ke neeche to saat din se woh bhooke the. to aage unhein koi nahi, peechhe unhein koi saman na koi kuch.</w:t>
      </w:r>
    </w:p>
    <w:p>
      <w:pPr>
        <w:jc w:val="right"/>
      </w:pPr>
      <w:r>
        <w:t>جب بیٹھے تھے پیٹ پیڑ کے نیچے تو سات دن سے وہ بھوکے تھے۔ تو آگے انہیں کوئی نہیں، پیچھے انہیں کوئی سامان نہ کوئی کچھ۔</w:t>
      </w:r>
    </w:p>
    <w:p>
      <w:r>
        <w:rPr>
          <w:b/>
        </w:rPr>
        <w:t xml:space="preserve">[09:34] </w:t>
      </w:r>
      <w:r>
        <w:t>to us waqt un ki zuban se nikla tha, 'Rabbi inni lima anzalta ilayya min khairin faqeer'.</w:t>
      </w:r>
    </w:p>
    <w:p>
      <w:pPr>
        <w:jc w:val="right"/>
      </w:pPr>
      <w:r>
        <w:t>تو اس وقت ان کی زبان سے نکلا تھا، رب انی لما انزلت علی من خیر فقیر۔</w:t>
      </w:r>
    </w:p>
    <w:p>
      <w:r>
        <w:rPr>
          <w:b/>
        </w:rPr>
        <w:t xml:space="preserve">[09:47] </w:t>
      </w:r>
      <w:r>
        <w:t>Ae mere Rab! mein is khair ke liye tera mohtaj hoon jo tu ne mere upar utari.</w:t>
      </w:r>
    </w:p>
    <w:p>
      <w:pPr>
        <w:jc w:val="right"/>
      </w:pPr>
      <w:r>
        <w:t>اے میرے رب! میں اس خیر کے لیے تیرا محتاج ہوں جو تو نے میرے اوپر اتاری۔</w:t>
      </w:r>
    </w:p>
    <w:p>
      <w:r>
        <w:rPr>
          <w:b/>
        </w:rPr>
        <w:t xml:space="preserve">[10:02] </w:t>
      </w:r>
      <w:r>
        <w:t>to tafsir mein aap dekhen to is ka koi ma'nawiyat nahi nazar aati. tamam tafsiron mein kya likha hua hai ke Hazrat Musa saat din se bhooke the to unhone goya ta'am ke liye dua ki.</w:t>
      </w:r>
    </w:p>
    <w:p>
      <w:pPr>
        <w:jc w:val="right"/>
      </w:pPr>
      <w:r>
        <w:t>تو تفسیر میں آپ دیکھیں تو اس کا کوئی معنویت نہیں نظر آتی۔ تمام تفسیروں میں کیا لکھا ہوا ہے کہ حضرت موسیٰ سات دن سے بھوکے تھے تو انہوں نے گویا طعام کے لیے دعا کی۔</w:t>
      </w:r>
    </w:p>
    <w:p>
      <w:r>
        <w:rPr>
          <w:b/>
        </w:rPr>
        <w:t xml:space="preserve">[10:20] </w:t>
      </w:r>
      <w:r>
        <w:t>yani khana Allah ki taraf se mil jaye aur woh bhook mita saken. yeh bilkul hi baseless baat hai.</w:t>
      </w:r>
    </w:p>
    <w:p>
      <w:pPr>
        <w:jc w:val="right"/>
      </w:pPr>
      <w:r>
        <w:t>یعنی کھانا اللہ کی طرف سے مل جائے اور وہ بھوک مٹا سکیں۔ یہ بالکل ہی بیسلیس بات ہے۔</w:t>
      </w:r>
    </w:p>
    <w:p>
      <w:r>
        <w:rPr>
          <w:b/>
        </w:rPr>
        <w:t xml:space="preserve">[10:34] </w:t>
      </w:r>
      <w:r>
        <w:t>yeh hargiz yeh matlab is ka nahi hai. dekhen, ek bohat hi nuqte ki baat mein arz karta hoon aap ko. ek sacha momin jo hota hai, us par jab museebatein padti hain,</w:t>
      </w:r>
    </w:p>
    <w:p>
      <w:pPr>
        <w:jc w:val="right"/>
      </w:pPr>
      <w:r>
        <w:t>یہ ہرگز یہ مطلب اس کا نہیں ہے۔ دیکھیں، ایک بہت ہی نقطے کی بات میں عرض کرتا ہوں آپ کو۔ ایک سچا مومن جو ہوتا ہے، اس پر جب مصیبتیں پڑتی ہیں،</w:t>
      </w:r>
    </w:p>
    <w:p>
      <w:r>
        <w:rPr>
          <w:b/>
        </w:rPr>
        <w:t xml:space="preserve">[10:51] </w:t>
      </w:r>
      <w:r>
        <w:t>yani madi problem us ko aate hain to kis liye aate hain? yani bhook padti hai to is liye ke woh Allah se khana maange?</w:t>
      </w:r>
    </w:p>
    <w:p>
      <w:pPr>
        <w:jc w:val="right"/>
      </w:pPr>
      <w:r>
        <w:t>یعنی مادی پرابلم اس کو آتے ہیں تو کس لیے آتے ہیں؟ یعنی بھوک پڑتی ہے تو اس لیے کہ وہ اللہ سے کھانا مانگے؟</w:t>
      </w:r>
    </w:p>
    <w:p>
      <w:r>
        <w:rPr>
          <w:b/>
        </w:rPr>
        <w:t xml:space="preserve">[11:02] </w:t>
      </w:r>
      <w:r>
        <w:t>aisa nahi hai.</w:t>
      </w:r>
    </w:p>
    <w:p>
      <w:pPr>
        <w:jc w:val="right"/>
      </w:pPr>
      <w:r>
        <w:t>ایسا نہیں ہے۔</w:t>
      </w:r>
    </w:p>
    <w:p>
      <w:r>
        <w:rPr>
          <w:b/>
        </w:rPr>
        <w:t xml:space="preserve">[11:06] </w:t>
      </w:r>
      <w:r>
        <w:t>sacha momin woh hai jo jis par, yani material, madi qism ke masail aayen lekin uska response bhi spiritual response ho.</w:t>
      </w:r>
    </w:p>
    <w:p>
      <w:pPr>
        <w:jc w:val="right"/>
      </w:pPr>
      <w:r>
        <w:t>سچا مومن وہ ہے جو جس پر، یعنی مٹیریل، مادی قسم کے مسائل آئیں لیکن اس کا رسپانس بھی سپریچول رسپانس ہو۔</w:t>
      </w:r>
    </w:p>
    <w:p>
      <w:r>
        <w:rPr>
          <w:b/>
        </w:rPr>
        <w:t xml:space="preserve">[11:26] </w:t>
      </w:r>
      <w:r>
        <w:t>spiritual response, yani us ki spiritual duaen nikalti hain. us ki misaal yeh hai ke Rasool Allah jab Taif gaye the, wahi halat un ki wahan bhi thi.</w:t>
      </w:r>
    </w:p>
    <w:p>
      <w:pPr>
        <w:jc w:val="right"/>
      </w:pPr>
      <w:r>
        <w:t>سپریچول رسپانس، یعنی اس کی سپریچول دعائیں نکلتی ہیں۔ اس کی مثال یہ ہے کہ رسول اللہ جب طائف گئے تھے، وہی حالت ان کی وہاں بھی تھی۔</w:t>
      </w:r>
    </w:p>
    <w:p>
      <w:r>
        <w:rPr>
          <w:b/>
        </w:rPr>
        <w:t xml:space="preserve">[11:39] </w:t>
      </w:r>
      <w:r>
        <w:t>be sar o saman. to Allah taala ne farishte ko bheja aur yeh peshkash ki ke un ke liye pahaad ko sona bana diya jaye.</w:t>
      </w:r>
    </w:p>
    <w:p>
      <w:pPr>
        <w:jc w:val="right"/>
      </w:pPr>
      <w:r>
        <w:t>بے سر و سامان۔ تو اللہ تعالیٰ نے فرشتے کو بھیجا اور یہ پیشکش کی کہ ان کے لیے پہاڑ کو سونا بنا دیا جائے۔</w:t>
      </w:r>
    </w:p>
    <w:p>
      <w:r>
        <w:rPr>
          <w:b/>
        </w:rPr>
        <w:t xml:space="preserve">[11:51] </w:t>
      </w:r>
      <w:r>
        <w:t>to aap ne farmaya ke la yarb, bil aza joat tadarat.</w:t>
      </w:r>
    </w:p>
    <w:p>
      <w:pPr>
        <w:jc w:val="right"/>
      </w:pPr>
      <w:r>
        <w:t>تو آپ نے فرمایا کہ لا یارب، بل اذا جوت تضرات۔</w:t>
      </w:r>
    </w:p>
    <w:p>
      <w:r>
        <w:rPr>
          <w:b/>
        </w:rPr>
        <w:t xml:space="preserve">[12:04] </w:t>
      </w:r>
      <w:r>
        <w:t>balke main yeh chahta hoon ke mujhe bhook lage aur main tazru karoon. yaani bhook lage to khana maangoon ya nahi?</w:t>
      </w:r>
    </w:p>
    <w:p>
      <w:pPr>
        <w:jc w:val="right"/>
      </w:pPr>
      <w:r>
        <w:t>بلکہ میں یہ چاہتا ہوں کہ مجھے بھوک لگے اور میں تضرع کروں۔ یعنی بھوک لگے تو کھانا مانگوں یا نہیں؟</w:t>
      </w:r>
    </w:p>
    <w:p>
      <w:r>
        <w:rPr>
          <w:b/>
        </w:rPr>
        <w:t xml:space="preserve">[12:13] </w:t>
      </w:r>
      <w:r>
        <w:t>bhook lage to tazru ka response doon. tazru ka matlab hai Allah ki taraf, Allah ki taraf mutawajjah hona, Allah ko yaad karna.</w:t>
      </w:r>
    </w:p>
    <w:p>
      <w:pPr>
        <w:jc w:val="right"/>
      </w:pPr>
      <w:r>
        <w:t>بھوک لگے تو تضرع کا رسپانس دوں۔ تضرع کا مطلب ہے اللہ کی طرف، اللہ کی طرف متوجہ ہونا، اللہ کو یاد کرنا۔</w:t>
      </w:r>
    </w:p>
    <w:p>
      <w:r>
        <w:rPr>
          <w:b/>
        </w:rPr>
        <w:t xml:space="preserve">[12:29] </w:t>
      </w:r>
      <w:r>
        <w:t>to bhook ki haalat mein bhi paighambar khana nahi maangta. bhook ki haalat mein woh tazru ka response deta hai.</w:t>
      </w:r>
    </w:p>
    <w:p>
      <w:pPr>
        <w:jc w:val="right"/>
      </w:pPr>
      <w:r>
        <w:t>تو بھوک کی حالت میں بھی پیغمبر کھانا نہیں مانگتا۔ بھوک کی حالت میں وہ تضرع کا رسپانس دیتا ہے۔</w:t>
      </w:r>
    </w:p>
    <w:p>
      <w:r>
        <w:rPr>
          <w:b/>
        </w:rPr>
        <w:t xml:space="preserve">[12:42] </w:t>
      </w:r>
      <w:r>
        <w:t>to baat kya hai? Allah taala ne insaan ko paida kiya is andaaz par ke us ke beshumar potential hain, spiritual potential, rabbani potential.</w:t>
      </w:r>
    </w:p>
    <w:p>
      <w:pPr>
        <w:jc w:val="right"/>
      </w:pPr>
      <w:r>
        <w:t>تو بات کیا ہے؟ اللہ تعالیٰ نے انسان کو پیدا کیا اس انداز پر کہ اس کے بے شمار پوٹینشل ہیں، سپریچول پوٹینشل، ربانی پوٹینشل۔</w:t>
      </w:r>
    </w:p>
    <w:p>
      <w:r>
        <w:rPr>
          <w:b/>
        </w:rPr>
        <w:t xml:space="preserve">[12:54] </w:t>
      </w:r>
      <w:r>
        <w:t>lekin is ko activate karna parta hai. is ko jab activate kiya jata hai tab woh unfold hota hai.</w:t>
      </w:r>
    </w:p>
    <w:p>
      <w:pPr>
        <w:jc w:val="right"/>
      </w:pPr>
      <w:r>
        <w:t>لیکن اس کو ایکٹیویٹ کرنا پڑتا ہے۔ اس کو جب ایکٹیویٹ کیا جاتا ہے تب وہ انفولڈ ہوتا ہے۔</w:t>
      </w:r>
    </w:p>
    <w:p>
      <w:r>
        <w:rPr>
          <w:b/>
        </w:rPr>
        <w:t xml:space="preserve">[13:03] </w:t>
      </w:r>
      <w:r>
        <w:t>agar activate nahi kiya to unfold na ho. to activate karne ka tareeqa to materially hai. aap spiritually tor par kaise activate karenge?</w:t>
      </w:r>
    </w:p>
    <w:p>
      <w:pPr>
        <w:jc w:val="right"/>
      </w:pPr>
      <w:r>
        <w:t>اگر ایکٹیویٹ نہیں کیا تو انفولڈ نہ ہو۔ تو ایکٹیویٹ کرنے کا طریقہ تو مٹیریلی ہے۔ آپ اسپریچول طور پر کیسے ایکٹیویٹ کریں گے؟</w:t>
      </w:r>
    </w:p>
    <w:p>
      <w:r>
        <w:rPr>
          <w:b/>
        </w:rPr>
        <w:t xml:space="preserve">[13:13] </w:t>
      </w:r>
      <w:r>
        <w:t>musibatein to maadi noiyat ki hoti hain, hua karti hain. musibatein spiritual aur noiyat ki nahi hoti hain.</w:t>
      </w:r>
    </w:p>
    <w:p>
      <w:pPr>
        <w:jc w:val="right"/>
      </w:pPr>
      <w:r>
        <w:t>مصیبتیں تو مادی نوعیت کی ہوتی ہیں، ہوا کرتی ہیں۔ مصیبتیں اسپریچول اور نوعیت کی نہیں ہوتی ہیں۔</w:t>
      </w:r>
    </w:p>
    <w:p>
      <w:r>
        <w:rPr>
          <w:b/>
        </w:rPr>
        <w:t xml:space="preserve">[13:24] </w:t>
      </w:r>
      <w:r>
        <w:t>musibat to hain. to maadi aitbaar hi se musibatein aati hain. har musibat maadi hi hoti hai.</w:t>
      </w:r>
    </w:p>
    <w:p>
      <w:pPr>
        <w:jc w:val="right"/>
      </w:pPr>
      <w:r>
        <w:t>مصیبت تو ہیں۔ تو مادی اعتبار ہی سے مصیبتیں آتی ہیں۔ ہر مصیبت مادی ہی ہوتی ہے۔</w:t>
      </w:r>
    </w:p>
    <w:p>
      <w:r>
        <w:rPr>
          <w:b/>
        </w:rPr>
        <w:t xml:space="preserve">[13:34] </w:t>
      </w:r>
      <w:r>
        <w:t>lekin is mein agar aadmi prepared zehan hai, agar aadmi tayyar, us ke andar yaani woh prepared mind hai woh,</w:t>
      </w:r>
    </w:p>
    <w:p>
      <w:pPr>
        <w:jc w:val="right"/>
      </w:pPr>
      <w:r>
        <w:t>لیکن اس میں اگر آدمی پریپیئرڈ ذہن ہے، اگر آدمی تیار، اس کے اندر یعنی وہ پریپیئرڈ مائنڈ ہے وہ،</w:t>
      </w:r>
    </w:p>
    <w:p>
      <w:r>
        <w:rPr>
          <w:b/>
        </w:rPr>
        <w:t xml:space="preserve">[13:49] </w:t>
      </w:r>
      <w:r>
        <w:t>to is ka response jo hai spiritual hoga.</w:t>
      </w:r>
    </w:p>
    <w:p>
      <w:pPr>
        <w:jc w:val="right"/>
      </w:pPr>
      <w:r>
        <w:t>تو اس کا رسپانس جو ہے اسپریچول ہوگا۔</w:t>
      </w:r>
    </w:p>
    <w:p>
      <w:r>
        <w:rPr>
          <w:b/>
        </w:rPr>
        <w:t xml:space="preserve">[13:54] </w:t>
      </w:r>
      <w:r>
        <w:t>woh spiritual response maani ke us ke potential unfold ho rahe hain. to yeh matlab tha Hazrat Musa ka.</w:t>
      </w:r>
    </w:p>
    <w:p>
      <w:pPr>
        <w:jc w:val="right"/>
      </w:pPr>
      <w:r>
        <w:t>وہ اسپریچول رسپانس معنی کہ اس کے پوٹینشل انفولڈ ہو رہے ہیں۔ تو یہ مطلب تھا حضرت موسیٰ کا۔</w:t>
      </w:r>
    </w:p>
    <w:p>
      <w:r>
        <w:rPr>
          <w:b/>
        </w:rPr>
        <w:t xml:space="preserve">[14:05] </w:t>
      </w:r>
      <w:r>
        <w:t>ab yahan par ek aur baat hai bohat ahem ke Allah ne insaan ko paida kiya hai ek bilkul different creature ke taur par.</w:t>
      </w:r>
    </w:p>
    <w:p>
      <w:pPr>
        <w:jc w:val="right"/>
      </w:pPr>
      <w:r>
        <w:t>اب یہاں پر ایک اور بات ہے بہت اہم کہ اللہ نے انسان کو پیدا کیا ہے ایک بالکل ڈفرنٹ کریچر کے طور پر۔</w:t>
      </w:r>
    </w:p>
    <w:p>
      <w:r>
        <w:rPr>
          <w:b/>
        </w:rPr>
        <w:t xml:space="preserve">[14:17] </w:t>
      </w:r>
      <w:r>
        <w:t>yaani insaan different hai sitar se, planet se, sun aur moon se, pahaad aur samandar se, haathi aur sher se.</w:t>
      </w:r>
    </w:p>
    <w:p>
      <w:pPr>
        <w:jc w:val="right"/>
      </w:pPr>
      <w:r>
        <w:t>یعنی انسان ڈفرنٹ ہے ستار سے، پلینٹ سے، سن اور مون سے، پہاڑ اور سمندر سے، ہاتھی اور شیر سے۔</w:t>
      </w:r>
    </w:p>
    <w:p>
      <w:r>
        <w:rPr>
          <w:b/>
        </w:rPr>
        <w:t xml:space="preserve">[14:29] </w:t>
      </w:r>
      <w:r>
        <w:t>yeh bilkul ek different makhlooq hai. bohat hi high quality is ko di gayi hai. mind, aankh, kaan, naak,</w:t>
      </w:r>
    </w:p>
    <w:p>
      <w:pPr>
        <w:jc w:val="right"/>
      </w:pPr>
      <w:r>
        <w:t>یہ بالکل ایک ڈفرنٹ مخلوق ہے۔ بہت ہی ہائی کوالٹی اس کو دی گئی ہے۔ مائنڈ، آنکھ، کان، ناک،</w:t>
      </w:r>
    </w:p>
    <w:p>
      <w:r>
        <w:rPr>
          <w:b/>
        </w:rPr>
        <w:t xml:space="preserve">[14:41] </w:t>
      </w:r>
      <w:r>
        <w:t>sochna. yeh kis liye? is ka matlab hai ke insaan se koi special role matloob hai.</w:t>
      </w:r>
    </w:p>
    <w:p>
      <w:pPr>
        <w:jc w:val="right"/>
      </w:pPr>
      <w:r>
        <w:t>سوچنا۔ یہ کس لیے؟ اس کا مطلب ہے کہ انسان سے کوئی اسپیشل رول مطلوب ہے۔</w:t>
      </w:r>
    </w:p>
    <w:p>
      <w:r>
        <w:rPr>
          <w:b/>
        </w:rPr>
        <w:t xml:space="preserve">[14:52] </w:t>
      </w:r>
      <w:r>
        <w:t>woh role jo pahaadon se matloob nahi, woh role jo samandaron se matloob nahi, woh role jo sitaron, sayaron se matloob nahi.</w:t>
      </w:r>
    </w:p>
    <w:p>
      <w:pPr>
        <w:jc w:val="right"/>
      </w:pPr>
      <w:r>
        <w:t>وہ رول جو پہاڑوں سے مطلوب نہیں، وہ رول جو سمندروں سے مطلوب نہیں، وہ رول جو ستاروں، سیاروں سے مطلوب نہیں۔</w:t>
      </w:r>
    </w:p>
    <w:p>
      <w:r>
        <w:rPr>
          <w:b/>
        </w:rPr>
        <w:t xml:space="preserve">[15:03] </w:t>
      </w:r>
      <w:r>
        <w:t>to insaan se koi special role matloob hai.</w:t>
      </w:r>
    </w:p>
    <w:p>
      <w:pPr>
        <w:jc w:val="right"/>
      </w:pPr>
      <w:r>
        <w:t>تو انسان سے کوئی اسپیشل رول مطلوب ہے۔</w:t>
      </w:r>
    </w:p>
    <w:p>
      <w:r>
        <w:rPr>
          <w:b/>
        </w:rPr>
        <w:t xml:space="preserve">[15:09] </w:t>
      </w:r>
      <w:r>
        <w:t>to Hazrat Musa ne jo dua ki thi is ka matlab kya tha? is ka matlab yahi tha ke</w:t>
      </w:r>
    </w:p>
    <w:p>
      <w:pPr>
        <w:jc w:val="right"/>
      </w:pPr>
      <w:r>
        <w:t>تو حضرت موسیٰ نے جو دعا کی تھی اس کا مطلب کیا تھا؟ اس کا مطلب یہی تھا کہ</w:t>
      </w:r>
    </w:p>
    <w:p>
      <w:r>
        <w:rPr>
          <w:b/>
        </w:rPr>
        <w:t xml:space="preserve">[15:18] </w:t>
      </w:r>
      <w:r>
        <w:t>khudaya! mujh se jo role matloob hai, jo role mujh se tu chahta hai, is role ke liye mujhe muntakhib kar le. is ke liye mujh se wasail de.</w:t>
      </w:r>
    </w:p>
    <w:p>
      <w:pPr>
        <w:jc w:val="right"/>
      </w:pPr>
      <w:r>
        <w:t>خدایا! مجھ سے جو رول مطلوب ہے، جو رول مجھ سے تو چاہتا ہے، اس رول کے مجھے منتخب کر لے۔ اس کے لیے مجھ سے وسائل دے۔</w:t>
      </w:r>
    </w:p>
    <w:p>
      <w:r>
        <w:rPr>
          <w:b/>
        </w:rPr>
        <w:t xml:space="preserve">[15:27] </w:t>
      </w:r>
      <w:r>
        <w:t>is ke liye mujhe halaat faraham kar.</w:t>
      </w:r>
    </w:p>
    <w:p>
      <w:pPr>
        <w:jc w:val="right"/>
      </w:pPr>
      <w:r>
        <w:t>اس کے لیے مجھے حالات فراہم کر۔</w:t>
      </w:r>
    </w:p>
    <w:p>
      <w:r>
        <w:rPr>
          <w:b/>
        </w:rPr>
        <w:t xml:space="preserve">[15:34] </w:t>
      </w:r>
      <w:r>
        <w:t>to Allah, Allah ne jo role de rakha hai kisi insaan ko, us role ke ke liye dua karna.</w:t>
      </w:r>
    </w:p>
    <w:p>
      <w:pPr>
        <w:jc w:val="right"/>
      </w:pPr>
      <w:r>
        <w:t>تو اللہ، اللہ نے جو رول دے رکھا ہے کسی انسان کو، اس رول کے کے لیے دعا کرنا۔</w:t>
      </w:r>
    </w:p>
    <w:p>
      <w:r>
        <w:rPr>
          <w:b/>
        </w:rPr>
        <w:t xml:space="preserve">[15:45] </w:t>
      </w:r>
      <w:r>
        <w:t>yahan par dekhiye, ek aur ayat ko le kar sochiye aap. Surah Ar-Rum mein yeh ayat hai: "wa kana haqqan alaina nasr al momineen".</w:t>
      </w:r>
    </w:p>
    <w:p>
      <w:pPr>
        <w:jc w:val="right"/>
      </w:pPr>
      <w:r>
        <w:t>یہاں پر دیکھیے، ایک اور آیت کو لے کر سوچیے آپ۔ سورہ الروم میں یہ آیت ہے: "وکان حقاً علینا نصر المومنین"۔</w:t>
      </w:r>
    </w:p>
    <w:p>
      <w:r>
        <w:rPr>
          <w:b/>
        </w:rPr>
        <w:t xml:space="preserve">[16:01] </w:t>
      </w:r>
      <w:r>
        <w:t>momin ki madad karna Allah par ki zimmedari hai. Allah ki yeh zimmedari hai, Allah ki yeh duty hai ke woh momin ki help kare.</w:t>
      </w:r>
    </w:p>
    <w:p>
      <w:pPr>
        <w:jc w:val="right"/>
      </w:pPr>
      <w:r>
        <w:t>مومن کی مدد کرنا اللہ پر کی ذمہ داری ہے۔ اللہ کی یہ ذمہ داری ہے، اللہ کی یہ ڈیوٹی ہے کہ وہ مومن کی ہیلپ کرے۔</w:t>
      </w:r>
    </w:p>
    <w:p>
      <w:r>
        <w:rPr>
          <w:b/>
        </w:rPr>
        <w:t xml:space="preserve">[16:17] </w:t>
      </w:r>
      <w:r>
        <w:t>is ka kia matlab hai? momin kon hai? momin wohi hai jo apnay role ko discover kar lay. Allah jo role chahta hai, us say is role ko woh daryaft kar lay.</w:t>
      </w:r>
    </w:p>
    <w:p>
      <w:pPr>
        <w:jc w:val="right"/>
      </w:pPr>
      <w:r>
        <w:t>اس کا کیا مطلب ہے؟ مومن کون ہے؟ مومن وہی ہے جو اپنے رول کو ڈسکور کر لے۔ اللہ جو رول چاہتا ہے، اس سے اس رول کو وہ دریافت کر لے۔</w:t>
      </w:r>
    </w:p>
    <w:p>
      <w:r>
        <w:rPr>
          <w:b/>
        </w:rPr>
        <w:t xml:space="preserve">[16:32] </w:t>
      </w:r>
      <w:r>
        <w:t>jab aap daryaft kar chukay hotay hain to is kay ma'nay kia hotay hain? is kay ma'nay kay aap is baat kay haqdar ho gay kay Allah taala aap ko baqi poora kar day aap kay liye, yani wasail day day aap ko, mawaqay day day aap ko,</w:t>
      </w:r>
    </w:p>
    <w:p>
      <w:pPr>
        <w:jc w:val="right"/>
      </w:pPr>
      <w:r>
        <w:t>جب آپ دریافت کر چکے ہوتے ہیں تو اس کے معنی کیا ہوتے ہیں؟ اس کے معنی کہ آپ اس بات کے حقدار ہو گئے کہ اللہ تعالیٰ آپ کو بقیہ پورا کر دے آپ کے لیے، یعنی وسائل دے دے آپ کو، مواقع دے دے آپ کو،</w:t>
      </w:r>
    </w:p>
    <w:p>
      <w:r>
        <w:rPr>
          <w:b/>
        </w:rPr>
        <w:t xml:space="preserve">[16:47] </w:t>
      </w:r>
      <w:r>
        <w:t>saray halaat faraham kar day aap ko. to apnay role ko discover karna aur yeh determination kay mujhe isi role ko ada karna hai, jab yeh ho jata hai,</w:t>
      </w:r>
    </w:p>
    <w:p>
      <w:pPr>
        <w:jc w:val="right"/>
      </w:pPr>
      <w:r>
        <w:t>سارے حالات فراہم کر دے آپ کو۔ تو اپنے رول کو ڈسکور کرنا اور یہ ڈیٹرمینیشن کہ مجھے اسی رول کو ادا کرنا ہے، جب یہ ہو جاتا ہے،</w:t>
      </w:r>
    </w:p>
    <w:p>
      <w:r>
        <w:rPr>
          <w:b/>
        </w:rPr>
        <w:t xml:space="preserve">[17:01] </w:t>
      </w:r>
      <w:r>
        <w:t>yeh 50% hai. to baqi 50% kia hai? Allah ki taraf say mawaqay ki farahmi, wasail ki farahmi.</w:t>
      </w:r>
    </w:p>
    <w:p>
      <w:pPr>
        <w:jc w:val="right"/>
      </w:pPr>
      <w:r>
        <w:t>یہ 50% ہے۔ تو باقی 50% کیا ہے؟ اللہ کی طرف سے مواقع کی فراہمی، وسائل کی فراہمی۔</w:t>
      </w:r>
    </w:p>
    <w:p>
      <w:r>
        <w:rPr>
          <w:b/>
        </w:rPr>
        <w:t xml:space="preserve">[17:11] </w:t>
      </w:r>
      <w:r>
        <w:t>yeh matlab hai. to hazrat Musa ki dua ka matlab yeh hai kay: "aye Allah!</w:t>
      </w:r>
    </w:p>
    <w:p>
      <w:pPr>
        <w:jc w:val="right"/>
      </w:pPr>
      <w:r>
        <w:t>یہ مطلب ہے۔ تو حضرت موسیٰ کی دعا کا مطلب یہ ہے کہ: "اے اللہ!</w:t>
      </w:r>
    </w:p>
    <w:p>
      <w:r>
        <w:rPr>
          <w:b/>
        </w:rPr>
        <w:t xml:space="preserve">[17:21] </w:t>
      </w:r>
      <w:r>
        <w:t>jo role mujh say matloob hai tujh ko, is role ka mujhe marifat day. is role kay mujhe, is role kay liye mujhe mujhe tayyar kar aur us kay wasail faraham kar day." yeh matlab hai is ka.</w:t>
      </w:r>
    </w:p>
    <w:p>
      <w:pPr>
        <w:jc w:val="right"/>
      </w:pPr>
      <w:r>
        <w:t>جو رول مجھ سے مطلوب ہے تجھ کو، اس رول کا مجھے معرفت دے۔ اس رول کے مجھے، اس رول کے لیے مجھے مجھے تیار کر اور اس کے وسائل فراہم کر دے۔" یہ مطلب ہے اس کا۔</w:t>
      </w:r>
    </w:p>
    <w:p>
      <w:r>
        <w:rPr>
          <w:b/>
        </w:rPr>
        <w:t xml:space="preserve">[17:40] </w:t>
      </w:r>
      <w:r>
        <w:t>acha, is kay baad kia hua? yeh jo hazrat Musa kay jo halaat hain Quran majeed mein, is ko aap parhiye</w:t>
      </w:r>
    </w:p>
    <w:p>
      <w:pPr>
        <w:jc w:val="right"/>
      </w:pPr>
      <w:r>
        <w:t>اچھا، اس کے بعد کیا ہوا؟ یہ جو حضرت موسیٰ کے جو حالات ہیں قرآن مجید میں، اس کو آپ پڑھیے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