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Reason for Unhappiness, Distraction in other than God Nov 30, 2019 - Maulana Wahiduddin Khan</w:t>
      </w:r>
    </w:p>
    <w:p>
      <w:r>
        <w:t>https://www.youtube.com/watch?v=ivFQ3VLLTNo</w:t>
      </w:r>
    </w:p>
    <w:p>
      <w:r>
        <w:rPr>
          <w:b/>
        </w:rPr>
        <w:t xml:space="preserve">[00:15] </w:t>
      </w:r>
      <w:r>
        <w:t>dekhiye,</w:t>
      </w:r>
    </w:p>
    <w:p>
      <w:pPr>
        <w:jc w:val="right"/>
      </w:pPr>
      <w:r>
        <w:t>دیکھیے،</w:t>
      </w:r>
    </w:p>
    <w:p>
      <w:r>
        <w:rPr>
          <w:b/>
        </w:rPr>
        <w:t xml:space="preserve">[00:21] </w:t>
      </w:r>
      <w:r>
        <w:t>khush na rehna kia hai?</w:t>
      </w:r>
    </w:p>
    <w:p>
      <w:pPr>
        <w:jc w:val="right"/>
      </w:pPr>
      <w:r>
        <w:t>خوش نہ رہنا کیا ہے؟</w:t>
      </w:r>
    </w:p>
    <w:p>
      <w:r>
        <w:rPr>
          <w:b/>
        </w:rPr>
        <w:t xml:space="preserve">[00:27] </w:t>
      </w:r>
      <w:r>
        <w:t>khush na rehne ka matlab yeh hai kay aap other than God kuch hai jahan aap atkay huay hain.</w:t>
      </w:r>
    </w:p>
    <w:p>
      <w:pPr>
        <w:jc w:val="right"/>
      </w:pPr>
      <w:r>
        <w:t>خوش نہ رہنے کا مطلب یہ ہے کہ آپ ادر دین گاڈ کچھ ہے جہاں آپ اٹکے ہوئے ہوں۔</w:t>
      </w:r>
    </w:p>
    <w:p>
      <w:r>
        <w:rPr>
          <w:b/>
        </w:rPr>
        <w:t xml:space="preserve">[00:42] </w:t>
      </w:r>
      <w:r>
        <w:t>agar aap khush nahi hain to is ko nahi kay aap koi cheez hai jo other than God, wahan aap atkay huay hain.</w:t>
      </w:r>
    </w:p>
    <w:p>
      <w:pPr>
        <w:jc w:val="right"/>
      </w:pPr>
      <w:r>
        <w:t>اگر آپ خوش نہیں ہیں تو اس کو نہیں کہ آپ کوئی چیز ہے جو ادر دین گاڈ، وہاں آپ اٹکے ہوئے ہوں۔</w:t>
      </w:r>
    </w:p>
    <w:p>
      <w:r>
        <w:rPr>
          <w:b/>
        </w:rPr>
        <w:t xml:space="preserve">[01:01] </w:t>
      </w:r>
      <w:r>
        <w:t>yeh baat sahi hai</w:t>
      </w:r>
    </w:p>
    <w:p>
      <w:pPr>
        <w:jc w:val="right"/>
      </w:pPr>
      <w:r>
        <w:t>یہ بات صحیح ہے</w:t>
      </w:r>
    </w:p>
    <w:p>
      <w:r>
        <w:rPr>
          <w:b/>
        </w:rPr>
        <w:t xml:space="preserve">[01:03] </w:t>
      </w:r>
      <w:r>
        <w:t>? haan Maulana. yeh baat sahi hai? bilkul sahi hai. sahi baat hai Maulana. bilkul sahi baat hai Maulana kay khush rehna, pareshan rehna, in dono ko pehchanne ka yahi aik zariya hai kay agar khush na rehta hai to samajh lena chahiye kay other than God kahin atka hua hai insan.</w:t>
      </w:r>
    </w:p>
    <w:p>
      <w:pPr>
        <w:jc w:val="right"/>
      </w:pPr>
      <w:r>
        <w:t>؟ ہاں مولانا۔ یہ بات صحیح ہے؟ بالکل صحیح ہے۔ صحیح بات ہے مولانا۔ بالکل صحیح بات ہے مولانا کہ خوش رہنا، پریشان رہنا، ان دونوں کو پہچاننے کا یہی ایک ذریعہ ہے کہ اگر خوش نہ رہتا ہے تو سمجھ لینا چاہیے کہ ادر دین گاڈ کہیں اٹکا ہوا ہے انسان۔</w:t>
      </w:r>
    </w:p>
    <w:p>
      <w:r>
        <w:rPr>
          <w:b/>
        </w:rPr>
        <w:t xml:space="preserve">[01:32] </w:t>
      </w:r>
      <w:r>
        <w:t>lekin main apnay baray mein kehta hoon, apnay baray mein. aik zamanah yeh tha,</w:t>
      </w:r>
    </w:p>
    <w:p>
      <w:pPr>
        <w:jc w:val="right"/>
      </w:pPr>
      <w:r>
        <w:t>لیکن میں اپنے بارے میں کہتا ہوں، اپنے بارے میں۔ ایک زمانہ یہ تھا،</w:t>
      </w:r>
    </w:p>
    <w:p>
      <w:r>
        <w:rPr>
          <w:b/>
        </w:rPr>
        <w:t xml:space="preserve">[01:42] </w:t>
      </w:r>
      <w:r>
        <w:t>shuru mein, kay main sab say ziyada pareshan rehta tha kay meray pas koi ghar nahi hai.</w:t>
      </w:r>
    </w:p>
    <w:p>
      <w:pPr>
        <w:jc w:val="right"/>
      </w:pPr>
      <w:r>
        <w:t>شروع میں، کہ میں سب سے زیادہ پریشان رہتا تھا کہ میرے پاس کوئی گھر نہیں ہے۔</w:t>
      </w:r>
    </w:p>
    <w:p>
      <w:r>
        <w:rPr>
          <w:b/>
        </w:rPr>
        <w:t xml:space="preserve">[01:55] </w:t>
      </w:r>
      <w:r>
        <w:t>meray pas koi ghar nahi hai. aap ko Umerabad mein jo pehlay kutub khana tha, ab shayad woh nahi hoga, ab kia hai</w:t>
      </w:r>
    </w:p>
    <w:p>
      <w:pPr>
        <w:jc w:val="right"/>
      </w:pPr>
      <w:r>
        <w:t>میرے پاس کوئی گھر نہیں ہے۔ آپ کو عمر آباد میں جو پہلے کتب خانہ تھا، اب شاید وہ نہیں ہوگا، اب کیا ہے</w:t>
      </w:r>
    </w:p>
    <w:p>
      <w:r>
        <w:rPr>
          <w:b/>
        </w:rPr>
        <w:t xml:space="preserve">[02:08] </w:t>
      </w:r>
      <w:r>
        <w:t>wahan? ab school hai Maulana. hain? school hai Maulana. matriculation school hai, school school. school ban gaya wahan? haan ji Maulana. aap ko yaad hoga aik jagah thi jahan kitabein hua karti theen.</w:t>
      </w:r>
    </w:p>
    <w:p>
      <w:pPr>
        <w:jc w:val="right"/>
      </w:pPr>
      <w:r>
        <w:t>وہاں؟ اب اسکول ہے مولانا۔ ہیں؟ اسکول ہے مولانا۔ میٹرکولیشن اسکول ہے، اسکول اسکول۔ اسکول بن گیا وہاں؟ ہاں جی مولانا۔ آپ کو یاد ہوگا ایک جگہ تھی جہاں کتابیں ہوا کرتی تھیں۔</w:t>
      </w:r>
    </w:p>
    <w:p>
      <w:r>
        <w:rPr>
          <w:b/>
        </w:rPr>
        <w:t xml:space="preserve">[02:19] </w:t>
      </w:r>
      <w:r>
        <w:t>haan haan mujhe yaad hai Maulana. kutub khana tha. ji. hain? ji Maulana.</w:t>
      </w:r>
    </w:p>
    <w:p>
      <w:pPr>
        <w:jc w:val="right"/>
      </w:pPr>
      <w:r>
        <w:t>ہاں ہاں مجھے یاد ہے مولانا۔ کتب خانہ تھا۔ جی۔ ہیں؟ جی مولانا۔</w:t>
      </w:r>
    </w:p>
    <w:p>
      <w:r>
        <w:rPr>
          <w:b/>
        </w:rPr>
        <w:t xml:space="preserve">[02:26] </w:t>
      </w:r>
      <w:r>
        <w:t>to main jab gaya tha pehli bar wahan, is say pehlay jo aap kay sath gaya tha. ji ji.</w:t>
      </w:r>
    </w:p>
    <w:p>
      <w:pPr>
        <w:jc w:val="right"/>
      </w:pPr>
      <w:r>
        <w:t>تو میں جب گیا تھا پہلی بار وہاں، اس سے پہلے جو آپ کے ساتھ گیا تھا۔ جی جی۔</w:t>
      </w:r>
    </w:p>
    <w:p>
      <w:r>
        <w:rPr>
          <w:b/>
        </w:rPr>
        <w:t xml:space="preserve">[02:36] </w:t>
      </w:r>
      <w:r>
        <w:t>to woh jagah</w:t>
      </w:r>
    </w:p>
    <w:p>
      <w:pPr>
        <w:jc w:val="right"/>
      </w:pPr>
      <w:r>
        <w:t>تو وہ جگہ</w:t>
      </w:r>
    </w:p>
    <w:p>
      <w:r>
        <w:rPr>
          <w:b/>
        </w:rPr>
        <w:t xml:space="preserve">[02:40] </w:t>
      </w:r>
      <w:r>
        <w:t>main nay</w:t>
      </w:r>
    </w:p>
    <w:p>
      <w:pPr>
        <w:jc w:val="right"/>
      </w:pPr>
      <w:r>
        <w:t>میں نے</w:t>
      </w:r>
    </w:p>
    <w:p>
      <w:r>
        <w:rPr>
          <w:b/>
        </w:rPr>
        <w:t xml:space="preserve">[02:44] </w:t>
      </w:r>
      <w:r>
        <w:t>chaha tha kay mujhe mil jaye rehne kay liye.</w:t>
      </w:r>
    </w:p>
    <w:p>
      <w:pPr>
        <w:jc w:val="right"/>
      </w:pPr>
      <w:r>
        <w:t>چاہا تھا کہ مجھے مل جائے رہنے کے لیے۔</w:t>
      </w:r>
    </w:p>
    <w:p>
      <w:r>
        <w:rPr>
          <w:b/>
        </w:rPr>
        <w:t xml:space="preserve">[02:49] </w:t>
      </w:r>
      <w:r>
        <w:t>halankay bilkul haan makan abad thi, kutub khane ko mujhe kehtay thay.</w:t>
      </w:r>
    </w:p>
    <w:p>
      <w:pPr>
        <w:jc w:val="right"/>
      </w:pPr>
      <w:r>
        <w:t>حالانکہ بالکل ہاں مکان آباد تھی، کتب خانے کو مجھے کہتے تھے۔</w:t>
      </w:r>
    </w:p>
    <w:p>
      <w:r>
        <w:rPr>
          <w:b/>
        </w:rPr>
        <w:t xml:space="preserve">[02:58] </w:t>
      </w:r>
      <w:r>
        <w:t>hain? ji.</w:t>
      </w:r>
    </w:p>
    <w:p>
      <w:pPr>
        <w:jc w:val="right"/>
      </w:pPr>
      <w:r>
        <w:t>ہیں؟ جی۔</w:t>
      </w:r>
    </w:p>
    <w:p>
      <w:r>
        <w:rPr>
          <w:b/>
        </w:rPr>
        <w:t xml:space="preserve">[03:04] </w:t>
      </w:r>
      <w:r>
        <w:t>aisi bohat si jaghein hain jahan main gaya, Delhi mein bhi.</w:t>
      </w:r>
    </w:p>
    <w:p>
      <w:pPr>
        <w:jc w:val="right"/>
      </w:pPr>
      <w:r>
        <w:t>ایسی بہت سی جگہیں ہیں جہاں میں گیا، دہلی میں بھی۔</w:t>
      </w:r>
    </w:p>
    <w:p>
      <w:r>
        <w:rPr>
          <w:b/>
        </w:rPr>
        <w:t xml:space="preserve">[03:19] </w:t>
      </w:r>
      <w:r>
        <w:t>jahan mein chahta tha.</w:t>
      </w:r>
    </w:p>
    <w:p>
      <w:pPr>
        <w:jc w:val="right"/>
      </w:pPr>
      <w:r>
        <w:t>جہاں میں چاہتا تھا۔</w:t>
      </w:r>
    </w:p>
    <w:p>
      <w:r>
        <w:rPr>
          <w:b/>
        </w:rPr>
        <w:t xml:space="preserve">[03:34] </w:t>
      </w:r>
      <w:r>
        <w:t>aik martaba mein gaya tha, train par lamba safar kiya tha. to aap ko pata hoga ke trainon mein jo station hotay hain, us par chotay chotay quarter hotay hain, jisay paid band hota karta hai.</w:t>
      </w:r>
    </w:p>
    <w:p>
      <w:pPr>
        <w:jc w:val="right"/>
      </w:pPr>
      <w:r>
        <w:t>ایک مرتبہ میں گیا تھا، ٹرین پر لمبا سفر کیا تھا۔ تو آپ کو پتہ ہوگا کہ ٹرینوں میں جو اسٹیشن ہوتے ہیں، اس پر چھوٹے چھوٹے کوارٹر ہوتے ہیں، جسے پیڈ بینڈ ہوتا کرتا ہے۔</w:t>
      </w:r>
    </w:p>
    <w:p>
      <w:r>
        <w:rPr>
          <w:b/>
        </w:rPr>
        <w:t xml:space="preserve">[03:51] </w:t>
      </w:r>
      <w:r>
        <w:t>aap jantay hain?</w:t>
      </w:r>
    </w:p>
    <w:p>
      <w:pPr>
        <w:jc w:val="right"/>
      </w:pPr>
      <w:r>
        <w:t>آپ جانتے ہیں؟</w:t>
      </w:r>
    </w:p>
    <w:p>
      <w:r>
        <w:rPr>
          <w:b/>
        </w:rPr>
        <w:t xml:space="preserve">[03:52] </w:t>
      </w:r>
      <w:r>
        <w:t>ji. hain? ji Maulana. to jab station guzarta tha, wahan aik quarter hota tha paid band ka. to mein aik shair parhta tha: "aisi bhi aik zindagi hasil nahi mujhe,</w:t>
      </w:r>
    </w:p>
    <w:p>
      <w:pPr>
        <w:jc w:val="right"/>
      </w:pPr>
      <w:r>
        <w:t>جی۔ ہیں؟ جی مولانا۔ تو جب اسٹیشن گزرتا تھا، وہاں ایک کوارٹر ہوتا تھا پیڈ بینڈ کا۔ تو میں ایک شعر پڑھتا تھا: "ایسی بھی ایک زندگی حاصل نہیں مجھے،</w:t>
      </w:r>
    </w:p>
    <w:p>
      <w:r>
        <w:rPr>
          <w:b/>
        </w:rPr>
        <w:t xml:space="preserve">[04:08] </w:t>
      </w:r>
      <w:r>
        <w:t>aisi bhi aik zindagi hasil nahi mujhe." hain?</w:t>
      </w:r>
    </w:p>
    <w:p>
      <w:pPr>
        <w:jc w:val="right"/>
      </w:pPr>
      <w:r>
        <w:t>ایسی بھی ایک زندگی حاصل نہیں مجھے۔" ہیں؟</w:t>
      </w:r>
    </w:p>
    <w:p>
      <w:r>
        <w:rPr>
          <w:b/>
        </w:rPr>
        <w:t xml:space="preserve">[04:21] </w:t>
      </w:r>
      <w:r>
        <w:t>is ki aakhri yeh had thi ke jab hum ne address wala nikala to nikal to diya, lekin nikalnay ke liye aik order chahiye.</w:t>
      </w:r>
    </w:p>
    <w:p>
      <w:pPr>
        <w:jc w:val="right"/>
      </w:pPr>
      <w:r>
        <w:t>اس کی آخری یہ حد تھی کہ جب ہم نے ایڈریس والا نکالا تو نکال تو دیا، لیکن نکالنے کے لیے ایک آرڈر چاہیے۔</w:t>
      </w:r>
    </w:p>
    <w:p>
      <w:r>
        <w:rPr>
          <w:b/>
        </w:rPr>
        <w:t xml:space="preserve">[04:37] </w:t>
      </w:r>
      <w:r>
        <w:t>wo order hai ke government aap ko allow nahi kare gi. to hamaray paas order nahi tha address walay ke liye.</w:t>
      </w:r>
    </w:p>
    <w:p>
      <w:pPr>
        <w:jc w:val="right"/>
      </w:pPr>
      <w:r>
        <w:t>وہ آرڈر ہے کہ گورنمنٹ آپ کو الاؤ نہیں کرے گی۔ تو ہمارے پاس آرڈر نہیں تھا ایڈریس والے کے لیے۔</w:t>
      </w:r>
    </w:p>
    <w:p>
      <w:r>
        <w:rPr>
          <w:b/>
        </w:rPr>
        <w:t xml:space="preserve">[04:54] </w:t>
      </w:r>
      <w:r>
        <w:t>to jis ko kehtay hain borrow karna, borrow.</w:t>
      </w:r>
    </w:p>
    <w:p>
      <w:pPr>
        <w:jc w:val="right"/>
      </w:pPr>
      <w:r>
        <w:t>تو جس کو کہتے ہیں بارو کرنا، بی او ڈبلیو آر او ڈبلیو۔</w:t>
      </w:r>
    </w:p>
    <w:p>
      <w:r>
        <w:rPr>
          <w:b/>
        </w:rPr>
        <w:t xml:space="preserve">[05:02] </w:t>
      </w:r>
      <w:r>
        <w:t>to hum ne aik order borrow kiya tha.</w:t>
      </w:r>
    </w:p>
    <w:p>
      <w:pPr>
        <w:jc w:val="right"/>
      </w:pPr>
      <w:r>
        <w:t>تو ہم نے ایک آرڈر بارو کیا تھا۔</w:t>
      </w:r>
    </w:p>
    <w:p>
      <w:r>
        <w:rPr>
          <w:b/>
        </w:rPr>
        <w:t xml:space="preserve">[05:10] </w:t>
      </w:r>
      <w:r>
        <w:t>borrow karnay ke kehtay hain mang kar laina,</w:t>
      </w:r>
    </w:p>
    <w:p>
      <w:pPr>
        <w:jc w:val="right"/>
      </w:pPr>
      <w:r>
        <w:t>بارو کرنے کے کہتے ہیں مانگ کر لینا،</w:t>
      </w:r>
    </w:p>
    <w:p>
      <w:r>
        <w:rPr>
          <w:b/>
        </w:rPr>
        <w:t xml:space="preserve">[05:16] </w:t>
      </w:r>
      <w:r>
        <w:t>is par chhaapa tha us ko.</w:t>
      </w:r>
    </w:p>
    <w:p>
      <w:pPr>
        <w:jc w:val="right"/>
      </w:pPr>
      <w:r>
        <w:t>اس پر چھاپا تھا اس کو۔</w:t>
      </w:r>
    </w:p>
    <w:p>
      <w:r>
        <w:rPr>
          <w:b/>
        </w:rPr>
        <w:t xml:space="preserve">[05:22] </w:t>
      </w:r>
      <w:r>
        <w:t>yeh halat thi meri.</w:t>
      </w:r>
    </w:p>
    <w:p>
      <w:pPr>
        <w:jc w:val="right"/>
      </w:pPr>
      <w:r>
        <w:t>یہ حالت تھی میری۔</w:t>
      </w:r>
    </w:p>
    <w:p>
      <w:r>
        <w:rPr>
          <w:b/>
        </w:rPr>
        <w:t xml:space="preserve">[05:27] </w:t>
      </w:r>
      <w:r>
        <w:t>us zamanay mein mera mind atka hota tha, ghar ghar ghar ghar ghar, aik ghar ho.</w:t>
      </w:r>
    </w:p>
    <w:p>
      <w:pPr>
        <w:jc w:val="right"/>
      </w:pPr>
      <w:r>
        <w:t>اس زمانے میں میرا مائنڈ اٹکا ہوتا تھا، گھر گھر گھر گھر گھر، ایک گھر ہو۔</w:t>
      </w:r>
    </w:p>
    <w:p>
      <w:r>
        <w:rPr>
          <w:b/>
        </w:rPr>
        <w:t xml:space="preserve">[05:39] </w:t>
      </w:r>
      <w:r>
        <w:t>hain? to</w:t>
      </w:r>
    </w:p>
    <w:p>
      <w:pPr>
        <w:jc w:val="right"/>
      </w:pPr>
      <w:r>
        <w:t>ہیں؟ تو</w:t>
      </w:r>
    </w:p>
    <w:p>
      <w:r>
        <w:rPr>
          <w:b/>
        </w:rPr>
        <w:t xml:space="preserve">[05:45] </w:t>
      </w:r>
      <w:r>
        <w:t>jab bhi aadmi.</w:t>
      </w:r>
    </w:p>
    <w:p>
      <w:pPr>
        <w:jc w:val="right"/>
      </w:pPr>
      <w:r>
        <w:t>جب بھی آدمی۔</w:t>
      </w:r>
    </w:p>
    <w:p>
      <w:r>
        <w:rPr>
          <w:b/>
        </w:rPr>
        <w:t xml:space="preserve">[06:05] </w:t>
      </w:r>
      <w:r>
        <w:t>khush na rehta ho ke us ke mind ko kis cheez par atka hua hai. mein atka hota tha ghar mein.</w:t>
      </w:r>
    </w:p>
    <w:p>
      <w:pPr>
        <w:jc w:val="right"/>
      </w:pPr>
      <w:r>
        <w:t>خوش نہ رہتا ہو کہ اس کے مائنڈ کو کس چیز پر اٹکا ہوا ہے۔ میں اٹکا ہوتا تھا گھر میں۔</w:t>
      </w:r>
    </w:p>
    <w:p>
      <w:r>
        <w:rPr>
          <w:b/>
        </w:rPr>
        <w:t xml:space="preserve">[06:22] </w:t>
      </w:r>
      <w:r>
        <w:t>yeh baat pakri aap ne? haan Maulana.</w:t>
      </w:r>
    </w:p>
    <w:p>
      <w:pPr>
        <w:jc w:val="right"/>
      </w:pPr>
      <w:r>
        <w:t>یہ بات پکڑی آپ نے؟ ہاں مولانا۔</w:t>
      </w:r>
    </w:p>
    <w:p>
      <w:r>
        <w:rPr>
          <w:b/>
        </w:rPr>
        <w:t xml:space="preserve">[06:25] </w:t>
      </w:r>
      <w:r>
        <w:t>kya pakra aap ne? Maulana aap yeh bata rahay hain ke</w:t>
      </w:r>
    </w:p>
    <w:p>
      <w:pPr>
        <w:jc w:val="right"/>
      </w:pPr>
      <w:r>
        <w:t>کیا پکڑا آپ نے؟ مولانا آپ یہ بتا رہے ہیں کہ</w:t>
      </w:r>
    </w:p>
    <w:p>
      <w:r>
        <w:rPr>
          <w:b/>
        </w:rPr>
        <w:t xml:space="preserve">[06:33] </w:t>
      </w:r>
      <w:r>
        <w:t>risala ke ibtidaai dinon mein jab aap yani shuru mein aap pareshan rehtay thay ghar ko le kar ke aap kahin bhi jatay thay, kuch dekhtay thay to aap ko ehsas hota tha ke meray paas aik aisa ghar kyun nahi hai.</w:t>
      </w:r>
    </w:p>
    <w:p>
      <w:pPr>
        <w:jc w:val="right"/>
      </w:pPr>
      <w:r>
        <w:t>رسالہ کے ابتدائی دنوں میں جب آپ یعنی شروع میں آپ پریشان رہتے تھے گھر کو لے کر کہ آپ کہیں بھی جاتے تھے، کچھ دیکھتے تھے تو آپ کو احساس ہوتا تھا کہ میرے پاس ایک ایسا گھر کیوں نہیں ہے۔</w:t>
      </w:r>
    </w:p>
    <w:p>
      <w:r>
        <w:rPr>
          <w:b/>
        </w:rPr>
        <w:t xml:space="preserve">[06:49] </w:t>
      </w:r>
      <w:r>
        <w:t>hata ke jab aap ne risala shuru kiya to us waqt risala ke liye bhi aap ke paas koi address nahi tha. to aap ne borrow kar ke is mein us ke liye address liya aap ne.</w:t>
      </w:r>
    </w:p>
    <w:p>
      <w:pPr>
        <w:jc w:val="right"/>
      </w:pPr>
      <w:r>
        <w:t>حتیٰ کہ جب آپ نے رسالہ شروع کیا تو اس وقت رسالہ کے لیے بھی آپ کے پاس کوئی ایڈریس نہیں تھا۔ تو آپ نے بارو کر کے اس میں اس کے لیے ایڈریس لیا آپ نے۔</w:t>
      </w:r>
    </w:p>
    <w:p>
      <w:r>
        <w:rPr>
          <w:b/>
        </w:rPr>
        <w:t xml:space="preserve">[07:05] </w:t>
      </w:r>
      <w:r>
        <w:t>to is se maloom hota hai ke pareshani jo thi wo is liye thi ke aap ghar mein atkay huay thay. to pareshani is liye hoti hai ke other than god jab kisi cheez mein phanstay hain to wahan hum ko pareshani hoti hai.</w:t>
      </w:r>
    </w:p>
    <w:p>
      <w:pPr>
        <w:jc w:val="right"/>
      </w:pPr>
      <w:r>
        <w:t>تو اس سے معلوم ہوتا ہے کہ پریشانی جو تھی وہ اس لیے تھی کہ آپ گھر میں اٹکے ہوئے تھے۔ تو پریشانی اس لیے ہوتی ہے کہ ادر دین گاڈ جب کسی چیز میں پھنستے ہیں تو وہاں ہم کو پریشانی ہوتی ہے۔</w:t>
      </w:r>
    </w:p>
    <w:p>
      <w:r>
        <w:rPr>
          <w:b/>
        </w:rPr>
        <w:t xml:space="preserve">[07:24] </w:t>
      </w:r>
      <w:r>
        <w:t>lekin jab mujhe ghar mil gaya to maloom hua ke ghar ke siwa bohat sari doosri problem hain, wahan aadmi atak jata hai.</w:t>
      </w:r>
    </w:p>
    <w:p>
      <w:pPr>
        <w:jc w:val="right"/>
      </w:pPr>
      <w:r>
        <w:t>لیکن جب مجھے گھر مل گیا تو معلوم ہوا کہ گھر کے سوا بہت ساری دوسری پرابلم ہیں، وہاں آدمی اٹک جاتا ہے۔</w:t>
      </w:r>
    </w:p>
    <w:p>
      <w:r>
        <w:rPr>
          <w:b/>
        </w:rPr>
        <w:t xml:space="preserve">[07:38] </w:t>
      </w:r>
      <w:r>
        <w:t>to atakao baqi rehta hai phir bhi. to aap Khuda ko panay ka pehla sabak mujhe yeh mila ke atakao free ban jao.</w:t>
      </w:r>
    </w:p>
    <w:p>
      <w:pPr>
        <w:jc w:val="right"/>
      </w:pPr>
      <w:r>
        <w:t>تو اٹکاؤ باقی رہتا ہے پھر بھی۔ تو آپ خدا کو پانے کا پہلا سبق مجھے یہ ملا کہ اٹکاؤ فری بن جاؤ۔</w:t>
      </w:r>
    </w:p>
    <w:p>
      <w:r>
        <w:rPr>
          <w:b/>
        </w:rPr>
        <w:t xml:space="preserve">[07:54] </w:t>
      </w:r>
      <w:r>
        <w:t>atakao free. kya kya kaha aap ne?</w:t>
      </w:r>
    </w:p>
    <w:p>
      <w:pPr>
        <w:jc w:val="right"/>
      </w:pPr>
      <w:r>
        <w:t>اٹکاؤ فری۔ کیا کیا کہا آپ نے؟</w:t>
      </w:r>
    </w:p>
    <w:p>
      <w:r>
        <w:rPr>
          <w:b/>
        </w:rPr>
        <w:t xml:space="preserve">[07:58] </w:t>
      </w:r>
      <w:r>
        <w:t>Maulana khulasa yeh hai ke Khuda ko panay ka raaz yeh hai ke hum atakao free ban jayen. haan.</w:t>
      </w:r>
    </w:p>
    <w:p>
      <w:pPr>
        <w:jc w:val="right"/>
      </w:pPr>
      <w:r>
        <w:t>مولانا خلاصہ یہ ہے کہ خدا کو پانے کا راز یہ ہے کہ ہم اٹکاؤ فری بن جائیں۔ ہاں۔</w:t>
      </w:r>
    </w:p>
    <w:p>
      <w:r>
        <w:rPr>
          <w:b/>
        </w:rPr>
        <w:t xml:space="preserve">[08:10] </w:t>
      </w:r>
      <w:r>
        <w:t>aap jante hain yeh sabak mujhe kahan mila?</w:t>
      </w:r>
    </w:p>
    <w:p>
      <w:pPr>
        <w:jc w:val="right"/>
      </w:pPr>
      <w:r>
        <w:t>آپ جانتے ہیں یہ سبق مجھے کہاں ملا؟</w:t>
      </w:r>
    </w:p>
    <w:p>
      <w:r>
        <w:rPr>
          <w:b/>
        </w:rPr>
        <w:t xml:space="preserve">[08:17] </w:t>
      </w:r>
      <w:r>
        <w:t>mewat mein maulana ejaz sahib ko yeh mila ke log chotiyan rakhe hue thay musalman.</w:t>
      </w:r>
    </w:p>
    <w:p>
      <w:pPr>
        <w:jc w:val="right"/>
      </w:pPr>
      <w:r>
        <w:t>میوات میں مولانا اعجاز صاحب کو یہ ملا کہ لوگ چوٹیاں رکھے ہوئے تھے مسلمان۔</w:t>
      </w:r>
    </w:p>
    <w:p>
      <w:r>
        <w:rPr>
          <w:b/>
        </w:rPr>
        <w:t xml:space="preserve">[08:27] </w:t>
      </w:r>
      <w:r>
        <w:t>hain? to chotiyan katwana aur kalma parhwana. ji?</w:t>
      </w:r>
    </w:p>
    <w:p>
      <w:pPr>
        <w:jc w:val="right"/>
      </w:pPr>
      <w:r>
        <w:t>ہیں؟ تو چوٹیاں کٹوانا اور کلمہ پڑھوانا۔ جی؟</w:t>
      </w:r>
    </w:p>
    <w:p>
      <w:r>
        <w:rPr>
          <w:b/>
        </w:rPr>
        <w:t xml:space="preserve">[08:35] </w:t>
      </w:r>
      <w:r>
        <w:t>ji ji. jante hain aap? haan maulana. chotiyan katwana. to main jab mewat mein gaya, ek sahib thay woh le aate thay.</w:t>
      </w:r>
    </w:p>
    <w:p>
      <w:pPr>
        <w:jc w:val="right"/>
      </w:pPr>
      <w:r>
        <w:t>جی جی۔ جانتے ہیں آپ؟ ہاں مولانا۔ چوٹیاں کٹوانا۔ تو میں جب میوات میں گیا، ایک صاحب تھے وہ لے آتے تھے۔</w:t>
      </w:r>
    </w:p>
    <w:p>
      <w:r>
        <w:rPr>
          <w:b/>
        </w:rPr>
        <w:t xml:space="preserve">[08:48] </w:t>
      </w:r>
      <w:r>
        <w:t>to mujhe chotiyan se koi matlab nahi, choti rahe ya na rahe.</w:t>
      </w:r>
    </w:p>
    <w:p>
      <w:pPr>
        <w:jc w:val="right"/>
      </w:pPr>
      <w:r>
        <w:t>تو مجھے چوٹیاں سے کوئی مطلب نہیں، چوٹی رہے یا نہ رہے۔</w:t>
      </w:r>
    </w:p>
    <w:p>
      <w:r>
        <w:rPr>
          <w:b/>
        </w:rPr>
        <w:t xml:space="preserve">[09:01] </w:t>
      </w:r>
      <w:r>
        <w:t>main ek misaal deta hoon ke hamare jo sathi hua karte thay woh bhi bechare aise hi thay.</w:t>
      </w:r>
    </w:p>
    <w:p>
      <w:pPr>
        <w:jc w:val="right"/>
      </w:pPr>
      <w:r>
        <w:t>میں ایک مثال دیتا ہوں کہ ہمارے جو ساتھی ہوا کرتے تھے وہ بھی بیچارے ایسے ہی تھے۔</w:t>
      </w:r>
    </w:p>
    <w:p>
      <w:r>
        <w:rPr>
          <w:b/>
        </w:rPr>
        <w:t xml:space="preserve">[09:14] </w:t>
      </w:r>
      <w:r>
        <w:t>ghar nahi tha un ke paas, bddi naam ka tha. woh bohat pareshan hotay thay ke mere paas ghar nahi hai.</w:t>
      </w:r>
    </w:p>
    <w:p>
      <w:pPr>
        <w:jc w:val="right"/>
      </w:pPr>
      <w:r>
        <w:t>گھر نہیں تھا ان کے پاس، بڈیڈی نام کا تھا۔ وہ بہت پریشان ہوتے تھے کہ میرے پاس گھر نہیں ہے۔</w:t>
      </w:r>
    </w:p>
    <w:p>
      <w:r>
        <w:rPr>
          <w:b/>
        </w:rPr>
        <w:t xml:space="preserve">[09:28] </w:t>
      </w:r>
      <w:r>
        <w:t>to is zamane mein unhon ne</w:t>
      </w:r>
    </w:p>
    <w:p>
      <w:pPr>
        <w:jc w:val="right"/>
      </w:pPr>
      <w:r>
        <w:t>تو اس زمانے میں انہوں نے</w:t>
      </w:r>
    </w:p>
    <w:p>
      <w:r>
        <w:rPr>
          <w:b/>
        </w:rPr>
        <w:t xml:space="preserve">[09:36] </w:t>
      </w:r>
      <w:r>
        <w:t>bank se qarz le ke ghar banaya. bank mein diya karta tha qarz, sood par.</w:t>
      </w:r>
    </w:p>
    <w:p>
      <w:pPr>
        <w:jc w:val="right"/>
      </w:pPr>
      <w:r>
        <w:t>بینک سے قرض لے کے گھر بنایا۔ بینک میں دیا کرتا تھا قرض، سود پر۔</w:t>
      </w:r>
    </w:p>
    <w:p>
      <w:r>
        <w:rPr>
          <w:b/>
        </w:rPr>
        <w:t xml:space="preserve">[09:48] </w:t>
      </w:r>
      <w:r>
        <w:t>to is zamane mein pachees hazar rupay unhon ne qarz liya. hain?</w:t>
      </w:r>
    </w:p>
    <w:p>
      <w:pPr>
        <w:jc w:val="right"/>
      </w:pPr>
      <w:r>
        <w:t>تو اس زمانے میں پچیس ہزار روپے انہوں نے قرض لیا۔ ہیں؟</w:t>
      </w:r>
    </w:p>
    <w:p>
      <w:r>
        <w:rPr>
          <w:b/>
        </w:rPr>
        <w:t xml:space="preserve">[09:57] </w:t>
      </w:r>
      <w:r>
        <w:t>ji. is zamane mein.</w:t>
      </w:r>
    </w:p>
    <w:p>
      <w:pPr>
        <w:jc w:val="right"/>
      </w:pPr>
      <w:r>
        <w:t>جی۔ اس زمانے میں۔</w:t>
      </w:r>
    </w:p>
    <w:p>
      <w:r>
        <w:rPr>
          <w:b/>
        </w:rPr>
        <w:t xml:space="preserve">[10:05] </w:t>
      </w:r>
      <w:r>
        <w:t>aur ghar banwaya. aur jahan tak mujhe yaad hai ke is</w:t>
      </w:r>
    </w:p>
    <w:p>
      <w:pPr>
        <w:jc w:val="right"/>
      </w:pPr>
      <w:r>
        <w:t>اور گھر بنوایا۔ اور جہاں تک مجھے یاد ہے کہ اس</w:t>
      </w:r>
    </w:p>
    <w:p>
      <w:r>
        <w:rPr>
          <w:b/>
        </w:rPr>
        <w:t xml:space="preserve">[10:15] </w:t>
      </w:r>
      <w:r>
        <w:t>pachees hazar se jo ghar banaya unhon ne, us ne pareshani ko barha diya. kyunke barabar un ko qist dena parta tha, qist us ki installment.</w:t>
      </w:r>
    </w:p>
    <w:p>
      <w:pPr>
        <w:jc w:val="right"/>
      </w:pPr>
      <w:r>
        <w:t>پچیس ہزار سے جو گھر بنایا انہوں نے، اس نے پریشانی کو بڑھا دیا۔ کیونکہ برابر ان کو قسط دینا پڑتا تھا، قسط اس کی انسٹالمنٹ۔</w:t>
      </w:r>
    </w:p>
    <w:p>
      <w:r>
        <w:rPr>
          <w:b/>
        </w:rPr>
        <w:t xml:space="preserve">[10:30] </w:t>
      </w:r>
      <w:r>
        <w:t>ab woh kahan se layein? wahan abadi thi nahi un ki. bechare aur zyada pareshan ho gaye. yahan tak mujhe yaad hai ke pareshani mein mar gaye woh.</w:t>
      </w:r>
    </w:p>
    <w:p>
      <w:pPr>
        <w:jc w:val="right"/>
      </w:pPr>
      <w:r>
        <w:t>اب وہ کہاں سے لائیں؟ وہاں آبادی تھی نہیں ان کی۔ بیچارے اور زیادہ پریشان ہو گئے۔ یہاں تک مجھے یاد ہے کہ پریشانی میں مر گئے وہ۔</w:t>
      </w:r>
    </w:p>
    <w:p>
      <w:r>
        <w:rPr>
          <w:b/>
        </w:rPr>
        <w:t xml:space="preserve">[10:45] </w:t>
      </w:r>
      <w:r>
        <w:t>pata nahi un ko qist un ka ada hua ya nahi ada hua.</w:t>
      </w:r>
    </w:p>
    <w:p>
      <w:pPr>
        <w:jc w:val="right"/>
      </w:pPr>
      <w:r>
        <w:t>پتہ نہیں ان کو قسط ان کا ادا ہوا یا نہیں ادا ہوا۔</w:t>
      </w:r>
    </w:p>
    <w:p>
      <w:r>
        <w:rPr>
          <w:b/>
        </w:rPr>
        <w:t xml:space="preserve">[10:54] </w:t>
      </w:r>
      <w:r>
        <w:t>to ghar hona hi pareshani hai ke na hona hi pareshani hai.</w:t>
      </w:r>
    </w:p>
    <w:p>
      <w:pPr>
        <w:jc w:val="right"/>
      </w:pPr>
      <w:r>
        <w:t>تو گھر ہونا ہی پریشانی ہے کہ نہ ہونا ہی پریشانی ہے۔</w:t>
      </w:r>
    </w:p>
    <w:p>
      <w:r>
        <w:rPr>
          <w:b/>
        </w:rPr>
        <w:t xml:space="preserve">[11:02] </w:t>
      </w:r>
      <w:r>
        <w:t>atkao free ban jaiye. atkao free. to is zamane mein hamare sathi jo thay, bddi sahib thay,</w:t>
      </w:r>
    </w:p>
    <w:p>
      <w:pPr>
        <w:jc w:val="right"/>
      </w:pPr>
      <w:r>
        <w:t>اٹکاؤ فری بن جائیے۔ اٹکاؤ فری۔ تو اس زمانے میں ہمارے ساتھی جو تھے، بڈیڈی صاحب تھے،</w:t>
      </w:r>
    </w:p>
    <w:p>
      <w:r>
        <w:rPr>
          <w:b/>
        </w:rPr>
        <w:t xml:space="preserve">[11:17] </w:t>
      </w:r>
      <w:r>
        <w:t>woh ek aadmi ke paas le gaye hum ko jangl mein. mewat mein jab jangl hua karte thay. to ek aadmi tha, woh ek peir ke neeche rehta tha.</w:t>
      </w:r>
    </w:p>
    <w:p>
      <w:pPr>
        <w:jc w:val="right"/>
      </w:pPr>
      <w:r>
        <w:t>وہ ایک آدمی کے پاس لے گئے ہم کو جنگل میں۔ میوات میں جب جنگل ہوا کرتے تھے۔ تو ایک آدمی تھا، وہ ایک پیڑ کے نیچے رہتا تھا۔</w:t>
      </w:r>
    </w:p>
    <w:p>
      <w:r>
        <w:rPr>
          <w:b/>
        </w:rPr>
        <w:t xml:space="preserve">[11:34] </w:t>
      </w:r>
      <w:r>
        <w:t>peir ke neeche. yani us ki kul kainat ek peir thi aur shayad ek gaaye.</w:t>
      </w:r>
    </w:p>
    <w:p>
      <w:pPr>
        <w:jc w:val="right"/>
      </w:pPr>
      <w:r>
        <w:t>پیڑ کے نیچے۔ یعنی اس کی کل کائنات ایک پیڑ تھی اور شاید ایک گائے۔</w:t>
      </w:r>
    </w:p>
    <w:p>
      <w:r>
        <w:rPr>
          <w:b/>
        </w:rPr>
        <w:t xml:space="preserve">[11:49] </w:t>
      </w:r>
      <w:r>
        <w:t>to peir mein oopar ek shaakh thi, us shaakh mein</w:t>
      </w:r>
    </w:p>
    <w:p>
      <w:pPr>
        <w:jc w:val="right"/>
      </w:pPr>
      <w:r>
        <w:t>تو پیڑ میں اوپر ایک شاخ تھی، اس شاخ میں</w:t>
      </w:r>
    </w:p>
    <w:p>
      <w:r>
        <w:rPr>
          <w:b/>
        </w:rPr>
        <w:t xml:space="preserve">[11:57] </w:t>
      </w:r>
      <w:r>
        <w:t>doosri jaghein aati hain.</w:t>
      </w:r>
    </w:p>
    <w:p>
      <w:pPr>
        <w:jc w:val="right"/>
      </w:pPr>
      <w:r>
        <w:t>دوسری جگہیں آتی ہیں۔</w:t>
      </w:r>
    </w:p>
    <w:p>
      <w:r>
        <w:rPr>
          <w:b/>
        </w:rPr>
        <w:t xml:space="preserve">[12:02] </w:t>
      </w:r>
      <w:r>
        <w:t>usi par ek ek ek chhora tha us ka, woh latkaya rehta tha. usi par us ka saman hota tha.</w:t>
      </w:r>
    </w:p>
    <w:p>
      <w:pPr>
        <w:jc w:val="right"/>
      </w:pPr>
      <w:r>
        <w:t>اسی پر ایک ایک ایک چھوڑا تھا اس کا، وہ لٹکایا رہتا تھا۔ اسی پر اس کا سامان ہوتا تھا۔</w:t>
      </w:r>
    </w:p>
    <w:p>
      <w:r>
        <w:rPr>
          <w:b/>
        </w:rPr>
        <w:t xml:space="preserve">[12:14] </w:t>
      </w:r>
      <w:r>
        <w:t>us ke baad ek ghar tha, ek kuch tha. itna khush tha woh, itna khush tha woh.</w:t>
      </w:r>
    </w:p>
    <w:p>
      <w:pPr>
        <w:jc w:val="right"/>
      </w:pPr>
      <w:r>
        <w:t>اس کے بعد ایک گھر تھا، ایک کچھ تھا۔ اتنا خوش تھا وہ، اتنا خوش تھا وہ۔</w:t>
      </w:r>
    </w:p>
    <w:p>
      <w:r>
        <w:rPr>
          <w:b/>
        </w:rPr>
        <w:t xml:space="preserve">[12:25] </w:t>
      </w:r>
      <w:r>
        <w:t>ek gaaye thi bas us ke paas. tab main ne socha</w:t>
      </w:r>
    </w:p>
    <w:p>
      <w:pPr>
        <w:jc w:val="right"/>
      </w:pPr>
      <w:r>
        <w:t>ایک گائے تھی بس اس کے پاس۔ تب میں نے سوچا</w:t>
      </w:r>
    </w:p>
    <w:p>
      <w:r>
        <w:rPr>
          <w:b/>
        </w:rPr>
        <w:t xml:space="preserve">[12:32] </w:t>
      </w:r>
      <w:r>
        <w:t>keh khushi,</w:t>
      </w:r>
    </w:p>
    <w:p>
      <w:pPr>
        <w:jc w:val="right"/>
      </w:pPr>
      <w:r>
        <w:t>کہ خوشی،</w:t>
      </w:r>
    </w:p>
    <w:p>
      <w:r>
        <w:rPr>
          <w:b/>
        </w:rPr>
        <w:t xml:space="preserve">[12:37] </w:t>
      </w:r>
      <w:r>
        <w:t>atkaa'o na rahe is mein. woh is ko koi atkaa'o nahi tha, koi atkaa'o nahi.</w:t>
      </w:r>
    </w:p>
    <w:p>
      <w:pPr>
        <w:jc w:val="right"/>
      </w:pPr>
      <w:r>
        <w:t>اٹکاؤ نہ رہے اس میں۔ وہ اس کو کوئی اٹکاؤ نہیں تھا، کوئی اٹکاؤ نہیں۔</w:t>
      </w:r>
    </w:p>
    <w:p>
      <w:r>
        <w:rPr>
          <w:b/>
        </w:rPr>
        <w:t xml:space="preserve">[12:47] </w:t>
      </w:r>
      <w:r>
        <w:t>kisi cheez ka gham nahi tha is ko. ghar hai keh nahi hai, kuch nahi.</w:t>
      </w:r>
    </w:p>
    <w:p>
      <w:pPr>
        <w:jc w:val="right"/>
      </w:pPr>
      <w:r>
        <w:t>کسی چیز کا غم نہیں تھا اس کو۔ گھر ہے کہ نہیں ہے، کچھ نہیں۔</w:t>
      </w:r>
    </w:p>
    <w:p>
      <w:r>
        <w:rPr>
          <w:b/>
        </w:rPr>
        <w:t xml:space="preserve">[13:01] </w:t>
      </w:r>
      <w:r>
        <w:t>phir dheere dheere mein jaana</w:t>
      </w:r>
    </w:p>
    <w:p>
      <w:pPr>
        <w:jc w:val="right"/>
      </w:pPr>
      <w:r>
        <w:t>پھر دھیرے دھیرے میں جانا</w:t>
      </w:r>
    </w:p>
    <w:p>
      <w:r>
        <w:rPr>
          <w:b/>
        </w:rPr>
        <w:t xml:space="preserve">[13:08] </w:t>
      </w:r>
      <w:r>
        <w:t>keh Allah Rabb-ul-Aalameen ko paana chahte ho to atkaa'o free ban jao.</w:t>
      </w:r>
    </w:p>
    <w:p>
      <w:pPr>
        <w:jc w:val="right"/>
      </w:pPr>
      <w:r>
        <w:t>کہ اللہ رب العالمین کو پانا چاہتے ہو تو اٹکاؤ فری بن جاؤ۔</w:t>
      </w:r>
    </w:p>
    <w:p>
      <w:r>
        <w:rPr>
          <w:b/>
        </w:rPr>
        <w:t xml:space="preserve">[13:21] </w:t>
      </w:r>
      <w:r>
        <w:t>atkaa'o free ban jao. to atkaa'o bohat aur bohat si tarah hote hain. aadmi kahan atak jaata hai, kahan atak jaata hai.</w:t>
      </w:r>
    </w:p>
    <w:p>
      <w:pPr>
        <w:jc w:val="right"/>
      </w:pPr>
      <w:r>
        <w:t>اٹکاؤ فری بن جاؤ۔ تو اٹکاؤ بہت اور بہت سی طرح ہوتے ہیں۔ آدمی کہاں اٹک جاتا ہے، کہاں اٹک جاتا ہے۔</w:t>
      </w:r>
    </w:p>
    <w:p>
      <w:r>
        <w:rPr>
          <w:b/>
        </w:rPr>
        <w:t xml:space="preserve">[13:38] </w:t>
      </w:r>
      <w:r>
        <w:t>to yeh mein ne jaana keh khushi ka raaz hai aadmi atkaa'o free ban jaye.</w:t>
      </w:r>
    </w:p>
    <w:p>
      <w:pPr>
        <w:jc w:val="right"/>
      </w:pPr>
      <w:r>
        <w:t>تو یہ میں نے جانا کہ خوشی کا راز ہے آدمی اٹکاؤ فری بن جائے۔</w:t>
      </w:r>
    </w:p>
    <w:p>
      <w:r>
        <w:rPr>
          <w:b/>
        </w:rPr>
        <w:t xml:space="preserve">[13:49] </w:t>
      </w:r>
      <w:r>
        <w:t>is ka kya kaam banega?</w:t>
      </w:r>
    </w:p>
    <w:p>
      <w:pPr>
        <w:jc w:val="right"/>
      </w:pPr>
      <w:r>
        <w:t>اس کا کیا کام بنے گا؟</w:t>
      </w:r>
    </w:p>
    <w:p>
      <w:r>
        <w:rPr>
          <w:b/>
        </w:rPr>
        <w:t xml:space="preserve">[13:52] </w:t>
      </w:r>
      <w:r>
        <w:t>Maulana aap yeh keh rahe hain keh khushi ka raaz hai keh aadmi atkaa'o free ban jaye. kyunkeh dunya mein kitni bhi cheezein mil jayengi phir bhi is mein atkaa'o rahega.</w:t>
      </w:r>
    </w:p>
    <w:p>
      <w:pPr>
        <w:jc w:val="right"/>
      </w:pPr>
      <w:r>
        <w:t>مولانا آپ یہ کہہ رہے ہیں کہ خوشی کا راز ہے کہ آدمی اٹکاؤ فری بن جائے۔ کیونکہ دنیا میں کتنی بھی چیزیں مل جائیں گی پھر بھی اس میں اٹکاؤ رہے گا۔</w:t>
      </w:r>
    </w:p>
    <w:p>
      <w:r>
        <w:rPr>
          <w:b/>
        </w:rPr>
        <w:t xml:space="preserve">[14:01] </w:t>
      </w:r>
      <w:r>
        <w:t>ab misaal ke taur par aap ne yeh bataya keh aap ko pehle ghar nahi tha to aap ka yeh atkaa'o tha keh ghar mujhe mil jaye.</w:t>
      </w:r>
    </w:p>
    <w:p>
      <w:pPr>
        <w:jc w:val="right"/>
      </w:pPr>
      <w:r>
        <w:t>اب مثال کے طور پر آپ نے یہ بتایا کہ آپ کو پہلے گھر نہیں تھا تو آپ کا یہ اٹکاؤ تھا کہ گھر مجھے مل جائے۔</w:t>
      </w:r>
    </w:p>
    <w:p>
      <w:r>
        <w:rPr>
          <w:b/>
        </w:rPr>
        <w:t xml:space="preserve">[14:09] </w:t>
      </w:r>
      <w:r>
        <w:t>phir ghar aa gaya to nayi cheezein aa gayeen, is mein atkaa'o ho gaya. isi tareeqe se ek aur saathi ki aap ne misaal di keh un ko bhi ghar nahi tha. unhon ne bank se loan liya aur ghar banaya lekin is ke baad pareshani aayi keh loan kaise ada hoga har mahine.</w:t>
      </w:r>
    </w:p>
    <w:p>
      <w:pPr>
        <w:jc w:val="right"/>
      </w:pPr>
      <w:r>
        <w:t>پھر گھر آ گیا تو نئی چیزیں آ گئیں، اس میں اٹکاؤ ہو گیا۔ اسی طریقے سے ایک اور ساتھی کی آپ نے مثال دی کہ ان کو بھی گھر نہیں تھا۔ انہوں نے بینک سے لون لیا اور گھر بنایا لیکن اس کے بعد پریشانی آئی کہ لون کیسے ادا ہوگا ہر مہینے۔</w:t>
      </w:r>
    </w:p>
    <w:p>
      <w:r>
        <w:rPr>
          <w:b/>
        </w:rPr>
        <w:t xml:space="preserve">[14:24] </w:t>
      </w:r>
      <w:r>
        <w:t>is ke muqable mein aap ne ek aur sahib ki misaal di jo jangall mein rehte the, ek peir ke neeche. lekin woh bohat khush rehte the haalankeh is ke paas kuch bhi nahi tha.</w:t>
      </w:r>
    </w:p>
    <w:p>
      <w:pPr>
        <w:jc w:val="right"/>
      </w:pPr>
      <w:r>
        <w:t>اس کے مقابلے میں آپ نے ایک اور صاحب کی مثال دی جو جنگل میں رہتے تھے، ایک پیڑ کے نیچے۔ لیکن وہ بہت خوش رہتے تھے حالانکہ اس کے پاس کچھ بھی نہیں تھا۔</w:t>
      </w:r>
    </w:p>
    <w:p>
      <w:r>
        <w:rPr>
          <w:b/>
        </w:rPr>
        <w:t xml:space="preserve">[14:34] </w:t>
      </w:r>
      <w:r>
        <w:t>to asal cheez yeh hai keh aadmi ko jahan par jo mila hua usi mein woh rahe aur atkaa'o free ban kar rahe to Khuda us ko milega.</w:t>
      </w:r>
    </w:p>
    <w:p>
      <w:pPr>
        <w:jc w:val="right"/>
      </w:pPr>
      <w:r>
        <w:t>تو اصل چیز یہ ہے کہ آدمی کو جہاں پر جو ملا ہوا اسی میں وہ رہے اور اٹکاؤ فری بن کر رہے تو خدا اس کو ملے گا۔</w:t>
      </w:r>
    </w:p>
    <w:p>
      <w:r>
        <w:rPr>
          <w:b/>
        </w:rPr>
        <w:t xml:space="preserve">[14:42] </w:t>
      </w:r>
      <w:r>
        <w:t>aur aap ke paas koi idea ho to bataiye.</w:t>
      </w:r>
    </w:p>
    <w:p>
      <w:pPr>
        <w:jc w:val="right"/>
      </w:pPr>
      <w:r>
        <w:t>اور آپ کے پاس کوئی آئیڈیا ہو تو بتائیے۔</w:t>
      </w:r>
    </w:p>
    <w:p>
      <w:r>
        <w:rPr>
          <w:b/>
        </w:rPr>
        <w:t xml:space="preserve">[14:49] </w:t>
      </w:r>
      <w:r>
        <w:t>aap ne har ek kuch bataya pehle, phir mein arz karoon. ji. kaisa? mashaa Allah. kya khayal hai? bilkul sahi hai Maulana.</w:t>
      </w:r>
    </w:p>
    <w:p>
      <w:pPr>
        <w:jc w:val="right"/>
      </w:pPr>
      <w:r>
        <w:t>آپ نے ہر ایک کچھ بتایا پہلے، پھر میں عرض کروں۔ جی۔ کیسا؟ ماشاءاللہ۔ کیا خیال ہے؟ بالکل صحیح ہے مولانا۔</w:t>
      </w:r>
    </w:p>
    <w:p>
      <w:r>
        <w:rPr>
          <w:b/>
        </w:rPr>
        <w:t xml:space="preserve">[14:58] </w:t>
      </w:r>
      <w:r>
        <w:t>har ek kuch na kuch bataya.</w:t>
      </w:r>
    </w:p>
    <w:p>
      <w:pPr>
        <w:jc w:val="right"/>
      </w:pPr>
      <w:r>
        <w:t>ہر ایک کچھ نہ کچھ بتایا۔</w:t>
      </w:r>
    </w:p>
    <w:p>
      <w:r>
        <w:rPr>
          <w:b/>
        </w:rPr>
        <w:t xml:space="preserve">[15:11] </w:t>
      </w:r>
      <w:r>
        <w:t>Maulana I understood today that to find God and happiness hum atkaa'o free banen.</w:t>
      </w:r>
    </w:p>
    <w:p>
      <w:pPr>
        <w:jc w:val="right"/>
      </w:pPr>
      <w:r>
        <w:t>مولانا آئی انڈرسٹوڈ ٹوڈے دیٹ ٹو فائنڈ گاڈ اینڈ ہیپینس ہم اٹکاؤ فری بنیں۔</w:t>
      </w:r>
    </w:p>
    <w:p>
      <w:r>
        <w:rPr>
          <w:b/>
        </w:rPr>
        <w:t xml:space="preserve">[15:22] </w:t>
      </w:r>
      <w:r>
        <w:t>but Maulana I want to ask keh atkaa'o free means jo bhi koi hamare desires hain un ko chhod dein ya un ko manage karein.</w:t>
      </w:r>
    </w:p>
    <w:p>
      <w:pPr>
        <w:jc w:val="right"/>
      </w:pPr>
      <w:r>
        <w:t>بٹ مولانا آئی وانٹ ٹو آسک کہ اٹکاؤ فری مینز جو بھی کوئی ہمارے ڈیزائرز ہیں ان کو چھوڑ دیں یا ان کو مینج کریں۔</w:t>
      </w:r>
    </w:p>
    <w:p>
      <w:r>
        <w:rPr>
          <w:b/>
        </w:rPr>
        <w:t xml:space="preserve">[15:39] </w:t>
      </w:r>
      <w:r>
        <w:t>aur phir matlab un ke upar focus na dein. yeh hai atkaa'o free hona.</w:t>
      </w:r>
    </w:p>
    <w:p>
      <w:pPr>
        <w:jc w:val="right"/>
      </w:pPr>
      <w:r>
        <w:t>اور پھر مطلب ان کے اوپر فوکس نہ دیں۔ یہ ہے اٹکاؤ فری ہونا۔</w:t>
      </w:r>
    </w:p>
    <w:p>
      <w:r>
        <w:rPr>
          <w:b/>
        </w:rPr>
        <w:t xml:space="preserve">[15:50] </w:t>
      </w:r>
      <w:r>
        <w:t>yeh mujhe yaad aaya ji keh mujhe apni zindagi mein</w:t>
      </w:r>
    </w:p>
    <w:p>
      <w:pPr>
        <w:jc w:val="right"/>
      </w:pPr>
      <w:r>
        <w:t>یہ مجھے یاد آیا جی کہ مجھے اپنی زندگی میں</w:t>
      </w:r>
    </w:p>
    <w:p>
      <w:r>
        <w:rPr>
          <w:b/>
        </w:rPr>
        <w:t xml:space="preserve">[15:58] </w:t>
      </w:r>
      <w:r>
        <w:t>yeh ek term mila hai, manage karna. yeh mere paas madrasse ki zindagi mein nahi tha. madrasse ki zindagi mein mere paas manage karne ka term nahi tha.</w:t>
      </w:r>
    </w:p>
    <w:p>
      <w:pPr>
        <w:jc w:val="right"/>
      </w:pPr>
      <w:r>
        <w:t>یہ ایک ٹرم ملا ہے، مینج کرنا۔ یہ میرے پاس مدرسے کی زندگی میں نہیں تھا۔ مدرسے کی زندگی میں میرے پاس مینج کرنے کا ٹرم نہیں تھا۔</w:t>
      </w:r>
    </w:p>
    <w:p>
      <w:r>
        <w:rPr>
          <w:b/>
        </w:rPr>
        <w:t xml:space="preserve">[16:15] </w:t>
      </w:r>
      <w:r>
        <w:t>to mein problem mein ulajhta tha</w:t>
      </w:r>
    </w:p>
    <w:p>
      <w:pPr>
        <w:jc w:val="right"/>
      </w:pPr>
      <w:r>
        <w:t>تو میں پرابلم میں الجھتا تھا</w:t>
      </w:r>
    </w:p>
    <w:p>
      <w:r>
        <w:rPr>
          <w:b/>
        </w:rPr>
        <w:t xml:space="preserve">[16:25] </w:t>
      </w:r>
      <w:r>
        <w:t>wagera. to jab mujhe mila manage karna tab mujhe yani bohat bari baat mil gayi.</w:t>
      </w:r>
    </w:p>
    <w:p>
      <w:pPr>
        <w:jc w:val="right"/>
      </w:pPr>
      <w:r>
        <w:t>وغیرہ۔ تو جب مجھے ملا مینج کرنا تب مجھے یعنی بہت بڑی بات مل گئی۔</w:t>
      </w:r>
    </w:p>
    <w:p>
      <w:r>
        <w:rPr>
          <w:b/>
        </w:rPr>
        <w:t xml:space="preserve">[16:38] </w:t>
      </w:r>
      <w:r>
        <w:t>ab mein kisi bhi cheez ko manage karne ke angles dekhta hoon.</w:t>
      </w:r>
    </w:p>
    <w:p>
      <w:pPr>
        <w:jc w:val="right"/>
      </w:pPr>
      <w:r>
        <w:t>اب میں کسی بھی چیز کو مینج کرنے کے اینگلز دیکھتا ہوں۔</w:t>
      </w:r>
    </w:p>
    <w:p>
      <w:r>
        <w:rPr>
          <w:b/>
        </w:rPr>
        <w:t xml:space="preserve">[16:49] </w:t>
      </w:r>
      <w:r>
        <w:t>aur jab mujhe jab mein ne seerat ka mutaala kiya, seerat ka. to mein is ka ek bohat zabardast misaal mili, misaal keh Rasool Allah Sal Allahu Alaihi Wasallam dekhiye Makka mein,</w:t>
      </w:r>
    </w:p>
    <w:p>
      <w:pPr>
        <w:jc w:val="right"/>
      </w:pPr>
      <w:r>
        <w:t>اور جب مجھے جب میں نے سیرت کا مطالعہ کیا، سیرت کا۔ تو میں اس کا ایک بہت زبردست مثال ملی، مثال کہ رسول اللہ صلی اللہ علیہ وسلم دیکھیے مکہ میں،</w:t>
      </w:r>
    </w:p>
    <w:p>
      <w:r>
        <w:rPr>
          <w:b/>
        </w:rPr>
        <w:t xml:space="preserve">[17:06] </w:t>
      </w:r>
      <w:r>
        <w:t>qadeem makkah mein paida hue. wohin aap ko nabuwat mili. to qadeem makkah kya tha?</w:t>
      </w:r>
    </w:p>
    <w:p>
      <w:pPr>
        <w:jc w:val="right"/>
      </w:pPr>
      <w:r>
        <w:t>قدیم مکہ میں پیدا ہوئے۔ وہیں آپ کو نبوت ملی۔ تو قدیم مکہ کیا تھا؟</w:t>
      </w:r>
    </w:p>
    <w:p>
      <w:r>
        <w:rPr>
          <w:b/>
        </w:rPr>
        <w:t xml:space="preserve">[17:15] </w:t>
      </w:r>
      <w:r>
        <w:t>keh khud kaaba ko unhon ne kara diya tha, bana diya tha darussalam. yaani bton ka ghar.</w:t>
      </w:r>
    </w:p>
    <w:p>
      <w:pPr>
        <w:jc w:val="right"/>
      </w:pPr>
      <w:r>
        <w:t>کہ خود کعبہ کو انہوں نے کرا دیا تھا، بنا دیا تھا دارالسلام۔ یعنی بتوں کا گھر۔</w:t>
      </w:r>
    </w:p>
    <w:p>
      <w:r>
        <w:rPr>
          <w:b/>
        </w:rPr>
        <w:t xml:space="preserve">[17:31] </w:t>
      </w:r>
      <w:r>
        <w:t>to wahan par aam aadmi ka kahe ga, aadmi ka takrao ke baad theek theek hai keh</w:t>
      </w:r>
    </w:p>
    <w:p>
      <w:pPr>
        <w:jc w:val="right"/>
      </w:pPr>
      <w:r>
        <w:t>تو وہاں پر عام آدمی کا کہے گا، آدمی کا ٹکراؤ کے بعد ٹھیک ٹھیک ہے کہ</w:t>
      </w:r>
    </w:p>
    <w:p>
      <w:r>
        <w:rPr>
          <w:b/>
        </w:rPr>
        <w:t xml:space="preserve">[17:47] </w:t>
      </w:r>
      <w:r>
        <w:t>babri masjid mein but rakh diya hai to ghasso is ke andar ghus ke bton ko tod ke phenko.</w:t>
      </w:r>
    </w:p>
    <w:p>
      <w:pPr>
        <w:jc w:val="right"/>
      </w:pPr>
      <w:r>
        <w:t>بابری مسجد میں بت رکھ دیا ہے تو گھسو اس کے اندر گھس کے بتوں کو توڑ کے پھینکو۔</w:t>
      </w:r>
    </w:p>
    <w:p>
      <w:r>
        <w:rPr>
          <w:b/>
        </w:rPr>
        <w:t xml:space="preserve">[17:57] </w:t>
      </w:r>
      <w:r>
        <w:t>rasool Allah ne manage kiya. yeh misaal hai keh manage karna kya hai.</w:t>
      </w:r>
    </w:p>
    <w:p>
      <w:pPr>
        <w:jc w:val="right"/>
      </w:pPr>
      <w:r>
        <w:t>رسول اللہ نے مینج کیا۔ یہ مثال ہے کہ مینج کرنا کیا ہے۔</w:t>
      </w:r>
    </w:p>
    <w:p>
      <w:r>
        <w:rPr>
          <w:b/>
        </w:rPr>
        <w:t xml:space="preserve">[18:09] </w:t>
      </w:r>
      <w:r>
        <w:t>aap ne socha keh isi wajah se keh yahan saare but rakhe hain. log aate hain is ko charhawa chahte hain, minten mangte hain.</w:t>
      </w:r>
    </w:p>
    <w:p>
      <w:pPr>
        <w:jc w:val="right"/>
      </w:pPr>
      <w:r>
        <w:t>آپ نے سوچا کہ اسی وجہ سے کہ یہاں سارے بت رکھے ہیں۔ لوگ آتے ہیں اس کو چڑھاوا چاہتے ہیں، منتیں مانگتے ہیں۔</w:t>
      </w:r>
    </w:p>
    <w:p>
      <w:r>
        <w:rPr>
          <w:b/>
        </w:rPr>
        <w:t xml:space="preserve">[18:24] </w:t>
      </w:r>
      <w:r>
        <w:t>yeh sab karte hain. agar woh na hota yahan par to koi aata bhi na. to aap ne is ke aane ko liya, is ko aap ne advantage banaya hai.</w:t>
      </w:r>
    </w:p>
    <w:p>
      <w:pPr>
        <w:jc w:val="right"/>
      </w:pPr>
      <w:r>
        <w:t>یہ سب کرتے ہیں۔ اگر وہ نہ ہوتا یہاں پر تو کوئی آتا بھی نہ۔ تو آپ نے اس کے آنے کو لیا، اس کو آپ نے ایڈوانٹیج بنایا ہے۔</w:t>
      </w:r>
    </w:p>
    <w:p>
      <w:r>
        <w:rPr>
          <w:b/>
        </w:rPr>
        <w:t xml:space="preserve">[18:39] </w:t>
      </w:r>
      <w:r>
        <w:t>yaani aap ne socha keh yeh in ka jo aana jo hai yeh hamein aana matlab yahan jama hona hamein aik audience deta hai.</w:t>
      </w:r>
    </w:p>
    <w:p>
      <w:pPr>
        <w:jc w:val="right"/>
      </w:pPr>
      <w:r>
        <w:t>یعنی آپ نے سوچا کہ یہ ان کا جو آنا جو ہے یہ ہمیں آنا مطلب یہاں جمع ہونا ہمیں ایک آڈینس دیتا ہے۔</w:t>
      </w:r>
    </w:p>
    <w:p>
      <w:r>
        <w:rPr>
          <w:b/>
        </w:rPr>
        <w:t xml:space="preserve">[18:55] </w:t>
      </w:r>
      <w:r>
        <w:t>audience ke liye koi lafz nahi hai hamari zuban mein, na urdu mein na angrezi mein. to rasool Allah ne samjha keh yeh to bari hamari bari</w:t>
      </w:r>
    </w:p>
    <w:p>
      <w:pPr>
        <w:jc w:val="right"/>
      </w:pPr>
      <w:r>
        <w:t>آڈینس کے لیے کوئی لفظ نہیں ہے ہماری زبان میں، نہ اردو میں نہ انگریزی میں۔ تو رسول اللہ نے سمجھا کہ یہ تو بڑی ہماری بڑی</w:t>
      </w:r>
    </w:p>
    <w:p>
      <w:r>
        <w:rPr>
          <w:b/>
        </w:rPr>
        <w:t xml:space="preserve">[19:12] </w:t>
      </w:r>
      <w:r>
        <w:t>bohat bari baat hai keh audience mil raha hai, audience mil raha hai, audience mil raha hai. agar aik aam aadmi hota to chalata rahe bhai yeh to bohat bari baat mil gayi, inhi ki wajah se hamein audience mil gaya.</w:t>
      </w:r>
    </w:p>
    <w:p>
      <w:pPr>
        <w:jc w:val="right"/>
      </w:pPr>
      <w:r>
        <w:t>بہت بڑی بات ہے کہ آڈینس مل رہا ہے، آڈینس مل رہا ہے، آڈینس مل رہا ہے۔ اگر ایک عام آدمی ہوتا تو چلاتا رہے بھئی یہ تو بہت بڑی بات مل گئی، انہی کی وجہ سے ہمیں آڈینس مل گیا۔</w:t>
      </w:r>
    </w:p>
    <w:p>
      <w:r>
        <w:rPr>
          <w:b/>
        </w:rPr>
        <w:t xml:space="preserve">[19:34] </w:t>
      </w:r>
      <w:r>
        <w:t>to aap ne bton se taaruz nahi kiya aur khamoshi se bas ayya al-nas qoolu la ilaha tafraqu.</w:t>
      </w:r>
    </w:p>
    <w:p>
      <w:pPr>
        <w:jc w:val="right"/>
      </w:pPr>
      <w:r>
        <w:t>تو آپ نے بتوں سے تعارض نہیں کیا اور خاموشی سے بس ایہا الناس قولوا لا الہ تفرقوا۔</w:t>
      </w:r>
    </w:p>
    <w:p>
      <w:r>
        <w:rPr>
          <w:b/>
        </w:rPr>
        <w:t xml:space="preserve">[19:49] </w:t>
      </w:r>
      <w:r>
        <w:t>isi ko le kar jab bolte honge aap to logon se sawal jawab hota hoga. sawal jawab mein baaten aur clear hoti hongi.</w:t>
      </w:r>
    </w:p>
    <w:p>
      <w:pPr>
        <w:jc w:val="right"/>
      </w:pPr>
      <w:r>
        <w:t>اسی کو لے کر جب بولتے ہوں گے آپ تو لوگوں سے سوال جواب ہوتا ہوگا۔ سوال جواب میں باتیں اور کلیئر ہوتی ہوں گی۔</w:t>
      </w:r>
    </w:p>
    <w:p>
      <w:r>
        <w:rPr>
          <w:b/>
        </w:rPr>
        <w:t xml:space="preserve">[20:00] </w:t>
      </w:r>
      <w:r>
        <w:t>to manage karne ka mani hai keh masail ko problem ko</w:t>
      </w:r>
    </w:p>
    <w:p>
      <w:pPr>
        <w:jc w:val="right"/>
      </w:pPr>
      <w:r>
        <w:t>تو مینج کرنے کا معنی ہے کہ مسائل کو پرابلم کو</w:t>
      </w:r>
    </w:p>
    <w:p>
      <w:r>
        <w:rPr>
          <w:b/>
        </w:rPr>
        <w:t xml:space="preserve">[20:11] </w:t>
      </w:r>
      <w:r>
        <w:t>opportunity mein dhalna. problem ko opportunity mein dhalna yeh hai manage karna.</w:t>
      </w:r>
    </w:p>
    <w:p>
      <w:pPr>
        <w:jc w:val="right"/>
      </w:pPr>
      <w:r>
        <w:t>آپرچونیٹی میں ڈھالنا۔ پرابلم کو آپرچونیٹی میں ڈھالنا یہ ہے مینج کرنا۔</w:t>
      </w:r>
    </w:p>
    <w:p>
      <w:r>
        <w:rPr>
          <w:b/>
        </w:rPr>
        <w:t xml:space="preserve">[20:25] </w:t>
      </w:r>
      <w:r>
        <w:t>aap ne sahib alag alag halaat mein bataye keh kya manage karne ka yeh concept aap ko pata tha pehle se?</w:t>
      </w:r>
    </w:p>
    <w:p>
      <w:pPr>
        <w:jc w:val="right"/>
      </w:pPr>
      <w:r>
        <w:t>آپ نے صاحب الگ الگ حالات میں بتائے کہ کیا مینج کرنے کا یہ کانسیپٹ آپ کو پتہ تھا پہلے سے؟</w:t>
      </w:r>
    </w:p>
    <w:p>
      <w:r>
        <w:rPr>
          <w:b/>
        </w:rPr>
        <w:t xml:space="preserve">[20:33] </w:t>
      </w:r>
      <w:r>
        <w:t>in se pooch li jiye.</w:t>
      </w:r>
    </w:p>
    <w:p>
      <w:pPr>
        <w:jc w:val="right"/>
      </w:pPr>
      <w:r>
        <w:t>ان سے پوچھ لیجیے۔</w:t>
      </w:r>
    </w:p>
    <w:p>
      <w:r>
        <w:rPr>
          <w:b/>
        </w:rPr>
        <w:t xml:space="preserve">[20:47] </w:t>
      </w:r>
      <w:r>
        <w:t>maulana yeh pehli martaba maloom hua keh manage karne ka matlab yeh hai keh problem ko opportunity mein dhalna yeh concept pehle maloom nahi tha.</w:t>
      </w:r>
    </w:p>
    <w:p>
      <w:pPr>
        <w:jc w:val="right"/>
      </w:pPr>
      <w:r>
        <w:t>مولانا یہ پہلی مرتبہ معلوم ہوا کہ مینج کرنے کا مطلب یہ ہے کہ پرابلم کو آپرچونیٹی میں ڈھالنا یہ کانسیپٹ پہلے معلوم نہیں تھا۔</w:t>
      </w:r>
    </w:p>
    <w:p>
      <w:r>
        <w:rPr>
          <w:b/>
        </w:rPr>
        <w:t xml:space="preserve">[21:01] </w:t>
      </w:r>
      <w:r>
        <w:t>har aik bataye keh kya manage karne ka jo concept hai pehle pata tha aap ko yahan aane se pehle, cps mein shamil hone se pehle</w:t>
      </w:r>
    </w:p>
    <w:p>
      <w:pPr>
        <w:jc w:val="right"/>
      </w:pPr>
      <w:r>
        <w:t>ہر ایک بتائے کہ کیا مینج کرنے کا جو کانسیپٹ ہے پہلے پتہ تھا آپ کو یہاں آنے سے پہلے، سی پی ایس میں شامل ہونے سے پہلے</w:t>
      </w:r>
    </w:p>
    <w:p>
      <w:r>
        <w:rPr>
          <w:b/>
        </w:rPr>
        <w:t xml:space="preserve">[21:15] </w:t>
      </w:r>
      <w:r>
        <w:t>? maulana mujhe management ka yeh definition ya yeh explanation bilkul nahi pata tha. aaj clear hua keh problem ko opportunity mein dhalna management hai.</w:t>
      </w:r>
    </w:p>
    <w:p>
      <w:pPr>
        <w:jc w:val="right"/>
      </w:pPr>
      <w:r>
        <w:t>؟ مولانا مجھے مینجمنٹ کا یہ ڈیفینیشن یا یہ ایکسپلینیشن بالکل نہیں پتہ تھا۔ آج کلیئر ہوا کہ پرابلم کو آپرچونیٹی میں ڈھالنا مینجمنٹ ہے۔</w:t>
      </w:r>
    </w:p>
    <w:p>
      <w:r>
        <w:rPr>
          <w:b/>
        </w:rPr>
        <w:t xml:space="preserve">[21:32] </w:t>
      </w:r>
      <w:r>
        <w:t>yeh bohat bari baat hai maulana. and i learned it for the first time today.</w:t>
      </w:r>
    </w:p>
    <w:p>
      <w:pPr>
        <w:jc w:val="right"/>
      </w:pPr>
      <w:r>
        <w:t>یہ بہت بڑی بات ہے مولانا۔ اینڈ آئی لرنڈ اٹ فار دا فرسٹ ٹائم ٹوڈے۔</w:t>
      </w:r>
    </w:p>
    <w:p>
      <w:r>
        <w:rPr>
          <w:b/>
        </w:rPr>
        <w:t xml:space="preserve">[21:47] </w:t>
      </w:r>
      <w:r>
        <w:t>iqbal umri, umar abad.</w:t>
      </w:r>
    </w:p>
    <w:p>
      <w:pPr>
        <w:jc w:val="right"/>
      </w:pPr>
      <w:r>
        <w:t>اقبال عمری، عمر آباد۔</w:t>
      </w:r>
    </w:p>
    <w:p>
      <w:r>
        <w:rPr>
          <w:b/>
        </w:rPr>
        <w:t xml:space="preserve">[21:53] </w:t>
      </w:r>
      <w:r>
        <w:t>maulana aaj cps mein aane se pehle masail ko mawaqe mein kaise tabdeel karna yahi management hota hai is ke baray mein zara bhi maloom nahi tha maulana.</w:t>
      </w:r>
    </w:p>
    <w:p>
      <w:pPr>
        <w:jc w:val="right"/>
      </w:pPr>
      <w:r>
        <w:t>مولانا آج سی پی ایس میں آنے سے پہلے مسائل کو مواقع میں کیسے تبدیل کرنا یہی مینجمنٹ ہوتا ہے اس کے بارے میں ذرا بھی معلوم نہیں تھا مولانا۔</w:t>
      </w:r>
    </w:p>
    <w:p>
      <w:r>
        <w:rPr>
          <w:b/>
        </w:rPr>
        <w:t xml:space="preserve">[22:07] </w:t>
      </w:r>
      <w:r>
        <w:t>aur isi tarah quran ki jo ayat hai keh wa lanabluwannakum bishaiyin min al-khawfi wal-joo'i wahan fehrist masail batayi gayi hain, baad mein abshir al-sabireen kaha gaya hai.</w:t>
      </w:r>
    </w:p>
    <w:p>
      <w:pPr>
        <w:jc w:val="right"/>
      </w:pPr>
      <w:r>
        <w:t>اور اسی طرح قرآن کی جو آیت ہے کہ ولنبلونکم بشئی من الخوف والجوئی وہاں فہرست مسائل بتائی گئی ہیں، بعد میں ابشر الصابرین کہا گیا ہے۔</w:t>
      </w:r>
    </w:p>
    <w:p>
      <w:r>
        <w:rPr>
          <w:b/>
        </w:rPr>
        <w:t xml:space="preserve">[22:21] </w:t>
      </w:r>
      <w:r>
        <w:t>to yahan bhi wahi hai maulana keh woh manage karne walon ke liye khushkhabri hai. to pehli martaba management ka manage karne ka concept cps mein aane ke baad hi maloom hua maulana mujhe.</w:t>
      </w:r>
    </w:p>
    <w:p>
      <w:pPr>
        <w:jc w:val="right"/>
      </w:pPr>
      <w:r>
        <w:t>تو یہاں بھی وہی ہے مولانا کہ وہ مینج کرنے والوں کے لیے خوشخبری ہے۔ تو پہلی مرتبہ مینجمنٹ کا مینج کرنے کا کانسیپٹ سی پی ایس میں آنے کے بعد ہی معلوم ہوا مولانا مجھے۔</w:t>
      </w:r>
    </w:p>
    <w:p>
      <w:r>
        <w:rPr>
          <w:b/>
        </w:rPr>
        <w:t xml:space="preserve">[22:36] </w:t>
      </w:r>
      <w:r>
        <w:t>acha dekhiye yeh manage karna jo hai na jante hain kya hai?</w:t>
      </w:r>
    </w:p>
    <w:p>
      <w:pPr>
        <w:jc w:val="right"/>
      </w:pPr>
      <w:r>
        <w:t>اچھا دیکھیے یہ مینج کرنا جو ہے نا جانتے ہیں کیا ہے؟</w:t>
      </w:r>
    </w:p>
    <w:p>
      <w:r>
        <w:rPr>
          <w:b/>
        </w:rPr>
        <w:t xml:space="preserve">[22:48] </w:t>
      </w:r>
      <w:r>
        <w:t>yahi hai sohbat khawand-i ko paana. har aadmi chahta hai ke quurbat mile kaise?</w:t>
      </w:r>
    </w:p>
    <w:p>
      <w:pPr>
        <w:jc w:val="right"/>
      </w:pPr>
      <w:r>
        <w:t>یہی ہے صحبت خداوندی کو پانا۔ ہر آدمی چاہتا ہے کہ قربت ملے کیسے؟</w:t>
      </w:r>
    </w:p>
    <w:p>
      <w:r>
        <w:rPr>
          <w:b/>
        </w:rPr>
        <w:t xml:space="preserve">[22:57] </w:t>
      </w:r>
      <w:r>
        <w:t>quurbat is liye milti hai</w:t>
      </w:r>
    </w:p>
    <w:p>
      <w:pPr>
        <w:jc w:val="right"/>
      </w:pPr>
      <w:r>
        <w:t>قربت اس لیے ملتی ہے</w:t>
      </w:r>
    </w:p>
    <w:p>
      <w:r>
        <w:rPr>
          <w:b/>
        </w:rPr>
        <w:t xml:space="preserve">[23:04] </w:t>
      </w:r>
      <w:r>
        <w:t>kyunke management jo hai yeh jhagda karna, ladna yeh insani tareeqa hai. aur manage karna yeh khodai tareeqa hai.</w:t>
      </w:r>
    </w:p>
    <w:p>
      <w:pPr>
        <w:jc w:val="right"/>
      </w:pPr>
      <w:r>
        <w:t>کیونکہ مینجمنٹ جو ہے یہ جھگڑا کرنا، لڑنا یہ انسانی طریقہ ہے۔ اور مینج کرنا یہ خدائی طریقہ ہے۔</w:t>
      </w:r>
    </w:p>
    <w:p>
      <w:r>
        <w:rPr>
          <w:b/>
        </w:rPr>
        <w:t xml:space="preserve">[23:18] </w:t>
      </w:r>
      <w:r>
        <w:t>phir dohrai sab ko kiya kahoon?</w:t>
      </w:r>
    </w:p>
    <w:p>
      <w:pPr>
        <w:jc w:val="right"/>
      </w:pPr>
      <w:r>
        <w:t>پھر دہرائی سب کو کیا کہوں؟</w:t>
      </w:r>
    </w:p>
    <w:p>
      <w:r>
        <w:rPr>
          <w:b/>
        </w:rPr>
        <w:t xml:space="preserve">[23:27] </w:t>
      </w:r>
      <w:r>
        <w:t>maulana aap yeh keh rahe hain ke jhagda karna ya ladna ya conflict karna yeh insani tareeqa hai aur manage karna yeh khodai tareeqa hai.</w:t>
      </w:r>
    </w:p>
    <w:p>
      <w:pPr>
        <w:jc w:val="right"/>
      </w:pPr>
      <w:r>
        <w:t>مولانا آپ یہ کہہ رہے ہیں کہ جھگڑا کرنا یا لڑنا یا کانفلکٹ کرنا یہ انسانی طریقہ ہے اور مینج کرنا یہ خدائی طریقہ ہے۔</w:t>
      </w:r>
    </w:p>
    <w:p>
      <w:r>
        <w:rPr>
          <w:b/>
        </w:rPr>
        <w:t xml:space="preserve">[23:38] </w:t>
      </w:r>
      <w:r>
        <w:t>manage karna saada baat nahi hai. manage karna hai khodai scheme hai. khuda manage karta hai. jaise qadeem makkah ke jo the rasoolullah ne un ko rasoolullah se unhon ne kaha ke aap chhod diye makkah jo hai yahan chalen ji hum aap ko maar dalenge.</w:t>
      </w:r>
    </w:p>
    <w:p>
      <w:pPr>
        <w:jc w:val="right"/>
      </w:pPr>
      <w:r>
        <w:t>مینج کرنا سادہ بات نہیں ہے۔ مینج کرنا ہے خدائی اسکیم ہے۔ خدا مینج کرتا ہے۔ جیسے قدیم مکہ کے جو تھے رسول اللہ نے ان کو رسول اللہ سے انہوں نے کہا کہ آپ چھوڑ دیئے مکہ جو ہے یہاں چلیں جی ہم آپ کو مار ڈالیں گے۔</w:t>
      </w:r>
    </w:p>
    <w:p>
      <w:r>
        <w:rPr>
          <w:b/>
        </w:rPr>
        <w:t xml:space="preserve">[24:08] </w:t>
      </w:r>
      <w:r>
        <w:t>to allah taala ne kaha ke chale jao. chale jao ka maani kya tha? manage karo. ke makkah mein tumhara kaam local level par ho raha tha, madine mein is ko ek traditional banao.</w:t>
      </w:r>
    </w:p>
    <w:p>
      <w:pPr>
        <w:jc w:val="right"/>
      </w:pPr>
      <w:r>
        <w:t>تو اللہ تعالیٰ نے کہا کہ چلے جاؤ۔ چلے جاؤ کا معنی کیا تھا؟ مینج کرو۔ کہ مکہ میں تمہارا کام لوکل لیول پر ہو رہا تھا، مدینے میں اس کو ایک ٹریڈیشنل بناؤ۔</w:t>
      </w:r>
    </w:p>
    <w:p>
      <w:r>
        <w:rPr>
          <w:b/>
        </w:rPr>
        <w:t xml:space="preserve">[24:25] </w:t>
      </w:r>
      <w:r>
        <w:t>chunaanche aap jante hain hijrat ke baad aamil o afwat ko door aaya. hijrat ke baad aamil o afwat ne sahaba ke group bana kar bheja aap ne mukhtalif qabail mein.</w:t>
      </w:r>
    </w:p>
    <w:p>
      <w:pPr>
        <w:jc w:val="right"/>
      </w:pPr>
      <w:r>
        <w:t>چنانچہ آپ جانتے ہیں ہجرت کے بعد عامل و عفوت کو دور آیا۔ ہجرت کے بعد عامل و عفوت نے صحابہ کے گروپ بنا کر بھیجا آپ نے مختلف قبائل میں۔</w:t>
      </w:r>
    </w:p>
    <w:p>
      <w:r>
        <w:rPr>
          <w:b/>
        </w:rPr>
        <w:t xml:space="preserve">[24:43] </w:t>
      </w:r>
      <w:r>
        <w:t>aamil o afwat jo aata hai seerat ki kitabon mein is ka kya matlab? seerat ki kitabon mein aata hai aamil o afwat ka kya matlab is ka</w:t>
      </w:r>
    </w:p>
    <w:p>
      <w:pPr>
        <w:jc w:val="right"/>
      </w:pPr>
      <w:r>
        <w:t>عامل و عفوت جو آتا ہے سیرت کی کتابوں میں اس کا کیا مطلب؟ سیرت کی کتابوں میں آتا ہے عامل و عفوت کا کیا مطلب اس کا</w:t>
      </w:r>
    </w:p>
    <w:p>
      <w:r>
        <w:rPr>
          <w:b/>
        </w:rPr>
        <w:t xml:space="preserve">[24:52] </w:t>
      </w:r>
      <w:r>
        <w:t>? maulana aamil o afwat jo seerat ki kitabon mein aata hai woh is saal ko kehte hain jab rasoolullah ke paas madine ke qabail ke log aate the.</w:t>
      </w:r>
    </w:p>
    <w:p>
      <w:pPr>
        <w:jc w:val="right"/>
      </w:pPr>
      <w:r>
        <w:t>؟ مولانا عامل و عفوت جو سیرت کی کتابوں میں آتا ہے وہ اس سال کو کہتے ہیں جب رسول اللہ کے پاس مدینے کے قبائل کے لوگ آتے تھے۔</w:t>
      </w:r>
    </w:p>
    <w:p>
      <w:r>
        <w:rPr>
          <w:b/>
        </w:rPr>
        <w:t xml:space="preserve">[25:06] </w:t>
      </w:r>
      <w:r>
        <w:t>jis saal madine ke qabail rasoolullah ke paas aaye the sulah karne ke liye ya islam qubool karne ke liye ek saal bohat zyada aaye the to is saal ko aamil o afwat kaha jata hai.</w:t>
      </w:r>
    </w:p>
    <w:p>
      <w:pPr>
        <w:jc w:val="right"/>
      </w:pPr>
      <w:r>
        <w:t>جس سال مدینے کے قبائل رسول اللہ کے پاس آئے تھے صلح کرنے کے لیے یا اسلام قبول کرنے کے لیے ایک سال بہت زیادہ آئے تھے تو اس سال کو عامل و عفوت کہا جاتا ہے۔</w:t>
      </w:r>
    </w:p>
    <w:p>
      <w:r>
        <w:rPr>
          <w:b/>
        </w:rPr>
        <w:t xml:space="preserve">[25:18] </w:t>
      </w:r>
      <w:r>
        <w:t>ek waqea aam yeh</w:t>
      </w:r>
    </w:p>
    <w:p>
      <w:pPr>
        <w:jc w:val="right"/>
      </w:pPr>
      <w:r>
        <w:t>ایک واقعہ عام یہ</w:t>
      </w:r>
    </w:p>
    <w:p>
      <w:r>
        <w:rPr>
          <w:b/>
        </w:rPr>
        <w:t xml:space="preserve">[25:20] </w:t>
      </w:r>
      <w:r>
        <w:t>hai. ji ji aam ka matlab saal. yani saal. ji afwat ka saal. ji to rasoolullah jab hijrat kar ke makkah mein aaye to aap ne afwat bhejna shuru kiya.</w:t>
      </w:r>
    </w:p>
    <w:p>
      <w:pPr>
        <w:jc w:val="right"/>
      </w:pPr>
      <w:r>
        <w:t>ہے۔ جی جی عام کا مطلب سال۔ یعنی سال۔ جی عفوت کا سال۔ جی تو رسول اللہ جب ہجرت کر کے مکہ میں آئے تو آپ نے عفوت بھیجنا شروع کیا۔</w:t>
      </w:r>
    </w:p>
    <w:p>
      <w:r>
        <w:rPr>
          <w:b/>
        </w:rPr>
        <w:t xml:space="preserve">[25:33] </w:t>
      </w:r>
      <w:r>
        <w:t>arab ke mukhtalif ilaqon mein qabail base hue the to aap ne qabail bheja. woh dawat-i afwat hote the wahan ja kar ke woh batate the allah ek hai, allah ek hai.</w:t>
      </w:r>
    </w:p>
    <w:p>
      <w:pPr>
        <w:jc w:val="right"/>
      </w:pPr>
      <w:r>
        <w:t>عرب کے مختلف علاقوں میں قبائل بسے ہوئے تھے تو آپ نے قبائل بھیجا۔ وہ دعوتی عفوت ہوتے تھے وہاں جا کر کے وہ بتاتے تھے اللہ ایک ہے، اللہ ایک ہے۔</w:t>
      </w:r>
    </w:p>
    <w:p>
      <w:r>
        <w:rPr>
          <w:b/>
        </w:rPr>
        <w:t xml:space="preserve">[25:53] </w:t>
      </w:r>
      <w:r>
        <w:t>to aap makkah mein the to aap local aap ka mission hai, local mission tha.</w:t>
      </w:r>
    </w:p>
    <w:p>
      <w:pPr>
        <w:jc w:val="right"/>
      </w:pPr>
      <w:r>
        <w:t>تو آپ مکہ میں تھے تو آپ لوکل آپ کا مشن ہے، لوکل مشن تھا۔</w:t>
      </w:r>
    </w:p>
    <w:p>
      <w:r>
        <w:rPr>
          <w:b/>
        </w:rPr>
        <w:t xml:space="preserve">[26:02] </w:t>
      </w:r>
      <w:r>
        <w:t>to allah ne in ko sikhaya chale jao chhod do madina aur ek naye andaaz mein yani madine se bhejo afwat har jagah.</w:t>
      </w:r>
    </w:p>
    <w:p>
      <w:pPr>
        <w:jc w:val="right"/>
      </w:pPr>
      <w:r>
        <w:t>تو اللہ نے ان کو سکھایا چلے جاؤ چھوڑ دو مدینہ اور ایک نئے انداز میں یعنی مدینے سے بھیجو عفوت ہر جگہ۔</w:t>
      </w:r>
    </w:p>
    <w:p>
      <w:r>
        <w:rPr>
          <w:b/>
        </w:rPr>
        <w:t xml:space="preserve">[26:19] </w:t>
      </w:r>
      <w:r>
        <w:t>yeh hai manage karna yani mushkil ko ya masle ko</w:t>
      </w:r>
    </w:p>
    <w:p>
      <w:pPr>
        <w:jc w:val="right"/>
      </w:pPr>
      <w:r>
        <w:t>یہ ہے مینج کرنا یعنی مشکل کو یا مسئلے کو</w:t>
      </w:r>
    </w:p>
    <w:p>
      <w:r>
        <w:rPr>
          <w:b/>
        </w:rPr>
        <w:t xml:space="preserve">[26:27] </w:t>
      </w:r>
      <w:r>
        <w:t>manage kar ke apne muwafiq banana. apne muwafiq banana.</w:t>
      </w:r>
    </w:p>
    <w:p>
      <w:pPr>
        <w:jc w:val="right"/>
      </w:pPr>
      <w:r>
        <w:t>مینج کر کے اپنے موافق بنانا۔ اپنے موافق بنانا۔</w:t>
      </w:r>
    </w:p>
    <w:p>
      <w:r>
        <w:rPr>
          <w:b/>
        </w:rPr>
        <w:t xml:space="preserve">[26:43] </w:t>
      </w:r>
      <w:r>
        <w:t>yeh main samajhta hoon ke woh quran ki ayat hai ke nabi un ko sikhata hai kitab aur hikmat.</w:t>
      </w:r>
    </w:p>
    <w:p>
      <w:pPr>
        <w:jc w:val="right"/>
      </w:pPr>
      <w:r>
        <w:t>یہ میں سمجھتا ہوں کہ وہ قرآن کی آیت ہے کہ نبی ان کو سکھاتا ہے کتاب اور حکمت۔</w:t>
      </w:r>
    </w:p>
    <w:p>
      <w:r>
        <w:rPr>
          <w:b/>
        </w:rPr>
        <w:t xml:space="preserve">[26:58] </w:t>
      </w:r>
      <w:r>
        <w:t>wa allama al-kitaba wal-hikmata hikmat se murad yahi hai manage karna. takrao karne ke bajaye manage karo.</w:t>
      </w:r>
    </w:p>
    <w:p>
      <w:pPr>
        <w:jc w:val="right"/>
      </w:pPr>
      <w:r>
        <w:t>وَعَلَمُوا الْكِتَابَ وَالْحِكْمَةَ حکمت سے مراد یہی ہے مینج کرنا۔ ٹکراؤ کرنے کے بجائے مینج کرو۔</w:t>
      </w:r>
    </w:p>
    <w:p>
      <w:r>
        <w:rPr>
          <w:b/>
        </w:rPr>
        <w:t xml:space="preserve">[27:11] </w:t>
      </w:r>
      <w:r>
        <w:t>dekhiye rasoolullah ne jab makkah mein batao shuru ki to wahan bohat masail the.</w:t>
      </w:r>
    </w:p>
    <w:p>
      <w:pPr>
        <w:jc w:val="right"/>
      </w:pPr>
      <w:r>
        <w:t>دیکھیے رسول اللہ نے جب مکہ میں بتاؤ شروع کی تو وہاں بہت مسائل تھے۔</w:t>
      </w:r>
    </w:p>
    <w:p>
      <w:r>
        <w:rPr>
          <w:b/>
        </w:rPr>
        <w:t xml:space="preserve">[27:23] </w:t>
      </w:r>
      <w:r>
        <w:t>yani ladkiyon ko maar dalna,</w:t>
      </w:r>
    </w:p>
    <w:p>
      <w:pPr>
        <w:jc w:val="right"/>
      </w:pPr>
      <w:r>
        <w:t>یعنی لڑکیوں کو مار ڈالنا،</w:t>
      </w:r>
    </w:p>
    <w:p>
      <w:r>
        <w:rPr>
          <w:b/>
        </w:rPr>
        <w:t xml:space="preserve">[27:29] </w:t>
      </w:r>
      <w:r>
        <w:t>sood kar sood lena</w:t>
      </w:r>
    </w:p>
    <w:p>
      <w:pPr>
        <w:jc w:val="right"/>
      </w:pPr>
      <w:r>
        <w:t>سود کر سود لینا</w:t>
      </w:r>
    </w:p>
    <w:p>
      <w:r>
        <w:rPr>
          <w:b/>
        </w:rPr>
        <w:t xml:space="preserve">[27:36] </w:t>
      </w:r>
      <w:r>
        <w:t>aur ladna bharna. tarah tarah ke masail. to jab rasoolullah ko mila hoga ab yahan guess kijiye aap guess kijiye ke rasoolullah ko jab tauheed ka mission mila hoga taaruf hota hoga yahan to sab anti tauheed mamlaat hain.</w:t>
      </w:r>
    </w:p>
    <w:p>
      <w:pPr>
        <w:jc w:val="right"/>
      </w:pPr>
      <w:r>
        <w:t>اور لڑنا بھڑنا۔ طرح طرح کے مسائل۔ تو جب رسول اللہ کو ملا ہوگا اب یہاں گیس کیجیے آپ گیس کیجیے کہ رسول اللہ کو جب توحید کا مشن ملا ہوگا تعارف ہوتا ہوگا یہاں تو سب اینٹی توحید معاملات ہیں۔</w:t>
      </w:r>
    </w:p>
    <w:p>
      <w:r>
        <w:rPr>
          <w:b/>
        </w:rPr>
        <w:t xml:space="preserve">[28:02] </w:t>
      </w:r>
      <w:r>
        <w:t>yani arab bhara hua hai anti tauheed mein kaise karunga kya karunga?</w:t>
      </w:r>
    </w:p>
    <w:p>
      <w:pPr>
        <w:jc w:val="right"/>
      </w:pPr>
      <w:r>
        <w:t>یعنی عرب بھرا ہوا ہے اینٹی توحید میں کیسے کروں گا کیا کروں گا؟</w:t>
      </w:r>
    </w:p>
    <w:p>
      <w:r>
        <w:rPr>
          <w:b/>
        </w:rPr>
        <w:t xml:space="preserve">[28:14] </w:t>
      </w:r>
      <w:r>
        <w:t>dekhiye suniye</w:t>
      </w:r>
    </w:p>
    <w:p>
      <w:pPr>
        <w:jc w:val="right"/>
      </w:pPr>
      <w:r>
        <w:t>دیکھیے سنیے</w:t>
      </w:r>
    </w:p>
    <w:p>
      <w:r>
        <w:rPr>
          <w:b/>
        </w:rPr>
        <w:t xml:space="preserve">[28:19] </w:t>
      </w:r>
      <w:r>
        <w:t>ek aata hai seerat ki kitabon mein ke rasool Allah bohat pareshan hue aur yahan tak ke aap ne socha ke main pahad pe charh kar ke apne ko halak halak kar loon.</w:t>
      </w:r>
    </w:p>
    <w:p>
      <w:pPr>
        <w:jc w:val="right"/>
      </w:pPr>
      <w:r>
        <w:t>ایک آتا ہے سیرت کی کتابوں میں کہ رسول اللہ بہت پریشان ہوئے اور یہاں تک کہ آپ نے سوچا کہ میں پہاڑ پہ چڑھ کر کے اپنے کو ہلاک ہلاک کر لوں۔</w:t>
      </w:r>
    </w:p>
    <w:p>
      <w:r>
        <w:rPr>
          <w:b/>
        </w:rPr>
        <w:t xml:space="preserve">[28:34] </w:t>
      </w:r>
      <w:r>
        <w:t>kya hai ke nahi</w:t>
      </w:r>
    </w:p>
    <w:p>
      <w:pPr>
        <w:jc w:val="right"/>
      </w:pPr>
      <w:r>
        <w:t>کیا ہے کہ نہیں</w:t>
      </w:r>
    </w:p>
    <w:p>
      <w:r>
        <w:rPr>
          <w:b/>
        </w:rPr>
        <w:t xml:space="preserve">[28:35] </w:t>
      </w:r>
      <w:r>
        <w:t>hai? ji hai Maulana. haan bataiye aap.</w:t>
      </w:r>
    </w:p>
    <w:p>
      <w:pPr>
        <w:jc w:val="right"/>
      </w:pPr>
      <w:r>
        <w:t>ہے؟ جی ہے مولانا۔ ہاں بتائیے آپ۔</w:t>
      </w:r>
    </w:p>
    <w:p>
      <w:r>
        <w:rPr>
          <w:b/>
        </w:rPr>
        <w:t xml:space="preserve">[28:42] </w:t>
      </w:r>
      <w:r>
        <w:t>dekhiye main. tha khud se maloom hota hai ke yahan hikmat kyun hai. aap sochiye ke rasool Allah ko mila mission tauheed ka.</w:t>
      </w:r>
    </w:p>
    <w:p>
      <w:pPr>
        <w:jc w:val="right"/>
      </w:pPr>
      <w:r>
        <w:t>دیکھیے میں۔ تھا خود سے معلوم ہوتا ہے کہ یہاں حکمت کیوں ہے۔ آپ سوچیے کہ رسول اللہ کو ملا مشن توحید کا۔</w:t>
      </w:r>
    </w:p>
    <w:p>
      <w:r>
        <w:rPr>
          <w:b/>
        </w:rPr>
        <w:t xml:space="preserve">[28:57] </w:t>
      </w:r>
      <w:r>
        <w:t>ab kya karein kya karein kya karein wahan bohat sare masail aapas mein jo lad rahe hain har ghar mein but rakhe hue hain aur kya kiya.</w:t>
      </w:r>
    </w:p>
    <w:p>
      <w:pPr>
        <w:jc w:val="right"/>
      </w:pPr>
      <w:r>
        <w:t>اب کیا کریں کیا کریں کیا کریں وہاں بہت سارے مسائل آپس میں جو لڑ رہے ہیں ہر گھر میں بت رکھے ہوئے ہیں اور کیا کیا۔</w:t>
      </w:r>
    </w:p>
    <w:p>
      <w:r>
        <w:rPr>
          <w:b/>
        </w:rPr>
        <w:t xml:space="preserve">[29:10] </w:t>
      </w:r>
      <w:r>
        <w:t>to main kaise mission chalaunga aise mahol mein?</w:t>
      </w:r>
    </w:p>
    <w:p>
      <w:pPr>
        <w:jc w:val="right"/>
      </w:pPr>
      <w:r>
        <w:t>تو میں کیسے مشن چلاؤں گا ایسے ماحول میں؟</w:t>
      </w:r>
    </w:p>
    <w:p>
      <w:r>
        <w:rPr>
          <w:b/>
        </w:rPr>
        <w:t xml:space="preserve">[29:17] </w:t>
      </w:r>
      <w:r>
        <w:t>to aap ko bataya gaya ke mission to wahi rahega toheed ka toheed ki baat karo logon</w:t>
      </w:r>
    </w:p>
    <w:p>
      <w:pPr>
        <w:jc w:val="right"/>
      </w:pPr>
      <w:r>
        <w:t>تو آپ کو بتایا گیا کہ مشن تو وہی رہے گا توحید کا توحید کی بات کرو لوگوں</w:t>
      </w:r>
    </w:p>
    <w:p>
      <w:r>
        <w:rPr>
          <w:b/>
        </w:rPr>
        <w:t xml:space="preserve">[29:23] </w:t>
      </w:r>
      <w:r>
        <w:t>ko aur jo wo jo jin ko tum le ke pareshan ho wo amli masail hain to un</w:t>
      </w:r>
    </w:p>
    <w:p>
      <w:pPr>
        <w:jc w:val="right"/>
      </w:pPr>
      <w:r>
        <w:t>کو اور جو وہ جو جن کو تم لے کے پریشان ہو وہ عملی مسائل ہیں تو ان</w:t>
      </w:r>
    </w:p>
    <w:p>
      <w:r>
        <w:rPr>
          <w:b/>
        </w:rPr>
        <w:t xml:space="preserve">[29:30] </w:t>
      </w:r>
      <w:r>
        <w:t>ko manage kar ke hal karo.</w:t>
      </w:r>
    </w:p>
    <w:p>
      <w:pPr>
        <w:jc w:val="right"/>
      </w:pPr>
      <w:r>
        <w:t>کو مینج کر کے حل کرو۔</w:t>
      </w:r>
    </w:p>
    <w:p>
      <w:r>
        <w:rPr>
          <w:b/>
        </w:rPr>
        <w:t xml:space="preserve">[29:40] </w:t>
      </w:r>
      <w:r>
        <w:t>yani tareekh mein aisa waqea mere ilm mein koi hai nahi ke insaan ne audience bana diya ho mukhalifeen ko.</w:t>
      </w:r>
    </w:p>
    <w:p>
      <w:pPr>
        <w:jc w:val="right"/>
      </w:pPr>
      <w:r>
        <w:t>یعنی تاریخ میں ایسا واقعہ میرے علم میں کوئی ہے نہیں کہ انسان نے آڈینس بنا دیا ہو مخالفین کو۔</w:t>
      </w:r>
    </w:p>
    <w:p>
      <w:r>
        <w:rPr>
          <w:b/>
        </w:rPr>
        <w:t xml:space="preserve">[29:56] </w:t>
      </w:r>
      <w:r>
        <w:t>yeh soch kar hua. yeh mat samjhiye ke har cheez Jibrael batate hain. Jibrael batate hain. nahi aap sochte the sochte sochte aap isi ka naam hai hikmat.</w:t>
      </w:r>
    </w:p>
    <w:p>
      <w:pPr>
        <w:jc w:val="right"/>
      </w:pPr>
      <w:r>
        <w:t>یہ سوچ کر ہوا۔ یہ مت سمجھیے کہ ہر چیز جبرائیل بتاتے ہیں۔ جبرائیل بتاتے ہیں۔ نہیں آپ سوچتے تھے سوچتے سوچتے آپ اسی کا نام ہے حکمت۔</w:t>
      </w:r>
    </w:p>
    <w:p>
      <w:r>
        <w:rPr>
          <w:b/>
        </w:rPr>
        <w:t xml:space="preserve">[30:11] </w:t>
      </w:r>
      <w:r>
        <w:t>hikmat ka matlab hai peeth ke upar jam. peeth ke upar jam.</w:t>
      </w:r>
    </w:p>
    <w:p>
      <w:pPr>
        <w:jc w:val="right"/>
      </w:pPr>
      <w:r>
        <w:t>حکمت کا مطلب ہے پیٹھ کے اوپر جم۔ پیٹھ کے اوپر جم۔</w:t>
      </w:r>
    </w:p>
    <w:p>
      <w:r>
        <w:rPr>
          <w:b/>
        </w:rPr>
        <w:t xml:space="preserve">[30:23] </w:t>
      </w:r>
      <w:r>
        <w:t>phir Abdulsalam sahib bataein kaam ka kaam hai.</w:t>
      </w:r>
    </w:p>
    <w:p>
      <w:pPr>
        <w:jc w:val="right"/>
      </w:pPr>
      <w:r>
        <w:t>پھر عبدالسلام صاحب بتائیں کام کا کام ہے۔</w:t>
      </w:r>
    </w:p>
    <w:p>
      <w:r>
        <w:rPr>
          <w:b/>
        </w:rPr>
        <w:t xml:space="preserve">[30:34] </w:t>
      </w:r>
      <w:r>
        <w:t>Maulana qadeem Makke ki jo misaal aap ne batai seerat ka is tareeqe se mutale ka zehan hi nahi Mola mera.</w:t>
      </w:r>
    </w:p>
    <w:p>
      <w:pPr>
        <w:jc w:val="right"/>
      </w:pPr>
      <w:r>
        <w:t>مولانا قدیم مکے کی جو مثال آپ نے بتائی سیرت کا اس طریقے سے مطالعے کا ذہن ہی نہیں مولا میرا۔</w:t>
      </w:r>
    </w:p>
    <w:p>
      <w:r>
        <w:rPr>
          <w:b/>
        </w:rPr>
        <w:t xml:space="preserve">[30:43] </w:t>
      </w:r>
      <w:r>
        <w:t>pehli martaba maine aap hi se is baat ko suna ke kaise rasool Allah ne Darul Asnam ko audience ko mawaqe ke taur par us ko convert kar liya.</w:t>
      </w:r>
    </w:p>
    <w:p>
      <w:pPr>
        <w:jc w:val="right"/>
      </w:pPr>
      <w:r>
        <w:t>پہلی مرتبہ میں نے آپ ہی سے اس بات کو سنا کہ کیسے رسول اللہ نے دارالاسنام کو آڈینس کو مواقع کے طور پر اس کو کنورٹ کر لیا۔</w:t>
      </w:r>
    </w:p>
    <w:p>
      <w:r>
        <w:rPr>
          <w:b/>
        </w:rPr>
        <w:t xml:space="preserve">[30:57] </w:t>
      </w:r>
      <w:r>
        <w:t>yeh itni badi misaal hai ke tareekh mein aisi misaal dekhi nahi jati ke audience ko mawaqe mein convert kar liya gaya ho.</w:t>
      </w:r>
    </w:p>
    <w:p>
      <w:pPr>
        <w:jc w:val="right"/>
      </w:pPr>
      <w:r>
        <w:t>یہ اتنی بڑی مثال ہے کہ تاریخ میں ایسی مثال دیکھی نہیں جاتی کہ آڈینس کو مواقع میں کنورٹ کر لیا گیا ہو۔</w:t>
      </w:r>
    </w:p>
    <w:p>
      <w:r>
        <w:rPr>
          <w:b/>
        </w:rPr>
        <w:t xml:space="preserve">[31:07] </w:t>
      </w:r>
      <w:r>
        <w:t>mera guess hai ke Jibrael ne yeh nahi kaha hoga</w:t>
      </w:r>
    </w:p>
    <w:p>
      <w:pPr>
        <w:jc w:val="right"/>
      </w:pPr>
      <w:r>
        <w:t>میرا گیس ہے کہ جبرائیل نے یہ نہیں کہا ہوگا</w:t>
      </w:r>
    </w:p>
    <w:p>
      <w:r>
        <w:rPr>
          <w:b/>
        </w:rPr>
        <w:t xml:space="preserve">[31:13] </w:t>
      </w:r>
      <w:r>
        <w:t>sarahatan yeh kaha hoga ke socho</w:t>
      </w:r>
    </w:p>
    <w:p>
      <w:pPr>
        <w:jc w:val="right"/>
      </w:pPr>
      <w:r>
        <w:t>صراحتاً یہ کہا ہوگا کہ سوچو</w:t>
      </w:r>
    </w:p>
    <w:p>
      <w:r>
        <w:rPr>
          <w:b/>
        </w:rPr>
        <w:t xml:space="preserve">[31:17] </w:t>
      </w:r>
      <w:r>
        <w:t>dekhiye ke ziarti halqe mein aik aik aik qaul hai</w:t>
      </w:r>
    </w:p>
    <w:p>
      <w:pPr>
        <w:jc w:val="right"/>
      </w:pPr>
      <w:r>
        <w:t>دیکھیے کہ زیارتی حلقے میں ایک ایک ایک قول ہے</w:t>
      </w:r>
    </w:p>
    <w:p>
      <w:r>
        <w:rPr>
          <w:b/>
        </w:rPr>
        <w:t xml:space="preserve">[31:25] </w:t>
      </w:r>
      <w:r>
        <w:t>Think think there must be a better way اس کو لکھیے آپ لوگ اس کو لکھ لیجیے Think</w:t>
      </w:r>
    </w:p>
    <w:p>
      <w:pPr>
        <w:jc w:val="right"/>
      </w:pPr>
      <w:r>
        <w:t>Think think there must be a butter whey اس کو لکھیے آپ لوگ اس کو لکھ لیجیے Think</w:t>
      </w:r>
    </w:p>
    <w:p>
      <w:r>
        <w:rPr>
          <w:b/>
        </w:rPr>
        <w:t xml:space="preserve">[31:32] </w:t>
      </w:r>
      <w:r>
        <w:t>think think teen baar likhiye Think think think</w:t>
      </w:r>
    </w:p>
    <w:p>
      <w:pPr>
        <w:jc w:val="right"/>
      </w:pPr>
      <w:r>
        <w:t>think think تین بار لکھیے Think think think</w:t>
      </w:r>
    </w:p>
    <w:p>
      <w:r>
        <w:rPr>
          <w:b/>
        </w:rPr>
        <w:t xml:space="preserve">[31:38] </w:t>
      </w:r>
      <w:r>
        <w:t>there must be a butter whey to hikmat ka matlab hai ke socho socho socho tum ko aik</w:t>
      </w:r>
    </w:p>
    <w:p>
      <w:pPr>
        <w:jc w:val="right"/>
      </w:pPr>
      <w:r>
        <w:t>there must be a butter whey تو حکمت کا مطلب ہے کہ سوچو سوچو سوچو تم کو ایک</w:t>
      </w:r>
    </w:p>
    <w:p>
      <w:r>
        <w:rPr>
          <w:b/>
        </w:rPr>
        <w:t xml:space="preserve">[31:45] </w:t>
      </w:r>
      <w:r>
        <w:t>acchi baat mil jayegi isi mein to sochte sochte aap ne socha</w:t>
      </w:r>
    </w:p>
    <w:p>
      <w:pPr>
        <w:jc w:val="right"/>
      </w:pPr>
      <w:r>
        <w:t>اچھی بات مل جائے گی اسی میں تو سوچتے سوچتے آپ نے سوچا</w:t>
      </w:r>
    </w:p>
    <w:p>
      <w:r>
        <w:rPr>
          <w:b/>
        </w:rPr>
        <w:t xml:space="preserve">[31:51] </w:t>
      </w:r>
      <w:r>
        <w:t>ke is bheed</w:t>
      </w:r>
    </w:p>
    <w:p>
      <w:pPr>
        <w:jc w:val="right"/>
      </w:pPr>
      <w:r>
        <w:t>کہ اس بھیڑ</w:t>
      </w:r>
    </w:p>
    <w:p>
      <w:r>
        <w:rPr>
          <w:b/>
        </w:rPr>
        <w:t xml:space="preserve">[31:52] </w:t>
      </w:r>
      <w:r>
        <w:t>ko but paraston ki bheed ko main convert kar doon audience mein.</w:t>
      </w:r>
    </w:p>
    <w:p>
      <w:pPr>
        <w:jc w:val="right"/>
      </w:pPr>
      <w:r>
        <w:t>کو بت پرستوں کی بھیڑ کو میں کنورٹ کر دوں آڈینس میں۔</w:t>
      </w:r>
    </w:p>
    <w:p>
      <w:r>
        <w:rPr>
          <w:b/>
        </w:rPr>
        <w:t xml:space="preserve">[32:06] </w:t>
      </w:r>
      <w:r>
        <w:t>yeh hai hikmat.</w:t>
      </w:r>
    </w:p>
    <w:p>
      <w:pPr>
        <w:jc w:val="right"/>
      </w:pPr>
      <w:r>
        <w:t>یہ ہے حکمت۔</w:t>
      </w:r>
    </w:p>
    <w:p>
      <w:r>
        <w:rPr>
          <w:b/>
        </w:rPr>
        <w:t xml:space="preserve">[32:10] </w:t>
      </w:r>
      <w:r>
        <w:t>socho socho socho koi rasta mil jayega. Think think there must be a better way socho socho socho Rasool Allah ne soch to isi mein dala hoga ke arey bhai yeh to bada acha hai sare Arab log kya karte hote hain un ko audience mil raha hai baithe baithe sirf wahi.</w:t>
      </w:r>
    </w:p>
    <w:p>
      <w:pPr>
        <w:jc w:val="right"/>
      </w:pPr>
      <w:r>
        <w:t>سوچو سوچو سوچو کوئی راستہ مل جائے گا۔ Think think there must be a butter whey سوچو سوچو سوچو رسول اللہ نے سوچ تو اسی میں ڈالا ہوگا کہ ارے بھئی یہ تو بڑا اچھا ہے سارے عرب لوگ کیا کرتے ہوتے ہیں ان کو آڈینس مل رہا ہے بیٹھے بیٹھے صرف وہی۔</w:t>
      </w:r>
    </w:p>
    <w:p>
      <w:r>
        <w:rPr>
          <w:b/>
        </w:rPr>
        <w:t xml:space="preserve">[32:33] </w:t>
      </w:r>
      <w:r>
        <w:t>Abdulsalam sahib dohraein is ko.</w:t>
      </w:r>
    </w:p>
    <w:p>
      <w:pPr>
        <w:jc w:val="right"/>
      </w:pPr>
      <w:r>
        <w:t>عبدالسلام صاحب دہرائیں اس کو۔</w:t>
      </w:r>
    </w:p>
    <w:p>
      <w:r>
        <w:rPr>
          <w:b/>
        </w:rPr>
        <w:t xml:space="preserve">[32:36] </w:t>
      </w:r>
      <w:r>
        <w:t>English ka hai is mein ayatein hain un ka translation aata hai. Maulana bohat thrill ho raha hai is baat se ke Jibrael ne bhi wazeh taur par nahi bataya hoga bas itna kaha hoga ke Think think think socho socho socho koi na koi behtar rasta mil jayega.</w:t>
      </w:r>
    </w:p>
    <w:p>
      <w:pPr>
        <w:jc w:val="right"/>
      </w:pPr>
      <w:r>
        <w:t>انگلش کا ہے اس میں آیتیں ہیں ان کا ٹرانسلیشن آتا ہے۔ مولانا بہت تھرل ہو رہا ہے اس بات سے کہ جبرائیل نے بھی واضح طور پر نہیں بتایا ہوگا بس اتنا کہا ہوگا کہ Think think think سوچو سوچو سوچو کوئی نہ کوئی بہتر راستہ مل جائے گا۔</w:t>
      </w:r>
    </w:p>
    <w:p>
      <w:r>
        <w:rPr>
          <w:b/>
        </w:rPr>
        <w:t xml:space="preserve">[32:58] </w:t>
      </w:r>
      <w:r>
        <w:t>to yeh is tarah se yeh pehli martaba Maulana sunne ko mila.</w:t>
      </w:r>
    </w:p>
    <w:p>
      <w:pPr>
        <w:jc w:val="right"/>
      </w:pPr>
      <w:r>
        <w:t>تو یہ اس طرح سے یہ پہلی مرتبہ مولانا سننے کو ملا۔</w:t>
      </w:r>
    </w:p>
    <w:p>
      <w:r>
        <w:rPr>
          <w:b/>
        </w:rPr>
        <w:t xml:space="preserve">[33:07] </w:t>
      </w:r>
      <w:r>
        <w:t>nahi to kya nikla hoga nikla kya hoga? ke rasool Allah ne is ko ke arey bhai yeh bheed jo hai bheed kyun hai?</w:t>
      </w:r>
    </w:p>
    <w:p>
      <w:pPr>
        <w:jc w:val="right"/>
      </w:pPr>
      <w:r>
        <w:t>نہیں تو کیا نکلا ہوگا نکلا کیا ہوگا؟ کہ رسول اللہ نے اس کو کہ ارے بھئی یہ بھیڑ جو ہے بھیڑ کیوں ہے؟</w:t>
      </w:r>
    </w:p>
    <w:p>
      <w:r>
        <w:rPr>
          <w:b/>
        </w:rPr>
        <w:t xml:space="preserve">[33:18] </w:t>
      </w:r>
      <w:r>
        <w:t>ji yeh to audience hai. ji ji yeh bheed to audience hai yeh nikla Maulana aur yahi hikmat hai وَيُعَلِّمُهُمْ الْكِتَابَ وَالْحِكْمَةَ.</w:t>
      </w:r>
    </w:p>
    <w:p>
      <w:pPr>
        <w:jc w:val="right"/>
      </w:pPr>
      <w:r>
        <w:t>جی یہ تو آڈینس ہے۔ جی جی یہ بھیڑ تو آڈینس ہے یہ نکلا مولانا اور یہی حکمت ہے وَيُعَلِّمُهُمْ الْكِتَابَ وَالْحِكْمَةَ۔</w:t>
      </w:r>
    </w:p>
    <w:p>
      <w:r>
        <w:rPr>
          <w:b/>
        </w:rPr>
        <w:t xml:space="preserve">[33:28] </w:t>
      </w:r>
      <w:r>
        <w:t>to door choti ka rishta kehti hai khushi hui hogi. ji Mol</w:t>
      </w:r>
    </w:p>
    <w:p>
      <w:pPr>
        <w:jc w:val="right"/>
      </w:pPr>
      <w:r>
        <w:t>تو دور چوٹی کا رشتہ کہتی ہے خوشی ہوئی ہوگی۔ جی مول</w:t>
      </w:r>
    </w:p>
    <w:p>
      <w:r>
        <w:rPr>
          <w:b/>
        </w:rPr>
        <w:t xml:space="preserve">[33:34] </w:t>
      </w:r>
      <w:r>
        <w:t>ana. samajh mein aata tha to bheedien bheedien woh to audience thi.</w:t>
      </w:r>
    </w:p>
    <w:p>
      <w:pPr>
        <w:jc w:val="right"/>
      </w:pPr>
      <w:r>
        <w:t>انا۔ سمجھ میں آتا تھا تو بھیڑیں بھیڑیں وہ تو آڈینس تھی۔</w:t>
      </w:r>
    </w:p>
    <w:p>
      <w:r>
        <w:rPr>
          <w:b/>
        </w:rPr>
        <w:t xml:space="preserve">[33:41] </w:t>
      </w:r>
      <w:r>
        <w:t>nahi sir? ji maulana. pakra nahi aap ne? pakra maulana. rasool Allah ne soch soch kar yeh baat arz ki ke but ko chodo in ke zaireen ko pakro.</w:t>
      </w:r>
    </w:p>
    <w:p>
      <w:pPr>
        <w:jc w:val="right"/>
      </w:pPr>
      <w:r>
        <w:t>نہیں سر؟ جی مولانا۔ پکڑا نہیں آپ نے؟ پکڑا مولانا۔ رسول اللہ نے سوچ سوچ کر یہ بات عرض کی کہ بت کو چھوڑو ان کے زائرین کو پکڑو۔</w:t>
      </w:r>
    </w:p>
    <w:p>
      <w:r>
        <w:rPr>
          <w:b/>
        </w:rPr>
        <w:t xml:space="preserve">[33:57] </w:t>
      </w:r>
      <w:r>
        <w:t>hmm</w:t>
      </w:r>
    </w:p>
    <w:p>
      <w:pPr>
        <w:jc w:val="right"/>
      </w:pPr>
      <w:r>
        <w:t>ہمم</w:t>
      </w:r>
    </w:p>
    <w:p>
      <w:r>
        <w:rPr>
          <w:b/>
        </w:rPr>
        <w:t xml:space="preserve">[33:59] </w:t>
      </w:r>
      <w:r>
        <w:t>wo jo hadith mein aata hai ke kaan daaim ul fikra mutawalli ul azan daaim ul fikra koi is ko samjha nahi.</w:t>
      </w:r>
    </w:p>
    <w:p>
      <w:pPr>
        <w:jc w:val="right"/>
      </w:pPr>
      <w:r>
        <w:t>وہ جو حدیث میں آتا ہے کہ کان دائم الفکرہ متوالی الاذان دائم الفکرہ کوئی اس کو سمجھا نہیں۔</w:t>
      </w:r>
    </w:p>
    <w:p>
      <w:r>
        <w:rPr>
          <w:b/>
        </w:rPr>
        <w:t xml:space="preserve">[34:10] </w:t>
      </w:r>
      <w:r>
        <w:t>soch mein rehte the soch mein itni ke ghamzada rehte the. kya khayal hai aap ka? haan maulana aap hamesha soch mein rehte the.</w:t>
      </w:r>
    </w:p>
    <w:p>
      <w:pPr>
        <w:jc w:val="right"/>
      </w:pPr>
      <w:r>
        <w:t>سوچ میں رہتے تھے سوچ میں اتنی کہ غمزدہ رہتے تھے۔ کیا خیال ہے آپ کا؟ ہاں مولانا آپ ہمیشہ سوچ میں رہتے تھے۔</w:t>
      </w:r>
    </w:p>
    <w:p>
      <w:r>
        <w:rPr>
          <w:b/>
        </w:rPr>
        <w:t xml:space="preserve">[34:22] </w:t>
      </w:r>
      <w:r>
        <w:t>ghamzada nahi. ji ji.</w:t>
      </w:r>
    </w:p>
    <w:p>
      <w:pPr>
        <w:jc w:val="right"/>
      </w:pPr>
      <w:r>
        <w:t>غمزدہ نہیں۔ جی جی۔</w:t>
      </w:r>
    </w:p>
    <w:p>
      <w:r>
        <w:rPr>
          <w:b/>
        </w:rPr>
        <w:t xml:space="preserve">[34:27] </w:t>
      </w:r>
      <w:r>
        <w:t>mein to yahi sochte honge ke waise to but paraston ki bheed hai kya kya jaye ga? to aap ne suna ke saare arab is aaye hue log hamein ek audience de rahe hain.</w:t>
      </w:r>
    </w:p>
    <w:p>
      <w:pPr>
        <w:jc w:val="right"/>
      </w:pPr>
      <w:r>
        <w:t>میں تو یہی سوچتے ہوں گے کہ ویسے تو بت پرستوں کی بھیڑ ہے کیا کیا جائے گا؟ تو آپ نے سنا کہ سارے عرب اس آئے ہوئے لوگ ہمیں ایک آڈینس دے رہے ہیں۔</w:t>
      </w:r>
    </w:p>
    <w:p>
      <w:r>
        <w:rPr>
          <w:b/>
        </w:rPr>
        <w:t xml:space="preserve">[34:43] </w:t>
      </w:r>
      <w:r>
        <w:t>pakad le rahe hain aap log? ji ji maulana pakra maulana.</w:t>
      </w:r>
    </w:p>
    <w:p>
      <w:pPr>
        <w:jc w:val="right"/>
      </w:pPr>
      <w:r>
        <w:t>پکڑ لے رہے ہیں آپ لوگ؟ جی جی مولانا پکڑا مولانا۔</w:t>
      </w:r>
    </w:p>
    <w:p>
      <w:r>
        <w:rPr>
          <w:b/>
        </w:rPr>
        <w:t xml:space="preserve">[34:49] </w:t>
      </w:r>
      <w:r>
        <w:t>nahi achhe lafzon mein dohraiye.</w:t>
      </w:r>
    </w:p>
    <w:p>
      <w:pPr>
        <w:jc w:val="right"/>
      </w:pPr>
      <w:r>
        <w:t>نہیں اچھے لفظوں میں دہرائیے۔</w:t>
      </w:r>
    </w:p>
    <w:p>
      <w:r>
        <w:rPr>
          <w:b/>
        </w:rPr>
        <w:t xml:space="preserve">[34:57] </w:t>
      </w:r>
      <w:r>
        <w:t>koi koi achha alfaaz mein dohraaye. daaim ul fikra aur mutawassil ul azan ka matlab yeh nahi ke woh gham aur pareshan mein rehte the balke sochte rehte the inhi badi badi baaton ko le kar.</w:t>
      </w:r>
    </w:p>
    <w:p>
      <w:pPr>
        <w:jc w:val="right"/>
      </w:pPr>
      <w:r>
        <w:t>کوئی کوئی اچھا الفاظ میں دہرائے۔ دائم الفکرہ اور متواصل الاذان کا مطلب یہ نہیں کہ وہ غم اور پریشان میں رہتے تھے بلکہ سوچتے رہتے تھے انہی بڑی بڑی باتوں کو لے کر۔</w:t>
      </w:r>
    </w:p>
    <w:p>
      <w:r>
        <w:rPr>
          <w:b/>
        </w:rPr>
        <w:t xml:space="preserve">[35:14] </w:t>
      </w:r>
      <w:r>
        <w:t>maulana khushi se jhoom uthe honge paighambar is waqt. hain woh</w:t>
      </w:r>
    </w:p>
    <w:p>
      <w:pPr>
        <w:jc w:val="right"/>
      </w:pPr>
      <w:r>
        <w:t>مولانا خوشی سے جھوم اٹھے ہوں گے پیغمبر اس وقت۔ ہیں وہ</w:t>
      </w:r>
    </w:p>
    <w:p>
      <w:r>
        <w:rPr>
          <w:b/>
        </w:rPr>
        <w:t xml:space="preserve">[35:19] </w:t>
      </w:r>
      <w:r>
        <w:t>bol rahe hain ke shayad khushi se jhoom uthe honge is waqt paighambar sallallahu alaihi wasallam. haan audience ko dekh kar majme ko dekh kar.</w:t>
      </w:r>
    </w:p>
    <w:p>
      <w:pPr>
        <w:jc w:val="right"/>
      </w:pPr>
      <w:r>
        <w:t>بول رہے ہیں کہ شاید خوشی سے جھوم اٹھے ہوں گے اس وقت پیغمبر صلی اللہ علیہ وسلم۔ ہاں آڈینس کو دیکھ کر مجمعے کو دیکھ کر۔</w:t>
      </w:r>
    </w:p>
    <w:p>
      <w:r>
        <w:rPr>
          <w:b/>
        </w:rPr>
        <w:t xml:space="preserve">[35:25] </w:t>
      </w:r>
      <w:r>
        <w:t>jab unhon ne kaha hoga ke rasool Allah bithao to achaanak sab nahi hoga hoga time laga hoga kuch rasool Allah ne socha hoga hain to sochte sochte un ki samajh mein aaya hoga ke are bahut lafz kya hai mita do mitane se kya ho jayega?</w:t>
      </w:r>
    </w:p>
    <w:p>
      <w:pPr>
        <w:jc w:val="right"/>
      </w:pPr>
      <w:r>
        <w:t>جب انہوں نے کہا ہوگا کہ رسول اللہ بٹھاؤ تو اچانک سب نہیں ہوگا ہوگا ٹائم لگا ہوگا کچھ رسول اللہ نے سوچا ہوگا ہیں تو سوچتے سوچتے ان کی سمجھ میں آیا ہوگا کہ ارے بہت لفظ کیا ہے مٹا دو مٹانے سے کیا ہو جائے گا؟</w:t>
      </w:r>
    </w:p>
    <w:p>
      <w:r>
        <w:rPr>
          <w:b/>
        </w:rPr>
        <w:t xml:space="preserve">[35:49] </w:t>
      </w:r>
      <w:r>
        <w:t>lekin mitane se un ki aqal khatm ho jayegi in ki aqal khatm ho jayegi hamare rasta khul jayega. to aap ki nazar is par nahi gayi ke rasool Allah ko bithaa rahe hain yeh is par gayi ke ek lafz mitane se un ki aqal khatm ho rahi hai.</w:t>
      </w:r>
    </w:p>
    <w:p>
      <w:pPr>
        <w:jc w:val="right"/>
      </w:pPr>
      <w:r>
        <w:t>لیکن مٹانے سے ان کی عقل ختم ہو جائے گی ان کی عقل ختم ہو جائے گی ہمارے رستہ کھل جائے گا۔ تو آپ کی نظر اس پر نہیں گئی کہ رسول اللہ کو بٹھا رہے ہیں یہ اس پر گئی کہ ایک لفظ مٹانے سے ان کی عقل ختم ہو رہی ہے۔</w:t>
      </w:r>
    </w:p>
    <w:p>
      <w:r>
        <w:rPr>
          <w:b/>
        </w:rPr>
        <w:t xml:space="preserve">[36:07] </w:t>
      </w:r>
      <w:r>
        <w:t>d</w:t>
      </w:r>
    </w:p>
    <w:p>
      <w:pPr>
        <w:jc w:val="right"/>
      </w:pPr>
      <w:r>
        <w:t>د</w:t>
      </w:r>
    </w:p>
    <w:p>
      <w:r>
        <w:rPr>
          <w:b/>
        </w:rPr>
        <w:t xml:space="preserve">[36:08] </w:t>
      </w:r>
      <w:r>
        <w:t>haraiye. Ji Maulana yani jab Muhammad Rasool Allah jab likha ja raha tha to us ko mitane ke</w:t>
      </w:r>
    </w:p>
    <w:p>
      <w:pPr>
        <w:jc w:val="right"/>
      </w:pPr>
      <w:r>
        <w:t>ہرائیے۔ جی مولانا یعنی جب محمد رسول اللہ جب لکھا جا رہا تھا تو اس کو مٹانے کے</w:t>
      </w:r>
    </w:p>
    <w:p>
      <w:r>
        <w:rPr>
          <w:b/>
        </w:rPr>
        <w:t xml:space="preserve">[36:13] </w:t>
      </w:r>
      <w:r>
        <w:t>silsile mein Sahaba ko yeh baat samajh mein nahi aa rahi thi magar Rasool Allah is moamle ke</w:t>
      </w:r>
    </w:p>
    <w:p>
      <w:pPr>
        <w:jc w:val="right"/>
      </w:pPr>
      <w:r>
        <w:t>سلسلے میں صحابہ کو یہ بات سمجھ میں نہیں آ رہی تھی مگر رسول اللہ اس معاملے کے</w:t>
      </w:r>
    </w:p>
    <w:p>
      <w:r>
        <w:rPr>
          <w:b/>
        </w:rPr>
        <w:t xml:space="preserve">[36:19] </w:t>
      </w:r>
      <w:r>
        <w:t>liye aage badhne ke liye yani</w:t>
      </w:r>
    </w:p>
    <w:p>
      <w:pPr>
        <w:jc w:val="right"/>
      </w:pPr>
      <w:r>
        <w:t>لیے آگے بڑھنے کے لیے یعنی</w:t>
      </w:r>
    </w:p>
    <w:p>
      <w:r>
        <w:rPr>
          <w:b/>
        </w:rPr>
        <w:t xml:space="preserve">[36:24] </w:t>
      </w:r>
      <w:r>
        <w:t>chhalang laga kar bhi aage badhne ke position mein the ke Rasool Allah ko mitaya ja raha hai</w:t>
      </w:r>
    </w:p>
    <w:p>
      <w:pPr>
        <w:jc w:val="right"/>
      </w:pPr>
      <w:r>
        <w:t>چھلانگ لگا کر بھی آگے بڑھنے کے پوزیشن میں تھے کہ رسول اللہ کو مٹایا جا رہا ہے</w:t>
      </w:r>
    </w:p>
    <w:p>
      <w:r>
        <w:rPr>
          <w:b/>
        </w:rPr>
        <w:t xml:space="preserve">[36:28] </w:t>
      </w:r>
      <w:r>
        <w:t>yeh nahi dekha unhon ne is ke peeche jo mawaqe ke darwaze khul rahe hain khulne wale hain</w:t>
      </w:r>
    </w:p>
    <w:p>
      <w:pPr>
        <w:jc w:val="right"/>
      </w:pPr>
      <w:r>
        <w:t>یہ نہیں دیکھا انہوں نے اس کے پیچھے جو مواقع کے دروازے کھل رہے ہیں کھلنے والے ہیں</w:t>
      </w:r>
    </w:p>
    <w:p>
      <w:r>
        <w:rPr>
          <w:b/>
        </w:rPr>
        <w:t xml:space="preserve">[36:34] </w:t>
      </w:r>
      <w:r>
        <w:t>in mawaqe ke in mawaqe ke toofan ko Paighambar ne dekha.</w:t>
      </w:r>
    </w:p>
    <w:p>
      <w:pPr>
        <w:jc w:val="right"/>
      </w:pPr>
      <w:r>
        <w:t>ان مواقع کے ان مواقع کے طوفان کو پیغمبر نے دیکھا۔</w:t>
      </w:r>
    </w:p>
    <w:p>
      <w:r>
        <w:rPr>
          <w:b/>
        </w:rPr>
        <w:t xml:space="preserve">[36:40] </w:t>
      </w:r>
      <w:r>
        <w:t>ab zara ek dafa. maulana woh yeh keh rahe hain ke naam mitane ko jo kaha to us waqt jo problem tha us ko paighambar ne nahi dekha balke us wahan par jo mawaqe jo paida ho rahe the us ko dekha rasool Allah ne.</w:t>
      </w:r>
    </w:p>
    <w:p>
      <w:pPr>
        <w:jc w:val="right"/>
      </w:pPr>
      <w:r>
        <w:t>اب ذرا ایک دفعہ۔ مولانا وہ یہ کہہ رہے ہیں کہ نام مٹانے کو جو کہا تو اس وقت جو پرابلم تھا اس کو پیغمبر نے نہیں دیکھا بلکہ اس وہاں پر جو مواقع جو پیدا ہو رہے تھے اس کو دیکھا رسول اللہ نے۔</w:t>
      </w:r>
    </w:p>
    <w:p>
      <w:r>
        <w:rPr>
          <w:b/>
        </w:rPr>
        <w:t xml:space="preserve">[36:57] </w:t>
      </w:r>
      <w:r>
        <w:t>nahi aqal ki wajah se ji saare masail ki jar aqal thi chunchke agar aap mita dein to aqal khatm ho jati hai to phir saare saare sab khul jayega sab.</w:t>
      </w:r>
    </w:p>
    <w:p>
      <w:pPr>
        <w:jc w:val="right"/>
      </w:pPr>
      <w:r>
        <w:t>نہیں عقل کی وجہ سے جی سارے مسائل کی جڑ عقل تھی چونکہ اگر آپ مٹا دیں تو عقل ختم ہو جاتی ہے تو پھر سارے سارے سب کھل جائے گا سب۔</w:t>
      </w:r>
    </w:p>
    <w:p>
      <w:r>
        <w:rPr>
          <w:b/>
        </w:rPr>
        <w:t xml:space="preserve">[37:17] </w:t>
      </w:r>
      <w:r>
        <w:t>bilkul sahi baat hai maulana ke agar hum mita dein to us waqt jo us ki aqal hai us ka jawaz khatm ho jata hai to saare darwaze hamare liye khul jayenge.</w:t>
      </w:r>
    </w:p>
    <w:p>
      <w:pPr>
        <w:jc w:val="right"/>
      </w:pPr>
      <w:r>
        <w:t>بالکل صحیح بات ہے مولانا کہ اگر ہم مٹا دیں تو اس وقت جو اس کی عقل ہے اس کا جواز ختم ہو جاتا ہے تو سارے دروازے ہمارے لیے کھل جائیں گے۔</w:t>
      </w:r>
    </w:p>
    <w:p>
      <w:r>
        <w:rPr>
          <w:b/>
        </w:rPr>
        <w:t xml:space="preserve">[37:28] </w:t>
      </w:r>
      <w:r>
        <w:t>phir rasool Allah ko yeh masla tha ke bas kaan mutawalli ul azan daaim ul fikra bas magmoom baithe rehte the yeh matlab nahi hai sochte rehte the.</w:t>
      </w:r>
    </w:p>
    <w:p>
      <w:pPr>
        <w:jc w:val="right"/>
      </w:pPr>
      <w:r>
        <w:t>پھر رسول اللہ کو یہ مسئلہ تھا کہ بس کان متوالی الاذان دائم الفکرہ بس مغموم بیٹھے رہتے تھے یہ مطلب نہیں ہے سوچتے رہتے تھے۔</w:t>
      </w:r>
    </w:p>
    <w:p>
      <w:r>
        <w:rPr>
          <w:b/>
        </w:rPr>
        <w:t xml:space="preserve">[37:44] </w:t>
      </w:r>
      <w:r>
        <w:t>yeh sab is tarah ke sota thappad hai aap logon ne. nahi maulana.</w:t>
      </w:r>
    </w:p>
    <w:p>
      <w:pPr>
        <w:jc w:val="right"/>
      </w:pPr>
      <w:r>
        <w:t>یہ سب اس طرح کے سوتا تھپڑ ہے آپ لوگوں نے۔ نہیں مولانا۔</w:t>
      </w:r>
    </w:p>
    <w:p>
      <w:r>
        <w:rPr>
          <w:b/>
        </w:rPr>
        <w:t xml:space="preserve">[37:52] </w:t>
      </w:r>
      <w:r>
        <w:t>chair sahib maulana iqbal sahib yeh hadith jo aata hai us ko dekhein aap aap log kya samajhte the pehle kaan mutawalli ul azan daaim ul fikra.</w:t>
      </w:r>
    </w:p>
    <w:p>
      <w:pPr>
        <w:jc w:val="right"/>
      </w:pPr>
      <w:r>
        <w:t>چیئر صاحب مولانا اقبال صاحب یہ حدیث جو آتا ہے اس کو دیکھیں آپ آپ لوگ کیا سمجھتے تھے پہلے کان متوالی الاذان دائم الفکرہ۔</w:t>
      </w:r>
    </w:p>
    <w:p>
      <w:r>
        <w:rPr>
          <w:b/>
        </w:rPr>
        <w:t xml:space="preserve">[38:03] </w:t>
      </w:r>
      <w:r>
        <w:t>maulana yeh hazan ki jahan bhi baat aati thi to wahi baat badi hai yaani hazan mein aise hi baith jana baghair soche ke yeh badi baat hai samajhte the maulana ab maloom hua ke soch mein doobe hue rehte the taake behtar way nikaley.</w:t>
      </w:r>
    </w:p>
    <w:p>
      <w:pPr>
        <w:jc w:val="right"/>
      </w:pPr>
      <w:r>
        <w:t>مولانا یہ حزن کی جہاں بھی بات آتی تھی تو وہی بات بڑی ہے یعنی حزن میں ایسے ہی بیٹھ جانا بغیر سوچے کے یہ بڑی بات ہے سمجھتے تھے مولانا اب معلوم ہوا کہ سوچ میں ڈوبے ہوئے رہتے تھے تاکہ بہتر وے نکلے۔</w:t>
      </w:r>
    </w:p>
    <w:p>
      <w:r>
        <w:rPr>
          <w:b/>
        </w:rPr>
        <w:t xml:space="preserve">[38:19] </w:t>
      </w:r>
      <w:r>
        <w:t>haan haan haan think think there must be a better way us ko likh li jiye aap log.</w:t>
      </w:r>
    </w:p>
    <w:p>
      <w:pPr>
        <w:jc w:val="right"/>
      </w:pPr>
      <w:r>
        <w:t>ہاں ہاں ہاں Think think there must be a better way اس کو لکھ لیجیے آپ لوگ۔</w:t>
      </w:r>
    </w:p>
    <w:p>
      <w:r>
        <w:rPr>
          <w:b/>
        </w:rPr>
        <w:t xml:space="preserve">[38:28] </w:t>
      </w:r>
      <w:r>
        <w:t>think think think there must be a better way ke yeh jo rukawat daal rahe hain yeh to socho socho ek achha rasta nikal aayega.</w:t>
      </w:r>
    </w:p>
    <w:p>
      <w:pPr>
        <w:jc w:val="right"/>
      </w:pPr>
      <w:r>
        <w:t>Think think think there must be a better way کہ یہ جو رکاوٹ ڈال رہے ہیں یہ تو سوچو سوچو ایک اچھا راستہ نکل آئے گا۔</w:t>
      </w:r>
    </w:p>
    <w:p>
      <w:r>
        <w:rPr>
          <w:b/>
        </w:rPr>
        <w:t xml:space="preserve">[38:42] </w:t>
      </w:r>
      <w:r>
        <w:t>maulana aaj bhi wahi sunnat ki zaroorat hai maulana har jagah aqal aqal ke masail hain to musalman agar ummat e muslema ko yeh sunnat e rasool par amal karna aa jayega to saare masail hal</w:t>
      </w:r>
    </w:p>
    <w:p>
      <w:pPr>
        <w:jc w:val="right"/>
      </w:pPr>
      <w:r>
        <w:t>مولانا آج بھی وہی سنت کی ضرورت ہے مولانا ہر جگہ عقل عقل کے مسائل ہیں تو مسلمان اگر امت مسلمہ کو یہ سنت رسول پر عمل کرنا آ جائے گا تو سارے مسائل حل</w:t>
      </w:r>
    </w:p>
    <w:p>
      <w:r>
        <w:rPr>
          <w:b/>
        </w:rPr>
        <w:t xml:space="preserve">[38:57] </w:t>
      </w:r>
      <w:r>
        <w:t>ho jayenge Maulana. jaise Babri Masjid par unhon ne Babri action committee banai Babri action committee socha kis ne kisi ne parha aap ne kisi ke bare mein ke Hazrat soch mein parh gaye koi Hazrat soch mein nahi parha ji ghusse mein parha ji kya khayal hai aap ka?</w:t>
      </w:r>
    </w:p>
    <w:p>
      <w:pPr>
        <w:jc w:val="right"/>
      </w:pPr>
      <w:r>
        <w:t>ہو جائیں گے مولانا۔ جیسے بابری مسجد پر انہوں نے بابری ایکشن کمیٹی بنائی بابری ایکشن کمیٹی سوچا کس نے کسی نے پڑھا آپ نے کسی کے بارے میں کہ حضرت سوچ میں پڑھ گئے کوئی حضرت سوچ میں نہیں پڑھا جی غصے میں پڑھا جی کیا خیال ہے آپ کا؟</w:t>
      </w:r>
    </w:p>
    <w:p>
      <w:r>
        <w:rPr>
          <w:b/>
        </w:rPr>
        <w:t xml:space="preserve">[39:20] </w:t>
      </w:r>
      <w:r>
        <w:t>saheeh baat hai Maulana har Hazrat ghusse mein bolne lage soch mein kuch kehne soche hi nahi.</w:t>
      </w:r>
    </w:p>
    <w:p>
      <w:pPr>
        <w:jc w:val="right"/>
      </w:pPr>
      <w:r>
        <w:t>صحیح بات ہے مولانا ہر حضرت غصے میں بولنے لگے سوچ میں کچھ کہنے سوچے ہی نہیں۔</w:t>
      </w:r>
    </w:p>
    <w:p>
      <w:r>
        <w:rPr>
          <w:b/>
        </w:rPr>
        <w:t xml:space="preserve">[39:31] </w:t>
      </w:r>
      <w:r>
        <w:t>Think think there must be a better way chalo sochte hain sochte hain koi rasta nikal aayega yeh kis kis kis aalim ne buzurg ne kaha mujhe bataiye.</w:t>
      </w:r>
    </w:p>
    <w:p>
      <w:pPr>
        <w:jc w:val="right"/>
      </w:pPr>
      <w:r>
        <w:t>Think think there must be a better way چلو سوچتے ہیں سوچتے ہیں کوئی راستہ نکل آئے گا یہ کس کس کس عالم نے بزرگ نے کہا مجھے بتائیے۔</w:t>
      </w:r>
    </w:p>
    <w:p>
      <w:r>
        <w:rPr>
          <w:b/>
        </w:rPr>
        <w:t xml:space="preserve">[39:49] </w:t>
      </w:r>
      <w:r>
        <w:t>main batata hoon ke yahi kaha hoga Jibrael ne arey bhai socho</w:t>
      </w:r>
    </w:p>
    <w:p>
      <w:pPr>
        <w:jc w:val="right"/>
      </w:pPr>
      <w:r>
        <w:t>میں بتاتا ہوں کہ یہی کہا ہوگا جبرائیل نے ارے بھئی سوچو</w:t>
      </w:r>
    </w:p>
    <w:p>
      <w:r>
        <w:rPr>
          <w:b/>
        </w:rPr>
        <w:t xml:space="preserve">[40:00] </w:t>
      </w:r>
      <w:r>
        <w:t>agar sari jo baat Jibrael kar rahe the Rasool Allah jab muskara diya apna.</w:t>
      </w:r>
    </w:p>
    <w:p>
      <w:pPr>
        <w:jc w:val="right"/>
      </w:pPr>
      <w:r>
        <w:t>اگر ساری جو بات جبرائیل کر رہے تھے رسول اللہ جب مسکرا دیا اپنا۔</w:t>
      </w:r>
    </w:p>
    <w:p>
      <w:r>
        <w:rPr>
          <w:b/>
        </w:rPr>
        <w:t xml:space="preserve">[40:06] </w:t>
      </w:r>
      <w:r>
        <w:t>Maulana aisa samajh mein aata hai mutawalli al-azan jo baat kahi gayi hai woh Rasool Allah ki nisbat se nahi halaat ki nisbat se kahi gayi hai daaim al-fikra jo hai Rasool Allah soch kar jo policy apnate the us ko</w:t>
      </w:r>
    </w:p>
    <w:p>
      <w:pPr>
        <w:jc w:val="right"/>
      </w:pPr>
      <w:r>
        <w:t>مولانا ایسا سمجھ میں آتا ہے متوالی الاذان جو بات کہی گئی ہے وہ رسول اللہ کی نسبت سے نہیں حالات کی نسبت سے کہی گئی ہے دائم الفکرہ جو ہے رسول اللہ سوچ کر جو پالیسی اپناتے تھے اس کو</w:t>
      </w:r>
    </w:p>
    <w:p>
      <w:r>
        <w:rPr>
          <w:b/>
        </w:rPr>
        <w:t xml:space="preserve">[40:20] </w:t>
      </w:r>
      <w:r>
        <w:t>bataya gaya hai. bohat zabardast baat kahi hai unhon ne ke yeh yeh problem hai kaise rasta nikalein rasta nikalne ke liye fikarmand hona management ki soch thi woh ji ji</w:t>
      </w:r>
    </w:p>
    <w:p>
      <w:pPr>
        <w:jc w:val="right"/>
      </w:pPr>
      <w:r>
        <w:t>بتایا گیا ہے۔ بہت زبردست بات کہی ہے انہوں نے کہ یہ یہ پرابلم ہے کیسے راستہ نکالیں راستہ نکالنے کے لیے فکر مند ہونا مینجمنٹ کی سوچ تھی وہ جی جی</w:t>
      </w:r>
    </w:p>
    <w:p>
      <w:r>
        <w:rPr>
          <w:b/>
        </w:rPr>
        <w:t xml:space="preserve">[40:43] </w:t>
      </w:r>
      <w:r>
        <w:t>How to manage this problem yeh tha Mr Doctor sahib bataiye aap aap bataiye ab kya</w:t>
      </w:r>
    </w:p>
    <w:p>
      <w:pPr>
        <w:jc w:val="right"/>
      </w:pPr>
      <w:r>
        <w:t>How to manage this problem یہ تھا مسٹر ڈاکٹر صاحب بتائیے آپ آپ بتائیں اب کیا</w:t>
      </w:r>
    </w:p>
    <w:p>
      <w:r>
        <w:rPr>
          <w:b/>
        </w:rPr>
        <w:t xml:space="preserve">[40:52] </w:t>
      </w:r>
      <w:r>
        <w:t>pakra hai? Maulana</w:t>
      </w:r>
    </w:p>
    <w:p>
      <w:pPr>
        <w:jc w:val="right"/>
      </w:pPr>
      <w:r>
        <w:t>پکڑا ہے؟ مولانا</w:t>
      </w:r>
    </w:p>
    <w:p>
      <w:r>
        <w:rPr>
          <w:b/>
        </w:rPr>
        <w:t xml:space="preserve">[40:56] </w:t>
      </w:r>
      <w:r>
        <w:t>bohat bari baat samajh mein aayi abhi tak to yeh tha ke problem ko opportunity mein convert karo</w:t>
      </w:r>
    </w:p>
    <w:p>
      <w:pPr>
        <w:jc w:val="right"/>
      </w:pPr>
      <w:r>
        <w:t>بہت بڑی بات سمجھ میں آئی ابھی تک تو یہ تھا کہ پرابلم کو اپرچونیٹی میں کنورٹ کرو</w:t>
      </w:r>
    </w:p>
    <w:p>
      <w:r>
        <w:rPr>
          <w:b/>
        </w:rPr>
        <w:t xml:space="preserve">[41:03] </w:t>
      </w:r>
      <w:r>
        <w:t>بٹ اس کی the wisdom behind it I understood today First of all</w:t>
      </w:r>
    </w:p>
    <w:p>
      <w:pPr>
        <w:jc w:val="right"/>
      </w:pPr>
      <w:r>
        <w:t>بٹ اس کی The wisdom behind it I understood today First of all</w:t>
      </w:r>
    </w:p>
    <w:p>
      <w:r>
        <w:rPr>
          <w:b/>
        </w:rPr>
        <w:t xml:space="preserve">[41:10] </w:t>
      </w:r>
      <w:r>
        <w:t>the method of man is that of takrao and violence and making more problems but the method of</w:t>
      </w:r>
    </w:p>
    <w:p>
      <w:pPr>
        <w:jc w:val="right"/>
      </w:pPr>
      <w:r>
        <w:t>the method of man is that of ٹکراؤ and violence and making more problems but the method of</w:t>
      </w:r>
    </w:p>
    <w:p>
      <w:r>
        <w:rPr>
          <w:b/>
        </w:rPr>
        <w:t xml:space="preserve">[41:20] </w:t>
      </w:r>
      <w:r>
        <w:t>God is to manage peacefully so if we want God's company then we have to learn to manage</w:t>
      </w:r>
    </w:p>
    <w:p>
      <w:pPr>
        <w:jc w:val="right"/>
      </w:pPr>
      <w:r>
        <w:t>God is to manage peacefully so if we want God's company then we have to learn to manage</w:t>
      </w:r>
    </w:p>
    <w:p>
      <w:r>
        <w:rPr>
          <w:b/>
        </w:rPr>
        <w:t xml:space="preserve">[41:29] </w:t>
      </w:r>
      <w:r>
        <w:t>if we react we confront then we live at the level of man or animal level of man</w:t>
      </w:r>
    </w:p>
    <w:p>
      <w:pPr>
        <w:jc w:val="right"/>
      </w:pPr>
      <w:r>
        <w:t>if we react we confront then we live at the level of man or animal level of man</w:t>
      </w:r>
    </w:p>
    <w:p>
      <w:r>
        <w:rPr>
          <w:b/>
        </w:rPr>
        <w:t xml:space="preserve">[41:37] </w:t>
      </w:r>
      <w:r>
        <w:t>and this is one thing I learned and secondly when</w:t>
      </w:r>
    </w:p>
    <w:p>
      <w:pPr>
        <w:jc w:val="right"/>
      </w:pPr>
      <w:r>
        <w:t>and this is one thing I learned and secondly when</w:t>
      </w:r>
    </w:p>
    <w:p>
      <w:r>
        <w:rPr>
          <w:b/>
        </w:rPr>
        <w:t xml:space="preserve">[41:42] </w:t>
      </w:r>
      <w:r>
        <w:t>there are problems we have to think how we can manage those problems in a peaceful way</w:t>
      </w:r>
    </w:p>
    <w:p>
      <w:pPr>
        <w:jc w:val="right"/>
      </w:pPr>
      <w:r>
        <w:t>there are problems we have to think how we can manage those problems in a peaceful way</w:t>
      </w:r>
    </w:p>
    <w:p>
      <w:r>
        <w:rPr>
          <w:b/>
        </w:rPr>
        <w:t xml:space="preserve">[41:51] </w:t>
      </w:r>
      <w:r>
        <w:t>that will help us to find a solution to that problem and then we get a reward for</w:t>
      </w:r>
    </w:p>
    <w:p>
      <w:pPr>
        <w:jc w:val="right"/>
      </w:pPr>
      <w:r>
        <w:t>that will help us to find a solution to that problem and then we get a reward for</w:t>
      </w:r>
    </w:p>
    <w:p>
      <w:r>
        <w:rPr>
          <w:b/>
        </w:rPr>
        <w:t xml:space="preserve">[41:59] </w:t>
      </w:r>
      <w:r>
        <w:t>that also and if we just confront with the problems we will end up failing our test every</w:t>
      </w:r>
    </w:p>
    <w:p>
      <w:pPr>
        <w:jc w:val="right"/>
      </w:pPr>
      <w:r>
        <w:t>that also and if we just confront with the problems we will end up failing our test every</w:t>
      </w:r>
    </w:p>
    <w:p>
      <w:r>
        <w:rPr>
          <w:b/>
        </w:rPr>
        <w:t xml:space="preserve">[42:06] </w:t>
      </w:r>
      <w:r>
        <w:t>time.</w:t>
      </w:r>
    </w:p>
    <w:p>
      <w:pPr>
        <w:jc w:val="right"/>
      </w:pPr>
      <w:r>
        <w:t>time۔</w:t>
      </w:r>
    </w:p>
    <w:p>
      <w:r>
        <w:rPr>
          <w:b/>
        </w:rPr>
        <w:t xml:space="preserve">[42:15] </w:t>
      </w:r>
      <w:r>
        <w:t>jo aap ne kaha Think think think there must be a better way.</w:t>
      </w:r>
    </w:p>
    <w:p>
      <w:pPr>
        <w:jc w:val="right"/>
      </w:pPr>
      <w:r>
        <w:t>جو آپ نے کہا Think think think there must be a better way۔</w:t>
      </w:r>
    </w:p>
    <w:p>
      <w:r>
        <w:rPr>
          <w:b/>
        </w:rPr>
        <w:t xml:space="preserve">[42:24] </w:t>
      </w:r>
      <w:r>
        <w:t>mere bhaiyon giraft nahin.</w:t>
      </w:r>
    </w:p>
    <w:p>
      <w:pPr>
        <w:jc w:val="right"/>
      </w:pPr>
      <w:r>
        <w:t>میرے بھائیوں گرفت نہیں۔</w:t>
      </w:r>
    </w:p>
    <w:p>
      <w:r>
        <w:rPr>
          <w:b/>
        </w:rPr>
        <w:t xml:space="preserve">[42:26] </w:t>
      </w:r>
      <w:r>
        <w:t>bilal bhi hain molana</w:t>
      </w:r>
    </w:p>
    <w:p>
      <w:pPr>
        <w:jc w:val="right"/>
      </w:pPr>
      <w:r>
        <w:t>بلال بھی ہیں مولانا</w:t>
      </w:r>
    </w:p>
    <w:p>
      <w:r>
        <w:rPr>
          <w:b/>
        </w:rPr>
        <w:t xml:space="preserve">[42:28] </w:t>
      </w:r>
      <w:r>
        <w:t>bilal bilal. molana aaj aap ne jahan se start kiya tha baat hain aaj aap ne jahan se</w:t>
      </w:r>
    </w:p>
    <w:p>
      <w:pPr>
        <w:jc w:val="right"/>
      </w:pPr>
      <w:r>
        <w:t>بلال بلال۔ مولانا آج آپ نے جہاں سے سٹارٹ کیا تھا بات ہیں آج آپ نے جہاں سے</w:t>
      </w:r>
    </w:p>
    <w:p>
      <w:r>
        <w:rPr>
          <w:b/>
        </w:rPr>
        <w:t xml:space="preserve">[42:36] </w:t>
      </w:r>
      <w:r>
        <w:t>baat shuru ki thi haan ke insaan phansa rehta hai is liye woh sad rehta hai to molana</w:t>
      </w:r>
    </w:p>
    <w:p>
      <w:pPr>
        <w:jc w:val="right"/>
      </w:pPr>
      <w:r>
        <w:t>بات شروع کی تھی ہاں کہ انسان پھنسا رہتا ہے اس لیے وہ سیڈ رہتا ہے تو مولانا</w:t>
      </w:r>
    </w:p>
    <w:p>
      <w:r>
        <w:rPr>
          <w:b/>
        </w:rPr>
        <w:t xml:space="preserve">[42:43] </w:t>
      </w:r>
      <w:r>
        <w:t>wahan se main soch raha tha personally to mujhe yeh baat samajh mein aayi ke insaan ko har</w:t>
      </w:r>
    </w:p>
    <w:p>
      <w:pPr>
        <w:jc w:val="right"/>
      </w:pPr>
      <w:r>
        <w:t>وہاں سے میں سوچ رہا تھا پرسنلی تو مجھے یہ بات سمجھ میں آئی کہ انسان کو ہر</w:t>
      </w:r>
    </w:p>
    <w:p>
      <w:r>
        <w:rPr>
          <w:b/>
        </w:rPr>
        <w:t xml:space="preserve">[42:50] </w:t>
      </w:r>
      <w:r>
        <w:t>waqt koi na koi issue rahega hi aur jab woh ek problem ko hal kar lega</w:t>
      </w:r>
    </w:p>
    <w:p>
      <w:pPr>
        <w:jc w:val="right"/>
      </w:pPr>
      <w:r>
        <w:t>وقت کوئی نہ کوئی ایشو رہے گا ہی اور جب وہ ایک پرابلم کو حل کر لے گا</w:t>
      </w:r>
    </w:p>
    <w:p>
      <w:r>
        <w:rPr>
          <w:b/>
        </w:rPr>
        <w:t xml:space="preserve">[42:55] </w:t>
      </w:r>
      <w:r>
        <w:t>to us ke sath mein phir doosre issues aa jayenge hmm to in hum ko yeh nahin</w:t>
      </w:r>
    </w:p>
    <w:p>
      <w:pPr>
        <w:jc w:val="right"/>
      </w:pPr>
      <w:r>
        <w:t>تو اس کے ساتھ میں پھر دوسرے ایشوز آ جائیں گے ہمم تو ان ہم کو یہ نہیں</w:t>
      </w:r>
    </w:p>
    <w:p>
      <w:r>
        <w:rPr>
          <w:b/>
        </w:rPr>
        <w:t xml:space="preserve">[42:59] </w:t>
      </w:r>
      <w:r>
        <w:t>koshish karni hai ke hum is problem ko solve kar len hum ko sirf is ko manage karte</w:t>
      </w:r>
    </w:p>
    <w:p>
      <w:pPr>
        <w:jc w:val="right"/>
      </w:pPr>
      <w:r>
        <w:t>کوشش کرنی ہے کہ ہم اس پرابلم کو سالو کر لیں ہم کو صرف اس کو مینج کرتے</w:t>
      </w:r>
    </w:p>
    <w:p>
      <w:r>
        <w:rPr>
          <w:b/>
        </w:rPr>
        <w:t xml:space="preserve">[43:04] </w:t>
      </w:r>
      <w:r>
        <w:t>hue apna focus baqi rakhna hai daao work pe This should be our prime concern and</w:t>
      </w:r>
    </w:p>
    <w:p>
      <w:pPr>
        <w:jc w:val="right"/>
      </w:pPr>
      <w:r>
        <w:t>ہوئے اپنا فوکس باقی رکھنا ہے داؤ ورک پہ This should be our prime concern and</w:t>
      </w:r>
    </w:p>
    <w:p>
      <w:r>
        <w:rPr>
          <w:b/>
        </w:rPr>
        <w:t xml:space="preserve">[43:10] </w:t>
      </w:r>
      <w:r>
        <w:t>living in God.</w:t>
      </w:r>
    </w:p>
    <w:p>
      <w:pPr>
        <w:jc w:val="right"/>
      </w:pPr>
      <w:r>
        <w:t>living in God۔</w:t>
      </w:r>
    </w:p>
    <w:p>
      <w:r>
        <w:rPr>
          <w:b/>
        </w:rPr>
        <w:t xml:space="preserve">[43:11] </w:t>
      </w:r>
      <w:r>
        <w:t>bohat sahi baat hai to agar hum is ko pakde rahein to baqi sab cheezon ko hum manage karte hue sirf hum ko apna waqt guzar dena hai aur bohat sahi hai to It will not affect us in in that huge way.</w:t>
      </w:r>
    </w:p>
    <w:p>
      <w:pPr>
        <w:jc w:val="right"/>
      </w:pPr>
      <w:r>
        <w:t>بہت صحیح بات ہے تو اگر ہم اس کو پکڑے رہیں تو باقی سب چیزوں کو ہم مینج کرتے ہوئے صرف ہم کو اپنا وقت گزار دینا ہے اور بہت صحیح ہے تو It will not affect us in in that huge way۔</w:t>
      </w:r>
    </w:p>
    <w:p>
      <w:r>
        <w:rPr>
          <w:b/>
        </w:rPr>
        <w:t xml:space="preserve">[43:25] </w:t>
      </w:r>
      <w:r>
        <w:t>saya hoga is ke liye dekhiye main aap ko ek qissa batata hoon qissa.</w:t>
      </w:r>
    </w:p>
    <w:p>
      <w:pPr>
        <w:jc w:val="right"/>
      </w:pPr>
      <w:r>
        <w:t>سایہ ہوگا اس کے لیے دیکھیں میں آپ کو ایک قصہ بتاتا ہوں قصہ۔</w:t>
      </w:r>
    </w:p>
    <w:p>
      <w:r>
        <w:rPr>
          <w:b/>
        </w:rPr>
        <w:t xml:space="preserve">[43:36] </w:t>
      </w:r>
      <w:r>
        <w:t>har cheez se main seekhta hoon chahe ghar ka waqia ho gaya ho ghar ke bahar ka hain ji ji</w:t>
      </w:r>
    </w:p>
    <w:p>
      <w:pPr>
        <w:jc w:val="right"/>
      </w:pPr>
      <w:r>
        <w:t>ہر چیز سے میں سیکھتا ہوں چاہے گھر کا واقعہ ہو گیا ہو گھر کے باہر کا ہیں جی جی</w:t>
      </w:r>
    </w:p>
    <w:p>
      <w:r>
        <w:rPr>
          <w:b/>
        </w:rPr>
        <w:t xml:space="preserve">[43:48] </w:t>
      </w:r>
      <w:r>
        <w:t>dekhiye woh jo Quran mein hai ke sawwu fajr fazal to us mein phanse rehte hain muqaddabeen woh ek ek pehlu is ka hai ji sare jo yeh hain nazm Quran wale isi mein phanse hue hain dhoondhte hain kahan hum muqaddabeen hue hain ji kya samjhe aap?</w:t>
      </w:r>
    </w:p>
    <w:p>
      <w:pPr>
        <w:jc w:val="right"/>
      </w:pPr>
      <w:r>
        <w:t>دیکھیں وہ جو قرآن میں ہے کہ سیو فجر فضل تو اس میں پھنسے رہتے ہیں مقذبین وہ ایک ایک پہلو اس کا ہے جی سارے جو یہ ہیں نظم قرآن والے اسی میں پھنسے ہوئے ہیں ڈھونڈتے ہیں کہاں ہم مقذبین ہوئے ہیں جی کیا سمجھے آپ؟</w:t>
      </w:r>
    </w:p>
    <w:p>
      <w:r>
        <w:rPr>
          <w:b/>
        </w:rPr>
        <w:t xml:space="preserve">[44:17] </w:t>
      </w:r>
      <w:r>
        <w:t>Qul unzur maaza fi al-samawat wa al-ard haan nahi aas paas jahan tum rehte ho wohin par waqiat ho to socho le kar ke hain ji</w:t>
      </w:r>
    </w:p>
    <w:p>
      <w:pPr>
        <w:jc w:val="right"/>
      </w:pPr>
      <w:r>
        <w:t>قل انظر ماذا فی السماوات والا ہاں نہیں اس پاس جہاں تم رہتے ہو وہیں پر واقعات ہو تو سوچو لے کر کے ہیں جی</w:t>
      </w:r>
    </w:p>
    <w:p>
      <w:r>
        <w:rPr>
          <w:b/>
        </w:rPr>
        <w:t xml:space="preserve">[44:29] </w:t>
      </w:r>
      <w:r>
        <w:t>yeh nahin ke door kahin jayen mukadmi ke khadr ke liye mislan</w:t>
      </w:r>
    </w:p>
    <w:p>
      <w:pPr>
        <w:jc w:val="right"/>
      </w:pPr>
      <w:r>
        <w:t>یہ نہیں کہ دور کہیں جائیں مقدمی کے کھڈر کے لیے مثلاً</w:t>
      </w:r>
    </w:p>
    <w:p>
      <w:r>
        <w:rPr>
          <w:b/>
        </w:rPr>
        <w:t xml:space="preserve">[44:37] </w:t>
      </w:r>
      <w:r>
        <w:t>dekhiye hamare haan kya hua hamare ghar mein apne apne ghar mein to hamari joint family thi to</w:t>
      </w:r>
    </w:p>
    <w:p>
      <w:pPr>
        <w:jc w:val="right"/>
      </w:pPr>
      <w:r>
        <w:t>دیکھیے ہمارے ہاں کیا ہوا ہمارے گھر میں اپنے اپنے گھر میں تو ہماری جوائنٹ فیملی تھی تو</w:t>
      </w:r>
    </w:p>
    <w:p>
      <w:r>
        <w:rPr>
          <w:b/>
        </w:rPr>
        <w:t xml:space="preserve">[44:48] </w:t>
      </w:r>
      <w:r>
        <w:t>hamari family mein kuch log hamare khilaf ho gaye the to unhon ne hamein koi hissa nahin diya</w:t>
      </w:r>
    </w:p>
    <w:p>
      <w:pPr>
        <w:jc w:val="right"/>
      </w:pPr>
      <w:r>
        <w:t>ہماری فیملی میں کچھ لوگ ہمارے خلاف ہو گئے تھے تو انہوں نے ہمیں کوئی حصہ نہیں دیا</w:t>
      </w:r>
    </w:p>
    <w:p>
      <w:r>
        <w:rPr>
          <w:b/>
        </w:rPr>
        <w:t xml:space="preserve">[44:57] </w:t>
      </w:r>
      <w:r>
        <w:t>hissa hi nahin diya</w:t>
      </w:r>
    </w:p>
    <w:p>
      <w:pPr>
        <w:jc w:val="right"/>
      </w:pPr>
      <w:r>
        <w:t>حصہ ہی نہیں دیا</w:t>
      </w:r>
    </w:p>
    <w:p>
      <w:r>
        <w:rPr>
          <w:b/>
        </w:rPr>
        <w:t xml:space="preserve">[45:00] </w:t>
      </w:r>
      <w:r>
        <w:t>to</w:t>
      </w:r>
    </w:p>
    <w:p>
      <w:pPr>
        <w:jc w:val="right"/>
      </w:pPr>
      <w:r>
        <w:t>تو</w:t>
      </w:r>
    </w:p>
    <w:p>
      <w:r>
        <w:rPr>
          <w:b/>
        </w:rPr>
        <w:t xml:space="preserve">[45:03] </w:t>
      </w:r>
      <w:r>
        <w:t>hamari maa bohat hi zyada</w:t>
      </w:r>
    </w:p>
    <w:p>
      <w:pPr>
        <w:jc w:val="right"/>
      </w:pPr>
      <w:r>
        <w:t>ہماری ماں بہت ہی زیادہ</w:t>
      </w:r>
    </w:p>
    <w:p>
      <w:r>
        <w:rPr>
          <w:b/>
        </w:rPr>
        <w:t xml:space="preserve">[45:08] </w:t>
      </w:r>
      <w:r>
        <w:t>zehen thi</w:t>
      </w:r>
    </w:p>
    <w:p>
      <w:pPr>
        <w:jc w:val="right"/>
      </w:pPr>
      <w:r>
        <w:t>ذہین تھیں</w:t>
      </w:r>
    </w:p>
    <w:p>
      <w:r>
        <w:rPr>
          <w:b/>
        </w:rPr>
        <w:t xml:space="preserve">[45:13] </w:t>
      </w:r>
      <w:r>
        <w:t>bohat zyada zehen thi to hamare amaan ne kar diya bare bhai ko paanch rupay diye kaha mere paas yahi paanch rupay hain le ke jaao shayad shayad le ke gaya</w:t>
      </w:r>
    </w:p>
    <w:p>
      <w:pPr>
        <w:jc w:val="right"/>
      </w:pPr>
      <w:r>
        <w:t>بہت زیادہ ذہین تھیں تو ہمارے اماں نے کر دیا بڑے بھائی کو پانچ روپے دیے کہا میرے پاس یہی پانچ روپے ہیں لے کے جاؤ شاید شاید لے کے گیا</w:t>
      </w:r>
    </w:p>
    <w:p>
      <w:r>
        <w:rPr>
          <w:b/>
        </w:rPr>
        <w:t xml:space="preserve">[45:31] </w:t>
      </w:r>
      <w:r>
        <w:t>yeh waqia hua 1942 mein</w:t>
      </w:r>
    </w:p>
    <w:p>
      <w:pPr>
        <w:jc w:val="right"/>
      </w:pPr>
      <w:r>
        <w:t>یہ واقعہ ہوا 1942 میں</w:t>
      </w:r>
    </w:p>
    <w:p>
      <w:r>
        <w:rPr>
          <w:b/>
        </w:rPr>
        <w:t xml:space="preserve">[45:44] </w:t>
      </w:r>
      <w:r>
        <w:t>to hamare bhai ne hamare haan kaam shuru kar diya lambi kahani hai to ghar ke gaon ke insan ko shehar mein bhej diya</w:t>
      </w:r>
    </w:p>
    <w:p>
      <w:pPr>
        <w:jc w:val="right"/>
      </w:pPr>
      <w:r>
        <w:t>تو ہمارے بھائی نے ہمارے ہاں کام شروع کر دیا لمبی کہانی ہے تو گھر کے گاؤں کے انسان کو شہر میں بھیج دیا</w:t>
      </w:r>
    </w:p>
    <w:p>
      <w:r>
        <w:rPr>
          <w:b/>
        </w:rPr>
        <w:t xml:space="preserve">[45:54] </w:t>
      </w:r>
      <w:r>
        <w:t>ji</w:t>
      </w:r>
    </w:p>
    <w:p>
      <w:pPr>
        <w:jc w:val="right"/>
      </w:pPr>
      <w:r>
        <w:t>جی</w:t>
      </w:r>
    </w:p>
    <w:p>
      <w:r>
        <w:rPr>
          <w:b/>
        </w:rPr>
        <w:t xml:space="preserve">[45:59] </w:t>
      </w:r>
      <w:r>
        <w:t>aur wahan unhon ne ek ek bohat bara karkhana khola phir us ko Laila abad le gaye</w:t>
      </w:r>
    </w:p>
    <w:p>
      <w:pPr>
        <w:jc w:val="right"/>
      </w:pPr>
      <w:r>
        <w:t>اور وہاں انہوں نے ایک ایک بہت بڑا کارخانہ کھولا پھر اس کو لیلی آباد لے گئے</w:t>
      </w:r>
    </w:p>
    <w:p>
      <w:r>
        <w:rPr>
          <w:b/>
        </w:rPr>
        <w:t xml:space="preserve">[46:11] </w:t>
      </w:r>
      <w:r>
        <w:t>woh bimar ho gaye bimari ki wajah se jaldi jiddat ho gayi</w:t>
      </w:r>
    </w:p>
    <w:p>
      <w:pPr>
        <w:jc w:val="right"/>
      </w:pPr>
      <w:r>
        <w:t>وہ بیمار ہو گئے بیماری کی وجہ سے جلدی جدت ہو گئی</w:t>
      </w:r>
    </w:p>
    <w:p>
      <w:r>
        <w:rPr>
          <w:b/>
        </w:rPr>
        <w:t xml:space="preserve">[46:16] </w:t>
      </w:r>
      <w:r>
        <w:t>jaise woh aksar logon ko hota hai warna woh bohat bara kaam kiya tha unhon ne ek gaon</w:t>
      </w:r>
    </w:p>
    <w:p>
      <w:pPr>
        <w:jc w:val="right"/>
      </w:pPr>
      <w:r>
        <w:t>جیسے وہ اکثر لوگوں کو ہوتا ہے ورنہ وہ بہت بڑا کام کیا تھا انہوں نے ایک گاؤں</w:t>
      </w:r>
    </w:p>
    <w:p>
      <w:r>
        <w:rPr>
          <w:b/>
        </w:rPr>
        <w:t xml:space="preserve">[46:23] </w:t>
      </w:r>
      <w:r>
        <w:t>chhod kar ke ek bohat bara is se bohat zyada kamaya unhon ne jitna chhodna pada tha to</w:t>
      </w:r>
    </w:p>
    <w:p>
      <w:pPr>
        <w:jc w:val="right"/>
      </w:pPr>
      <w:r>
        <w:t>چھوڑ کر کے ایک بہت بڑا اس سے بہت زیادہ کمایا انہوں نے جتنا چھوڑنا پڑا تھا تو</w:t>
      </w:r>
    </w:p>
    <w:p>
      <w:r>
        <w:rPr>
          <w:b/>
        </w:rPr>
        <w:t xml:space="preserve">[46:31] </w:t>
      </w:r>
      <w:r>
        <w:t>main ne wahan se seekha ke Think think there must be a better way</w:t>
      </w:r>
    </w:p>
    <w:p>
      <w:pPr>
        <w:jc w:val="right"/>
      </w:pPr>
      <w:r>
        <w:t>میں نے وہاں سے سیکھا کہ Think think there must be a better way</w:t>
      </w:r>
    </w:p>
    <w:p>
      <w:r>
        <w:rPr>
          <w:b/>
        </w:rPr>
        <w:t xml:space="preserve">[46:38] </w:t>
      </w:r>
      <w:r>
        <w:t>yahan dilli aaye to yeh dilli mein</w:t>
      </w:r>
    </w:p>
    <w:p>
      <w:pPr>
        <w:jc w:val="right"/>
      </w:pPr>
      <w:r>
        <w:t>یہاں دہلی آئے تو یہ دہلی میں</w:t>
      </w:r>
    </w:p>
    <w:p>
      <w:r>
        <w:rPr>
          <w:b/>
        </w:rPr>
        <w:t xml:space="preserve">[46:43] </w:t>
      </w:r>
      <w:r>
        <w:t>mislan batra se pulwa puwara batra woh is formula ko</w:t>
      </w:r>
    </w:p>
    <w:p>
      <w:pPr>
        <w:jc w:val="right"/>
      </w:pPr>
      <w:r>
        <w:t>مثلاً بترا سے پلوہ پوارا بترا وہ اس فارمولے کو</w:t>
      </w:r>
    </w:p>
    <w:p>
      <w:r>
        <w:rPr>
          <w:b/>
        </w:rPr>
        <w:t xml:space="preserve">[46:50] </w:t>
      </w:r>
      <w:r>
        <w:t>bata deti hai</w:t>
      </w:r>
    </w:p>
    <w:p>
      <w:pPr>
        <w:jc w:val="right"/>
      </w:pPr>
      <w:r>
        <w:t>بتا دیتی ہے</w:t>
      </w:r>
    </w:p>
    <w:p>
      <w:r>
        <w:rPr>
          <w:b/>
        </w:rPr>
        <w:t xml:space="preserve">[46:57] </w:t>
      </w:r>
      <w:r>
        <w:t>to Quran mein jo hai ke is zameen mein guhon pe log dekho</w:t>
      </w:r>
    </w:p>
    <w:p>
      <w:pPr>
        <w:jc w:val="right"/>
      </w:pPr>
      <w:r>
        <w:t>تو قرآن میں جو ہے کہ اس زمین میں گوہوں پہ لوگ دیکھو</w:t>
      </w:r>
    </w:p>
    <w:p>
      <w:r>
        <w:rPr>
          <w:b/>
        </w:rPr>
        <w:t xml:space="preserve">[47:06] </w:t>
      </w:r>
      <w:r>
        <w:t>wo bohat hi</w:t>
      </w:r>
    </w:p>
    <w:p>
      <w:pPr>
        <w:jc w:val="right"/>
      </w:pPr>
      <w:r>
        <w:t>وہ بہت ہی</w:t>
      </w:r>
    </w:p>
    <w:p>
      <w:r>
        <w:rPr>
          <w:b/>
        </w:rPr>
        <w:t xml:space="preserve">[47:12] </w:t>
      </w:r>
      <w:r>
        <w:t>bare ma'ne mein hai</w:t>
      </w:r>
    </w:p>
    <w:p>
      <w:pPr>
        <w:jc w:val="right"/>
      </w:pPr>
      <w:r>
        <w:t>بڑے معنی میں ہے</w:t>
      </w:r>
    </w:p>
    <w:p>
      <w:r>
        <w:rPr>
          <w:b/>
        </w:rPr>
        <w:t xml:space="preserve">[47:25] </w:t>
      </w:r>
      <w:r>
        <w:t>jo nazm Quran wale hain unhon ne Quran ka aisa mehdood kiya hai ke bas ek lafz dhar hai ek lafz dhar hai ise beech mein socho hain ji chair sahib</w:t>
      </w:r>
    </w:p>
    <w:p>
      <w:pPr>
        <w:jc w:val="right"/>
      </w:pPr>
      <w:r>
        <w:t>جو نظم قرآن والے ہیں انہوں نے قرآن کا ایسا محدود کیا ہے کہ بس ایک لفظ دھر ہے ایک لفظ دھر ہے اسے بیچ میں سوچو ہیں جی چیئر صاحب</w:t>
      </w:r>
    </w:p>
    <w:p>
      <w:r>
        <w:rPr>
          <w:b/>
        </w:rPr>
        <w:t xml:space="preserve">[47:40] </w:t>
      </w:r>
      <w:r>
        <w:t>idhar Alhamdulillah hai idhar Allahu beech mein socho Alhamdulillah hain</w:t>
      </w:r>
    </w:p>
    <w:p>
      <w:pPr>
        <w:jc w:val="right"/>
      </w:pPr>
      <w:r>
        <w:t>ادھر الحمد ہے ادھر الا اللہ بیچ میں سوچو الحمدللہ ہیں</w:t>
      </w:r>
    </w:p>
    <w:p>
      <w:r>
        <w:rPr>
          <w:b/>
        </w:rPr>
        <w:t xml:space="preserve">[47:54] </w:t>
      </w:r>
      <w:r>
        <w:t>kaha chaliye ab aap log koi koi baat bataiye</w:t>
      </w:r>
    </w:p>
    <w:p>
      <w:pPr>
        <w:jc w:val="right"/>
      </w:pPr>
      <w:r>
        <w:t>کہا چلیے اب آپ لوگ کوئی کوئی بات بتائیے۔</w:t>
      </w:r>
    </w:p>
    <w:p>
      <w:r>
        <w:rPr>
          <w:b/>
        </w:rPr>
        <w:t xml:space="preserve">[48:00] </w:t>
      </w:r>
      <w:r>
        <w:t>Maulana yeh nazm Quran ka agar kahin to Quran ke afaqi meaning jo hai wo cheez khatam ho jati hai khatam bilkul khatam hai yeh in ka hai kaam ji sahi hai in ka yeh concept hi nahi hai ji</w:t>
      </w:r>
    </w:p>
    <w:p>
      <w:pPr>
        <w:jc w:val="right"/>
      </w:pPr>
      <w:r>
        <w:t>مولانا یہ نظم قرآن کا اگر کہیں تو قرآن کے افاقی میننگ جو ہے وہ چیز ختم ہو جاتی ہے۔ ختم بالکل ختم ہے یہ ان کا ہے کام جی صحیح ہے ان کا یہ کانسیپٹ ہی نہیں ہے جی</w:t>
      </w:r>
    </w:p>
    <w:p>
      <w:r>
        <w:rPr>
          <w:b/>
        </w:rPr>
        <w:t xml:space="preserve">[48:15] </w:t>
      </w:r>
      <w:r>
        <w:t>bin alfaaz bin satoor isi mein sochte rehte hain</w:t>
      </w:r>
    </w:p>
    <w:p>
      <w:pPr>
        <w:jc w:val="right"/>
      </w:pPr>
      <w:r>
        <w:t>بن الفاظ بن ستور اسی میں سوچتے رہتے ہیں</w:t>
      </w:r>
    </w:p>
    <w:p>
      <w:r>
        <w:rPr>
          <w:b/>
        </w:rPr>
        <w:t xml:space="preserve">[48:28] </w:t>
      </w:r>
      <w:r>
        <w:t>kuch logon ne dekhiye nazm ayat mein mehdood kar diya kuch logon ne</w:t>
      </w:r>
    </w:p>
    <w:p>
      <w:pPr>
        <w:jc w:val="right"/>
      </w:pPr>
      <w:r>
        <w:t>کچھ لوگوں نے دیکھیے نظم آیات میں محدود کر دیا کچھ لوگوں نے</w:t>
      </w:r>
    </w:p>
    <w:p>
      <w:r>
        <w:rPr>
          <w:b/>
        </w:rPr>
        <w:t xml:space="preserve">[48:41] </w:t>
      </w:r>
      <w:r>
        <w:t>wo kya</w:t>
      </w:r>
    </w:p>
    <w:p>
      <w:pPr>
        <w:jc w:val="right"/>
      </w:pPr>
      <w:r>
        <w:t>وہ کیا</w:t>
      </w:r>
    </w:p>
    <w:p>
      <w:r>
        <w:rPr>
          <w:b/>
        </w:rPr>
        <w:t xml:space="preserve">[48:44] </w:t>
      </w:r>
      <w:r>
        <w:t>shan e nuzool mehdood kar diya ji kisi ne kisi cheez mein kisi sab kahin ge mehdood karta raha jo wasee tar ma'ne jo Quran ke the us mein dhyan hi nahi diya</w:t>
      </w:r>
    </w:p>
    <w:p>
      <w:pPr>
        <w:jc w:val="right"/>
      </w:pPr>
      <w:r>
        <w:t>شان ظلم محدود کر دیا جی کسی نے کسی چیز میں کسی سب کہیں گے محدود کرتا رہا جو وسیع تر معنی جو قرآن کے تھے اس میں دھیان ہی نہیں دیا</w:t>
      </w:r>
    </w:p>
    <w:p>
      <w:r>
        <w:rPr>
          <w:b/>
        </w:rPr>
        <w:t xml:space="preserve">[49:05] </w:t>
      </w:r>
      <w:r>
        <w:t>mislan Ibn Taymiyyah ko jab maloom hua ke taza likho to aaye hain yeh kehne laga unhon ne ke aaye hain to acha hai are bhai yeh to mad'u hamare paas aa gaya</w:t>
      </w:r>
    </w:p>
    <w:p>
      <w:pPr>
        <w:jc w:val="right"/>
      </w:pPr>
      <w:r>
        <w:t>مثلاً ابن تیمیہ کو جب معلوم ہوا کہ تازہ لکھو تو آئے ہیں یہ کہنے لگا انہوں نے کہ آئے ہیں تو اچھا ہے ارے بھئی یہ تو مدعو ہمارے پاس آ گیا</w:t>
      </w:r>
    </w:p>
    <w:p>
      <w:r>
        <w:rPr>
          <w:b/>
        </w:rPr>
        <w:t xml:space="preserve">[49:19] </w:t>
      </w:r>
      <w:r>
        <w:t>chair sahib</w:t>
      </w:r>
    </w:p>
    <w:p>
      <w:pPr>
        <w:jc w:val="right"/>
      </w:pPr>
      <w:r>
        <w:t>چیئر صاحب۔</w:t>
      </w:r>
    </w:p>
    <w:p>
      <w:r>
        <w:rPr>
          <w:b/>
        </w:rPr>
        <w:t xml:space="preserve">[49:21] </w:t>
      </w:r>
      <w:r>
        <w:t>haan Maulana aisa wo nahi kar sake wo kya kehne ne kya kaha jab unhon ne Tatariyon ko dekha to wo yeh nahi keh sake ke jo hai na mad'u hamare door par aa gaye chalo dawat karna tha dawat ka kaam karo halanke seerat mein is ki misaal maujood thi un ke liye hmm</w:t>
      </w:r>
    </w:p>
    <w:p>
      <w:pPr>
        <w:jc w:val="right"/>
      </w:pPr>
      <w:r>
        <w:t>ہاں مولانا۔ ایسا وہ نہیں کر سکے وہ۔ کیا کہنے نے کیا کہا۔ جب انہوں نے تاتاریوں کو دیکھا تو وہ یہ نہیں کہہ سکے کہ جو ہے نا مدعو ہمارے ڈور پر آ گئے چلو دعوت کرنا تھا دعوت کا کام کرو حالانکہ سیرت میں اس کی مثال موجود تھی ان کے لیے ہمم</w:t>
      </w:r>
    </w:p>
    <w:p>
      <w:r>
        <w:rPr>
          <w:b/>
        </w:rPr>
        <w:t xml:space="preserve">[49:39] </w:t>
      </w:r>
      <w:r>
        <w:t>khud Quran mein ji wo ahad al mushrikeen tajar ka fajir hota hai is mein kala mila acha hain ji is ka matlab koi nahi parhne ki</w:t>
      </w:r>
    </w:p>
    <w:p>
      <w:pPr>
        <w:jc w:val="right"/>
      </w:pPr>
      <w:r>
        <w:t>خود قرآن میں جی وہ احد المشرکین تجار کا فاجر ہوتا ہے اس میں کالا ملا اچھا ہیں جی اس کا مطلب کوئی نہیں پڑھنے کی</w:t>
      </w:r>
    </w:p>
    <w:p>
      <w:r>
        <w:rPr>
          <w:b/>
        </w:rPr>
        <w:t xml:space="preserve">[49:54] </w:t>
      </w:r>
      <w:r>
        <w:t>kya kaha Maulana aap yeh keh rahe hain ke seerat ke sath hi sath Quran mein bhi yeh baat maujood thi mun</w:t>
      </w:r>
    </w:p>
    <w:p>
      <w:pPr>
        <w:jc w:val="right"/>
      </w:pPr>
      <w:r>
        <w:t>کیا کہا مولانا آپ یہ کہہ رہے ہیں کہ سیرت کے ساتھ ہی ساتھ قرآن میں بھی یہ بات موجود تھی من</w:t>
      </w:r>
    </w:p>
    <w:p>
      <w:r>
        <w:rPr>
          <w:b/>
        </w:rPr>
        <w:t xml:space="preserve">[50:04] </w:t>
      </w:r>
      <w:r>
        <w:t>Allah hmm to yeh b</w:t>
      </w:r>
    </w:p>
    <w:p>
      <w:pPr>
        <w:jc w:val="right"/>
      </w:pPr>
      <w:r>
        <w:t>اللہ ہمم تو یہ ب</w:t>
      </w:r>
    </w:p>
    <w:p>
      <w:r>
        <w:rPr>
          <w:b/>
        </w:rPr>
        <w:t xml:space="preserve">[50:08] </w:t>
      </w:r>
      <w:r>
        <w:t>aat in ko samajh aayi hmm bade aajiz ban gaye hain ji hain hamare padosi ban gaye hain ji sirf in ko dawat Quran ki dawat do ji jitne log hain sab ne Quran ko mehdood kar diya mehdood</w:t>
      </w:r>
    </w:p>
    <w:p>
      <w:pPr>
        <w:jc w:val="right"/>
      </w:pPr>
      <w:r>
        <w:t>ات ان کو سمجھ آئی۔ ہم بڑے عاجز بن گئے ہیں جی ہیں ہمارے پڑوسی بن گئے ہیں جی صرف ان کو دعوت قرآن کی دعوت دو جی جتنے لوگ ہیں سب نے قرآن کو محدود کر دیا محدود</w:t>
      </w:r>
    </w:p>
    <w:p>
      <w:r>
        <w:rPr>
          <w:b/>
        </w:rPr>
        <w:t xml:space="preserve">[50:27] </w:t>
      </w:r>
      <w:r>
        <w:t>yeh sab kya kaha main ne Maulana aap yeh keh rahe hain ke jitne log hain unhon ne Quran ko mehdood kar diya hai ya to shan e nuzool mein mehdood kar diya ya nazm Quran ke naam par mehdood kar diya is ki afaqi meaning ya ajaybat jo the wo cheez khatam ho gayi is ki wajah se</w:t>
      </w:r>
    </w:p>
    <w:p>
      <w:pPr>
        <w:jc w:val="right"/>
      </w:pPr>
      <w:r>
        <w:t>یہ سب کیا کہا میں نے۔ مولانا آپ یہ کہہ رہے ہیں کہ جتنے لوگ ہیں انہوں نے قرآن کو محدود کر دیا ہے یا تو شان نزول میں محدود کر دیا یا نظم قرآن کے نام پر محدود کر دیا اس کی افاقی میننگ یا عجائبات جو تھے وہ چیز ختم ہو گئی اس کی وجہ سے۔</w:t>
      </w:r>
    </w:p>
    <w:p>
      <w:r>
        <w:rPr>
          <w:b/>
        </w:rPr>
        <w:t xml:space="preserve">[50:48] </w:t>
      </w:r>
      <w:r>
        <w:t>koi sawal aap ka kuch khas personal sawal</w:t>
      </w:r>
    </w:p>
    <w:p>
      <w:pPr>
        <w:jc w:val="right"/>
      </w:pPr>
      <w:r>
        <w:t>کوئی سوال آپ کا کچھ خاص پرسنل سوال</w:t>
      </w:r>
    </w:p>
    <w:p>
      <w:r>
        <w:rPr>
          <w:b/>
        </w:rPr>
        <w:t xml:space="preserve">[50:58] </w:t>
      </w:r>
      <w:r>
        <w:t>hamare logon se achhe the Christian ji</w:t>
      </w:r>
    </w:p>
    <w:p>
      <w:pPr>
        <w:jc w:val="right"/>
      </w:pPr>
      <w:r>
        <w:t>؟ ہمارے لوگوں سے اچھے تھے کرسچن جی</w:t>
      </w:r>
    </w:p>
    <w:p>
      <w:r>
        <w:rPr>
          <w:b/>
        </w:rPr>
        <w:t xml:space="preserve">[51:06] </w:t>
      </w:r>
      <w:r>
        <w:t>ek kitab aap padhiye wo kitab ka naam kya hai sahib jo jo aadmi bheja gaya tha adventures adventures of God haan wahi wahi kya naam hai adventures of God haan h</w:t>
      </w:r>
    </w:p>
    <w:p>
      <w:pPr>
        <w:jc w:val="right"/>
      </w:pPr>
      <w:r>
        <w:t>ایک کتاب آپ پڑھیے وہ کتاب کا نام کیا ہے صاحب جو جو آدمی بھیجا گیا تھا ایڈونچرس ایڈونچرس آف گاڈ ہاں وہی وہی کیا نام ہے ایڈونچرس آف گاڈ ہاں ہ</w:t>
      </w:r>
    </w:p>
    <w:p>
      <w:r>
        <w:rPr>
          <w:b/>
        </w:rPr>
        <w:t xml:space="preserve">[51:28] </w:t>
      </w:r>
      <w:r>
        <w:t>haan bahut adventures for god haan bahut hi zabardast kitaab hai</w:t>
      </w:r>
    </w:p>
    <w:p>
      <w:pPr>
        <w:jc w:val="right"/>
      </w:pPr>
      <w:r>
        <w:t>اں بہت ایڈونچرس فار گاڈ ہاں بہت ہی زبردست کتاب ہے</w:t>
      </w:r>
    </w:p>
    <w:p>
      <w:r>
        <w:rPr>
          <w:b/>
        </w:rPr>
        <w:t xml:space="preserve">[51:35] </w:t>
      </w:r>
      <w:r>
        <w:t>aap nikaaliye is mein hoga aap ke jee mobile mein yeh nikaaliye adventures of god kitaab mili hai aap ko?</w:t>
      </w:r>
    </w:p>
    <w:p>
      <w:pPr>
        <w:jc w:val="right"/>
      </w:pPr>
      <w:r>
        <w:t>آپ نکالیے اس میں ہوگا آپ کے جی موبائل میں یہ نکالیے ایڈونچرس آف گاڈ کتاب ملی ہے آپ کو؟</w:t>
      </w:r>
    </w:p>
    <w:p>
      <w:r>
        <w:rPr>
          <w:b/>
        </w:rPr>
        <w:t xml:space="preserve">[51:46] </w:t>
      </w:r>
      <w:r>
        <w:t>haan molana yeh hain nahin mili? nahin mili mil rahi hai kahaan mili? theek hai mil rahi hai molana title kya hai?</w:t>
      </w:r>
    </w:p>
    <w:p>
      <w:pPr>
        <w:jc w:val="right"/>
      </w:pPr>
      <w:r>
        <w:t>ہاں مولانا یہ ہیں نہیں ملی؟ نہیں ملی مل رہی ہے کہاں ملی؟ ٹھیک ہے مل رہی ہے مولانا ٹائٹل کیا ہے؟</w:t>
      </w:r>
    </w:p>
    <w:p>
      <w:r>
        <w:rPr>
          <w:b/>
        </w:rPr>
        <w:t xml:space="preserve">[51:56] </w:t>
      </w:r>
      <w:r>
        <w:t>adventures for god</w:t>
      </w:r>
    </w:p>
    <w:p>
      <w:pPr>
        <w:jc w:val="right"/>
      </w:pPr>
      <w:r>
        <w:t>ایڈونچرس فار گاڈ</w:t>
      </w:r>
    </w:p>
    <w:p>
      <w:r>
        <w:rPr>
          <w:b/>
        </w:rPr>
        <w:t xml:space="preserve">[51:58] </w:t>
      </w:r>
      <w:r>
        <w:t>haan dekhiye is kitaab mein aap padhaaye hain to bahut hi ajeeb daryaft hogi aap ko ke musalman kuch jaante hi nahin christian ke muqable mein</w:t>
      </w:r>
    </w:p>
    <w:p>
      <w:pPr>
        <w:jc w:val="right"/>
      </w:pPr>
      <w:r>
        <w:t>ہاں دیکھیے اس کتاب میں آپ پڑھائیں ہیں تو بہت ہی عجیب دریافت ہوگی آپ کو کہ مسلمان کچھ جانتے ہی نہیں کرسچن کے مقابلے میں</w:t>
      </w:r>
    </w:p>
    <w:p>
      <w:r>
        <w:rPr>
          <w:b/>
        </w:rPr>
        <w:t xml:space="preserve">[52:17] </w:t>
      </w:r>
      <w:r>
        <w:t>yeh christian log the yeh to unhon ne afreeqa ka ek mulk tha jo janglon ka mulk wahaan zyada tar jangal the wahaan bheja unhon ne apna ek group ke jaao dekho wahaan par kaise log rehte hain to ek group gaya</w:t>
      </w:r>
    </w:p>
    <w:p>
      <w:pPr>
        <w:jc w:val="right"/>
      </w:pPr>
      <w:r>
        <w:t>یہ کرسچن لوگ تھے یہ تو انہوں نے افریقہ کا ایک ملک تھا جو جنگلوں کا ملک وہاں زیادہ تر جنگل تھے وہاں بھیجا انہوں نے اپنا ایک گروپ کہ جاؤ دیکھو وہاں پر کیسے لوگ رہتے ہیں تو ایک گروپ گیا</w:t>
      </w:r>
    </w:p>
    <w:p>
      <w:r>
        <w:rPr>
          <w:b/>
        </w:rPr>
        <w:t xml:space="preserve">[52:45] </w:t>
      </w:r>
      <w:r>
        <w:t>to woh wapas aa kar kaha is ne arey bhai wahaan to sab pathar hain aur yeh keede makore hain paani ke</w:t>
      </w:r>
    </w:p>
    <w:p>
      <w:pPr>
        <w:jc w:val="right"/>
      </w:pPr>
      <w:r>
        <w:t>تو وہ واپس آ کر کہا اس نے ارے بھئی وہاں تو سب پتھر ہیں اور یہ کیڑے مکوڑے ہیں پانی کے</w:t>
      </w:r>
    </w:p>
    <w:p>
      <w:r>
        <w:rPr>
          <w:b/>
        </w:rPr>
        <w:t xml:space="preserve">[53:00] </w:t>
      </w:r>
      <w:r>
        <w:t>gadhe hain waghera waghera yeh saare problem bataane lage woh to ek ek tha missionary chala kar kaha is ne arey bhai chhodo wahaan insaan bhi hain kya</w:t>
      </w:r>
    </w:p>
    <w:p>
      <w:pPr>
        <w:jc w:val="right"/>
      </w:pPr>
      <w:r>
        <w:t>گڑھے ہیں وغیرہ وغیرہ یہ سارے پرابلم بتانے لگے وہ تو ایک ایک تھا مشنری چلا کر کہا اس نے ارے بھئی چھوڑو وہاں انسان بھی ہیں کیا</w:t>
      </w:r>
    </w:p>
    <w:p>
      <w:r>
        <w:rPr>
          <w:b/>
        </w:rPr>
        <w:t xml:space="preserve">[53:18] </w:t>
      </w:r>
      <w:r>
        <w:t>is ne kaha ke chhodo yeh sab insaan bhi hain kya</w:t>
      </w:r>
    </w:p>
    <w:p>
      <w:pPr>
        <w:jc w:val="right"/>
      </w:pPr>
      <w:r>
        <w:t>اس نے کہا کہ چھوڑو یہ سب انسان بھی ہیں کیا</w:t>
      </w:r>
    </w:p>
    <w:p>
      <w:r>
        <w:rPr>
          <w:b/>
        </w:rPr>
        <w:t xml:space="preserve">[53:24] </w:t>
      </w:r>
      <w:r>
        <w:t>to is ne kaha haan insaan bhi hain to is ne kaha bas hamara kaam hai hum wahaan jaayenge un ko christianity ka sahulat denge to jab sab gaye wahaan par to jab pahunche to baat woh kahe to hamari zabaan hi nahin jaante jee un ki jangli zabaan thi unhon ne baqaida jangli zabaan seekhi</w:t>
      </w:r>
    </w:p>
    <w:p>
      <w:pPr>
        <w:jc w:val="right"/>
      </w:pPr>
      <w:r>
        <w:t>تو اس نے کہا ہاں انسان بھی ہیں تو اس نے کہا بس ہمارا کام ہے ہم وہاں جائیں گے ان کو کرسچنٹی کا سہولت دیں گے تو جب سب گئے وہاں پر تو جب پہنچے تو بات وہ کہے تو ہماری زبان ہی نہیں جانتے جی ان کی جنگلی زبان تھی انہوں نے باقاعدہ جنگلی زبان سیکھی</w:t>
      </w:r>
    </w:p>
    <w:p>
      <w:r>
        <w:rPr>
          <w:b/>
        </w:rPr>
        <w:t xml:space="preserve">[53:49] </w:t>
      </w:r>
      <w:r>
        <w:t>seekh kar is zabaan ka har baar front tayyar kiya wahaan school khole</w:t>
      </w:r>
    </w:p>
    <w:p>
      <w:pPr>
        <w:jc w:val="right"/>
      </w:pPr>
      <w:r>
        <w:t>سیکھ کر اس زبان کا ہر بار فرنٹ تیار کیا وہاں اسکول کھولے</w:t>
      </w:r>
    </w:p>
    <w:p>
      <w:r>
        <w:rPr>
          <w:b/>
        </w:rPr>
        <w:t xml:space="preserve">[53:58] </w:t>
      </w:r>
      <w:r>
        <w:t>wahaan tak ke woh christian area ban gaya.</w:t>
      </w:r>
    </w:p>
    <w:p>
      <w:pPr>
        <w:jc w:val="right"/>
      </w:pPr>
      <w:r>
        <w:t>وہاں تک کہ وہ کرسچن ایریا بن گیا۔</w:t>
      </w:r>
    </w:p>
    <w:p>
      <w:r>
        <w:rPr>
          <w:b/>
        </w:rPr>
        <w:t xml:space="preserve">[54:02] </w:t>
      </w:r>
      <w:r>
        <w:t>molana aisi misaalain eesaai duniya mein ab qareeb tak bhi milti hain molana. hain kya kaha unhon ne?</w:t>
      </w:r>
    </w:p>
    <w:p>
      <w:pPr>
        <w:jc w:val="right"/>
      </w:pPr>
      <w:r>
        <w:t>مولانا ایسی مثالیں عیسائی دنیا میں اب قریب تک بھی ملتی ہیں مولانا۔ ہیں کیا کہا انہوں نے؟</w:t>
      </w:r>
    </w:p>
    <w:p>
      <w:r>
        <w:rPr>
          <w:b/>
        </w:rPr>
        <w:t xml:space="preserve">[54:10] </w:t>
      </w:r>
      <w:r>
        <w:t>aisi misaalain qareeb tak milti hain eesaai duniya mein adventures for god wali misaalain qareeb tak milti hain bolo. sahi hai yeh banda gaya na andaman mein jo</w:t>
      </w:r>
    </w:p>
    <w:p>
      <w:pPr>
        <w:jc w:val="right"/>
      </w:pPr>
      <w:r>
        <w:t>ایسی مثالیں قریب تک ملتی ہیں عیسائی دنیا میں ایڈونچرس فار گاڈ والی مثالیں قریب تک ملتی ہیں بولیں۔ صحیح ہے یہ بندہ گیا نا انڈمان میں جو</w:t>
      </w:r>
    </w:p>
    <w:p>
      <w:r>
        <w:rPr>
          <w:b/>
        </w:rPr>
        <w:t xml:space="preserve">[54:23] </w:t>
      </w:r>
      <w:r>
        <w:t>tribal haan haan wahi aap boliye wahi bol raha hoon. bilal sahib bata rahe hain abhi news bhi aayi thi ke abhi ek banda andaman gaya america ka missionary tha bilkul hi jo pure tribes area wahaan gaya tha woh dawat ke liye to unhon ne us ko maar diya tribes ne phir bhi in logon ko kuch nahin hua.</w:t>
      </w:r>
    </w:p>
    <w:p>
      <w:pPr>
        <w:jc w:val="right"/>
      </w:pPr>
      <w:r>
        <w:t>ٹرائبل ہاں ہاں وہی آپ بولیے وہی بول رہا ہوں۔ بلال صاحب بتا رہے ہیں ابھی نیوز بھی آئی تھی کہ ابھی ایک بندہ انڈمان گیا امریکہ کا مشنری تھا بالکل ہی جو پیور ٹرائبس ایریا وہاں گیا تھا وہ دعوت کے لیے تو انہوں نے اس کو مار دیا ٹرائبس نے پھر بھی ان لوگوں کو کچھ نہیں ہوا۔</w:t>
      </w:r>
    </w:p>
    <w:p>
      <w:r>
        <w:rPr>
          <w:b/>
        </w:rPr>
        <w:t xml:space="preserve">[54:43] </w:t>
      </w:r>
      <w:r>
        <w:t>nahin molana abhi confirm nahin hai kyunke is bande ne wahan ka jaane se pehle kafi training le</w:t>
      </w:r>
    </w:p>
    <w:p>
      <w:pPr>
        <w:jc w:val="right"/>
      </w:pPr>
      <w:r>
        <w:t>نہیں مولانا ابھی کنفرم نہیں ہے کیونکہ اس بندے نے وہاں کا جانے سے پہلے کافی ٹریننگ لے</w:t>
      </w:r>
    </w:p>
    <w:p>
      <w:r>
        <w:rPr>
          <w:b/>
        </w:rPr>
        <w:t xml:space="preserve">[54:48] </w:t>
      </w:r>
      <w:r>
        <w:t>ke gaya tha but baat yeh hai ke in ke andar woh daawa consciousness hai woh Allah ke</w:t>
      </w:r>
    </w:p>
    <w:p>
      <w:pPr>
        <w:jc w:val="right"/>
      </w:pPr>
      <w:r>
        <w:t>کے گیا تھا بٹ بات یہ ہے کہ ان کے اندر وہ دعویٰ کانشیسنس ہے وہ اللہ کے</w:t>
      </w:r>
    </w:p>
    <w:p>
      <w:r>
        <w:rPr>
          <w:b/>
        </w:rPr>
        <w:t xml:space="preserve">[54:53] </w:t>
      </w:r>
      <w:r>
        <w:t>message ko god ke message ko woh le ke jaane ke liye woh apni jaan ko bhi risk</w:t>
      </w:r>
    </w:p>
    <w:p>
      <w:pPr>
        <w:jc w:val="right"/>
      </w:pPr>
      <w:r>
        <w:t>میسج کو گاڈ کے میسج کو وہ لے کے جانے کے لیے وہ اپنی جان کو بھی رسک</w:t>
      </w:r>
    </w:p>
    <w:p>
      <w:r>
        <w:rPr>
          <w:b/>
        </w:rPr>
        <w:t xml:space="preserve">[54:57] </w:t>
      </w:r>
      <w:r>
        <w:t>peh daalne ke liye aur is ke liye kitne planning karte hain aur is ke return mein Maulana</w:t>
      </w:r>
    </w:p>
    <w:p>
      <w:pPr>
        <w:jc w:val="right"/>
      </w:pPr>
      <w:r>
        <w:t>پہ ڈالنے کے لیے اور اس کے لیے کتنے پلاننگ کرتے ہیں اور اس کے ریٹرن میں مولانا</w:t>
      </w:r>
    </w:p>
    <w:p>
      <w:r>
        <w:rPr>
          <w:b/>
        </w:rPr>
        <w:t xml:space="preserve">[55:02] </w:t>
      </w:r>
      <w:r>
        <w:t>hum log yeh bol dete hain ke non muslim to janwar se hi badtar hai jabke woh ek</w:t>
      </w:r>
    </w:p>
    <w:p>
      <w:pPr>
        <w:jc w:val="right"/>
      </w:pPr>
      <w:r>
        <w:t>ہم لوگ یہ بول دیتے ہیں کہ نان مسلم تو جانور سے ہی بدتر ہے جبکہ وہ ایک</w:t>
      </w:r>
    </w:p>
    <w:p>
      <w:r>
        <w:rPr>
          <w:b/>
        </w:rPr>
        <w:t xml:space="preserve">[55:08] </w:t>
      </w:r>
      <w:r>
        <w:t>aise area mein gaya jahan ki insan ek dum</w:t>
      </w:r>
    </w:p>
    <w:p>
      <w:pPr>
        <w:jc w:val="right"/>
      </w:pPr>
      <w:r>
        <w:t>ایسے ایریا میں گیا جہاں کی انسان ایک دم</w:t>
      </w:r>
    </w:p>
    <w:p>
      <w:r>
        <w:rPr>
          <w:b/>
        </w:rPr>
        <w:t xml:space="preserve">[55:12] </w:t>
      </w:r>
      <w:r>
        <w:t>they war like tribes completely tribes.</w:t>
      </w:r>
    </w:p>
    <w:p>
      <w:pPr>
        <w:jc w:val="right"/>
      </w:pPr>
      <w:r>
        <w:t>دے وار لائک ٹرائبلز کمپلیٹلی ٹرائبلز۔</w:t>
      </w:r>
    </w:p>
    <w:p>
      <w:r>
        <w:rPr>
          <w:b/>
        </w:rPr>
        <w:t xml:space="preserve">[55:16] </w:t>
      </w:r>
      <w:r>
        <w:t>molana yeh jo hindustan ka north east hai wahaan bilal sahib ke saath hum log gaye the gwati to wahaan beshumaar christian tanzeemein kaam kar rahi hain woh is par kaam kar rahi hain ke un ke jo conflicts hain aapas mein tribals ke un ko solve karna.</w:t>
      </w:r>
    </w:p>
    <w:p>
      <w:pPr>
        <w:jc w:val="right"/>
      </w:pPr>
      <w:r>
        <w:t>مولانا یہ جو ہندوستان کا نارتھ ایسٹ ہے وہاں بلال صاحب کے ساتھ ہم لوگ گئے تھے گواہٹی تو وہاں بے شمار کرسچن تنظیمیں کام کر رہی ہیں وہ اس پر کام کر رہی ہیں کہ ان کے جو کانفلکٹس ہیں آپس میں ٹرائبلز کے ان کو سالو کرنا۔</w:t>
      </w:r>
    </w:p>
    <w:p>
      <w:r>
        <w:rPr>
          <w:b/>
        </w:rPr>
        <w:t xml:space="preserve">[55:36] </w:t>
      </w:r>
      <w:r>
        <w:t>achha jee aur har jagah in logon ne centers qaim kar rakhe hain bahut hi khoobsurat aur bade bade se. achha</w:t>
      </w:r>
    </w:p>
    <w:p>
      <w:pPr>
        <w:jc w:val="right"/>
      </w:pPr>
      <w:r>
        <w:t>اچھا جی اور ہر جگہ ان لوگوں نے سینٹرز قائم کر رکھے ہیں بہت ہی خوبصورت اور بڑے بڑے سے۔ اچھا</w:t>
      </w:r>
    </w:p>
    <w:p>
      <w:r>
        <w:rPr>
          <w:b/>
        </w:rPr>
        <w:t xml:space="preserve">[55:44] </w:t>
      </w:r>
      <w:r>
        <w:t>ji to tribes ke beech mein woh log yeh mediator ka kaam kar rahe hain.</w:t>
      </w:r>
    </w:p>
    <w:p>
      <w:pPr>
        <w:jc w:val="right"/>
      </w:pPr>
      <w:r>
        <w:t>جی تو ٹرائبلز کے بیچ میں وہ لوگ یہ میڈیٹر کا کام کر رہے ہیں۔</w:t>
      </w:r>
    </w:p>
    <w:p>
      <w:r>
        <w:rPr>
          <w:b/>
        </w:rPr>
        <w:t xml:space="preserve">[55:50] </w:t>
      </w:r>
      <w:r>
        <w:t>jis pe sab se zyada aap pe sawal uthta hai ke Maseeh ka model aur dajaliyat ka model</w:t>
      </w:r>
    </w:p>
    <w:p>
      <w:pPr>
        <w:jc w:val="right"/>
      </w:pPr>
      <w:r>
        <w:t>جس پہ سب سے زیادہ آپ پہ سوال اٹھتا ہے کہ مسیح کا ماڈل اور دجالیت کا ماڈل</w:t>
      </w:r>
    </w:p>
    <w:p>
      <w:r>
        <w:rPr>
          <w:b/>
        </w:rPr>
        <w:t xml:space="preserve">[55:56] </w:t>
      </w:r>
      <w:r>
        <w:t>yeh jo baatein hain to Maulana yeh to ek dum clear aise lag raha hai ke Maseeh ka</w:t>
      </w:r>
    </w:p>
    <w:p>
      <w:pPr>
        <w:jc w:val="right"/>
      </w:pPr>
      <w:r>
        <w:t>یہ جو باتیں ہیں تو مولانا یہ تو ایک دم کلیئر ایسے لگ رہا ہے کہ مسیح کا</w:t>
      </w:r>
    </w:p>
    <w:p>
      <w:r>
        <w:rPr>
          <w:b/>
        </w:rPr>
        <w:t xml:space="preserve">[56:00] </w:t>
      </w:r>
      <w:r>
        <w:t>model hi aaj ke zamane mein ke liye ek dum suitable hai aur woh aa bhi chuka hai</w:t>
      </w:r>
    </w:p>
    <w:p>
      <w:pPr>
        <w:jc w:val="right"/>
      </w:pPr>
      <w:r>
        <w:t>ماڈل ہی آج کے زمانے میں کے لیے ایک دم سوٹیبل ہے اور وہ آ بھی چکا ہے</w:t>
      </w:r>
    </w:p>
    <w:p>
      <w:r>
        <w:rPr>
          <w:b/>
        </w:rPr>
        <w:t xml:space="preserve">[56:06] </w:t>
      </w:r>
      <w:r>
        <w:t>aur iska humko ek demonstration bhi dikh raha hai in the work that Christian world is</w:t>
      </w:r>
    </w:p>
    <w:p>
      <w:pPr>
        <w:jc w:val="right"/>
      </w:pPr>
      <w:r>
        <w:t>اور اس کا ہم کو ایک ڈیمونسٹریشن بھی دکھ رہا ہے ان دا ورک دیٹ کرسچن ورلڈ از</w:t>
      </w:r>
    </w:p>
    <w:p>
      <w:r>
        <w:rPr>
          <w:b/>
        </w:rPr>
        <w:t xml:space="preserve">[56:11] </w:t>
      </w:r>
      <w:r>
        <w:t>doing aur is ke</w:t>
      </w:r>
    </w:p>
    <w:p>
      <w:pPr>
        <w:jc w:val="right"/>
      </w:pPr>
      <w:r>
        <w:t>ڈوئنگ اور اس کے</w:t>
      </w:r>
    </w:p>
    <w:p>
      <w:r>
        <w:rPr>
          <w:b/>
        </w:rPr>
        <w:t xml:space="preserve">[56:16] </w:t>
      </w:r>
      <w:r>
        <w:t>counter mein muslims hamara jo jo soch hai actually mein hum log woh dajaliyat ka face hain agar</w:t>
      </w:r>
    </w:p>
    <w:p>
      <w:pPr>
        <w:jc w:val="right"/>
      </w:pPr>
      <w:r>
        <w:t>کاؤنٹر میں مسلمز ہمارا جو جو سوچ ہے ایکچولی میں ہم لوگ وہ دجالیت کا فیس ہیں اگر</w:t>
      </w:r>
    </w:p>
    <w:p>
      <w:r>
        <w:rPr>
          <w:b/>
        </w:rPr>
        <w:t xml:space="preserve">[56:23] </w:t>
      </w:r>
      <w:r>
        <w:t>dekha jaye to hum log har tarah se freedom ko curtail karne ki baat karte hain hum log</w:t>
      </w:r>
    </w:p>
    <w:p>
      <w:pPr>
        <w:jc w:val="right"/>
      </w:pPr>
      <w:r>
        <w:t>دیکھا جائے تو ہم لوگ ہر طرح سے فریڈم کو کرٹیل کرنے کی بات کرتے ہیں ہم لوگ</w:t>
      </w:r>
    </w:p>
    <w:p>
      <w:r>
        <w:rPr>
          <w:b/>
        </w:rPr>
        <w:t xml:space="preserve">[56:28] </w:t>
      </w:r>
      <w:r>
        <w:t>har tarah se insan</w:t>
      </w:r>
    </w:p>
    <w:p>
      <w:pPr>
        <w:jc w:val="right"/>
      </w:pPr>
      <w:r>
        <w:t>ہر طرح سے انسان</w:t>
      </w:r>
    </w:p>
    <w:p>
      <w:r>
        <w:rPr>
          <w:b/>
        </w:rPr>
        <w:t xml:space="preserve">[56:29] </w:t>
      </w:r>
      <w:r>
        <w:t>ko kamtar samajhne ki baat karte hain aur message of god ko pahunchana to hamare liye ek dum hi least concern hai to molana aap ke baat ka ek dum se mujhe woh dikh raha hai yahaan par</w:t>
      </w:r>
    </w:p>
    <w:p>
      <w:pPr>
        <w:jc w:val="right"/>
      </w:pPr>
      <w:r>
        <w:t>کو کمتر سمجھنے کی بات کرتے ہیں اور میسج آف گاڈ کو پہنچانا تو ہمارے لیے ایک دم ہی لیسٹ کنسرن ہے تو مولانا آپ کے بات کا ایک دم سے مجھے وہ دکھ رہا ہے یہاں پر</w:t>
      </w:r>
    </w:p>
    <w:p>
      <w:r>
        <w:rPr>
          <w:b/>
        </w:rPr>
        <w:t xml:space="preserve">[56:48] </w:t>
      </w:r>
      <w:r>
        <w:t>is ka manifestation dikh raha hai mujhe.</w:t>
      </w:r>
    </w:p>
    <w:p>
      <w:pPr>
        <w:jc w:val="right"/>
      </w:pPr>
      <w:r>
        <w:t>اس کا مینیفیسٹیشن دکھ رہا ہے مجھے۔</w:t>
      </w:r>
    </w:p>
    <w:p>
      <w:r>
        <w:rPr>
          <w:b/>
        </w:rPr>
        <w:t xml:space="preserve">[56:55] </w:t>
      </w:r>
      <w:r>
        <w:t>masha allah achha aap yeh bataiye main raha hoon sunein jee baat ke ek tareeqa woh tha ke aap log aaye hum ne ek speech de di jee aur yeh a famentry way mein jee kaun sa baithe hain</w:t>
      </w:r>
    </w:p>
    <w:p>
      <w:pPr>
        <w:jc w:val="right"/>
      </w:pPr>
      <w:r>
        <w:t>ماشاءاللہ اچھا آپ یہ بتائیے میں رہا ہوں سنیں جی بات کہ ایک طریقہ وہ تھا کہ آپ لوگ آئے ہم نے ایک اسپیچ دے دی جی اور یہ اے فیمنٹری وے میں جی کون سا بیٹھے ہیں</w:t>
      </w:r>
    </w:p>
    <w:p>
      <w:r>
        <w:rPr>
          <w:b/>
        </w:rPr>
        <w:t xml:space="preserve">[57:18] </w:t>
      </w:r>
      <w:r>
        <w:t>ab jo hum kar rahe hain jee famentry way mein kar rahe hain.</w:t>
      </w:r>
    </w:p>
    <w:p>
      <w:pPr>
        <w:jc w:val="right"/>
      </w:pPr>
      <w:r>
        <w:t>اب جو ہم کر رہے ہیں جی فیمنٹری وے میں کر رہے ہیں۔</w:t>
      </w:r>
    </w:p>
    <w:p>
      <w:r>
        <w:rPr>
          <w:b/>
        </w:rPr>
        <w:t xml:space="preserve">[57:26] </w:t>
      </w:r>
      <w:r>
        <w:t>molana mere liye to personally dono bhi mufeed raha. achha</w:t>
      </w:r>
    </w:p>
    <w:p>
      <w:pPr>
        <w:jc w:val="right"/>
      </w:pPr>
      <w:r>
        <w:t>مولانا میرے لیے تو پرسنلی دونوں بھی مفید رہا۔ اچھا</w:t>
      </w:r>
    </w:p>
    <w:p>
      <w:r>
        <w:rPr>
          <w:b/>
        </w:rPr>
        <w:t xml:space="preserve">[57:37] </w:t>
      </w:r>
      <w:r>
        <w:t>achha</w:t>
      </w:r>
    </w:p>
    <w:p>
      <w:pPr>
        <w:jc w:val="right"/>
      </w:pPr>
      <w:r>
        <w:t>اچھا</w:t>
      </w:r>
    </w:p>
    <w:p>
      <w:r>
        <w:rPr>
          <w:b/>
        </w:rPr>
        <w:t xml:space="preserve">[57:40] </w:t>
      </w:r>
      <w:r>
        <w:t>koi aur to batayen.</w:t>
      </w:r>
    </w:p>
    <w:p>
      <w:pPr>
        <w:jc w:val="right"/>
      </w:pPr>
      <w:r>
        <w:t>کوئی اور تو بتائیں۔</w:t>
      </w:r>
    </w:p>
    <w:p>
      <w:r>
        <w:rPr>
          <w:b/>
        </w:rPr>
        <w:t xml:space="preserve">[57:44] </w:t>
      </w:r>
      <w:r>
        <w:t>bas is ka aik minus yeh ho sakta hai agar ho to ke continuous mein aap ko bolna parta hai is mein breaks milte rehte hain.</w:t>
      </w:r>
    </w:p>
    <w:p>
      <w:pPr>
        <w:jc w:val="right"/>
      </w:pPr>
      <w:r>
        <w:t>بس اس کا ایک مائنس یہ ہو سکتا ہے اگر ہو تو کہ کنٹینیوس میں آپ کو بولنا پڑتا ہے اس میں بریکس ملتے رہتے ہیں۔</w:t>
      </w:r>
    </w:p>
    <w:p>
      <w:r>
        <w:rPr>
          <w:b/>
        </w:rPr>
        <w:t xml:space="preserve">[57:54] </w:t>
      </w:r>
      <w:r>
        <w:t>hmm</w:t>
      </w:r>
    </w:p>
    <w:p>
      <w:pPr>
        <w:jc w:val="right"/>
      </w:pPr>
      <w:r>
        <w:t>ہمم</w:t>
      </w:r>
    </w:p>
    <w:p>
      <w:r>
        <w:rPr>
          <w:b/>
        </w:rPr>
        <w:t xml:space="preserve">[58:06] </w:t>
      </w:r>
      <w:r>
        <w:t>acha</w:t>
      </w:r>
    </w:p>
    <w:p>
      <w:pPr>
        <w:jc w:val="right"/>
      </w:pPr>
      <w:r>
        <w:t>اچھا</w:t>
      </w:r>
    </w:p>
    <w:p>
      <w:r>
        <w:rPr>
          <w:b/>
        </w:rPr>
        <w:t xml:space="preserve">[58:18] </w:t>
      </w:r>
      <w:r>
        <w:t>khair aap log ab jo aaye</w:t>
      </w:r>
    </w:p>
    <w:p>
      <w:pPr>
        <w:jc w:val="right"/>
      </w:pPr>
      <w:r>
        <w:t>خیر آپ لوگ اب جو آئے</w:t>
      </w:r>
    </w:p>
    <w:p>
      <w:r>
        <w:rPr>
          <w:b/>
        </w:rPr>
        <w:t xml:space="preserve">[58:25] </w:t>
      </w:r>
      <w:r>
        <w:t>to aap logon ko kuch take away mila hai mil raha hai ke nahi mil raha hai.</w:t>
      </w:r>
    </w:p>
    <w:p>
      <w:pPr>
        <w:jc w:val="right"/>
      </w:pPr>
      <w:r>
        <w:t>تو آپ لوگوں کو کچھ ٹیک اوے ملا ہے مل رہا ہے کہ نہیں مل رہا ہے۔</w:t>
      </w:r>
    </w:p>
    <w:p>
      <w:r>
        <w:rPr>
          <w:b/>
        </w:rPr>
        <w:t xml:space="preserve">[58:31] </w:t>
      </w:r>
      <w:r>
        <w:t>maulana yeh jo aaj jo take away mila manage karna har cheez ko yeh sunnat rasool hain yeh aik bohat bari</w:t>
      </w:r>
    </w:p>
    <w:p>
      <w:pPr>
        <w:jc w:val="right"/>
      </w:pPr>
      <w:r>
        <w:t>مولانا یہ جو آج جو ٹیک اوے ملا مینج کرنا ہر چیز کو یہ سنت رسول ہیں یہ ایک بہت بڑی</w:t>
      </w:r>
    </w:p>
    <w:p>
      <w:r>
        <w:rPr>
          <w:b/>
        </w:rPr>
        <w:t xml:space="preserve">[58:44] </w:t>
      </w:r>
      <w:r>
        <w:t>landslide yeh hai discovery hai aadmi ke liye. acha humm</w:t>
      </w:r>
    </w:p>
    <w:p>
      <w:pPr>
        <w:jc w:val="right"/>
      </w:pPr>
      <w:r>
        <w:t>لینڈ سلائیڈنگ یہ ہے ڈسکوری ہے آدمی کے لیے۔ اچھا ہمم</w:t>
      </w:r>
    </w:p>
    <w:p>
      <w:r>
        <w:rPr>
          <w:b/>
        </w:rPr>
        <w:t xml:space="preserve">[58:51] </w:t>
      </w:r>
      <w:r>
        <w:t>phir is ke baad koi problem koi takrao koi be sabri hoti hi nahi hai</w:t>
      </w:r>
    </w:p>
    <w:p>
      <w:pPr>
        <w:jc w:val="right"/>
      </w:pPr>
      <w:r>
        <w:t>پھر اس کے بعد کوئی پرابلم کوئی ٹکراؤ کوئی بے صبری ہوتی ہی نہیں ہے</w:t>
      </w:r>
    </w:p>
    <w:p>
      <w:r>
        <w:rPr>
          <w:b/>
        </w:rPr>
        <w:t xml:space="preserve">[59:01] </w:t>
      </w:r>
      <w:r>
        <w:t>agar is ko pakar liya jaye agar is baat ko pakar liya jaye aap ki manage karna har problem ko to phir sare problem jo hain already solved hain.</w:t>
      </w:r>
    </w:p>
    <w:p>
      <w:pPr>
        <w:jc w:val="right"/>
      </w:pPr>
      <w:r>
        <w:t>اگر اس کو پکڑ لیا جائے اگر اس بات کو پکڑ لیا جائے آپ کی مینج کرنا ہر پرابلم کو تو پھر سارے پرابلم جو ہیں الریڈی سالوڈ ہیں۔</w:t>
      </w:r>
    </w:p>
    <w:p>
      <w:r>
        <w:rPr>
          <w:b/>
        </w:rPr>
        <w:t xml:space="preserve">[59:13] </w:t>
      </w:r>
      <w:r>
        <w:t>sahi baat hai yeh aik bohat bara take away hai aaj ka.</w:t>
      </w:r>
    </w:p>
    <w:p>
      <w:pPr>
        <w:jc w:val="right"/>
      </w:pPr>
      <w:r>
        <w:t>صحیح بات ہے یہ ایک بہت بڑا ٹیک اوے ہے آج کا۔</w:t>
      </w:r>
    </w:p>
    <w:p>
      <w:r>
        <w:rPr>
          <w:b/>
        </w:rPr>
        <w:t xml:space="preserve">[59:24] </w:t>
      </w:r>
      <w:r>
        <w:t>aap batayen sahib aap ko kuch take away milta hai? Maulana aap ne kaha ke pareshan rehne ka kya sabab hai is ko janiye to aam taur se insan kahin na kahin atkav mein rehta hai is liye pareshan rehta hai agar woh atkav free ban jaye to pareshan free bhi reh sakta hai aur khuda se qurbat ka moqa bhi mil sakta hai.</w:t>
      </w:r>
    </w:p>
    <w:p>
      <w:pPr>
        <w:jc w:val="right"/>
      </w:pPr>
      <w:r>
        <w:t>آپ بتائیے صاحب آپ کو کچھ ٹیک اوے ملتا ہے؟ مولانا آپ نے کہا کہ پریشان رہنے کا کیا سبب ہے اس کو جانیے تو عام طور سے انسان کہیں نہ کہیں اٹکاؤ میں رہتا ہے اس لیے پریشان رہتا ہے اگر وہ اٹکاؤ فری بن جائے تو پریشان فری بھی رہ سکتا ہے اور خدا سے قربت کا موقع بھی مل سکتا ہے۔</w:t>
      </w:r>
    </w:p>
    <w:p>
      <w:r>
        <w:rPr>
          <w:b/>
        </w:rPr>
        <w:t xml:space="preserve">[59:53] </w:t>
      </w:r>
      <w:r>
        <w:t>masha Allah</w:t>
      </w:r>
    </w:p>
    <w:p>
      <w:pPr>
        <w:jc w:val="right"/>
      </w:pPr>
      <w:r>
        <w:t>ماشاءاللہ</w:t>
      </w:r>
    </w:p>
    <w:p>
      <w:r>
        <w:rPr>
          <w:b/>
        </w:rPr>
        <w:t xml:space="preserve">[1:00:01] </w:t>
      </w:r>
      <w:r>
        <w:t>maulana aaj jo baat jo mere liye take away thi woh yeh Maulana ke manage karna yeh yeh sab se bari sunnat thi rasool Allah ki yeh koi baat kisi ne bhi yeh baat nahi kahi hai Maulana.</w:t>
      </w:r>
    </w:p>
    <w:p>
      <w:pPr>
        <w:jc w:val="right"/>
      </w:pPr>
      <w:r>
        <w:t>مولانا آج جو بات جو میرے لیے ٹیک اوے تھی وہ یہ مولانا کہ مینج کرنا یہ یہ سب سے بڑی سنت تھی رسول اللہ کی یہ کوئی بات کسی نے بھی یہ بات نہیں کہی ہے مولانا۔</w:t>
      </w:r>
    </w:p>
    <w:p>
      <w:r>
        <w:rPr>
          <w:b/>
        </w:rPr>
        <w:t xml:space="preserve">[1:00:24] </w:t>
      </w:r>
      <w:r>
        <w:t>seerat jo jis ne kitab likhi hai</w:t>
      </w:r>
    </w:p>
    <w:p>
      <w:pPr>
        <w:jc w:val="right"/>
      </w:pPr>
      <w:r>
        <w:t>سیرت جو جس نے کتاب لکھی ہے</w:t>
      </w:r>
    </w:p>
    <w:p>
      <w:r>
        <w:rPr>
          <w:b/>
        </w:rPr>
        <w:t xml:space="preserve">[1:00:32] </w:t>
      </w:r>
      <w:r>
        <w:t>woh guardant ji ji Maulana woh bhi is baat ko point out nahi kar saka mujhe sirf aik shakhs mila hai England ka tha unhon ne aik choti si kitab ki hai is mein rasool Allah ke bare mein kehta hai ke he</w:t>
      </w:r>
    </w:p>
    <w:p>
      <w:pPr>
        <w:jc w:val="right"/>
      </w:pPr>
      <w:r>
        <w:t>وہ گارڈنٹ جی جی مولانا وہ بھی اس بات کو پوائنٹ آؤٹ نہیں کر سکا مجھے صرف ایک شخص ملا ہے انگلینڈ کا تھا انہوں نے ایک چھوٹی سی کتاب کی ہے اس میں رسول اللہ کے بارے میں کہتا ہے کہ ہی</w:t>
      </w:r>
    </w:p>
    <w:p>
      <w:r>
        <w:rPr>
          <w:b/>
        </w:rPr>
        <w:t xml:space="preserve">[1:00:58] </w:t>
      </w:r>
      <w:r>
        <w:t>faced the adversity with the determination to ring success out of failure j</w:t>
      </w:r>
    </w:p>
    <w:p>
      <w:pPr>
        <w:jc w:val="right"/>
      </w:pPr>
      <w:r>
        <w:t>فیسڈ دا ایڈورسٹی ود دی ڈیٹرمیشن ٹو رنگ سکسیس آؤٹ آف فیلیر ج</w:t>
      </w:r>
    </w:p>
    <w:p>
      <w:r>
        <w:rPr>
          <w:b/>
        </w:rPr>
        <w:t xml:space="preserve">[1:01:07] </w:t>
      </w:r>
      <w:r>
        <w:t>y lekin woh bhi is baat ko is tak clear nahi kar saka</w:t>
      </w:r>
    </w:p>
    <w:p>
      <w:pPr>
        <w:jc w:val="right"/>
      </w:pPr>
      <w:r>
        <w:t>ی لیکن وہ بھی اس بات کو اس تک کلیئر نہیں کر سکا</w:t>
      </w:r>
    </w:p>
    <w:p>
      <w:r>
        <w:rPr>
          <w:b/>
        </w:rPr>
        <w:t xml:space="preserve">[1:01:15] </w:t>
      </w:r>
      <w:r>
        <w:t>jis tarah mein kar raha hoon aap ko ke rasool Allah ne aik ajeeb ghareeb formula nikala ke masail se takrao mein is ko manage karo</w:t>
      </w:r>
    </w:p>
    <w:p>
      <w:pPr>
        <w:jc w:val="right"/>
      </w:pPr>
      <w:r>
        <w:t>جس طرح میں کر رہا ہوں آپ کو کہ رسول اللہ نے ایک عجیب غریب فارمولا نکالا کہ مسائل سے ٹکراؤ میں اس کو مینج کرو</w:t>
      </w:r>
    </w:p>
    <w:p>
      <w:r>
        <w:rPr>
          <w:b/>
        </w:rPr>
        <w:t xml:space="preserve">[1:01:32] </w:t>
      </w:r>
      <w:r>
        <w:t>ji aap sunayen sahib.</w:t>
      </w:r>
    </w:p>
    <w:p>
      <w:pPr>
        <w:jc w:val="right"/>
      </w:pPr>
      <w:r>
        <w:t>جی آپ سنائیں صاحب۔</w:t>
      </w:r>
    </w:p>
    <w:p>
      <w:r>
        <w:rPr>
          <w:b/>
        </w:rPr>
        <w:t xml:space="preserve">[1:01:35] </w:t>
      </w:r>
      <w:r>
        <w:t>Maulana aap yeh keh rahe hain ke rasool Allah ki zindagi se ah the hundred ke author bhi ah ah bas unhon ne likh diya ke yeh kamyab hue hain specific nahi bataya kyun kamyab hue sirf aik author unhon ne aik do jumlay bataye the ke unhon ne bohat hi determination ke sath difficulties ka samna kiya aur failure se unhon ne کامیابی ko nichor liya to bas itna hi</w:t>
      </w:r>
    </w:p>
    <w:p>
      <w:pPr>
        <w:jc w:val="right"/>
      </w:pPr>
      <w:r>
        <w:t>مولانا آپ یہ کہہ رہے ہیں کہ رسول اللہ کی زندگی سے اہ دی ہنڈرڈ کے اتھر بھی اہ اہ بس انہوں نے لکھ دیا کہ یہ کامیاب ہوئے ہیں سپیسیفک نہیں بتایا کیوں کامیاب ہوئے صرف ایک اتھر انہوں نے ایک دو جملے بتائے تھے کہ انہوں نے بہت ہی ڈیٹرمینیشن کے ساتھ ڈیفیکلٹیز کا سامنا کیا اور فیلیر سے انہوں نے اس کامیابی کو نچوڑ لیا تو بس اتنا ہی</w:t>
      </w:r>
    </w:p>
    <w:p>
      <w:r>
        <w:rPr>
          <w:b/>
        </w:rPr>
        <w:t xml:space="preserve">[1:02:03] </w:t>
      </w:r>
      <w:r>
        <w:t>kaha unhon ne. dekhen formula kya tha woh bhi nahi bataya unhon ne. formula nahi bataya unhon ne Maulana yeh pehli martaba aap se maloom hua ke rasool Allah ne manage kiya difficulties ko manage kiya.</w:t>
      </w:r>
    </w:p>
    <w:p>
      <w:pPr>
        <w:jc w:val="right"/>
      </w:pPr>
      <w:r>
        <w:t>کہا انہوں نے۔ دیکھیں فارمولا کیا تھا وہ بھی نہیں بتایا انہوں نے۔ فارمولا نہیں بتایا انہوں نے مولانا یہ پہلی مرتبہ آپ سے معلوم ہوا کہ رسول اللہ نے مینج کیا ڈیفیکلٹیز کو مینج کیا۔</w:t>
      </w:r>
    </w:p>
    <w:p>
      <w:r>
        <w:rPr>
          <w:b/>
        </w:rPr>
        <w:t xml:space="preserve">[1:02:13] </w:t>
      </w:r>
      <w:r>
        <w:t>yani rasool Allah jo the woh apne mission ke lehaz dekha jaye to un ko Makkah mein aik bohat hi mushkil mission chalana tha aap lekin aap ne formula kya nikala ke problem se takrao mat karo is ko manage karo</w:t>
      </w:r>
    </w:p>
    <w:p>
      <w:pPr>
        <w:jc w:val="right"/>
      </w:pPr>
      <w:r>
        <w:t>یعنی رسول اللہ جو تھے وہ اپنے مشن کے لحاظ دیکھا جائے تو ان کو مکہ میں ایک بہت ہی مشکل مشن چلانا تھا آپ لیکن آپ نے فارمولا کیا نکالا کہ پرابلم سے ٹکراؤ مت کرو اس کو مینج کرو</w:t>
      </w:r>
    </w:p>
    <w:p>
      <w:r>
        <w:rPr>
          <w:b/>
        </w:rPr>
        <w:t xml:space="preserve">[1:02:39] </w:t>
      </w:r>
      <w:r>
        <w:t>seerat ki kitabon mein parh kar kya aap ne is formula ko paya hai aap ne?</w:t>
      </w:r>
    </w:p>
    <w:p>
      <w:pPr>
        <w:jc w:val="right"/>
      </w:pPr>
      <w:r>
        <w:t>سیرت کی کتابوں میں پڑھ کر کیا آپ نے اس فارمولے کو پایا ہے آپ نے؟</w:t>
      </w:r>
    </w:p>
    <w:p>
      <w:r>
        <w:rPr>
          <w:b/>
        </w:rPr>
        <w:t xml:space="preserve">[1:02:45] </w:t>
      </w:r>
      <w:r>
        <w:t>bilkul nahi Maulana seerat ki kitabon mein to kuch aisa hota nahi seerat ki kitabon mein to yeh formula bilkul hi yeh hai mastoor hai yeh matrook hai Maulana.</w:t>
      </w:r>
    </w:p>
    <w:p>
      <w:pPr>
        <w:jc w:val="right"/>
      </w:pPr>
      <w:r>
        <w:t>بالکل نہیں مولانا سیرت کی کتابوں میں تو کچھ ایسا ہوتا نہیں سیرت کی کتابوں میں تو یہ فارمولا بالکل ہی یہ ہے مستور ہے یہ متروک ہے مولانا۔</w:t>
      </w:r>
    </w:p>
    <w:p>
      <w:r>
        <w:rPr>
          <w:b/>
        </w:rPr>
        <w:t xml:space="preserve">[1:03:01] </w:t>
      </w:r>
      <w:r>
        <w:t>nahi sahib masail se takrao mat karo humm hain na ji balkay un ko manage karo. Nahi nahi milta seerat ki kitab maine nahi</w:t>
      </w:r>
    </w:p>
    <w:p>
      <w:pPr>
        <w:jc w:val="right"/>
      </w:pPr>
      <w:r>
        <w:t>نہیں صاحب مسائل سے ٹکراؤ مت کرو ہمم ہیں نا جی بلکہ ان کو مینج کرو۔ نہیں نہیں ملتا سیرت کی کتاب میں نے نہیں</w:t>
      </w:r>
    </w:p>
    <w:p>
      <w:r>
        <w:rPr>
          <w:b/>
        </w:rPr>
        <w:t xml:space="preserve">[1:03:12] </w:t>
      </w:r>
      <w:r>
        <w:t>parha humm</w:t>
      </w:r>
    </w:p>
    <w:p>
      <w:pPr>
        <w:jc w:val="right"/>
      </w:pPr>
      <w:r>
        <w:t>پڑھا ہمم</w:t>
      </w:r>
    </w:p>
    <w:p>
      <w:r>
        <w:rPr>
          <w:b/>
        </w:rPr>
        <w:t xml:space="preserve">[1:03:27] </w:t>
      </w:r>
      <w:r>
        <w:t>aur hikmat hikmat yahi hai quran mein jo hai hikmat woh hikmat yahi hai.</w:t>
      </w:r>
    </w:p>
    <w:p>
      <w:pPr>
        <w:jc w:val="right"/>
      </w:pPr>
      <w:r>
        <w:t>اور حکمت حکمت یہی ہے قرآن میں جو ہے حکمت وہ حکمت یہی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