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Prophet’s Policy of Management of Conflict 28 Nov 2019 - Maulana Wahiduddin Khan</w:t>
      </w:r>
    </w:p>
    <w:p>
      <w:r>
        <w:t>https://www.youtube.com/watch?v=2NrsopasB2s</w:t>
      </w:r>
    </w:p>
    <w:p>
      <w:r>
        <w:rPr>
          <w:b/>
        </w:rPr>
        <w:t xml:space="preserve">[00:13] </w:t>
      </w:r>
      <w:r>
        <w:t>maulana, main israr khateeb. September mein mera aur fayyaz umri sahib ka sri lanka ka safar hua tha. Aap bataiyega bhai kya kar rahe hain.</w:t>
      </w:r>
    </w:p>
    <w:p>
      <w:pPr>
        <w:jc w:val="right"/>
      </w:pPr>
      <w:r>
        <w:t>مولانا، میں اسرار خطیب۔ ستمبر میں میرا اور فیاض عمری صاحب کا سری لنکا کا سفر ہوا تھا۔ آپ بتائیے گا بھئی کیا کر رہے ہیں۔</w:t>
      </w:r>
    </w:p>
    <w:p>
      <w:r>
        <w:rPr>
          <w:b/>
        </w:rPr>
        <w:t xml:space="preserve">[00:24] </w:t>
      </w:r>
      <w:r>
        <w:t>ah, september ke mahine mein fayyaz umri sahib aur israr sahib ka sri lanka ka safar hua tha.</w:t>
      </w:r>
    </w:p>
    <w:p>
      <w:pPr>
        <w:jc w:val="right"/>
      </w:pPr>
      <w:r>
        <w:t>اہ، ستمبر کے مہینے میں فیاض عمری صاحب اور اسرار صاحب کا سری لنکا کا سفر ہوا تھا۔</w:t>
      </w:r>
    </w:p>
    <w:p>
      <w:r>
        <w:rPr>
          <w:b/>
        </w:rPr>
        <w:t xml:space="preserve">[00:30] </w:t>
      </w:r>
      <w:r>
        <w:t>humm. To safar mein hum logon ne, maulana, jo wahan ke mukhtalif tehrikein aur jamaatein hain, un ke amiron se aur un ke zimmedaron se mulaqat ki hai, maulana.</w:t>
      </w:r>
    </w:p>
    <w:p>
      <w:pPr>
        <w:jc w:val="right"/>
      </w:pPr>
      <w:r>
        <w:t>ہمم۔ تو سفر میں ہم لوگوں نے، مولانا، جو وہاں کے مختلف تحریکیں اور جماعتیں ہیں، ان کے امیروں سے اور ان کے ذمہ داروں سے ملاقات کی ہے، مولانا۔</w:t>
      </w:r>
    </w:p>
    <w:p>
      <w:r>
        <w:rPr>
          <w:b/>
        </w:rPr>
        <w:t xml:space="preserve">[00:46] </w:t>
      </w:r>
      <w:r>
        <w:t>To is mein se ek aham mulaqat thi, ah, sheikh aakar muhammad, jo wahan ek bohat bara idara hai, jamiya nalimiyah birwalih, us ke woh,</w:t>
      </w:r>
    </w:p>
    <w:p>
      <w:pPr>
        <w:jc w:val="right"/>
      </w:pPr>
      <w:r>
        <w:t>تو اس میں سے ایک اہم ملاقات تھی، اہ، شیخ آکار محمد، جو وہاں ایک بہت بڑا ادارہ ہے، جامعہ نلیمیہ بیروالہ، اس کے وہ،</w:t>
      </w:r>
    </w:p>
    <w:p>
      <w:r>
        <w:rPr>
          <w:b/>
        </w:rPr>
        <w:t xml:space="preserve">[01:01] </w:t>
      </w:r>
      <w:r>
        <w:t>ah, director hain aur sri lanka ke ek mashhoor tamil mukharrir hain. To un se hamari jo mulaqat hui to hum ne, humm, al risala mission ka taaruf karaya, maulana, un se.</w:t>
      </w:r>
    </w:p>
    <w:p>
      <w:pPr>
        <w:jc w:val="right"/>
      </w:pPr>
      <w:r>
        <w:t>اہ، ڈائریکٹر ہیں اور سری لنکا کے ایک مشہور تمل مخرر ہیں۔ تو ان سے ہماری جو ملاقات ہوئی تو ہم نے، ہمم، الرسالہ مشن کا تعارف کرایا، مولانا، ان سے۔</w:t>
      </w:r>
    </w:p>
    <w:p>
      <w:r>
        <w:rPr>
          <w:b/>
        </w:rPr>
        <w:t xml:space="preserve">[01:15] </w:t>
      </w:r>
      <w:r>
        <w:t>To unhon ne kaha ke ek taraf to hum maulana maududi, hasan al banna, syed qutb, al ikhwan al muslimin ke ulama ki tehreerein padhte hain aur doosri taraf maulana ki tehreerein padhte hain to bohat confusion ho jata hai hum ko.</w:t>
      </w:r>
    </w:p>
    <w:p>
      <w:pPr>
        <w:jc w:val="right"/>
      </w:pPr>
      <w:r>
        <w:t>تو انہوں نے کہا کہ ایک طرف تو ہم مولانا مودودی، حسن البنا، سید خطب، الاخوان المسلمین کے علماء کی تحریریں پڑھتے ہیں اور دوسری طرف مولانا کی تحریریں پڑھتے ہیں تو بہت کنفیوژن ہو جاتا ہے ہم کو۔</w:t>
      </w:r>
    </w:p>
    <w:p>
      <w:r>
        <w:rPr>
          <w:b/>
        </w:rPr>
        <w:t xml:space="preserve">[01:32] </w:t>
      </w:r>
      <w:r>
        <w:t>Aisa lagta hai dono do ek inteha ki taraf hain. Al risala sabr aur dawat keh kar ek inteha par hai aur maududi aur syed qutb hukoomat ilahiyah ke naam par ek ek aur, ah, inteha mein hain.</w:t>
      </w:r>
    </w:p>
    <w:p>
      <w:pPr>
        <w:jc w:val="right"/>
      </w:pPr>
      <w:r>
        <w:t>ایسا لگتا ہے دونوں دو ایک انتہا کی طرف ہیں۔ الرسالہ صبر اور دعوت کہہ کر ایک انتہا پر ہے اور مودودی اور سید خطب حکومت الہیہ کے نام پر ایک ایک اور، اہ، انتہا میں ہیں۔</w:t>
      </w:r>
    </w:p>
    <w:p>
      <w:r>
        <w:rPr>
          <w:b/>
        </w:rPr>
        <w:t xml:space="preserve">[01:49] </w:t>
      </w:r>
      <w:r>
        <w:t>To phir unhon ne kaha ke maulana, jo rasool Allah ne hukoomat waghera qaim ki, is silsile mein aap ka kya khayal hai?</w:t>
      </w:r>
    </w:p>
    <w:p>
      <w:pPr>
        <w:jc w:val="right"/>
      </w:pPr>
      <w:r>
        <w:t>تو پھر انہوں نے کہا کہ مولانا، جو رسول اللہ نے حکومت وغیرہ قائم کی، اس سلسلے میں آپ کا کیا خیال ہے؟</w:t>
      </w:r>
    </w:p>
    <w:p>
      <w:r>
        <w:rPr>
          <w:b/>
        </w:rPr>
        <w:t xml:space="preserve">[01:58] </w:t>
      </w:r>
      <w:r>
        <w:t>To fayyaz sahib ne bataya ke asal to dawat aur sabr hi hain, baqi jo cheezein hain seerat ki, woh tareekh ka hissa hain, woh asal nahi hain.</w:t>
      </w:r>
    </w:p>
    <w:p>
      <w:pPr>
        <w:jc w:val="right"/>
      </w:pPr>
      <w:r>
        <w:t>تو فیاض صاحب نے بتایا کہ اصل تو دعوت اور صبر ہی ہیں، بقیہ جو چیزیں ہیں سیرت کی، وہ تاریخ کا حصہ ہیں، وہ اصل نہیں ہیں۔</w:t>
      </w:r>
    </w:p>
    <w:p>
      <w:r>
        <w:rPr>
          <w:b/>
        </w:rPr>
        <w:t xml:space="preserve">[02:10] </w:t>
      </w:r>
      <w:r>
        <w:t>To woh sun ke woh thoda bohat un ko nai baat lagi, maulana. To unhon ne kaha ke is mozu par hum log yahan pe ek symposium karenge, mukhtalif ulama ko aur scholars ko bulayenge aur aap logon ka aa ke apna jo aap ki ideology hai, us ko pesh karna hoga.</w:t>
      </w:r>
    </w:p>
    <w:p>
      <w:pPr>
        <w:jc w:val="right"/>
      </w:pPr>
      <w:r>
        <w:t>تو وہ سن کے وہ تھوڑا بہت ان کو نئی بات لگی، مولانا۔ تو انہوں نے کہا کہ اس موضوع پر ہم لوگ یہاں پہ ایک سمپوزیم کریں گے، مختلف علماء کو اور اسکالرز کو بلائیں گے اور آپ لوگوں کا آ کے اپنا جو آپ کی آئیڈیالوجی ہے، اس کو پیش کرنا ہوگا۔</w:t>
      </w:r>
    </w:p>
    <w:p>
      <w:r>
        <w:rPr>
          <w:b/>
        </w:rPr>
        <w:t xml:space="preserve">[02:29] </w:t>
      </w:r>
      <w:r>
        <w:t>Dekhiye, naya tareeqa, woh tareeqa jo aap bata rahe hain, us mein asal farq yeh hai ke</w:t>
      </w:r>
    </w:p>
    <w:p>
      <w:pPr>
        <w:jc w:val="right"/>
      </w:pPr>
      <w:r>
        <w:t>دیکھیے، نیا طریقہ، وہ طریقہ جو آپ بتا رہے ہیں، اس میں اصل فرق یہ ہے کہ</w:t>
      </w:r>
    </w:p>
    <w:p>
      <w:r>
        <w:rPr>
          <w:b/>
        </w:rPr>
        <w:t xml:space="preserve">[02:44] </w:t>
      </w:r>
      <w:r>
        <w:t>taqreeban saare log reaction hi bol bolte hain. Yani falasteen ka masla paida hua to us ke reaction bolne lage, kashmir ka paida hua to bolne lage,</w:t>
      </w:r>
    </w:p>
    <w:p>
      <w:pPr>
        <w:jc w:val="right"/>
      </w:pPr>
      <w:r>
        <w:t>تقریباً سارے لوگ ری ایکشن ہی بول بولتے ہیں۔ یعنی فلسطین کا مسئلہ پیدا ہوا تو اس کے ری ایکشن بولنے لگے، کشمیر کا پیدا ہوا تو بولنے لگے،</w:t>
      </w:r>
    </w:p>
    <w:p>
      <w:r>
        <w:rPr>
          <w:b/>
        </w:rPr>
        <w:t xml:space="preserve">[02:58] </w:t>
      </w:r>
      <w:r>
        <w:t>pakistan ya jo bhi kahein masla paida hua to us ke, mislan, jo akhbar mein aaya, paida hua, ab media mein aaya to us ke reaction lage bolne.</w:t>
      </w:r>
    </w:p>
    <w:p>
      <w:pPr>
        <w:jc w:val="right"/>
      </w:pPr>
      <w:r>
        <w:t>پاکستان یا جو بھی کہیں مسئلہ پیدا ہوا تو اس کے، مثلاً جو اخبار میں آیا، پیدا ہوا، اب میڈیا میں آیا تو اس کے ری ایکشن لگے بولنے۔</w:t>
      </w:r>
    </w:p>
    <w:p>
      <w:r>
        <w:rPr>
          <w:b/>
        </w:rPr>
        <w:t xml:space="preserve">[03:10] </w:t>
      </w:r>
      <w:r>
        <w:t>To un ka, un ki jo beginning hui, woh yahan se hui ke zulm ho raha hai, zulm ho raha hai to zulm ka muqabla karo.</w:t>
      </w:r>
    </w:p>
    <w:p>
      <w:pPr>
        <w:jc w:val="right"/>
      </w:pPr>
      <w:r>
        <w:t>تو ان کا، ان کی جو بگننگ ہوئی، وہ یہاں سے ہوئی کہ ظلم ہو رہا ہے، ظلم ہو رہا ہے تو ظلم کا مقابلہ کرو۔</w:t>
      </w:r>
    </w:p>
    <w:p>
      <w:r>
        <w:rPr>
          <w:b/>
        </w:rPr>
        <w:t xml:space="preserve">[03:26] </w:t>
      </w:r>
      <w:r>
        <w:t>Mera mamla is se mukhtalif hai. Main zulm ki istilaah mein sochta hi nahi,</w:t>
      </w:r>
    </w:p>
    <w:p>
      <w:pPr>
        <w:jc w:val="right"/>
      </w:pPr>
      <w:r>
        <w:t>میرا معاملہ اس سے مختلف ہے۔ میں ظلم کی اصطلاح میں سوچتا ہی نہیں،</w:t>
      </w:r>
    </w:p>
    <w:p>
      <w:r>
        <w:rPr>
          <w:b/>
        </w:rPr>
        <w:t xml:space="preserve">[03:36] </w:t>
      </w:r>
      <w:r>
        <w:t>main zulm ki istilaah mein sochta hi nahi, meri sochne ki istilaah bilkul hi mukhtalif hai.</w:t>
      </w:r>
    </w:p>
    <w:p>
      <w:pPr>
        <w:jc w:val="right"/>
      </w:pPr>
      <w:r>
        <w:t>میں ظلم کی اصطلاح میں سوچتا ہی نہیں، میری سوچنے کی اصطلاح بالکل ہی مختلف ہے۔</w:t>
      </w:r>
    </w:p>
    <w:p>
      <w:r>
        <w:rPr>
          <w:b/>
        </w:rPr>
        <w:t xml:space="preserve">[03:47] </w:t>
      </w:r>
      <w:r>
        <w:t>Mislan dekhiye, ek ayat hai: "Wa ma asabakum min musibatin fa bima kasabat aidikum".</w:t>
      </w:r>
    </w:p>
    <w:p>
      <w:pPr>
        <w:jc w:val="right"/>
      </w:pPr>
      <w:r>
        <w:t>مثلاً دیکھیے، ایک آیت ہے: "وما اصابکم من مصیبت فما کثرت ایدیکم"۔</w:t>
      </w:r>
    </w:p>
    <w:p>
      <w:r>
        <w:rPr>
          <w:b/>
        </w:rPr>
        <w:t xml:space="preserve">[04:01] </w:t>
      </w:r>
      <w:r>
        <w:t>Jo bhi museebat tumhare upar padti hai, woh tumhare apne ki ghalti hoti hai.</w:t>
      </w:r>
    </w:p>
    <w:p>
      <w:pPr>
        <w:jc w:val="right"/>
      </w:pPr>
      <w:r>
        <w:t>جو بھی مصیبت تمہارے اوپر پڑتی ہے، وہ تمہارے اپنے کی غلطی ہوتی ہے۔</w:t>
      </w:r>
    </w:p>
    <w:p>
      <w:r>
        <w:rPr>
          <w:b/>
        </w:rPr>
        <w:t xml:space="preserve">[04:11] </w:t>
      </w:r>
      <w:r>
        <w:t>Yeh kya hai? Yeh yeh ek tabsarah hai quran ka logon ke upar. Woh tabsarah yeh hai ke log yeh nahi dekhte,</w:t>
      </w:r>
    </w:p>
    <w:p>
      <w:pPr>
        <w:jc w:val="right"/>
      </w:pPr>
      <w:r>
        <w:t>یہ کیا ہے؟ یہ یہ ایک تبصرہ ہے قرآن کا لوگوں کے اوپر۔ وہ تبصرہ یہ ہے کہ لوگ یہ نہیں دیکھتے،</w:t>
      </w:r>
    </w:p>
    <w:p>
      <w:r>
        <w:rPr>
          <w:b/>
        </w:rPr>
        <w:t xml:space="preserve">[04:28] </w:t>
      </w:r>
      <w:r>
        <w:t>sab se pehle yeh dekhna chahte hain ke is duniya mein insaan ko, har insaan ko azadi di gayi hai, azadi, azadi.</w:t>
      </w:r>
    </w:p>
    <w:p>
      <w:pPr>
        <w:jc w:val="right"/>
      </w:pPr>
      <w:r>
        <w:t>سب سے پہلے یہ دیکھنا چاہتے ہیں کہ اس دنیا میں انسان کو، ہر انسان کو آزادی دی گئی ہے، آزادی، آزادی۔</w:t>
      </w:r>
    </w:p>
    <w:p>
      <w:r>
        <w:rPr>
          <w:b/>
        </w:rPr>
        <w:t xml:space="preserve">[04:41] </w:t>
      </w:r>
      <w:r>
        <w:t>Tumhara insaan jo chahega, woh karega. Kaaba but rakhna hai to woh bhi rakh dega, is jagah pe pathar marna hai to woh bhi karega. Apni azadi ka azadana istemal karega woh.</w:t>
      </w:r>
    </w:p>
    <w:p>
      <w:pPr>
        <w:jc w:val="right"/>
      </w:pPr>
      <w:r>
        <w:t>تمہارا انسان جو چاہے گا، وہ کرے گا۔ کعبہ بت رکھنا ہے تو وہ بھی رکھ دے گا، اس جگہ پہ پتھر مارنا ہے تو وہ بھی کرے گا۔ اپنی آزادی کا آزادانہ استعمال کرے گا وہ۔</w:t>
      </w:r>
    </w:p>
    <w:p>
      <w:r>
        <w:rPr>
          <w:b/>
        </w:rPr>
        <w:t xml:space="preserve">[04:56] </w:t>
      </w:r>
      <w:r>
        <w:t>To ab ek shakliya hoti hai ke aap is ko kahenge: "Jo zulm hai, zulm hai, zulm hai". Main samajhta hoon yeh tareeqa hai, purani tareeqa nahi hai.</w:t>
      </w:r>
    </w:p>
    <w:p>
      <w:pPr>
        <w:jc w:val="right"/>
      </w:pPr>
      <w:r>
        <w:t>تو اب ایک شکلیہ ہوتی ہے کہ آپ اس کو کہیں گے: "جو ظلم ہے، ظلم ہے، ظلم ہے"۔ میں سمجھتا ہوں یہ طریقہ ہے، پرانی طریقہ نہیں ہے۔</w:t>
      </w:r>
    </w:p>
    <w:p>
      <w:r>
        <w:rPr>
          <w:b/>
        </w:rPr>
        <w:t xml:space="preserve">[05:08] </w:t>
      </w:r>
      <w:r>
        <w:t>aap yeh sochain ke</w:t>
      </w:r>
    </w:p>
    <w:p>
      <w:pPr>
        <w:jc w:val="right"/>
      </w:pPr>
      <w:r>
        <w:t>آپ یہ سوچیں کہ</w:t>
      </w:r>
    </w:p>
    <w:p>
      <w:r>
        <w:rPr>
          <w:b/>
        </w:rPr>
        <w:t xml:space="preserve">[05:16] </w:t>
      </w:r>
      <w:r>
        <w:t>is soorat-e-haal ko kaise manage kiya jae. Rasool Allah ke zamanay mein bhi zulm hota tha, sau sau qism ka zulm.</w:t>
      </w:r>
    </w:p>
    <w:p>
      <w:pPr>
        <w:jc w:val="right"/>
      </w:pPr>
      <w:r>
        <w:t>اس صورتحال کو کیسے مینج کیا جائے۔ رسول اللہ کے زمانے میں بھی ظلم ہوتا تھا، سو سو کال ظلم۔</w:t>
      </w:r>
    </w:p>
    <w:p>
      <w:r>
        <w:rPr>
          <w:b/>
        </w:rPr>
        <w:t xml:space="preserve">[05:26] </w:t>
      </w:r>
      <w:r>
        <w:t>to Rasool Allah ne is ka gehra mutala kiya aur is ko manage kiya.</w:t>
      </w:r>
    </w:p>
    <w:p>
      <w:pPr>
        <w:jc w:val="right"/>
      </w:pPr>
      <w:r>
        <w:t>تو رسول اللہ نے اس کا گہرا مطالعہ کیا اور اس کو مینج کیا۔</w:t>
      </w:r>
    </w:p>
    <w:p>
      <w:r>
        <w:rPr>
          <w:b/>
        </w:rPr>
        <w:t xml:space="preserve">[05:35] </w:t>
      </w:r>
      <w:r>
        <w:t>manage ka mani yeh hai ke direct katak, direct takrao nahi kiya, balkeh socha ke kaise is ko hum apne mawafeqat mein karwat kar sakte hain.</w:t>
      </w:r>
    </w:p>
    <w:p>
      <w:pPr>
        <w:jc w:val="right"/>
      </w:pPr>
      <w:r>
        <w:t>مینج کا معنی یہ ہے کہ ڈائریکٹ کٹک، ڈائریکٹ ٹکراؤ نہیں کیا، بلکہ سوچا کہ کیسے اس کو ہم اپنے موافقت میں کروٹ کر سکتے ہیں۔</w:t>
      </w:r>
    </w:p>
    <w:p>
      <w:r>
        <w:rPr>
          <w:b/>
        </w:rPr>
        <w:t xml:space="preserve">[05:57] </w:t>
      </w:r>
      <w:r>
        <w:t>to aap ne dealing ki policy ikhtiyar ki. Woh jo kar rahay thay, Ka'aba mein but rakhe hue thay, woh alag kiya is ko.</w:t>
      </w:r>
    </w:p>
    <w:p>
      <w:pPr>
        <w:jc w:val="right"/>
      </w:pPr>
      <w:r>
        <w:t>تو آپ نے ڈیلنگ کی پالیسی اختیار کی۔ وہ جو کر رہے تھے، کعبہ میں بت رکھے ہوئے تھے، وہ الگ کیا اس کو۔</w:t>
      </w:r>
    </w:p>
    <w:p>
      <w:r>
        <w:rPr>
          <w:b/>
        </w:rPr>
        <w:t xml:space="preserve">[06:08] </w:t>
      </w:r>
      <w:r>
        <w:t>aur doosri cheez yeh thi ke wahan log atay thay buton ki pooja karne ke liye, to aik majma wahan banta tha.</w:t>
      </w:r>
    </w:p>
    <w:p>
      <w:pPr>
        <w:jc w:val="right"/>
      </w:pPr>
      <w:r>
        <w:t>اور دوسری چیز یہ تھی کہ وہاں لوگ آتے تھے بتوں کی پوجا کرنے کے لیے، تو ایک مجمع وہاں بن بنتا تھا۔</w:t>
      </w:r>
    </w:p>
    <w:p>
      <w:r>
        <w:rPr>
          <w:b/>
        </w:rPr>
        <w:t xml:space="preserve">[06:21] </w:t>
      </w:r>
      <w:r>
        <w:t>to aap ne dealing ki policy ikhtiyar ki, yaani logon ke but rakhnay ko alag kiya aur log jo atay thay, us ko alag kiya.</w:t>
      </w:r>
    </w:p>
    <w:p>
      <w:pPr>
        <w:jc w:val="right"/>
      </w:pPr>
      <w:r>
        <w:t>تو آپ نے ڈیلنگ کی پالیسی اختیار کی، یعنی لوگوں کے بت رکھنے کو الگ کیا اور لوگ جو آتے تھے، اس کو الگ کیا۔</w:t>
      </w:r>
    </w:p>
    <w:p>
      <w:r>
        <w:rPr>
          <w:b/>
        </w:rPr>
        <w:t xml:space="preserve">[06:33] </w:t>
      </w:r>
      <w:r>
        <w:t>to aap ne socha ke yeh to bohat acha hamein aik moqa hai, yeh saaray Arab ke log hum ko moqa hi mil rahay hain.</w:t>
      </w:r>
    </w:p>
    <w:p>
      <w:pPr>
        <w:jc w:val="right"/>
      </w:pPr>
      <w:r>
        <w:t>تو آپ نے سوچا کہ یہ تو بہت اچھا ہمیں ایک موقع ہے، یہ سارے عرب کے لوگ ہم کو موقع ہی مل رہے ہیں۔</w:t>
      </w:r>
    </w:p>
    <w:p>
      <w:r>
        <w:rPr>
          <w:b/>
        </w:rPr>
        <w:t xml:space="preserve">[06:44] </w:t>
      </w:r>
      <w:r>
        <w:t>to woh jo kar rahay hain, unhon ne karna hai, un ko filhaal un se hum takrao na karein, balkeh</w:t>
      </w:r>
    </w:p>
    <w:p>
      <w:pPr>
        <w:jc w:val="right"/>
      </w:pPr>
      <w:r>
        <w:t>تو وہ جو کر رہے ہیں، انہوں نے کرنا ہے، ان کو فی الحال ان سے ہم ٹکراؤ نہ کریں، بلکہ</w:t>
      </w:r>
    </w:p>
    <w:p>
      <w:r>
        <w:rPr>
          <w:b/>
        </w:rPr>
        <w:t xml:space="preserve">[06:59] </w:t>
      </w:r>
      <w:r>
        <w:t>dawat dein. Mislan dekhiye, aap seerat kitabon ki kitabon mein parhein gay, seerat kitabon ki kitabon mein parhein gay ke Rasool Allah jatay thay Ka'aba mein aur wahan kehtay thay: "Ayyuha al-nas qoolu la ilaha illallah" ya wahan jatay thay,</w:t>
      </w:r>
    </w:p>
    <w:p>
      <w:pPr>
        <w:jc w:val="right"/>
      </w:pPr>
      <w:r>
        <w:t>دعوت دیں۔ مثلاً دیکھیے، آپ سیرت کتابوں کی کتابوں میں پڑھیں گے، سیرت کتابوں کی کتابوں میں پڑھیں گے کہ رسول اللہ جاتے تھے کعبہ میں اور وہاں کہتے تھے: "ایہا الناس قلولہ الا تخلق" یا وہاں جاتے تھے،</w:t>
      </w:r>
    </w:p>
    <w:p>
      <w:r>
        <w:rPr>
          <w:b/>
        </w:rPr>
        <w:t xml:space="preserve">[07:24] </w:t>
      </w:r>
      <w:r>
        <w:t>woh Quran ki ayatain parh ke sunatay thay.</w:t>
      </w:r>
    </w:p>
    <w:p>
      <w:pPr>
        <w:jc w:val="right"/>
      </w:pPr>
      <w:r>
        <w:t>وہ قرآن کی آیتیں پڑھ کے سناتے تھے۔</w:t>
      </w:r>
    </w:p>
    <w:p>
      <w:r>
        <w:rPr>
          <w:b/>
        </w:rPr>
        <w:t xml:space="preserve">[07:32] </w:t>
      </w:r>
      <w:r>
        <w:t>yeh sab aap kisi bhi seerat kitab mein aap parhiye,</w:t>
      </w:r>
    </w:p>
    <w:p>
      <w:pPr>
        <w:jc w:val="right"/>
      </w:pPr>
      <w:r>
        <w:t>یہ سب آپ کسی بھی سیرت کتاب میں آپ پڑھیے،</w:t>
      </w:r>
    </w:p>
    <w:p>
      <w:r>
        <w:rPr>
          <w:b/>
        </w:rPr>
        <w:t xml:space="preserve">[07:39] </w:t>
      </w:r>
      <w:r>
        <w:t>kisi bhi seerat kitab mein to yeh milega aap ko ke jab aap ne Makkah mein kaam shuru kiya to yeh aap ne shuru kiya isi tareeqay se ke wahan ja kar ke Quran parh ke sunana.</w:t>
      </w:r>
    </w:p>
    <w:p>
      <w:pPr>
        <w:jc w:val="right"/>
      </w:pPr>
      <w:r>
        <w:t>کسی بھی سیرت کتاب میں تو یہ ملے گا آپ کو کہ جب آپ نے مکہ میں کام شروع کیا تو یہ آپ نے شروع کیا اسی طریقے سے کہ کہ وہاں جا کر کے قرآن پڑھ کے سنانا۔</w:t>
      </w:r>
    </w:p>
    <w:p>
      <w:r>
        <w:rPr>
          <w:b/>
        </w:rPr>
        <w:t xml:space="preserve">[08:02] </w:t>
      </w:r>
      <w:r>
        <w:t>ab yahan par logon ne yeh nahi socha ke jab aap ne yeh kiya to wahan ka mahol kya tha. Asal mein log jab parhtay hain to parh kar ke woh</w:t>
      </w:r>
    </w:p>
    <w:p>
      <w:pPr>
        <w:jc w:val="right"/>
      </w:pPr>
      <w:r>
        <w:t>اب یہاں پر لوگوں نے یہ نہیں سوچا کہ جب آپ نے یہ کیا تو وہاں کا ماحول کیا تھا۔ اصل میں لوگ جب پڑھتے ہیں تو پڑھ کر کے وہ</w:t>
      </w:r>
    </w:p>
    <w:p>
      <w:r>
        <w:rPr>
          <w:b/>
        </w:rPr>
        <w:t xml:space="preserve">[08:17] </w:t>
      </w:r>
      <w:r>
        <w:t>ziyada sochtay nahi, mahol kya tha. Jab bhi Rasool Allah sal-lal-lahu alaihi wa-sallam aisa karte thay to amalan yeh mahol tha ke log atay thay Arab ke mukhtalif ilaqon, wahan pe but rakhe hue thay, un ki pooja pooja parhtay thay.</w:t>
      </w:r>
    </w:p>
    <w:p>
      <w:pPr>
        <w:jc w:val="right"/>
      </w:pPr>
      <w:r>
        <w:t>زیادہ سوچتے نہیں، ماحول کیا تھا۔ جب بھی رسول اللہ صلی اللہ علیہ وسلم ایسا کرتے تھے تو عملاً یہ ماحول تھا کہ لوگ آتے تھے عرب کے مختلف علاقوں، وہاں پہ بت رکھے ہوئے تھے، ان کی پوجا پوجا پڑھ کرتے تھے۔</w:t>
      </w:r>
    </w:p>
    <w:p>
      <w:r>
        <w:rPr>
          <w:b/>
        </w:rPr>
        <w:t xml:space="preserve">[08:35] </w:t>
      </w:r>
      <w:r>
        <w:t>to woh cheez is liye sochna chahiye, aap ko is waqeay ko le kar sochna chahiye ke aap ne us waqt aisa kiya jab ke wahan aisa tha.</w:t>
      </w:r>
    </w:p>
    <w:p>
      <w:pPr>
        <w:jc w:val="right"/>
      </w:pPr>
      <w:r>
        <w:t>تو وہ چیز اس لے کر سوچنا چاہیے، آپ کو اس واقعے کو لے کر سوچنا چاہیے کہ آپ نے اس وقت ایسا کیا جب کہ وہاں ایسا تھا۔</w:t>
      </w:r>
    </w:p>
    <w:p>
      <w:r>
        <w:rPr>
          <w:b/>
        </w:rPr>
        <w:t xml:space="preserve">[08:50] </w:t>
      </w:r>
      <w:r>
        <w:t>to is ko hadaf kar ke sochtay hain to unhein na is se aisa bolta, na is se bolta.</w:t>
      </w:r>
    </w:p>
    <w:p>
      <w:pPr>
        <w:jc w:val="right"/>
      </w:pPr>
      <w:r>
        <w:t>تو اس کو حذف کر کے سوچتے ہیں تو انہیں نہ اس سے ایسا بولتا، نہ اس سے بولتا۔</w:t>
      </w:r>
    </w:p>
    <w:p>
      <w:r>
        <w:rPr>
          <w:b/>
        </w:rPr>
        <w:t xml:space="preserve">[09:01] </w:t>
      </w:r>
      <w:r>
        <w:t>yaani Badr ka waqeay len gay to alag kar ke sochain gay aur is ke ilawa wahan ja kar Quran pak sunatay hain to alag kar ke sochain gay. Majmooi jo majmooi picture hai, us ko le kar sochna chahiye.</w:t>
      </w:r>
    </w:p>
    <w:p>
      <w:pPr>
        <w:jc w:val="right"/>
      </w:pPr>
      <w:r>
        <w:t>یعنی بدر کا واقعہ لیں گے تو الگ کر کے سوچیں گے اور اس کے علاوہ وہاں جا کے قرآن پاک سناتے ہیں تو الگ کر کے سوچیں گے۔ مجموعی جو مجموعی پکچر ہے، اس کو لے کر سوچنا چاہیے۔</w:t>
      </w:r>
    </w:p>
    <w:p>
      <w:r>
        <w:rPr>
          <w:b/>
        </w:rPr>
        <w:t xml:space="preserve">[09:19] </w:t>
      </w:r>
      <w:r>
        <w:t>jab majmooi picture sochain gay aap to aap ki hikmat daryaft karein gay. Aap hikmat wohi mein ne kaha ke dealing karni hai.</w:t>
      </w:r>
    </w:p>
    <w:p>
      <w:pPr>
        <w:jc w:val="right"/>
      </w:pPr>
      <w:r>
        <w:t>جب مجموعی پکچر سوچیں گے آپ تو آپ کا حکمت دریافت کریں گے۔ آپ حکمت وہی میں نے کہا کہ ڈیلنگ کرنی ہے۔</w:t>
      </w:r>
    </w:p>
    <w:p>
      <w:r>
        <w:rPr>
          <w:b/>
        </w:rPr>
        <w:t xml:space="preserve">[09:29] </w:t>
      </w:r>
      <w:r>
        <w:t>hikmat Rasool Allah ne dealing kiya, jo woh kar rahay thay, us ko alag kiya aur aap ko jo karna tha, woh alag kiya.</w:t>
      </w:r>
    </w:p>
    <w:p>
      <w:pPr>
        <w:jc w:val="right"/>
      </w:pPr>
      <w:r>
        <w:t>حکمت رسول اللہ نے ڈیلنگ کیا، جو وہ کر رہے تھے، اس کو الگ کیا اور آپ کو جو کرنا تھا، وہ الگ کیا۔</w:t>
      </w:r>
    </w:p>
    <w:p>
      <w:r>
        <w:rPr>
          <w:b/>
        </w:rPr>
        <w:t xml:space="preserve">[09:40] </w:t>
      </w:r>
      <w:r>
        <w:t>aur is se a'iraz kar ke, yaani jis cheez ko Quran mein a'iraz kaha gaya hai, usi ko mein aaj ki zaban mein kahoon gay: dealing policy.</w:t>
      </w:r>
    </w:p>
    <w:p>
      <w:pPr>
        <w:jc w:val="right"/>
      </w:pPr>
      <w:r>
        <w:t>اور اس سے اعراض کر کے، یعنی جس چیز کو قرآن میں اعراض کہا گیا ہے، اسی کو میں آج کی زبان میں کہوں گے: ڈیلنگ پالیسی۔</w:t>
      </w:r>
    </w:p>
    <w:p>
      <w:r>
        <w:rPr>
          <w:b/>
        </w:rPr>
        <w:t xml:space="preserve">[09:55] </w:t>
      </w:r>
      <w:r>
        <w:t>to aaj</w:t>
      </w:r>
    </w:p>
    <w:p>
      <w:pPr>
        <w:jc w:val="right"/>
      </w:pPr>
      <w:r>
        <w:t>تو آج</w:t>
      </w:r>
    </w:p>
    <w:p>
      <w:r>
        <w:rPr>
          <w:b/>
        </w:rPr>
        <w:t xml:space="preserve">[10:00] </w:t>
      </w:r>
      <w:r>
        <w:t>woh kya hai? Jo Muddathir mein, warna jazb fahad fahad fahad ke mani a'iraz karo, chodo is ko.</w:t>
      </w:r>
    </w:p>
    <w:p>
      <w:pPr>
        <w:jc w:val="right"/>
      </w:pPr>
      <w:r>
        <w:t>وہ کیا ہے؟ جو مدثر میں، ورنہ جذب فہد فہد فہد کے معنی اعراض کرو، چھوڑو اس کو۔</w:t>
      </w:r>
    </w:p>
    <w:p>
      <w:r>
        <w:rPr>
          <w:b/>
        </w:rPr>
        <w:t xml:space="preserve">[10:11] </w:t>
      </w:r>
      <w:r>
        <w:t>to</w:t>
      </w:r>
    </w:p>
    <w:p>
      <w:pPr>
        <w:jc w:val="right"/>
      </w:pPr>
      <w:r>
        <w:t>تو</w:t>
      </w:r>
    </w:p>
    <w:p>
      <w:r>
        <w:rPr>
          <w:b/>
        </w:rPr>
        <w:t xml:space="preserve">[10:16] </w:t>
      </w:r>
      <w:r>
        <w:t>yeh is is waqeay ko mila kar yeh socha hi nahi poori tareekh mein ke jab aap jatay thay wahan par to wahan par but parasti ka culture maujood hota tha.</w:t>
      </w:r>
    </w:p>
    <w:p>
      <w:pPr>
        <w:jc w:val="right"/>
      </w:pPr>
      <w:r>
        <w:t>یہ اس اس واقعہ کو ملا کر یہ سوچا ہی نہیں پوری تاریخ میں کہ جب آپ جاتے تھے وہاں پر تو وہاں پر بت پرستی کا کلچر موجود ہوتا تھا۔</w:t>
      </w:r>
    </w:p>
    <w:p>
      <w:r>
        <w:rPr>
          <w:b/>
        </w:rPr>
        <w:t xml:space="preserve">[10:30] </w:t>
      </w:r>
      <w:r>
        <w:t>to aap earaaz karte the, us ki tareef nahi karte the aur bila un se</w:t>
      </w:r>
    </w:p>
    <w:p>
      <w:pPr>
        <w:jc w:val="right"/>
      </w:pPr>
      <w:r>
        <w:t>تو آپ اعراض کرتے تھے، اس کی تعریف نہیں کرتے تھے اور بلا ان سے</w:t>
      </w:r>
    </w:p>
    <w:p>
      <w:r>
        <w:rPr>
          <w:b/>
        </w:rPr>
        <w:t xml:space="preserve">[10:43] </w:t>
      </w:r>
      <w:r>
        <w:t>koi takraao ke baghair aik dam dealing ki policy ikhtiyar kar ke</w:t>
      </w:r>
    </w:p>
    <w:p>
      <w:pPr>
        <w:jc w:val="right"/>
      </w:pPr>
      <w:r>
        <w:t>کوئی ٹکراؤ کے بغیر ایک دم ڈیلنگ کی پالیسی اختیار کر کے</w:t>
      </w:r>
    </w:p>
    <w:p>
      <w:r>
        <w:rPr>
          <w:b/>
        </w:rPr>
        <w:t xml:space="preserve">[11:00] </w:t>
      </w:r>
      <w:r>
        <w:t>apna kaam shuru kar diye the. to aap tamam tafseer parhiye, woh tamam seerat ki jitni bhi hai, maine parha hai logon ko.</w:t>
      </w:r>
    </w:p>
    <w:p>
      <w:pPr>
        <w:jc w:val="right"/>
      </w:pPr>
      <w:r>
        <w:t>اپنا کام شروع کر دیے تھے۔ تو آپ تمام تفسیر پڑھیے، وہ تمام سیرت کی جتنی بھی ہے، میں نے پڑھا ہے لوگوں کو۔</w:t>
      </w:r>
    </w:p>
    <w:p>
      <w:r>
        <w:rPr>
          <w:b/>
        </w:rPr>
        <w:t xml:space="preserve">[11:10] </w:t>
      </w:r>
      <w:r>
        <w:t>to log woh jo hai, woh rajul faajir, rajul faajir yaani rajul ko earaaz karo.</w:t>
      </w:r>
    </w:p>
    <w:p>
      <w:pPr>
        <w:jc w:val="right"/>
      </w:pPr>
      <w:r>
        <w:t>تو لوگ وہ جو ہے، وہ رجل فاجر، رجل فاجر یعنی رجل کو اعراض کرو۔</w:t>
      </w:r>
    </w:p>
    <w:p>
      <w:r>
        <w:rPr>
          <w:b/>
        </w:rPr>
        <w:t xml:space="preserve">[11:27] </w:t>
      </w:r>
      <w:r>
        <w:t>buton ka jo culture wahan chal raha hai, us ko earaaz karo.</w:t>
      </w:r>
    </w:p>
    <w:p>
      <w:pPr>
        <w:jc w:val="right"/>
      </w:pPr>
      <w:r>
        <w:t>بتوں کا جو کلچر وہاں چل رہا ہے، اس کو اعراض کرو۔</w:t>
      </w:r>
    </w:p>
    <w:p>
      <w:r>
        <w:rPr>
          <w:b/>
        </w:rPr>
        <w:t xml:space="preserve">[11:36] </w:t>
      </w:r>
      <w:r>
        <w:t>to yeh to har aik bataye ga ke wahan aap gaye aur wahan aap ne logon ko quran pak sunaya. lekin yeh nahi batata ke kya mahaul tha aur kyun aisa kar sake aap.</w:t>
      </w:r>
    </w:p>
    <w:p>
      <w:pPr>
        <w:jc w:val="right"/>
      </w:pPr>
      <w:r>
        <w:t>تو یہ تو ہر ایک بتائے گا کہ وہاں آپ گئے اور وہاں آپ نے لوگوں کو قرآن پاک سنایا۔ لیکن یہ نہیں بتاتا کہ کیا ماحول تھا اور کیوں ایسا کر سکے آپ۔</w:t>
      </w:r>
    </w:p>
    <w:p>
      <w:r>
        <w:rPr>
          <w:b/>
        </w:rPr>
        <w:t xml:space="preserve">[11:50] </w:t>
      </w:r>
      <w:r>
        <w:t>woh yahi tha ke aap ne dealing kiya, woh jo kar rahe the, us ko earaaz kiya aur phir apni baat shuru kar di.</w:t>
      </w:r>
    </w:p>
    <w:p>
      <w:pPr>
        <w:jc w:val="right"/>
      </w:pPr>
      <w:r>
        <w:t>وہ یہی تھا کہ آپ نے ڈیلنگ کیا، وہ جو کر رہے تھے، اس کو اعراض کیا اور پھر اپنی بات شروع کر دی۔</w:t>
      </w:r>
    </w:p>
    <w:p>
      <w:r>
        <w:rPr>
          <w:b/>
        </w:rPr>
        <w:t xml:space="preserve">[12:01] </w:t>
      </w:r>
      <w:r>
        <w:t>yahi hikmat musalman jante nahi. jahan kuch baat ho gayi to foran takra gaye hain. to jab un se double woh takraao ho jaye, yaani woh log react karte hain to change action banta hai,</w:t>
      </w:r>
    </w:p>
    <w:p>
      <w:pPr>
        <w:jc w:val="right"/>
      </w:pPr>
      <w:r>
        <w:t>یہی حکمت مسلمان جانتے نہیں۔ جہاں کچھ بات ہو گئی تو فوراً ٹکرا گئے ہیں۔ تو جب ان سے ڈبل وہ ٹکراؤ ہو جائے، یعنی وہ لوگ ری ایکٹ کرتے ہیں تو چینج ایکشن بنتا ہے،</w:t>
      </w:r>
    </w:p>
    <w:p>
      <w:r>
        <w:rPr>
          <w:b/>
        </w:rPr>
        <w:t xml:space="preserve">[12:20] </w:t>
      </w:r>
      <w:r>
        <w:t>to maar peet hoti hai. bas yahi sab khabron mein aata hai.</w:t>
      </w:r>
    </w:p>
    <w:p>
      <w:pPr>
        <w:jc w:val="right"/>
      </w:pPr>
      <w:r>
        <w:t>تو مارپیٹ ہوتی ہے۔ بس یہی سب خبروں میں آتا ہے۔</w:t>
      </w:r>
    </w:p>
    <w:p>
      <w:r>
        <w:rPr>
          <w:b/>
        </w:rPr>
        <w:t xml:space="preserve">[12:27] </w:t>
      </w:r>
      <w:r>
        <w:t>earaaz kar ke planning karna, dealing kar ke planning karna, yeh koi janta hi nahi.</w:t>
      </w:r>
    </w:p>
    <w:p>
      <w:pPr>
        <w:jc w:val="right"/>
      </w:pPr>
      <w:r>
        <w:t>اعراض کر کے پلاننگ کرنا، ڈیلنگ کر کے پلاننگ کرنا، یہ کوئی جانتا ہی نہیں۔</w:t>
      </w:r>
    </w:p>
    <w:p>
      <w:r>
        <w:rPr>
          <w:b/>
        </w:rPr>
        <w:t xml:space="preserve">[12:38] </w:t>
      </w:r>
      <w:r>
        <w:t>mujhe koi kitabon se nahi maloom, jis se yeh pata hai kya hoga ke rasool Allah ka is woh yeh tha ke dealing kar ke planning karna.</w:t>
      </w:r>
    </w:p>
    <w:p>
      <w:pPr>
        <w:jc w:val="right"/>
      </w:pPr>
      <w:r>
        <w:t>مجھے کوئی کتابوں سے نہیں معلوم، جس سے یہ پتہ ہے کیا ہوگا کہ رسول اللہ کا اسوہ یہ تھا کہ ڈیلنگ کر کے پلاننگ کرنا۔</w:t>
      </w:r>
    </w:p>
    <w:p>
      <w:r>
        <w:rPr>
          <w:b/>
        </w:rPr>
        <w:t xml:space="preserve">[12:54] </w:t>
      </w:r>
      <w:r>
        <w:t>ab abhi se kuch aap dohraein, main kya kaha? kya kaha?</w:t>
      </w:r>
    </w:p>
    <w:p>
      <w:pPr>
        <w:jc w:val="right"/>
      </w:pPr>
      <w:r>
        <w:t>اب ابھی سے کچھ آپ دہرائیں، میں کیا کہا؟ کیا کہا؟</w:t>
      </w:r>
    </w:p>
    <w:p>
      <w:r>
        <w:rPr>
          <w:b/>
        </w:rPr>
        <w:t xml:space="preserve">[12:58] </w:t>
      </w:r>
      <w:r>
        <w:t>maulana, aaj aap ne bohat hi ahem baat yeh batai ke aap zulm ki istilaah mein nahi sochte hain. aam taur se log radd-e-amal ki zehniyat ke sath, koi bhi radd-e-amal ki zehniyat ke sath musalman aage barhte hain aur koi kaam karte hain.</w:t>
      </w:r>
    </w:p>
    <w:p>
      <w:pPr>
        <w:jc w:val="right"/>
      </w:pPr>
      <w:r>
        <w:t>مولانا، آج آپ نے بہت ہی اہم بات یہ بتائی کہ آپ ظلم کی اصطلاح میں نہیں سوچتے ہیں۔ عام طور سے لوگ رد عمل کی ذہنیت کے ساتھ، کوئی بھی رد عمل کی ذہنیت کے ساتھ مسلمان آگے بڑھتے ہیں اور کوئی کام کرتے ہیں۔</w:t>
      </w:r>
    </w:p>
    <w:p>
      <w:r>
        <w:rPr>
          <w:b/>
        </w:rPr>
        <w:t xml:space="preserve">[13:14] </w:t>
      </w:r>
      <w:r>
        <w:t>aur aap ne aik nai baat batai aaj is ke baray mein aur rajis faajir ke baray mein ke rajis ka matlab yahan par ya earaaz ka matlab dealing kar ke sochna hai, dealing kar ke dekhna cheezon ko taake jo cheez hamare liye muwafiq ho, us ko istemal karein aur jo cheez naamuwafiq ho, us ko chhod diya jaye.</w:t>
      </w:r>
    </w:p>
    <w:p>
      <w:pPr>
        <w:jc w:val="right"/>
      </w:pPr>
      <w:r>
        <w:t>اور آپ نے ایک نئی بات بتائی آج اس کے بارے میں اور رجس فاجر کے بارے میں کہ رجس کا مطلب یہاں پر یا اعراض کا مطلب ڈیلنگ کر کے سوچنا ہے، ڈیلنگ کر کے دیکھنا چیزوں کو تاکہ جو چیز ہمارے لیے موافق ہو، اس کو استعمال کریں اور جو چیز ناموافق ہو، اس کو چھوڑ دیا جائے۔</w:t>
      </w:r>
    </w:p>
    <w:p>
      <w:r>
        <w:rPr>
          <w:b/>
        </w:rPr>
        <w:t xml:space="preserve">[13:32] </w:t>
      </w:r>
      <w:r>
        <w:t>misal ke taur par aap ne kaha ke rasool Allah ne makkah ke andar jo zindagi guzari to wahan par aap ne ah dealing kiya ke wahan par zaireen bhi the aur wahan par ah woh kaaba ke andar but bhi tha.</w:t>
      </w:r>
    </w:p>
    <w:p>
      <w:pPr>
        <w:jc w:val="right"/>
      </w:pPr>
      <w:r>
        <w:t>مثال کے طور پر آپ نے کہا کہ رسول اللہ نے مکہ کے اندر جو زندگی گزاری تو وہاں پر آپ نے اہ ڈیلنگ کیا کہ وہاں پر زائرین بھی تھے اور وہاں پر اہ وہ کعبہ کے اندر بت بھی تھا۔</w:t>
      </w:r>
    </w:p>
    <w:p>
      <w:r>
        <w:rPr>
          <w:b/>
        </w:rPr>
        <w:t xml:space="preserve">[13:43] </w:t>
      </w:r>
      <w:r>
        <w:t>to aap ne buton se earaaz kiya aur jo zaireen the, us ko aap ne apna paigham pohanchaya. to dealing kar ke sochna bohat bari baat hai aur yahi isi ko quran ki istilaah mein earaaz ya fahajr kaha gaya hai.</w:t>
      </w:r>
    </w:p>
    <w:p>
      <w:pPr>
        <w:jc w:val="right"/>
      </w:pPr>
      <w:r>
        <w:t>تو آپ نے بتوں سے اعراض کیا اور جو زائرین تھے، اس کو آپ نے اپنا پیغام پہنچایا۔ تو ڈیلنگ کر کے سوچنا بہت بڑی بات ہے اور یہی اسی کو قرآن کی اصطلاح میں اعراض یا فہجر کہا گیا ہے۔</w:t>
      </w:r>
    </w:p>
    <w:p>
      <w:r>
        <w:rPr>
          <w:b/>
        </w:rPr>
        <w:t xml:space="preserve">[13:58] </w:t>
      </w:r>
      <w:r>
        <w:t>ab ab chuki musalman is lafz se to samajh nahi sake, to ab aaj aaj jo maslay paida hote hain to har jagah wahi karte hain ke dealing karni karte hain, bas ladna shuru kar dete hain.</w:t>
      </w:r>
    </w:p>
    <w:p>
      <w:pPr>
        <w:jc w:val="right"/>
      </w:pPr>
      <w:r>
        <w:t>اب اب چونکہ مسلمان اس لفظ سے تو سمجھ نہیں سکے، تو اب آج آج جو مسئلے پیدا ہوتے ہیں تو ہر جگہ وہی کرتے ہیں کہ ڈیلنگ کرنی کرتے ہیں، بس لڑنا شروع کر دیتے ہیں۔</w:t>
      </w:r>
    </w:p>
    <w:p>
      <w:r>
        <w:rPr>
          <w:b/>
        </w:rPr>
        <w:t xml:space="preserve">[14:11] </w:t>
      </w:r>
      <w:r>
        <w:t>aur phir un ki taraf se kuch hota hai, kehte hain ke dekho zulm ho raha hai. dealing kya hai? earaaz.</w:t>
      </w:r>
    </w:p>
    <w:p>
      <w:pPr>
        <w:jc w:val="right"/>
      </w:pPr>
      <w:r>
        <w:t>اور پھر ان کی طرف سے کچھ ہوتا ہے، کہتے ہیں کہ دیکھو ظلم ہو رہا ہے۔ ڈیلنگ کیا ہے؟ اعراض۔</w:t>
      </w:r>
    </w:p>
    <w:p>
      <w:r>
        <w:rPr>
          <w:b/>
        </w:rPr>
        <w:t xml:space="preserve">[14:24] </w:t>
      </w:r>
      <w:r>
        <w:t>earaaz ko main naya lafz de raha hoon. ji wah!</w:t>
      </w:r>
    </w:p>
    <w:p>
      <w:pPr>
        <w:jc w:val="right"/>
      </w:pPr>
      <w:r>
        <w:t>اعراض کو میں نیا لفظ دے رہا ہوں۔ جی واہ!</w:t>
      </w:r>
    </w:p>
    <w:p>
      <w:r>
        <w:rPr>
          <w:b/>
        </w:rPr>
        <w:t xml:space="preserve">[14:28] </w:t>
      </w:r>
      <w:r>
        <w:t>ke is cheez, is cheez ko alag karna aur us ko hal karna, yeh hai dealing. to aap ka us waqt jo tha, woh dealing par mabni hota tha.</w:t>
      </w:r>
    </w:p>
    <w:p>
      <w:pPr>
        <w:jc w:val="right"/>
      </w:pPr>
      <w:r>
        <w:t>کہ اس چیز، اس چیز کو الگ کرنا اور اس کو حل کرنا، یہ ہے ڈیلنگ۔ تو آپ کا اس وقت جو تھا، وہ ڈیلنگ پر مبنی ہوتا تھا۔</w:t>
      </w:r>
    </w:p>
    <w:p>
      <w:r>
        <w:rPr>
          <w:b/>
        </w:rPr>
        <w:t xml:space="preserve">[14:43] </w:t>
      </w:r>
      <w:r>
        <w:t>ab koi saahib meri baat dohraein?</w:t>
      </w:r>
    </w:p>
    <w:p>
      <w:pPr>
        <w:jc w:val="right"/>
      </w:pPr>
      <w:r>
        <w:t>اب کوئی صاحب میری بات دہرائیں؟</w:t>
      </w:r>
    </w:p>
    <w:p>
      <w:r>
        <w:rPr>
          <w:b/>
        </w:rPr>
        <w:t xml:space="preserve">[14:49] </w:t>
      </w:r>
      <w:r>
        <w:t>fayyazuddin umri gulbarga. maulana, aap ne abhi yeh bataya ke musalman aam taur par seerat ki majmui picture ko le kar sochnay mein fail hain.</w:t>
      </w:r>
    </w:p>
    <w:p>
      <w:pPr>
        <w:jc w:val="right"/>
      </w:pPr>
      <w:r>
        <w:t>فیاض الدین عمری گلبرگا۔ مولانا، آپ نے ابھی یہ بتایا کہ مسلمان عام طور پر سیرت کی مجموعی پکچر کو لے کر سوچنے میں فیل ہیں۔</w:t>
      </w:r>
    </w:p>
    <w:p>
      <w:r>
        <w:rPr>
          <w:b/>
        </w:rPr>
        <w:t xml:space="preserve">[15:02] </w:t>
      </w:r>
      <w:r>
        <w:t>is ke bajaye al risala mission ka tareeqa yeh hai ke poori majmui picture se aik usool akhaz karta hai al risala mission aur logon ko yeh batata hai ke rasool Allah ne masail ko dealing kiya mawaqe se aur mawaqe ko istemal kiya.</w:t>
      </w:r>
    </w:p>
    <w:p>
      <w:pPr>
        <w:jc w:val="right"/>
      </w:pPr>
      <w:r>
        <w:t>اس کے بجائے الرسالہ مشن کا طریقہ یہ ہے کہ پوری مجموعی پکچر سے ایک اصول اخذ کرتا ہے الرسالہ مشن اور لوگوں کو یہ بتاتا ہے کہ رسول اللہ نے مسائل کو ڈیلنگ کیا مواقع سے اور مواقع کو استعمال کیا۔</w:t>
      </w:r>
    </w:p>
    <w:p>
      <w:r>
        <w:rPr>
          <w:b/>
        </w:rPr>
        <w:t xml:space="preserve">[15:20] </w:t>
      </w:r>
      <w:r>
        <w:t>musalman yeh kar nahi paate aur takraao ka tareeqa ikhtiyar kar lete hain. is tarah ah un ke hissay mein jo aata hai, woh shikayat aur zulm ki dastanain.</w:t>
      </w:r>
    </w:p>
    <w:p>
      <w:pPr>
        <w:jc w:val="right"/>
      </w:pPr>
      <w:r>
        <w:t>مسلمان یہ کر نہیں پاتے اور ٹکراؤ کا طریقہ اختیار کر لیتے ہیں۔ اس طرح اہ ان کے حصے میں جو آتا ہے، وہ شکایت اور ظلم کی داستانیں۔</w:t>
      </w:r>
    </w:p>
    <w:p>
      <w:r>
        <w:rPr>
          <w:b/>
        </w:rPr>
        <w:t xml:space="preserve">[15:30] </w:t>
      </w:r>
      <w:r>
        <w:t>aam taur par nahi. aap yeh bataiye ke seerat ki kaun si kitab hai jo yeh batati hai? seerat kar kitab bhi batayegi.</w:t>
      </w:r>
    </w:p>
    <w:p>
      <w:pPr>
        <w:jc w:val="right"/>
      </w:pPr>
      <w:r>
        <w:t>عام طور پر نہیں۔ آپ یہ بتائیے کہ سیرت کی کون سی کتاب ہے جو یہ بتاتی ہے؟ سیرت کار کتاب بھی بتائے گی۔</w:t>
      </w:r>
    </w:p>
    <w:p>
      <w:r>
        <w:rPr>
          <w:b/>
        </w:rPr>
        <w:t xml:space="preserve">[15:40] </w:t>
      </w:r>
      <w:r>
        <w:t>rasool Allah ne makkah mein yeh kiya ke jatay thay, aap quran parh ke suna detay thay. fateh aaya, woh quran o aleh-e-salam.</w:t>
      </w:r>
    </w:p>
    <w:p>
      <w:pPr>
        <w:jc w:val="right"/>
      </w:pPr>
      <w:r>
        <w:t>رسول اللہ نے مکہ میں یہ کیا کہ جاتے تھے، آپ قرآن پڑھ کے سنا دیتے تھے۔ فتح آیا، وہ قرآن و علیہ السلام۔</w:t>
      </w:r>
    </w:p>
    <w:p>
      <w:r>
        <w:rPr>
          <w:b/>
        </w:rPr>
        <w:t xml:space="preserve">[15:54] </w:t>
      </w:r>
      <w:r>
        <w:t>lekin yeh bataiye ke kaun yeh baat batata hai? yeh jo tareeqa aap ka tha, is mein aik hikmat, hikmat i'raaz par mabni hota tha.</w:t>
      </w:r>
    </w:p>
    <w:p>
      <w:pPr>
        <w:jc w:val="right"/>
      </w:pPr>
      <w:r>
        <w:t>لیکن یہ بتائیے کہ کون یہ بات بتاتا ہے؟ یہ جو طریقہ آپ کا تھا، اس میں ایک حکمت، حکمت اعراض پر مبنی ہوتا تھا۔</w:t>
      </w:r>
    </w:p>
    <w:p>
      <w:r>
        <w:rPr>
          <w:b/>
        </w:rPr>
        <w:t xml:space="preserve">[16:07] </w:t>
      </w:r>
      <w:r>
        <w:t>yeh kis kitab mein hai? yeh</w:t>
      </w:r>
    </w:p>
    <w:p>
      <w:pPr>
        <w:jc w:val="right"/>
      </w:pPr>
      <w:r>
        <w:t>یہ کس کتاب میں ہے؟ یہ</w:t>
      </w:r>
    </w:p>
    <w:p>
      <w:r>
        <w:rPr>
          <w:b/>
        </w:rPr>
        <w:t xml:space="preserve">[16:09] </w:t>
      </w:r>
      <w:r>
        <w:t>kisi mein bhi nahi hai. molana, hain kisi mein bhi nahi hai. molana, yeh baat kiya karein? kisi mein bhi nahi hai. haan, aap koi bhi kitab lijiye, har kitab mein seerat ki yeh hoga ke rasool Allah sahib makkah mein jab apni nabuwat ka aaghaz kiya to aap wahan jatay thay aur quran parh ke sunatay thay.</w:t>
      </w:r>
    </w:p>
    <w:p>
      <w:pPr>
        <w:jc w:val="right"/>
      </w:pPr>
      <w:r>
        <w:t>کسی میں بھی نہیں ہے۔ مولانا، ہیں کسی میں بھی نہیں ہے۔ مولانا، یہ بات کیا کریں؟ کسی میں بھی نہیں ہے۔ ہاں، آپ کوئی بھی کتاب لیجئے، ہر کتاب میں سیرت کی یہ ہوگا کہ رسول اللہ صاحب مکہ میں جب اپنی نبوت کا آغاز کیا تو آپ وہاں جاتے تھے اور قرآن پڑھ کے سناتے تھے۔</w:t>
      </w:r>
    </w:p>
    <w:p>
      <w:r>
        <w:rPr>
          <w:b/>
        </w:rPr>
        <w:t xml:space="preserve">[16:36] </w:t>
      </w:r>
      <w:r>
        <w:t>lekin yeh yeh waqea kaisay paish aata tha? baad az i'raaz, baad az dealing king, yeh waqea baad az i'raaz hua.</w:t>
      </w:r>
    </w:p>
    <w:p>
      <w:pPr>
        <w:jc w:val="right"/>
      </w:pPr>
      <w:r>
        <w:t>لیکن یہ یہ واقعہ کیسے پیش آتا تھا؟ بعد از اعراض، بعد از ڈیلنگ کنگ، یہ واقعہ بعد از اعراض ہوا۔</w:t>
      </w:r>
    </w:p>
    <w:p>
      <w:r>
        <w:rPr>
          <w:b/>
        </w:rPr>
        <w:t xml:space="preserve">[16:48] </w:t>
      </w:r>
      <w:r>
        <w:t>hmm, i'raaz na karte to wohin wahan maarpeet hoti hai, wohi sab yeh martay, woh martay.</w:t>
      </w:r>
    </w:p>
    <w:p>
      <w:pPr>
        <w:jc w:val="right"/>
      </w:pPr>
      <w:r>
        <w:t>ہمم، اعراض نہ کرتے تو وہیں وہاں مارپیٹ ہوتی ہے، وہی سب یہ مرتے، وہ مرتے۔</w:t>
      </w:r>
    </w:p>
    <w:p>
      <w:r>
        <w:rPr>
          <w:b/>
        </w:rPr>
        <w:t xml:space="preserve">[16:55] </w:t>
      </w:r>
      <w:r>
        <w:t>molana, aaj kal yeh fekh-ul-seerat ke naam par kitabein likhi ja rahi hain. molana, fekh-ul-seerat ya duroos o ibarat min seerat-un-nabawiyyah ke naam se is mein misr ke aik aalim ramzan al-booti ki aik mashhoor kitab hai aur isi tarah saudi aalim rizq Allah al-mahdi ki aik kitab hai.</w:t>
      </w:r>
    </w:p>
    <w:p>
      <w:pPr>
        <w:jc w:val="right"/>
      </w:pPr>
      <w:r>
        <w:t>مولانا، آج کل یہ فیخ السیرہ کے نام پر کتابیں لکھی جا رہی ہیں۔ مولانا، فیخ السیرہ یا دروس وعبت من سیرت النبویہ کے نام سے اس میں مصر کے ایک عالم رمضان البوتی کی ایک مشہور کتاب ہے اور اسی طرح سعودی عالم رزق اللہ المہدی کی ایک کتاب ہے۔</w:t>
      </w:r>
    </w:p>
    <w:p>
      <w:r>
        <w:rPr>
          <w:b/>
        </w:rPr>
        <w:t xml:space="preserve">[17:16] </w:t>
      </w:r>
      <w:r>
        <w:t>donon kitabein dekha, molana, maine. maine to is mein koi bhi baat mujhe dars o ibarat ki nahi mili, balke aik jagah unhon ne sulah hudaybiyyah ke tehat rizq Allah al-mahdi ne likha hai ke Islam mein asal harb hai lekin baaz majbooriyon par sulah hogi.</w:t>
      </w:r>
    </w:p>
    <w:p>
      <w:pPr>
        <w:jc w:val="right"/>
      </w:pPr>
      <w:r>
        <w:t>دونوں کتابیں دیکھا، مولانا، میں نے۔ میں نے تو اس میں کوئی بھی بات مجھے درس و عبر کی نہیں ملی، بلکہ ایک جگہ انہوں نے صلح حدیبیہ کے تحت رزق اللہ المہدی نے لکھا ہے کہ اسلام میں اصل حرب ہے لیکن بعض مجبوریوں پر صلح ہوگی۔</w:t>
      </w:r>
    </w:p>
    <w:p>
      <w:r>
        <w:rPr>
          <w:b/>
        </w:rPr>
        <w:t xml:space="preserve">[17:34] </w:t>
      </w:r>
      <w:r>
        <w:t>unhon ne woh hikmat bayan ki hai sulah hudaybiyyah mein.</w:t>
      </w:r>
    </w:p>
    <w:p>
      <w:pPr>
        <w:jc w:val="right"/>
      </w:pPr>
      <w:r>
        <w:t>انہوں نے وہ حکمت بیان کی ہے صلح حدیبیہ میں۔</w:t>
      </w:r>
    </w:p>
    <w:p>
      <w:r>
        <w:rPr>
          <w:b/>
        </w:rPr>
        <w:t xml:space="preserve">[17:38] </w:t>
      </w:r>
      <w:r>
        <w:t>achha, dekhiye, quran mein hai ke woh hadees, woh ayat parhiye ke tum ko hikmat sikhata hai.</w:t>
      </w:r>
    </w:p>
    <w:p>
      <w:pPr>
        <w:jc w:val="right"/>
      </w:pPr>
      <w:r>
        <w:t>اچھا، دیکھیے، قرآن میں ہے کہ وہ حدیث، وہ آیت پڑھیے کہ تم کو حکمت سکھاتا ہے۔</w:t>
      </w:r>
    </w:p>
    <w:p>
      <w:r>
        <w:rPr>
          <w:b/>
        </w:rPr>
        <w:t xml:space="preserve">[17:50] </w:t>
      </w:r>
      <w:r>
        <w:t>walladhi ba'atha fil ummiyeena rasoolan minhum yatlu alayhim ayatihi wa yuzakkihim wa yu'allimuhumul kitaba wal hikmah dekhiye, ab sawal yeh hai ke kitab to wazeh hai ke quran parh ke sunana hikmat ka cheez hai.</w:t>
      </w:r>
    </w:p>
    <w:p>
      <w:pPr>
        <w:jc w:val="right"/>
      </w:pPr>
      <w:r>
        <w:t>والذی بعث فی الامیین رسول منہم جتلو علیہم آیاتہ ویزکیہم ویلمہم الکتاب والحکمہ دیکھیے، اب سوال یہ ہے کہ کتاب تو واضح ہے کہ قرآن پڑھ کے سنانا حکمت کا چیز ہے۔</w:t>
      </w:r>
    </w:p>
    <w:p>
      <w:r>
        <w:rPr>
          <w:b/>
        </w:rPr>
        <w:t xml:space="preserve">[18:14] </w:t>
      </w:r>
      <w:r>
        <w:t>hikmat ka woh mein ne bohat si kitabon mein dhoonda, koi mila hi nahi. aksar log to samajhtay hain ke hikmat ma'ana hai masaleh fiqh.</w:t>
      </w:r>
    </w:p>
    <w:p>
      <w:pPr>
        <w:jc w:val="right"/>
      </w:pPr>
      <w:r>
        <w:t>حکمت کا وہ میں نے بہت سی کتابوں میں ڈھونڈا، کوئی ملا ہی نہیں۔ اکثر لوگ تو سمجھتے ہیں کہ حکمت معنی ہے مصالح فقہ۔</w:t>
      </w:r>
    </w:p>
    <w:p>
      <w:r>
        <w:rPr>
          <w:b/>
        </w:rPr>
        <w:t xml:space="preserve">[18:30] </w:t>
      </w:r>
      <w:r>
        <w:t>to wohi mein keh raha hoon ke jab peghambar dawati kaam karte thay to woh aik hikmah asloob bhi karte thay.</w:t>
      </w:r>
    </w:p>
    <w:p>
      <w:pPr>
        <w:jc w:val="right"/>
      </w:pPr>
      <w:r>
        <w:t>تو وہی میں کہہ رہا ہوں کہ جب پیغمبر دعوتی کام کرتے تھے تو وہ ایک حکیمہ اسلوب بھی کرتے تھے۔</w:t>
      </w:r>
    </w:p>
    <w:p>
      <w:r>
        <w:rPr>
          <w:b/>
        </w:rPr>
        <w:t xml:space="preserve">[18:40] </w:t>
      </w:r>
      <w:r>
        <w:t>hikmat se murad hai hikmah asloob. to yeh kisi ne talashi nahi kiya ke woh hikmah asloob kiya tha.</w:t>
      </w:r>
    </w:p>
    <w:p>
      <w:pPr>
        <w:jc w:val="right"/>
      </w:pPr>
      <w:r>
        <w:t>حکمت سے مراد ہے حکیمہ اسلوب۔ تو یہ کسی نے تلاشی نہیں کیا کہ وہ حکیمہ اسلوب کیا تھا۔</w:t>
      </w:r>
    </w:p>
    <w:p>
      <w:r>
        <w:rPr>
          <w:b/>
        </w:rPr>
        <w:t xml:space="preserve">[18:53] </w:t>
      </w:r>
      <w:r>
        <w:t>woh hikmah is liye yeh tha ke aap ne ghhor kar ke dekha ke yeh to saaray arab ke log yahan jama hotay hain to hamaray liye audience banta hai.</w:t>
      </w:r>
    </w:p>
    <w:p>
      <w:pPr>
        <w:jc w:val="right"/>
      </w:pPr>
      <w:r>
        <w:t>وہ حکم اس لیے یہ تھا کہ آپ نے غور کر کے دیکھا کہ یہ تو سارے عرب کے لوگ یہاں جمع ہوتے ہیں تو ہمارے لیے آڈینس بنتا ہے۔</w:t>
      </w:r>
    </w:p>
    <w:p>
      <w:r>
        <w:rPr>
          <w:b/>
        </w:rPr>
        <w:t xml:space="preserve">[19:05] </w:t>
      </w:r>
      <w:r>
        <w:t>poora arab arab ka audience hum ko makkah mein mil raha hai. to aap ne un ko jo kuch karte thay, buton ki pooja waghera, us ko i'raaz kiya aur us us majma ko par thora audience istemal kiya.</w:t>
      </w:r>
    </w:p>
    <w:p>
      <w:pPr>
        <w:jc w:val="right"/>
      </w:pPr>
      <w:r>
        <w:t>پورا عرب عرب کا آڈینس ہم کو مکہ میں مل رہا ہے۔ تو آپ نے ان کو جو کچھ کرتے تھے، بتوں کی پوجا وغیرہ، اس کو اعراض کیا اور اس اس مجمع کو پر تھوڑا آڈینس استعمال کیا۔</w:t>
      </w:r>
    </w:p>
    <w:p>
      <w:r>
        <w:rPr>
          <w:b/>
        </w:rPr>
        <w:t xml:space="preserve">[19:23] </w:t>
      </w:r>
      <w:r>
        <w:t>yeh hikmat ke quran mein bataya gaya hai ke rasool tum ko kitab deta hai aur hikmat deta hai. yu'allimul kitaba wal hikmah to kitab ka matlab kiya hai?</w:t>
      </w:r>
    </w:p>
    <w:p>
      <w:pPr>
        <w:jc w:val="right"/>
      </w:pPr>
      <w:r>
        <w:t>یہ حکمت کہ قرآن میں بتایا گیا ہے کہ رسول تم کو کتاب دیتا ہے اور حکمت دیتا ہے۔ یعلم الکتاب الحکمہ تو کتاب کا مطلب کیا ہے؟</w:t>
      </w:r>
    </w:p>
    <w:p>
      <w:r>
        <w:rPr>
          <w:b/>
        </w:rPr>
        <w:t xml:space="preserve">[19:37] </w:t>
      </w:r>
      <w:r>
        <w:t>quran parh ke sunana. to ab sawal yeh hai ke hikmat kiya cheez hai? yeh hikmat hai asloob.</w:t>
      </w:r>
    </w:p>
    <w:p>
      <w:pPr>
        <w:jc w:val="right"/>
      </w:pPr>
      <w:r>
        <w:t>قرآن پڑھ کے سنانا۔ تو اب سوال یہ ہے کہ حکمت کیا چیز ہے؟ یہ حکمت ہے اسلوب۔</w:t>
      </w:r>
    </w:p>
    <w:p>
      <w:r>
        <w:rPr>
          <w:b/>
        </w:rPr>
        <w:t xml:space="preserve">[19:49] </w:t>
      </w:r>
      <w:r>
        <w:t>asloob jo asloob aap ikhtiyar karte thay, woh hai hikmat. woh us asloob ka to hota tha ke buton ki pujari pan, pujari jo pooja culture tha, us ko kuch boltay hi nahi thay.</w:t>
      </w:r>
    </w:p>
    <w:p>
      <w:pPr>
        <w:jc w:val="right"/>
      </w:pPr>
      <w:r>
        <w:t>اسلوب جو اسلوب آپ اختیار کرتے تھے، وہ ہے حکمت۔ وہ اس اسلوب کا تو ہوتا تھا کہ بتوں کی پجاری پن، پجاری جو پوجا کلچر تھا، اس کو کچھ بولتے ہی نہیں تھے۔</w:t>
      </w:r>
    </w:p>
    <w:p>
      <w:r>
        <w:rPr>
          <w:b/>
        </w:rPr>
        <w:t xml:space="preserve">[20:09] </w:t>
      </w:r>
      <w:r>
        <w:t>majma ko matlab audience istemal karte thay. quran sunana, quran sunana aur us ko i'raaz karna. to yeh yeh yeh i'raaz tha, us ko mein kehta hoon.</w:t>
      </w:r>
    </w:p>
    <w:p>
      <w:pPr>
        <w:jc w:val="right"/>
      </w:pPr>
      <w:r>
        <w:t>مجمع کو مطلب آڈینس استعمال کرتے تھے۔ قرآن سنانا، قرآن سنانا اور اس کو اعراض کرنا۔ تو یہ یہ یہ اعراض تھا، اس کو میں کہتا ہوں۔</w:t>
      </w:r>
    </w:p>
    <w:p>
      <w:r>
        <w:rPr>
          <w:b/>
        </w:rPr>
        <w:t xml:space="preserve">[20:22] </w:t>
      </w:r>
      <w:r>
        <w:t>aap aap phir dealing policy ikhtiyar karte thay.</w:t>
      </w:r>
    </w:p>
    <w:p>
      <w:pPr>
        <w:jc w:val="right"/>
      </w:pPr>
      <w:r>
        <w:t>آپ آپ پھر ڈیلنگ پالیسی اختیار کرتے تھے۔</w:t>
      </w:r>
    </w:p>
    <w:p>
      <w:r>
        <w:rPr>
          <w:b/>
        </w:rPr>
        <w:t xml:space="preserve">[20:29] </w:t>
      </w:r>
      <w:r>
        <w:t>aap mein se koi is ko dohraaye?</w:t>
      </w:r>
    </w:p>
    <w:p>
      <w:pPr>
        <w:jc w:val="right"/>
      </w:pPr>
      <w:r>
        <w:t>آپ میں سے کوئی اس کو دہرائے؟</w:t>
      </w:r>
    </w:p>
    <w:p>
      <w:r>
        <w:rPr>
          <w:b/>
        </w:rPr>
        <w:t xml:space="preserve">[20:37] </w:t>
      </w:r>
      <w:r>
        <w:t>molana, quran mein rasool Allah ke baray mein aaya hai ke yu'allimuhumul kitaba wal hikmah. yeh maloom cheez hai ke al-kitab kiya hai?</w:t>
      </w:r>
    </w:p>
    <w:p>
      <w:pPr>
        <w:jc w:val="right"/>
      </w:pPr>
      <w:r>
        <w:t>مولانا، قرآن میں رسول اللہ کے بارے میں آیا ہے کہ یعلمہم الکتاب والحکمہ۔ یہ معلوم چیز ہے کہ الکتاب کیا ہے؟</w:t>
      </w:r>
    </w:p>
    <w:p>
      <w:r>
        <w:rPr>
          <w:b/>
        </w:rPr>
        <w:t xml:space="preserve">[20:47] </w:t>
      </w:r>
      <w:r>
        <w:t>yani rasool Allah quran parh kar logon ko sunatay thay, lekin hikmat kiya hai? woh cheez hum ko daryaft karna hai rasool Allah ki seerat se.</w:t>
      </w:r>
    </w:p>
    <w:p>
      <w:pPr>
        <w:jc w:val="right"/>
      </w:pPr>
      <w:r>
        <w:t>یعنی رسول اللہ قرآن پڑھ کر لوگوں کو سناتے تھے، لیکن حکمت کیا ہے؟ وہ چیز ہم کو دریافت کرنا ہے رسول اللہ کی سیرت سے۔</w:t>
      </w:r>
    </w:p>
    <w:p>
      <w:r>
        <w:rPr>
          <w:b/>
        </w:rPr>
        <w:t xml:space="preserve">[20:58] </w:t>
      </w:r>
      <w:r>
        <w:t>woh asloob yeh tha ke rasool Allah ne quran parh kar sunaya to wahan jo but thay, un se rasool Allah ne i'raaz kiya aur jo zayreen thay, un ko quran parh kar sunaya.</w:t>
      </w:r>
    </w:p>
    <w:p>
      <w:pPr>
        <w:jc w:val="right"/>
      </w:pPr>
      <w:r>
        <w:t>وہ اسلوب یہ تھا کہ رسول اللہ نے قرآن پڑھ کر سنایا تو وہاں جو بت تھے، ان سے رسول اللہ نے اعراض کیا اور جو زائرین تھے، ان کو قرآن پڑھ کر سنایا۔</w:t>
      </w:r>
    </w:p>
    <w:p>
      <w:r>
        <w:rPr>
          <w:b/>
        </w:rPr>
        <w:t xml:space="preserve">[21:12] </w:t>
      </w:r>
      <w:r>
        <w:t>yeh hai hikmat. to isi ko aap ne aaj ki istilaah mein kaha dealing policy.</w:t>
      </w:r>
    </w:p>
    <w:p>
      <w:pPr>
        <w:jc w:val="right"/>
      </w:pPr>
      <w:r>
        <w:t>یہ ہے حکمت۔ تو اسی کو آپ نے آج کی اصطلاح میں کہا ڈیلنگ پالیسی۔</w:t>
      </w:r>
    </w:p>
    <w:p>
      <w:r>
        <w:rPr>
          <w:b/>
        </w:rPr>
        <w:t xml:space="preserve">[21:20] </w:t>
      </w:r>
      <w:r>
        <w:t>aap kisi is mein yeh tafseer mein nikaliye ke hikmat ko kya batate hain? Yalam al kitabul hikmah.</w:t>
      </w:r>
    </w:p>
    <w:p>
      <w:pPr>
        <w:jc w:val="right"/>
      </w:pPr>
      <w:r>
        <w:t>آپ کسی اس میں یہ تفسیر میں نکالیے کہ حکمت کو کیا بتاتے ہیں؟ یعلم الکتاب الحکمہ۔</w:t>
      </w:r>
    </w:p>
    <w:p>
      <w:r>
        <w:rPr>
          <w:b/>
        </w:rPr>
        <w:t xml:space="preserve">[21:37] </w:t>
      </w:r>
      <w:r>
        <w:t>maulana, koi mashhoor tafseer nikaliye? Misalan yeh bhi tafseer</w:t>
      </w:r>
    </w:p>
    <w:p>
      <w:pPr>
        <w:jc w:val="right"/>
      </w:pPr>
      <w:r>
        <w:t>مولانا، کوئی مشہور تفسیر نکالیے؟ مثلاً یہ بھی تفسیر</w:t>
      </w:r>
    </w:p>
    <w:p>
      <w:r>
        <w:rPr>
          <w:b/>
        </w:rPr>
        <w:t xml:space="preserve">[21:43] </w:t>
      </w:r>
      <w:r>
        <w:t>hameed ud din farahi ki ek kitaab hi hai. Maulana, hain Maulana hameed ud din farahi? Haan, un ki ek kitaab hi hai hikmat kya hai. Poori mein ne parha woh janne ke waste kuch bhi nahin.</w:t>
      </w:r>
    </w:p>
    <w:p>
      <w:pPr>
        <w:jc w:val="right"/>
      </w:pPr>
      <w:r>
        <w:t>حمید الدین فراہی کی ایک کتاب ہی ہے۔ مولانا، ہیں مولانا حمید الدین فراہی؟ ہاں، ان کی ایک کتاب ہی ہے حکمت کیا ہے۔ پوری میں نے پڑھا وہ جاننے کے واسطے کچھ بھی نہیں۔</w:t>
      </w:r>
    </w:p>
    <w:p>
      <w:r>
        <w:rPr>
          <w:b/>
        </w:rPr>
        <w:t xml:space="preserve">[21:54] </w:t>
      </w:r>
      <w:r>
        <w:t>woh kya batate hain? Kuch bhi nahin, bas khaali alfaaz ki tehqeeq woh hai. Koi mutayyan baat nahin hoti. Kya hai? Kya keh rahe hain? Mein ke poori kitaab unhon ne parhi lekin is mein kuch bhi nahin, bas alfaaz ki tehqeeq hai.</w:t>
      </w:r>
    </w:p>
    <w:p>
      <w:pPr>
        <w:jc w:val="right"/>
      </w:pPr>
      <w:r>
        <w:t>وہ کیا بتاتے ہیں؟ کچھ بھی نہیں، بس خالی الفاظ کی تحقیق وہ ہے۔ کوئی متعین بات نہیں ہوتی۔ کیا ہے؟ کیا کہہ رہے ہیں؟ میں کہ پوری کتاب انہوں نے پڑھی لیکن اس میں کچھ بھی نہیں، بس الفاظ کی تحقیق ہے۔</w:t>
      </w:r>
    </w:p>
    <w:p>
      <w:r>
        <w:rPr>
          <w:b/>
        </w:rPr>
        <w:t xml:space="preserve">[22:05] </w:t>
      </w:r>
      <w:r>
        <w:t>mutayyan baat yeh kya honi chahiye? Woh nahin hai is mein.</w:t>
      </w:r>
    </w:p>
    <w:p>
      <w:pPr>
        <w:jc w:val="right"/>
      </w:pPr>
      <w:r>
        <w:t>متعین بات یہ کیا ہونی چاہیے؟ وہ نہیں ہے اس میں۔</w:t>
      </w:r>
    </w:p>
    <w:p>
      <w:r>
        <w:rPr>
          <w:b/>
        </w:rPr>
        <w:t xml:space="preserve">[22:08] </w:t>
      </w:r>
      <w:r>
        <w:t>dekhiye, alfaaz jo hain Quran ke, us se maloom hota hai ke Quran wahan do baat keh raha hai: Yalam al kitabul hikmah.</w:t>
      </w:r>
    </w:p>
    <w:p>
      <w:pPr>
        <w:jc w:val="right"/>
      </w:pPr>
      <w:r>
        <w:t>دیکھیے، الفاظ جو ہیں قرآن کے، اس سے معلوم ہوتا ہے کہ قرآن وہاں دو بات کہہ رہا ہے: یعلم الکتاب الحکمہ۔</w:t>
      </w:r>
    </w:p>
    <w:p>
      <w:r>
        <w:rPr>
          <w:b/>
        </w:rPr>
        <w:t xml:space="preserve">[22:18] </w:t>
      </w:r>
      <w:r>
        <w:t>ji ke Quran ki taleem deta tha woh aur hikmat ka tareeqa ikhtiyar karta tha.</w:t>
      </w:r>
    </w:p>
    <w:p>
      <w:pPr>
        <w:jc w:val="right"/>
      </w:pPr>
      <w:r>
        <w:t>جی کہ قرآن کی تعلیم دیتا تھا وہ اور حکمت کا طریقہ اختیار کرتا تھا۔</w:t>
      </w:r>
    </w:p>
    <w:p>
      <w:r>
        <w:rPr>
          <w:b/>
        </w:rPr>
        <w:t xml:space="preserve">[22:27] </w:t>
      </w:r>
      <w:r>
        <w:t>woh to ab sawal yeh hai ke Quran to maloom hai, yeh kitaab hai. Ab woh hikmat kya cheez hai? To is mein yahi hai.</w:t>
      </w:r>
    </w:p>
    <w:p>
      <w:pPr>
        <w:jc w:val="right"/>
      </w:pPr>
      <w:r>
        <w:t>وہ تو اب سوال یہ ہے کہ قرآن تو معلوم ہے، یہ کتاب ہے۔ اب وہ حکمت کیا چیز ہے؟ تو اس میں یہی ہے۔</w:t>
      </w:r>
    </w:p>
    <w:p>
      <w:r>
        <w:rPr>
          <w:b/>
        </w:rPr>
        <w:t xml:space="preserve">[22:39] </w:t>
      </w:r>
      <w:r>
        <w:t>mein ne bohat ghor kiya is ko ke Quran mein is ko lafz a'raaz se ta'beer kiya gaya hai. Yani a'raaz ka usloob ikhtiyar karte the.</w:t>
      </w:r>
    </w:p>
    <w:p>
      <w:pPr>
        <w:jc w:val="right"/>
      </w:pPr>
      <w:r>
        <w:t>میں نے بہت غور کیا اس کو کہ قرآن میں اس کو لفظ اعراض سے تعبیر کیا گیا ہے۔ یعنی اعراض کا اسلوب اختیار کرتے تھے۔</w:t>
      </w:r>
    </w:p>
    <w:p>
      <w:r>
        <w:rPr>
          <w:b/>
        </w:rPr>
        <w:t xml:space="preserve">[22:50] </w:t>
      </w:r>
      <w:r>
        <w:t>mein ne is ko mazeed zabani usloob mein uthaane ke liye kaha ke aap dealing policy ikhtiyar karte the.</w:t>
      </w:r>
    </w:p>
    <w:p>
      <w:pPr>
        <w:jc w:val="right"/>
      </w:pPr>
      <w:r>
        <w:t>میں نے اس کو مزید زبانی اسلوب میں اٹھالنے کے لیے کہا کہ آپ ڈیلنگ پالیسی اختیار کرتے تھے۔</w:t>
      </w:r>
    </w:p>
    <w:p>
      <w:r>
        <w:rPr>
          <w:b/>
        </w:rPr>
        <w:t xml:space="preserve">[23:01] </w:t>
      </w:r>
      <w:r>
        <w:t>bat culture ko alag kar diya aur majma jo maujood hota tha, us ko bas audience le liya.</w:t>
      </w:r>
    </w:p>
    <w:p>
      <w:pPr>
        <w:jc w:val="right"/>
      </w:pPr>
      <w:r>
        <w:t>بت کلچر کو الگ کر دیا اور مجمع جو موجود ہوتا تھا، اس کو بس آڈینس لے لیا۔</w:t>
      </w:r>
    </w:p>
    <w:p>
      <w:r>
        <w:rPr>
          <w:b/>
        </w:rPr>
        <w:t xml:space="preserve">[23:10] </w:t>
      </w:r>
      <w:r>
        <w:t>yeh hai dealing king. Yeh bataiye ke aap ne kisi kitaab mein is tareeqe se paya hai</w:t>
      </w:r>
    </w:p>
    <w:p>
      <w:pPr>
        <w:jc w:val="right"/>
      </w:pPr>
      <w:r>
        <w:t>یہ ہے ڈیلنگ کنگ۔ یہ بتائیے کہ آپ نے کسی کتاب میں اس طریقے سے پایا ہے</w:t>
      </w:r>
    </w:p>
    <w:p>
      <w:r>
        <w:rPr>
          <w:b/>
        </w:rPr>
        <w:t xml:space="preserve">[23:17] </w:t>
      </w:r>
      <w:r>
        <w:t>? Nahin, kuch bhi nahin, bilkul nahin. Maulana, bilkul nahin, nahin, Maulana, bilkul nahin paya aise. Yeh hikmat ghair wazeh hai. Maulana, har jagah ab jaise Tabari hai to us mein hikmat ka matlab bataya.</w:t>
      </w:r>
    </w:p>
    <w:p>
      <w:pPr>
        <w:jc w:val="right"/>
      </w:pPr>
      <w:r>
        <w:t>؟ نہیں، کچھ بھی نہیں، بالکل نہیں۔ مولانا، بالکل نہیں، نہیں، مولانا، بالکل نہیں پایا ایسے۔ یہ حکمت غیر واضح ہے۔ مولانا، ہر جگہ اب جیسے طبری ہے تو اس میں حکمت کا مطلب بتایا۔</w:t>
      </w:r>
    </w:p>
    <w:p>
      <w:r>
        <w:rPr>
          <w:b/>
        </w:rPr>
        <w:t xml:space="preserve">[23:30] </w:t>
      </w:r>
      <w:r>
        <w:t>ek matlab hai sunnat. Hain sunnat, sunnat bataiye. Sunnat yani fiqh mein misaal bataye gaye hain.</w:t>
      </w:r>
    </w:p>
    <w:p>
      <w:pPr>
        <w:jc w:val="right"/>
      </w:pPr>
      <w:r>
        <w:t>ایک مطلب ہے سنت۔ ہیں سنت، سنت بتائیے۔ سنت یعنی فقہ میں مثال بتائے گئے ہیں۔</w:t>
      </w:r>
    </w:p>
    <w:p>
      <w:r>
        <w:rPr>
          <w:b/>
        </w:rPr>
        <w:t xml:space="preserve">[23:41] </w:t>
      </w:r>
      <w:r>
        <w:t>ek aur matlab bataya: Al ma'rifatu bid deeni wal fiqhu feeh.</w:t>
      </w:r>
    </w:p>
    <w:p>
      <w:pPr>
        <w:jc w:val="right"/>
      </w:pPr>
      <w:r>
        <w:t>ایک اور مطلب بتایا: المعرفت بالدین والفقہ فیہ۔</w:t>
      </w:r>
    </w:p>
    <w:p>
      <w:r>
        <w:rPr>
          <w:b/>
        </w:rPr>
        <w:t xml:space="preserve">[23:48] </w:t>
      </w:r>
      <w:r>
        <w:t>aise koi baat payi aap ne? Nahin, nahin, haan, yeh to alfaaz hain. Bas</w:t>
      </w:r>
    </w:p>
    <w:p>
      <w:pPr>
        <w:jc w:val="right"/>
      </w:pPr>
      <w:r>
        <w:t>ایسے کوئی بات پائی آپ نے؟ نہیں، نہیں، ہاں، یہ تو الفاظ ہیں۔ بس</w:t>
      </w:r>
    </w:p>
    <w:p>
      <w:r>
        <w:rPr>
          <w:b/>
        </w:rPr>
        <w:t xml:space="preserve">[23:56] </w:t>
      </w:r>
      <w:r>
        <w:t>saheeh baat yeh hai ke kitaab ke ma'ni hain Quran ki</w:t>
      </w:r>
    </w:p>
    <w:p>
      <w:pPr>
        <w:jc w:val="right"/>
      </w:pPr>
      <w:r>
        <w:t>صحیح بات یہ ہے کہ کتاب کے معنی ہیں قرآن کی</w:t>
      </w:r>
    </w:p>
    <w:p>
      <w:r>
        <w:rPr>
          <w:b/>
        </w:rPr>
        <w:t xml:space="preserve">[24:06] </w:t>
      </w:r>
      <w:r>
        <w:t>ko parh ke sunana aur hikmat ka matlab hai woh usloob jo ikhtiyar kiya aap ne. Agar na karte to yeh mumkin na hota.</w:t>
      </w:r>
    </w:p>
    <w:p>
      <w:pPr>
        <w:jc w:val="right"/>
      </w:pPr>
      <w:r>
        <w:t>کو پڑھ کے سنانا اور حکمت کا مطلب ہے وہ اسلوب جو اختیار کیا آپ نے۔ اگر نہ کرتے تو یہ ممکن نہ ہوتا۔</w:t>
      </w:r>
    </w:p>
    <w:p>
      <w:r>
        <w:rPr>
          <w:b/>
        </w:rPr>
        <w:t xml:space="preserve">[24:16] </w:t>
      </w:r>
      <w:r>
        <w:t>balkeh yeh woh a'raaz, yani but parasti ka jo karobar wahan tha, us se a'raaz kiya aur us ki wajah se woh ikattha hote the log.</w:t>
      </w:r>
    </w:p>
    <w:p>
      <w:pPr>
        <w:jc w:val="right"/>
      </w:pPr>
      <w:r>
        <w:t>بلکہ یہ وہ اعراض، یعنی بت پرستی کا جو کاروبار وہاں تھا، اس سے اعراض کیا اور اس کی وجہ سے وہ اکٹھا ہوتے تھے لوگ۔</w:t>
      </w:r>
    </w:p>
    <w:p>
      <w:r>
        <w:rPr>
          <w:b/>
        </w:rPr>
        <w:t xml:space="preserve">[24:28] </w:t>
      </w:r>
      <w:r>
        <w:t>to ek majma banta tha, us ko matlab audience liya to dealing kiya aap ne?</w:t>
      </w:r>
    </w:p>
    <w:p>
      <w:pPr>
        <w:jc w:val="right"/>
      </w:pPr>
      <w:r>
        <w:t>تو ایک مجمع بنتا تھا، اس کو مطلب آڈینس لیا تو ڈیلنگ کیا آپ نے؟</w:t>
      </w:r>
    </w:p>
    <w:p>
      <w:r>
        <w:rPr>
          <w:b/>
        </w:rPr>
        <w:t xml:space="preserve">[24:37] </w:t>
      </w:r>
      <w:r>
        <w:t>yahan se koi dohraaye in logon mein se?</w:t>
      </w:r>
    </w:p>
    <w:p>
      <w:pPr>
        <w:jc w:val="right"/>
      </w:pPr>
      <w:r>
        <w:t>یہاں سے کوئی دہرائے ان لوگوں میں سے؟</w:t>
      </w:r>
    </w:p>
    <w:p>
      <w:r>
        <w:rPr>
          <w:b/>
        </w:rPr>
        <w:t xml:space="preserve">[24:52] </w:t>
      </w:r>
      <w:r>
        <w:t>Maulana, aap yeh keh rahe hain ke yahan par kitaab ki taleem deta hai, yeh kaha gaya hai Quran mein.</w:t>
      </w:r>
    </w:p>
    <w:p>
      <w:pPr>
        <w:jc w:val="right"/>
      </w:pPr>
      <w:r>
        <w:t>مولانا، آپ یہ کہہ رہے ہیں کہ یہاں پر کتاب کی تعلیم دیتا ہے، یہ کہا گیا ہے قرآن میں۔</w:t>
      </w:r>
    </w:p>
    <w:p>
      <w:r>
        <w:rPr>
          <w:b/>
        </w:rPr>
        <w:t xml:space="preserve">[25:01] </w:t>
      </w:r>
      <w:r>
        <w:t>aur doosra jo hai hikmat. Hikmat ki taleem ka matlab yeh hai ke usloob dawat sikhata hai. Yani kitaab ki taleem deta hai aur usloob bhi batata hai.</w:t>
      </w:r>
    </w:p>
    <w:p>
      <w:pPr>
        <w:jc w:val="right"/>
      </w:pPr>
      <w:r>
        <w:t>اور دوسرا جو ہے حکمت۔ حکمت کی تعلیم کا مطلب یہ ہے کہ اسلوب دعوت سکھاتا ہے۔ یعنی کتاب کی تعلیم دیتا ہے اور اسلوب بھی بتاتا ہے۔</w:t>
      </w:r>
    </w:p>
    <w:p>
      <w:r>
        <w:rPr>
          <w:b/>
        </w:rPr>
        <w:t xml:space="preserve">[25:15] </w:t>
      </w:r>
      <w:r>
        <w:t>ji, hakeemana usloob bhi batat</w:t>
      </w:r>
    </w:p>
    <w:p>
      <w:pPr>
        <w:jc w:val="right"/>
      </w:pPr>
      <w:r>
        <w:t>جی، حکیمانہ اسلوب بھی بتات</w:t>
      </w:r>
    </w:p>
    <w:p>
      <w:r>
        <w:rPr>
          <w:b/>
        </w:rPr>
        <w:t xml:space="preserve">[25:18] </w:t>
      </w:r>
      <w:r>
        <w:t>a hai. kitaab ki taleem deta hai aur hakeemana usloob bhi batata hai. hamm, to yeh is mein bilkul wazeh ho jata hai. maulana, hikmat ka mani.</w:t>
      </w:r>
    </w:p>
    <w:p>
      <w:pPr>
        <w:jc w:val="right"/>
      </w:pPr>
      <w:r>
        <w:t>ا ہے۔ کتاب کی تعلیم دیتا ہے اور حکیمانہ اسلوب بھی بتاتا ہے۔ ہمم، تو یہ اس میں بالکل واضح ہو جاتا ہے۔ مولانا، حکمت کا معنی۔</w:t>
      </w:r>
    </w:p>
    <w:p>
      <w:r>
        <w:rPr>
          <w:b/>
        </w:rPr>
        <w:t xml:space="preserve">[25:28] </w:t>
      </w:r>
      <w:r>
        <w:t>abdul salam umri haiderabad. maulana, is ayat ke andar do baaten batai gayi hain: yallimuhum al-kitab wal-hikmah.</w:t>
      </w:r>
    </w:p>
    <w:p>
      <w:pPr>
        <w:jc w:val="right"/>
      </w:pPr>
      <w:r>
        <w:t>عبدالسلام عمری حیدرآباد۔ مولانا، اس آیت کے اندر دو باتیں بتائی گئی ہیں: یعلمہم الکتاب والحکمہ۔</w:t>
      </w:r>
    </w:p>
    <w:p>
      <w:r>
        <w:rPr>
          <w:b/>
        </w:rPr>
        <w:t xml:space="preserve">[25:37] </w:t>
      </w:r>
      <w:r>
        <w:t>is usloob ko ikhtiyar karne ka tareeqa maujooda alam mein kya hai? yaani koi zaroori nahi ke yeh ek hi tareeqa ho.</w:t>
      </w:r>
    </w:p>
    <w:p>
      <w:pPr>
        <w:jc w:val="right"/>
      </w:pPr>
      <w:r>
        <w:t>اس اسلوب کو اختیار کرنے کا طریقہ موجودہ عالم میں کیا ہے؟ یعنی کوئی ضروری نہیں کہ یہ ایک ہی طریقہ ہو۔</w:t>
      </w:r>
    </w:p>
    <w:p>
      <w:r>
        <w:rPr>
          <w:b/>
        </w:rPr>
        <w:t xml:space="preserve">[25:49] </w:t>
      </w:r>
      <w:r>
        <w:t>misalan dekhiye,</w:t>
      </w:r>
    </w:p>
    <w:p>
      <w:pPr>
        <w:jc w:val="right"/>
      </w:pPr>
      <w:r>
        <w:t>مثلاً دیکھیے،</w:t>
      </w:r>
    </w:p>
    <w:p>
      <w:r>
        <w:rPr>
          <w:b/>
        </w:rPr>
        <w:t xml:space="preserve">[25:53] </w:t>
      </w:r>
      <w:r>
        <w:t>main ne zamane mein pehle yeh karta tha ke jahan mujhe maloom hota tha ke hinduo ka, isaiyo ka, kisi ka koi ijtima hota ho raha hai,</w:t>
      </w:r>
    </w:p>
    <w:p>
      <w:pPr>
        <w:jc w:val="right"/>
      </w:pPr>
      <w:r>
        <w:t>میں نے زمانے میں پہلے یہ کرتا تھا کہ جہاں مجھے معلوم ہوتا تھا کہ ہندوؤں کا، عیسائیوں کا، کسی کا کوئی اجتماع ہوتا ہو رہا ہے،</w:t>
      </w:r>
    </w:p>
    <w:p>
      <w:r>
        <w:rPr>
          <w:b/>
        </w:rPr>
        <w:t xml:space="preserve">[26:10] </w:t>
      </w:r>
      <w:r>
        <w:t>koi seminar hai, koi conference hai, to main wahan apne sathiyo ko le kar ke aur kitaabon ko le kar ke jata tha aur stall lagata tha.</w:t>
      </w:r>
    </w:p>
    <w:p>
      <w:pPr>
        <w:jc w:val="right"/>
      </w:pPr>
      <w:r>
        <w:t>کوئی سیمینار ہے، کوئی کانفرنس ہے، تو میں وہاں اپنے ساتھیوں کو لے کر کے اور کتابوں کو لے کر کے جاتا تھا اور اسٹال لگاتا تھا۔</w:t>
      </w:r>
    </w:p>
    <w:p>
      <w:r>
        <w:rPr>
          <w:b/>
        </w:rPr>
        <w:t xml:space="preserve">[26:22] </w:t>
      </w:r>
      <w:r>
        <w:t>to har jagah stall, har jagah stall. woh jo kar rahe hain, karne dijiye un ko. is ko hum dealing karte the.</w:t>
      </w:r>
    </w:p>
    <w:p>
      <w:pPr>
        <w:jc w:val="right"/>
      </w:pPr>
      <w:r>
        <w:t>تو ہر جگہ اسٹال، ہر جگہ اسٹال۔ وہ جو کر رہے ہیں، کرنے دیجیے ان کو۔ اس کو ہم ڈیلنگ کرتے تھے۔</w:t>
      </w:r>
    </w:p>
    <w:p>
      <w:r>
        <w:rPr>
          <w:b/>
        </w:rPr>
        <w:t xml:space="preserve">[26:33] </w:t>
      </w:r>
      <w:r>
        <w:t>aaj ka aap sawal karte hain ke ab abri masjid ka masla khara hua to dealing ki policy ikhtiyar nahi kar sake. bareek bareeki policy ko unho ne pooja ustad bana diya.</w:t>
      </w:r>
    </w:p>
    <w:p>
      <w:pPr>
        <w:jc w:val="right"/>
      </w:pPr>
      <w:r>
        <w:t>آج کا آپ سوال کرتے ہیں کہ اب ابری مسجد کا مسئلہ کھڑا ہوا تو ڈیلنگ کی پالیسی اختیار نہیں کر سکے۔ باریک باریکی پالیسی کو انہوں نے پوجا استاد بنا دیا۔</w:t>
      </w:r>
    </w:p>
    <w:p>
      <w:r>
        <w:rPr>
          <w:b/>
        </w:rPr>
        <w:t xml:space="preserve">[26:48] </w:t>
      </w:r>
      <w:r>
        <w:t>to log aktha hone lagay. to aap ko yeh mauqa tha ke aap koi kuch lagate hain wahan hindi mein, gujarati mein, har zaban mein.</w:t>
      </w:r>
    </w:p>
    <w:p>
      <w:pPr>
        <w:jc w:val="right"/>
      </w:pPr>
      <w:r>
        <w:t>تو لوگ اکٹھا ہونے لگے۔ تو آپ کو یہ موقع تھا کہ آپ کوئی کچھ لگاتے ہیں وہاں ہندی میں، گجراتی میں، ہر زبان میں۔</w:t>
      </w:r>
    </w:p>
    <w:p>
      <w:r>
        <w:rPr>
          <w:b/>
        </w:rPr>
        <w:t xml:space="preserve">[26:59] </w:t>
      </w:r>
      <w:r>
        <w:t>woh jo karte hain, karne dijiye aap logo ko,</w:t>
      </w:r>
    </w:p>
    <w:p>
      <w:pPr>
        <w:jc w:val="right"/>
      </w:pPr>
      <w:r>
        <w:t>وہ جو کرتے ہیں، کرنے دیجیے۔ آپ لوگوں کو،</w:t>
      </w:r>
    </w:p>
    <w:p>
      <w:r>
        <w:rPr>
          <w:b/>
        </w:rPr>
        <w:t xml:space="preserve">[27:07] </w:t>
      </w:r>
      <w:r>
        <w:t>yaani araz ya dealing ka matlab hai ke woh jo karte hain, woh karne dijiye. takrao mat kijiye. aap pasay andaz mein apna shuru kar dijiye kaam.</w:t>
      </w:r>
    </w:p>
    <w:p>
      <w:pPr>
        <w:jc w:val="right"/>
      </w:pPr>
      <w:r>
        <w:t>یعنی اعراض یا ڈیلنگ کا مطلب ہے کہ وہ جو کرتے ہیں، وہ کرنے دیجیے۔ ٹکراؤ مت کیجیے۔ آپ پاسے انداز میں اپنا شروع کر دیجیے کام۔</w:t>
      </w:r>
    </w:p>
    <w:p>
      <w:r>
        <w:rPr>
          <w:b/>
        </w:rPr>
        <w:t xml:space="preserve">[27:19] </w:t>
      </w:r>
      <w:r>
        <w:t>koi sahib dohraen?</w:t>
      </w:r>
    </w:p>
    <w:p>
      <w:pPr>
        <w:jc w:val="right"/>
      </w:pPr>
      <w:r>
        <w:t>کوئی صاحب دہرائیں؟</w:t>
      </w:r>
    </w:p>
    <w:p>
      <w:r>
        <w:rPr>
          <w:b/>
        </w:rPr>
        <w:t xml:space="preserve">[27:24] </w:t>
      </w:r>
      <w:r>
        <w:t>salam</w:t>
      </w:r>
    </w:p>
    <w:p>
      <w:pPr>
        <w:jc w:val="right"/>
      </w:pPr>
      <w:r>
        <w:t>السلام</w:t>
      </w:r>
    </w:p>
    <w:p>
      <w:r>
        <w:rPr>
          <w:b/>
        </w:rPr>
        <w:t xml:space="preserve">[27:31] </w:t>
      </w:r>
      <w:r>
        <w:t>iqbal umri. maulana, aap yeh keh rahe hain ke dealing king ka yeh ek tareeqa nahi hai, balke is ko har zamane mein discover kiya jayega.</w:t>
      </w:r>
    </w:p>
    <w:p>
      <w:pPr>
        <w:jc w:val="right"/>
      </w:pPr>
      <w:r>
        <w:t>اقبال عمری۔ مولانا، آپ یہ کہہ رہے ہیں کہ ڈیلنگ کنگ کا یہ ایک طریقہ نہیں ہے، بلکہ اس کو ہر زمانے میں ڈسکور کیا جائے گا۔</w:t>
      </w:r>
    </w:p>
    <w:p>
      <w:r>
        <w:rPr>
          <w:b/>
        </w:rPr>
        <w:t xml:space="preserve">[27:41] </w:t>
      </w:r>
      <w:r>
        <w:t>jaisa ke musalmano ko mauqa mila tha ke babri masjid ka masla is mein parhne ke bajaye musalmano ko yeh karna chahiye tha ke un ko apne haal par chhod dena chahiye tha.</w:t>
      </w:r>
    </w:p>
    <w:p>
      <w:pPr>
        <w:jc w:val="right"/>
      </w:pPr>
      <w:r>
        <w:t>جیسا کہ مسلمانوں کو موقع ملا تھا کہ بابری مسجد کا مسئلہ اس میں پڑھنے کے بجائے مسلمانوں کو یہ کرنا چاہیے تھا کہ ان کو اپنے حال پر چھوڑ دینا چاہیے تھا۔</w:t>
      </w:r>
    </w:p>
    <w:p>
      <w:r>
        <w:rPr>
          <w:b/>
        </w:rPr>
        <w:t xml:space="preserve">[27:53] </w:t>
      </w:r>
      <w:r>
        <w:t>is ko dealing karte hue dawat ka kaam ke liye jo mauqa hain, is ko use karna</w:t>
      </w:r>
    </w:p>
    <w:p>
      <w:pPr>
        <w:jc w:val="right"/>
      </w:pPr>
      <w:r>
        <w:t>اس کو ڈیلنگ کرتے ہوئے دعوتی کام کے لیے جو مواقع ہیں، اس کو یوز کرنا</w:t>
      </w:r>
    </w:p>
    <w:p>
      <w:r>
        <w:rPr>
          <w:b/>
        </w:rPr>
        <w:t xml:space="preserve">[27:59] </w:t>
      </w:r>
      <w:r>
        <w:t>tha. misalan ek book stall lagana. book stall lagana. misalan book stall lagana mukhtalif zabanon, zaban ki kitabon mein.</w:t>
      </w:r>
    </w:p>
    <w:p>
      <w:pPr>
        <w:jc w:val="right"/>
      </w:pPr>
      <w:r>
        <w:t>تھا۔ مثلاً ایک بک اسٹال لگانا۔ بک اسٹال لگانا۔ مثلاً بک اسٹال لگانا مختلف زبانوں، زبان کی کتابوں میں۔</w:t>
      </w:r>
    </w:p>
    <w:p>
      <w:r>
        <w:rPr>
          <w:b/>
        </w:rPr>
        <w:t xml:space="preserve">[28:10] </w:t>
      </w:r>
      <w:r>
        <w:t>yeh surah rasool. ji. yeh hai dealing ki policy. yeh hai araz. to quran mein lafz wajab aaya hai: chhod do, chhod do mani un se taaruz ko chhod do, apna kaam karo.</w:t>
      </w:r>
    </w:p>
    <w:p>
      <w:pPr>
        <w:jc w:val="right"/>
      </w:pPr>
      <w:r>
        <w:t>یہ سورۃ رسول۔ جی۔ یہ ہے ڈیلنگ کی پالیسی۔ یہ ہے اعراض۔ تو قرآن میں لفظ واجب آیا ہے: چھوڑو، چھوڑو معنی ان سے تعارض کو چھوڑو، اپنا کام کرو۔</w:t>
      </w:r>
    </w:p>
    <w:p>
      <w:r>
        <w:rPr>
          <w:b/>
        </w:rPr>
        <w:t xml:space="preserve">[28:28] </w:t>
      </w:r>
      <w:r>
        <w:t>ji. sahi baat hai, maulana. taaruz ko chhodna hai. un ke un se taaruz mat karo aur apna kaam karte raho.</w:t>
      </w:r>
    </w:p>
    <w:p>
      <w:pPr>
        <w:jc w:val="right"/>
      </w:pPr>
      <w:r>
        <w:t>جی۔ صحیح بات ہے، مولانا۔ تعارض کو چھوڑنا ہے۔ ان کے ان سے تعارض مت کرو اور اپنا کام کرتے رہو۔</w:t>
      </w:r>
    </w:p>
    <w:p>
      <w:r>
        <w:rPr>
          <w:b/>
        </w:rPr>
        <w:t xml:space="preserve">[28:38] </w:t>
      </w:r>
      <w:r>
        <w:t>to ummat ka masla yeh hai ke naam to khoob lete hain quran ka, hadith ka, rasool ka, lekin nabuwat, rehnumai ikhtiyar nahi kar sake.</w:t>
      </w:r>
    </w:p>
    <w:p>
      <w:pPr>
        <w:jc w:val="right"/>
      </w:pPr>
      <w:r>
        <w:t>تو امت کا مسئلہ یہ ہے کہ نام تو خوب لیتے ہیں قرآن کا، حدیث کا، رسول کا، لیکن نبوت، رہنمائی اختیار نہیں کر سکے۔</w:t>
      </w:r>
    </w:p>
    <w:p>
      <w:r>
        <w:rPr>
          <w:b/>
        </w:rPr>
        <w:t xml:space="preserve">[28:50] </w:t>
      </w:r>
      <w:r>
        <w:t>is ki wajah kya hai? rehnumai hamesha applied surat mein hoti hai. yeh bhi sawal lijiye ke rehnumai hamesha applied roop mein hoti hai.</w:t>
      </w:r>
    </w:p>
    <w:p>
      <w:pPr>
        <w:jc w:val="right"/>
      </w:pPr>
      <w:r>
        <w:t>اس کی وجہ کیا ہے؟ رہنمائی ہمیشہ اپلائیڈ صورت میں ہوتی ہے۔ یہ بھی سوال لیجیے کہ رہنمائی ہمیشہ اپلائیڈ روپ میں ہوتی ہے۔</w:t>
      </w:r>
    </w:p>
    <w:p>
      <w:r>
        <w:rPr>
          <w:b/>
        </w:rPr>
        <w:t xml:space="preserve">[29:05] </w:t>
      </w:r>
      <w:r>
        <w:t>misalan main ne kaha ke jab log aktha hone lage babri masjid ke paas hindu log to applied way mein kya tha ke ab hum book stall laga dete hain.</w:t>
      </w:r>
    </w:p>
    <w:p>
      <w:pPr>
        <w:jc w:val="right"/>
      </w:pPr>
      <w:r>
        <w:t>مثلاً میں نے کہا کہ جب لوگ اکٹھا ہونے لگے بابری مسجد کے پاس ہندو لوگ تو اپلائیڈ وے میں کیا تھا کہ اب ہم بک اسٹال لگا دیتے ہیں۔</w:t>
      </w:r>
    </w:p>
    <w:p>
      <w:r>
        <w:rPr>
          <w:b/>
        </w:rPr>
        <w:t xml:space="preserve">[29:20] </w:t>
      </w:r>
      <w:r>
        <w:t>book stall. yeh applied way mein. is se hum to woh kisi ne kiya nahi.</w:t>
      </w:r>
    </w:p>
    <w:p>
      <w:pPr>
        <w:jc w:val="right"/>
      </w:pPr>
      <w:r>
        <w:t>بک اسٹال۔ یہ اپلائیڈ وے میں۔ اس سے ہم تو وہ کسی نے کیا نہیں۔</w:t>
      </w:r>
    </w:p>
    <w:p>
      <w:r>
        <w:rPr>
          <w:b/>
        </w:rPr>
        <w:t xml:space="preserve">[29:31] </w:t>
      </w:r>
      <w:r>
        <w:t>khali babri action committee. bataiye, babri action committee kehte hain to jhagda, jhagda. babri action committee banana yeh reaction hai.</w:t>
      </w:r>
    </w:p>
    <w:p>
      <w:pPr>
        <w:jc w:val="right"/>
      </w:pPr>
      <w:r>
        <w:t>خالی بابری ایکشن کمیٹی۔ بتائیے، بابری ایکشن کمیٹی کہتے ہیں تو جھگڑا، جھگڑا۔ بابری ایکشن کمیٹی بنانا یہ ری ایکشن ہے۔</w:t>
      </w:r>
    </w:p>
    <w:p>
      <w:r>
        <w:rPr>
          <w:b/>
        </w:rPr>
        <w:t xml:space="preserve">[29:44] </w:t>
      </w:r>
      <w:r>
        <w:t>woh reaction hai. ab main jo bata raha hoon woh hai positive action. reaction nahi, positive action.</w:t>
      </w:r>
    </w:p>
    <w:p>
      <w:pPr>
        <w:jc w:val="right"/>
      </w:pPr>
      <w:r>
        <w:t>وہ ری ایکشن ہے۔ اب میں جو بتا رہا ہوں وہ ہے پازیٹیو ایکشن۔ ری ایکشن نہیں، پازیٹیو ایکشن۔</w:t>
      </w:r>
    </w:p>
    <w:p>
      <w:r>
        <w:rPr>
          <w:b/>
        </w:rPr>
        <w:t xml:space="preserve">[29:56] </w:t>
      </w:r>
      <w:r>
        <w:t>iqbal umri. maulana, bohat bari baat samajh mein aai, maulana, ke har rehnumai rehnumai nahi hai, balke qabil-e-tadbeeq jo baat hai, woh rehnumai hai.</w:t>
      </w:r>
    </w:p>
    <w:p>
      <w:pPr>
        <w:jc w:val="right"/>
      </w:pPr>
      <w:r>
        <w:t>اقبال عمری۔ مولانا، بہت بڑی بات سمجھ میں آئی، مولانا، کہ ہر رہنمائی رہنمائی نہیں ہے، بلکہ قابلِ تدبیق جو بات ہے، وہ رہنمائی ہے۔</w:t>
      </w:r>
    </w:p>
    <w:p>
      <w:r>
        <w:rPr>
          <w:b/>
        </w:rPr>
        <w:t xml:space="preserve">[30:08] </w:t>
      </w:r>
      <w:r>
        <w:t>to asal karna chahiye tha ke reaction nahi, positive action lena chahiye tha. ummat ne reaction kiya. hmm. aur jo bhi reaction ki boli bolte hain, woh qabil-e-rehnumai bhi nahi hai, rehnuma bhi nahi hai, maulana.</w:t>
      </w:r>
    </w:p>
    <w:p>
      <w:pPr>
        <w:jc w:val="right"/>
      </w:pPr>
      <w:r>
        <w:t>تو اصل کرنا چاہیے تھا کہ ری ایکشن نہیں، پازیٹیو ایکشن لینا چاہیے تھا۔ امت نے ری ایکشن کیا۔ ہمم۔ اور جو بھی ری ایکشن کی بولی بولتے ہیں، وہ قابلِ رہنمائی بھی نہیں ہے، رہنما بھی نہیں ہے، مولانا۔</w:t>
      </w:r>
    </w:p>
    <w:p>
      <w:r>
        <w:rPr>
          <w:b/>
        </w:rPr>
        <w:t xml:space="preserve">[30:25] </w:t>
      </w:r>
      <w:r>
        <w:t>saara masla yahi hai. falasteen mein, falasteen mein, pakistan mein, kashmir mein, adiya mein, jahan jahan har jagah musalmanon ne react kiya,</w:t>
      </w:r>
    </w:p>
    <w:p>
      <w:pPr>
        <w:jc w:val="right"/>
      </w:pPr>
      <w:r>
        <w:t>سارا مسئلہ یہی ہے۔ فلسطین میں، فلسطین میں، پاکستان میں، کشمیر میں، ادیہ میں، جہاں جہاں ہر جگہ مسلمانوں نے ری ایکٹ کیا،</w:t>
      </w:r>
    </w:p>
    <w:p>
      <w:r>
        <w:rPr>
          <w:b/>
        </w:rPr>
        <w:t xml:space="preserve">[30:40] </w:t>
      </w:r>
      <w:r>
        <w:t>planning nahi ki. planning nahi ki, react kiya. ab jab jawabi takrao hua to kehte hain: "zulm ho raha hai, zulm ho raha hai." jahan aap react karenge to woh bhi karenge.</w:t>
      </w:r>
    </w:p>
    <w:p>
      <w:pPr>
        <w:jc w:val="right"/>
      </w:pPr>
      <w:r>
        <w:t>پلاننگ نہیں کی۔ پلاننگ نہیں کی، ری ایکٹ کیا۔ اب جب جوابی ٹکراؤ ہوا تو کہتے ہیں: "ظلم ہو رہا ہے، ظلم ہو رہا ہے۔" جہاں آپ ری ایکٹ کریں گے تو وہ بھی کریں گے۔</w:t>
      </w:r>
    </w:p>
    <w:p>
      <w:r>
        <w:rPr>
          <w:b/>
        </w:rPr>
        <w:t xml:space="preserve">[30:55] </w:t>
      </w:r>
      <w:r>
        <w:t>ji. is mein takrao hoga. hain? ji. action, reaction, confrontation. ji. action, reaction, confrontation.</w:t>
      </w:r>
    </w:p>
    <w:p>
      <w:pPr>
        <w:jc w:val="right"/>
      </w:pPr>
      <w:r>
        <w:t>جی۔ اس میں ٹکراؤ ہوگا۔ ہیں؟ جی۔ ایکشن، ری ایکشن، کنفrontiشن۔ جی۔ ایکشن، ری ایکشن، کنفrontiشن۔</w:t>
      </w:r>
    </w:p>
    <w:p>
      <w:r>
        <w:rPr>
          <w:b/>
        </w:rPr>
        <w:t xml:space="preserve">[31:07] </w:t>
      </w:r>
      <w:r>
        <w:t>yahi hota hai hamesha. positive planning koi karta nahi. j</w:t>
      </w:r>
    </w:p>
    <w:p>
      <w:pPr>
        <w:jc w:val="right"/>
      </w:pPr>
      <w:r>
        <w:t>یہی ہوتا ہے ہمیشہ۔ پازیٹیو پلاننگ کوئی کرتا نہیں۔ ج</w:t>
      </w:r>
    </w:p>
    <w:p>
      <w:r>
        <w:rPr>
          <w:b/>
        </w:rPr>
        <w:t xml:space="preserve">[31:14] </w:t>
      </w:r>
      <w:r>
        <w:t>i? ji. haan.</w:t>
      </w:r>
    </w:p>
    <w:p>
      <w:pPr>
        <w:jc w:val="right"/>
      </w:pPr>
      <w:r>
        <w:t>ی؟ جی۔ ہاں۔</w:t>
      </w:r>
    </w:p>
    <w:p>
      <w:r>
        <w:rPr>
          <w:b/>
        </w:rPr>
        <w:t xml:space="preserve">[31:20] </w:t>
      </w:r>
      <w:r>
        <w:t>aap mein se koi bataye ke yeh hai ke nahi, aisa hai? maulana, bilkul aisa hi hai. action hota to is ka react karte hain, phir is ke baad takrao, conflict ho jata hai.</w:t>
      </w:r>
    </w:p>
    <w:p>
      <w:pPr>
        <w:jc w:val="right"/>
      </w:pPr>
      <w:r>
        <w:t>آپ میں سے کوئی بتائے کہ یہ ہے کہ نہیں، ایسا ہے؟ مولانا، بالکل ایسا ہی ہے۔ ایکشن ہوتا تو اس کا ری ایکٹ کرتے ہیں، پھر اس کے بعد ٹکراؤ، کنفلکٹ ہو جاتا ہے۔</w:t>
      </w:r>
    </w:p>
    <w:p>
      <w:r>
        <w:rPr>
          <w:b/>
        </w:rPr>
        <w:t xml:space="preserve">[31:34] </w:t>
      </w:r>
      <w:r>
        <w:t>positive planning ki ki buniyad par musalman nahi uth paate hain. hmm.</w:t>
      </w:r>
    </w:p>
    <w:p>
      <w:pPr>
        <w:jc w:val="right"/>
      </w:pPr>
      <w:r>
        <w:t>پازیٹیو پلاننگ کی کی بنیاد پر مسلمان نہیں اٹھ پاتے ہیں۔ ہمم۔</w:t>
      </w:r>
    </w:p>
    <w:p>
      <w:r>
        <w:rPr>
          <w:b/>
        </w:rPr>
        <w:t xml:space="preserve">[31:57] </w:t>
      </w:r>
      <w:r>
        <w:t>ab dekhiye, rasool Allah ko jab yeh unhon ne kaha ke makkah chhod do, warna hum marenge tum ko.</w:t>
      </w:r>
    </w:p>
    <w:p>
      <w:pPr>
        <w:jc w:val="right"/>
      </w:pPr>
      <w:r>
        <w:t>اب دیکھیے، رسول اللہ کو جب یہ انہوں نے کہا کہ مکہ چھوڑ دو، ورنہ ہم ماریں گے تم کو۔</w:t>
      </w:r>
    </w:p>
    <w:p>
      <w:r>
        <w:rPr>
          <w:b/>
        </w:rPr>
        <w:t xml:space="preserve">[32:07] </w:t>
      </w:r>
      <w:r>
        <w:t>hain? ji. to aap ne khamoshi se makkah chhod diya. yeh aisa hua ke nahi hua? aisa hi hua.</w:t>
      </w:r>
    </w:p>
    <w:p>
      <w:pPr>
        <w:jc w:val="right"/>
      </w:pPr>
      <w:r>
        <w:t>ہیں؟ جی۔ تو آپ نے خاموشی سے مکہ چھوڑ دیا۔ یہ ایسا ہوا کہ نہیں ہوا؟ ایسا ہی ہوا۔</w:t>
      </w:r>
    </w:p>
    <w:p>
      <w:r>
        <w:rPr>
          <w:b/>
        </w:rPr>
        <w:t xml:space="preserve">[32:15] </w:t>
      </w:r>
      <w:r>
        <w:t>woh chhodna nahi tha. hmm. woh planning thi. hmm. bas fazail hijrat aap log karte hain, bas.</w:t>
      </w:r>
    </w:p>
    <w:p>
      <w:pPr>
        <w:jc w:val="right"/>
      </w:pPr>
      <w:r>
        <w:t>وہ چھوڑنا نہیں تھا۔ ہمم۔ وہ پلاننگ تھی۔ ہمم۔ بس فضائل ہجرت آپ لوگ کرتے ہیں، بس۔</w:t>
      </w:r>
    </w:p>
    <w:p>
      <w:r>
        <w:rPr>
          <w:b/>
        </w:rPr>
        <w:t xml:space="preserve">[32:25] </w:t>
      </w:r>
      <w:r>
        <w:t>hmm. yani aap ne socha ke makkah mein jo hamare liye chance tha, is chance ko avail karne ka mauqa nahi de rahe, nahi de rahe hain.</w:t>
      </w:r>
    </w:p>
    <w:p>
      <w:pPr>
        <w:jc w:val="right"/>
      </w:pPr>
      <w:r>
        <w:t>ہمم۔ یعنی آپ نے سوچا کہ مکہ میں جو ہمارے لیے چانس تھا، اس چانس کو اویل کرنے کا موقع نہیں دے رہے، نہیں دے رہے ہیں۔</w:t>
      </w:r>
    </w:p>
    <w:p>
      <w:r>
        <w:rPr>
          <w:b/>
        </w:rPr>
        <w:t xml:space="preserve">[32:37] </w:t>
      </w:r>
      <w:r>
        <w:t>to madinah mein ek naya chance hum create karen. chunancha hijrat ke baad aap ne kya kiya? woh.</w:t>
      </w:r>
    </w:p>
    <w:p>
      <w:pPr>
        <w:jc w:val="right"/>
      </w:pPr>
      <w:r>
        <w:t>تو مدینے میں ایک نیا چانس ہم کریٹ کریں۔ چنانچہ ہجرت کے بعد آپ نے کیا کیا؟ وہ۔</w:t>
      </w:r>
    </w:p>
    <w:p>
      <w:r>
        <w:rPr>
          <w:b/>
        </w:rPr>
        <w:t xml:space="preserve">[32:46] </w:t>
      </w:r>
      <w:r>
        <w:t>yani afw dena shuru kiya.</w:t>
      </w:r>
    </w:p>
    <w:p>
      <w:pPr>
        <w:jc w:val="right"/>
      </w:pPr>
      <w:r>
        <w:t>یعنی عفو دینا شروع کیا۔</w:t>
      </w:r>
    </w:p>
    <w:p>
      <w:r>
        <w:rPr>
          <w:b/>
        </w:rPr>
        <w:t xml:space="preserve">[32:48] </w:t>
      </w:r>
      <w:r>
        <w:t>ji. qawaid yeh idhar udhar the. hmm. to aap ne is ko internationalize kar diya. jo tehreek sirf makkah mein thi, us ko aap ne pure arab mein phaila diya</w:t>
      </w:r>
    </w:p>
    <w:p>
      <w:pPr>
        <w:jc w:val="right"/>
      </w:pPr>
      <w:r>
        <w:t>جی۔ قواعد یہ ادھر ادھر تھے۔ ہمم۔ تو آپ نے اس کو انٹرنیشنلائز کر دیا۔ جو تحریک صرف مکہ میں تھی، اس کو آپ نے پورے عرب میں پھیلا دیا</w:t>
      </w:r>
    </w:p>
    <w:p>
      <w:r>
        <w:rPr>
          <w:b/>
        </w:rPr>
        <w:t xml:space="preserve">[33:01] </w:t>
      </w:r>
      <w:r>
        <w:t>. ji. yeh hai planning.</w:t>
      </w:r>
    </w:p>
    <w:p>
      <w:pPr>
        <w:jc w:val="right"/>
      </w:pPr>
      <w:r>
        <w:t>۔ جی۔ یہ ہے پلاننگ۔</w:t>
      </w:r>
    </w:p>
    <w:p>
      <w:r>
        <w:rPr>
          <w:b/>
        </w:rPr>
        <w:t xml:space="preserve">[33:05] </w:t>
      </w:r>
      <w:r>
        <w:t>to hamara yeh to hota hi nahi. khali reaction.</w:t>
      </w:r>
    </w:p>
    <w:p>
      <w:pPr>
        <w:jc w:val="right"/>
      </w:pPr>
      <w:r>
        <w:t>تو ہمارا یہ تو ہوتا ہی نہیں۔ خالی ری ایکشن۔</w:t>
      </w:r>
    </w:p>
    <w:p>
      <w:r>
        <w:rPr>
          <w:b/>
        </w:rPr>
        <w:t xml:space="preserve">[33:13] </w:t>
      </w:r>
      <w:r>
        <w:t>babri action committee. yeh bilkul yani ulta hai. yeh to farq batayein, hamari baat aur doosron ke farq mein farq kya hai?</w:t>
      </w:r>
    </w:p>
    <w:p>
      <w:pPr>
        <w:jc w:val="right"/>
      </w:pPr>
      <w:r>
        <w:t>بابری ایکشن کمیٹی۔ یہ بالکل یعنی الٹا ہے۔ یہ تو فرق بتائیں، ہماری بات اور دوسروں کے فرق میں فرق کیا ہے؟</w:t>
      </w:r>
    </w:p>
    <w:p>
      <w:r>
        <w:rPr>
          <w:b/>
        </w:rPr>
        <w:t xml:space="preserve">[33:28] </w:t>
      </w:r>
      <w:r>
        <w:t>farq kya hai</w:t>
      </w:r>
    </w:p>
    <w:p>
      <w:pPr>
        <w:jc w:val="right"/>
      </w:pPr>
      <w:r>
        <w:t>فرق کیا ہے</w:t>
      </w:r>
    </w:p>
    <w:p>
      <w:r>
        <w:rPr>
          <w:b/>
        </w:rPr>
        <w:t xml:space="preserve">[33:30] </w:t>
      </w:r>
      <w:r>
        <w:t>? maulana. doosron ki jab kitabein padhte hain hum seerat ki to us mein koi bhi hikmat ki baat nahi milti hai. jaisa ke aap ne kaha ke waqiat to milte hain, maloomat to milte hain in seerat ki kitabon se, lekin yeh jo dealing policy ki hikmat hai, woh baatein koi bhi nahi bataya hai maulana.</w:t>
      </w:r>
    </w:p>
    <w:p>
      <w:pPr>
        <w:jc w:val="right"/>
      </w:pPr>
      <w:r>
        <w:t>؟ مولانا۔ دوسروں کی جب کتابیں پڑھتے ہیں ہم سیرت کی تو اس میں کوئی بھی حکمت کی بات نہیں ملتی ہے۔ جیسا کہ آپ نے کہا کہ واقعات تو ملتے ہیں، معلومات تو ملتے ہیں ان سیرت کی کتابوں سے، لیکن یہ جو ڈیلنگ پالیسی کی حکمت ہے، وہ باتیں کوئی بھی نہیں بتایا ہے مولانا۔</w:t>
      </w:r>
    </w:p>
    <w:p>
      <w:r>
        <w:rPr>
          <w:b/>
        </w:rPr>
        <w:t xml:space="preserve">[33:52] </w:t>
      </w:r>
      <w:r>
        <w:t>lekin jab aap ki likhi hui seerat ki kitabein ya aap ne jo baatein batate hain, isi se baat wazeh hoti hai ke aaraaz kya hai, usloob hikmat kya hai, masail se uljhe baghair mauqe ko kaise istemal karna hai.</w:t>
      </w:r>
    </w:p>
    <w:p>
      <w:pPr>
        <w:jc w:val="right"/>
      </w:pPr>
      <w:r>
        <w:t>لیکن جب آپ کی لکھی ہوئی سیرت کی کتابیں یا آپ نے جو باتیں بتاتے ہیں، اسی سے بات واضح ہوتی ہے کہ اعراض کیا ہے، اسلوب حکمت کیا ہے، مسائل سے الجھے بغیر مواقع کو کیسے استعمال کرنا ہے۔</w:t>
      </w:r>
    </w:p>
    <w:p>
      <w:r>
        <w:rPr>
          <w:b/>
        </w:rPr>
        <w:t xml:space="preserve">[34:09] </w:t>
      </w:r>
      <w:r>
        <w:t>seerat se baatein maloom hoti hain, yeh badi badi baatein, woh aap se hi hum jaan sake hain maulana. sri lanka mein ek bohat mashhoor mufti hain, bohat hi mashhoor hain woh sri lanka mein.</w:t>
      </w:r>
    </w:p>
    <w:p>
      <w:pPr>
        <w:jc w:val="right"/>
      </w:pPr>
      <w:r>
        <w:t>سیرت سے باتیں معلوم ہوتی ہیں، یہ بڑی بڑی باتیں، وہ آپ سے ہی ہم جان سکے ہیں مولانا۔ سری لنکا میں ایک بہت مشہور مفتی ہیں، بہت ہی مشہور ہیں وہ سری لنکا میں۔</w:t>
      </w:r>
    </w:p>
    <w:p>
      <w:r>
        <w:rPr>
          <w:b/>
        </w:rPr>
        <w:t xml:space="preserve">[34:22] </w:t>
      </w:r>
      <w:r>
        <w:t>un se hamari mulaqat hui to jihad ke silsile mein baatein huin. to unhon ne ek sinhala mein ek quran, woh log apne organizations ki taraf se print kiya hai.</w:t>
      </w:r>
    </w:p>
    <w:p>
      <w:pPr>
        <w:jc w:val="right"/>
      </w:pPr>
      <w:r>
        <w:t>ان سے ہماری ملاقات ہوئی تو جہاد کے سلسلے میں باتیں ہوئیں۔ تو انہوں نے ایک سناہالہ میں ایک قرآن، وہ لوگ اپنے آرگنائزیشنز کی طرف سے پرنٹ کیا ہے۔</w:t>
      </w:r>
    </w:p>
    <w:p>
      <w:r>
        <w:rPr>
          <w:b/>
        </w:rPr>
        <w:t xml:space="preserve">[34:37] </w:t>
      </w:r>
      <w:r>
        <w:t>to unhon ne bataya ke jihad ki jo ayatein hain, wahan jin par ghair muslimon ke aitrazat hain, hum ne footnote ke zariye samjhaya hai ke jihad kya hai.</w:t>
      </w:r>
    </w:p>
    <w:p>
      <w:pPr>
        <w:jc w:val="right"/>
      </w:pPr>
      <w:r>
        <w:t>تو انہوں نے بتایا کہ جہاد کی جو آیتیں ہیں، وہاں جن پر غیر مسلموں کے اعتراضات ہیں، ہم نے فٹ نوٹ کے ذریعے سمجھایا ہے کہ جہاد کیا ہے۔</w:t>
      </w:r>
    </w:p>
    <w:p>
      <w:r>
        <w:rPr>
          <w:b/>
        </w:rPr>
        <w:t xml:space="preserve">[34:48] </w:t>
      </w:r>
      <w:r>
        <w:t>yani jehad defensive hai, yeh mission nahi tha, yeh sab baatein hum ne likhi hain. Lekin yeh sirf ghair muslimon ko batane ke liye hain.</w:t>
      </w:r>
    </w:p>
    <w:p>
      <w:pPr>
        <w:jc w:val="right"/>
      </w:pPr>
      <w:r>
        <w:t>یعنی جہاد ڈیفنسو ہے، یہ مشن نہیں تھا، یہ سب باتیں ہم نے لکھی ہیں۔ لیکن یہ صرف غیر مسلموں کو بتانے کے لیے ہیں۔</w:t>
      </w:r>
    </w:p>
    <w:p>
      <w:r>
        <w:rPr>
          <w:b/>
        </w:rPr>
        <w:t xml:space="preserve">[34:59] </w:t>
      </w:r>
      <w:r>
        <w:t>Lekin asal mein jo hai, woh jehad yani qital hi tha. Aaj kal sirf hum chounke minority mein hain, majority ko samjhane ke liye woh baatein karte hain.</w:t>
      </w:r>
    </w:p>
    <w:p>
      <w:pPr>
        <w:jc w:val="right"/>
      </w:pPr>
      <w:r>
        <w:t>لیکن اصل میں جو ہے، وہ جہاد یعنی قتال ہی تھا۔ آج کل صرف ہم چونکہ مائنورٹی میں ہیں، میجورٹی کو سمجھانے کے لیے وہ باتیں کرتے ہیں۔</w:t>
      </w:r>
    </w:p>
    <w:p>
      <w:r>
        <w:rPr>
          <w:b/>
        </w:rPr>
        <w:t xml:space="preserve">[35:13] </w:t>
      </w:r>
      <w:r>
        <w:t>Lekin asal mein aisa nahi hai, balkeh jehad hi hai, qital hi hai. Maulana, woh yeh keh rahe hain Asrar sahib ke Sri Lanka mein un ki mulaqat aik mufti sahib se hui, woh Sinhala zaban mein unhon ne Quran chhapa hai aur woh taqseem karte hain ghair muslimon ke darmiyan.</w:t>
      </w:r>
    </w:p>
    <w:p>
      <w:pPr>
        <w:jc w:val="right"/>
      </w:pPr>
      <w:r>
        <w:t>لیکن اصل میں ایسا نہیں ہے، بلکہ جہاد ہی ہے، قتال ہی ہے۔ مولانا، وہ یہ کہہ رہے ہیں اسرار صاحب کہ سری لنکا میں ان کی ملاقات ایک مفتی صاحب سے ہوئی، وہ سناہالی زبان میں انہوں نے قرآن چھاپا ہے اور وہ تقسیم کرتے ہیں غیر مسلموں کے درمیان۔</w:t>
      </w:r>
    </w:p>
    <w:p>
      <w:r>
        <w:rPr>
          <w:b/>
        </w:rPr>
        <w:t xml:space="preserve">[35:28] </w:t>
      </w:r>
      <w:r>
        <w:t>Toh is mein jo jahan par jehad ki ayatein hain ya qital ki ayatein hain, wahan par unhon ne neeche footnote mein likha ke jehad aik difai, difai cheez hai, woh asal cheez nahi hai.</w:t>
      </w:r>
    </w:p>
    <w:p>
      <w:pPr>
        <w:jc w:val="right"/>
      </w:pPr>
      <w:r>
        <w:t>تو اس میں جو جہاں پر جہاد کی آیتیں ہیں یا قتال کی آیتیں ہیں، وہاں پر انہوں نے نیچے فٹ نوٹ میں لکھا کہ جہاد ایک دفاعی، دفاعی چیز ہے، وہ اصل چیز نہیں ہے۔</w:t>
      </w:r>
    </w:p>
    <w:p>
      <w:r>
        <w:rPr>
          <w:b/>
        </w:rPr>
        <w:t xml:space="preserve">[35:40] </w:t>
      </w:r>
      <w:r>
        <w:t>Toh un se guftagu karte hue unhon ne kaha ke hum ne non muslim ko batane ke liye aisa likha, asal mein jehad hi hai.</w:t>
      </w:r>
    </w:p>
    <w:p>
      <w:pPr>
        <w:jc w:val="right"/>
      </w:pPr>
      <w:r>
        <w:t>تو ان سے گفتگو کرتے ہوئے انہوں نے کہا کہ ہم نے نان مسلم کو بتانے کے لیے ایسا لکھا، اصل میں جہاد ہی ہے۔</w:t>
      </w:r>
    </w:p>
    <w:p>
      <w:r>
        <w:rPr>
          <w:b/>
        </w:rPr>
        <w:t xml:space="preserve">[35:46] </w:t>
      </w:r>
      <w:r>
        <w:t>Iqdami hai. Iqdami bhi. Iqdami jehad hai. Yeh koi baat hai? Yeh toh murafqat hai. Hain? Jee.</w:t>
      </w:r>
    </w:p>
    <w:p>
      <w:pPr>
        <w:jc w:val="right"/>
      </w:pPr>
      <w:r>
        <w:t>اقدامی ہے۔ اقدامی بھی۔ اقدامی جہاد ہے۔ یہ کوئی بات ہے؟ یہ تو مرافقت ہے۔ ہیں؟ جی۔</w:t>
      </w:r>
    </w:p>
    <w:p>
      <w:r>
        <w:rPr>
          <w:b/>
        </w:rPr>
        <w:t xml:space="preserve">[36:04] </w:t>
      </w:r>
      <w:r>
        <w:t>Woh un ka kehna yeh hai ke is tarah ki baatein jo hain, maghrib se maroobiyat ka nateeja hai, difai baat hai.</w:t>
      </w:r>
    </w:p>
    <w:p>
      <w:pPr>
        <w:jc w:val="right"/>
      </w:pPr>
      <w:r>
        <w:t>وہ ان کا کہنا یہ ہے کہ اس طرح کی باتیں جو ہیں، مغرب سے مرعوبیت کا نتیجہ ہے، دفاعی بات ہے۔</w:t>
      </w:r>
    </w:p>
    <w:p>
      <w:r>
        <w:rPr>
          <w:b/>
        </w:rPr>
        <w:t xml:space="preserve">[36:14] </w:t>
      </w:r>
      <w:r>
        <w:t>Aur un ka kehna yeh hai ke is tarah ki jo baatein kehte hain ke jehad difai cheez hai, yeh maghrib se maroobiyat ka nateeja hai, asal cheez nahi hai.</w:t>
      </w:r>
    </w:p>
    <w:p>
      <w:pPr>
        <w:jc w:val="right"/>
      </w:pPr>
      <w:r>
        <w:t>اور ان کا کہنا یہ ہے کہ اس طرح کی جو باتیں کہتے ہیں کہ جہاد دفاعی چیز ہے، یہ مغرب سے مرعوبیت کا نتیجہ ہے، اصل چیز نہیں ہے۔</w:t>
      </w:r>
    </w:p>
    <w:p>
      <w:r>
        <w:rPr>
          <w:b/>
        </w:rPr>
        <w:t xml:space="preserve">[36:28] </w:t>
      </w:r>
      <w:r>
        <w:t>Main toh kehta hoon ke iqdam bhi hai na, difai hai. Jehad ba maani musallah takrao aayi hai, hai hi nahi.</w:t>
      </w:r>
    </w:p>
    <w:p>
      <w:pPr>
        <w:jc w:val="right"/>
      </w:pPr>
      <w:r>
        <w:t>میں تو کہتا ہوں کہ اقدام بھی ہے نا، دفاعی ہے۔ جہاد بمعنی مسلح ٹکراؤ آئی ہے، ہے ہی نہیں۔</w:t>
      </w:r>
    </w:p>
    <w:p>
      <w:r>
        <w:rPr>
          <w:b/>
        </w:rPr>
        <w:t xml:space="preserve">[36:38] </w:t>
      </w:r>
      <w:r>
        <w:t>Jo hai, woh management hai. Jo soorat-e-haal pesh aaye, us ko manage kiya. Asal mein dekhiye, musalmanon mein jo tasweer ban gayi Islam ki, woh tasweer yeh hai ke Islam aik, aik,</w:t>
      </w:r>
    </w:p>
    <w:p>
      <w:pPr>
        <w:jc w:val="right"/>
      </w:pPr>
      <w:r>
        <w:t>جو ہے، وہ مینجمنٹ ہے۔ جو صورتحال پیش آئے، اس کو مینج کیا۔ اصل میں دیکھیے، مسلمانوں میں جو تصویر بن گئی اسلام کی، وہ تصویر یہ ہے کہ اسلام ایک، ایک،</w:t>
      </w:r>
    </w:p>
    <w:p>
      <w:r>
        <w:rPr>
          <w:b/>
        </w:rPr>
        <w:t xml:space="preserve">[36:58] </w:t>
      </w:r>
      <w:r>
        <w:t>aik nizam, nizam qaim karne ki tehreek hai. Rasool Allah ne nizam qaim karne ki tehreek Makkah mein chalayi, Madine mein chalayi.</w:t>
      </w:r>
    </w:p>
    <w:p>
      <w:pPr>
        <w:jc w:val="right"/>
      </w:pPr>
      <w:r>
        <w:t>ایک نظام، نظام قائم کرنے کی تحریک ہے۔ رسول اللہ نے نظام قائم کرنے کی تحریک مکہ میں چلائی، مدینے میں چلائی۔</w:t>
      </w:r>
    </w:p>
    <w:p>
      <w:r>
        <w:rPr>
          <w:b/>
        </w:rPr>
        <w:t xml:space="preserve">[37:07] </w:t>
      </w:r>
      <w:r>
        <w:t>Toh nizam yani khilafat. Toh khilafat ko bana liya unhon ne goal. Islam ka maqsad hai khilafat ka nizam qaim karna.</w:t>
      </w:r>
    </w:p>
    <w:p>
      <w:pPr>
        <w:jc w:val="right"/>
      </w:pPr>
      <w:r>
        <w:t>تو نظام یعنی خلافت۔ تو خلافت کو بنا لیا انہوں نے گول۔ اسلام کا مقصد ہے خلافت کا نظام قائم کرنا۔</w:t>
      </w:r>
    </w:p>
    <w:p>
      <w:r>
        <w:rPr>
          <w:b/>
        </w:rPr>
        <w:t xml:space="preserve">[37:20] </w:t>
      </w:r>
      <w:r>
        <w:t>Ab jo chala ja raha hai, ab ab tak,</w:t>
      </w:r>
    </w:p>
    <w:p>
      <w:pPr>
        <w:jc w:val="right"/>
      </w:pPr>
      <w:r>
        <w:t>اب جو چلا جا رہا ہے، اب اب تک،</w:t>
      </w:r>
    </w:p>
    <w:p>
      <w:r>
        <w:rPr>
          <w:b/>
        </w:rPr>
        <w:t xml:space="preserve">[37:26] </w:t>
      </w:r>
      <w:r>
        <w:t>Halankeh is ka koi saboot, saboot na Quran mein, na Hadees mein hai ke Islam ka nishana khilafat ka nizam qaim karna hai.</w:t>
      </w:r>
    </w:p>
    <w:p>
      <w:pPr>
        <w:jc w:val="right"/>
      </w:pPr>
      <w:r>
        <w:t>حالانکہ اس کا کوئی ثبوت، ثبوت نہ قرآن میں، نہ حدیث میں ہے کہ اسلام کا نشانہ خلافت کا نظام قائم کرنا ہے۔</w:t>
      </w:r>
    </w:p>
    <w:p>
      <w:r>
        <w:rPr>
          <w:b/>
        </w:rPr>
        <w:t xml:space="preserve">[37:36] </w:t>
      </w:r>
      <w:r>
        <w:t>Lekin sab ke zehn mein yeh basa hua hai. Toh agar woh samajhte hain ke agar ab jehad na karein toh khilafat ka nizam kaise qaim hoga?</w:t>
      </w:r>
    </w:p>
    <w:p>
      <w:pPr>
        <w:jc w:val="right"/>
      </w:pPr>
      <w:r>
        <w:t>لیکن سب کے ذہن میں یہ بسا ہوا ہے۔ تو اگر وہ سمجھتے ہیں کہ اگر اب جہاد نہ کریں تو خلافت کا نظام کیسے قائم ہوگا؟</w:t>
      </w:r>
    </w:p>
    <w:p>
      <w:r>
        <w:rPr>
          <w:b/>
        </w:rPr>
        <w:t xml:space="preserve">[37:49] </w:t>
      </w:r>
      <w:r>
        <w:t>Toh is tasawwur ko todna hai ke Islam ka nishana khilafat ka amal nahi hai. Islam khilafat dawat hai.</w:t>
      </w:r>
    </w:p>
    <w:p>
      <w:pPr>
        <w:jc w:val="right"/>
      </w:pPr>
      <w:r>
        <w:t>تو اس تصور کو توڑنا ہے کہ اسلام کا نشانہ خلافت کا عمل نہیں ہے۔ اسلام خلافت دعوت ہے۔</w:t>
      </w:r>
    </w:p>
    <w:p>
      <w:r>
        <w:rPr>
          <w:b/>
        </w:rPr>
        <w:t xml:space="preserve">[38:00] </w:t>
      </w:r>
      <w:r>
        <w:t>Islam ka nishana dawat Allah hai, khilafat ka amal na hi nahi hai. Jab tak yeh na logon ko bataya jaye, jar nahi kate gi.</w:t>
      </w:r>
    </w:p>
    <w:p>
      <w:pPr>
        <w:jc w:val="right"/>
      </w:pPr>
      <w:r>
        <w:t>اسلام کا نشانہ دعوت اللہ ہے، خلافت کا عمل نہ ہی نہیں ہے۔ جب تک یہ نہ لوگوں کو بتایا جائے، جڑ نہیں کٹے گی۔</w:t>
      </w:r>
    </w:p>
    <w:p>
      <w:r>
        <w:rPr>
          <w:b/>
        </w:rPr>
        <w:t xml:space="preserve">[38:15] </w:t>
      </w:r>
      <w:r>
        <w:t>Aap log batayein ke kya kya bane hain?</w:t>
      </w:r>
    </w:p>
    <w:p>
      <w:pPr>
        <w:jc w:val="right"/>
      </w:pPr>
      <w:r>
        <w:t>آپ لوگ بتائیں کہ کیا کیا بنے ہیں؟</w:t>
      </w:r>
    </w:p>
    <w:p>
      <w:r>
        <w:rPr>
          <w:b/>
        </w:rPr>
        <w:t xml:space="preserve">[38:20] </w:t>
      </w:r>
      <w:r>
        <w:t>Kya kahein sab</w:t>
      </w:r>
    </w:p>
    <w:p>
      <w:pPr>
        <w:jc w:val="right"/>
      </w:pPr>
      <w:r>
        <w:t>کیا کہیں سب</w:t>
      </w:r>
    </w:p>
    <w:p>
      <w:r>
        <w:rPr>
          <w:b/>
        </w:rPr>
        <w:t xml:space="preserve">[38:22] </w:t>
      </w:r>
      <w:r>
        <w:t>? Iqbal Umri. Maulana, asal mein</w:t>
      </w:r>
    </w:p>
    <w:p>
      <w:pPr>
        <w:jc w:val="right"/>
      </w:pPr>
      <w:r>
        <w:t>؟ اقبال عمری۔ مولانا، اصل میں</w:t>
      </w:r>
    </w:p>
    <w:p>
      <w:r>
        <w:rPr>
          <w:b/>
        </w:rPr>
        <w:t xml:space="preserve">[38:28] </w:t>
      </w:r>
      <w:r>
        <w:t>Quran o Hadees ya Seerat ko jis, jis nuqta nazar se musalman aur musalman ulama padhte hain, is ka muntahi jo hai na, khilafat ka nizam qaim karna, system nafiz karna, us ko goal bana ke jo kar rahe hain, us ke liye saare masail hain.</w:t>
      </w:r>
    </w:p>
    <w:p>
      <w:pPr>
        <w:jc w:val="right"/>
      </w:pPr>
      <w:r>
        <w:t>قرآن و حدیث یا سیرت کو جس، جس نقطہ نظر سے مسلمان اور مسلمان علماء پڑھتے ہیں، اس کا منتہی جو ہے نا، خلافت کا نظام قائم کرنا، سسٹم نافذ کرنا، اس کو گول بنا کے جو کر رہے ہیں، اس کے لیے سارے مسائل ہیں۔</w:t>
      </w:r>
    </w:p>
    <w:p>
      <w:r>
        <w:rPr>
          <w:b/>
        </w:rPr>
        <w:t xml:space="preserve">[38:48] </w:t>
      </w:r>
      <w:r>
        <w:t>Saari cheezon ko jo hai na, is qism se sochte hain: Hijrat, jehad, khilafat, is istilaah mein soch, sochte hain.</w:t>
      </w:r>
    </w:p>
    <w:p>
      <w:pPr>
        <w:jc w:val="right"/>
      </w:pPr>
      <w:r>
        <w:t>ساری چیزوں کو جو ہے نا، اس قسم سے سوچتے ہیں: ہجرت، جہاد، خلافت، اس اصطلاح میں سوچ، سوچتے ہیں۔</w:t>
      </w:r>
    </w:p>
    <w:p>
      <w:r>
        <w:rPr>
          <w:b/>
        </w:rPr>
        <w:t xml:space="preserve">[38:58] </w:t>
      </w:r>
      <w:r>
        <w:t>Balkeh asal masla jo hai na, Islami dawat asal hai. Toh dawat hi asal nishana hai. Jab tak khilafat ka zehn toote ga nahi, tab tak dawat jo hai na, samajh mein nahi aaye g</w:t>
      </w:r>
    </w:p>
    <w:p>
      <w:pPr>
        <w:jc w:val="right"/>
      </w:pPr>
      <w:r>
        <w:t>بلکہ اصل مسئلہ جو ہے نا، اسلامی دعوت اصل ہے۔ تو دعوت ہی اصل نشانہ ہے۔ جب تک خلافت کا ذہن ٹوٹے گا نہیں، تب تک دعوت جو ہے نا، سمجھ میں نہیں آئے گ</w:t>
      </w:r>
    </w:p>
    <w:p>
      <w:r>
        <w:rPr>
          <w:b/>
        </w:rPr>
        <w:t xml:space="preserve">[39:10] </w:t>
      </w:r>
      <w:r>
        <w:t>y. Haan ji, hamare logon ne, Bareillyon ne goal badal diya. Goal dawat Allah, us ko bana diya ke goal hai khilafat qaim karna.</w:t>
      </w:r>
    </w:p>
    <w:p>
      <w:pPr>
        <w:jc w:val="right"/>
      </w:pPr>
      <w:r>
        <w:t>ی۔ ہاں جی، ہمارے لوگوں نے، برلیزوں نے گول بدل دیا۔ گول دعوت اللہ، اس کو بنا دیا کہ گول ہے خلافت قائم کرنا۔</w:t>
      </w:r>
    </w:p>
    <w:p>
      <w:r>
        <w:rPr>
          <w:b/>
        </w:rPr>
        <w:t xml:space="preserve">[39:24] </w:t>
      </w:r>
      <w:r>
        <w:t>Yeh ab shuru se chal raha hai. Yeh goal hi badal diya hai ke poori ulama ki poori jamaat ne, ya leaderon ki poori jamaat ne, goal ko badal rakha hai.</w:t>
      </w:r>
    </w:p>
    <w:p>
      <w:pPr>
        <w:jc w:val="right"/>
      </w:pPr>
      <w:r>
        <w:t>یہ اب شروع سے چل رہا ہے۔ یہ گول ہی بدل دیا ہے کہ پوری علماء کی پوری جماعت نے، یا لیڈروں کی پوری جماعت نے، گول کو بدل رکھا ہے۔</w:t>
      </w:r>
    </w:p>
    <w:p>
      <w:r>
        <w:rPr>
          <w:b/>
        </w:rPr>
        <w:t xml:space="preserve">[39:39] </w:t>
      </w:r>
      <w:r>
        <w:t>is liye dekhiye, jab islami khilafat tooti to sare log phir pade isi par. to koi to, wahi to isi ko samajhte the, asal dobara qaim karna hai.</w:t>
      </w:r>
    </w:p>
    <w:p>
      <w:pPr>
        <w:jc w:val="right"/>
      </w:pPr>
      <w:r>
        <w:t>اس لیے دیکھیے، جب اسلامی خلافت ٹوٹی تو سارے لوگ پھر پڑے اسی پر۔ تو کوئی تو، وہی تو اسی کو سمجھتے تھے، اصل دوبارہ قائم کرنا ہے۔</w:t>
      </w:r>
    </w:p>
    <w:p>
      <w:r>
        <w:rPr>
          <w:b/>
        </w:rPr>
        <w:t xml:space="preserve">[39:56] </w:t>
      </w:r>
      <w:r>
        <w:t>sab log lad rahe hain british government se. to main, main, main, main, main kehta hoon ke yeh gola, gol, yeh gol hi nahi hai.</w:t>
      </w:r>
    </w:p>
    <w:p>
      <w:pPr>
        <w:jc w:val="right"/>
      </w:pPr>
      <w:r>
        <w:t>سب لوگ لڑ رہے ہیں برٹش گورنمنٹ سے۔ تو میں، میں، میں، میں، میں کہتا ہوں کہ یہ گولا، گول، یہ گول ہی نہیں ہے۔</w:t>
      </w:r>
    </w:p>
    <w:p>
      <w:r>
        <w:rPr>
          <w:b/>
        </w:rPr>
        <w:t xml:space="preserve">[40:11] </w:t>
      </w:r>
      <w:r>
        <w:t>gol hai dawat Allah, bas khilafat qaim karna gol hi nahi hai. to sab kitna yeh log mante hain is</w:t>
      </w:r>
    </w:p>
    <w:p>
      <w:pPr>
        <w:jc w:val="right"/>
      </w:pPr>
      <w:r>
        <w:t>گول ہے دعوت اللہ، بس خلافت قائم کرنا گول ہی نہیں ہے۔ تو سب کتنا یہ لوگ مانتے ہیں اس</w:t>
      </w:r>
    </w:p>
    <w:p>
      <w:r>
        <w:rPr>
          <w:b/>
        </w:rPr>
        <w:t xml:space="preserve">[40:18] </w:t>
      </w:r>
      <w:r>
        <w:t>ko. Maulana, aaj wazeh hua Maulana ke sarakhan sarakhan لمن بدل دینی jo rasool Allah kahenge, to yeh isi mani mein hai ke jis ne badal gol ko hi badal diya, us ke liye barbadi ho.</w:t>
      </w:r>
    </w:p>
    <w:p>
      <w:pPr>
        <w:jc w:val="right"/>
      </w:pPr>
      <w:r>
        <w:t>کو۔ مولانا، آج واضح ہوا مولانا کہ سرخاً سرخاً لمن بدل دینی جو رسول اللہ کہیں گے، تو یہ اسی معنی میں ہے کہ جس نے بدل گول کو ہی بدل دیا، اس کے لیے بربادی ہو۔</w:t>
      </w:r>
    </w:p>
    <w:p>
      <w:r>
        <w:rPr>
          <w:b/>
        </w:rPr>
        <w:t xml:space="preserve">[40:32] </w:t>
      </w:r>
      <w:r>
        <w:t>hmm.</w:t>
      </w:r>
    </w:p>
    <w:p>
      <w:pPr>
        <w:jc w:val="right"/>
      </w:pPr>
      <w:r>
        <w:t>ہمم۔</w:t>
      </w:r>
    </w:p>
    <w:p>
      <w:r>
        <w:rPr>
          <w:b/>
        </w:rPr>
        <w:t xml:space="preserve">[40:43] </w:t>
      </w:r>
      <w:r>
        <w:t>Maulana, yeh baat sau fisad durust hai ke hamare islami mufakireen ne Islam ke gol hi ko badal dala hai.</w:t>
      </w:r>
    </w:p>
    <w:p>
      <w:pPr>
        <w:jc w:val="right"/>
      </w:pPr>
      <w:r>
        <w:t>مولانا، یہ بات سو فیصد درست ہے کہ ہمارے اسلامی مفکرین نے اسلام کے گول ہی کو بدل ڈالا ہے۔</w:t>
      </w:r>
    </w:p>
    <w:p>
      <w:r>
        <w:rPr>
          <w:b/>
        </w:rPr>
        <w:t xml:space="preserve">[40:53] </w:t>
      </w:r>
      <w:r>
        <w:t>unhone jo khilafat ko gol bana diya, yahi sare masail ki jar hai. yahin se sari baatein mismatch ho rahi hain. agar dobara dawat ko gol banaya jaye to har baat apni jagah poori tarah fit ho jayegi.</w:t>
      </w:r>
    </w:p>
    <w:p>
      <w:pPr>
        <w:jc w:val="right"/>
      </w:pPr>
      <w:r>
        <w:t>انہوں نے جو خلافت کو گول بنا دیا، یہی سارے مسائل کی جڑ ہے۔ یہیں سے ساری باتیں مس میچ ہو رہی ہیں۔ اگر دوبارہ دعوت کو گول بنایا جائے تو ہر بات اپنی جگہ پوری طرح فٹ ہو جائے گی۔</w:t>
      </w:r>
    </w:p>
    <w:p>
      <w:r>
        <w:rPr>
          <w:b/>
        </w:rPr>
        <w:t xml:space="preserve">[41:07] </w:t>
      </w:r>
      <w:r>
        <w:t>hmm.</w:t>
      </w:r>
    </w:p>
    <w:p>
      <w:pPr>
        <w:jc w:val="right"/>
      </w:pPr>
      <w:r>
        <w:t>ہمم۔</w:t>
      </w:r>
    </w:p>
    <w:p>
      <w:r>
        <w:rPr>
          <w:b/>
        </w:rPr>
        <w:t xml:space="preserve">[41:08] </w:t>
      </w:r>
      <w:r>
        <w:t>yeh hai masla. yeh jar ki galati hai yeh. ji. yeh bjp aur iss ka masla nahi hai yeh.</w:t>
      </w:r>
    </w:p>
    <w:p>
      <w:pPr>
        <w:jc w:val="right"/>
      </w:pPr>
      <w:r>
        <w:t>یہ ہے مسئلہ۔ یہ جڑ کی غلطی ہے یہ۔ جی۔ یہ بی جے پی اور آئی ایس ایس کا مسئلہ نہیں ہے یہ۔</w:t>
      </w:r>
    </w:p>
    <w:p>
      <w:r>
        <w:rPr>
          <w:b/>
        </w:rPr>
        <w:t xml:space="preserve">[41:17] </w:t>
      </w:r>
      <w:r>
        <w:t>hmm. hamara apna masla hai ke hum ne nishana badal dala hai. hmm.</w:t>
      </w:r>
    </w:p>
    <w:p>
      <w:pPr>
        <w:jc w:val="right"/>
      </w:pPr>
      <w:r>
        <w:t>ہمم۔ ہمارا اپنا مسئلہ ہے کہ ہم نے نشانہ بدل ڈالا ہے۔ ہمم۔</w:t>
      </w:r>
    </w:p>
    <w:p>
      <w:r>
        <w:rPr>
          <w:b/>
        </w:rPr>
        <w:t xml:space="preserve">[41:24] </w:t>
      </w:r>
      <w:r>
        <w:t>hain? bilkul sahi hai.</w:t>
      </w:r>
    </w:p>
    <w:p>
      <w:pPr>
        <w:jc w:val="right"/>
      </w:pPr>
      <w:r>
        <w:t>ہیں؟ بالکل صحیح ہے۔</w:t>
      </w:r>
    </w:p>
    <w:p>
      <w:r>
        <w:rPr>
          <w:b/>
        </w:rPr>
        <w:t xml:space="preserve">[41:34] </w:t>
      </w:r>
      <w:r>
        <w:t>yeh difai aur iqdami, yeh sab bekar alfaaz hain. kuch nahi hai. na difai hai na iqdami hai.</w:t>
      </w:r>
    </w:p>
    <w:p>
      <w:pPr>
        <w:jc w:val="right"/>
      </w:pPr>
      <w:r>
        <w:t>یہ دفاعی اور اقدام، یہ سب بیکار الفاظ ہیں۔ کچھ نہیں ہے۔ نہ دفاعی ہے نہ اقدامی ہے۔</w:t>
      </w:r>
    </w:p>
    <w:p>
      <w:r>
        <w:rPr>
          <w:b/>
        </w:rPr>
        <w:t xml:space="preserve">[41:46] </w:t>
      </w:r>
      <w:r>
        <w:t>dawat to qaim karo, bas us ko lage rahe, lage rahiye. ji. Maulana, bilkul nai cheez aap ne batai ke asal cheez hai manage karna.</w:t>
      </w:r>
    </w:p>
    <w:p>
      <w:pPr>
        <w:jc w:val="right"/>
      </w:pPr>
      <w:r>
        <w:t>دعوت تو قائم کرو، بس اس کو لگے رہے، لگے رہیے۔ جی۔ مولانا، بالکل نئی چیز آپ نے بتائی کہ اصل چیز ہے مینج کرنا۔</w:t>
      </w:r>
    </w:p>
    <w:p>
      <w:r>
        <w:rPr>
          <w:b/>
        </w:rPr>
        <w:t xml:space="preserve">[41:57] </w:t>
      </w:r>
      <w:r>
        <w:t>difai aur iqdami cheez koi nahi, kuch nahi. haan, manage karna. asal cheez management hai. asal difai hai, na iqdami hai.</w:t>
      </w:r>
    </w:p>
    <w:p>
      <w:pPr>
        <w:jc w:val="right"/>
      </w:pPr>
      <w:r>
        <w:t>دفاعی اور اقدامی چیز کوئی نہیں، کچھ نہیں۔ ہاں، مینج کرنا۔ اصل چیز مینجمنٹ ہے۔ اصل دفاعی ہے، نہ اقدامی ہے۔</w:t>
      </w:r>
    </w:p>
    <w:p>
      <w:r>
        <w:rPr>
          <w:b/>
        </w:rPr>
        <w:t xml:space="preserve">[42:08] </w:t>
      </w:r>
      <w:r>
        <w:t>sahi.</w:t>
      </w:r>
    </w:p>
    <w:p>
      <w:pPr>
        <w:jc w:val="right"/>
      </w:pPr>
      <w:r>
        <w:t>صحیح۔</w:t>
      </w:r>
    </w:p>
    <w:p>
      <w:r>
        <w:rPr>
          <w:b/>
        </w:rPr>
        <w:t xml:space="preserve">[42:09] </w:t>
      </w:r>
      <w:r>
        <w:t>Maulana, Quran mein rasool Allah ko bashir aur nazeer kaha gaya hai. kya kaha?</w:t>
      </w:r>
    </w:p>
    <w:p>
      <w:pPr>
        <w:jc w:val="right"/>
      </w:pPr>
      <w:r>
        <w:t>مولانا، قرآن میں رسول اللہ کو بشیر اور نظیر کہا گیا ہے۔ کیا کہا؟</w:t>
      </w:r>
    </w:p>
    <w:p>
      <w:r>
        <w:rPr>
          <w:b/>
        </w:rPr>
        <w:t xml:space="preserve">[42:17] </w:t>
      </w:r>
      <w:r>
        <w:t>Quran mein rasool Allah ko bashir aur nazeer kaha gaya hai. haan. aur hamare mufakireen ne rasool Allah ko marshal bana diya hai, Maulana.</w:t>
      </w:r>
    </w:p>
    <w:p>
      <w:pPr>
        <w:jc w:val="right"/>
      </w:pPr>
      <w:r>
        <w:t>قرآن میں رسول اللہ کو بشیر اور نظیر کہا گیا ہے۔ ہاں۔ اور ہمارے مفکرین نے رسول اللہ کو مارشل بنا دیا ہے، مولانا۔</w:t>
      </w:r>
    </w:p>
    <w:p>
      <w:r>
        <w:rPr>
          <w:b/>
        </w:rPr>
        <w:t xml:space="preserve">[42:26] </w:t>
      </w:r>
      <w:r>
        <w:t>koi fauji commander. haan, kya? Quran mein bashir o nazeer kaha gaya rasool Allah ko, lekin hamare mufakireen aur seerat likhne walon ne is ko fauji commander bana diya</w:t>
      </w:r>
    </w:p>
    <w:p>
      <w:pPr>
        <w:jc w:val="right"/>
      </w:pPr>
      <w:r>
        <w:t>کوئی فوجی کمانڈر۔ ہاں، کیا؟ قرآن میں بشیر و نظیر کہا گیا رسول اللہ کو، لیکن ہمارے مفکرین اور سیرت لکھنے والوں نے اس کو فوجی کمانڈر بنا دیا</w:t>
      </w:r>
    </w:p>
    <w:p>
      <w:r>
        <w:rPr>
          <w:b/>
        </w:rPr>
        <w:t xml:space="preserve">[42:39] </w:t>
      </w:r>
      <w:r>
        <w:t>۔ haan, ji, haan, ji, haan, ji. gaya, gaya. ek poori kitab hai, woh kisi hadith difa. ji.</w:t>
      </w:r>
    </w:p>
    <w:p>
      <w:pPr>
        <w:jc w:val="right"/>
      </w:pPr>
      <w:r>
        <w:t>۔ ہاں، جی، ہاں، جی، ہاں، جی۔ گیا، گیا۔ ایک پوری کتاب ہے، وہ کسی حدیث دفاع۔ جی۔</w:t>
      </w:r>
    </w:p>
    <w:p>
      <w:r>
        <w:rPr>
          <w:b/>
        </w:rPr>
        <w:t xml:space="preserve">[42:50] </w:t>
      </w:r>
      <w:r>
        <w:t>hadith difa ke naam se.</w:t>
      </w:r>
    </w:p>
    <w:p>
      <w:pPr>
        <w:jc w:val="right"/>
      </w:pPr>
      <w:r>
        <w:t>حدیث دفاع کے نام سے۔</w:t>
      </w:r>
    </w:p>
    <w:p>
      <w:r>
        <w:rPr>
          <w:b/>
        </w:rPr>
        <w:t xml:space="preserve">[42:58] </w:t>
      </w:r>
      <w:r>
        <w:t>Maulana, seerat ki kitabein jitni bhi likhi gayi hain, taqreeban jitne sab ko dekha jaye to kisi mein bhi dawat ko asal mozu bana kar nahi likha gaya hai.</w:t>
      </w:r>
    </w:p>
    <w:p>
      <w:pPr>
        <w:jc w:val="right"/>
      </w:pPr>
      <w:r>
        <w:t>مولانا، سیرت کی کتابیں جتنی بھی لکھی گئی ہیں، تقریباً جتنے سب کو دیکھا جائے تو کسی میں بھی دعوت کو اصل موضوع بنا کر نہیں لکھا گیا ہے۔</w:t>
      </w:r>
    </w:p>
    <w:p>
      <w:r>
        <w:rPr>
          <w:b/>
        </w:rPr>
        <w:t xml:space="preserve">[43:09] </w:t>
      </w:r>
      <w:r>
        <w:t>sahi hai. is ke muqable mein dekha jaye to rasool Allah ki jangii mohimein, rasool Allah ki jangii hikmatein, aise kar ke kitab asal mozu bana kar likhi jati hain.</w:t>
      </w:r>
    </w:p>
    <w:p>
      <w:pPr>
        <w:jc w:val="right"/>
      </w:pPr>
      <w:r>
        <w:t>صحیح ہے۔ اس کے مقابلے میں دیکھا جائے تو رسول اللہ کی جنگی مہمیں، رسول اللہ کی جنگی حکمتیں، ایسے کر کے کتاب اصل موضوع بنا کر لکھی جاتی ہیں۔</w:t>
      </w:r>
    </w:p>
    <w:p>
      <w:r>
        <w:rPr>
          <w:b/>
        </w:rPr>
        <w:t xml:space="preserve">[43:19] </w:t>
      </w:r>
      <w:r>
        <w:t>haan. lekin dawat ko asal mozu bana kar aaj tak mein ne nahi dekhi kitab. sahi hai.</w:t>
      </w:r>
    </w:p>
    <w:p>
      <w:pPr>
        <w:jc w:val="right"/>
      </w:pPr>
      <w:r>
        <w:t>ہاں۔ لیکن دعوت کو اصل موضوع بنا کر آج تک میں نے نہیں دیکھی کتاب۔ صحیح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