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Attaining Wisdom through State of Helplessness November 28, 2019 - Maulana Wahiduddin Khan</w:t>
      </w:r>
    </w:p>
    <w:p>
      <w:r>
        <w:t>https://www.youtube.com/watch?v=dS29D4Pt-3U</w:t>
      </w:r>
    </w:p>
    <w:p>
      <w:r>
        <w:rPr>
          <w:b/>
        </w:rPr>
        <w:t xml:space="preserve">[00:13] </w:t>
      </w:r>
      <w:r>
        <w:t>maulana, yeh hadithon mein aur quran ki aayaton mein sabr par bohat ziyada zor diya gaya hai. balkay quran mein aya hai ke baghair hisab reward hai sabr karnay walon ke liye.</w:t>
      </w:r>
    </w:p>
    <w:p>
      <w:pPr>
        <w:jc w:val="right"/>
      </w:pPr>
      <w:r>
        <w:t>مولانا، یہ حدیثوں میں اور قرآن کی آیتوں میں صبر پر بہت زیادہ زور دیا گیا ہے۔ بلکہ قرآن میں آیا ہے کہ بغیر حساب ریوارڈ ہے صبر کرنے والوں کے لیے۔</w:t>
      </w:r>
    </w:p>
    <w:p>
      <w:r>
        <w:rPr>
          <w:b/>
        </w:rPr>
        <w:t xml:space="preserve">[00:27] </w:t>
      </w:r>
      <w:r>
        <w:t>aur khaas tor par fitnay ke zamanay mein aya hai ke sabr jo karay ga woh kamyab rahe ga. to fitnay ke zamanay mein sabr kaisay ho sakta hai?</w:t>
      </w:r>
    </w:p>
    <w:p>
      <w:pPr>
        <w:jc w:val="right"/>
      </w:pPr>
      <w:r>
        <w:t>اور خاص طور سے فتنے کے زمانے میں آیا ہے کہ صبر جو کرے گا وہ کامیاب رہے گا۔ تو فتنے کے زمانے میں صبر کیسے ہو سکتا ہے؟</w:t>
      </w:r>
    </w:p>
    <w:p>
      <w:r>
        <w:rPr>
          <w:b/>
        </w:rPr>
        <w:t xml:space="preserve">[00:41] </w:t>
      </w:r>
      <w:r>
        <w:t>dekhen, is ko samajhna to bara aasan hai. woh jo aap ne pehlay kaha tha, woh mujhe mushkil nazar ata hai.</w:t>
      </w:r>
    </w:p>
    <w:p>
      <w:pPr>
        <w:jc w:val="right"/>
      </w:pPr>
      <w:r>
        <w:t>دیکھیں، اس کو سمجھنا تو بڑا آسان ہے۔ وہ جو آپ نے پہلے کہا تھا، وہ مجھے مشکل نظر آتا ہے۔</w:t>
      </w:r>
    </w:p>
    <w:p>
      <w:r>
        <w:rPr>
          <w:b/>
        </w:rPr>
        <w:t xml:space="preserve">[00:51] </w:t>
      </w:r>
      <w:r>
        <w:t>yeh dekhen, sabr kya hai? sabr yeh hai ke allah ki jo planning hai, us se insan ke iraday ka takrao ke mein chahta hoon mera kaam aaj ho jaye aur planning mein das saal baad likha hua hai.</w:t>
      </w:r>
    </w:p>
    <w:p>
      <w:pPr>
        <w:jc w:val="right"/>
      </w:pPr>
      <w:r>
        <w:t>یہ دیکھیں، صبر کیا ہے؟ صبر یہ ہے کہ اللہ کی جو پلاننگ ہے، اس سے انسان کے ارادے کا ٹکراؤ کہ میں چاہتا ہوں میرا کام آج ہو جائے اور پلاننگ میں دس سال بعد لکھا ہوا ہے۔</w:t>
      </w:r>
    </w:p>
    <w:p>
      <w:r>
        <w:rPr>
          <w:b/>
        </w:rPr>
        <w:t xml:space="preserve">[01:17] </w:t>
      </w:r>
      <w:r>
        <w:t>to is par razi hona yeh bara shayad sab se bara inaam ka sabab hai.</w:t>
      </w:r>
    </w:p>
    <w:p>
      <w:pPr>
        <w:jc w:val="right"/>
      </w:pPr>
      <w:r>
        <w:t>تو اس پر راضی ہونا یہ بڑا شاید سب سے بڑا انعام کا سبب ہے۔</w:t>
      </w:r>
    </w:p>
    <w:p>
      <w:r>
        <w:rPr>
          <w:b/>
        </w:rPr>
        <w:t xml:space="preserve">[01:28] </w:t>
      </w:r>
      <w:r>
        <w:t>kya khayal hai aap ka</w:t>
      </w:r>
    </w:p>
    <w:p>
      <w:pPr>
        <w:jc w:val="right"/>
      </w:pPr>
      <w:r>
        <w:t>کیا خیال ہے آپ کا</w:t>
      </w:r>
    </w:p>
    <w:p>
      <w:r>
        <w:rPr>
          <w:b/>
        </w:rPr>
        <w:t xml:space="preserve">[01:29] </w:t>
      </w:r>
      <w:r>
        <w:t>? bilkul sahi baat hai maulana.</w:t>
      </w:r>
    </w:p>
    <w:p>
      <w:pPr>
        <w:jc w:val="right"/>
      </w:pPr>
      <w:r>
        <w:t>؟ بالکل صحیح بات ہے مولانا۔</w:t>
      </w:r>
    </w:p>
    <w:p>
      <w:r>
        <w:rPr>
          <w:b/>
        </w:rPr>
        <w:t xml:space="preserve">[01:36] </w:t>
      </w:r>
      <w:r>
        <w:t>to creation plan ke sath takrao na karna, yeh sab se bara inaam ka sabab</w:t>
      </w:r>
    </w:p>
    <w:p>
      <w:pPr>
        <w:jc w:val="right"/>
      </w:pPr>
      <w:r>
        <w:t>تو کریشن پلان کے ساتھ ٹکراؤ نہ کرنا، یہ سب سے بڑا انعام کا سبب</w:t>
      </w:r>
    </w:p>
    <w:p>
      <w:r>
        <w:rPr>
          <w:b/>
        </w:rPr>
        <w:t xml:space="preserve">[01:41] </w:t>
      </w:r>
      <w:r>
        <w:t>hai. haan,</w:t>
      </w:r>
    </w:p>
    <w:p>
      <w:pPr>
        <w:jc w:val="right"/>
      </w:pPr>
      <w:r>
        <w:t>ہے۔ ہاں،</w:t>
      </w:r>
    </w:p>
    <w:p>
      <w:r>
        <w:rPr>
          <w:b/>
        </w:rPr>
        <w:t xml:space="preserve">[01:52] </w:t>
      </w:r>
      <w:r>
        <w:t>jab aap ki chahat ke mutabiq kaam na ban raha hai to samajh len ke yeh creation plan yahan par haail hai.</w:t>
      </w:r>
    </w:p>
    <w:p>
      <w:pPr>
        <w:jc w:val="right"/>
      </w:pPr>
      <w:r>
        <w:t>جب آپ کی چاہت کے مطابق کام نہ بن رہا ہے تو سمجھ لیں کہ یہ کریشن پلان یہاں پر حائل ہے۔</w:t>
      </w:r>
    </w:p>
    <w:p>
      <w:r>
        <w:rPr>
          <w:b/>
        </w:rPr>
        <w:t xml:space="preserve">[02:04] </w:t>
      </w:r>
      <w:r>
        <w:t>aur phir razi ho jaiye.</w:t>
      </w:r>
    </w:p>
    <w:p>
      <w:pPr>
        <w:jc w:val="right"/>
      </w:pPr>
      <w:r>
        <w:t>اور پھر راضی ہو جائیے۔</w:t>
      </w:r>
    </w:p>
    <w:p>
      <w:r>
        <w:rPr>
          <w:b/>
        </w:rPr>
        <w:t xml:space="preserve">[02:10] </w:t>
      </w:r>
      <w:r>
        <w:t>maulana, itni aayaten aur hadithain hain sabr ke baray mein, lekin jab hum tafsir parhtay hain, arabi ki tafsiren, to is mein aam tor se likha rehta hai ayat sabr ke baray mein: "mansookh bayati saif".</w:t>
      </w:r>
    </w:p>
    <w:p>
      <w:pPr>
        <w:jc w:val="right"/>
      </w:pPr>
      <w:r>
        <w:t>مولانا، اتنی آیتیں اور حدیثیں ہیں صبر کے بارے میں، لیکن جب ہم تفسیر پڑھتے ہیں، عربی کی تفسیریں، تو اس میں عام طور سے لکھا رہتا ہے آیت صبر کے بارے میں: "منسوخ بایتی سیف"۔</w:t>
      </w:r>
    </w:p>
    <w:p>
      <w:r>
        <w:rPr>
          <w:b/>
        </w:rPr>
        <w:t xml:space="preserve">[02:25] </w:t>
      </w:r>
      <w:r>
        <w:t>aisa kaisay keh diya in logon ne?</w:t>
      </w:r>
    </w:p>
    <w:p>
      <w:pPr>
        <w:jc w:val="right"/>
      </w:pPr>
      <w:r>
        <w:t>ایسا کیسے کہہ دیا ان لوگوں نے؟</w:t>
      </w:r>
    </w:p>
    <w:p>
      <w:r>
        <w:rPr>
          <w:b/>
        </w:rPr>
        <w:t xml:space="preserve">[02:28] </w:t>
      </w:r>
      <w:r>
        <w:t>yeh to bohat hi ziyada</w:t>
      </w:r>
    </w:p>
    <w:p>
      <w:pPr>
        <w:jc w:val="right"/>
      </w:pPr>
      <w:r>
        <w:t>یہ تو بہت ہی زیادہ</w:t>
      </w:r>
    </w:p>
    <w:p>
      <w:r>
        <w:rPr>
          <w:b/>
        </w:rPr>
        <w:t xml:space="preserve">[02:32] </w:t>
      </w:r>
      <w:r>
        <w:t>ghalat hai. woh log is ko samajhtay hain sabr ko jihad mein sabr.</w:t>
      </w:r>
    </w:p>
    <w:p>
      <w:pPr>
        <w:jc w:val="right"/>
      </w:pPr>
      <w:r>
        <w:t>غلط ہے۔ وہ لوگ اس کو سمجھتے ہیں صبر کو جہاد میں صبر۔</w:t>
      </w:r>
    </w:p>
    <w:p>
      <w:r>
        <w:rPr>
          <w:b/>
        </w:rPr>
        <w:t xml:space="preserve">[02:45] </w:t>
      </w:r>
      <w:r>
        <w:t>to shuru mein hukum tha ke jihad karo, phir hukum hoga ke</w:t>
      </w:r>
    </w:p>
    <w:p>
      <w:pPr>
        <w:jc w:val="right"/>
      </w:pPr>
      <w:r>
        <w:t>تو شروع میں حکم تھا کہ جہاد کرو، پھر حکم ہوگا کہ</w:t>
      </w:r>
    </w:p>
    <w:p>
      <w:r>
        <w:rPr>
          <w:b/>
        </w:rPr>
        <w:t xml:space="preserve">[02:54] </w:t>
      </w:r>
      <w:r>
        <w:t>jihad zaroori hai, is se jortay hain. halankay yeh apnay aap mein aik value hai, is ka taluq jihad se nahi hai.</w:t>
      </w:r>
    </w:p>
    <w:p>
      <w:pPr>
        <w:jc w:val="right"/>
      </w:pPr>
      <w:r>
        <w:t>جہاد ضروری ہے، اس سے جوڑتے ہیں۔ حالانکہ یہ اپنے آپ میں ایک ویلیو ہے، اس کا تعلق جہاد سے نہیں ہے۔</w:t>
      </w:r>
    </w:p>
    <w:p>
      <w:r>
        <w:rPr>
          <w:b/>
        </w:rPr>
        <w:t xml:space="preserve">[03:12] </w:t>
      </w:r>
      <w:r>
        <w:t>is mein to inshallah aik safhay ka mazmoon likha jaye ga.</w:t>
      </w:r>
    </w:p>
    <w:p>
      <w:pPr>
        <w:jc w:val="right"/>
      </w:pPr>
      <w:r>
        <w:t>اس میں تو انشاءاللہ ایک صفحے کا مضمون لکھا جائے گا۔</w:t>
      </w:r>
    </w:p>
    <w:p>
      <w:r>
        <w:rPr>
          <w:b/>
        </w:rPr>
        <w:t xml:space="preserve">[03:29] </w:t>
      </w:r>
      <w:r>
        <w:t>yeh to bohat hi ziyada ghalat baat hai. dekhiye, ghalat is liye keh raha hoon mein ke mansookh sirf</w:t>
      </w:r>
    </w:p>
    <w:p>
      <w:pPr>
        <w:jc w:val="right"/>
      </w:pPr>
      <w:r>
        <w:t>یہ تو بہت ہی زیادہ غلط بات ہے۔ دیکھیے، غلط اس لیے کہہ رہا ہوں میں کہ منسوخ صرف</w:t>
      </w:r>
    </w:p>
    <w:p>
      <w:r>
        <w:rPr>
          <w:b/>
        </w:rPr>
        <w:t xml:space="preserve">[03:42] </w:t>
      </w:r>
      <w:r>
        <w:t>sahib quran kar sakta hai, koi aur nahi kar sakta. kisi aur ko kiya haq hai ke woh mansookh kar de?</w:t>
      </w:r>
    </w:p>
    <w:p>
      <w:pPr>
        <w:jc w:val="right"/>
      </w:pPr>
      <w:r>
        <w:t>صاحب قرآن کر سکتا ہے، کوئی اور نہیں کر سکتا۔ کسی اور کو کیا حق ہے کہ وہ منسوخ کر دے؟</w:t>
      </w:r>
    </w:p>
    <w:p>
      <w:r>
        <w:rPr>
          <w:b/>
        </w:rPr>
        <w:t xml:space="preserve">[03:51] </w:t>
      </w:r>
      <w:r>
        <w:t>ji, koi haq nahi. haan, is liye is is bilkul hi ghalat hai. woh humain maan is ko maan kar tawjeeh karni paray gi.</w:t>
      </w:r>
    </w:p>
    <w:p>
      <w:pPr>
        <w:jc w:val="right"/>
      </w:pPr>
      <w:r>
        <w:t>جی، کوئی حق نہیں۔ ہاں، اس لیے اس اس بالکل ہی غلط ہے۔ وہ ہمیں ماں اس کو مان کر توجیح کرنی پڑے گی۔</w:t>
      </w:r>
    </w:p>
    <w:p>
      <w:r>
        <w:rPr>
          <w:b/>
        </w:rPr>
        <w:t xml:space="preserve">[04:03] </w:t>
      </w:r>
      <w:r>
        <w:t>mansookh karnay ka haq hi nahi hai.</w:t>
      </w:r>
    </w:p>
    <w:p>
      <w:pPr>
        <w:jc w:val="right"/>
      </w:pPr>
      <w:r>
        <w:t>منسوخ کرنے کا حق ہی نہیں ہے۔</w:t>
      </w:r>
    </w:p>
    <w:p>
      <w:r>
        <w:rPr>
          <w:b/>
        </w:rPr>
        <w:t xml:space="preserve">[04:10] </w:t>
      </w:r>
      <w:r>
        <w:t>woh sochtay hain ke aaj tak khata aa gayi to sab khatam ho gaya. to bilkul ahmaqana baat hai.</w:t>
      </w:r>
    </w:p>
    <w:p>
      <w:pPr>
        <w:jc w:val="right"/>
      </w:pPr>
      <w:r>
        <w:t>وہ سوچتے ہیں کہ آج تک خطا آ گئی تو سب ختم ہو گیا۔ تو بالکل احمقانہ بات ہے۔</w:t>
      </w:r>
    </w:p>
    <w:p>
      <w:r>
        <w:rPr>
          <w:b/>
        </w:rPr>
        <w:t xml:space="preserve">[04:22] </w:t>
      </w:r>
      <w:r>
        <w:t>sawal karen. is tarah is par aik safhay ka mazmoon likha gaya.</w:t>
      </w:r>
    </w:p>
    <w:p>
      <w:pPr>
        <w:jc w:val="right"/>
      </w:pPr>
      <w:r>
        <w:t>سوال کریں۔ اس طرح اس پر ایک صفحے کا مضمون لکھا گیا۔</w:t>
      </w:r>
    </w:p>
    <w:p>
      <w:r>
        <w:rPr>
          <w:b/>
        </w:rPr>
        <w:t xml:space="preserve">[04:33] </w:t>
      </w:r>
      <w:r>
        <w:t>maulana, surah al-imran ki jo ayat hai: "waltakum minkum ummatuy yad'una ilal khair", to yeh optional hai dawat-e-khair?</w:t>
      </w:r>
    </w:p>
    <w:p>
      <w:pPr>
        <w:jc w:val="right"/>
      </w:pPr>
      <w:r>
        <w:t>مولانا، سورہ آل عمران کی جو آیت ہے: "ولتکم منکم امتیدعون الخیر"، تو یہ آپشنل ہے دعوت الخیر؟</w:t>
      </w:r>
    </w:p>
    <w:p>
      <w:r>
        <w:rPr>
          <w:b/>
        </w:rPr>
        <w:t xml:space="preserve">[04:43] </w:t>
      </w:r>
      <w:r>
        <w:t>chand log karna chahiye ya</w:t>
      </w:r>
    </w:p>
    <w:p>
      <w:pPr>
        <w:jc w:val="right"/>
      </w:pPr>
      <w:r>
        <w:t>چند لوگ کرنا چاہیے یا</w:t>
      </w:r>
    </w:p>
    <w:p>
      <w:r>
        <w:rPr>
          <w:b/>
        </w:rPr>
        <w:t xml:space="preserve">[04:47] </w:t>
      </w:r>
      <w:r>
        <w:t>yeh optional kaam hai? kya Maulana?</w:t>
      </w:r>
    </w:p>
    <w:p>
      <w:pPr>
        <w:jc w:val="right"/>
      </w:pPr>
      <w:r>
        <w:t>یہ آپشنل کام ہے؟ کیا مولانا؟</w:t>
      </w:r>
    </w:p>
    <w:p>
      <w:r>
        <w:rPr>
          <w:b/>
        </w:rPr>
        <w:t xml:space="preserve">[04:52] </w:t>
      </w:r>
      <w:r>
        <w:t>yeh ayat dawat aam ke baray mein nahi hai, musalmanon ki dakhli islah ke baray mein hai.</w:t>
      </w:r>
    </w:p>
    <w:p>
      <w:pPr>
        <w:jc w:val="right"/>
      </w:pPr>
      <w:r>
        <w:t>یہ آیت دعوت عام کے بارے میں نہیں ہے، مسلمانوں کی داخلی اصلاح کے بارے میں ہے۔</w:t>
      </w:r>
    </w:p>
    <w:p>
      <w:r>
        <w:rPr>
          <w:b/>
        </w:rPr>
        <w:t xml:space="preserve">[05:02] </w:t>
      </w:r>
      <w:r>
        <w:t>woh toh farz aail hai, lekin musalmanon ki dakhli islah ke liye</w:t>
      </w:r>
    </w:p>
    <w:p>
      <w:pPr>
        <w:jc w:val="right"/>
      </w:pPr>
      <w:r>
        <w:t>وہ تو فرض عائل ہے، لیکن مسلمانوں کی داخلی اصلاح کے لیے</w:t>
      </w:r>
    </w:p>
    <w:p>
      <w:r>
        <w:rPr>
          <w:b/>
        </w:rPr>
        <w:t xml:space="preserve">[05:10] </w:t>
      </w:r>
      <w:r>
        <w:t>yeh</w:t>
      </w:r>
    </w:p>
    <w:p>
      <w:pPr>
        <w:jc w:val="right"/>
      </w:pPr>
      <w:r>
        <w:t>یہ</w:t>
      </w:r>
    </w:p>
    <w:p>
      <w:r>
        <w:rPr>
          <w:b/>
        </w:rPr>
        <w:t xml:space="preserve">[05:14] </w:t>
      </w:r>
      <w:r>
        <w:t>sab par farz nahi hai. ab umri dawat aam ke liye hai hi nahi. woh toh musalmanon ki dakhli islah ke liye hai.</w:t>
      </w:r>
    </w:p>
    <w:p>
      <w:pPr>
        <w:jc w:val="right"/>
      </w:pPr>
      <w:r>
        <w:t>سب پر فرض نہیں ہے۔ اب عمری دعوت عام کے لیے ہے ہی نہیں۔ وہ تو مسلمانوں کی داخلی اصلاح کے لیے ہے۔</w:t>
      </w:r>
    </w:p>
    <w:p>
      <w:r>
        <w:rPr>
          <w:b/>
        </w:rPr>
        <w:t xml:space="preserve">[05:30] </w:t>
      </w:r>
      <w:r>
        <w:t>Maulana, Israr Sahab ka sawal hai ke amr bil maroof wa nahi anil munkar musalmanon mein kiye janay wala amal hai. toh yeh kya by force kiye janay wala amal hai ya ikhtiyari?</w:t>
      </w:r>
    </w:p>
    <w:p>
      <w:pPr>
        <w:jc w:val="right"/>
      </w:pPr>
      <w:r>
        <w:t>مولانا، اسرار صاحب کا سوال ہے کہ امر بالمعروف و نہی عن المنکر مسلمانوں میں کیے جانے والا عمل ہے۔ تو یہ کیا بائی فورس کیا جانے والا عمل ہے یا اختیاری؟</w:t>
      </w:r>
    </w:p>
    <w:p>
      <w:r>
        <w:rPr>
          <w:b/>
        </w:rPr>
        <w:t xml:space="preserve">[05:42] </w:t>
      </w:r>
      <w:r>
        <w:t>ek targhibi cheez hai yeh.</w:t>
      </w:r>
    </w:p>
    <w:p>
      <w:pPr>
        <w:jc w:val="right"/>
      </w:pPr>
      <w:r>
        <w:t>ایک ترغیبی چیز ہے یہ۔</w:t>
      </w:r>
    </w:p>
    <w:p>
      <w:r>
        <w:rPr>
          <w:b/>
        </w:rPr>
        <w:t xml:space="preserve">[05:45] </w:t>
      </w:r>
      <w:r>
        <w:t>phir targhibi cheez hai. sirf sahib e amr ko haq hai ke woh agar koi cheez dekhe toh wahan par force zor kar sakta hai.</w:t>
      </w:r>
    </w:p>
    <w:p>
      <w:pPr>
        <w:jc w:val="right"/>
      </w:pPr>
      <w:r>
        <w:t>پھر ترغیبی چیز ہے۔ صرف صاحب امر کو حق ہے کہ وہ اگر کوئی چیز دیکھے تو وہاں پر فورس زور کر سکتا ہے۔</w:t>
      </w:r>
    </w:p>
    <w:p>
      <w:r>
        <w:rPr>
          <w:b/>
        </w:rPr>
        <w:t xml:space="preserve">[06:03] </w:t>
      </w:r>
      <w:r>
        <w:t>iski sabit par hai yeh sahib e amr ke liye. baqi logon ke liye toh wahi hai.</w:t>
      </w:r>
    </w:p>
    <w:p>
      <w:pPr>
        <w:jc w:val="right"/>
      </w:pPr>
      <w:r>
        <w:t>اس کی ثابت پر ہے یہ صاحب امر کے لیے۔ باقی لوگوں کے لیے تو وہی ہے۔</w:t>
      </w:r>
    </w:p>
    <w:p>
      <w:r>
        <w:rPr>
          <w:b/>
        </w:rPr>
        <w:t xml:space="preserve">[06:17] </w:t>
      </w:r>
      <w:r>
        <w:t>lekin is mein lafz toh hai: "tameron bil maroof". tum hukum dete ho. is se aam taur se amr ka lafz arabi mein hukum dene ka baray nahi hai, balkay kehne sunnay ke</w:t>
      </w:r>
    </w:p>
    <w:p>
      <w:pPr>
        <w:jc w:val="right"/>
      </w:pPr>
      <w:r>
        <w:t>لیکن اس میں لفظ تو ہے: "تامرون بالمعروف"۔ تم حکم دیتے ہو۔ اس سے عام طور سے امر کا لفظ عربی میں حکم دینے کا بڑے نہیں ہے، بلکہ کہنے سننے کے</w:t>
      </w:r>
    </w:p>
    <w:p>
      <w:r>
        <w:rPr>
          <w:b/>
        </w:rPr>
        <w:t xml:space="preserve">[06:31] </w:t>
      </w:r>
      <w:r>
        <w:t>baray mein hai. acha, Maulana, ek hadith hai: "la hijrat ba'd al fath". fath e makkah ke baad hijrat nahi hai. yeh Rasool Allah ne us waqt kaha jab makkah ke fath ho janay ke baad logon ko pareshani ka samna na raha makkah mein, toh keh diya hijrat ki zaroorat nahi hai.</w:t>
      </w:r>
    </w:p>
    <w:p>
      <w:pPr>
        <w:jc w:val="right"/>
      </w:pPr>
      <w:r>
        <w:t>بارے میں ہے۔ اچھا، مولانا، ایک حدیث ہے: "لا ہجرت بعد الفتح"۔ فتح مکہ کے بعد ہجرت نہیں ہے۔ یہ رسول اللہ نے اس وقت کہا جب مکہ کے فتح ہو جانے کے بعد لوگوں کو پریشانی کا سامنا نہ رہا مکہ میں، تو کہہ دیا ہجرت کی ضرورت نہیں ہے۔</w:t>
      </w:r>
    </w:p>
    <w:p>
      <w:r>
        <w:rPr>
          <w:b/>
        </w:rPr>
        <w:t xml:space="preserve">[06:48] </w:t>
      </w:r>
      <w:r>
        <w:t>ab toh kya yeh sirf hijrat ke sath khaas hai ya koi aur cheez bhi is mein shamil ho sakti hai? is qism mein, mislan aaj ke daur mein qital.</w:t>
      </w:r>
    </w:p>
    <w:p>
      <w:pPr>
        <w:jc w:val="right"/>
      </w:pPr>
      <w:r>
        <w:t>اب تو کیا یہ صرف ہجرت کے ساتھ خاص ہے یا کوئی اور چیز بھی اس میں شامل ہو سکتی ہے؟ اس قسم میں، مثلاً آج کے دور میں قتال۔</w:t>
      </w:r>
    </w:p>
    <w:p>
      <w:r>
        <w:rPr>
          <w:b/>
        </w:rPr>
        <w:t xml:space="preserve">[07:16] </w:t>
      </w:r>
      <w:r>
        <w:t>hmm,</w:t>
      </w:r>
    </w:p>
    <w:p>
      <w:pPr>
        <w:jc w:val="right"/>
      </w:pPr>
      <w:r>
        <w:t>ہمم،</w:t>
      </w:r>
    </w:p>
    <w:p>
      <w:r>
        <w:rPr>
          <w:b/>
        </w:rPr>
        <w:t xml:space="preserve">[07:22] </w:t>
      </w:r>
      <w:r>
        <w:t>koi sawal aap ke paas hai?</w:t>
      </w:r>
    </w:p>
    <w:p>
      <w:pPr>
        <w:jc w:val="right"/>
      </w:pPr>
      <w:r>
        <w:t>کوئی سوال آپ کے پاس ہے؟</w:t>
      </w:r>
    </w:p>
    <w:p>
      <w:r>
        <w:rPr>
          <w:b/>
        </w:rPr>
        <w:t xml:space="preserve">[07:33] </w:t>
      </w:r>
      <w:r>
        <w:t>ji, ek sharah hai: "asbahat al hijrat ghair wajiba ba'd fath makkah". makkah asbahat dar ul iman, dar ul iman, wa qad azza al islami wa zahara.</w:t>
      </w:r>
    </w:p>
    <w:p>
      <w:pPr>
        <w:jc w:val="right"/>
      </w:pPr>
      <w:r>
        <w:t>جی، ایک شرح ہے: "اصبحت الحجرت غیر واجبہ بعد فتح مکہ"۔ مکۃ اصبحت دار ایمان، دار ایمان، وقد عز الاسلام وظہرا۔</w:t>
      </w:r>
    </w:p>
    <w:p>
      <w:r>
        <w:rPr>
          <w:b/>
        </w:rPr>
        <w:t xml:space="preserve">[07:47] </w:t>
      </w:r>
      <w:r>
        <w:t>wa kanat qabl dhalik wajiba al musalmoon ma'a al adaa, wa li tajma'a qawahum fi al madinah, maqar dawlat al adalat wa al haqq.</w:t>
      </w:r>
    </w:p>
    <w:p>
      <w:pPr>
        <w:jc w:val="right"/>
      </w:pPr>
      <w:r>
        <w:t>وکانت قبل ذلك واجبۃ المسلمون مع العداء، ولتجتمع قواہم فی المدینہ، مقر دولت العدالت والحق۔</w:t>
      </w:r>
    </w:p>
    <w:p>
      <w:r>
        <w:rPr>
          <w:b/>
        </w:rPr>
        <w:t xml:space="preserve">[08:02] </w:t>
      </w:r>
      <w:r>
        <w:t>fath e makkah ke baad hijrat ghair wajib ho gayi kyunke makkah iman ka ghar ho gaya aur Islam ko izzat mil gayi. woh ghalib ho gaya.</w:t>
      </w:r>
    </w:p>
    <w:p>
      <w:pPr>
        <w:jc w:val="right"/>
      </w:pPr>
      <w:r>
        <w:t>فتح مکہ کے بعد ہجرت غیر واجب ہو گئی کیونکہ مکہ ایمان کا گھر ہو گیا اور اسلام کو عزت مل گئی۔ وہ غالب ہو گیا۔</w:t>
      </w:r>
    </w:p>
    <w:p>
      <w:r>
        <w:rPr>
          <w:b/>
        </w:rPr>
        <w:t xml:space="preserve">[08:12] </w:t>
      </w:r>
      <w:r>
        <w:t>lekin is se pehle hijrat wajib thi taake musalman chhutkara pa jayen takleef se aur taake unki quwwat madinah mein jama ho, jo adalat aur haq ka maqam tha.</w:t>
      </w:r>
    </w:p>
    <w:p>
      <w:pPr>
        <w:jc w:val="right"/>
      </w:pPr>
      <w:r>
        <w:t>لیکن اس سے پہلے ہجرت واجب تھی تاکہ مسلمان چھٹکارا پا جائیں تکلیف سے اور تاکہ ان کی قوت مدینہ میں جمع ہو، جو عدالت اور حق کا مقام تھا۔</w:t>
      </w:r>
    </w:p>
    <w:p>
      <w:r>
        <w:rPr>
          <w:b/>
        </w:rPr>
        <w:t xml:space="preserve">[08:27] </w:t>
      </w:r>
      <w:r>
        <w:t>kya hai? Maulana, mujh se ek isai missionary ne, jo US ka tha, US ke hain, us ne is ko mein ne aap ki kitab di thi: "Prophet of Peace" aur aur kuch kitabein di thi mein ne us ko.</w:t>
      </w:r>
    </w:p>
    <w:p>
      <w:pPr>
        <w:jc w:val="right"/>
      </w:pPr>
      <w:r>
        <w:t>کیا ہے؟ مولانا، مجھ سے ایک عیسائی مشنری نے، جو یو ایس کا تھا، یو ایس کے ہیں، اس نے اس کو میں نے آپ کی کتاب دی تھی: "پرافٹ آف پیس" اور اور کچھ کتابیں دی تھیں میں نے اس کو۔</w:t>
      </w:r>
    </w:p>
    <w:p>
      <w:r>
        <w:rPr>
          <w:b/>
        </w:rPr>
        <w:t xml:space="preserve">[08:43] </w:t>
      </w:r>
      <w:r>
        <w:t>toh us ne parhne ke baad yeh taassur diya ke Islam aur Muhammad ki teachings violence based hain, lekin aap ke Maulana jo hain, us ko as a peace interpret kar rahe hain.</w:t>
      </w:r>
    </w:p>
    <w:p>
      <w:pPr>
        <w:jc w:val="right"/>
      </w:pPr>
      <w:r>
        <w:t>تو اس نے پڑھنے کے بعد یہ تاثر دیا کہ اسلام اور محمد کی ٹیچنگز وائیلنس بیسڈ ہیں، لیکن آپ کے مولانا جو ہیں، اس کو ایز اے پیس انٹرپریٹ کر رہے ہیں۔</w:t>
      </w:r>
    </w:p>
    <w:p>
      <w:r>
        <w:rPr>
          <w:b/>
        </w:rPr>
        <w:t xml:space="preserve">[09:06] </w:t>
      </w:r>
      <w:r>
        <w:t>kahan se bataein? Maulana, yeh Israr Sahab ne ek Christian missionary ko aap ki kitab di thi, jis mein "Prophet of Peace", "Age of Peace" waghera kitabein theen.</w:t>
      </w:r>
    </w:p>
    <w:p>
      <w:pPr>
        <w:jc w:val="right"/>
      </w:pPr>
      <w:r>
        <w:t>کہاں سے بتائیں؟ مولانا، یہ اسرار صاحب نے ایک کرسچن مشنری کو آپ کی کتاب دی تھی، جس میں "پرافٹ آف پیس"، "ایج آف پیس" وغیرہ کتابیں تھیں۔</w:t>
      </w:r>
    </w:p>
    <w:p>
      <w:r>
        <w:rPr>
          <w:b/>
        </w:rPr>
        <w:t xml:space="preserve">[09:18] </w:t>
      </w:r>
      <w:r>
        <w:t>us ko us ne parhne ke baad kaha ke Islam aur Quran mein jo hai violence ki taleem hai. The Prophet, Islam aur Quran mein violence ki taleem hai, lekin aap ke Maulana is ki taweel kar rahe hain.</w:t>
      </w:r>
    </w:p>
    <w:p>
      <w:pPr>
        <w:jc w:val="right"/>
      </w:pPr>
      <w:r>
        <w:t>اس کو اس نے پڑھنے کے بعد کہا کہ اسلام اور قرآن میں جو ہے وائیلنس کی تعلیم ہے۔ پرافٹ اسلام اور قرآن میں وائیلنس کی تعلیم ہے، لیکن آپ کے مولانا اس کی تاویل کر رہے ہیں۔</w:t>
      </w:r>
    </w:p>
    <w:p>
      <w:r>
        <w:rPr>
          <w:b/>
        </w:rPr>
        <w:t xml:space="preserve">[09:31] </w:t>
      </w:r>
      <w:r>
        <w:t>pi</w:t>
      </w:r>
    </w:p>
    <w:p>
      <w:pPr>
        <w:jc w:val="right"/>
      </w:pPr>
      <w:r>
        <w:t>پی</w:t>
      </w:r>
    </w:p>
    <w:p>
      <w:r>
        <w:rPr>
          <w:b/>
        </w:rPr>
        <w:t xml:space="preserve">[09:32] </w:t>
      </w:r>
      <w:r>
        <w:t>s ki tojeeh, peace pe tojeeh kar rahe hain is ki. hmm,</w:t>
      </w:r>
    </w:p>
    <w:p>
      <w:pPr>
        <w:jc w:val="right"/>
      </w:pPr>
      <w:r>
        <w:t>س کی توجیح، پیس پہ توجیح کر رہے ہیں اس کی۔ ہمم،</w:t>
      </w:r>
    </w:p>
    <w:p>
      <w:r>
        <w:rPr>
          <w:b/>
        </w:rPr>
        <w:t xml:space="preserve">[09:47] </w:t>
      </w:r>
      <w:r>
        <w:t>to babal bhi bhi turbat ka woh hai. is ki hum hum tojiih karte hain. is ki bhi muamla hai.</w:t>
      </w:r>
    </w:p>
    <w:p>
      <w:pPr>
        <w:jc w:val="right"/>
      </w:pPr>
      <w:r>
        <w:t>تو بابل بھی بھی تربت کا وہ ہے۔ اس کی ہم ہم توجیح کرتے ہیں۔ اس کی بھی معاملہ ہے۔</w:t>
      </w:r>
    </w:p>
    <w:p>
      <w:r>
        <w:rPr>
          <w:b/>
        </w:rPr>
        <w:t xml:space="preserve">[09:57] </w:t>
      </w:r>
      <w:r>
        <w:t>aap ko haan, masih ne kaha tha ke main talwar chalwa rahe hain. aap ne ji hain, talwar chalwa rahe hain.</w:t>
      </w:r>
    </w:p>
    <w:p>
      <w:pPr>
        <w:jc w:val="right"/>
      </w:pPr>
      <w:r>
        <w:t>آپ کو ہاں، مسیح نے کہا تھا کہ میں تلوار چلوا رہے ہیں۔ آپ نے جی ہیں، تلوار چلوا رہے ہیں۔</w:t>
      </w:r>
    </w:p>
    <w:p>
      <w:r>
        <w:rPr>
          <w:b/>
        </w:rPr>
        <w:t xml:space="preserve">[10:05] </w:t>
      </w:r>
      <w:r>
        <w:t>ji maulana, haan, haan, masghool karwa rahe hain. aaya hoon, ji, talwar chalwa rahe hain. maulana, main ne woh baat kahi to us ne kaha hain, main ne is se baat kahi to us ne kaha ke masih ke life mein aisa koi practical waqia nahi hai.</w:t>
      </w:r>
    </w:p>
    <w:p>
      <w:pPr>
        <w:jc w:val="right"/>
      </w:pPr>
      <w:r>
        <w:t>جی مولانا، ہاں، ہاں، مشغول کروا رہے ہیں۔ آیا ہوں، جی، تلوار چلوا رہے ہیں۔ مولانا، میں نے وہ بات کہی تو اس نے کہا ہیں، میں نے اس سے بات کہی تو اس نے کہا کہ مسیح کے لائف میں ایسا کوئی پریکٹیکل واقعہ نہیں ہے۔</w:t>
      </w:r>
    </w:p>
    <w:p>
      <w:r>
        <w:rPr>
          <w:b/>
        </w:rPr>
        <w:t xml:space="preserve">[10:22] </w:t>
      </w:r>
      <w:r>
        <w:t>hain, masih ke life mein isa, hazrat isa ki life mein violence ka koi practical waqia nahi hai. lekin Muhammad ke life mein war hi war hai.</w:t>
      </w:r>
    </w:p>
    <w:p>
      <w:pPr>
        <w:jc w:val="right"/>
      </w:pPr>
      <w:r>
        <w:t>ہیں، مسیح کے لائف میں عیسیٰ، حضرت عیسیٰ کی لائف میں وائیلنس کا کوئی پریکٹیکل واقعہ نہیں ہے۔ لیکن محمد کے لائف میں وار ہی وار ہے۔</w:t>
      </w:r>
    </w:p>
    <w:p>
      <w:r>
        <w:rPr>
          <w:b/>
        </w:rPr>
        <w:t xml:space="preserve">[10:34] </w:t>
      </w:r>
      <w:r>
        <w:t>wahan woh tojiih baith sakti hai ya nahi baith sakti.</w:t>
      </w:r>
    </w:p>
    <w:p>
      <w:pPr>
        <w:jc w:val="right"/>
      </w:pPr>
      <w:r>
        <w:t>وہاں وہ توجیح بیٹھ سکتی ہے یا نہیں بیٹھ سکتی۔</w:t>
      </w:r>
    </w:p>
    <w:p>
      <w:r>
        <w:rPr>
          <w:b/>
        </w:rPr>
        <w:t xml:space="preserve">[10:43] </w:t>
      </w:r>
      <w:r>
        <w:t>to waqia agar le lenge to yahan bhi nahi hai.</w:t>
      </w:r>
    </w:p>
    <w:p>
      <w:pPr>
        <w:jc w:val="right"/>
      </w:pPr>
      <w:r>
        <w:t>تو واقعہ اگر لے لیں گے تو یہاں بھی نہیں ہے۔</w:t>
      </w:r>
    </w:p>
    <w:p>
      <w:r>
        <w:rPr>
          <w:b/>
        </w:rPr>
        <w:t xml:space="preserve">[10:50] </w:t>
      </w:r>
      <w:r>
        <w:t>rasool Allah ke jo waqiat hain, chand woh to</w:t>
      </w:r>
    </w:p>
    <w:p>
      <w:pPr>
        <w:jc w:val="right"/>
      </w:pPr>
      <w:r>
        <w:t>رسول اللہ کے جو واقعات ہیں، چند وہ تو</w:t>
      </w:r>
    </w:p>
    <w:p>
      <w:r>
        <w:rPr>
          <w:b/>
        </w:rPr>
        <w:t xml:space="preserve">[10:58] </w:t>
      </w:r>
      <w:r>
        <w:t>jab peace ki koshish nakaam nakaam ho gayi, unhon ne war kiya to hua.</w:t>
      </w:r>
    </w:p>
    <w:p>
      <w:pPr>
        <w:jc w:val="right"/>
      </w:pPr>
      <w:r>
        <w:t>جب پیس کی کوشش ناکام ناکام ہو گئی، انہوں نے وار کیا تو ہوا۔</w:t>
      </w:r>
    </w:p>
    <w:p>
      <w:r>
        <w:rPr>
          <w:b/>
        </w:rPr>
        <w:t xml:space="preserve">[11:09] </w:t>
      </w:r>
      <w:r>
        <w:t>is tarah to koi war kiya nahi.</w:t>
      </w:r>
    </w:p>
    <w:p>
      <w:pPr>
        <w:jc w:val="right"/>
      </w:pPr>
      <w:r>
        <w:t>اس طرح تو کوئی وار کیا نہیں۔</w:t>
      </w:r>
    </w:p>
    <w:p>
      <w:r>
        <w:rPr>
          <w:b/>
        </w:rPr>
        <w:t xml:space="preserve">[11:17] </w:t>
      </w:r>
      <w:r>
        <w:t>nahi, in ko kahiye ke abhi aur padhiye aap</w:t>
      </w:r>
    </w:p>
    <w:p>
      <w:pPr>
        <w:jc w:val="right"/>
      </w:pPr>
      <w:r>
        <w:t>نہیں، ان کو کہیے کہ ابھی اور پڑھیے آپ</w:t>
      </w:r>
    </w:p>
    <w:p>
      <w:r>
        <w:rPr>
          <w:b/>
        </w:rPr>
        <w:t xml:space="preserve">[11:20] </w:t>
      </w:r>
      <w:r>
        <w:t>. maulana, asal mein is ka masla yeh hai ke hamara literature hi is ko woh cheez mahia karta hai. maulana, aap ke literature ke ilawa koi bhi literature jo padha hai, is ko is ke khayal ko woh cheez mazboot karti hai.</w:t>
      </w:r>
    </w:p>
    <w:p>
      <w:pPr>
        <w:jc w:val="right"/>
      </w:pPr>
      <w:r>
        <w:t>۔ مولانا، اصل میں اس کا مسئلہ یہ ہے کہ ہمارا لٹریچر ہی اس کو وہ چیز مہیا کرتا ہے۔ مولانا، آپ کے لٹریچر کے علاوہ کوئی بھی لٹریچر جو پڑھا ہے، اس کو اس کے خیال کو وہ چیز مضبوط کرتی ہے۔</w:t>
      </w:r>
    </w:p>
    <w:p>
      <w:r>
        <w:rPr>
          <w:b/>
        </w:rPr>
        <w:t xml:space="preserve">[11:34] </w:t>
      </w:r>
      <w:r>
        <w:t>lekin asrar sahib keh rahe hain ke asal mein hamara literature jo hai, hamare ulama ka literature, cps ke ilawa, yeh un ke khayal ki taeed karta hai ke Islam mein violence hai.</w:t>
      </w:r>
    </w:p>
    <w:p>
      <w:pPr>
        <w:jc w:val="right"/>
      </w:pPr>
      <w:r>
        <w:t>لیکن اسرار صاحب کہہ رہے ہیں کہ اصل میں ہمارا لٹریچر جو ہے، ہمارے علماء کا لٹریچر، سی پی ایس کے علاوہ، یہ ان کے خیال کی تائید کرتا ہے کہ اسلام میں وائیلنس ہے۔</w:t>
      </w:r>
    </w:p>
    <w:p>
      <w:r>
        <w:rPr>
          <w:b/>
        </w:rPr>
        <w:t xml:space="preserve">[11:50] </w:t>
      </w:r>
      <w:r>
        <w:t>achha, achha,</w:t>
      </w:r>
    </w:p>
    <w:p>
      <w:pPr>
        <w:jc w:val="right"/>
      </w:pPr>
      <w:r>
        <w:t>اچھا، اچھا،</w:t>
      </w:r>
    </w:p>
    <w:p>
      <w:r>
        <w:rPr>
          <w:b/>
        </w:rPr>
        <w:t xml:space="preserve">[11:56] </w:t>
      </w:r>
      <w:r>
        <w:t>achha. us ne kaha maulana ke maulana ka literature pure islamic literature se hi alag hai.</w:t>
      </w:r>
    </w:p>
    <w:p>
      <w:pPr>
        <w:jc w:val="right"/>
      </w:pPr>
      <w:r>
        <w:t>اچھا۔ اس نے کہا مولانا کہ مولانا کا لٹریچر پورے اسلامک لٹریچر سے ہی الگ ہے۔</w:t>
      </w:r>
    </w:p>
    <w:p>
      <w:r>
        <w:rPr>
          <w:b/>
        </w:rPr>
        <w:t xml:space="preserve">[12:08] </w:t>
      </w:r>
      <w:r>
        <w:t>kya kaha hai? us missionary ne kaha ke aap ke literature ke bare mein, al risala ke literature ke bare mein ke maulana ka literature pure Islamic literature se bilkul alag hai.</w:t>
      </w:r>
    </w:p>
    <w:p>
      <w:pPr>
        <w:jc w:val="right"/>
      </w:pPr>
      <w:r>
        <w:t>کیا کہا ہے؟ اس مشنری نے کہا کہ آپ کے لٹریچر کے بارے میں، الرسالہ کے لٹریچر کے بارے میں کہ مولانا کا لٹریچر پورے اسلامک لٹریچر سے بالکل الگ ہے۔</w:t>
      </w:r>
    </w:p>
    <w:p>
      <w:r>
        <w:rPr>
          <w:b/>
        </w:rPr>
        <w:t xml:space="preserve">[12:25] </w:t>
      </w:r>
      <w:r>
        <w:t>achha,</w:t>
      </w:r>
    </w:p>
    <w:p>
      <w:pPr>
        <w:jc w:val="right"/>
      </w:pPr>
      <w:r>
        <w:t>اچھا،</w:t>
      </w:r>
    </w:p>
    <w:p>
      <w:r>
        <w:rPr>
          <w:b/>
        </w:rPr>
        <w:t xml:space="preserve">[12:42] </w:t>
      </w:r>
      <w:r>
        <w:t>bhai, alag hai ya nahi? alag hai? lekin dekhiye, kya mudallal hai ke nahi hai? mudallal hai?</w:t>
      </w:r>
    </w:p>
    <w:p>
      <w:pPr>
        <w:jc w:val="right"/>
      </w:pPr>
      <w:r>
        <w:t>بھئی، الگ ہے یا نہیں؟ الگ ہے؟ لیکن دیکھیں، کیا مدلل ہے کہ نہیں ہے؟ مدلل ہے؟</w:t>
      </w:r>
    </w:p>
    <w:p>
      <w:r>
        <w:rPr>
          <w:b/>
        </w:rPr>
        <w:t xml:space="preserve">[12:51] </w:t>
      </w:r>
      <w:r>
        <w:t>sahi baat hai. maulana fayyaz sahib ka sawal hai ke sahaba, sahaba se itne kam sawalat kyun marvi hain?</w:t>
      </w:r>
    </w:p>
    <w:p>
      <w:pPr>
        <w:jc w:val="right"/>
      </w:pPr>
      <w:r>
        <w:t>صحیح بات ہے۔ مولانا فیاض صاحب کا سوال ہے کہ صحابہ، صحابہ سے اتنے کم سوالات کیوں مروی ہیں؟</w:t>
      </w:r>
    </w:p>
    <w:p>
      <w:r>
        <w:rPr>
          <w:b/>
        </w:rPr>
        <w:t xml:space="preserve">[13:01] </w:t>
      </w:r>
      <w:r>
        <w:t>hmm, yeh yeh yeh dekhiye, is ka matlab yeh hai ke sawal karna yeh koi matloob cheez nahi hai.</w:t>
      </w:r>
    </w:p>
    <w:p>
      <w:pPr>
        <w:jc w:val="right"/>
      </w:pPr>
      <w:r>
        <w:t>ہمم، یہ یہ یہ دیکھیے، اس کا مطلب یہ ہے کہ سوال کرنا یہ کوئی مطلوب چیز نہیں ہے۔</w:t>
      </w:r>
    </w:p>
    <w:p>
      <w:r>
        <w:rPr>
          <w:b/>
        </w:rPr>
        <w:t xml:space="preserve">[13:14] </w:t>
      </w:r>
      <w:r>
        <w:t>aisi cheez ka aap sawal ko khud hi hal kijiye, apni aqal ko istemal kijiye. jab aap ki aqal kaam na kar rahi ho to aap sawal kijiye.</w:t>
      </w:r>
    </w:p>
    <w:p>
      <w:pPr>
        <w:jc w:val="right"/>
      </w:pPr>
      <w:r>
        <w:t>ایسی چیز کا آپ سوال کو خود ہی حل کیجئے، اپنی عقل کو استعمال کیجئے۔ جب آپ کی عقل کام نہ کر رہی ہو تو آپ سوال کیجئے۔</w:t>
      </w:r>
    </w:p>
    <w:p>
      <w:r>
        <w:rPr>
          <w:b/>
        </w:rPr>
        <w:t xml:space="preserve">[13:27] </w:t>
      </w:r>
      <w:r>
        <w:t>kam sawal karne ka mani hai ke taqal zyada, yani aqli ghor o fikr zyada karna.</w:t>
      </w:r>
    </w:p>
    <w:p>
      <w:pPr>
        <w:jc w:val="right"/>
      </w:pPr>
      <w:r>
        <w:t>کم سوال کرنے کا معنی ہے کہ تعقل زیادہ، یعنی عقلی غور و فکر زیادہ کرنا۔</w:t>
      </w:r>
    </w:p>
    <w:p>
      <w:r>
        <w:rPr>
          <w:b/>
        </w:rPr>
        <w:t xml:space="preserve">[13:38] </w:t>
      </w:r>
      <w:r>
        <w:t>kya khayal hai aap ka?</w:t>
      </w:r>
    </w:p>
    <w:p>
      <w:pPr>
        <w:jc w:val="right"/>
      </w:pPr>
      <w:r>
        <w:t>کیا خیال ہے آپ کا؟</w:t>
      </w:r>
    </w:p>
    <w:p>
      <w:r>
        <w:rPr>
          <w:b/>
        </w:rPr>
        <w:t xml:space="preserve">[13:42] </w:t>
      </w:r>
      <w:r>
        <w:t>yeh baat sab likh sahi likhti hai ke nahi?</w:t>
      </w:r>
    </w:p>
    <w:p>
      <w:pPr>
        <w:jc w:val="right"/>
      </w:pPr>
      <w:r>
        <w:t>یہ بات سب لکھ صحیح لکھتی ہے کہ نہیں؟</w:t>
      </w:r>
    </w:p>
    <w:p>
      <w:r>
        <w:rPr>
          <w:b/>
        </w:rPr>
        <w:t xml:space="preserve">[13:46] </w:t>
      </w:r>
      <w:r>
        <w:t>sahi likhti hai maulana. hmm, kam sawal ka matlab aqli ghor o fikr karna. hmm,</w:t>
      </w:r>
    </w:p>
    <w:p>
      <w:pPr>
        <w:jc w:val="right"/>
      </w:pPr>
      <w:r>
        <w:t>صحیح لکھتی ہے مولانا۔ ہمم، کم سوال کا مطلب عقلی غور و فکر کرنا۔ ہمم،</w:t>
      </w:r>
    </w:p>
    <w:p>
      <w:r>
        <w:rPr>
          <w:b/>
        </w:rPr>
        <w:t xml:space="preserve">[14:03] </w:t>
      </w:r>
      <w:r>
        <w:t>achha maulana, ek cheez aati hai, ghaliban kisi sahabi ka hi qaul hai, khud sahaba ke bare mein ke amqaahum ilman sahaba the ke woh ilm mein logon se zyada ameeq the.</w:t>
      </w:r>
    </w:p>
    <w:p>
      <w:pPr>
        <w:jc w:val="right"/>
      </w:pPr>
      <w:r>
        <w:t>اچھا مولانا، ایک چیز آتی ہے، غالباً کسی صحابی کا ہی قول ہے، خود صحابہ کے بارے میں کہ اعمقہم علماً صحابہ تھے کہ وہ علم میں لوگوں سے زیادہ عمیق تھے۔</w:t>
      </w:r>
    </w:p>
    <w:p>
      <w:r>
        <w:rPr>
          <w:b/>
        </w:rPr>
        <w:t xml:space="preserve">[14:19] </w:t>
      </w:r>
      <w:r>
        <w:t>lekin hum dekhte hain ke baad ke log zyada yaad rakhne wale the. misaal ke taur par ibn taimiyah, ibn hazm. to matlab kya is ka?</w:t>
      </w:r>
    </w:p>
    <w:p>
      <w:pPr>
        <w:jc w:val="right"/>
      </w:pPr>
      <w:r>
        <w:t>لیکن ہم دیکھتے ہیں کہ بعد کے لوگ زیادہ یاد رکھنے والے تھے۔ مثال کے طور پر ابن تیمیہ، ابن حضم۔ تو مطلب کیا اس کا؟</w:t>
      </w:r>
    </w:p>
    <w:p>
      <w:r>
        <w:rPr>
          <w:b/>
        </w:rPr>
        <w:t xml:space="preserve">[14:32] </w:t>
      </w:r>
      <w:r>
        <w:t>a'maqahum ilman sahaba ke bare mein hai.</w:t>
      </w:r>
    </w:p>
    <w:p>
      <w:pPr>
        <w:jc w:val="right"/>
      </w:pPr>
      <w:r>
        <w:t>اعمقہم علماً صحابہ کے بارے میں ہے۔</w:t>
      </w:r>
    </w:p>
    <w:p>
      <w:r>
        <w:rPr>
          <w:b/>
        </w:rPr>
        <w:t xml:space="preserve">[14:37] </w:t>
      </w:r>
      <w:r>
        <w:t>to yeh aap yeh ameeq hona is bare mein hai hi nahin. ibn taimiyah se ji, woh to</w:t>
      </w:r>
    </w:p>
    <w:p>
      <w:pPr>
        <w:jc w:val="right"/>
      </w:pPr>
      <w:r>
        <w:t>تو یہ آپ یہ عمیق ہونا اس بارے میں ہے ہی نہیں۔ ابن تیمیہ سے جی، وہ تو</w:t>
      </w:r>
    </w:p>
    <w:p>
      <w:r>
        <w:rPr>
          <w:b/>
        </w:rPr>
        <w:t xml:space="preserve">[14:52] </w:t>
      </w:r>
      <w:r>
        <w:t>tyveration mein baatein karte the.</w:t>
      </w:r>
    </w:p>
    <w:p>
      <w:pPr>
        <w:jc w:val="right"/>
      </w:pPr>
      <w:r>
        <w:t>ٹیوریشن میں باتیں کرتے تھے۔</w:t>
      </w:r>
    </w:p>
    <w:p>
      <w:r>
        <w:rPr>
          <w:b/>
        </w:rPr>
        <w:t xml:space="preserve">[15:05] </w:t>
      </w:r>
      <w:r>
        <w:t>woh woh ameeq firqa aa jayega.</w:t>
      </w:r>
    </w:p>
    <w:p>
      <w:pPr>
        <w:jc w:val="right"/>
      </w:pPr>
      <w:r>
        <w:t>وہ وہ عمیق فرقہ آ جائے گا۔</w:t>
      </w:r>
    </w:p>
    <w:p>
      <w:r>
        <w:rPr>
          <w:b/>
        </w:rPr>
        <w:t xml:space="preserve">[15:10] </w:t>
      </w:r>
      <w:r>
        <w:t>mas'ala is par behas ke ke la sharh illa Allah sirat masajid.</w:t>
      </w:r>
    </w:p>
    <w:p>
      <w:pPr>
        <w:jc w:val="right"/>
      </w:pPr>
      <w:r>
        <w:t>مسئلہ اس پر بحث کہ کہ لا شرح الا اللہ صراط مساجد۔</w:t>
      </w:r>
    </w:p>
    <w:p>
      <w:r>
        <w:rPr>
          <w:b/>
        </w:rPr>
        <w:t xml:space="preserve">[15:18] </w:t>
      </w:r>
      <w:r>
        <w:t>ab is par behas kaise hoti hai? yeh bhi kisi mauqe par kaha ji rasool Allah ne.</w:t>
      </w:r>
    </w:p>
    <w:p>
      <w:pPr>
        <w:jc w:val="right"/>
      </w:pPr>
      <w:r>
        <w:t>اب اس پر بحث کیسے ہوتی ہے؟ یہ بھی کسی موقع پر کہا جی رسول اللہ نے۔</w:t>
      </w:r>
    </w:p>
    <w:p>
      <w:r>
        <w:rPr>
          <w:b/>
        </w:rPr>
        <w:t xml:space="preserve">[15:28] </w:t>
      </w:r>
      <w:r>
        <w:t>yeh thodi hai ke</w:t>
      </w:r>
    </w:p>
    <w:p>
      <w:pPr>
        <w:jc w:val="right"/>
      </w:pPr>
      <w:r>
        <w:t>یہ تھوڑی ہے کہ</w:t>
      </w:r>
    </w:p>
    <w:p>
      <w:r>
        <w:rPr>
          <w:b/>
        </w:rPr>
        <w:t xml:space="preserve">[15:32] </w:t>
      </w:r>
      <w:r>
        <w:t>aap jahan jayen, wahan na jayen. kya khayal hai</w:t>
      </w:r>
    </w:p>
    <w:p>
      <w:pPr>
        <w:jc w:val="right"/>
      </w:pPr>
      <w:r>
        <w:t>آپ جہاں جائیں، وہاں نہ جائیں۔ کیا خیال ہے</w:t>
      </w:r>
    </w:p>
    <w:p>
      <w:r>
        <w:rPr>
          <w:b/>
        </w:rPr>
        <w:t xml:space="preserve">[15:37] </w:t>
      </w:r>
      <w:r>
        <w:t>? sahi baat hai Maulana. baad ke logon ne travel issue ko apna mozu banaya. yeh baat hai. hmm, la sharh illa Allah sirat.</w:t>
      </w:r>
    </w:p>
    <w:p>
      <w:pPr>
        <w:jc w:val="right"/>
      </w:pPr>
      <w:r>
        <w:t>؟ صحیح بات ہے مولانا۔ بعد کے لوگوں نے ٹریول ایشو کو اپنا موضوع بنایا۔ یہ بات ہے۔ ہمم، لا شرح الا اللہ صراط۔</w:t>
      </w:r>
    </w:p>
    <w:p>
      <w:r>
        <w:rPr>
          <w:b/>
        </w:rPr>
        <w:t xml:space="preserve">[15:49] </w:t>
      </w:r>
      <w:r>
        <w:t>is mein dekhen, hai hi nahin ke woh teen masjidon ko jao, baqi na jao. bas kisi mauqe par keh diya aap ne.</w:t>
      </w:r>
    </w:p>
    <w:p>
      <w:pPr>
        <w:jc w:val="right"/>
      </w:pPr>
      <w:r>
        <w:t>اس میں دیکھیں، ہے ہی نہیں کہ وہ تین مسجدوں کو جاؤ، باقی نہ جاؤ۔ بس کسی موقع پر کہہ دیا آپ نے۔</w:t>
      </w:r>
    </w:p>
    <w:p>
      <w:r>
        <w:rPr>
          <w:b/>
        </w:rPr>
        <w:t xml:space="preserve">[15:58] </w:t>
      </w:r>
      <w:r>
        <w:t>bas mein</w:t>
      </w:r>
    </w:p>
    <w:p>
      <w:pPr>
        <w:jc w:val="right"/>
      </w:pPr>
      <w:r>
        <w:t>بس میں</w:t>
      </w:r>
    </w:p>
    <w:p>
      <w:r>
        <w:rPr>
          <w:b/>
        </w:rPr>
        <w:t xml:space="preserve">[16:03] </w:t>
      </w:r>
      <w:r>
        <w:t>to nahin manta is ko.</w:t>
      </w:r>
    </w:p>
    <w:p>
      <w:pPr>
        <w:jc w:val="right"/>
      </w:pPr>
      <w:r>
        <w:t>تو نہیں مانتا اس کو۔</w:t>
      </w:r>
    </w:p>
    <w:p>
      <w:r>
        <w:rPr>
          <w:b/>
        </w:rPr>
        <w:t xml:space="preserve">[16:08] </w:t>
      </w:r>
      <w:r>
        <w:t>ab is ko</w:t>
      </w:r>
    </w:p>
    <w:p>
      <w:pPr>
        <w:jc w:val="right"/>
      </w:pPr>
      <w:r>
        <w:t>اب اس کو</w:t>
      </w:r>
    </w:p>
    <w:p>
      <w:r>
        <w:rPr>
          <w:b/>
        </w:rPr>
        <w:t xml:space="preserve">[16:12] </w:t>
      </w:r>
      <w:r>
        <w:t>mutlaq ma'ne mein le kar behasein karte hain. aksar to yahi hota hai ke mutlaq ma'ne mein le kar behasein karna hain.</w:t>
      </w:r>
    </w:p>
    <w:p>
      <w:pPr>
        <w:jc w:val="right"/>
      </w:pPr>
      <w:r>
        <w:t>مطلق معنی میں لے کر بحثیں کرتے ہیں۔ اکثر تو یہی ہوتا ہے کہ مطلق معنی میں لے کر بحثیں کرنا ہیں۔</w:t>
      </w:r>
    </w:p>
    <w:p>
      <w:r>
        <w:rPr>
          <w:b/>
        </w:rPr>
        <w:t xml:space="preserve">[16:22] </w:t>
      </w:r>
      <w:r>
        <w:t>ji Maulana,</w:t>
      </w:r>
    </w:p>
    <w:p>
      <w:pPr>
        <w:jc w:val="right"/>
      </w:pPr>
      <w:r>
        <w:t>جی مولانا،</w:t>
      </w:r>
    </w:p>
    <w:p>
      <w:r>
        <w:rPr>
          <w:b/>
        </w:rPr>
        <w:t xml:space="preserve">[16:29] </w:t>
      </w:r>
      <w:r>
        <w:t>is ka bohat bada Maulana ek nuqsan hua ke la yashad ur rihal illa thalath ka. woh yeh hai ke is ke baad jo hai tareekh mein bade bade waqeat hue jo inspiration ka zariya hain, lekin is ko bid'at samajh ke ulama jate nahin wahan par.</w:t>
      </w:r>
    </w:p>
    <w:p>
      <w:pPr>
        <w:jc w:val="right"/>
      </w:pPr>
      <w:r>
        <w:t>اس کا بہت بڑا مولانا ایک نقصان ہوا کہ لا یشد الرحال الا ثلاث کا۔ وہ یہ ہے کہ اس کے بعد جو ہے تاریخ میں بڑے بڑے واقعات ہوئے جو انسپیریشن کا ذریعہ ہیں، لیکن اس کو بدعت سمجھ کے علماء جاتے نہیں وہاں پر۔</w:t>
      </w:r>
    </w:p>
    <w:p>
      <w:r>
        <w:rPr>
          <w:b/>
        </w:rPr>
        <w:t xml:space="preserve">[16:47] </w:t>
      </w:r>
      <w:r>
        <w:t>kya keh raha hai</w:t>
      </w:r>
    </w:p>
    <w:p>
      <w:pPr>
        <w:jc w:val="right"/>
      </w:pPr>
      <w:r>
        <w:t>کیا کہہ رہا ہے</w:t>
      </w:r>
    </w:p>
    <w:p>
      <w:r>
        <w:rPr>
          <w:b/>
        </w:rPr>
        <w:t xml:space="preserve">[16:50] </w:t>
      </w:r>
      <w:r>
        <w:t>Maulana Fayyaz sahib? yeh keh rahe hain ke is hadith ko mutlaq lene ka bohat nuqsan hua hai. ba'z baad ki tareekh mein bohat se waqeat hue inspiration lene ke liye, lekin ulama is ko bid'at samajh kar is ki taraf nahin jate hain.</w:t>
      </w:r>
    </w:p>
    <w:p>
      <w:pPr>
        <w:jc w:val="right"/>
      </w:pPr>
      <w:r>
        <w:t>مولانا فیاض صاحب؟ یہ کہہ رہے ہیں کہ اس حدیث کو مطلق لینے کا بہت نقصان ہوا ہے۔ بعض بعد کی تاریخ میں بہت سے واقعات ہوئے انسپیریشن لینے کے لیے، لیکن علماء اس کو بدعت سمجھ کر اس کی طرف نہیں جاتے ہیں۔</w:t>
      </w:r>
    </w:p>
    <w:p>
      <w:r>
        <w:rPr>
          <w:b/>
        </w:rPr>
        <w:t xml:space="preserve">[17:06] </w:t>
      </w:r>
      <w:r>
        <w:t>kahan jate hain? wahan nahin jate. kuch waqeat hon jaise ke Allah kahan jate hain? wahan jaane ko bid'at samajh ke woh jate hi nahin idhar.</w:t>
      </w:r>
    </w:p>
    <w:p>
      <w:pPr>
        <w:jc w:val="right"/>
      </w:pPr>
      <w:r>
        <w:t>کہاں جاتے ہیں؟ وہاں نہیں جاتے۔ کچھ واقعات ہوں جیسے کہ اللہ کہاں جاتے ہیں؟ وہاں جانے کو بدعت سمجھ کے وہ جاتے ہی نہیں ادھر۔</w:t>
      </w:r>
    </w:p>
    <w:p>
      <w:r>
        <w:rPr>
          <w:b/>
        </w:rPr>
        <w:t xml:space="preserve">[17:19] </w:t>
      </w:r>
      <w:r>
        <w:t>yeh sab mere aziz bilkul galat hai. haj lagaiye ji, woh kisi mauqe ke liye woh hadith hai.</w:t>
      </w:r>
    </w:p>
    <w:p>
      <w:pPr>
        <w:jc w:val="right"/>
      </w:pPr>
      <w:r>
        <w:t>یہ سب میرے عزیز بالکل غلط ہے۔ حج لگائیے جی، وہ کسی موقع کے لیے وہ حدیث ہے۔</w:t>
      </w:r>
    </w:p>
    <w:p>
      <w:r>
        <w:rPr>
          <w:b/>
        </w:rPr>
        <w:t xml:space="preserve">[17:28] </w:t>
      </w:r>
      <w:r>
        <w:t>woh koi mutlaq ma'ne mein nahin hai. ji,</w:t>
      </w:r>
    </w:p>
    <w:p>
      <w:pPr>
        <w:jc w:val="right"/>
      </w:pPr>
      <w:r>
        <w:t>وہ کوئی مطلق معنی میں نہیں ہے۔ جی،</w:t>
      </w:r>
    </w:p>
    <w:p>
      <w:r>
        <w:rPr>
          <w:b/>
        </w:rPr>
        <w:t xml:space="preserve">[17:36] </w:t>
      </w:r>
      <w:r>
        <w:t>mutlaq ma'ne mein hai nahin woh</w:t>
      </w:r>
    </w:p>
    <w:p>
      <w:pPr>
        <w:jc w:val="right"/>
      </w:pPr>
      <w:r>
        <w:t>مطلق معنی میں ہے نہیں وہ</w:t>
      </w:r>
    </w:p>
    <w:p>
      <w:r>
        <w:rPr>
          <w:b/>
        </w:rPr>
        <w:t xml:space="preserve">[17:39] </w:t>
      </w:r>
      <w:r>
        <w:t>. Maulana, Quran ki ayat hai: "wa lau taqawwala alayna ba'd al-aqawil". to Fayyaz sahib ka sawal hai ke yeh taqawwul aur tadabbur mein kya farq hai?</w:t>
      </w:r>
    </w:p>
    <w:p>
      <w:pPr>
        <w:jc w:val="right"/>
      </w:pPr>
      <w:r>
        <w:t>۔ مولانا، قرآن کی آیت ہے: "ولو تقول علینا بعض الاقاویل"۔ تو فیاض صاحب کا سوال ہے کہ یہ تقول اور تدبر میں کیا فرق ہے؟</w:t>
      </w:r>
    </w:p>
    <w:p>
      <w:r>
        <w:rPr>
          <w:b/>
        </w:rPr>
        <w:t xml:space="preserve">[17:54] </w:t>
      </w:r>
      <w:r>
        <w:t>achha,</w:t>
      </w:r>
    </w:p>
    <w:p>
      <w:pPr>
        <w:jc w:val="right"/>
      </w:pPr>
      <w:r>
        <w:t>اچھا،</w:t>
      </w:r>
    </w:p>
    <w:p>
      <w:r>
        <w:rPr>
          <w:b/>
        </w:rPr>
        <w:t xml:space="preserve">[18:01] </w:t>
      </w:r>
      <w:r>
        <w:t>taqool ke mani se bana kar karna sangeer, sangeer ghor o fikr ko tadabbur karte hain.</w:t>
      </w:r>
    </w:p>
    <w:p>
      <w:pPr>
        <w:jc w:val="right"/>
      </w:pPr>
      <w:r>
        <w:t>تقول کے معنی سے بنا کر کرنا سنسیر، سنسیر غور و فکر کو تدبر کرتے ہیں۔</w:t>
      </w:r>
    </w:p>
    <w:p>
      <w:r>
        <w:rPr>
          <w:b/>
        </w:rPr>
        <w:t xml:space="preserve">[18:09] </w:t>
      </w:r>
      <w:r>
        <w:t>hum taqool to bana kar karna.</w:t>
      </w:r>
    </w:p>
    <w:p>
      <w:pPr>
        <w:jc w:val="right"/>
      </w:pPr>
      <w:r>
        <w:t>ہم تقول تو بنا کر کرنا۔</w:t>
      </w:r>
    </w:p>
    <w:p>
      <w:r>
        <w:rPr>
          <w:b/>
        </w:rPr>
        <w:t xml:space="preserve">[18:22] </w:t>
      </w:r>
      <w:r>
        <w:t>taqool, yeh tafa taqool ke maade mein yeh mafhoom shamil hai.</w:t>
      </w:r>
    </w:p>
    <w:p>
      <w:pPr>
        <w:jc w:val="right"/>
      </w:pPr>
      <w:r>
        <w:t>تقول، یہ تفا تقول کے مادے میں یہ مفہوم شامل ہے۔</w:t>
      </w:r>
    </w:p>
    <w:p>
      <w:r>
        <w:rPr>
          <w:b/>
        </w:rPr>
        <w:t xml:space="preserve">[18:33] </w:t>
      </w:r>
      <w:r>
        <w:t>yeh taqool aur sarsareet aik hi hai. halq sarsareet yeh to koi aisa masla nahi hai. in ka sawal yeh hai ke taqool aur sar sar halq hain.</w:t>
      </w:r>
    </w:p>
    <w:p>
      <w:pPr>
        <w:jc w:val="right"/>
      </w:pPr>
      <w:r>
        <w:t>یہ تقول اور سرساریت ایک ہی ہے۔ حلق سرساریت یہ تو کوئی ایسا مسئلہ نہیں ہے۔ ان کا سوال یہ ہے کہ تقول اور سرسار حلق ہیں۔</w:t>
      </w:r>
    </w:p>
    <w:p>
      <w:r>
        <w:rPr>
          <w:b/>
        </w:rPr>
        <w:t xml:space="preserve">[18:45] </w:t>
      </w:r>
      <w:r>
        <w:t>al-sarsaroon, halq al-sarsaroon. to yeh sarsara jo hai woh aur taqool dono aik hi cheez hai.</w:t>
      </w:r>
    </w:p>
    <w:p>
      <w:pPr>
        <w:jc w:val="right"/>
      </w:pPr>
      <w:r>
        <w:t>السرسارون، حلق السرسارون۔ تو یہ سرسرا جو ہے وہ اور تقول دونوں ایک ہی چیز ہے۔</w:t>
      </w:r>
    </w:p>
    <w:p>
      <w:r>
        <w:rPr>
          <w:b/>
        </w:rPr>
        <w:t xml:space="preserve">[18:58] </w:t>
      </w:r>
      <w:r>
        <w:t>mera khayal aik hi cheez to nahi hai, lekin mamnoo dono hain. acha,</w:t>
      </w:r>
    </w:p>
    <w:p>
      <w:pPr>
        <w:jc w:val="right"/>
      </w:pPr>
      <w:r>
        <w:t>میرا خیال ایک ہی چیز تو نہیں ہے، لیکن ممنوع دونوں ہیں۔ اچھا،</w:t>
      </w:r>
    </w:p>
    <w:p>
      <w:r>
        <w:rPr>
          <w:b/>
        </w:rPr>
        <w:t xml:space="preserve">[19:10] </w:t>
      </w:r>
      <w:r>
        <w:t>jaise hum ghor o fikr kar ke koi naseehat karte hain ya koi dars dete hain to log bolte hain: "yeh to taqool hai, yeh to takalluf hai." seedha saada kahiye: "qool la ilaha illallah".</w:t>
      </w:r>
    </w:p>
    <w:p>
      <w:pPr>
        <w:jc w:val="right"/>
      </w:pPr>
      <w:r>
        <w:t>جیسے ہم غور و فکر کر کے کوئی نصیحت کرتے ہیں یا کوئی درس دیتے ہیں تو لوگ بولتے ہیں: "یہ تو تقول ہے، یہ تو تکلف ہے۔" سیدھا سادہ کہیے: "قول لا الہ الا اللہ"۔</w:t>
      </w:r>
    </w:p>
    <w:p>
      <w:r>
        <w:rPr>
          <w:b/>
        </w:rPr>
        <w:t xml:space="preserve">[19:21] </w:t>
      </w:r>
      <w:r>
        <w:t>to ko</w:t>
      </w:r>
    </w:p>
    <w:p>
      <w:pPr>
        <w:jc w:val="right"/>
      </w:pPr>
      <w:r>
        <w:t>تو کو</w:t>
      </w:r>
    </w:p>
    <w:p>
      <w:r>
        <w:rPr>
          <w:b/>
        </w:rPr>
        <w:t xml:space="preserve">[19:22] </w:t>
      </w:r>
      <w:r>
        <w:t>i sab kuch keh rahe hain, takalluf ke khane mein late hain.</w:t>
      </w:r>
    </w:p>
    <w:p>
      <w:pPr>
        <w:jc w:val="right"/>
      </w:pPr>
      <w:r>
        <w:t>ئی سب کچھ کہہ رہے ہیں، تکلف کے خانے میں لاتے ہیں۔</w:t>
      </w:r>
    </w:p>
    <w:p>
      <w:r>
        <w:rPr>
          <w:b/>
        </w:rPr>
        <w:t xml:space="preserve">[19:27] </w:t>
      </w:r>
      <w:r>
        <w:t>apne mission ko takalluf aur taqool ke khane mein dalte hain. seedhi saadi guftagu ko jaise salfiyon ki ya tablighi jamaat ki, us ko asal ke mani mein lete hain.</w:t>
      </w:r>
    </w:p>
    <w:p>
      <w:pPr>
        <w:jc w:val="right"/>
      </w:pPr>
      <w:r>
        <w:t>اپنے مشن کو تکلف اور تقول کے خانے میں ڈالتے ہیں۔ سیدھی سادی گفتگو کو جیسے سلفیوں کی یا تبلیغی جماعت کی، اس کو اصل کے معنی میں لیتے ہیں۔</w:t>
      </w:r>
    </w:p>
    <w:p>
      <w:r>
        <w:rPr>
          <w:b/>
        </w:rPr>
        <w:t xml:space="preserve">[19:40] </w:t>
      </w:r>
      <w:r>
        <w:t>ah, nahi</w:t>
      </w:r>
    </w:p>
    <w:p>
      <w:pPr>
        <w:jc w:val="right"/>
      </w:pPr>
      <w:r>
        <w:t>اہ، نہیں</w:t>
      </w:r>
    </w:p>
    <w:p>
      <w:r>
        <w:rPr>
          <w:b/>
        </w:rPr>
        <w:t xml:space="preserve">[19:44] </w:t>
      </w:r>
      <w:r>
        <w:t>maulana, yeh ah dawat ka kaam jo hum log karte hain, hmm, to is mein hota kya hai ke bohat sari jagah hum akhlaqi baat kar dete hain.</w:t>
      </w:r>
    </w:p>
    <w:p>
      <w:pPr>
        <w:jc w:val="right"/>
      </w:pPr>
      <w:r>
        <w:t>مولانا، یہ اہ دعوت کا کام جو ہم لوگ کرتے ہیں، ہمم، تو اس میں ہوتا کیا ہے کہ بہت ساری جگہ ہم اخلاقی بات کر دیتے ہیں۔</w:t>
      </w:r>
    </w:p>
    <w:p>
      <w:r>
        <w:rPr>
          <w:b/>
        </w:rPr>
        <w:t xml:space="preserve">[19:54] </w:t>
      </w:r>
      <w:r>
        <w:t>karte hain, hmm, to is par baz log kehte hain ke aise ghuma phira kar baat karna yeh taqool hai aur tabligh</w:t>
      </w:r>
    </w:p>
    <w:p>
      <w:pPr>
        <w:jc w:val="right"/>
      </w:pPr>
      <w:r>
        <w:t>کرتے ہیں، ہمم، تو اس پر بعض لوگ کہتے ہیں کہ ایسے گھما پھرا کر بات کرنا یہ تقول ہے اور تبلیغ</w:t>
      </w:r>
    </w:p>
    <w:p>
      <w:r>
        <w:rPr>
          <w:b/>
        </w:rPr>
        <w:t xml:space="preserve">[20:01] </w:t>
      </w:r>
      <w:r>
        <w:t>hai. nahi, nahi, galat baat hai. hikmat to hikmat hai. hikmat ko taqool nahi keh sakte. hikmat hai, woh taqool hargiz nahi hai.</w:t>
      </w:r>
    </w:p>
    <w:p>
      <w:pPr>
        <w:jc w:val="right"/>
      </w:pPr>
      <w:r>
        <w:t>ہے۔ نہیں، نہیں، غلط بات ہے۔ حکمت تو حکمت ہے۔ حکمت کو تقول نہیں کہہ سکتے۔ حکمت ہے، وہ تقول ہرگز نہیں ہے۔</w:t>
      </w:r>
    </w:p>
    <w:p>
      <w:r>
        <w:rPr>
          <w:b/>
        </w:rPr>
        <w:t xml:space="preserve">[20:13] </w:t>
      </w:r>
      <w:r>
        <w:t>in ka kehna hai ke la ilaha illallah kaho, seedhe tareeqe se dawat dena chahiye</w:t>
      </w:r>
    </w:p>
    <w:p>
      <w:pPr>
        <w:jc w:val="right"/>
      </w:pPr>
      <w:r>
        <w:t>ان کا کہنا ہے کہ لا الہ الا اللہ کہو، سیدھے طریقے سے دعوت دینا چاہی</w:t>
      </w:r>
    </w:p>
    <w:p>
      <w:r>
        <w:rPr>
          <w:b/>
        </w:rPr>
        <w:t xml:space="preserve">[20:17] </w:t>
      </w:r>
      <w:r>
        <w:t>e. nahi, nahi, galat baat hai. yeh galat baat hai. dawat hamesha hikmat ke tabe rahe gi.</w:t>
      </w:r>
    </w:p>
    <w:p>
      <w:pPr>
        <w:jc w:val="right"/>
      </w:pPr>
      <w:r>
        <w:t>ے۔ نہیں، نہیں، غلط بات ہے۔ یہ غلط بات ہے۔ دعوت ہمیشہ حکمت کے تابع رہے گی۔</w:t>
      </w:r>
    </w:p>
    <w:p>
      <w:r>
        <w:rPr>
          <w:b/>
        </w:rPr>
        <w:t xml:space="preserve">[20:30] </w:t>
      </w:r>
      <w:r>
        <w:t>yeh to galat hai. main aisa ah maulana, aik aur cheez bhi hai ke ah qurani ayat par ghor o fikr ka jo kar ke jo koi nateeja pesh karte hain, hum log.</w:t>
      </w:r>
    </w:p>
    <w:p>
      <w:pPr>
        <w:jc w:val="right"/>
      </w:pPr>
      <w:r>
        <w:t>یہ تو غلط ہے۔ میں ایسا اہ مولانا، ایک اور چیز بھی ہے کہ اہ قرآنی آیت پر غور و فکر کا جو کر کے جو کوئی نتیجہ پیش کرتے ہیں، ہم لوگ۔</w:t>
      </w:r>
    </w:p>
    <w:p>
      <w:r>
        <w:rPr>
          <w:b/>
        </w:rPr>
        <w:t xml:space="preserve">[20:42] </w:t>
      </w:r>
      <w:r>
        <w:t>acha suniye ji,</w:t>
      </w:r>
    </w:p>
    <w:p>
      <w:pPr>
        <w:jc w:val="right"/>
      </w:pPr>
      <w:r>
        <w:t>اچھا سنیے جی،</w:t>
      </w:r>
    </w:p>
    <w:p>
      <w:r>
        <w:rPr>
          <w:b/>
        </w:rPr>
        <w:t xml:space="preserve">[20:48] </w:t>
      </w:r>
      <w:r>
        <w:t>aik baat mein aksar sochta hoon, hmm, hmm, ke</w:t>
      </w:r>
    </w:p>
    <w:p>
      <w:pPr>
        <w:jc w:val="right"/>
      </w:pPr>
      <w:r>
        <w:t>ایک بات میں اکثر سوچتا ہوں، ہمم، ہمم، کہ</w:t>
      </w:r>
    </w:p>
    <w:p>
      <w:r>
        <w:rPr>
          <w:b/>
        </w:rPr>
        <w:t xml:space="preserve">[21:07] </w:t>
      </w:r>
      <w:r>
        <w:t>mein apne aap ko bohat zyada ajez pata hoon. yeh jo taam ke maqam par pata hoon, to main sochta hoon ke aisa kyun hua.</w:t>
      </w:r>
    </w:p>
    <w:p>
      <w:pPr>
        <w:jc w:val="right"/>
      </w:pPr>
      <w:r>
        <w:t>میں اپنے آپ کو بہت زیادہ عاجز پاتا ہوں۔ یہ جو تام کے مقام پر پاتا ہوں، تو میں سوچتا ہوں کہ ایسا کیوں ہوا۔</w:t>
      </w:r>
    </w:p>
    <w:p>
      <w:r>
        <w:rPr>
          <w:b/>
        </w:rPr>
        <w:t xml:space="preserve">[21:22] </w:t>
      </w:r>
      <w:r>
        <w:t>to aaj mujhe samajh aya ke momina aqwam jo jo thay, wohi thay sab barri baatein karne wale.</w:t>
      </w:r>
    </w:p>
    <w:p>
      <w:pPr>
        <w:jc w:val="right"/>
      </w:pPr>
      <w:r>
        <w:t>تو آج مجھے سمجھ آیا کہ مومنہ اقوام جو جو تھے، وہی تھے سب بڑے باتیں کرنے والے۔</w:t>
      </w:r>
    </w:p>
    <w:p>
      <w:r>
        <w:rPr>
          <w:b/>
        </w:rPr>
        <w:t xml:space="preserve">[21:35] </w:t>
      </w:r>
      <w:r>
        <w:t>jihad ki baatein aur yeh baatein, woh baatein thay. aik aadmi Allah taala ko aisa makhlooq tha jo zaeef ho, bilkul hi.</w:t>
      </w:r>
    </w:p>
    <w:p>
      <w:pPr>
        <w:jc w:val="right"/>
      </w:pPr>
      <w:r>
        <w:t>جہاد کی باتیں اور یہ باتیں، وہ باتیں تھے۔ ایک آدمی اللہ تعالیٰ کو ایسا مخلوق تھا جو ضعیف ہو، بالکل ہی۔</w:t>
      </w:r>
    </w:p>
    <w:p>
      <w:r>
        <w:rPr>
          <w:b/>
        </w:rPr>
        <w:t xml:space="preserve">[21:46] </w:t>
      </w:r>
      <w:r>
        <w:t>to barri baat hai, na kare. tab wohi woh hikmat hai jo is mein hain, yani martry ki baat baat mein woh us ko daryaft kare.</w:t>
      </w:r>
    </w:p>
    <w:p>
      <w:pPr>
        <w:jc w:val="right"/>
      </w:pPr>
      <w:r>
        <w:t>تو بڑی بات ہے، نہ کرے۔ تب وہی وہ حکمت ہے جو اس میں ہیں، یعنی ماریٹری کی بات بات میں وہ اس کو دریافت کرے۔</w:t>
      </w:r>
    </w:p>
    <w:p>
      <w:r>
        <w:rPr>
          <w:b/>
        </w:rPr>
        <w:t xml:space="preserve">[22:02] </w:t>
      </w:r>
      <w:r>
        <w:t>yeh aap logon ko samajh ko yaad aata hai? kuch</w:t>
      </w:r>
    </w:p>
    <w:p>
      <w:pPr>
        <w:jc w:val="right"/>
      </w:pPr>
      <w:r>
        <w:t>یہ آپ لوگوں کو سمجھ کو یاد آتا ہے؟ کچھ</w:t>
      </w:r>
    </w:p>
    <w:p>
      <w:r>
        <w:rPr>
          <w:b/>
        </w:rPr>
        <w:t xml:space="preserve">[22:05] </w:t>
      </w:r>
      <w:r>
        <w:t>bilkul samajh mein aya. hum hain, bilkul samajh mein aa gayi baat ki. kya keh rahe hain Fayyaz sahib? bol rahe hain ke bilkul samajh mein aa gayi yeh baat.</w:t>
      </w:r>
    </w:p>
    <w:p>
      <w:pPr>
        <w:jc w:val="right"/>
      </w:pPr>
      <w:r>
        <w:t>بالکل سمجھ میں آیا۔ ہم ہیں، بالکل سمجھ میں آگئی بات کی۔ کیا کہہ رہے ہیں فیاض صاحب؟ بول رہے ہیں کہ بالکل سمجھ میں آگئی یہ بات۔</w:t>
      </w:r>
    </w:p>
    <w:p>
      <w:r>
        <w:rPr>
          <w:b/>
        </w:rPr>
        <w:t xml:space="preserve">[22:20] </w:t>
      </w:r>
      <w:r>
        <w:t>waqatan aap log tasawwur nahi kar rahe the ke main apne ko itna zyada ajeez samajhta hoon. yeh jo taam ki had par pahunchta hoon, yeh log jo asaar le ke khare ho jate hain,</w:t>
      </w:r>
    </w:p>
    <w:p>
      <w:pPr>
        <w:jc w:val="right"/>
      </w:pPr>
      <w:r>
        <w:t>واقعتاً آپ لوگ تصور نہیں کر رہے تھے کہ میں اپنے کو اتنا زیادہ عاجز سمجھتا ہوں۔ یہ جو تام کی حد پر پہنچتا ہوں، یہ لوگ جو اثار لے کے کھڑے ہو جاتے ہیں،</w:t>
      </w:r>
    </w:p>
    <w:p>
      <w:r>
        <w:rPr>
          <w:b/>
        </w:rPr>
        <w:t xml:space="preserve">[22:38] </w:t>
      </w:r>
      <w:r>
        <w:t>to mere bas mein hai nahi ke aise fatwe doon. to deen ka woh pehlu jo murekh ke satah par insan ko daryaft hota hai, us se woh mehroom reh gaye.</w:t>
      </w:r>
    </w:p>
    <w:p>
      <w:pPr>
        <w:jc w:val="right"/>
      </w:pPr>
      <w:r>
        <w:t>تو میرے بس میں ہے نہیں کہ ایسے فتوے دوں۔ تو دین کا وہ پہلو جو مورخ کے سطح پر انسان کو دریافت ہوتا ہے، اس سے وہ محروم رہ گئے۔</w:t>
      </w:r>
    </w:p>
    <w:p>
      <w:r>
        <w:rPr>
          <w:b/>
        </w:rPr>
        <w:t xml:space="preserve">[22:57] </w:t>
      </w:r>
      <w:r>
        <w:t>jitne log hain, islam log ji, woh is cheez se mehroom reh gaye ke murekh kaisi cheez hai.</w:t>
      </w:r>
    </w:p>
    <w:p>
      <w:pPr>
        <w:jc w:val="right"/>
      </w:pPr>
      <w:r>
        <w:t>جتنے لوگ ہیں، اسلام لوگ جی، وہ اس چیز سے محروم رہ گئے کہ مورخ کیسی چیز ہے۔</w:t>
      </w:r>
    </w:p>
    <w:p>
      <w:r>
        <w:rPr>
          <w:b/>
        </w:rPr>
        <w:t xml:space="preserve">[23:08] </w:t>
      </w:r>
      <w:r>
        <w:t>ya kya khayal hai aap logon ka?</w:t>
      </w:r>
    </w:p>
    <w:p>
      <w:pPr>
        <w:jc w:val="right"/>
      </w:pPr>
      <w:r>
        <w:t>یا کیا خیال ہے آپ لوگوں کا؟</w:t>
      </w:r>
    </w:p>
    <w:p>
      <w:r>
        <w:rPr>
          <w:b/>
        </w:rPr>
        <w:t xml:space="preserve">[23:12] </w:t>
      </w:r>
      <w:r>
        <w:t>aisa hi hai maulana, hmm, yeh baat sau fisad sahi hai. kya keh rahe hain modesty ki satah par jo deen ke jo fawaid jo the, woh saare ke saare chhupe hue the.</w:t>
      </w:r>
    </w:p>
    <w:p>
      <w:pPr>
        <w:jc w:val="right"/>
      </w:pPr>
      <w:r>
        <w:t>ایسا ہی ہے مولانا، ہمم، یہ بات سو فیصد صحیح ہے۔ کیا کہہ رہے ہیں ماڈیسٹی کی سطح پر جو دین کے جو فوائد جو تھے، وہ سارے کے سارے چھپے ہوئے تھے۔</w:t>
      </w:r>
    </w:p>
    <w:p>
      <w:r>
        <w:rPr>
          <w:b/>
        </w:rPr>
        <w:t xml:space="preserve">[23:26] </w:t>
      </w:r>
      <w:r>
        <w:t>woh Allah ne aap hi ke zariye khol diya. kya keh rahe hain modesty ki satah par jo deen ke fawaid the, woh saare ke saare chhupe hue the.</w:t>
      </w:r>
    </w:p>
    <w:p>
      <w:pPr>
        <w:jc w:val="right"/>
      </w:pPr>
      <w:r>
        <w:t>وہ اللہ نے آپ ہی کے ذریعے کھولا۔ کیا کہہ رہے ہیں ماڈیسٹی کی سطح پر جو دین کے فوائد تھے، وہ سارے کے سارے چھپے ہوئے تھے۔</w:t>
      </w:r>
    </w:p>
    <w:p>
      <w:r>
        <w:rPr>
          <w:b/>
        </w:rPr>
        <w:t xml:space="preserve">[23:34] </w:t>
      </w:r>
      <w:r>
        <w:t>Allah taala ne aap ke zariye is ko khol diya.</w:t>
      </w:r>
    </w:p>
    <w:p>
      <w:pPr>
        <w:jc w:val="right"/>
      </w:pPr>
      <w:r>
        <w:t>اللہ تعالیٰ نے آپ کے ذریعے اس کو کھولا۔</w:t>
      </w:r>
    </w:p>
    <w:p>
      <w:r>
        <w:rPr>
          <w:b/>
        </w:rPr>
        <w:t xml:space="preserve">[23:37] </w:t>
      </w:r>
      <w:r>
        <w:t>hmm, yeh to main bohat door se sochta hoon ke mujhe Allah taala ne itna ajeez kyun paida kiya?</w:t>
      </w:r>
    </w:p>
    <w:p>
      <w:pPr>
        <w:jc w:val="right"/>
      </w:pPr>
      <w:r>
        <w:t>ہمم، یہ تو میں بہت دور سے سوچتا ہوں کہ مجھے اللہ تعالیٰ نے اتنا عاجز کیوں پیدا کیا؟</w:t>
      </w:r>
    </w:p>
    <w:p>
      <w:r>
        <w:rPr>
          <w:b/>
        </w:rPr>
        <w:t xml:space="preserve">[23:47] </w:t>
      </w:r>
      <w:r>
        <w:t>itna zyada ajeez. isi liye woh modesty ki satah par jo hikmatein thin, jise aaj hi kisi ne kaha na, woh ke mujh ko kaha akele, woh aisi baatein bolte hain,</w:t>
      </w:r>
    </w:p>
    <w:p>
      <w:pPr>
        <w:jc w:val="right"/>
      </w:pPr>
      <w:r>
        <w:t>اتنا زیادہ عاجز۔ اسی لیے وہ ماریٹری کی سطح پر جو حکمتیں تھیں، جسے آج ہی کسی نے کہا نا، وہ کہ مجھ کو کہا اکیلے، وہ ایسی باتیں بولتے ہیں،</w:t>
      </w:r>
    </w:p>
    <w:p>
      <w:r>
        <w:rPr>
          <w:b/>
        </w:rPr>
        <w:t xml:space="preserve">[24:06] </w:t>
      </w:r>
      <w:r>
        <w:t>ghair saiyanti hain. ji ke aap ne kaha tha</w:t>
      </w:r>
    </w:p>
    <w:p>
      <w:pPr>
        <w:jc w:val="right"/>
      </w:pPr>
      <w:r>
        <w:t>غیر سائنسی ہیں۔ جی کہ آپ نے کہا تھا</w:t>
      </w:r>
    </w:p>
    <w:p>
      <w:r>
        <w:rPr>
          <w:b/>
        </w:rPr>
        <w:t xml:space="preserve">[24:12] </w:t>
      </w:r>
      <w:r>
        <w:t>koi missionary wali ke Christian ne kaha tha, yeh missionary nahi hai, sirf peace ki baat nahi karta. haan, peace ki baatein karte hain.</w:t>
      </w:r>
    </w:p>
    <w:p>
      <w:pPr>
        <w:jc w:val="right"/>
      </w:pPr>
      <w:r>
        <w:t>کوئی مشنری والی کہ کرسچن نے کہا تھا، یہ مشنری نہیں ہے، صرف پیس کی بات نہیں کرتا۔ ہاں، پیس کی باتیں کرتے ہیں۔</w:t>
      </w:r>
    </w:p>
    <w:p>
      <w:r>
        <w:rPr>
          <w:b/>
        </w:rPr>
        <w:t xml:space="preserve">[24:21] </w:t>
      </w:r>
      <w:r>
        <w:t>aap ne abhi kaha tha na? haan ji, asrar sahab ne kaha tha. haan, asrar sahab ne kaha tha, ek Christian missionary ne un se kaha, haan ke aap ke maulana jo hain,</w:t>
      </w:r>
    </w:p>
    <w:p>
      <w:pPr>
        <w:jc w:val="right"/>
      </w:pPr>
      <w:r>
        <w:t>آپ نے ابھی کہا تھا نا؟ ہاں جی، اسرار صاحب نے کہا تھا۔ ہاں، اسرار صاحب نے کہا تھا، ایک کرسچن مشنری نے ان سے کہا، ہاں کہ آپ کے مولانا جو ہیں،</w:t>
      </w:r>
    </w:p>
    <w:p>
      <w:r>
        <w:rPr>
          <w:b/>
        </w:rPr>
        <w:t xml:space="preserve">[24:35] </w:t>
      </w:r>
      <w:r>
        <w:t>jo bolte hain, woh is tarah tawil dete hain baaton ki. woh hai hi nahi asal mein. brahamand tawil</w:t>
      </w:r>
    </w:p>
    <w:p>
      <w:pPr>
        <w:jc w:val="right"/>
      </w:pPr>
      <w:r>
        <w:t>جو بولتے ہیں، وہ اس طرح توجیح دیتے ہیں باتوں کی۔ وہ ہے ہی نہیں اصل میں۔ برا مند توجیح</w:t>
      </w:r>
    </w:p>
    <w:p>
      <w:r>
        <w:rPr>
          <w:b/>
        </w:rPr>
        <w:t xml:space="preserve">[24:48] </w:t>
      </w:r>
      <w:r>
        <w:t>hai. modesty aur tawazu ki satah par jo hikmatein thin, woh hikmatein mastoor padi hui thin.</w:t>
      </w:r>
    </w:p>
    <w:p>
      <w:pPr>
        <w:jc w:val="right"/>
      </w:pPr>
      <w:r>
        <w:t>ہے۔ ماریٹری اور تواضع کی سطح پر جو حکمتیں تھیں، وہ حکمتیں مستور پڑی ہوئی تھیں۔</w:t>
      </w:r>
    </w:p>
    <w:p>
      <w:r>
        <w:rPr>
          <w:b/>
        </w:rPr>
        <w:t xml:space="preserve">[24:59] </w:t>
      </w:r>
      <w:r>
        <w:t>mastoor to main chuki yeh jo taam ki satah par tha, mere liye koi chance nahi tha is tarah se ke is ko.</w:t>
      </w:r>
    </w:p>
    <w:p>
      <w:pPr>
        <w:jc w:val="right"/>
      </w:pPr>
      <w:r>
        <w:t>مستور تو میں چونکہ یہ جو تام کی سطح پر تھا، میرے لیے کوئی چانس نہیں تھا اس طرح سے کہ اس کو۔</w:t>
      </w:r>
    </w:p>
    <w:p>
      <w:r>
        <w:rPr>
          <w:b/>
        </w:rPr>
        <w:t xml:space="preserve">[25:15] </w:t>
      </w:r>
      <w:r>
        <w:t>yeh mera ehsas hai. to Allah taala ne ek aise insan ko paida kiya jo bohat hi zyada</w:t>
      </w:r>
    </w:p>
    <w:p>
      <w:pPr>
        <w:jc w:val="right"/>
      </w:pPr>
      <w:r>
        <w:t>یہ میرا احساس ہے۔ تو اللہ تعالیٰ نے ایک ایسے انسان کو پیدا کیا جو بہت ہی زیادہ</w:t>
      </w:r>
    </w:p>
    <w:p>
      <w:r>
        <w:rPr>
          <w:b/>
        </w:rPr>
        <w:t xml:space="preserve">[25:26] </w:t>
      </w:r>
      <w:r>
        <w:t>ajeiz insan. yeh baat aap logon ko samajh aati hai?</w:t>
      </w:r>
    </w:p>
    <w:p>
      <w:pPr>
        <w:jc w:val="right"/>
      </w:pPr>
      <w:r>
        <w:t>عاجز انسان۔ یہ بات آپ لوگوں کو سمجھ آتی ہے؟</w:t>
      </w:r>
    </w:p>
    <w:p>
      <w:r>
        <w:rPr>
          <w:b/>
        </w:rPr>
        <w:t xml:space="preserve">[25:35] </w:t>
      </w:r>
      <w:r>
        <w:t>aati hai maulana, bilkul samajh mein aati hai. samajh mein aati hai maulana.</w:t>
      </w:r>
    </w:p>
    <w:p>
      <w:pPr>
        <w:jc w:val="right"/>
      </w:pPr>
      <w:r>
        <w:t>آتی ہے مولانا، بالکل سمجھ میں آتی ہے۔ سمجھ میں آتی ہے مولانا۔</w:t>
      </w:r>
    </w:p>
    <w:p>
      <w:r>
        <w:rPr>
          <w:b/>
        </w:rPr>
        <w:t xml:space="preserve">[25:40] </w:t>
      </w:r>
      <w:r>
        <w:t>kya keh rahe hain</w:t>
      </w:r>
    </w:p>
    <w:p>
      <w:pPr>
        <w:jc w:val="right"/>
      </w:pPr>
      <w:r>
        <w:t>کیا کہہ رہے ہیں</w:t>
      </w:r>
    </w:p>
    <w:p>
      <w:r>
        <w:rPr>
          <w:b/>
        </w:rPr>
        <w:t xml:space="preserve">[25:44] </w:t>
      </w:r>
      <w:r>
        <w:t>asrar sahab? bol rahe hain ke yahi haqeeqat hai. masha Allah, doosron ka literature padhte hain to sirf yeh rehta hai ke kahin talwar mile to le ke aage badh jayein.</w:t>
      </w:r>
    </w:p>
    <w:p>
      <w:pPr>
        <w:jc w:val="right"/>
      </w:pPr>
      <w:r>
        <w:t>اسرار صاحب؟ بول رہے ہیں کہ یہی حقیقت ہے۔ ماشاءاللہ، دوسروں کا لٹریچر پڑھتے ہیں تو صرف یہ رہتا ہے کہ کہیں تلوار ملے تو لے کے آگے بڑھ جائیں۔</w:t>
      </w:r>
    </w:p>
    <w:p>
      <w:r>
        <w:rPr>
          <w:b/>
        </w:rPr>
        <w:t xml:space="preserve">[25:55] </w:t>
      </w:r>
      <w:r>
        <w:t>bas ek majboori ki satah par hum talwar nahi uthate hain. aap ki</w:t>
      </w:r>
    </w:p>
    <w:p>
      <w:pPr>
        <w:jc w:val="right"/>
      </w:pPr>
      <w:r>
        <w:t>بس ایک مجبوری کی سطح پر ہم تلوار نہیں اٹھاتے ہیں۔ آپ کی</w:t>
      </w:r>
    </w:p>
    <w:p>
      <w:r>
        <w:rPr>
          <w:b/>
        </w:rPr>
        <w:t xml:space="preserve">[26:01] </w:t>
      </w:r>
      <w:r>
        <w:t>, aap ka ek mislan dekhiye, ek misaal deta hoon. main mazhab auraton ke bare mein maro hain.</w:t>
      </w:r>
    </w:p>
    <w:p>
      <w:pPr>
        <w:jc w:val="right"/>
      </w:pPr>
      <w:r>
        <w:t>، آپ کا ایک مثلاً دیکھیے، ایک مثال دیتا ہوں۔ میں مضرب عورتوں کے بارے میں مارو ہیں۔</w:t>
      </w:r>
    </w:p>
    <w:p>
      <w:r>
        <w:rPr>
          <w:b/>
        </w:rPr>
        <w:t xml:space="preserve">[26:11] </w:t>
      </w:r>
      <w:r>
        <w:t>ji ji,</w:t>
      </w:r>
    </w:p>
    <w:p>
      <w:pPr>
        <w:jc w:val="right"/>
      </w:pPr>
      <w:r>
        <w:t>جی جی،</w:t>
      </w:r>
    </w:p>
    <w:p>
      <w:r>
        <w:rPr>
          <w:b/>
        </w:rPr>
        <w:t xml:space="preserve">[26:15] </w:t>
      </w:r>
      <w:r>
        <w:t>to main kisi ko marne ki himmat hi nahi mujhe hoti. tab maine jana hai ke yeh maro symbolic sach mein hai ya neek sach mein likh maro.</w:t>
      </w:r>
    </w:p>
    <w:p>
      <w:pPr>
        <w:jc w:val="right"/>
      </w:pPr>
      <w:r>
        <w:t>تو میں کسی کو مارنے کی ہمت ہی نہیں مجھے ہوتی۔ تب میں نے جانا ہے کہ یہ مارو سمبولک سچ میں ہے یا نیک سچ میں لکھ مارو۔</w:t>
      </w:r>
    </w:p>
    <w:p>
      <w:r>
        <w:rPr>
          <w:b/>
        </w:rPr>
        <w:t xml:space="preserve">[26:31] </w:t>
      </w:r>
      <w:r>
        <w:t>ki sabit se ki sabit sabit nahi koi mara unhone biwi ko. to bas woh hemery ki language hai.</w:t>
      </w:r>
    </w:p>
    <w:p>
      <w:pPr>
        <w:jc w:val="right"/>
      </w:pPr>
      <w:r>
        <w:t>کی ثابت سے کی ثابت ثابت نہیں کوئی مارا انہوں نے بیوی کو۔ تو بس وہ ہیمری کی لینگویج ہے۔</w:t>
      </w:r>
    </w:p>
    <w:p>
      <w:r>
        <w:rPr>
          <w:b/>
        </w:rPr>
        <w:t xml:space="preserve">[26:43] </w:t>
      </w:r>
      <w:r>
        <w:t>to mein itna zyada is maamle mein hoon ke ek jo jo chhote log hote hain, jin ko hamari zabaan mein chamar kehte thay,</w:t>
      </w:r>
    </w:p>
    <w:p>
      <w:pPr>
        <w:jc w:val="right"/>
      </w:pPr>
      <w:r>
        <w:t>تو میں اتنا زیادہ اس معاملے میں ہوں کہ ایک جو جو چھوٹے لوگ ہوتے ہیں، جن کو ہماری زبان میں چمار کہتے تھے،</w:t>
      </w:r>
    </w:p>
    <w:p>
      <w:r>
        <w:rPr>
          <w:b/>
        </w:rPr>
        <w:t xml:space="preserve">[26:56] </w:t>
      </w:r>
      <w:r>
        <w:t>ab in ko kuch aur kehte hain. To mein ne ek martaba aisi ek director se maar di. To hamari zabaan se mein aise log bilkul hi be qadr hua karte thay.</w:t>
      </w:r>
    </w:p>
    <w:p>
      <w:pPr>
        <w:jc w:val="right"/>
      </w:pPr>
      <w:r>
        <w:t>اب ان کو کچھ اور کہتے ہیں۔ تو میں نے ایک مرتبہ ایسی ایک ڈائریکٹر سے مار دیا۔ تو ہماری زبان سے میں ایسے لوگ بالکل ہی بے قدر ہوا کرتے تھے۔</w:t>
      </w:r>
    </w:p>
    <w:p>
      <w:r>
        <w:rPr>
          <w:b/>
        </w:rPr>
        <w:t xml:space="preserve">[27:13] </w:t>
      </w:r>
      <w:r>
        <w:t>us ke ghar ja kar ke bari maafi mangti hai.</w:t>
      </w:r>
    </w:p>
    <w:p>
      <w:pPr>
        <w:jc w:val="right"/>
      </w:pPr>
      <w:r>
        <w:t>اس کے گھر جا کر کے بڑی معافی مانگتی ہے۔</w:t>
      </w:r>
    </w:p>
    <w:p>
      <w:r>
        <w:rPr>
          <w:b/>
        </w:rPr>
        <w:t xml:space="preserve">[27:19] </w:t>
      </w:r>
      <w:r>
        <w:t>us ka naam tha ram nath. To deen ka woh pehlu jo hai, woh sab log sab phir bayan hua karte thay.</w:t>
      </w:r>
    </w:p>
    <w:p>
      <w:pPr>
        <w:jc w:val="right"/>
      </w:pPr>
      <w:r>
        <w:t>اس کا نام تھا رام ناتھ۔ تو دین کا وہ پہلو جو ہے، وہ سب لوگ سب پھر بیان ہوا کرتے تھے۔</w:t>
      </w:r>
    </w:p>
    <w:p>
      <w:r>
        <w:rPr>
          <w:b/>
        </w:rPr>
        <w:t xml:space="preserve">[27:31] </w:t>
      </w:r>
      <w:r>
        <w:t>ibn taimiya hoon chahe doosre log hon. Meri is is ke oopar mislan dekhiye, misr mein, pakistan mein jo uthe log.</w:t>
      </w:r>
    </w:p>
    <w:p>
      <w:pPr>
        <w:jc w:val="right"/>
      </w:pPr>
      <w:r>
        <w:t>ابن تیمیہ ہوں چاہے دوسرے لوگ ہوں۔ میری اس اس کے اوپر مثلاً دیکھیے، مصر میں، پاکستان میں جو اٹھے لوگ۔</w:t>
      </w:r>
    </w:p>
    <w:p>
      <w:r>
        <w:rPr>
          <w:b/>
        </w:rPr>
        <w:t xml:space="preserve">[27:50] </w:t>
      </w:r>
      <w:r>
        <w:t>to mein wahid shakhs hoon jinhon ne is ko daryaft kiya ke in logon ko hukmaranon se takrao nahi karna chahiye tha.</w:t>
      </w:r>
    </w:p>
    <w:p>
      <w:pPr>
        <w:jc w:val="right"/>
      </w:pPr>
      <w:r>
        <w:t>تو میں واحد شخص ہوں جنہوں نے اس کو دریافت کیا کہ ان لوگوں کو حکمرانوں سے ٹکراؤ نہیں کرنا چاہیے تھا۔</w:t>
      </w:r>
    </w:p>
    <w:p>
      <w:r>
        <w:rPr>
          <w:b/>
        </w:rPr>
        <w:t xml:space="preserve">[28:02] </w:t>
      </w:r>
      <w:r>
        <w:t>bhaga takrao ke</w:t>
      </w:r>
    </w:p>
    <w:p>
      <w:pPr>
        <w:jc w:val="right"/>
      </w:pPr>
      <w:r>
        <w:t>بھاگا ٹکراؤ کہ</w:t>
      </w:r>
    </w:p>
    <w:p>
      <w:r>
        <w:rPr>
          <w:b/>
        </w:rPr>
        <w:t xml:space="preserve">[28:06] </w:t>
      </w:r>
      <w:r>
        <w:t>maanish karna chahiye tha maanish. Lekin in sab logon ne takrao phir danda utha liya. Pakistan mein, misr mein, har jagah, falasteen mein.</w:t>
      </w:r>
    </w:p>
    <w:p>
      <w:pPr>
        <w:jc w:val="right"/>
      </w:pPr>
      <w:r>
        <w:t>مانش کرنا چاہیے تھا مانش۔ لیکن ان سب لوگوں نے ٹکراؤ پھر ڈنڈا اٹھا لیا۔ پاکستان میں، مصر میں، ہر جگہ، فلسطین میں۔</w:t>
      </w:r>
    </w:p>
    <w:p>
      <w:r>
        <w:rPr>
          <w:b/>
        </w:rPr>
        <w:t xml:space="preserve">[28:18] </w:t>
      </w:r>
      <w:r>
        <w:t>mein akela hi woh kar sakta hoon. Mein ne kaha ke maanish karna chahiye, takrao nahi karna chahiye. To yeh meri fehrist hai ke mein bas mere bas mein nahi hai tajaddud karna.</w:t>
      </w:r>
    </w:p>
    <w:p>
      <w:pPr>
        <w:jc w:val="right"/>
      </w:pPr>
      <w:r>
        <w:t>میں اکیلا ہی وہ کر سکتا ہوں۔ میں نے کہا کہ مانش کرنا چاہیے، ٹکراؤ نہیں کرنا چاہیے۔ تو یہ میری فہرست ہے کہ میں بس میرے بس میں نہیں ہے تجدد کرنا۔</w:t>
      </w:r>
    </w:p>
    <w:p>
      <w:r>
        <w:rPr>
          <w:b/>
        </w:rPr>
        <w:t xml:space="preserve">[28:35] </w:t>
      </w:r>
      <w:r>
        <w:t>be is wajah se mein ne samjhaya ke deen ka ek pehlu</w:t>
      </w:r>
    </w:p>
    <w:p>
      <w:pPr>
        <w:jc w:val="right"/>
      </w:pPr>
      <w:r>
        <w:t>بے اس وجہ سے میں نے سمجھایا کہ دین کا ایک پہلو</w:t>
      </w:r>
    </w:p>
    <w:p>
      <w:r>
        <w:rPr>
          <w:b/>
        </w:rPr>
        <w:t xml:space="preserve">[28:44] </w:t>
      </w:r>
      <w:r>
        <w:t>khaifa khaifa mein tha. Allah ne chaha ise kholna to aise ek insaan ko paida kiya.</w:t>
      </w:r>
    </w:p>
    <w:p>
      <w:pPr>
        <w:jc w:val="right"/>
      </w:pPr>
      <w:r>
        <w:t>خیفہ خیفہ میں تھا۔ اللہ نے چاہا اسے کھولنا تو ایسے ایک انسان کو پیدا کیا۔</w:t>
      </w:r>
    </w:p>
    <w:p>
      <w:r>
        <w:rPr>
          <w:b/>
        </w:rPr>
        <w:t xml:space="preserve">[28:59] </w:t>
      </w:r>
      <w:r>
        <w:t>Allah se poochein kya kehte hain log?</w:t>
      </w:r>
    </w:p>
    <w:p>
      <w:pPr>
        <w:jc w:val="right"/>
      </w:pPr>
      <w:r>
        <w:t>اللہ سے پوچھیں کیا کہتے ہیں لوگ؟</w:t>
      </w:r>
    </w:p>
    <w:p>
      <w:r>
        <w:rPr>
          <w:b/>
        </w:rPr>
        <w:t xml:space="preserve">[29:01] </w:t>
      </w:r>
      <w:r>
        <w:t>ji Maulana, jo aap ka ehsaas hai, bilkul sahi baat hai Maulana ke deen ki azmat ke naam par aur bade bade azeem log uthe, uth ke jo hai sirf deen ka azmat hi pehlu bayan karne ke liye apni taqat ko istemal kiya aur apni zabaan ko, apni salahiyaton ko istemal kiya.</w:t>
      </w:r>
    </w:p>
    <w:p>
      <w:pPr>
        <w:jc w:val="right"/>
      </w:pPr>
      <w:r>
        <w:t>جی مولانا، جو آپ کا احساس ہے، بالکل صحیح بات ہے مولانا کہ دین کی عظمت کے نام پر اور بڑے بڑے عظیم لوگ اٹھے، اٹھ کے جو ہے صرف دین کا عظمت ہی پہلو بیان کرنے کے لیے اپنی طاقت کو استعمال کیا اور اپنی زبان کو، اپنی صلاحیتوں کو استعمال کیا۔</w:t>
      </w:r>
    </w:p>
    <w:p>
      <w:r>
        <w:rPr>
          <w:b/>
        </w:rPr>
        <w:t xml:space="preserve">[29:27] </w:t>
      </w:r>
      <w:r>
        <w:t>lekin Allah taala ne jo aap ke zariye se khud Allah taala ne khaas bator khaas deen ka jo modest pehlu hai, us ko yeh karne ke liye aap ko intehai modest bana kar Allah taala ne paida kiya.</w:t>
      </w:r>
    </w:p>
    <w:p>
      <w:pPr>
        <w:jc w:val="right"/>
      </w:pPr>
      <w:r>
        <w:t>لیکن اللہ تعالیٰ نے جو آپ کے ذریعے سے خود اللہ تعالیٰ نے خاص بطور خاص دین کا جو ماڈسٹ پہلو ہے، اس کو یہ کرنے کے لیے آپ کو انتہائی ماڈسٹ بنا کر اللہ تعالیٰ نے پیدا کیا۔</w:t>
      </w:r>
    </w:p>
    <w:p>
      <w:r>
        <w:rPr>
          <w:b/>
        </w:rPr>
        <w:t xml:space="preserve">[29:43] </w:t>
      </w:r>
      <w:r>
        <w:t>Maulana,</w:t>
      </w:r>
    </w:p>
    <w:p>
      <w:pPr>
        <w:jc w:val="right"/>
      </w:pPr>
      <w:r>
        <w:t>مولانا،</w:t>
      </w:r>
    </w:p>
    <w:p>
      <w:r>
        <w:rPr>
          <w:b/>
        </w:rPr>
        <w:t xml:space="preserve">[29:47] </w:t>
      </w:r>
      <w:r>
        <w:t>kya keh rahe hain? Iqbal sahib yeh keh rahe hain ke ah jitne bhi ah musalmanon ke bade log hain, unhon ne Islam ke is pehlu ko ah pesh kiya jis mein azmat ki baat shamil ho ya yeh ke quwwat ki baat aati ho.</w:t>
      </w:r>
    </w:p>
    <w:p>
      <w:pPr>
        <w:jc w:val="right"/>
      </w:pPr>
      <w:r>
        <w:t>کیا کہہ رہے ہیں؟ اقبال صاحب یہ کہہ رہے ہیں کہ اہ جتنے بھی اہ مسلمانوں کے بڑے لوگ ہیں، انہوں نے اسلام کے اس پہلو کو اہ پیش کیا جس میں عظمت کی بات شامل ہو یا یہ کہ قوت کی بات آتی ہو۔</w:t>
      </w:r>
    </w:p>
    <w:p>
      <w:r>
        <w:rPr>
          <w:b/>
        </w:rPr>
        <w:t xml:space="preserve">[30:06] </w:t>
      </w:r>
      <w:r>
        <w:t>to unhon ne yahi cheez pesh ki. Sirf aap ne deen ke is pehlu ko pesh kiya jis mein modesty hoti hai, ajz hota hai.</w:t>
      </w:r>
    </w:p>
    <w:p>
      <w:pPr>
        <w:jc w:val="right"/>
      </w:pPr>
      <w:r>
        <w:t>تو انہوں نے یہی چیز پیش کی۔ صرف آپ نے دین کے اس پہلو کو پیش کیا جس میں ماڈیسٹی ہوتی ہے، عجز ہوتا ہے۔</w:t>
      </w:r>
    </w:p>
    <w:p>
      <w:r>
        <w:rPr>
          <w:b/>
        </w:rPr>
        <w:t xml:space="preserve">[30:16] </w:t>
      </w:r>
      <w:r>
        <w:t>ji j</w:t>
      </w:r>
    </w:p>
    <w:p>
      <w:pPr>
        <w:jc w:val="right"/>
      </w:pPr>
      <w:r>
        <w:t>جی ج</w:t>
      </w:r>
    </w:p>
    <w:p>
      <w:r>
        <w:rPr>
          <w:b/>
        </w:rPr>
        <w:t xml:space="preserve">[30:17] </w:t>
      </w:r>
      <w:r>
        <w:t>y, ittefaq hai nahi, bilkul ittefaq hai. Maulana, acha, isi liye Maulana, koi marifat ko bhi discover nahi kar saka poori tareekh mein.</w:t>
      </w:r>
    </w:p>
    <w:p>
      <w:pPr>
        <w:jc w:val="right"/>
      </w:pPr>
      <w:r>
        <w:t>ی، اتفاق ہے نہیں، بالکل اتفاق ہے۔ مولانا، اچھا، اسی لیے مولانا، کوئی معرفت کو بھی ڈسکور نہیں کر سکا پوری تاریخ میں۔</w:t>
      </w:r>
    </w:p>
    <w:p>
      <w:r>
        <w:rPr>
          <w:b/>
        </w:rPr>
        <w:t xml:space="preserve">[30:31] </w:t>
      </w:r>
      <w:r>
        <w:t>Fayyaz sahib yeh keh rahe hain ke yahi wajah hai ke poori tareekh mein koi marifat ko discover nahi kar saka.</w:t>
      </w:r>
    </w:p>
    <w:p>
      <w:pPr>
        <w:jc w:val="right"/>
      </w:pPr>
      <w:r>
        <w:t>فیاض صاحب یہ کہہ رہے ہیں کہ یہی وجہ ہے کہ پوری تاریخ میں کوئی معرفت کو ڈسکور نہیں کر سکا۔</w:t>
      </w:r>
    </w:p>
    <w:p>
      <w:r>
        <w:rPr>
          <w:b/>
        </w:rPr>
        <w:t xml:space="preserve">[30:38] </w:t>
      </w:r>
      <w:r>
        <w:t>asal baat to yahi hai ji ji, marifat jo hai milti hai maritrry ke aakhri satah par ja kar ke.</w:t>
      </w:r>
    </w:p>
    <w:p>
      <w:pPr>
        <w:jc w:val="right"/>
      </w:pPr>
      <w:r>
        <w:t>اصل بات تو یہی ہے جی جی، معرفت جو ہے ملتی ہے ماریٹری کے آخری سطح پر جا کر کے۔</w:t>
      </w:r>
    </w:p>
    <w:p>
      <w:r>
        <w:rPr>
          <w:b/>
        </w:rPr>
        <w:t xml:space="preserve">[30:49] </w:t>
      </w:r>
      <w:r>
        <w:t>isi liye mein ne likha hai ek kitaab mein ke</w:t>
      </w:r>
    </w:p>
    <w:p>
      <w:pPr>
        <w:jc w:val="right"/>
      </w:pPr>
      <w:r>
        <w:t>اس لیے میں نے لکھا ہے ایک کتاب میں کہ</w:t>
      </w:r>
    </w:p>
    <w:p>
      <w:r>
        <w:rPr>
          <w:b/>
        </w:rPr>
        <w:t xml:space="preserve">[30:56] </w:t>
      </w:r>
      <w:r>
        <w:t>momin ki kaun hai? Momin woh hai jo</w:t>
      </w:r>
    </w:p>
    <w:p>
      <w:pPr>
        <w:jc w:val="right"/>
      </w:pPr>
      <w:r>
        <w:t>مومن کی کون ہے؟ مومن وہ ہے جو</w:t>
      </w:r>
    </w:p>
    <w:p>
      <w:r>
        <w:rPr>
          <w:b/>
        </w:rPr>
        <w:t xml:space="preserve">[31:03] </w:t>
      </w:r>
      <w:r>
        <w:t>woh</w:t>
      </w:r>
    </w:p>
    <w:p>
      <w:pPr>
        <w:jc w:val="right"/>
      </w:pPr>
      <w:r>
        <w:t>وہ</w:t>
      </w:r>
    </w:p>
    <w:p>
      <w:r>
        <w:rPr>
          <w:b/>
        </w:rPr>
        <w:t xml:space="preserve">[31:17] </w:t>
      </w:r>
      <w:r>
        <w:t>ek likha hai mein ne ke. Apne ko aap ne</w:t>
      </w:r>
    </w:p>
    <w:p>
      <w:pPr>
        <w:jc w:val="right"/>
      </w:pPr>
      <w:r>
        <w:t>ایک لکھا ہے میں نے کہ۔ اپنے کو آپ نے</w:t>
      </w:r>
    </w:p>
    <w:p>
      <w:r>
        <w:rPr>
          <w:b/>
        </w:rPr>
        <w:t xml:space="preserve">[31:33] </w:t>
      </w:r>
      <w:r>
        <w:t>woh kya likha hai? maine keh ajz-e-kamil ki doosri haan satah banata</w:t>
      </w:r>
    </w:p>
    <w:p>
      <w:pPr>
        <w:jc w:val="right"/>
      </w:pPr>
      <w:r>
        <w:t>وہ کیا لکھا ہے؟ میں نے کہ عجز کامل کی دوسری ہاں سطح بناتا</w:t>
      </w:r>
    </w:p>
    <w:p>
      <w:r>
        <w:rPr>
          <w:b/>
        </w:rPr>
        <w:t xml:space="preserve">[31:41] </w:t>
      </w:r>
      <w:r>
        <w:t>hai. ji haan, extend, extend banata hai. haan, jo extend banata hai, uski kam poora kya hai?</w:t>
      </w:r>
    </w:p>
    <w:p>
      <w:pPr>
        <w:jc w:val="right"/>
      </w:pPr>
      <w:r>
        <w:t>ہے۔ جی ہاں، ایکسٹینڈ، ایکسٹینڈ بناتا ہے۔ ہاں، جو ایکسٹینڈ بناتا ہے، اس کی کم پورا کیا ہے؟</w:t>
      </w:r>
    </w:p>
    <w:p>
      <w:r>
        <w:rPr>
          <w:b/>
        </w:rPr>
        <w:t xml:space="preserve">[31:55] </w:t>
      </w:r>
      <w:r>
        <w:t>khuda jab qadir hai, yeh jumla koi poori tareekh mein soch bhi nahi sakta, lekin likhna toh bohat door ki baat hai. yeh sirf mere jaisa kamzor aadmi soch sakta tha.</w:t>
      </w:r>
    </w:p>
    <w:p>
      <w:pPr>
        <w:jc w:val="right"/>
      </w:pPr>
      <w:r>
        <w:t>خدا جب قادر ہے، یہ جملہ کوئی پوری تاریخ میں سوچ بھی نہیں سکتا، لیکن لکھنا تو بہت دور کی بات ہے۔ یہ صرف میرے جیسا کمزور آدمی سوچ سکتا تھا۔</w:t>
      </w:r>
    </w:p>
    <w:p>
      <w:r>
        <w:rPr>
          <w:b/>
        </w:rPr>
        <w:t xml:space="preserve">[32:08] </w:t>
      </w:r>
      <w:r>
        <w:t>bataiye, jumla kya hai? woh</w:t>
      </w:r>
    </w:p>
    <w:p>
      <w:pPr>
        <w:jc w:val="right"/>
      </w:pPr>
      <w:r>
        <w:t>بتائیے، جملہ کیا ہے؟ وہ</w:t>
      </w:r>
    </w:p>
    <w:p>
      <w:r>
        <w:rPr>
          <w:b/>
        </w:rPr>
        <w:t xml:space="preserve">[32:22] </w:t>
      </w:r>
      <w:r>
        <w:t>qudrat-e-kamilah ke muqable mein ajz-e-kamil ka doosra extend banat</w:t>
      </w:r>
    </w:p>
    <w:p>
      <w:pPr>
        <w:jc w:val="right"/>
      </w:pPr>
      <w:r>
        <w:t>قدرت کاملہ کے مقابلے میں عجز کامل کا دوسرا ایکسٹینڈ بنات</w:t>
      </w:r>
    </w:p>
    <w:p>
      <w:r>
        <w:rPr>
          <w:b/>
        </w:rPr>
        <w:t xml:space="preserve">[32:29] </w:t>
      </w:r>
      <w:r>
        <w:t>a hai. ji ji, yeh yeh jumla hai meri taraf tareekh mein koi soch bhi nahi saka kyunke log ajz-e-kamil ki satah pe hote hi nahi.</w:t>
      </w:r>
    </w:p>
    <w:p>
      <w:pPr>
        <w:jc w:val="right"/>
      </w:pPr>
      <w:r>
        <w:t>ا ہے۔ جی جی، یہ یہ جملہ ہے میری طرف تاریخ میں کوئی سوچ بھی نہیں سکا کیونکہ لوگ عجز کامل کی سطح پہ ہوتے ہی نہیں۔</w:t>
      </w:r>
    </w:p>
    <w:p>
      <w:r>
        <w:rPr>
          <w:b/>
        </w:rPr>
        <w:t xml:space="preserve">[32:41] </w:t>
      </w:r>
      <w:r>
        <w:t>woh aap ne jo kiya jaane, woh qadir-e-mutlaq ke muqable mein aajiz-e-mutlaq ka extend banata hai.</w:t>
      </w:r>
    </w:p>
    <w:p>
      <w:pPr>
        <w:jc w:val="right"/>
      </w:pPr>
      <w:r>
        <w:t>وہ آپ نے جو کیا جانے، وہ قادر مطلق کے مقابلے میں عاجز مطلق کا ایکسٹینڈ بناتا ہے۔</w:t>
      </w:r>
    </w:p>
    <w:p>
      <w:r>
        <w:rPr>
          <w:b/>
        </w:rPr>
        <w:t xml:space="preserve">[32:51] </w:t>
      </w:r>
      <w:r>
        <w:t>haan haan haan, toh aap logon se ittefaq hai? bas yeh bilkul ittefaq hai, Maulana.</w:t>
      </w:r>
    </w:p>
    <w:p>
      <w:pPr>
        <w:jc w:val="right"/>
      </w:pPr>
      <w:r>
        <w:t>ہاں ہاں ہاں، تو آپ لوگوں سے اتفاق ہے؟ بس یہ بالکل اتفاق ہے، مولانا۔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