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Wishful Thinking Of Muslims December 24, 2013 Maulana Wahiduddin Khan</w:t>
      </w:r>
    </w:p>
    <w:p>
      <w:r>
        <w:t>https://www.youtube.com/watch?v=_GMbKaMe38M</w:t>
      </w:r>
    </w:p>
    <w:p>
      <w:r>
        <w:rPr>
          <w:b/>
        </w:rPr>
        <w:t xml:space="preserve">[00:13] </w:t>
      </w:r>
      <w:r>
        <w:t>bismillah-e-rehman-e-reheem. 24 december 2013.</w:t>
      </w:r>
    </w:p>
    <w:p>
      <w:pPr>
        <w:jc w:val="right"/>
      </w:pPr>
      <w:r>
        <w:t>بسم اللہ الرحمن الرحیم۔ 24 دسمبر 2013۔</w:t>
      </w:r>
    </w:p>
    <w:p>
      <w:r>
        <w:rPr>
          <w:b/>
        </w:rPr>
        <w:t xml:space="preserve">[00:25] </w:t>
      </w:r>
      <w:r>
        <w:t>aaj mein all india radio sun raha tha toh is mein ek commentary aayi, muhammad rafi ke bare mein, jo ke india ke mashhoor singer thay.</w:t>
      </w:r>
    </w:p>
    <w:p>
      <w:pPr>
        <w:jc w:val="right"/>
      </w:pPr>
      <w:r>
        <w:t>آج میں آل انڈیا ریڈیو سن رہا تھا تو اس میں ایک کمنٹری آئی، محمد رفیع کے بارے میں، جو کہ انڈیا کے مشہور سنگر تھے۔</w:t>
      </w:r>
    </w:p>
    <w:p>
      <w:r>
        <w:rPr>
          <w:b/>
        </w:rPr>
        <w:t xml:space="preserve">[00:44] </w:t>
      </w:r>
      <w:r>
        <w:t>unhon ne bataya ke 24 december 1924 ko unki birth hui thi, toh aaj 24 december hai is liye unki yaad mein unhon ne kuch program rakha tha.</w:t>
      </w:r>
    </w:p>
    <w:p>
      <w:pPr>
        <w:jc w:val="right"/>
      </w:pPr>
      <w:r>
        <w:t>انہوں نے بتایا کہ 24 دسمبر 1924 کو ان کی برتھ ہوئی تھی، تو آج 24 دسمبر ہے اس لیے ان کی یاد میں انہوں نے کچھ پروگرام رکھا تھا۔</w:t>
      </w:r>
    </w:p>
    <w:p>
      <w:r>
        <w:rPr>
          <w:b/>
        </w:rPr>
        <w:t xml:space="preserve">[01:05] </w:t>
      </w:r>
      <w:r>
        <w:t>aur intiqal hua unka</w:t>
      </w:r>
    </w:p>
    <w:p>
      <w:pPr>
        <w:jc w:val="right"/>
      </w:pPr>
      <w:r>
        <w:t>اور انتقال ہوا ان کا</w:t>
      </w:r>
    </w:p>
    <w:p>
      <w:r>
        <w:rPr>
          <w:b/>
        </w:rPr>
        <w:t xml:space="preserve">[01:09] </w:t>
      </w:r>
      <w:r>
        <w:t>1980 mein.</w:t>
      </w:r>
    </w:p>
    <w:p>
      <w:pPr>
        <w:jc w:val="right"/>
      </w:pPr>
      <w:r>
        <w:t>1980 میں۔</w:t>
      </w:r>
    </w:p>
    <w:p>
      <w:r>
        <w:rPr>
          <w:b/>
        </w:rPr>
        <w:t xml:space="preserve">[01:14] </w:t>
      </w:r>
      <w:r>
        <w:t>toh</w:t>
      </w:r>
    </w:p>
    <w:p>
      <w:pPr>
        <w:jc w:val="right"/>
      </w:pPr>
      <w:r>
        <w:t>تو</w:t>
      </w:r>
    </w:p>
    <w:p>
      <w:r>
        <w:rPr>
          <w:b/>
        </w:rPr>
        <w:t xml:space="preserve">[01:18] </w:t>
      </w:r>
      <w:r>
        <w:t>unhon ne unka ek mashhoor line sunai jo bohat ziyada popular hui thi unke zamane mein:</w:t>
      </w:r>
    </w:p>
    <w:p>
      <w:pPr>
        <w:jc w:val="right"/>
      </w:pPr>
      <w:r>
        <w:t>انہوں نے ان کا ایک مشہور لائن سنائی جو بہت زیادہ پاپولر ہوئی تھی ان کے زمانے میں:</w:t>
      </w:r>
    </w:p>
    <w:p>
      <w:r>
        <w:rPr>
          <w:b/>
        </w:rPr>
        <w:t xml:space="preserve">[01:28] </w:t>
      </w:r>
      <w:r>
        <w:t>"har fikr ko dhuein mein udata chala gaya."</w:t>
      </w:r>
    </w:p>
    <w:p>
      <w:pPr>
        <w:jc w:val="right"/>
      </w:pPr>
      <w:r>
        <w:t>"ہر فکر کو دھوئیں میں اڑاتا چلا گیا۔"</w:t>
      </w:r>
    </w:p>
    <w:p>
      <w:r>
        <w:rPr>
          <w:b/>
        </w:rPr>
        <w:t xml:space="preserve">[01:35] </w:t>
      </w:r>
      <w:r>
        <w:t>yeh unhon ne gaaya tha aur yeh bohat mashhoor hua tha: "har fikr ko dhuein mein udata chala gaya."</w:t>
      </w:r>
    </w:p>
    <w:p>
      <w:pPr>
        <w:jc w:val="right"/>
      </w:pPr>
      <w:r>
        <w:t>یہ انہوں نے گایا تھا اور یہ بہت مشہور ہوا تھا: "ہر فکر کو دھوئیں میں اڑاتا چلا گیا۔"</w:t>
      </w:r>
    </w:p>
    <w:p>
      <w:r>
        <w:rPr>
          <w:b/>
        </w:rPr>
        <w:t xml:space="preserve">[01:46] </w:t>
      </w:r>
      <w:r>
        <w:t>magar unhon ne bataya ke aakhri din jab ke unki death hui toh woh</w:t>
      </w:r>
    </w:p>
    <w:p>
      <w:pPr>
        <w:jc w:val="right"/>
      </w:pPr>
      <w:r>
        <w:t>مگر انہوں نے بتایا کہ آخری دن جب کہ ان کی ڈیتھ ہوئی تو وہ</w:t>
      </w:r>
    </w:p>
    <w:p>
      <w:r>
        <w:rPr>
          <w:b/>
        </w:rPr>
        <w:t xml:space="preserve">[01:59] </w:t>
      </w:r>
      <w:r>
        <w:t>apna ek performance de kar wapas aa rahe thay. yaani studio mein unhon ne gaana gaaya, kamyabi ke sath, aur wapas ja rahe thay apne ghar mumbai mein.</w:t>
      </w:r>
    </w:p>
    <w:p>
      <w:pPr>
        <w:jc w:val="right"/>
      </w:pPr>
      <w:r>
        <w:t>اپنا ایک پرفارمنس دے کر واپس آ رہے تھے۔ یعنی اسٹیڈیو میں انہوں نے گانا گایا، کامیابی کے ساتھ، اور واپس جا رہے تھے اپنے گھر ممبئی میں۔</w:t>
      </w:r>
    </w:p>
    <w:p>
      <w:r>
        <w:rPr>
          <w:b/>
        </w:rPr>
        <w:t xml:space="preserve">[02:14] </w:t>
      </w:r>
      <w:r>
        <w:t>rastay mein unko heart attack hua aur rastay hi mein mar gaye woh. ghar tak nahi pohanchay.</w:t>
      </w:r>
    </w:p>
    <w:p>
      <w:pPr>
        <w:jc w:val="right"/>
      </w:pPr>
      <w:r>
        <w:t>راستے میں ان کو ہارٹ اٹیک ہوا اور راستے ہی میں مر گئے وہ۔ گھر تک نہیں پہنچے۔</w:t>
      </w:r>
    </w:p>
    <w:p>
      <w:r>
        <w:rPr>
          <w:b/>
        </w:rPr>
        <w:t xml:space="preserve">[02:25] </w:t>
      </w:r>
      <w:r>
        <w:t>toh yeh waqia unhon ne bataya toh mujhe ek ajeeb ehsas hua ke shayad yeh sirf muhammad rafi ka qissa nahi hai, har aadmi ka qissa hai.</w:t>
      </w:r>
    </w:p>
    <w:p>
      <w:pPr>
        <w:jc w:val="right"/>
      </w:pPr>
      <w:r>
        <w:t>تو یہ واقعہ انہوں نے بتایا تو مجھے ایک عجیب احساس ہوا کہ شاید یہ صرف محمد رفیع کا قصہ نہیں ہے، ہر آدمی کا قصہ ہے۔</w:t>
      </w:r>
    </w:p>
    <w:p>
      <w:r>
        <w:rPr>
          <w:b/>
        </w:rPr>
        <w:t xml:space="preserve">[02:41] </w:t>
      </w:r>
      <w:r>
        <w:t>yaani har aadmi apne ek, har aadmi ne kuch amanat ki ek false buniyad khari kar rakhi hai, usi mein jeeta hai woh.</w:t>
      </w:r>
    </w:p>
    <w:p>
      <w:pPr>
        <w:jc w:val="right"/>
      </w:pPr>
      <w:r>
        <w:t>یعنی ہر آدمی اپنے ایک، ہر آدمی نے کچھ امانت کی ایک فالس بنیاد کھڑی کر رکھی ہے، اسی میں جیتا ہے وہ۔</w:t>
      </w:r>
    </w:p>
    <w:p>
      <w:r>
        <w:rPr>
          <w:b/>
        </w:rPr>
        <w:t xml:space="preserve">[02:51] </w:t>
      </w:r>
      <w:r>
        <w:t>aur phir achaanak mar jata hai. jab unka intiqal hua toh unki umar sirf 55 saal kuch mahine thi.</w:t>
      </w:r>
    </w:p>
    <w:p>
      <w:pPr>
        <w:jc w:val="right"/>
      </w:pPr>
      <w:r>
        <w:t>اور پھر اچانک مر جاتا ہے۔ جب ان کا انتقال ہوا تو ان کی عمر صرف 55 سال کچھ مہینے تھی۔</w:t>
      </w:r>
    </w:p>
    <w:p>
      <w:r>
        <w:rPr>
          <w:b/>
        </w:rPr>
        <w:t xml:space="preserve">[03:06] </w:t>
      </w:r>
      <w:r>
        <w:t>goya ke kam umri hi mein unki death ho gayi. aur har fikr ko dhuein mein udata chala gaya, is tarah ke gaane gaate rahe woh.</w:t>
      </w:r>
    </w:p>
    <w:p>
      <w:pPr>
        <w:jc w:val="right"/>
      </w:pPr>
      <w:r>
        <w:t>گویا کہ کم عمری ہی میں ان کی ڈیتھ ہو گئی۔ اور ہر فکر کو دھوئیں میں اڑاتا چلا گیا، اس طرح کے گانے گاتے رہے وہ۔</w:t>
      </w:r>
    </w:p>
    <w:p>
      <w:r>
        <w:rPr>
          <w:b/>
        </w:rPr>
        <w:t xml:space="preserve">[03:22] </w:t>
      </w:r>
      <w:r>
        <w:t>aur jab studio se ghar ki taraf rawana hue toh rastay hi mein unki death ho gayi.</w:t>
      </w:r>
    </w:p>
    <w:p>
      <w:pPr>
        <w:jc w:val="right"/>
      </w:pPr>
      <w:r>
        <w:t>اور جب اسٹیڈیو سے گھر کی طرف روانہ ہوئے تو راستے ہی میں ان کی ڈیتھ ہو گئی۔</w:t>
      </w:r>
    </w:p>
    <w:p>
      <w:r>
        <w:rPr>
          <w:b/>
        </w:rPr>
        <w:t xml:space="preserve">[03:30] </w:t>
      </w:r>
      <w:r>
        <w:t>to mein samajhta hoon ke har aadmi ka hi ek qissa hai.</w:t>
      </w:r>
    </w:p>
    <w:p>
      <w:pPr>
        <w:jc w:val="right"/>
      </w:pPr>
      <w:r>
        <w:t>تو میں سمجھتا ہوں کہ ہر آدمی کا ہی ایک قصہ ہے۔</w:t>
      </w:r>
    </w:p>
    <w:p>
      <w:r>
        <w:rPr>
          <w:b/>
        </w:rPr>
        <w:t xml:space="preserve">[03:36] </w:t>
      </w:r>
      <w:r>
        <w:t>ek shair ne kaha hai ke</w:t>
      </w:r>
    </w:p>
    <w:p>
      <w:pPr>
        <w:jc w:val="right"/>
      </w:pPr>
      <w:r>
        <w:t>ایک شاعر نے کہا ہے کہ</w:t>
      </w:r>
    </w:p>
    <w:p>
      <w:r>
        <w:rPr>
          <w:b/>
        </w:rPr>
        <w:t xml:space="preserve">[03:41] </w:t>
      </w:r>
      <w:r>
        <w:t>jannat ka darwaza agar band ho ga to hum apne qalam ki nok se us ko khol dein ge. Nok khawand se khol dein ge us ko.</w:t>
      </w:r>
    </w:p>
    <w:p>
      <w:pPr>
        <w:jc w:val="right"/>
      </w:pPr>
      <w:r>
        <w:t>جنت کا دروازہ اگر بند ہو گا تو ہم اپنے قلم کی نوک سے اس کو کھول دیں گے۔ نوک خاوند سے کھول دیں گے اس کو۔</w:t>
      </w:r>
    </w:p>
    <w:p>
      <w:r>
        <w:rPr>
          <w:b/>
        </w:rPr>
        <w:t xml:space="preserve">[03:54] </w:t>
      </w:r>
      <w:r>
        <w:t>kisi ne kaha ke yahan hamari achi guzarti hai to wahan bhi achi guzre gi.</w:t>
      </w:r>
    </w:p>
    <w:p>
      <w:pPr>
        <w:jc w:val="right"/>
      </w:pPr>
      <w:r>
        <w:t>کسی نے کہا کہ یہاں ہماری اچھی گزرتی ہے تو وہاں بھی اچھی گزرے گی۔</w:t>
      </w:r>
    </w:p>
    <w:p>
      <w:r>
        <w:rPr>
          <w:b/>
        </w:rPr>
        <w:t xml:space="preserve">[04:02] </w:t>
      </w:r>
      <w:r>
        <w:t>kuch logon ne apne aakabir bana rakhe hain. Un ke aakabir ka darja itna bara hai ke woh samajhte hain ke hum ne un ka daaman thaam liya hai to ab humein to koi dar hai hi nahin.</w:t>
      </w:r>
    </w:p>
    <w:p>
      <w:pPr>
        <w:jc w:val="right"/>
      </w:pPr>
      <w:r>
        <w:t>کچھ لوگوں نے اپنے اکابر بنا رکھے ہیں۔ ان کے اکابر کا درجہ اتنا بڑا ہے کہ وہ سمجھتے ہیں کہ ہم نے ان کا دامن تھام لیا ہے تو اب ہمیں تو کوئی ڈر ہے ہی نہیں۔</w:t>
      </w:r>
    </w:p>
    <w:p>
      <w:r>
        <w:rPr>
          <w:b/>
        </w:rPr>
        <w:t xml:space="preserve">[04:19] </w:t>
      </w:r>
      <w:r>
        <w:t>kuch logon ne apne peghambar ko itna bara bana rakha hai ke</w:t>
      </w:r>
    </w:p>
    <w:p>
      <w:pPr>
        <w:jc w:val="right"/>
      </w:pPr>
      <w:r>
        <w:t>کچھ لوگوں نے اپنے پیغمبر کو اتنا بڑا بنا رکھا ہے کہ</w:t>
      </w:r>
    </w:p>
    <w:p>
      <w:r>
        <w:rPr>
          <w:b/>
        </w:rPr>
        <w:t xml:space="preserve">[04:29] </w:t>
      </w:r>
      <w:r>
        <w:t>sab se bara. To woh samajhte hain ke qayamat mein un ke peghambar pohnchen ge jannat ke gate par, un ke haath mein aik asaa ho gi aur sab farishton ko bhaga dein ge.</w:t>
      </w:r>
    </w:p>
    <w:p>
      <w:pPr>
        <w:jc w:val="right"/>
      </w:pPr>
      <w:r>
        <w:t>سب سے بڑا۔ تو وہ سمجھتے ہیں کہ قیامت میں ان کے پیغمبر پہنچیں گے جنت کے گیٹ پر، ان کے ہاتھ میں ایک عصا ہو گی اور سب فرشتوں کو بھگا دیں گے۔</w:t>
      </w:r>
    </w:p>
    <w:p>
      <w:r>
        <w:rPr>
          <w:b/>
        </w:rPr>
        <w:t xml:space="preserve">[04:46] </w:t>
      </w:r>
      <w:r>
        <w:t>aur is ke baad kahein ge apni ummat ko ke aao sab log. To sari ummat ko woh jannat mein dakhil kar dein ge. Is ke baad doosron ki bari aaye gi.</w:t>
      </w:r>
    </w:p>
    <w:p>
      <w:pPr>
        <w:jc w:val="right"/>
      </w:pPr>
      <w:r>
        <w:t>اور اس کے بعد کہیں گے اپنی امت کو کہ آؤ سب لوگ۔ تو ساری امت کو وہ جنت میں داخل کر دیں گے۔ اس کے بعد دوسروں کی باری آئے گی۔</w:t>
      </w:r>
    </w:p>
    <w:p>
      <w:r>
        <w:rPr>
          <w:b/>
        </w:rPr>
        <w:t xml:space="preserve">[04:58] </w:t>
      </w:r>
      <w:r>
        <w:t>to is tarah ki tarah ki amanaten.</w:t>
      </w:r>
    </w:p>
    <w:p>
      <w:pPr>
        <w:jc w:val="right"/>
      </w:pPr>
      <w:r>
        <w:t>تو اس طرح کی طرح طرح کی امانتیں۔</w:t>
      </w:r>
    </w:p>
    <w:p>
      <w:r>
        <w:rPr>
          <w:b/>
        </w:rPr>
        <w:t xml:space="preserve">[05:03] </w:t>
      </w:r>
      <w:r>
        <w:t>to jo baat kahi thi Muhammad Rafi ne: "har fikr ko dhuein mein urata chala gaya." To har aadmi apni amanat mein jee raha hai aur amanat mein masghool hai.</w:t>
      </w:r>
    </w:p>
    <w:p>
      <w:pPr>
        <w:jc w:val="right"/>
      </w:pPr>
      <w:r>
        <w:t>تو جو بات کہی تھی محمد رفیع نے: "ہر فکر کو دھوئیں میں اڑاتا چلا گیا۔" تو ہر آدمی اپنی امانت میں جی رہا ہے اور امانت میں مشغول ہے۔</w:t>
      </w:r>
    </w:p>
    <w:p>
      <w:r>
        <w:rPr>
          <w:b/>
        </w:rPr>
        <w:t xml:space="preserve">[05:17] </w:t>
      </w:r>
      <w:r>
        <w:t>aur is ko koi parwah nahin ke kya paish aaye ga. Samajhta hai ke yahan theek hai to wahan bhi theek rahe ga.</w:t>
      </w:r>
    </w:p>
    <w:p>
      <w:pPr>
        <w:jc w:val="right"/>
      </w:pPr>
      <w:r>
        <w:t>اور اس کو کوئی پرواہ نہیں کہ کیا پیش آئے گا۔ سمجھتا ہے کہ یہاں ٹھیک ہے تو وہاں بھی ٹھیک رہے گا۔</w:t>
      </w:r>
    </w:p>
    <w:p>
      <w:r>
        <w:rPr>
          <w:b/>
        </w:rPr>
        <w:t xml:space="preserve">[05:27] </w:t>
      </w:r>
      <w:r>
        <w:t>aise logon ke liye quran mein aik bohat bari ayat hai. Yeh ayat hai surah an-noor mein.</w:t>
      </w:r>
    </w:p>
    <w:p>
      <w:pPr>
        <w:jc w:val="right"/>
      </w:pPr>
      <w:r>
        <w:t>ایسے لوگوں کے لیے قرآن میں ایک بہت بڑی آیت ہے۔ یہ آیت ہے سورہ النور میں۔</w:t>
      </w:r>
    </w:p>
    <w:p>
      <w:r>
        <w:rPr>
          <w:b/>
        </w:rPr>
        <w:t xml:space="preserve">[05:38] </w:t>
      </w:r>
      <w:r>
        <w:t>surah an-noor mein misaal di gayi hai desert ki, sarab.</w:t>
      </w:r>
    </w:p>
    <w:p>
      <w:pPr>
        <w:jc w:val="right"/>
      </w:pPr>
      <w:r>
        <w:t>سورہ النور میں مثال دی گئی ہے ڈیزرٹ کی، سراب۔</w:t>
      </w:r>
    </w:p>
    <w:p>
      <w:r>
        <w:rPr>
          <w:b/>
        </w:rPr>
        <w:t xml:space="preserve">[05:48] </w:t>
      </w:r>
      <w:r>
        <w:t>agar aap ne kabhi desert dekha ho, sarab ko kabhi dekha ho to jab suraj nikla hua hota hai to door se aisi chamak hoti hai is mein, aisi lehrein nazar aati hain jaise ke pani mojen maar raha hai.</w:t>
      </w:r>
    </w:p>
    <w:p>
      <w:pPr>
        <w:jc w:val="right"/>
      </w:pPr>
      <w:r>
        <w:t>اگر آپ نے کبھی ڈیزرٹ دیکھا ہو، سراب کو کبھی دیکھا ہو تو جب سورج نکلا ہوا ہوتا ہے تو دور سے ایسی چمک ہوتی ہے اس میں، ایسی لہریں نظر آتی ہیں جیسے کہ پانی موجیں مار رہا ہے۔</w:t>
      </w:r>
    </w:p>
    <w:p>
      <w:r>
        <w:rPr>
          <w:b/>
        </w:rPr>
        <w:t xml:space="preserve">[06:06] </w:t>
      </w:r>
      <w:r>
        <w:t>to misaal di gayi hai ke aik shakhs piyasa hai, us ko pani ki talash hai. Phir woh dekhta hai sarab ko.</w:t>
      </w:r>
    </w:p>
    <w:p>
      <w:pPr>
        <w:jc w:val="right"/>
      </w:pPr>
      <w:r>
        <w:t>تو مثال دی گئی ہے کہ ایک شخص پیاسا ہے، اس کو پانی کی تلاش ہے۔ پھر وہ دیکھتا ہے سراب کو۔</w:t>
      </w:r>
    </w:p>
    <w:p>
      <w:r>
        <w:rPr>
          <w:b/>
        </w:rPr>
        <w:t xml:space="preserve">[06:16] </w:t>
      </w:r>
      <w:r>
        <w:t>aur samajhta hai ke yahan to pani mojen maar raha hai, chalo is mein hum piyas bujhaein ge apni. Lekin jab wahan pohanchta hai to wahan par us ko kuch milta nahin siwaye desert ke.</w:t>
      </w:r>
    </w:p>
    <w:p>
      <w:pPr>
        <w:jc w:val="right"/>
      </w:pPr>
      <w:r>
        <w:t>اور سمجھتا ہے کہ یہاں تو پانی موجیں مار رہا ہے، چلو اس میں ہم پیاس بجھائیں گے اپنی۔ لیکن جب وہاں پہنچتا ہے تو وہاں پر اس کو کچھ ملتا نہیں سوائے ڈیزرٹ کے۔</w:t>
      </w:r>
    </w:p>
    <w:p>
      <w:r>
        <w:rPr>
          <w:b/>
        </w:rPr>
        <w:t xml:space="preserve">[06:31] </w:t>
      </w:r>
      <w:r>
        <w:t>to is misaal ko bayan karne ke baad farmaya ke "wa wajada allahu 'indahu fawfahu hisaban". Wallah siri al-hisab.</w:t>
      </w:r>
    </w:p>
    <w:p>
      <w:pPr>
        <w:jc w:val="right"/>
      </w:pPr>
      <w:r>
        <w:t>تو اس مثال کو بیان کرنے کے بعد فرمایا کہ "وَوَجَدُ اللّٰهُ عِنْدَهُ فَوْفَاهُ حِسَابًا"۔ واللہ سری الحساب۔</w:t>
      </w:r>
    </w:p>
    <w:p>
      <w:r>
        <w:rPr>
          <w:b/>
        </w:rPr>
        <w:t xml:space="preserve">[06:44] </w:t>
      </w:r>
      <w:r>
        <w:t>yani wahan woh pata hai Allah ko jo uska hisab chuka deta hai. Yani matlab yeh hai ke isi tarah ki amanat mein jeeta hai aadmi, yahan tak ke us ki maut aa jati hai.</w:t>
      </w:r>
    </w:p>
    <w:p>
      <w:pPr>
        <w:jc w:val="right"/>
      </w:pPr>
      <w:r>
        <w:t>یعنی وہاں وہ پاتا ہے اللہ کو جو اس کا حساب چکا دیتا ہے۔ یعنی مطلب یہ ہے کہ اسی طرح کی امانت میں جیتا ہے آدمی، یہاں تک کہ اس کی موت آ جاتی ہے۔</w:t>
      </w:r>
    </w:p>
    <w:p>
      <w:r>
        <w:rPr>
          <w:b/>
        </w:rPr>
        <w:t xml:space="preserve">[07:01] </w:t>
      </w:r>
      <w:r>
        <w:t>aur maut ke baad achaanak woh Allah ke samne apne aap ko khara pata hai, khara hua pata hai.</w:t>
      </w:r>
    </w:p>
    <w:p>
      <w:pPr>
        <w:jc w:val="right"/>
      </w:pPr>
      <w:r>
        <w:t>اور موت کے بعد اچانک وہ اللہ کے سامنے اپنے آپ کو کھڑا پاتا ہے، کھڑا ہوا پاتا ہے۔</w:t>
      </w:r>
    </w:p>
    <w:p>
      <w:r>
        <w:rPr>
          <w:b/>
        </w:rPr>
        <w:t xml:space="preserve">[07:09] </w:t>
      </w:r>
      <w:r>
        <w:t>aur wahan par uska</w:t>
      </w:r>
    </w:p>
    <w:p>
      <w:pPr>
        <w:jc w:val="right"/>
      </w:pPr>
      <w:r>
        <w:t>اور وہاں پر اس کا</w:t>
      </w:r>
    </w:p>
    <w:p>
      <w:r>
        <w:rPr>
          <w:b/>
        </w:rPr>
        <w:t xml:space="preserve">[07:13] </w:t>
      </w:r>
      <w:r>
        <w:t>lagta hai us ko ke bilkul dunya to kuch aur hi thi. Muamla kuch aur hi tha.</w:t>
      </w:r>
    </w:p>
    <w:p>
      <w:pPr>
        <w:jc w:val="right"/>
      </w:pPr>
      <w:r>
        <w:t>لگتا ہے اس کو کہ بالکل دنیا تو کچھ اور ہی تھی۔ معاملہ کچھ اور ہی تھا۔</w:t>
      </w:r>
    </w:p>
    <w:p>
      <w:r>
        <w:rPr>
          <w:b/>
        </w:rPr>
        <w:t xml:space="preserve">[07:25] </w:t>
      </w:r>
      <w:r>
        <w:t>muamla kuch aur hi tha, hum samajhte the kuch aur aur yahan muamla kuch aur tha.</w:t>
      </w:r>
    </w:p>
    <w:p>
      <w:pPr>
        <w:jc w:val="right"/>
      </w:pPr>
      <w:r>
        <w:t>معاملہ کچھ اور ہی تھا، ہم سمجھتے تھے کچھ اور اور یہاں معاملہ کچھ اور تھا۔</w:t>
      </w:r>
    </w:p>
    <w:p>
      <w:r>
        <w:rPr>
          <w:b/>
        </w:rPr>
        <w:t xml:space="preserve">[07:34] </w:t>
      </w:r>
      <w:r>
        <w:t>to yeh taqreeban har aadmi ki kahani hai. Har aadmi kisi na kisi false foot mein jee raha hai. Har aadmi kisi na kisi amanat mein jee raha hai, mushkil thinking mein jee raha hai.</w:t>
      </w:r>
    </w:p>
    <w:p>
      <w:pPr>
        <w:jc w:val="right"/>
      </w:pPr>
      <w:r>
        <w:t>تو یہ تقریباً ہر آدمی کی کہانی ہے۔ ہر آدمی کسی نہ کسی فالس فوٹ میں جی رہا ہے۔ ہر آدمی کسی نہ کسی امانت میں جی رہا ہے، مشکل تھنکنگ میں جی رہا ہے۔</w:t>
      </w:r>
    </w:p>
    <w:p>
      <w:r>
        <w:rPr>
          <w:b/>
        </w:rPr>
        <w:t xml:space="preserve">[07:49] </w:t>
      </w:r>
      <w:r>
        <w:t>apne soch ke mutabiq us ne aik false buniyad khari kar rakhi hai. Aur samajhta hai ke bas yeh us ke kaam aa jaye gi.</w:t>
      </w:r>
    </w:p>
    <w:p>
      <w:pPr>
        <w:jc w:val="right"/>
      </w:pPr>
      <w:r>
        <w:t>اپنے سوچ کے مطابق اس نے ایک فالس بنیاد کھڑی کر رکھی ہے۔ اور سمجھتا ہے کہ بس یہ اس کے کام آ جائے گی۔</w:t>
      </w:r>
    </w:p>
    <w:p>
      <w:r>
        <w:rPr>
          <w:b/>
        </w:rPr>
        <w:t xml:space="preserve">[08:03] </w:t>
      </w:r>
      <w:r>
        <w:t>dekhein yeh sab sirtasar dhoka hai. Yeh sarab mein jeena hai.</w:t>
      </w:r>
    </w:p>
    <w:p>
      <w:pPr>
        <w:jc w:val="right"/>
      </w:pPr>
      <w:r>
        <w:t>دیکھیں یہ سب سرتاسر دھوکا ہے۔ یہ سراب میں جینا ہے۔</w:t>
      </w:r>
    </w:p>
    <w:p>
      <w:r>
        <w:rPr>
          <w:b/>
        </w:rPr>
        <w:t xml:space="preserve">[08:12] </w:t>
      </w:r>
      <w:r>
        <w:t>jannat ka yeh tasawwur apne aap mein be buniyad hai ke is tarah ka koi karishma ho ga aur aadmi jannat mein dakhil ho jaye ga.</w:t>
      </w:r>
    </w:p>
    <w:p>
      <w:pPr>
        <w:jc w:val="right"/>
      </w:pPr>
      <w:r>
        <w:t>جنت کا یہ تصوری اپنے آپ میں بے بنیاد ہے کہ اس طرح کا کوئی کرشمہ ہو گا اور آدمی جنت میں داخل ہو جائے گا۔</w:t>
      </w:r>
    </w:p>
    <w:p>
      <w:r>
        <w:rPr>
          <w:b/>
        </w:rPr>
        <w:t xml:space="preserve">[08:23] </w:t>
      </w:r>
      <w:r>
        <w:t>nahin. jannat mein dakhla ho ga tazkiya ki buniyad par.</w:t>
      </w:r>
    </w:p>
    <w:p>
      <w:pPr>
        <w:jc w:val="right"/>
      </w:pPr>
      <w:r>
        <w:t>نہیں۔ جنت میں داخلہ ہو گا تزکیہ کی بنیاد پر۔</w:t>
      </w:r>
    </w:p>
    <w:p>
      <w:r>
        <w:rPr>
          <w:b/>
        </w:rPr>
        <w:t xml:space="preserve">[08:32] </w:t>
      </w:r>
      <w:r>
        <w:t>yani muzakkar shakhsiyat hi wahan par jannat mein dakhla paye gi. tazkiya kya hai?</w:t>
      </w:r>
    </w:p>
    <w:p>
      <w:pPr>
        <w:jc w:val="right"/>
      </w:pPr>
      <w:r>
        <w:t>یعنی مذکر شخصیت ہی وہاں پر جنت میں داخلہ پائے گی۔ تزکیہ کیا ہے؟</w:t>
      </w:r>
    </w:p>
    <w:p>
      <w:r>
        <w:rPr>
          <w:b/>
        </w:rPr>
        <w:t xml:space="preserve">[08:43] </w:t>
      </w:r>
      <w:r>
        <w:t>muzakkar shakhsiyat kya hai? poori fird soul. pak roohain. yani yeh jo dunya hai jahan hum ko paida kiya gaya hai,</w:t>
      </w:r>
    </w:p>
    <w:p>
      <w:pPr>
        <w:jc w:val="right"/>
      </w:pPr>
      <w:r>
        <w:t>مذکر شخصیت کیا ہے؟ پوری فائرڈ سول۔ پاک روحیں۔ یعنی یہ جو دنیا ہے جہاں ہم کو پیدا کیا گیا ہے،</w:t>
      </w:r>
    </w:p>
    <w:p>
      <w:r>
        <w:rPr>
          <w:b/>
        </w:rPr>
        <w:t xml:space="preserve">[08:56] </w:t>
      </w:r>
      <w:r>
        <w:t>yahan tarah tarah ke halaat hain. mukhtalif qism ke halaat. yeh halaat kyun hain? yeh halaat isi liye hain ke is mein hamari</w:t>
      </w:r>
    </w:p>
    <w:p>
      <w:pPr>
        <w:jc w:val="right"/>
      </w:pPr>
      <w:r>
        <w:t>یہاں طرح طرح کے حالات ہیں۔ مختلف قسم کے حالات۔ یہ حالات کیوں ہیں؟ یہ حالات اسی لیے ہیں کہ اس میں ہماری</w:t>
      </w:r>
    </w:p>
    <w:p>
      <w:r>
        <w:rPr>
          <w:b/>
        </w:rPr>
        <w:t xml:space="preserve">[09:11] </w:t>
      </w:r>
      <w:r>
        <w:t>training hoti hai. inhi halaat ke darmiyan hum ko mauqa diya jata hai ke apni shakhsiyat ki taameer karen.</w:t>
      </w:r>
    </w:p>
    <w:p>
      <w:pPr>
        <w:jc w:val="right"/>
      </w:pPr>
      <w:r>
        <w:t>ٹریننگ ہوتی ہے۔ انہی حالات کے درمیان ہم کو موقع دیا جاتا ہے کہ اپنی شخصیت کی تعمیر کریں۔</w:t>
      </w:r>
    </w:p>
    <w:p>
      <w:r>
        <w:rPr>
          <w:b/>
        </w:rPr>
        <w:t xml:space="preserve">[09:21] </w:t>
      </w:r>
      <w:r>
        <w:t>misalan kisi ke khilaf hamein nafrat paida ho jati hai to hamein hukum hai ke hum nafrat ko kuchal den.</w:t>
      </w:r>
    </w:p>
    <w:p>
      <w:pPr>
        <w:jc w:val="right"/>
      </w:pPr>
      <w:r>
        <w:t>مثلاً کسی کے خلاف ہمیں نفرت پیدا ہو جاتی ہے تو ہمیں حکم ہے کہ ہم نفرت کو کچل دیں۔</w:t>
      </w:r>
    </w:p>
    <w:p>
      <w:r>
        <w:rPr>
          <w:b/>
        </w:rPr>
        <w:t xml:space="preserve">[09:31] </w:t>
      </w:r>
      <w:r>
        <w:t>aur phir bhi insaan ke khair khwah bane rahen. har ek ke liye wal bashar bane rahen.</w:t>
      </w:r>
    </w:p>
    <w:p>
      <w:pPr>
        <w:jc w:val="right"/>
      </w:pPr>
      <w:r>
        <w:t>اور پھر بھی انسان کے خیر خواہ بنے رہیں۔ ہر ایک کے لیے ول بشر بنے رہیں۔</w:t>
      </w:r>
    </w:p>
    <w:p>
      <w:r>
        <w:rPr>
          <w:b/>
        </w:rPr>
        <w:t xml:space="preserve">[09:40] </w:t>
      </w:r>
      <w:r>
        <w:t>hum ko aise halaat pesh aate hain ke hum jo Khuda ko bhulane wale hon.</w:t>
      </w:r>
    </w:p>
    <w:p>
      <w:pPr>
        <w:jc w:val="right"/>
      </w:pPr>
      <w:r>
        <w:t>ہم کو ایسے حالات پیش آتے ہیں کہ ہم جو خدا کو بھلانے والے ہوں۔</w:t>
      </w:r>
    </w:p>
    <w:p>
      <w:r>
        <w:rPr>
          <w:b/>
        </w:rPr>
        <w:t xml:space="preserve">[09:49] </w:t>
      </w:r>
      <w:r>
        <w:t>ke hamare paas to sab kuch hai, hamein Khuda ki zaroorat hi kya hai? lekin woh halaat jo hain hote hain test, azmaish.</w:t>
      </w:r>
    </w:p>
    <w:p>
      <w:pPr>
        <w:jc w:val="right"/>
      </w:pPr>
      <w:r>
        <w:t>کہ ہمارے پاس تو سب کچھ ہے، ہمیں خدا کی ضرورت ہی کیا ہے؟ لیکن وہ حالات جو ہیں ہوتے ہیں ٹیسٹ، آزمائش۔</w:t>
      </w:r>
    </w:p>
    <w:p>
      <w:r>
        <w:rPr>
          <w:b/>
        </w:rPr>
        <w:t xml:space="preserve">[10:02] </w:t>
      </w:r>
      <w:r>
        <w:t>yani Allah ko bhulane wale halaat hon tab bhi aap Allah ko yaad rakhen. creator se ghaflat karne wale halaat hon tab bhi aap creator se ghafil na hon.</w:t>
      </w:r>
    </w:p>
    <w:p>
      <w:pPr>
        <w:jc w:val="right"/>
      </w:pPr>
      <w:r>
        <w:t>یعنی اللہ کو بھلانے والے حالات ہوں تب بھی آپ اللہ کو یاد رکھیں۔ کریٹر سے غفلت کرنے والے حالات ہوں تب بھی آپ کریٹر سے غافل نہ ہوں۔</w:t>
      </w:r>
    </w:p>
    <w:p>
      <w:r>
        <w:rPr>
          <w:b/>
        </w:rPr>
        <w:t xml:space="preserve">[10:19] </w:t>
      </w:r>
      <w:r>
        <w:t>phir negative tajrubaat tarah tarah ke hote hain. to chahe negative experience ho aap ko, phir bhi aap us ko positive soch mein badal den.</w:t>
      </w:r>
    </w:p>
    <w:p>
      <w:pPr>
        <w:jc w:val="right"/>
      </w:pPr>
      <w:r>
        <w:t>پھر نیگیٹیو تجربات طرح طرح کے ہوتے ہیں۔ تو چاہے نیگیٹیو ایکسپیرئینس ہو آپ کو، پھر بھی آپ اس کو پازیٹیو سوچ میں بدل دیں۔</w:t>
      </w:r>
    </w:p>
    <w:p>
      <w:r>
        <w:rPr>
          <w:b/>
        </w:rPr>
        <w:t xml:space="preserve">[10:41] </w:t>
      </w:r>
      <w:r>
        <w:t>aap ko aise halaat hon jahan aadmi ladne lagta hai.</w:t>
      </w:r>
    </w:p>
    <w:p>
      <w:pPr>
        <w:jc w:val="right"/>
      </w:pPr>
      <w:r>
        <w:t>آپ کو ایسے حالات ہوں جہاں آدمی لڑنے لگتا ہے۔</w:t>
      </w:r>
    </w:p>
    <w:p>
      <w:r>
        <w:rPr>
          <w:b/>
        </w:rPr>
        <w:t xml:space="preserve">[10:48] </w:t>
      </w:r>
      <w:r>
        <w:t>jang chhod deta hai. wahan bhi aap apne aap ko minus karen. aur aman ke sath, peace ke sath apne aap ko, peaceful ravaiye ke sath apne aap ko society mein baqi rakhen.</w:t>
      </w:r>
    </w:p>
    <w:p>
      <w:pPr>
        <w:jc w:val="right"/>
      </w:pPr>
      <w:r>
        <w:t>جنگ چھوڑ دیتا ہے۔ وہاں بھی آپ اپنے آپ کو مائنس کریں۔ اور امن کے ساتھ، پیس کے ساتھ اپنے آپ کو، پیس فل رویے کے ساتھ اپنے آپ کو سوسائٹی میں باقی رکھیں۔</w:t>
      </w:r>
    </w:p>
    <w:p>
      <w:r>
        <w:rPr>
          <w:b/>
        </w:rPr>
        <w:t xml:space="preserve">[11:07] </w:t>
      </w:r>
      <w:r>
        <w:t>to mukhtalif qism ke halaat dunya mein hain. woh hain hamare liye tarbiyat ke mauqe. test papers.</w:t>
      </w:r>
    </w:p>
    <w:p>
      <w:pPr>
        <w:jc w:val="right"/>
      </w:pPr>
      <w:r>
        <w:t>تو مختلف قسم کے حالات دنیا میں ہیں۔ وہ ہیں ہمارے لیے تربیت کے مواقع۔ ٹیسٹ پیپرز۔</w:t>
      </w:r>
    </w:p>
    <w:p>
      <w:r>
        <w:rPr>
          <w:b/>
        </w:rPr>
        <w:t xml:space="preserve">[11:19] </w:t>
      </w:r>
      <w:r>
        <w:t>is mein guzarte hue hum ko khud apni shakhsiyat ko banana hai. koi doosra hamein ek ticket nahin de de ga jannat ka.</w:t>
      </w:r>
    </w:p>
    <w:p>
      <w:pPr>
        <w:jc w:val="right"/>
      </w:pPr>
      <w:r>
        <w:t>اس میں گزرتے ہوئے ہم کو خود اپنی شخصیت کو بنانا ہے۔ کوئی دوسرا ہمیں ایک ٹکٹ نہیں دے دے گا جنت کا۔</w:t>
      </w:r>
    </w:p>
    <w:p>
      <w:r>
        <w:rPr>
          <w:b/>
        </w:rPr>
        <w:t xml:space="preserve">[11:29] </w:t>
      </w:r>
      <w:r>
        <w:t>koi bhi doosra shakhs aap ko jannat ka ticket nahin de sakta. yeh bilkul amanat ki baat hai. aap apne andar agar woh shakhsiyat banayen ge jo jannat mein</w:t>
      </w:r>
    </w:p>
    <w:p>
      <w:pPr>
        <w:jc w:val="right"/>
      </w:pPr>
      <w:r>
        <w:t>کوئی بھی دوسرا شخص آپ کو جنت کا ٹکٹ نہیں دے سکتا۔ یہ بالکل امانت کی بات ہے۔ آپ اپنے اندر اگر وہ شخصیت بنائیں گے جو جنت میں</w:t>
      </w:r>
    </w:p>
    <w:p>
      <w:r>
        <w:rPr>
          <w:b/>
        </w:rPr>
        <w:t xml:space="preserve">[11:46] </w:t>
      </w:r>
      <w:r>
        <w:t>basaye jane ke qabil ho.</w:t>
      </w:r>
    </w:p>
    <w:p>
      <w:pPr>
        <w:jc w:val="right"/>
      </w:pPr>
      <w:r>
        <w:t>بسائے جانے کے قابل ہو۔</w:t>
      </w:r>
    </w:p>
    <w:p>
      <w:r>
        <w:rPr>
          <w:b/>
        </w:rPr>
        <w:t xml:space="preserve">[11:52] </w:t>
      </w:r>
      <w:r>
        <w:t>agar aap dunya mein apne aap ko ek deserving candidate ke taur par develop karen to aap ko jannat ka dakhla mile ga.</w:t>
      </w:r>
    </w:p>
    <w:p>
      <w:pPr>
        <w:jc w:val="right"/>
      </w:pPr>
      <w:r>
        <w:t>اگر آپ دنیا میں اپنے آپ کو ایک ڈیزرونگ کینڈیڈیٹ کے طور پر ڈیولپ کریں تو آپ کو جنت کا داخلہ ملے گا۔</w:t>
      </w:r>
    </w:p>
    <w:p>
      <w:r>
        <w:rPr>
          <w:b/>
        </w:rPr>
        <w:t xml:space="preserve">[12:07] </w:t>
      </w:r>
      <w:r>
        <w:t>koi free pass wahan nahin hai. koi wahan recommendation ka mamla nahin hai.</w:t>
      </w:r>
    </w:p>
    <w:p>
      <w:pPr>
        <w:jc w:val="right"/>
      </w:pPr>
      <w:r>
        <w:t>کوئی فری پاس وہاں نہیں ہے۔ کوئی وہاں ریکمنڈیشن کا معاملہ نہیں ہے۔</w:t>
      </w:r>
    </w:p>
    <w:p>
      <w:r>
        <w:rPr>
          <w:b/>
        </w:rPr>
        <w:t xml:space="preserve">[12:16] </w:t>
      </w:r>
      <w:r>
        <w:t>koi wahan rishwat ka karobar nahin hai.</w:t>
      </w:r>
    </w:p>
    <w:p>
      <w:pPr>
        <w:jc w:val="right"/>
      </w:pPr>
      <w:r>
        <w:t>کوئی وہاں رشوت کا کاروبار نہیں ہے۔</w:t>
      </w:r>
    </w:p>
    <w:p>
      <w:r>
        <w:rPr>
          <w:b/>
        </w:rPr>
        <w:t xml:space="preserve">[12:24] </w:t>
      </w:r>
      <w:r>
        <w:t>to yeh sab jo khayalat logon ke hain ke koi kehta hai ke har fikr ko dhuyen mein udata chala gaya, koi kehta hai ke hum to jannat ke taale ko apni qalam ki nok se khol den ge.</w:t>
      </w:r>
    </w:p>
    <w:p>
      <w:pPr>
        <w:jc w:val="right"/>
      </w:pPr>
      <w:r>
        <w:t>تو یہ سب جو خیالات لوگوں کے ہیں کہ کوئی کہتا ہے کہ ہر فکر کو دھوئیں میں اڑاتا چلا گیا، کوئی کہتا ہے کہ ہم تو جنت کے تالے کو اپنی قلم کی نوک سے کھول دیں گے۔</w:t>
      </w:r>
    </w:p>
    <w:p>
      <w:r>
        <w:rPr>
          <w:b/>
        </w:rPr>
        <w:t xml:space="preserve">[12:40] </w:t>
      </w:r>
      <w:r>
        <w:t>koi kehta hai ke haan hum achhe hain to hum bhi achhe rahen ge. koi kehta hai ke ab to aaram se guzarti hai, akhirat ki khabar Khuda jaane.</w:t>
      </w:r>
    </w:p>
    <w:p>
      <w:pPr>
        <w:jc w:val="right"/>
      </w:pPr>
      <w:r>
        <w:t>کوئی کہتا ہے کہ ہاں ہم اچھے ہیں تو ہم بھی اچھے رہیں گے۔ کوئی کہتا ہے کہ اب تو آرام سے گزرتی ہے، آخرت کی خبر خدا جانے۔</w:t>
      </w:r>
    </w:p>
    <w:p>
      <w:r>
        <w:rPr>
          <w:b/>
        </w:rPr>
        <w:t xml:space="preserve">[12:51] </w:t>
      </w:r>
      <w:r>
        <w:t>koi kehta hai ke hamare paas to aise akabir hain, aise paighambar hain ke un ki sifarish hamari kafi ho jaye gi. yeh sab amanaten hain, amanaten.</w:t>
      </w:r>
    </w:p>
    <w:p>
      <w:pPr>
        <w:jc w:val="right"/>
      </w:pPr>
      <w:r>
        <w:t>کوئی کہتا ہے کہ ہمارے پاس تو ایسے اکابر ہیں، ایسے پیغمبر ہیں کہ ان کی سفارش ہماری کافی ہو جائے گی۔ یہ سب امانتیں ہیں، امانتیں۔</w:t>
      </w:r>
    </w:p>
    <w:p>
      <w:r>
        <w:rPr>
          <w:b/>
        </w:rPr>
        <w:t xml:space="preserve">[13:02] </w:t>
      </w:r>
      <w:r>
        <w:t>amanaten.</w:t>
      </w:r>
    </w:p>
    <w:p>
      <w:pPr>
        <w:jc w:val="right"/>
      </w:pPr>
      <w:r>
        <w:t>امانتیں۔</w:t>
      </w:r>
    </w:p>
    <w:p>
      <w:r>
        <w:rPr>
          <w:b/>
        </w:rPr>
        <w:t xml:space="preserve">[13:07] </w:t>
      </w:r>
      <w:r>
        <w:t>jannat mein dakhla sirf un logon ko milega jo is ke liye deserving hain.</w:t>
      </w:r>
    </w:p>
    <w:p>
      <w:pPr>
        <w:jc w:val="right"/>
      </w:pPr>
      <w:r>
        <w:t>جنت میں داخلہ صرف ان لوگوں کو ملے گا جو اس کے لیے ڈیزرونگ کریں۔</w:t>
      </w:r>
    </w:p>
    <w:p>
      <w:r>
        <w:rPr>
          <w:b/>
        </w:rPr>
        <w:t xml:space="preserve">[13:15] </w:t>
      </w:r>
      <w:r>
        <w:t>misalan dekhen jannat mein aya, misalan quran mein aya hai yeh jannat ke bare mein yeh ayat aayi hai: "wa allahu yad'u ila dari s-salam".</w:t>
      </w:r>
    </w:p>
    <w:p>
      <w:pPr>
        <w:jc w:val="right"/>
      </w:pPr>
      <w:r>
        <w:t>مثلاً دیکھیں جنت میں آیا، مثلاً قرآن میں آیا ہے یہ جنت کے بارے میں یہ آیت آئی ہے: "وَاللّٰهُ يَدُوءُ إِلَىٰ دَارِ السَّلَامِ"۔</w:t>
      </w:r>
    </w:p>
    <w:p>
      <w:r>
        <w:rPr>
          <w:b/>
        </w:rPr>
        <w:t xml:space="preserve">[13:29] </w:t>
      </w:r>
      <w:r>
        <w:t>and god calls to the home of peace. yahan par darussalam ya home of peace ka matlab hai jannat. to jannat ek aisi jagah hai jo mukammal taur par peaceful hogi.</w:t>
      </w:r>
    </w:p>
    <w:p>
      <w:pPr>
        <w:jc w:val="right"/>
      </w:pPr>
      <w:r>
        <w:t>اینڈ گاڈ کالز ٹو دا ہوم آف پیس۔ یہاں پر دارالسلام یا ہوم آف پیس کا مطلب ہے جنت۔ تو جنت ایک ایسی جگہ ہے جو مکمل طور پر پیس فل ہو گی۔</w:t>
      </w:r>
    </w:p>
    <w:p>
      <w:r>
        <w:rPr>
          <w:b/>
        </w:rPr>
        <w:t xml:space="preserve">[13:44] </w:t>
      </w:r>
      <w:r>
        <w:t>peaceful ka matlab kya hai? wahan koi takrao nahi, koi nafrat nahi, koi intolerance nahi, koi badkhwai nahi.</w:t>
      </w:r>
    </w:p>
    <w:p>
      <w:pPr>
        <w:jc w:val="right"/>
      </w:pPr>
      <w:r>
        <w:t>پیس فل کا مطلب کیا ہے؟ وہاں کوئی ٹکراؤ نہیں، کوئی نفرت نہیں، کوئی انٹولرنس نہیں، کوئی بدخوائی نہیں۔</w:t>
      </w:r>
    </w:p>
    <w:p>
      <w:r>
        <w:rPr>
          <w:b/>
        </w:rPr>
        <w:t xml:space="preserve">[14:00] </w:t>
      </w:r>
      <w:r>
        <w:t>wo tamam cheezen hain jin ko ke hum kehte hain negative behavior, un mein se koi bhi wahan par na hoga.</w:t>
      </w:r>
    </w:p>
    <w:p>
      <w:pPr>
        <w:jc w:val="right"/>
      </w:pPr>
      <w:r>
        <w:t>وہ تمام چیزیں ہیں جن کو کہ ہم کہتے ہیں نیگیٹیو بیہیویئر، ان میں سے کوئی بھی وہاں پر نہ ہو گا۔</w:t>
      </w:r>
    </w:p>
    <w:p>
      <w:r>
        <w:rPr>
          <w:b/>
        </w:rPr>
        <w:t xml:space="preserve">[14:13] </w:t>
      </w:r>
      <w:r>
        <w:t>to is ayat par ghor kijiye aap. yeh ayat batati hai ke yeh sab sifat jo dunya mein paida kare, dunya ke halaat mein yeh jo sabit kare ke woh ek aisa insan hai jo</w:t>
      </w:r>
    </w:p>
    <w:p>
      <w:pPr>
        <w:jc w:val="right"/>
      </w:pPr>
      <w:r>
        <w:t>تو اس آیت پر غور کیجیے آپ۔ یہ آیت بتاتی ہے کہ یہ سب صفات جو دنیا میں پیدا کرے، دنیا کے حالات میں یہ جو ثابت کرے کہ وہ ایک ایسا انسان ہے جو</w:t>
      </w:r>
    </w:p>
    <w:p>
      <w:r>
        <w:rPr>
          <w:b/>
        </w:rPr>
        <w:t xml:space="preserve">[14:31] </w:t>
      </w:r>
      <w:r>
        <w:t>darussalam mein waqai salam culture ke sath reh sakta hai. yani home of peace mein waqai woh peaceful character ke sath reh sakta hai.</w:t>
      </w:r>
    </w:p>
    <w:p>
      <w:pPr>
        <w:jc w:val="right"/>
      </w:pPr>
      <w:r>
        <w:t>دارالسلام میں واقعی سلام کلچر کے ساتھ رہ سکتا ہے۔ یعنی ہوم آف پیس میں واقعی وہ پیس فل کریکٹر کے ساتھ رہ سکتا ہے۔</w:t>
      </w:r>
    </w:p>
    <w:p>
      <w:r>
        <w:rPr>
          <w:b/>
        </w:rPr>
        <w:t xml:space="preserve">[14:47] </w:t>
      </w:r>
      <w:r>
        <w:t>jo yeh sabit kare is dunya mein. isi dunya mein is ko sabit kare. to is ke liye selection hoga.</w:t>
      </w:r>
    </w:p>
    <w:p>
      <w:pPr>
        <w:jc w:val="right"/>
      </w:pPr>
      <w:r>
        <w:t>جو یہ ثابت کرے اس دنیا میں۔ اسی دنیا میں اس کو ثابت کرے۔ تو اس کے لیے سلیکشن ہو گا۔</w:t>
      </w:r>
    </w:p>
    <w:p>
      <w:r>
        <w:rPr>
          <w:b/>
        </w:rPr>
        <w:t xml:space="preserve">[14:58] </w:t>
      </w:r>
      <w:r>
        <w:t>jannat ka muamla selection ka muamla hai. recommendation ka muamla nahi hai.</w:t>
      </w:r>
    </w:p>
    <w:p>
      <w:pPr>
        <w:jc w:val="right"/>
      </w:pPr>
      <w:r>
        <w:t>جنت کا معاملہ سلیکشن کا معاملہ ہے۔ ریکمنڈیشن کا معاملہ نہیں ہے۔</w:t>
      </w:r>
    </w:p>
    <w:p>
      <w:r>
        <w:rPr>
          <w:b/>
        </w:rPr>
        <w:t xml:space="preserve">[15:07] </w:t>
      </w:r>
      <w:r>
        <w:t>jannat ka muamla selection ka muamla hai. woh recommendation ka muamla nahi hai, na koi aur muamla hai.</w:t>
      </w:r>
    </w:p>
    <w:p>
      <w:pPr>
        <w:jc w:val="right"/>
      </w:pPr>
      <w:r>
        <w:t>جنت کا معاملہ سلیکشن کا معاملہ ہے۔ وہ ریکمنڈیشن کا معاملہ نہیں ہے، نہ کوئی اور معاملہ ہے۔</w:t>
      </w:r>
    </w:p>
    <w:p>
      <w:r>
        <w:rPr>
          <w:b/>
        </w:rPr>
        <w:t xml:space="preserve">[15:19] </w:t>
      </w:r>
      <w:r>
        <w:t>ab aadmiyon ko kya karna chahiye? aadmiyon ko yeh karna chahiye ke sab se pehle woh bohat hi sincerely, bohat sanjidgi ke sath</w:t>
      </w:r>
    </w:p>
    <w:p>
      <w:pPr>
        <w:jc w:val="right"/>
      </w:pPr>
      <w:r>
        <w:t>اب آدمیوں کو کیا کرنا چاہیے؟ آدمیوں کو یہ کرنا چاہیے کہ سب سے پہلے وہ بہت ہی سنسرلی، بہت سنجیدگی کے ساتھ</w:t>
      </w:r>
    </w:p>
    <w:p>
      <w:r>
        <w:rPr>
          <w:b/>
        </w:rPr>
        <w:t xml:space="preserve">[15:33] </w:t>
      </w:r>
      <w:r>
        <w:t>yeh janne ki koshish kare ke paida karne wale ne mujhe kyun paida kiya? yeh dunya is ne kyun banai? yahan mujh se kya matloob hai?</w:t>
      </w:r>
    </w:p>
    <w:p>
      <w:pPr>
        <w:jc w:val="right"/>
      </w:pPr>
      <w:r>
        <w:t>یہ جاننے کی کوشش کرے کہ پیدا کرنے والے نے مجھے کیوں پیدا کیا؟ یہ دنیا اس نے کیوں بنائی؟ یہاں مجھ سے کیا مطلوب ہے؟</w:t>
      </w:r>
    </w:p>
    <w:p>
      <w:r>
        <w:rPr>
          <w:b/>
        </w:rPr>
        <w:t xml:space="preserve">[15:48] </w:t>
      </w:r>
      <w:r>
        <w:t>to dekhiye, pehli daryaft to is ki yeh hogi ke is ka zamir bolega, is ka nature bolega, is ki fitrat bolegi.</w:t>
      </w:r>
    </w:p>
    <w:p>
      <w:pPr>
        <w:jc w:val="right"/>
      </w:pPr>
      <w:r>
        <w:t>تو دیکھیے، پہلی دریافت تو اس کی یہ ہو گی کہ اس کا ضمیر بولے گا، اس کا نیچر بولے گا، اس کی فطرت بولے گی۔</w:t>
      </w:r>
    </w:p>
    <w:p>
      <w:r>
        <w:rPr>
          <w:b/>
        </w:rPr>
        <w:t xml:space="preserve">[16:02] </w:t>
      </w:r>
      <w:r>
        <w:t>phir woh agar sach much mutallashi hai, agar woh seeker hai to woh talash karte karte paighambar tak pahunchega.</w:t>
      </w:r>
    </w:p>
    <w:p>
      <w:pPr>
        <w:jc w:val="right"/>
      </w:pPr>
      <w:r>
        <w:t>پھر وہ اگر سچ مچ متلاشی ہے، اگر وہ سیکھر ہے تو وہ تلاش کرتے کرتے پیغمبر تک پہنچے گا۔</w:t>
      </w:r>
    </w:p>
    <w:p>
      <w:r>
        <w:rPr>
          <w:b/>
        </w:rPr>
        <w:t xml:space="preserve">[16:13] </w:t>
      </w:r>
      <w:r>
        <w:t>yani paighambar ne jo kitab di hai Allah ki taraf se, jo sunnat apni qaim ki hai, jo baaten kahi hain un sab tak pahunchega, un par ghor karega, un ko padhega.</w:t>
      </w:r>
    </w:p>
    <w:p>
      <w:pPr>
        <w:jc w:val="right"/>
      </w:pPr>
      <w:r>
        <w:t>یعنی پیغمبر نے جو کتاب دی ہے اللہ کی طرف سے، جو سنت اپنی قائم کی ہے، جو باتیں کہی ہیں ان سب تک پہنچے گا، ان پر غور کرے گا، ان کو پڑھے گا۔</w:t>
      </w:r>
    </w:p>
    <w:p>
      <w:r>
        <w:rPr>
          <w:b/>
        </w:rPr>
        <w:t xml:space="preserve">[16:27] </w:t>
      </w:r>
      <w:r>
        <w:t>un ka mutala karega.</w:t>
      </w:r>
    </w:p>
    <w:p>
      <w:pPr>
        <w:jc w:val="right"/>
      </w:pPr>
      <w:r>
        <w:t>ان کا مطالعہ کرے گا۔</w:t>
      </w:r>
    </w:p>
    <w:p>
      <w:r>
        <w:rPr>
          <w:b/>
        </w:rPr>
        <w:t xml:space="preserve">[16:31] </w:t>
      </w:r>
      <w:r>
        <w:t>to ek taraf fitrat ki awaz aur doosri taraf</w:t>
      </w:r>
    </w:p>
    <w:p>
      <w:pPr>
        <w:jc w:val="right"/>
      </w:pPr>
      <w:r>
        <w:t>تو ایک طرف فطرت کی آواز اور دوسری طرف</w:t>
      </w:r>
    </w:p>
    <w:p>
      <w:r>
        <w:rPr>
          <w:b/>
        </w:rPr>
        <w:t xml:space="preserve">[16:39] </w:t>
      </w:r>
      <w:r>
        <w:t>Allah aur rasool ke kalam ka mutala. is se woh aakhirkar pahunch jayega is yaqeen par ke</w:t>
      </w:r>
    </w:p>
    <w:p>
      <w:pPr>
        <w:jc w:val="right"/>
      </w:pPr>
      <w:r>
        <w:t>اللہ اور رسول کے کلام کا مطالعہ۔ اس سے وہ آخرکار پہنچ جائے گا اس یقین پر کہ</w:t>
      </w:r>
    </w:p>
    <w:p>
      <w:r>
        <w:rPr>
          <w:b/>
        </w:rPr>
        <w:t xml:space="preserve">[16:53] </w:t>
      </w:r>
      <w:r>
        <w:t>dunya mein hamein mustaqil nahi rehna hai, ek din maut aayegi. koi pachas saal mein marta hai, koi sath saal mein, koi sattar saal mein.</w:t>
      </w:r>
    </w:p>
    <w:p>
      <w:pPr>
        <w:jc w:val="right"/>
      </w:pPr>
      <w:r>
        <w:t>دنیا میں ہمیں مستقل نہیں رہنا ہے، ایک دن موت آئے گی۔ کوئی پچاس سال میں مرتا ہے، کوئی ساٹھ سال میں، کوئی ستر سال میں۔</w:t>
      </w:r>
    </w:p>
    <w:p>
      <w:r>
        <w:rPr>
          <w:b/>
        </w:rPr>
        <w:t xml:space="preserve">[17:02] </w:t>
      </w:r>
      <w:r>
        <w:t>to mujhe bhi maut aayegi. yeh baat daryaft karega woh.</w:t>
      </w:r>
    </w:p>
    <w:p>
      <w:pPr>
        <w:jc w:val="right"/>
      </w:pPr>
      <w:r>
        <w:t>تو مجھے بھی موت آئے گی۔ یہ بات دریافت کرے گا وہ۔</w:t>
      </w:r>
    </w:p>
    <w:p>
      <w:r>
        <w:rPr>
          <w:b/>
        </w:rPr>
        <w:t xml:space="preserve">[17:09] </w:t>
      </w:r>
      <w:r>
        <w:t>phir woh daryaft karega ke dunya jo hai woh to imtehan ki jagah hai. yeh selection ground hai.</w:t>
      </w:r>
    </w:p>
    <w:p>
      <w:pPr>
        <w:jc w:val="right"/>
      </w:pPr>
      <w:r>
        <w:t>پھر وہ دریافت کرے گا کہ دنیا جو ہے وہ تو امتحان کی جگہ ہے۔ یہ سلیکشن گراؤنڈ ہے۔</w:t>
      </w:r>
    </w:p>
    <w:p>
      <w:r>
        <w:rPr>
          <w:b/>
        </w:rPr>
        <w:t xml:space="preserve">[17:18] </w:t>
      </w:r>
      <w:r>
        <w:t>yahan intekhab kiya ja raha hai. to bohat hi zyada woh sanjeeda ho jayega.</w:t>
      </w:r>
    </w:p>
    <w:p>
      <w:pPr>
        <w:jc w:val="right"/>
      </w:pPr>
      <w:r>
        <w:t>یہاں انتخاب کیا جا رہا ہے۔ تو بہت ہی زیادہ وہ سنجیدہ ہو جائے گا۔</w:t>
      </w:r>
    </w:p>
    <w:p>
      <w:r>
        <w:rPr>
          <w:b/>
        </w:rPr>
        <w:t xml:space="preserve">[17:26] </w:t>
      </w:r>
      <w:r>
        <w:t>bohat zyada alert ho jayega. bohat zyada apne aap ko theek halat mein rakhega.</w:t>
      </w:r>
    </w:p>
    <w:p>
      <w:pPr>
        <w:jc w:val="right"/>
      </w:pPr>
      <w:r>
        <w:t>بہت زیادہ الرٹ ہو جائے گا۔ بہت زیادہ اپنے آپ کو ٹھیک حالت میں رکھے گا۔</w:t>
      </w:r>
    </w:p>
    <w:p>
      <w:r>
        <w:rPr>
          <w:b/>
        </w:rPr>
        <w:t xml:space="preserve">[17:38] </w:t>
      </w:r>
      <w:r>
        <w:t>marte dam tak woh yahi koshish karega ke main apne aap ko yani jannat ke liye deserving candidate banaun.</w:t>
      </w:r>
    </w:p>
    <w:p>
      <w:pPr>
        <w:jc w:val="right"/>
      </w:pPr>
      <w:r>
        <w:t>مرتے دم تک وہ یہی کوشش کرے گا کہ میں اپنے آپ کو یعنی جنت کے لیے ڈیزرونگ کینڈیڈیٹ بناؤں۔</w:t>
      </w:r>
    </w:p>
    <w:p>
      <w:r>
        <w:rPr>
          <w:b/>
        </w:rPr>
        <w:t xml:space="preserve">[17:48] </w:t>
      </w:r>
      <w:r>
        <w:t>Allah ki marzi par apne aap ko dhalun.</w:t>
      </w:r>
    </w:p>
    <w:p>
      <w:pPr>
        <w:jc w:val="right"/>
      </w:pPr>
      <w:r>
        <w:t>اللہ کی مرضی پر اپنے آپ کو ڈھالوں۔</w:t>
      </w:r>
    </w:p>
    <w:p>
      <w:r>
        <w:rPr>
          <w:b/>
        </w:rPr>
        <w:t xml:space="preserve">[17:55] </w:t>
      </w:r>
      <w:r>
        <w:t>taakeh jab meri maut aaye to farishtey mujhe bisharat dein keh aye bande!</w:t>
      </w:r>
    </w:p>
    <w:p>
      <w:pPr>
        <w:jc w:val="right"/>
      </w:pPr>
      <w:r>
        <w:t>تاکہ جب میری موت آئے تو فرشتے مجھے بشارت دیں کہ اے بندے!</w:t>
      </w:r>
    </w:p>
    <w:p>
      <w:r>
        <w:rPr>
          <w:b/>
        </w:rPr>
        <w:t xml:space="preserve">[18:01] </w:t>
      </w:r>
      <w:r>
        <w:t>tu imtehaan mein poora utra. tera selection ho gaya hai jannat ke liye.</w:t>
      </w:r>
    </w:p>
    <w:p>
      <w:pPr>
        <w:jc w:val="right"/>
      </w:pPr>
      <w:r>
        <w:t>تو امتحان میں پورا اترا۔ تیرا سلیکشن ہو گیا ہے جنت کے لیے۔</w:t>
      </w:r>
    </w:p>
    <w:p>
      <w:r>
        <w:rPr>
          <w:b/>
        </w:rPr>
        <w:t xml:space="preserve">[18:11] </w:t>
      </w:r>
      <w:r>
        <w:t>tu jo aadmi zindagi ke bare mein sanjeeda ho ga, jo soche ga, jo study kare ga,</w:t>
      </w:r>
    </w:p>
    <w:p>
      <w:pPr>
        <w:jc w:val="right"/>
      </w:pPr>
      <w:r>
        <w:t>تو جو آدمی زندگی کے بارے میں سنجیدہ ہو گا، جو سوچے گا، جو اسٹڈی کرے گا،</w:t>
      </w:r>
    </w:p>
    <w:p>
      <w:r>
        <w:rPr>
          <w:b/>
        </w:rPr>
        <w:t xml:space="preserve">[18:28] </w:t>
      </w:r>
      <w:r>
        <w:t>jo talash ke tamam aadab ko poora karte hue sachai ko janne ki koshish kare ga,</w:t>
      </w:r>
    </w:p>
    <w:p>
      <w:pPr>
        <w:jc w:val="right"/>
      </w:pPr>
      <w:r>
        <w:t>جو تلاش کے تمام آداب کو پورا کرتے ہوئے سچائی کو جاننے کی کوشش کرے گا،</w:t>
      </w:r>
    </w:p>
    <w:p>
      <w:r>
        <w:rPr>
          <w:b/>
        </w:rPr>
        <w:t xml:space="preserve">[18:40] </w:t>
      </w:r>
      <w:r>
        <w:t>jo yeh sab kare ga to lazman woh pahunch jaye ga us haqeeqat tak jo haqeeqat us ke liye muqaddar ki gayi hai.</w:t>
      </w:r>
    </w:p>
    <w:p>
      <w:pPr>
        <w:jc w:val="right"/>
      </w:pPr>
      <w:r>
        <w:t>جو یہ سب کرے گا تو لازماً وہ پہنچ جائے گا اس حقیقت تک جو حقیقت اس کے لیے مقدر کی گئی ہے۔</w:t>
      </w:r>
    </w:p>
    <w:p>
      <w:r>
        <w:rPr>
          <w:b/>
        </w:rPr>
        <w:t xml:space="preserve">[18:55] </w:t>
      </w:r>
      <w:r>
        <w:t>dekhiye yeh naamumkin hai, bilkul naamumkin hai keh koi aadmi sanjeeda ho, woh seeker ho, woh talash ke tamam aadab ke sath haqeeqat ko janne ki koshish kare,</w:t>
      </w:r>
    </w:p>
    <w:p>
      <w:pPr>
        <w:jc w:val="right"/>
      </w:pPr>
      <w:r>
        <w:t>دیکھیے یہ ناممکن ہے، بالکل ناممکن ہے کہ کوئی آدمی سنجیدہ ہو، وہ سیکھر ہو، وہ تلاش کے تمام آداب کے ساتھ حقیقت کو جاننے کی کوشش کرے،</w:t>
      </w:r>
    </w:p>
    <w:p>
      <w:r>
        <w:rPr>
          <w:b/>
        </w:rPr>
        <w:t xml:space="preserve">[19:14] </w:t>
      </w:r>
      <w:r>
        <w:t>phir bhi woh nakaam rahe. aisa nahi ho sakta hai.</w:t>
      </w:r>
    </w:p>
    <w:p>
      <w:pPr>
        <w:jc w:val="right"/>
      </w:pPr>
      <w:r>
        <w:t>پھر بھی وہ ناکام رہے۔ ایسا نہیں ہو سکتا ہے۔</w:t>
      </w:r>
    </w:p>
    <w:p>
      <w:r>
        <w:rPr>
          <w:b/>
        </w:rPr>
        <w:t xml:space="preserve">[19:21] </w:t>
      </w:r>
      <w:r>
        <w:t>aisa nahi ho sakta hai.</w:t>
      </w:r>
    </w:p>
    <w:p>
      <w:pPr>
        <w:jc w:val="right"/>
      </w:pPr>
      <w:r>
        <w:t>ایسا نہیں ہو سکتا ہے۔</w:t>
      </w:r>
    </w:p>
    <w:p>
      <w:r>
        <w:rPr>
          <w:b/>
        </w:rPr>
        <w:t xml:space="preserve">[19:25] </w:t>
      </w:r>
      <w:r>
        <w:t>kyun keh aisa insaan foran hi Allah ki guidance mein aa jata hai. jis aadmi ko Allah pata hai keh woh sanjeeda hai aur waqai seeker hai to foran us ki rehnumai ke liye farishtey bhejta hai.</w:t>
      </w:r>
    </w:p>
    <w:p>
      <w:pPr>
        <w:jc w:val="right"/>
      </w:pPr>
      <w:r>
        <w:t>کیوں کہ ایسا انسان فوراً ہی اللہ کی گائیڈنس میں آ جاتا ہے۔ جس آدمی کو اللہ پتہ ہے کہ وہ سنجیدہ ہے اور واقعی سیکھر ہے تو فوراً اس کی رہنمائی کے لیے فرشتے بھیجتا ہے۔</w:t>
      </w:r>
    </w:p>
    <w:p>
      <w:r>
        <w:rPr>
          <w:b/>
        </w:rPr>
        <w:t xml:space="preserve">[19:42] </w:t>
      </w:r>
      <w:r>
        <w:t>farishtey humein dikhai nahi dete lekin farishtey hum ko madad karte rehte hain.</w:t>
      </w:r>
    </w:p>
    <w:p>
      <w:pPr>
        <w:jc w:val="right"/>
      </w:pPr>
      <w:r>
        <w:t>فرشتے ہمیں دکھائی نہیں دیتے لیکن فرشتے ہم کو مدد کرتے رہتے ہیں۔</w:t>
      </w:r>
    </w:p>
    <w:p>
      <w:r>
        <w:rPr>
          <w:b/>
        </w:rPr>
        <w:t xml:space="preserve">[19:51] </w:t>
      </w:r>
      <w:r>
        <w:t>is liye yeh naamumkin hai keh koi aadmi waqatan janna chahe aur phir bhi us ko</w:t>
      </w:r>
    </w:p>
    <w:p>
      <w:pPr>
        <w:jc w:val="right"/>
      </w:pPr>
      <w:r>
        <w:t>اس لیے یہ ناممکن ہے کہ کوئی آدمی واقعتاً جاننا چاہے اور پھر بھی اس کو</w:t>
      </w:r>
    </w:p>
    <w:p>
      <w:r>
        <w:rPr>
          <w:b/>
        </w:rPr>
        <w:t xml:space="preserve">[20:02] </w:t>
      </w:r>
      <w:r>
        <w:t>maloom na ho keh kya sachai hai aur kya akhirat mein kya mamla hone wala hai.</w:t>
      </w:r>
    </w:p>
    <w:p>
      <w:pPr>
        <w:jc w:val="right"/>
      </w:pPr>
      <w:r>
        <w:t>معلوم نہ ہو کہ کیا سچائی ہے اور کیا آخرت میں کیا معاملہ ہونے والا ہے۔</w:t>
      </w:r>
    </w:p>
    <w:p>
      <w:r>
        <w:rPr>
          <w:b/>
        </w:rPr>
        <w:t xml:space="preserve">[20:15] </w:t>
      </w:r>
      <w:r>
        <w:t>to sirf Muhammad Rafi ki maut nahi balkeh har aadmi ke bohat zinda rehne walon ke liye aik aik reminder hai, aik sabak hai.</w:t>
      </w:r>
    </w:p>
    <w:p>
      <w:pPr>
        <w:jc w:val="right"/>
      </w:pPr>
      <w:r>
        <w:t>تو صرف محمد رفیع کی موت نہیں بلکہ ہر آدمی کے بہت زندہ رہنے والوں کے لیے ایک ایک ریمائنڈر ہے، ایک سبق ہے۔</w:t>
      </w:r>
    </w:p>
    <w:p>
      <w:r>
        <w:rPr>
          <w:b/>
        </w:rPr>
        <w:t xml:space="preserve">[20:31] </w:t>
      </w:r>
      <w:r>
        <w:t>aap jante hain keh dunya mein har minute koi na koi marta hai. rozana. har waqt koi na koi marta hai.</w:t>
      </w:r>
    </w:p>
    <w:p>
      <w:pPr>
        <w:jc w:val="right"/>
      </w:pPr>
      <w:r>
        <w:t>آپ جانتے ہیں کہ دنیا میں ہر منٹ کوئی نہ کوئی مرتا ہے۔ روزانہ۔ ہر وقت کوئی نہ کوئی مرتا ہے۔</w:t>
      </w:r>
    </w:p>
    <w:p>
      <w:r>
        <w:rPr>
          <w:b/>
        </w:rPr>
        <w:t xml:space="preserve">[20:42] </w:t>
      </w:r>
      <w:r>
        <w:t>to kahenge har marne wala lamha ba lamha humein yaad dila raha hai keh aye insaan</w:t>
      </w:r>
    </w:p>
    <w:p>
      <w:pPr>
        <w:jc w:val="right"/>
      </w:pPr>
      <w:r>
        <w:t>تو کہیں گے ہر مرنے والا لمحہ بہ لمحہ ہمیں یاد دلا رہا ہے کہ اے انسان</w:t>
      </w:r>
    </w:p>
    <w:p>
      <w:r>
        <w:rPr>
          <w:b/>
        </w:rPr>
        <w:t xml:space="preserve">[20:49] </w:t>
      </w:r>
      <w:r>
        <w:t>! tu bhi marne wala hai.</w:t>
      </w:r>
    </w:p>
    <w:p>
      <w:pPr>
        <w:jc w:val="right"/>
      </w:pPr>
      <w:r>
        <w:t>! تو بھی مرنے والا ہے۔</w:t>
      </w:r>
    </w:p>
    <w:p>
      <w:r>
        <w:rPr>
          <w:b/>
        </w:rPr>
        <w:t xml:space="preserve">[20:54] </w:t>
      </w:r>
      <w:r>
        <w:t>kabhi koi bimari se marta hai, kabhi koi boorha ho kar marta hai, kabhi koi accident se marta hai. marte to sab log hain.</w:t>
      </w:r>
    </w:p>
    <w:p>
      <w:pPr>
        <w:jc w:val="right"/>
      </w:pPr>
      <w:r>
        <w:t>کبھی کوئی بیماری سے مرتا ہے، کبھی کوئی بوڑھا ہو کر مرتا ہے، کبھی کوئی ایکسیڈنٹ سے مرتا ہے۔ مرتے تو سب لوگ ہیں۔</w:t>
      </w:r>
    </w:p>
    <w:p>
      <w:r>
        <w:rPr>
          <w:b/>
        </w:rPr>
        <w:t xml:space="preserve">[21:05] </w:t>
      </w:r>
      <w:r>
        <w:t>hum aankhon se dekhte hain, khabrein sunte hain. media se aap ko pata chalta hai aaj yeh bura, aaj yeh bura, aaj yeh bura.</w:t>
      </w:r>
    </w:p>
    <w:p>
      <w:pPr>
        <w:jc w:val="right"/>
      </w:pPr>
      <w:r>
        <w:t>ہم آنکھوں سے دیکھتے ہیں، خبریں سنتے ہیں۔ میڈیا سے آپ کو پتہ چلتا ہے آج یہ برا، آج یہ برا، آج یہ برا۔</w:t>
      </w:r>
    </w:p>
    <w:p>
      <w:r>
        <w:rPr>
          <w:b/>
        </w:rPr>
        <w:t xml:space="preserve">[21:14] </w:t>
      </w:r>
      <w:r>
        <w:t>yeh sab cheezein hain, reminder hain is baat ke keh tumhein bhi marna hai.</w:t>
      </w:r>
    </w:p>
    <w:p>
      <w:pPr>
        <w:jc w:val="right"/>
      </w:pPr>
      <w:r>
        <w:t>یہ سب چیزیں ہیں، ریمائنڈر ہیں اس بات کے کہ تمہیں بھی مرنا ہے۔</w:t>
      </w:r>
    </w:p>
    <w:p>
      <w:r>
        <w:rPr>
          <w:b/>
        </w:rPr>
        <w:t xml:space="preserve">[21:21] </w:t>
      </w:r>
      <w:r>
        <w:t>tumhare sath bhi yeh waqea pesh aane wala hai keh tumhara jo countdown ho raha hai woh khatam ho. hum sab ka countdown ho raha hai.</w:t>
      </w:r>
    </w:p>
    <w:p>
      <w:pPr>
        <w:jc w:val="right"/>
      </w:pPr>
      <w:r>
        <w:t>تمہارے ساتھ بھی یہ واقعہ پیش آنے والا ہے کہ تمہارا جو کاؤنٹ ڈاؤن ہو رہا ہے وہ ختم ہو۔ ہم سب کا کاؤنٹ ڈاؤن ہو رہا ہے۔</w:t>
      </w:r>
    </w:p>
    <w:p>
      <w:r>
        <w:rPr>
          <w:b/>
        </w:rPr>
        <w:t xml:space="preserve">[21:32] </w:t>
      </w:r>
      <w:r>
        <w:t>yani ulti ginti ho rahi hai.</w:t>
      </w:r>
    </w:p>
    <w:p>
      <w:pPr>
        <w:jc w:val="right"/>
      </w:pPr>
      <w:r>
        <w:t>یعنی الٹی گنتی ہو رہی ہے۔</w:t>
      </w:r>
    </w:p>
    <w:p>
      <w:r>
        <w:rPr>
          <w:b/>
        </w:rPr>
        <w:t xml:space="preserve">[21:37] </w:t>
      </w:r>
      <w:r>
        <w:t>to har maut ka har waqea yeh yaad dilata hai keh is ka countdown mukammal ho gaya.</w:t>
      </w:r>
    </w:p>
    <w:p>
      <w:pPr>
        <w:jc w:val="right"/>
      </w:pPr>
      <w:r>
        <w:t>تو ہر موت کا ہر واقعہ یہ یاد دلاتا ہے کہ اس کا کاؤنٹ ڈاؤن مکمل ہو گیا۔</w:t>
      </w:r>
    </w:p>
    <w:p>
      <w:r>
        <w:rPr>
          <w:b/>
        </w:rPr>
        <w:t xml:space="preserve">[21:47] </w:t>
      </w:r>
      <w:r>
        <w:t>aise hi mera bhi countdown aik naye din poora ho jaye ga.</w:t>
      </w:r>
    </w:p>
    <w:p>
      <w:pPr>
        <w:jc w:val="right"/>
      </w:pPr>
      <w:r>
        <w:t>ایسے ہی میرا بھی کاؤنٹ ڈاؤن ایک نئے دن پورا ہو جائے گا۔</w:t>
      </w:r>
    </w:p>
    <w:p>
      <w:r>
        <w:rPr>
          <w:b/>
        </w:rPr>
        <w:t xml:space="preserve">[21:57] </w:t>
      </w:r>
      <w:r>
        <w:t>to mein samajhta hoon keh yeh sab se bara sabak hai jo aadmi ko is dunya mein lena chahiye.</w:t>
      </w:r>
    </w:p>
    <w:p>
      <w:pPr>
        <w:jc w:val="right"/>
      </w:pPr>
      <w:r>
        <w:t>تو میں سمجھتا ہوں کہ یہ سب سے بڑا سبق ہے جو آدمی کو اس دنیا میں لینا چاہیے۔</w:t>
      </w:r>
    </w:p>
    <w:p>
      <w:r>
        <w:rPr>
          <w:b/>
        </w:rPr>
        <w:t xml:space="preserve">[22:10] </w:t>
      </w:r>
      <w:r>
        <w:t>kyun keh dekhiye maut ka sab se bara pehlu yeh hai keh maut aati hai point of no return par.</w:t>
      </w:r>
    </w:p>
    <w:p>
      <w:pPr>
        <w:jc w:val="right"/>
      </w:pPr>
      <w:r>
        <w:t>کیوں کہ دیکھیے موت کا سب سے بڑا پہلو یہ ہے کہ موت آتی ہے پوائنٹ آف نو ریٹرن پر۔</w:t>
      </w:r>
    </w:p>
    <w:p>
      <w:r>
        <w:rPr>
          <w:b/>
        </w:rPr>
        <w:t xml:space="preserve">[22:21] </w:t>
      </w:r>
      <w:r>
        <w:t>hum safar karte hain, hamein sir se safar karta hai. is ko pata hota hai ke main wahan jaon ga, phir lot aaon ga. ab aajaz se aap jate hain to aap ki jeeb mein return ticket hota hai.</w:t>
      </w:r>
    </w:p>
    <w:p>
      <w:pPr>
        <w:jc w:val="right"/>
      </w:pPr>
      <w:r>
        <w:t>ہم سفر کرتے ہیں، ہمیں سر سے سفر کرتا ہے۔ اس کو پتہ ہوتا ہے کہ میں وہاں جاؤں گا، پھر لوٹ آؤں گا۔ اب آجاز سے آپ جاتے ہیں تو آپ کی جیب میں ریٹرن ٹکٹ ہوتا ہے۔</w:t>
      </w:r>
    </w:p>
    <w:p>
      <w:r>
        <w:rPr>
          <w:b/>
        </w:rPr>
        <w:t xml:space="preserve">[22:35] </w:t>
      </w:r>
      <w:r>
        <w:t>to har safar ke sath aap ko poora itminan hota hai ke main wapas aa jaon ga phir dobara apne ghar par, apni family mein, apne mahol mein.</w:t>
      </w:r>
    </w:p>
    <w:p>
      <w:pPr>
        <w:jc w:val="right"/>
      </w:pPr>
      <w:r>
        <w:t>تو ہر سفر کے ساتھ آپ کو پورا اطمینان ہوتا ہے کہ میں واپس آ جاؤں گا پھر دوبارہ اپنے گھر پر، اپنی فیملی میں، اپنے ماحول میں۔</w:t>
      </w:r>
    </w:p>
    <w:p>
      <w:r>
        <w:rPr>
          <w:b/>
        </w:rPr>
        <w:t xml:space="preserve">[22:50] </w:t>
      </w:r>
      <w:r>
        <w:t>lekin maut aik aisa safar hai jo point of no return ki qeemat mein hota hai. yani maut aa gayi to phir wapas hi nahi hai.</w:t>
      </w:r>
    </w:p>
    <w:p>
      <w:pPr>
        <w:jc w:val="right"/>
      </w:pPr>
      <w:r>
        <w:t>لیکن موت ایک ایسا سفر ہے جو پوائنٹ آف نو ریٹرن کی قیمت میں ہوتا ہے۔ یعنی موت آ گئی تو پھر واپس ہی نہیں ہے۔</w:t>
      </w:r>
    </w:p>
    <w:p>
      <w:r>
        <w:rPr>
          <w:b/>
        </w:rPr>
        <w:t xml:space="preserve">[23:02] </w:t>
      </w:r>
      <w:r>
        <w:t>jab tak zinda hai tab tak zinda hai. maut aa gayi to bas khatam. ab is ke baad hamein jana hai doosri duniya mein.</w:t>
      </w:r>
    </w:p>
    <w:p>
      <w:pPr>
        <w:jc w:val="right"/>
      </w:pPr>
      <w:r>
        <w:t>جب تک زندہ ہے تب تک زندہ ہے۔ موت آ گئی تو بس ختم۔ اب اس کے بعد ہمیں جانا ہے دوسری دنیا میں۔</w:t>
      </w:r>
    </w:p>
    <w:p>
      <w:r>
        <w:rPr>
          <w:b/>
        </w:rPr>
        <w:t xml:space="preserve">[23:11] </w:t>
      </w:r>
      <w:r>
        <w:t>jahan se wapsi nahi hai. jahan hamein eternity ka samna karna hai. eternity ka samna.</w:t>
      </w:r>
    </w:p>
    <w:p>
      <w:pPr>
        <w:jc w:val="right"/>
      </w:pPr>
      <w:r>
        <w:t>جہاں سے واپسی نہیں ہے۔ جہاں ہمیں ایٹرنیٹی کا سامنا کرنا ہے۔ ایٹرنیٹی کا سامنا۔</w:t>
      </w:r>
    </w:p>
    <w:p>
      <w:r>
        <w:rPr>
          <w:b/>
        </w:rPr>
        <w:t xml:space="preserve">[23:24] </w:t>
      </w:r>
      <w:r>
        <w:t>to yeh sab baatein jo hain mujhe yaad aa gayeen jab maine muhammad rafi ka woh woh line suni ke har fikr ko dhuein mein urata chala gaya.</w:t>
      </w:r>
    </w:p>
    <w:p>
      <w:pPr>
        <w:jc w:val="right"/>
      </w:pPr>
      <w:r>
        <w:t>تو یہ سب باتیں جو ہیں مجھے یاد آ گئیں جب میں نے محمد رفیع کا وہ وہ لائن سنی کہ ہر فکر کو دھوئیں میں اڑاتا چلا گیا۔</w:t>
      </w:r>
    </w:p>
    <w:p>
      <w:r>
        <w:rPr>
          <w:b/>
        </w:rPr>
        <w:t xml:space="preserve">[23:42] </w:t>
      </w:r>
      <w:r>
        <w:t>to mujhe ajeeb ehsas hua</w:t>
      </w:r>
    </w:p>
    <w:p>
      <w:pPr>
        <w:jc w:val="right"/>
      </w:pPr>
      <w:r>
        <w:t>تو مجھے عجیب احساس ہوا</w:t>
      </w:r>
    </w:p>
    <w:p>
      <w:r>
        <w:rPr>
          <w:b/>
        </w:rPr>
        <w:t xml:space="preserve">[23:47] </w:t>
      </w:r>
      <w:r>
        <w:t>ke aadmi kitna be khabar hai asal waqe se. aage jo kuch hone wala hai us se woh kitna zyada be khabar hai.</w:t>
      </w:r>
    </w:p>
    <w:p>
      <w:pPr>
        <w:jc w:val="right"/>
      </w:pPr>
      <w:r>
        <w:t>کہ آدمی کتنا بے خبر ہے اصل واقعے سے۔ آگے جو کچھ ہونے والا ہے اس سے وہ کتنا زیادہ بے خبر ہے۔</w:t>
      </w:r>
    </w:p>
    <w:p>
      <w:r>
        <w:rPr>
          <w:b/>
        </w:rPr>
        <w:t xml:space="preserve">[24:00] </w:t>
      </w:r>
      <w:r>
        <w:t>jis tarah un ke sath hua ke studio mein woh apna shandar performance de kar ke wapas ho rahe the ke rastay mein harkat-e-qalb hui, band ho gayi aur woh khatma ho gaya.</w:t>
      </w:r>
    </w:p>
    <w:p>
      <w:pPr>
        <w:jc w:val="right"/>
      </w:pPr>
      <w:r>
        <w:t>جس طرح ان کے ساتھ ہوا کہ اسٹوڈیو میں وہ اپنا شاندار پرفارمنس دے کر کے واپس ہو رہے تھے کہ راستے میں حرکت قلب ہوئی، بند ہو گئی اور وہ خاتمہ ہو گیا۔</w:t>
      </w:r>
    </w:p>
    <w:p>
      <w:r>
        <w:rPr>
          <w:b/>
        </w:rPr>
        <w:t xml:space="preserve">[24:16] </w:t>
      </w:r>
      <w:r>
        <w:t>aise hum mein hum bhi sarsari kai hone wala hai. hum mein sarsari bhi koi na koi performance de raha hai. hum mein sarsari koi na koi apni sahib samajh se kar-nama anjam de raha hai.</w:t>
      </w:r>
    </w:p>
    <w:p>
      <w:pPr>
        <w:jc w:val="right"/>
      </w:pPr>
      <w:r>
        <w:t>ایسے ہم میں ہم بھی سرسری کئی ہونے والا ہے۔ ہم میں سرسری بھی کوئی نہ کوئی پرفارمنس دے رہا ہے۔ ہم میں سرسری کوئی نہ کوئی اپنی صاحب سمجھ سے کارنامہ انجام دے رہا ہے۔</w:t>
      </w:r>
    </w:p>
    <w:p>
      <w:r>
        <w:rPr>
          <w:b/>
        </w:rPr>
        <w:t xml:space="preserve">[24:29] </w:t>
      </w:r>
      <w:r>
        <w:t>lekin idhar kar-nama khatam aur idhar maut ka farishta samne khara hua ho ga. isi ko bataya gaya ke</w:t>
      </w:r>
    </w:p>
    <w:p>
      <w:pPr>
        <w:jc w:val="right"/>
      </w:pPr>
      <w:r>
        <w:t>لیکن ادھر کارنامہ ختم اور ادھر موت کا فرشتہ سامنے کھڑا ہوا ہو گا۔ اسی کو بتایا گیا کہ</w:t>
      </w:r>
    </w:p>
    <w:p>
      <w:r>
        <w:rPr>
          <w:b/>
        </w:rPr>
        <w:t xml:space="preserve">[24:50] </w:t>
      </w:r>
      <w:r>
        <w:t>wallah to har insan ko yeh karna hai ke apni zindagi aur maut ke bare mein aakhri had tak woh sensor ho jaye.</w:t>
      </w:r>
    </w:p>
    <w:p>
      <w:pPr>
        <w:jc w:val="right"/>
      </w:pPr>
      <w:r>
        <w:t>واللہ تو ہر انسان کو یہ کرنا ہے کہ اپنی زندگی اور موت کے بارے میں آخری حد تک وہ سنسر ہو جائے۔</w:t>
      </w:r>
    </w:p>
    <w:p>
      <w:r>
        <w:rPr>
          <w:b/>
        </w:rPr>
        <w:t xml:space="preserve">[25:05] </w:t>
      </w:r>
      <w:r>
        <w:t>bohat hi</w:t>
      </w:r>
    </w:p>
    <w:p>
      <w:pPr>
        <w:jc w:val="right"/>
      </w:pPr>
      <w:r>
        <w:t>بہت ہی</w:t>
      </w:r>
    </w:p>
    <w:p>
      <w:r>
        <w:rPr>
          <w:b/>
        </w:rPr>
        <w:t xml:space="preserve">[25:10] </w:t>
      </w:r>
      <w:r>
        <w:t>gehrai ke sath is par sochein. apni zindagi ki planning karein. har aadmi ko re-planning karna hai, apni priorities ko reset karna hai.</w:t>
      </w:r>
    </w:p>
    <w:p>
      <w:pPr>
        <w:jc w:val="right"/>
      </w:pPr>
      <w:r>
        <w:t>گہرائی کے ساتھ اس پر سوچے۔ اپنی زندگی کی پلاننگ کرے۔ ہر آدمی کو ری پلاننگ کرنا ہے، اپنی پرائیورٹیز کو ری سیٹ کرنا ہے۔</w:t>
      </w:r>
    </w:p>
    <w:p>
      <w:r>
        <w:rPr>
          <w:b/>
        </w:rPr>
        <w:t xml:space="preserve">[25:24] </w:t>
      </w:r>
      <w:r>
        <w:t>har aadmi ne apni koi priority bana rakhi hai jo isi duniya ko le kar hai. akhirat ko le kar nahi hai.</w:t>
      </w:r>
    </w:p>
    <w:p>
      <w:pPr>
        <w:jc w:val="right"/>
      </w:pPr>
      <w:r>
        <w:t>ہر آدمی نے اپنی کوئی پرائیورٹی بنا رکھی ہے جو اسی دنیا کو لے کر ہے۔ آخرت کو لے کر نہیں ہے۔</w:t>
      </w:r>
    </w:p>
    <w:p>
      <w:r>
        <w:rPr>
          <w:b/>
        </w:rPr>
        <w:t xml:space="preserve">[25:34] </w:t>
      </w:r>
      <w:r>
        <w:t>har aadmi ka mamla yeh hai ke woh isi duniya ko le kar is ne apni priorities bana rakhi hain. akhirat ko le kar nahi banaya. to aik shakhs ki maut aadmi ko yaad dilati hai ke aye insan!</w:t>
      </w:r>
    </w:p>
    <w:p>
      <w:pPr>
        <w:jc w:val="right"/>
      </w:pPr>
      <w:r>
        <w:t>ہر آدمی کا معاملہ یہ ہے کہ وہ اسی دنیا کو لے کر اس نے اپنی پرائیورٹیز بنا رکھی ہیں۔ آخرت کو لے کر نہیں بنایا۔ تو ایک شخص کی موت آدمی کو یاد دلاتی ہے کہ اے انسان!</w:t>
      </w:r>
    </w:p>
    <w:p>
      <w:r>
        <w:rPr>
          <w:b/>
        </w:rPr>
        <w:t xml:space="preserve">[25:49] </w:t>
      </w:r>
      <w:r>
        <w:t>apni priorities ko tum reset karo. apni zindagi ki re-planning karo. apne sare mamle ko re-assess karo.</w:t>
      </w:r>
    </w:p>
    <w:p>
      <w:pPr>
        <w:jc w:val="right"/>
      </w:pPr>
      <w:r>
        <w:t>اپنی پرائیورٹیز کو تم ری سیٹ کرو۔ اپنی زندگی کی ری پلاننگ کرو۔ اپنے سارے معاملے کو ری ایسس کرو۔</w:t>
      </w:r>
    </w:p>
    <w:p>
      <w:r>
        <w:rPr>
          <w:b/>
        </w:rPr>
        <w:t xml:space="preserve">[26:01] </w:t>
      </w:r>
      <w:r>
        <w:t>apni sari tarmeemon ko revise karo.</w:t>
      </w:r>
    </w:p>
    <w:p>
      <w:pPr>
        <w:jc w:val="right"/>
      </w:pPr>
      <w:r>
        <w:t>اپنی ساری ترمیموں کو ریوائز کرو۔</w:t>
      </w:r>
    </w:p>
    <w:p>
      <w:r>
        <w:rPr>
          <w:b/>
        </w:rPr>
        <w:t xml:space="preserve">[26:08] </w:t>
      </w:r>
      <w:r>
        <w:t>apni ghaltiyon ko durust karo. apne direction ko sahi karo.</w:t>
      </w:r>
    </w:p>
    <w:p>
      <w:pPr>
        <w:jc w:val="right"/>
      </w:pPr>
      <w:r>
        <w:t>اپنی غلطیوں کو درست کرو۔ اپنے ڈائریکشن کو صحیح کرو۔</w:t>
      </w:r>
    </w:p>
    <w:p>
      <w:r>
        <w:rPr>
          <w:b/>
        </w:rPr>
        <w:t xml:space="preserve">[26:16] </w:t>
      </w:r>
      <w:r>
        <w:t>kya maloom</w:t>
      </w:r>
    </w:p>
    <w:p>
      <w:pPr>
        <w:jc w:val="right"/>
      </w:pPr>
      <w:r>
        <w:t>کیا معلوم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