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Follow Law of the Land 29 Nov 2019 - Maulana Wahiduddin Khan</w:t>
      </w:r>
    </w:p>
    <w:p>
      <w:r>
        <w:t>https://www.youtube.com/watch?v=miwE6TbkdAY</w:t>
      </w:r>
    </w:p>
    <w:p>
      <w:r>
        <w:rPr>
          <w:b/>
        </w:rPr>
        <w:t xml:space="preserve">[00:15] </w:t>
      </w:r>
      <w:r>
        <w:t>dekhen ilm ke bare mein hai la yuti ka juzv hatta tu ti kullak.</w:t>
      </w:r>
    </w:p>
    <w:p>
      <w:pPr>
        <w:jc w:val="right"/>
      </w:pPr>
      <w:r>
        <w:t>دیکھیں علم کے بارے میں ہے لا یوتی کا جزء حتیٰ توتی کُلک۔</w:t>
      </w:r>
    </w:p>
    <w:p>
      <w:r>
        <w:rPr>
          <w:b/>
        </w:rPr>
        <w:t xml:space="preserve">[00:27] </w:t>
      </w:r>
      <w:r>
        <w:t>kya alfaaz hain sahib? kya alfaaz hain? al-ilm la yuti ka juzv hatta tu ti kullak.</w:t>
      </w:r>
    </w:p>
    <w:p>
      <w:pPr>
        <w:jc w:val="right"/>
      </w:pPr>
      <w:r>
        <w:t>کیا الفاظ ہیں صاحب؟ کیا الفاظ ہیں؟ العلم لا یوتی کا جزء حتیٰ توتی کُلک۔</w:t>
      </w:r>
    </w:p>
    <w:p>
      <w:r>
        <w:rPr>
          <w:b/>
        </w:rPr>
        <w:t xml:space="preserve">[00:38] </w:t>
      </w:r>
      <w:r>
        <w:t>tu ti</w:t>
      </w:r>
    </w:p>
    <w:p>
      <w:pPr>
        <w:jc w:val="right"/>
      </w:pPr>
      <w:r>
        <w:t>توتی</w:t>
      </w:r>
    </w:p>
    <w:p>
      <w:r>
        <w:rPr>
          <w:b/>
        </w:rPr>
        <w:t xml:space="preserve">[00:40] </w:t>
      </w:r>
      <w:r>
        <w:t>kullak. yahi kuch aur hai?</w:t>
      </w:r>
    </w:p>
    <w:p>
      <w:pPr>
        <w:jc w:val="right"/>
      </w:pPr>
      <w:r>
        <w:t>کُلک۔ یہی کچھ اور ہے؟</w:t>
      </w:r>
    </w:p>
    <w:p>
      <w:r>
        <w:rPr>
          <w:b/>
        </w:rPr>
        <w:t xml:space="preserve">[00:48] </w:t>
      </w:r>
      <w:r>
        <w:t>la.</w:t>
      </w:r>
    </w:p>
    <w:p>
      <w:pPr>
        <w:jc w:val="right"/>
      </w:pPr>
      <w:r>
        <w:t>لا۔</w:t>
      </w:r>
    </w:p>
    <w:p>
      <w:r>
        <w:rPr>
          <w:b/>
        </w:rPr>
        <w:t xml:space="preserve">[01:00] </w:t>
      </w:r>
      <w:r>
        <w:t>aise bhi hai al-ilm la yuti ka ba'zahu hatta tu ti kullak.</w:t>
      </w:r>
    </w:p>
    <w:p>
      <w:pPr>
        <w:jc w:val="right"/>
      </w:pPr>
      <w:r>
        <w:t>ایسے بھی ہے العلم لا یوتی کا بعضہ حتیٰ توتی کُلک۔</w:t>
      </w:r>
    </w:p>
    <w:p>
      <w:r>
        <w:rPr>
          <w:b/>
        </w:rPr>
        <w:t xml:space="preserve">[01:08] </w:t>
      </w:r>
      <w:r>
        <w:t>to dekhen maal jo hai aisa nahin hai ke koi bhi shakhs dukaan khole paisa aane lagay.</w:t>
      </w:r>
    </w:p>
    <w:p>
      <w:pPr>
        <w:jc w:val="right"/>
      </w:pPr>
      <w:r>
        <w:t>تو دیکھیں مال جو ہے ایسا نہیں ہے کہ کوئی بھی شخص دکان کھولے پیسہ آنے لگے۔</w:t>
      </w:r>
    </w:p>
    <w:p>
      <w:r>
        <w:rPr>
          <w:b/>
        </w:rPr>
        <w:t xml:space="preserve">[01:17] </w:t>
      </w:r>
      <w:r>
        <w:t>aisa nahin hota.</w:t>
      </w:r>
    </w:p>
    <w:p>
      <w:pPr>
        <w:jc w:val="right"/>
      </w:pPr>
      <w:r>
        <w:t>ایسا نہیں ہوتا۔</w:t>
      </w:r>
    </w:p>
    <w:p>
      <w:r>
        <w:rPr>
          <w:b/>
        </w:rPr>
        <w:t xml:space="preserve">[01:30] </w:t>
      </w:r>
      <w:r>
        <w:t>maal kamane ke liye</w:t>
      </w:r>
    </w:p>
    <w:p>
      <w:pPr>
        <w:jc w:val="right"/>
      </w:pPr>
      <w:r>
        <w:t>مال کمانے کے لئے</w:t>
      </w:r>
    </w:p>
    <w:p>
      <w:r>
        <w:rPr>
          <w:b/>
        </w:rPr>
        <w:t xml:space="preserve">[01:39] </w:t>
      </w:r>
      <w:r>
        <w:t>dunya parastana zindagi honi chahiye.</w:t>
      </w:r>
    </w:p>
    <w:p>
      <w:pPr>
        <w:jc w:val="right"/>
      </w:pPr>
      <w:r>
        <w:t>دنیا پرستانہ زندگی ہونی چاہیے۔</w:t>
      </w:r>
    </w:p>
    <w:p>
      <w:r>
        <w:rPr>
          <w:b/>
        </w:rPr>
        <w:t xml:space="preserve">[01:43] </w:t>
      </w:r>
      <w:r>
        <w:t>kya honi chahiye? dunya parastana zindagi.</w:t>
      </w:r>
    </w:p>
    <w:p>
      <w:pPr>
        <w:jc w:val="right"/>
      </w:pPr>
      <w:r>
        <w:t>کیا ہونی چاہیے؟ دنیا پرستانہ زندگی۔</w:t>
      </w:r>
    </w:p>
    <w:p>
      <w:r>
        <w:rPr>
          <w:b/>
        </w:rPr>
        <w:t xml:space="preserve">[01:49] </w:t>
      </w:r>
      <w:r>
        <w:t>khair</w:t>
      </w:r>
    </w:p>
    <w:p>
      <w:pPr>
        <w:jc w:val="right"/>
      </w:pPr>
      <w:r>
        <w:t>خیر</w:t>
      </w:r>
    </w:p>
    <w:p>
      <w:r>
        <w:rPr>
          <w:b/>
        </w:rPr>
        <w:t xml:space="preserve">[01:54] </w:t>
      </w:r>
      <w:r>
        <w:t>achha aaj mein ne iqbal sahib se ek baat kahi thi bhai isi ko dohraiye aap.</w:t>
      </w:r>
    </w:p>
    <w:p>
      <w:pPr>
        <w:jc w:val="right"/>
      </w:pPr>
      <w:r>
        <w:t>اچھا آج میں نے اقبال صاحب سے ایک بات کہی تھی بھئی اسی کو دہرائیے آپ۔</w:t>
      </w:r>
    </w:p>
    <w:p>
      <w:r>
        <w:rPr>
          <w:b/>
        </w:rPr>
        <w:t xml:space="preserve">[02:10] </w:t>
      </w:r>
      <w:r>
        <w:t>iqbal umri, umar abad. maulana yeh keh rahe the ke jo ummat mein transformer bana hua hai woh hai khilafat qaim karna.</w:t>
      </w:r>
    </w:p>
    <w:p>
      <w:pPr>
        <w:jc w:val="right"/>
      </w:pPr>
      <w:r>
        <w:t>اقبال عمری، عمر آباد۔ مولانا یہ کہہ رہے تھے کہ جو امت میں ٹرنس سیٹر بنا ہوا ہے وہ ہے خلافت قائم کرنا۔</w:t>
      </w:r>
    </w:p>
    <w:p>
      <w:r>
        <w:rPr>
          <w:b/>
        </w:rPr>
        <w:t xml:space="preserve">[02:21] </w:t>
      </w:r>
      <w:r>
        <w:t>agar khilafat chhin gayi hai to dobara is ko lad kar lena ya khilafat nahin hai to is ko jo hai qaim karne ki lad kar mehnat karna.</w:t>
      </w:r>
    </w:p>
    <w:p>
      <w:pPr>
        <w:jc w:val="right"/>
      </w:pPr>
      <w:r>
        <w:t>اگر خلافت چھن گئی ہے تو دوبارہ اس کو لڑ کر لینا یا خلافت نہیں ہے تو اس کو جو ہے قائم کرنے کی لڑ کر محنت کرنا۔</w:t>
      </w:r>
    </w:p>
    <w:p>
      <w:r>
        <w:rPr>
          <w:b/>
        </w:rPr>
        <w:t xml:space="preserve">[02:33] </w:t>
      </w:r>
      <w:r>
        <w:t>jabke khilafat imtehan ke liye hai sare insanon ke liye yeh ek sirf ummat-e-muslima ki siyadat ke liye nahin hai.</w:t>
      </w:r>
    </w:p>
    <w:p>
      <w:pPr>
        <w:jc w:val="right"/>
      </w:pPr>
      <w:r>
        <w:t>جبکہ خلافت امتحان کے لئے ہے سارے انسانوں کے لئے یہ ایک صرف امت مسلمہ کی سیادت کے لئے نہیں ہے۔</w:t>
      </w:r>
    </w:p>
    <w:p>
      <w:r>
        <w:rPr>
          <w:b/>
        </w:rPr>
        <w:t xml:space="preserve">[02:43] </w:t>
      </w:r>
      <w:r>
        <w:t>quran mein bilkul wazeh taur se is mein bataya gaya hai ke wa-stakhlafkum fil ardi li-nan-zura kayfa ta'malun. to is wazeh message ke baad bhi ulama ne is ko ab tak nahin samjha hai.</w:t>
      </w:r>
    </w:p>
    <w:p>
      <w:pPr>
        <w:jc w:val="right"/>
      </w:pPr>
      <w:r>
        <w:t>قرآن میں بالکل واضح طور سے اس میں بتایا گیا ہے کہ وَاسْتَخْلِفَكُمْ فِي الْأَرْضِ لِنَنْظُرَ كَيْفَ تَعْمَلُونَ۔ تو اس واضح میسج کے بعد بھی علماء نے اس کو اب تک نہیں سمجھا ہے۔</w:t>
      </w:r>
    </w:p>
    <w:p>
      <w:r>
        <w:rPr>
          <w:b/>
        </w:rPr>
        <w:t xml:space="preserve">[03:03] </w:t>
      </w:r>
      <w:r>
        <w:t>clear hai aap logon ko?</w:t>
      </w:r>
    </w:p>
    <w:p>
      <w:pPr>
        <w:jc w:val="right"/>
      </w:pPr>
      <w:r>
        <w:t>کلیئر ہے آپ لوگوں کو؟</w:t>
      </w:r>
    </w:p>
    <w:p>
      <w:r>
        <w:rPr>
          <w:b/>
        </w:rPr>
        <w:t xml:space="preserve">[03:11] </w:t>
      </w:r>
      <w:r>
        <w:t>clear hai maulana.</w:t>
      </w:r>
    </w:p>
    <w:p>
      <w:pPr>
        <w:jc w:val="right"/>
      </w:pPr>
      <w:r>
        <w:t>کلیئر ہے مولانا۔</w:t>
      </w:r>
    </w:p>
    <w:p>
      <w:r>
        <w:rPr>
          <w:b/>
        </w:rPr>
        <w:t xml:space="preserve">[03:16] </w:t>
      </w:r>
      <w:r>
        <w:t>to dekhen</w:t>
      </w:r>
    </w:p>
    <w:p>
      <w:pPr>
        <w:jc w:val="right"/>
      </w:pPr>
      <w:r>
        <w:t>تو دیکھیں</w:t>
      </w:r>
    </w:p>
    <w:p>
      <w:r>
        <w:rPr>
          <w:b/>
        </w:rPr>
        <w:t xml:space="preserve">[03:20] </w:t>
      </w:r>
      <w:r>
        <w:t>puri millat ki.</w:t>
      </w:r>
    </w:p>
    <w:p>
      <w:pPr>
        <w:jc w:val="right"/>
      </w:pPr>
      <w:r>
        <w:t>پوری ملت کی۔</w:t>
      </w:r>
    </w:p>
    <w:p>
      <w:r>
        <w:rPr>
          <w:b/>
        </w:rPr>
        <w:t xml:space="preserve">[03:26] </w:t>
      </w:r>
      <w:r>
        <w:t>is ko rakh dijiye neeche rakhiye. koi sahib pee sakte hain pee len.</w:t>
      </w:r>
    </w:p>
    <w:p>
      <w:pPr>
        <w:jc w:val="right"/>
      </w:pPr>
      <w:r>
        <w:t>اس کو رکھ دیجئے نیچے رکھیے۔ کوئی صاحب پی سکتے ہیں پی لیں۔</w:t>
      </w:r>
    </w:p>
    <w:p>
      <w:r>
        <w:rPr>
          <w:b/>
        </w:rPr>
        <w:t xml:space="preserve">[03:39] </w:t>
      </w:r>
      <w:r>
        <w:t>main arz kar raha hoon ke poori millat hi isi mein mubtala hogi jis mein yahoodi mubtala hogaye.</w:t>
      </w:r>
    </w:p>
    <w:p>
      <w:pPr>
        <w:jc w:val="right"/>
      </w:pPr>
      <w:r>
        <w:t>میں عرض کر رہا ہوں کہ پوری ملت ہی اسی میں مبتلا ہوگی جس میں یہودی مبتلا ہوگئے۔</w:t>
      </w:r>
    </w:p>
    <w:p>
      <w:r>
        <w:rPr>
          <w:b/>
        </w:rPr>
        <w:t xml:space="preserve">[03:53] </w:t>
      </w:r>
      <w:r>
        <w:t>sab ke sab.</w:t>
      </w:r>
    </w:p>
    <w:p>
      <w:pPr>
        <w:jc w:val="right"/>
      </w:pPr>
      <w:r>
        <w:t>سب کے سب۔</w:t>
      </w:r>
    </w:p>
    <w:p>
      <w:r>
        <w:rPr>
          <w:b/>
        </w:rPr>
        <w:t xml:space="preserve">[04:00] </w:t>
      </w:r>
      <w:r>
        <w:t>is ke liye english mein bohat kitabein likhi gayi hain yahood ke baray mein. to un ke haan aik aik develop hua</w:t>
      </w:r>
    </w:p>
    <w:p>
      <w:pPr>
        <w:jc w:val="right"/>
      </w:pPr>
      <w:r>
        <w:t>اس کے لئے انگلش میں بہت کتابیں لکھی گئی ہیں یہود کے بارے میں۔ تو ان کے ہاں ایک ایک ڈیولپ ہوا</w:t>
      </w:r>
    </w:p>
    <w:p>
      <w:r>
        <w:rPr>
          <w:b/>
        </w:rPr>
        <w:t xml:space="preserve">[04:16] </w:t>
      </w:r>
      <w:r>
        <w:t>wo</w:t>
      </w:r>
    </w:p>
    <w:p>
      <w:pPr>
        <w:jc w:val="right"/>
      </w:pPr>
      <w:r>
        <w:t>وہ</w:t>
      </w:r>
    </w:p>
    <w:p>
      <w:r>
        <w:rPr>
          <w:b/>
        </w:rPr>
        <w:t xml:space="preserve">[04:24] </w:t>
      </w:r>
      <w:r>
        <w:t>Jewish supremacy. Aap mein se koi nikale apne mobile mein Jewish supremacy</w:t>
      </w:r>
    </w:p>
    <w:p>
      <w:pPr>
        <w:jc w:val="right"/>
      </w:pPr>
      <w:r>
        <w:t>جوئش سپر میسج۔ آپ میں سے کوئی نکالے اپنے موبائل میں جوئش سپر میسج</w:t>
      </w:r>
    </w:p>
    <w:p>
      <w:r>
        <w:rPr>
          <w:b/>
        </w:rPr>
        <w:t xml:space="preserve">[04:34] </w:t>
      </w:r>
      <w:r>
        <w:t>. the belief theory and doctrine that the jewish people are superior to all others and should retain control in all relationships.</w:t>
      </w:r>
    </w:p>
    <w:p>
      <w:pPr>
        <w:jc w:val="right"/>
      </w:pPr>
      <w:r>
        <w:t>۔ دا بیلیف تھیوری اور ڈاکٹرین دیٹ دا جوئش پیپل آر سپیریئر ٹو آل ادر اینڈ شوڈ ریٹین کنٹرول ان آل ریلیشن شپس۔</w:t>
      </w:r>
    </w:p>
    <w:p>
      <w:r>
        <w:rPr>
          <w:b/>
        </w:rPr>
        <w:t xml:space="preserve">[04:46] </w:t>
      </w:r>
      <w:r>
        <w:t>samjhe hain? yeh tha yahood ka. hum sardar-e-alam hain.</w:t>
      </w:r>
    </w:p>
    <w:p>
      <w:pPr>
        <w:jc w:val="right"/>
      </w:pPr>
      <w:r>
        <w:t>سمجھے ہیں؟ یہ تھا یہود کا۔ ہم سردار عالم ہیں۔</w:t>
      </w:r>
    </w:p>
    <w:p>
      <w:r>
        <w:rPr>
          <w:b/>
        </w:rPr>
        <w:t xml:space="preserve">[04:58] </w:t>
      </w:r>
      <w:r>
        <w:t>jewish supermacy.</w:t>
      </w:r>
    </w:p>
    <w:p>
      <w:pPr>
        <w:jc w:val="right"/>
      </w:pPr>
      <w:r>
        <w:t>جوئش سپر میسج۔</w:t>
      </w:r>
    </w:p>
    <w:p>
      <w:r>
        <w:rPr>
          <w:b/>
        </w:rPr>
        <w:t xml:space="preserve">[05:03] </w:t>
      </w:r>
      <w:r>
        <w:t>theek wahin aa gaya muslim supermacy.</w:t>
      </w:r>
    </w:p>
    <w:p>
      <w:pPr>
        <w:jc w:val="right"/>
      </w:pPr>
      <w:r>
        <w:t>ٹھیک وہیں آگیا مسلم سپر میسج۔</w:t>
      </w:r>
    </w:p>
    <w:p>
      <w:r>
        <w:rPr>
          <w:b/>
        </w:rPr>
        <w:t xml:space="preserve">[05:29] </w:t>
      </w:r>
      <w:r>
        <w:t>yeh jad ki baat hai. number 29 mein yahi aata hai ke unhon ne</w:t>
      </w:r>
    </w:p>
    <w:p>
      <w:pPr>
        <w:jc w:val="right"/>
      </w:pPr>
      <w:r>
        <w:t>یہ جڑ کی بات ہے۔ نمبر 29 میں یہی آتا ہے کہ انہوں نے</w:t>
      </w:r>
    </w:p>
    <w:p>
      <w:r>
        <w:rPr>
          <w:b/>
        </w:rPr>
        <w:t xml:space="preserve">[05:46] </w:t>
      </w:r>
      <w:r>
        <w:t>jo quran mein aaya hai ke faddalnakum alal alameen. to</w:t>
      </w:r>
    </w:p>
    <w:p>
      <w:pPr>
        <w:jc w:val="right"/>
      </w:pPr>
      <w:r>
        <w:t>جو قرآن میں آیا ہے کہ فَضِلَّكُمْ عَلَى الْعَالَمِينَ۔ تو</w:t>
      </w:r>
    </w:p>
    <w:p>
      <w:r>
        <w:rPr>
          <w:b/>
        </w:rPr>
        <w:t xml:space="preserve">[05:56] </w:t>
      </w:r>
      <w:r>
        <w:t>unhon ne samajh liya ke hum superior hain. is se un ke andar jewish supermacy ka nazariya develop hua.</w:t>
      </w:r>
    </w:p>
    <w:p>
      <w:pPr>
        <w:jc w:val="right"/>
      </w:pPr>
      <w:r>
        <w:t>انہوں نے سمجھ لیا کہ ہم سپیریئر ہیں۔ اس سے ان کے اندر جوئش سپر میسج کا نظریہ ڈیولپ ہوا۔</w:t>
      </w:r>
    </w:p>
    <w:p>
      <w:r>
        <w:rPr>
          <w:b/>
        </w:rPr>
        <w:t xml:space="preserve">[06:09] </w:t>
      </w:r>
      <w:r>
        <w:t>is par bohat kitabein english mein hain. poori tareekh is par hai.</w:t>
      </w:r>
    </w:p>
    <w:p>
      <w:pPr>
        <w:jc w:val="right"/>
      </w:pPr>
      <w:r>
        <w:t>اس پر بہت کتابیں انگلش میں ہیں۔ پوری تاریخ اس پر ہے۔</w:t>
      </w:r>
    </w:p>
    <w:p>
      <w:r>
        <w:rPr>
          <w:b/>
        </w:rPr>
        <w:t xml:space="preserve">[06:18] </w:t>
      </w:r>
      <w:r>
        <w:t>to musalmanon mein bhi wahi develop hua. wo jo jo tha na khair ummatakum itni khair ummatakum.</w:t>
      </w:r>
    </w:p>
    <w:p>
      <w:pPr>
        <w:jc w:val="right"/>
      </w:pPr>
      <w:r>
        <w:t>تو مسلمانوں میں بھی وہی ڈیولپ ہوا۔ وہ جو جو تھا نا خیر امتکم اتنی خیر امتکم۔</w:t>
      </w:r>
    </w:p>
    <w:p>
      <w:r>
        <w:rPr>
          <w:b/>
        </w:rPr>
        <w:t xml:space="preserve">[06:28] </w:t>
      </w:r>
      <w:r>
        <w:t>to isi ko le kar ke banaya ke hum superior hain. ab yahan par jo lafz tha un ke paas khaleefa tha us ko le liya unhon ne.</w:t>
      </w:r>
    </w:p>
    <w:p>
      <w:pPr>
        <w:jc w:val="right"/>
      </w:pPr>
      <w:r>
        <w:t>تو اسی کو لے کر کے بنایا کہ ہم سپیریئر ہیں۔ اب یہاں پر جو لفظ تھا ان کے پاس خلیفہ تھا اس کو لے لیا انہوں نے۔</w:t>
      </w:r>
    </w:p>
    <w:p>
      <w:r>
        <w:rPr>
          <w:b/>
        </w:rPr>
        <w:t xml:space="preserve">[06:40] </w:t>
      </w:r>
      <w:r>
        <w:t>hum khaleefat-ul-alam hain.</w:t>
      </w:r>
    </w:p>
    <w:p>
      <w:pPr>
        <w:jc w:val="right"/>
      </w:pPr>
      <w:r>
        <w:t>ہم خلیفۃ العالم ہیں۔</w:t>
      </w:r>
    </w:p>
    <w:p>
      <w:r>
        <w:rPr>
          <w:b/>
        </w:rPr>
        <w:t xml:space="preserve">[06:47] </w:t>
      </w:r>
      <w:r>
        <w:t>khaleefa hai to hai nahi hai to seen o sab user par hain.</w:t>
      </w:r>
    </w:p>
    <w:p>
      <w:pPr>
        <w:jc w:val="right"/>
      </w:pPr>
      <w:r>
        <w:t>خلیفۃ ہے تو ہے نہیں ہے تو سین و سب یوزر پر ہیں۔</w:t>
      </w:r>
    </w:p>
    <w:p>
      <w:r>
        <w:rPr>
          <w:b/>
        </w:rPr>
        <w:t xml:space="preserve">[06:58] </w:t>
      </w:r>
      <w:r>
        <w:t>aik to is mein islami khilafat thi to thi jab nahi rahi to bas cheenna hai.</w:t>
      </w:r>
    </w:p>
    <w:p>
      <w:pPr>
        <w:jc w:val="right"/>
      </w:pPr>
      <w:r>
        <w:t>ایک تو اس میں اسلامی خلافت تھی تو تھی جب نہیں رہی تو بس چھیننا ہے۔</w:t>
      </w:r>
    </w:p>
    <w:p>
      <w:r>
        <w:rPr>
          <w:b/>
        </w:rPr>
        <w:t xml:space="preserve">[07:11] </w:t>
      </w:r>
      <w:r>
        <w:t>asal jo tha yeh sab shaitan ka hua. asal jo tha dawat thi. itne dete baray paimane par shaitan ne dawat se mizaj hataya musalmanon ka ke koi janta hi nahi ke dawat hamara mission hai.</w:t>
      </w:r>
    </w:p>
    <w:p>
      <w:pPr>
        <w:jc w:val="right"/>
      </w:pPr>
      <w:r>
        <w:t>اصل جو تھا یہ سب شیطان کا ہوا۔ اصل جو تھا دعوت تھا۔ اتنے دیتے بڑے پیمانے پر شیطان نے دعوت سے مزاج ہٹایا مسلمانوں کا کہ کوئی جانتا ہی نہیں کہ دعوت ہمارا مشن ہے۔</w:t>
      </w:r>
    </w:p>
    <w:p>
      <w:r>
        <w:rPr>
          <w:b/>
        </w:rPr>
        <w:t xml:space="preserve">[07:30] </w:t>
      </w:r>
      <w:r>
        <w:t>hamare sath do naujawan bhi aa kar baithe hue hain. hmm is mohallay ke do residents bhi yahan aa kar baithe hue hain hamare sath. kaun baitha hua hai?</w:t>
      </w:r>
    </w:p>
    <w:p>
      <w:pPr>
        <w:jc w:val="right"/>
      </w:pPr>
      <w:r>
        <w:t>ہمارے ساتھ دو نوجوان بھی آ کر بیٹھے ہوئے ہیں۔ ہمم اس محلے کے دو ریزیڈنٹس بھی یہاں آ کر بیٹھے ہوئے ہیں ہمارے ساتھ۔ کون بیٹھا ہوا ہے؟</w:t>
      </w:r>
    </w:p>
    <w:p>
      <w:r>
        <w:rPr>
          <w:b/>
        </w:rPr>
        <w:t xml:space="preserve">[07:40] </w:t>
      </w:r>
      <w:r>
        <w:t>ji hum. hmm naam? mera naam Muhammad Waseem hai. Muhammad Waseem hai un ka naam.</w:t>
      </w:r>
    </w:p>
    <w:p>
      <w:pPr>
        <w:jc w:val="right"/>
      </w:pPr>
      <w:r>
        <w:t>جی ہم۔ ہمم نام؟ میرا نام محمد وسیم ہے۔ محمد وسیم ہے ان کا نام۔</w:t>
      </w:r>
    </w:p>
    <w:p>
      <w:r>
        <w:rPr>
          <w:b/>
        </w:rPr>
        <w:t xml:space="preserve">[07:48] </w:t>
      </w:r>
      <w:r>
        <w:t>pehli baar aaye hain? ji pehli baar hain. kya karte hain aap? kya karte hain? hum real estate ka kaam karte hain. real estate ka kaam karte hain?</w:t>
      </w:r>
    </w:p>
    <w:p>
      <w:pPr>
        <w:jc w:val="right"/>
      </w:pPr>
      <w:r>
        <w:t>پہلی بار آئے ہیں؟ جی پہلی بار ہیں۔ کیا کرتے ہیں آپ؟ کیا کرتے ہیں؟ ہم ریل اسٹیٹ کا کام کرتے ہیں۔ ریل اسٹیٹ کا کام کرتے ہیں؟</w:t>
      </w:r>
    </w:p>
    <w:p>
      <w:r>
        <w:rPr>
          <w:b/>
        </w:rPr>
        <w:t xml:space="preserve">[08:01] </w:t>
      </w:r>
      <w:r>
        <w:t>real estate.</w:t>
      </w:r>
    </w:p>
    <w:p>
      <w:pPr>
        <w:jc w:val="right"/>
      </w:pPr>
      <w:r>
        <w:t>ریل اسٹیٹ۔</w:t>
      </w:r>
    </w:p>
    <w:p>
      <w:r>
        <w:rPr>
          <w:b/>
        </w:rPr>
        <w:t xml:space="preserve">[08:07] </w:t>
      </w:r>
      <w:r>
        <w:t>aur aik hain Muhammad Naeem. hain? Muhammad Naeem aik aur doosre naujawan hain. aap jante hain real estate kaise hai?</w:t>
      </w:r>
    </w:p>
    <w:p>
      <w:pPr>
        <w:jc w:val="right"/>
      </w:pPr>
      <w:r>
        <w:t>اور ایک ہیں محمد نعیم۔ ہیں؟ محمد نعیم ایک اور دوسرے نوجوان ہیں۔ آپ جانتے ہیں ریل اسٹیٹ کیسے ہے؟</w:t>
      </w:r>
    </w:p>
    <w:p>
      <w:r>
        <w:rPr>
          <w:b/>
        </w:rPr>
        <w:t xml:space="preserve">[08:16] </w:t>
      </w:r>
      <w:r>
        <w:t>keh ji yeh bataiye. What is real estate? Real estate proper</w:t>
      </w:r>
    </w:p>
    <w:p>
      <w:pPr>
        <w:jc w:val="right"/>
      </w:pPr>
      <w:r>
        <w:t>کہ جی یہ بتائیے۔ واٹ از ریل اسٹیٹ؟ ریل اسٹیٹ پراپر</w:t>
      </w:r>
    </w:p>
    <w:p>
      <w:r>
        <w:rPr>
          <w:b/>
        </w:rPr>
        <w:t xml:space="preserve">[08:22] </w:t>
      </w:r>
      <w:r>
        <w:t>ty. hain property mein deal karte hain aap? yeh to hua nahin.</w:t>
      </w:r>
    </w:p>
    <w:p>
      <w:pPr>
        <w:jc w:val="right"/>
      </w:pPr>
      <w:r>
        <w:t>ٹی۔ ہیں پراپرٹی میں ڈیل کرتے ہیں آپ؟ یہ تو ہوا نہیں۔</w:t>
      </w:r>
    </w:p>
    <w:p>
      <w:r>
        <w:rPr>
          <w:b/>
        </w:rPr>
        <w:t xml:space="preserve">[08:32] </w:t>
      </w:r>
      <w:r>
        <w:t>yeh word const chala jante hain? word const. acha acha acha yeh to bohat purana word hai jo chal raha hai.</w:t>
      </w:r>
    </w:p>
    <w:p>
      <w:pPr>
        <w:jc w:val="right"/>
      </w:pPr>
      <w:r>
        <w:t>یہ ورڈ کانسٹ چلا جانتے ہیں؟ ورڈ کانسٹ۔ اچھا اچھا اچھا یہ تو بہت پرانا ورڈ ہے جو چل رہا ہے۔</w:t>
      </w:r>
    </w:p>
    <w:p>
      <w:r>
        <w:rPr>
          <w:b/>
        </w:rPr>
        <w:t xml:space="preserve">[08:45] </w:t>
      </w:r>
      <w:r>
        <w:t>film? nahin maloom Maulana.</w:t>
      </w:r>
    </w:p>
    <w:p>
      <w:pPr>
        <w:jc w:val="right"/>
      </w:pPr>
      <w:r>
        <w:t>فلم؟ نہیں معلوم مولانا۔</w:t>
      </w:r>
    </w:p>
    <w:p>
      <w:r>
        <w:rPr>
          <w:b/>
        </w:rPr>
        <w:t xml:space="preserve">[08:49] </w:t>
      </w:r>
      <w:r>
        <w:t>bohat pehle ki baat hai mein America gaya.</w:t>
      </w:r>
    </w:p>
    <w:p>
      <w:pPr>
        <w:jc w:val="right"/>
      </w:pPr>
      <w:r>
        <w:t>بہت پہلے کی بات ہے میں امریکہ گیا۔</w:t>
      </w:r>
    </w:p>
    <w:p>
      <w:r>
        <w:rPr>
          <w:b/>
        </w:rPr>
        <w:t xml:space="preserve">[08:59] </w:t>
      </w:r>
      <w:r>
        <w:t>woh wahan aik sahib hain Shabbir Aslam.</w:t>
      </w:r>
    </w:p>
    <w:p>
      <w:pPr>
        <w:jc w:val="right"/>
      </w:pPr>
      <w:r>
        <w:t>وہ وہاں ایک صاحب ہیں شبیر اسلم۔</w:t>
      </w:r>
    </w:p>
    <w:p>
      <w:r>
        <w:rPr>
          <w:b/>
        </w:rPr>
        <w:t xml:space="preserve">[09:06] </w:t>
      </w:r>
      <w:r>
        <w:t>unhon ne bataya aik aadmi aaya</w:t>
      </w:r>
    </w:p>
    <w:p>
      <w:pPr>
        <w:jc w:val="right"/>
      </w:pPr>
      <w:r>
        <w:t>انہوں نے بتایا ایک آدمی آیا</w:t>
      </w:r>
    </w:p>
    <w:p>
      <w:r>
        <w:rPr>
          <w:b/>
        </w:rPr>
        <w:t xml:space="preserve">[09:11] </w:t>
      </w:r>
      <w:r>
        <w:t>us ne ailan kiya goya aap logon ko paisa kamane ka raaz bataunga raaz.</w:t>
      </w:r>
    </w:p>
    <w:p>
      <w:pPr>
        <w:jc w:val="right"/>
      </w:pPr>
      <w:r>
        <w:t>اس نے اعلان کیا گویا آپ لوگوں کو پیسہ کمانے کا راز بتاؤں گا راز۔</w:t>
      </w:r>
    </w:p>
    <w:p>
      <w:r>
        <w:rPr>
          <w:b/>
        </w:rPr>
        <w:t xml:space="preserve">[09:22] </w:t>
      </w:r>
      <w:r>
        <w:t>paanch arab dollar fees hogi.</w:t>
      </w:r>
    </w:p>
    <w:p>
      <w:pPr>
        <w:jc w:val="right"/>
      </w:pPr>
      <w:r>
        <w:t>پانچ ارب ڈالر فیس ہوگی۔</w:t>
      </w:r>
    </w:p>
    <w:p>
      <w:r>
        <w:rPr>
          <w:b/>
        </w:rPr>
        <w:t xml:space="preserve">[09:28] </w:t>
      </w:r>
      <w:r>
        <w:t>paanch dollar fees hogi. sab idhar chale gaye. kitne faide paanch arab dollar diye hain ya nahin?</w:t>
      </w:r>
    </w:p>
    <w:p>
      <w:pPr>
        <w:jc w:val="right"/>
      </w:pPr>
      <w:r>
        <w:t>پانچ ڈالر فیس ہوگی۔ سب ادھر چلے گئے۔ کتنے فائدے پانچ ارب ڈالر دیے ہیں یا نہیں؟</w:t>
      </w:r>
    </w:p>
    <w:p>
      <w:r>
        <w:rPr>
          <w:b/>
        </w:rPr>
        <w:t xml:space="preserve">[09:40] </w:t>
      </w:r>
      <w:r>
        <w:t>yeh pehle aisa hota hai na yeh keh chalo bhai paanch arab dollar mitti mitti dalte hain. kuch dekhen kya batata hai yeh aadmi.</w:t>
      </w:r>
    </w:p>
    <w:p>
      <w:pPr>
        <w:jc w:val="right"/>
      </w:pPr>
      <w:r>
        <w:t>یہ پہلے ایسا ہوتا ہے نا یہ کہ چلو بھئی پانچ ارب ڈالر مٹی مٹی ڈالتے ہیں۔ کچھ دیکھیں کیا بتاتا ہے یہ آدمی۔</w:t>
      </w:r>
    </w:p>
    <w:p>
      <w:r>
        <w:rPr>
          <w:b/>
        </w:rPr>
        <w:t xml:space="preserve">[10:00] </w:t>
      </w:r>
      <w:r>
        <w:t>to us ne bataya keh</w:t>
      </w:r>
    </w:p>
    <w:p>
      <w:pPr>
        <w:jc w:val="right"/>
      </w:pPr>
      <w:r>
        <w:t>تو اس نے بتایا کہ</w:t>
      </w:r>
    </w:p>
    <w:p>
      <w:r>
        <w:rPr>
          <w:b/>
        </w:rPr>
        <w:t xml:space="preserve">[10:17] </w:t>
      </w:r>
      <w:r>
        <w:t>mujhe nahin yeh nut nikla tha real estate.</w:t>
      </w:r>
    </w:p>
    <w:p>
      <w:pPr>
        <w:jc w:val="right"/>
      </w:pPr>
      <w:r>
        <w:t>مجھے نہیں یہ نٹ نکلا تھا ریل اسٹیٹ۔</w:t>
      </w:r>
    </w:p>
    <w:p>
      <w:r>
        <w:rPr>
          <w:b/>
        </w:rPr>
        <w:t xml:space="preserve">[10:28] </w:t>
      </w:r>
      <w:r>
        <w:t>us ne bataya keh real estate to zameen hai woh koi real estate nahin hai.</w:t>
      </w:r>
    </w:p>
    <w:p>
      <w:pPr>
        <w:jc w:val="right"/>
      </w:pPr>
      <w:r>
        <w:t>اس نے بتایا کہ ریل اسٹیٹ تو زمین ہے وہ کوئی ریل اسٹیٹ نہیں ہے۔</w:t>
      </w:r>
    </w:p>
    <w:p>
      <w:r>
        <w:rPr>
          <w:b/>
        </w:rPr>
        <w:t xml:space="preserve">[10:43] </w:t>
      </w:r>
      <w:r>
        <w:t>us ne bataya keh aap log</w:t>
      </w:r>
    </w:p>
    <w:p>
      <w:pPr>
        <w:jc w:val="right"/>
      </w:pPr>
      <w:r>
        <w:t>اس نے بتایا کہ آپ لوگ</w:t>
      </w:r>
    </w:p>
    <w:p>
      <w:r>
        <w:rPr>
          <w:b/>
        </w:rPr>
        <w:t xml:space="preserve">[10:47] </w:t>
      </w:r>
      <w:r>
        <w:t>property ka business karo. aaj to tum property khareedoge is ka daam barhta jayega.</w:t>
      </w:r>
    </w:p>
    <w:p>
      <w:pPr>
        <w:jc w:val="right"/>
      </w:pPr>
      <w:r>
        <w:t>پراپرٹی کا بزنس کرو۔ آج تو تم پراپرٹی خریدو گے اس کا دام بڑھتا جائے گا۔</w:t>
      </w:r>
    </w:p>
    <w:p>
      <w:r>
        <w:rPr>
          <w:b/>
        </w:rPr>
        <w:t xml:space="preserve">[10:58] </w:t>
      </w:r>
      <w:r>
        <w:t>aur koi logon ko ghar ghar ghar karta jayega.</w:t>
      </w:r>
    </w:p>
    <w:p>
      <w:pPr>
        <w:jc w:val="right"/>
      </w:pPr>
      <w:r>
        <w:t>اور کوئی لوگوں کو گھر گھر گھر کرتا جائے گا۔</w:t>
      </w:r>
    </w:p>
    <w:p>
      <w:r>
        <w:rPr>
          <w:b/>
        </w:rPr>
        <w:t xml:space="preserve">[11:09] </w:t>
      </w:r>
      <w:r>
        <w:t>to zahir hai sahib ke samajh aa gayi.</w:t>
      </w:r>
    </w:p>
    <w:p>
      <w:pPr>
        <w:jc w:val="right"/>
      </w:pPr>
      <w:r>
        <w:t>تو ظاہر ہے صاحب کے سمجھ آ گئی۔</w:t>
      </w:r>
    </w:p>
    <w:p>
      <w:r>
        <w:rPr>
          <w:b/>
        </w:rPr>
        <w:t xml:space="preserve">[11:17] </w:t>
      </w:r>
      <w:r>
        <w:t>to property real estate ka matlab hai property business. property.</w:t>
      </w:r>
    </w:p>
    <w:p>
      <w:pPr>
        <w:jc w:val="right"/>
      </w:pPr>
      <w:r>
        <w:t>تو پراپرٹی ریل اسٹیٹ کا مطلب ہے پراپرٹی بزنس۔ پراپرٹی۔</w:t>
      </w:r>
    </w:p>
    <w:p>
      <w:r>
        <w:rPr>
          <w:b/>
        </w:rPr>
        <w:t xml:space="preserve">[11:26] </w:t>
      </w:r>
      <w:r>
        <w:t>business shuru kiya. aur bohat paisa kamaya.</w:t>
      </w:r>
    </w:p>
    <w:p>
      <w:pPr>
        <w:jc w:val="right"/>
      </w:pPr>
      <w:r>
        <w:t>بزنس شروع کیا۔ اور بہت پیسہ کمایا۔</w:t>
      </w:r>
    </w:p>
    <w:p>
      <w:r>
        <w:rPr>
          <w:b/>
        </w:rPr>
        <w:t xml:space="preserve">[11:36] </w:t>
      </w:r>
      <w:r>
        <w:t>aath department khole unhon ne America mein.</w:t>
      </w:r>
    </w:p>
    <w:p>
      <w:pPr>
        <w:jc w:val="right"/>
      </w:pPr>
      <w:r>
        <w:t>آٹھ ڈیپارٹمنٹ کھولے انہوں نے امریکہ میں۔</w:t>
      </w:r>
    </w:p>
    <w:p>
      <w:r>
        <w:rPr>
          <w:b/>
        </w:rPr>
        <w:t xml:space="preserve">[11:42] </w:t>
      </w:r>
      <w:r>
        <w:t>aur paise hi paise.</w:t>
      </w:r>
    </w:p>
    <w:p>
      <w:pPr>
        <w:jc w:val="right"/>
      </w:pPr>
      <w:r>
        <w:t>اور پیسے ہی پیسے۔</w:t>
      </w:r>
    </w:p>
    <w:p>
      <w:r>
        <w:rPr>
          <w:b/>
        </w:rPr>
        <w:t xml:space="preserve">[12:01] </w:t>
      </w:r>
      <w:r>
        <w:t>phir kya hua?</w:t>
      </w:r>
    </w:p>
    <w:p>
      <w:pPr>
        <w:jc w:val="right"/>
      </w:pPr>
      <w:r>
        <w:t>پھر کیا ہوا؟</w:t>
      </w:r>
    </w:p>
    <w:p>
      <w:r>
        <w:rPr>
          <w:b/>
        </w:rPr>
        <w:t xml:space="preserve">[12:06] </w:t>
      </w:r>
      <w:r>
        <w:t>unki do larkiyan theen.</w:t>
      </w:r>
    </w:p>
    <w:p>
      <w:pPr>
        <w:jc w:val="right"/>
      </w:pPr>
      <w:r>
        <w:t>ان کی دو لڑکیاں تھیں۔</w:t>
      </w:r>
    </w:p>
    <w:p>
      <w:r>
        <w:rPr>
          <w:b/>
        </w:rPr>
        <w:t xml:space="preserve">[12:13] </w:t>
      </w:r>
      <w:r>
        <w:t>parti theen church mein school mein.</w:t>
      </w:r>
    </w:p>
    <w:p>
      <w:pPr>
        <w:jc w:val="right"/>
      </w:pPr>
      <w:r>
        <w:t>پڑھتی تھیں چرچ میں سکول میں۔</w:t>
      </w:r>
    </w:p>
    <w:p>
      <w:r>
        <w:rPr>
          <w:b/>
        </w:rPr>
        <w:t xml:space="preserve">[12:19] </w:t>
      </w:r>
      <w:r>
        <w:t>ek din aaein woh to is ka ek papa</w:t>
      </w:r>
    </w:p>
    <w:p>
      <w:pPr>
        <w:jc w:val="right"/>
      </w:pPr>
      <w:r>
        <w:t>ایک دن آئیں وہ تو اس کا ایک پاپا</w:t>
      </w:r>
    </w:p>
    <w:p>
      <w:r>
        <w:rPr>
          <w:b/>
        </w:rPr>
        <w:t xml:space="preserve">[12:26] </w:t>
      </w:r>
      <w:r>
        <w:t>aaj hum ko</w:t>
      </w:r>
    </w:p>
    <w:p>
      <w:pPr>
        <w:jc w:val="right"/>
      </w:pPr>
      <w:r>
        <w:t>آج ہم کو</w:t>
      </w:r>
    </w:p>
    <w:p>
      <w:r>
        <w:rPr>
          <w:b/>
        </w:rPr>
        <w:t xml:space="preserve">[12:30] </w:t>
      </w:r>
      <w:r>
        <w:t>school mein bataya gaya hai ke</w:t>
      </w:r>
    </w:p>
    <w:p>
      <w:pPr>
        <w:jc w:val="right"/>
      </w:pPr>
      <w:r>
        <w:t>سکول میں بتایا گیا ہے کہ</w:t>
      </w:r>
    </w:p>
    <w:p>
      <w:r>
        <w:rPr>
          <w:b/>
        </w:rPr>
        <w:t xml:space="preserve">[12:45] </w:t>
      </w:r>
      <w:r>
        <w:t>father qismat kya hota hai.</w:t>
      </w:r>
    </w:p>
    <w:p>
      <w:pPr>
        <w:jc w:val="right"/>
      </w:pPr>
      <w:r>
        <w:t>فادر قسمت کیا ہوتا ہے۔</w:t>
      </w:r>
    </w:p>
    <w:p>
      <w:r>
        <w:rPr>
          <w:b/>
        </w:rPr>
        <w:t xml:space="preserve">[12:51] </w:t>
      </w:r>
      <w:r>
        <w:t>to laga father qismat poochte hain un se aap bataiye ke father qismat kya hota hai.</w:t>
      </w:r>
    </w:p>
    <w:p>
      <w:pPr>
        <w:jc w:val="right"/>
      </w:pPr>
      <w:r>
        <w:t>تو لگا فادر قسمت پوچھتے ہیں ان سے آپ بتائیے کہ فادر قسمت کیا ہوتا ہے۔</w:t>
      </w:r>
    </w:p>
    <w:p>
      <w:r>
        <w:rPr>
          <w:b/>
        </w:rPr>
        <w:t xml:space="preserve">[13:00] </w:t>
      </w:r>
      <w:r>
        <w:t>to un ko bohat shakk laga ke school mein hum parhate hain to is liye ke father qismat jaane. Poocha hota ke rasool Allah ke bare mein kuch sahaba ke bare mein kuch.</w:t>
      </w:r>
    </w:p>
    <w:p>
      <w:pPr>
        <w:jc w:val="right"/>
      </w:pPr>
      <w:r>
        <w:t>تو ان کو بہت شک لگا کہ سکول میں ہم پڑھاتے ہیں تو اس لیے کہ فادر قسمت جانے۔ پوچھا ہوتا کہ رسول اللہ کے بارے میں کچھ صحابہ کے بارے میں کچھ۔</w:t>
      </w:r>
    </w:p>
    <w:p>
      <w:r>
        <w:rPr>
          <w:b/>
        </w:rPr>
        <w:t xml:space="preserve">[13:13] </w:t>
      </w:r>
      <w:r>
        <w:t>poochte hain father qismat ke bare mein.</w:t>
      </w:r>
    </w:p>
    <w:p>
      <w:pPr>
        <w:jc w:val="right"/>
      </w:pPr>
      <w:r>
        <w:t>پوچھتے ہیں فادر قسمت کے بارے میں۔</w:t>
      </w:r>
    </w:p>
    <w:p>
      <w:r>
        <w:rPr>
          <w:b/>
        </w:rPr>
        <w:t xml:space="preserve">[13:18] </w:t>
      </w:r>
      <w:r>
        <w:t>jaante hain kya hua? Unhon ne sara business band kar diya. Aur ek</w:t>
      </w:r>
    </w:p>
    <w:p>
      <w:pPr>
        <w:jc w:val="right"/>
      </w:pPr>
      <w:r>
        <w:t>جانتے ہیں کیا ہوا؟ انہوں نے سارا بزنس بند کر دیا۔ اور ایک</w:t>
      </w:r>
    </w:p>
    <w:p>
      <w:r>
        <w:rPr>
          <w:b/>
        </w:rPr>
        <w:t xml:space="preserve">[13:29] </w:t>
      </w:r>
      <w:r>
        <w:t>jagah khareedi unhon ne. School khola Muslim bachon ke liye. Un ko kuch saathi mil gaye.</w:t>
      </w:r>
    </w:p>
    <w:p>
      <w:pPr>
        <w:jc w:val="right"/>
      </w:pPr>
      <w:r>
        <w:t>جگہ خریدی انہوں نے۔ اسکول کھولا مسلم بچوں کے لئے۔ ان کو کچھ ساتھی مل گئے۔</w:t>
      </w:r>
    </w:p>
    <w:p>
      <w:r>
        <w:rPr>
          <w:b/>
        </w:rPr>
        <w:t xml:space="preserve">[13:41] </w:t>
      </w:r>
      <w:r>
        <w:t>to kuch saahiyon ne mil kar ke chalaya.</w:t>
      </w:r>
    </w:p>
    <w:p>
      <w:pPr>
        <w:jc w:val="right"/>
      </w:pPr>
      <w:r>
        <w:t>تو کچھ ساتھیوں نے مل کر کے چلایا۔</w:t>
      </w:r>
    </w:p>
    <w:p>
      <w:r>
        <w:rPr>
          <w:b/>
        </w:rPr>
        <w:t xml:space="preserve">[14:01] </w:t>
      </w:r>
      <w:r>
        <w:t>ab woh saare saathi first year mein parhe hain. To is mein product nahi mila.</w:t>
      </w:r>
    </w:p>
    <w:p>
      <w:pPr>
        <w:jc w:val="right"/>
      </w:pPr>
      <w:r>
        <w:t>اب وہ سارے ساتھی فرسٹ ایئر میں پڑھے ہیں۔ تو اس میں پروڈکٹ نہیں ملا۔</w:t>
      </w:r>
    </w:p>
    <w:p>
      <w:r>
        <w:rPr>
          <w:b/>
        </w:rPr>
        <w:t xml:space="preserve">[14:10] </w:t>
      </w:r>
      <w:r>
        <w:t>school mein ek aadmi product nikal gaya.</w:t>
      </w:r>
    </w:p>
    <w:p>
      <w:pPr>
        <w:jc w:val="right"/>
      </w:pPr>
      <w:r>
        <w:t>اسکول میں ایک آدمی پروڈکٹ نکل گیا۔</w:t>
      </w:r>
    </w:p>
    <w:p>
      <w:r>
        <w:rPr>
          <w:b/>
        </w:rPr>
        <w:t xml:space="preserve">[14:17] </w:t>
      </w:r>
      <w:r>
        <w:t>na pehle mein nikla tha na ab nikla.</w:t>
      </w:r>
    </w:p>
    <w:p>
      <w:pPr>
        <w:jc w:val="right"/>
      </w:pPr>
      <w:r>
        <w:t>نہ پہلے میں نکلا تھا نہ اب نکلا۔</w:t>
      </w:r>
    </w:p>
    <w:p>
      <w:r>
        <w:rPr>
          <w:b/>
        </w:rPr>
        <w:t xml:space="preserve">[14:24] </w:t>
      </w:r>
      <w:r>
        <w:t>wohi bachhe thode bare hue to lafz farz karne lage baap friend kar friend. Aisi sab.</w:t>
      </w:r>
    </w:p>
    <w:p>
      <w:pPr>
        <w:jc w:val="right"/>
      </w:pPr>
      <w:r>
        <w:t>وہی بچے تھوڑے بڑے ہوئے تو لفظ فرض کرنے لگے باپ فرینڈ کر فرینڈ۔ ایسی سب۔</w:t>
      </w:r>
    </w:p>
    <w:p>
      <w:r>
        <w:rPr>
          <w:b/>
        </w:rPr>
        <w:t xml:space="preserve">[14:38] </w:t>
      </w:r>
      <w:r>
        <w:t>aakhir mein woh jo aae hain</w:t>
      </w:r>
    </w:p>
    <w:p>
      <w:pPr>
        <w:jc w:val="right"/>
      </w:pPr>
      <w:r>
        <w:t>آخر میں وہ جو آئے ہیں</w:t>
      </w:r>
    </w:p>
    <w:p>
      <w:r>
        <w:rPr>
          <w:b/>
        </w:rPr>
        <w:t xml:space="preserve">[14:43] </w:t>
      </w:r>
      <w:r>
        <w:t>in logon ne woh bhi chhod diya yeh chale Pakistan.</w:t>
      </w:r>
    </w:p>
    <w:p>
      <w:pPr>
        <w:jc w:val="right"/>
      </w:pPr>
      <w:r>
        <w:t>ان لوگوں نے وہ بھی چھوڑ دیا یہ چلے پاکستان۔</w:t>
      </w:r>
    </w:p>
    <w:p>
      <w:r>
        <w:rPr>
          <w:b/>
        </w:rPr>
        <w:t xml:space="preserve">[14:53] </w:t>
      </w:r>
      <w:r>
        <w:t>ab aap apna experience bataiye. Nahi to kahiye maine bataya experience.</w:t>
      </w:r>
    </w:p>
    <w:p>
      <w:pPr>
        <w:jc w:val="right"/>
      </w:pPr>
      <w:r>
        <w:t>اب آپ اپنا ایکسپیرینس بتائیے۔ نہیں تو کہیے میں نے بتایا ایکسپیرینس۔</w:t>
      </w:r>
    </w:p>
    <w:p>
      <w:r>
        <w:rPr>
          <w:b/>
        </w:rPr>
        <w:t xml:space="preserve">[15:03] </w:t>
      </w:r>
      <w:r>
        <w:t>aap ne ek property un ki zindagi batai. Unhon ne ek insaan ka aap ke qareeb ek insaan ki aap dobara sakte hain?</w:t>
      </w:r>
    </w:p>
    <w:p>
      <w:pPr>
        <w:jc w:val="right"/>
      </w:pPr>
      <w:r>
        <w:t>آپ نے ایک پراپرٹی ان کی زندگی بتائی۔ انہوں نے ایک انسان کا آپ کے قریب ایک انسان کی آپ دوبارہ سکتے ہیں؟</w:t>
      </w:r>
    </w:p>
    <w:p>
      <w:r>
        <w:rPr>
          <w:b/>
        </w:rPr>
        <w:t xml:space="preserve">[15:14] </w:t>
      </w:r>
      <w:r>
        <w:t>aap apna experience bataiye</w:t>
      </w:r>
    </w:p>
    <w:p>
      <w:pPr>
        <w:jc w:val="right"/>
      </w:pPr>
      <w:r>
        <w:t>آپ اپنا ایکسپیرینس بتائی</w:t>
      </w:r>
    </w:p>
    <w:p>
      <w:r>
        <w:rPr>
          <w:b/>
        </w:rPr>
        <w:t xml:space="preserve">[15:15] </w:t>
      </w:r>
      <w:r>
        <w:t>e. Dohraiye jo maine kaha.</w:t>
      </w:r>
    </w:p>
    <w:p>
      <w:pPr>
        <w:jc w:val="right"/>
      </w:pPr>
      <w:r>
        <w:t>ے۔ دہرائیے جو میں نے کہا۔</w:t>
      </w:r>
    </w:p>
    <w:p>
      <w:r>
        <w:rPr>
          <w:b/>
        </w:rPr>
        <w:t xml:space="preserve">[15:37] </w:t>
      </w:r>
      <w:r>
        <w:t>aap dohraiye? Iqbal Umri Umar Abad. Maulana aap real estate concept ki ek tareekh bataiye aur is mein jo laga hua tha us insaan ke bare mein aap ne bataya ke ek saahab America mein rehte the wahan par ek ek business ke bare mein kuch business guide aae hue the unhon ne kaha</w:t>
      </w:r>
    </w:p>
    <w:p>
      <w:pPr>
        <w:jc w:val="right"/>
      </w:pPr>
      <w:r>
        <w:t>آپ دہرائیے؟ اقبال عمری عمر آباد۔ مولانا آپ ریل اسٹیٹ کانسیپٹ کی ایک تاریخ بتائیے اور اس میں جو لگا ہوا تھا اس انسان کے بارے میں آپ نے بتایا کہ ایک صاحب امریکہ میں رہتے تھے وہاں پر ایک ایک بزنس کے بارے میں کچھ بزنس گائیڈ آئے ہوئے تھے انہوں نے کہا</w:t>
      </w:r>
    </w:p>
    <w:p>
      <w:r>
        <w:rPr>
          <w:b/>
        </w:rPr>
        <w:t xml:space="preserve">[16:03] </w:t>
      </w:r>
      <w:r>
        <w:t>ke. Is waqt agar shuruaat thi to kaam nahi badha tha. Haan real estate ka kaam abhi nahi badha tha.</w:t>
      </w:r>
    </w:p>
    <w:p>
      <w:pPr>
        <w:jc w:val="right"/>
      </w:pPr>
      <w:r>
        <w:t>کہ۔ اس وقت اگر شروعات تھی تو کام نہیں بڑھا تھا۔ ہاں ریل اسٹیٹ کا کام ابھی نہیں بڑھا تھا۔</w:t>
      </w:r>
    </w:p>
    <w:p>
      <w:r>
        <w:rPr>
          <w:b/>
        </w:rPr>
        <w:t xml:space="preserve">[16:12] </w:t>
      </w:r>
      <w:r>
        <w:t>mein bataunga aap ko formula. Hmm khoob paise kamaoge. Mein</w:t>
      </w:r>
    </w:p>
    <w:p>
      <w:pPr>
        <w:jc w:val="right"/>
      </w:pPr>
      <w:r>
        <w:t>میں بتاؤں گا آپ کو فارمولا ہمم خوب پیسے کماؤ گے۔ میں</w:t>
      </w:r>
    </w:p>
    <w:p>
      <w:r>
        <w:rPr>
          <w:b/>
        </w:rPr>
        <w:t xml:space="preserve">[16:18] </w:t>
      </w:r>
      <w:r>
        <w:t>unhon ne kaha ke mein ek formula bataunga jis ke jis ki wajah se aap khoob kamaoge lekin shart yeh hai ke paanch sau dollar agar denge to mein yeh formula bataunga.</w:t>
      </w:r>
    </w:p>
    <w:p>
      <w:pPr>
        <w:jc w:val="right"/>
      </w:pPr>
      <w:r>
        <w:t>انہوں نے کہا کہ میں ایک فارمولا بتاؤں گا جس کے جس کی وجہ سے آپ خوب کماؤ گے لیکن شرط یہ ہے کہ پانچ سو ڈالر اگر دیں گے تو میں یہ فارمولا بتاؤں گا۔</w:t>
      </w:r>
    </w:p>
    <w:p>
      <w:r>
        <w:rPr>
          <w:b/>
        </w:rPr>
        <w:t xml:space="preserve">[16:28] </w:t>
      </w:r>
      <w:r>
        <w:t>Hmm to sab log chale gaye wahan se uthkar paanch sau dollar nahi diye lekin yeh Sagheer saahab ne paanch sau dollar diye. To us waqt unhon ne bataya ke property real estate ek</w:t>
      </w:r>
    </w:p>
    <w:p>
      <w:pPr>
        <w:jc w:val="right"/>
      </w:pPr>
      <w:r>
        <w:t>ہمم تو سب لوگ چلے گئے وہاں سے اٹھ کر پانچ سو ڈالر نہیں دیے لیکن یہ صغیر صاحب نے پانچ سو ڈالر دیے۔ تو اس وقت انہوں نے بتایا کہ پراپرٹی ریل اسٹیٹ ایک</w:t>
      </w:r>
    </w:p>
    <w:p>
      <w:r>
        <w:rPr>
          <w:b/>
        </w:rPr>
        <w:t xml:space="preserve">[16:42] </w:t>
      </w:r>
      <w:r>
        <w:t>jagah hai. wahi aadmi to itni lafz nikala jis tarah rail bana lo wahi.</w:t>
      </w:r>
    </w:p>
    <w:p>
      <w:pPr>
        <w:jc w:val="right"/>
      </w:pPr>
      <w:r>
        <w:t>جگہ ہے۔ وہی آدمی تو اتنی لفظ نکالا جس طرح ریل بنا لو وہی۔</w:t>
      </w:r>
    </w:p>
    <w:p>
      <w:r>
        <w:rPr>
          <w:b/>
        </w:rPr>
        <w:t xml:space="preserve">[16:51] </w:t>
      </w:r>
      <w:r>
        <w:t>karte the. saman bechte the. ji to log to usi ne real estate ek lafz nikala.</w:t>
      </w:r>
    </w:p>
    <w:p>
      <w:pPr>
        <w:jc w:val="right"/>
      </w:pPr>
      <w:r>
        <w:t>کرتے تھے۔ سامان بیچتے تھے۔ جی تو لوگ تو اسی نے ریل اسٹیٹ ایک لفظ نکالا۔</w:t>
      </w:r>
    </w:p>
    <w:p>
      <w:r>
        <w:rPr>
          <w:b/>
        </w:rPr>
        <w:t xml:space="preserve">[17:03] </w:t>
      </w:r>
      <w:r>
        <w:t>to is ke baad sagheer sahib ne khoob jo hai ah is baat ko pakad liya aur america mein taqreeban 16 se zyada uth uth uth se uth branches uth department real estate ke qaim kiye.</w:t>
      </w:r>
    </w:p>
    <w:p>
      <w:pPr>
        <w:jc w:val="right"/>
      </w:pPr>
      <w:r>
        <w:t>تو اس کے بعد صغیر صاحب نے خوب جو ہے اہ اس بات کو پکڑ لیا اور امریکہ میں تقریباً 16 سے زیادہ اٹھ اٹھ اٹھ سے اٹھ برانچز اٹھ ڈیپارٹمنٹ ریل اسٹیٹ کے قائم کیے۔</w:t>
      </w:r>
    </w:p>
    <w:p>
      <w:r>
        <w:rPr>
          <w:b/>
        </w:rPr>
        <w:t xml:space="preserve">[17:22] </w:t>
      </w:r>
      <w:r>
        <w:t>jante hain sab se bara business kya hai real estate mein?</w:t>
      </w:r>
    </w:p>
    <w:p>
      <w:pPr>
        <w:jc w:val="right"/>
      </w:pPr>
      <w:r>
        <w:t>جانتے ہیں سب سے بڑا بزنس کیا ہے ریل اسٹیٹ میں؟</w:t>
      </w:r>
    </w:p>
    <w:p>
      <w:r>
        <w:rPr>
          <w:b/>
        </w:rPr>
        <w:t xml:space="preserve">[17:32] </w:t>
      </w:r>
      <w:r>
        <w:t>hum real estate se shuru karte hain.</w:t>
      </w:r>
    </w:p>
    <w:p>
      <w:pPr>
        <w:jc w:val="right"/>
      </w:pPr>
      <w:r>
        <w:t>ہمم ریل اسٹیٹ سے شروع کرتے ہیں۔</w:t>
      </w:r>
    </w:p>
    <w:p>
      <w:r>
        <w:rPr>
          <w:b/>
        </w:rPr>
        <w:t xml:space="preserve">[17:38] </w:t>
      </w:r>
      <w:r>
        <w:t>in ka koi kamyab hain in se kabhi mile hain aap akele? real estate jo business karte hain is mein jo kamyab log hain un se akele mein aap mulaqat kiye hain kya pooch rahe hain?</w:t>
      </w:r>
    </w:p>
    <w:p>
      <w:pPr>
        <w:jc w:val="right"/>
      </w:pPr>
      <w:r>
        <w:t>ان کا کوئی کامیاب ہیں ان سے کبھی ملے ہیں آپ اکیلے؟ ریل اسٹیٹ جو بزنس کرتے ہیں اس میں جو کامیاب لوگ ہیں ان سے اکیلے میں آپ ملاقات کیے ہیں کیا پوچھ رہے ہیں؟</w:t>
      </w:r>
    </w:p>
    <w:p>
      <w:r>
        <w:rPr>
          <w:b/>
        </w:rPr>
        <w:t xml:space="preserve">[17:50] </w:t>
      </w:r>
      <w:r>
        <w:t>haan ek do bachche</w:t>
      </w:r>
    </w:p>
    <w:p>
      <w:pPr>
        <w:jc w:val="right"/>
      </w:pPr>
      <w:r>
        <w:t>ہاں ایک دو بچے</w:t>
      </w:r>
    </w:p>
    <w:p>
      <w:r>
        <w:rPr>
          <w:b/>
        </w:rPr>
        <w:t xml:space="preserve">[17:52] </w:t>
      </w:r>
      <w:r>
        <w:t>to kya in ka to asal is mein kamyabi ki ye bohat zyada frustration. ji mujhe wajah dikhaiye?</w:t>
      </w:r>
    </w:p>
    <w:p>
      <w:pPr>
        <w:jc w:val="right"/>
      </w:pPr>
      <w:r>
        <w:t>تو کیا ان کا تو اصل اس میں کامیابی کی یہ بہت زیادہ فرسٹریشن۔ جی مجھے وجہ دکھائیے؟</w:t>
      </w:r>
    </w:p>
    <w:p>
      <w:r>
        <w:rPr>
          <w:b/>
        </w:rPr>
        <w:t xml:space="preserve">[18:02] </w:t>
      </w:r>
      <w:r>
        <w:t>ji maula. is ki wajah kya hai? bohat zyada frustration hota hai. hain</w:t>
      </w:r>
    </w:p>
    <w:p>
      <w:pPr>
        <w:jc w:val="right"/>
      </w:pPr>
      <w:r>
        <w:t>جی مولا۔ اس کی وجہ کیا ہے؟ بہت زیادہ فرسٹریشن ہوتا ہے۔ ہیں</w:t>
      </w:r>
    </w:p>
    <w:p>
      <w:r>
        <w:rPr>
          <w:b/>
        </w:rPr>
        <w:t xml:space="preserve">[18:10] </w:t>
      </w:r>
      <w:r>
        <w:t>is ki wajah ye hai ke real estate mein achanak bohat pata aa jata hai. ji</w:t>
      </w:r>
    </w:p>
    <w:p>
      <w:pPr>
        <w:jc w:val="right"/>
      </w:pPr>
      <w:r>
        <w:t>اس کی وجہ یہ ہے کہ ریل اسٹیٹ میں اچانک بہت پتہ آ جاتا ہے۔ جی</w:t>
      </w:r>
    </w:p>
    <w:p>
      <w:r>
        <w:rPr>
          <w:b/>
        </w:rPr>
        <w:t xml:space="preserve">[18:21] </w:t>
      </w:r>
      <w:r>
        <w:t>to ek aadmi se poocha mein ne ke aap test dete hain? hum ne hum ne test nahi diye.</w:t>
      </w:r>
    </w:p>
    <w:p>
      <w:pPr>
        <w:jc w:val="right"/>
      </w:pPr>
      <w:r>
        <w:t>تو ایک آدمی سے پوچھا میں نے کہ آپ ٹیسٹ دیتے ہیں؟ ہم نے ہم نے ٹیسٹ نہیں دیے۔</w:t>
      </w:r>
    </w:p>
    <w:p>
      <w:r>
        <w:rPr>
          <w:b/>
        </w:rPr>
        <w:t xml:space="preserve">[18:32] </w:t>
      </w:r>
      <w:r>
        <w:t>phir kyun itne zyada paise kyun de rahe hain in ko? achha</w:t>
      </w:r>
    </w:p>
    <w:p>
      <w:pPr>
        <w:jc w:val="right"/>
      </w:pPr>
      <w:r>
        <w:t>پھر کیوں اتنے زیادہ پیسے کیوں دے رہے ہیں ان کو؟ اچھا</w:t>
      </w:r>
    </w:p>
    <w:p>
      <w:r>
        <w:rPr>
          <w:b/>
        </w:rPr>
        <w:t xml:space="preserve">[18:40] </w:t>
      </w:r>
      <w:r>
        <w:t>jab zyada kam paise kamaya to pehla zehn mein aata hai test nahi dena. humm kya aap logon mein ye aayega? ji ji itna aaya hoga to aindah aayega.</w:t>
      </w:r>
    </w:p>
    <w:p>
      <w:pPr>
        <w:jc w:val="right"/>
      </w:pPr>
      <w:r>
        <w:t>جب زیادہ کم پیسے کمایا تو پہلا ذہن میں آتا ہے ٹیسٹ نہیں دینا۔ ہمم کیا آپ لوگوں میں یہ آئے گا؟ جی جی اتنا آیا ہوگا تو آئندہ آئے گا۔</w:t>
      </w:r>
    </w:p>
    <w:p>
      <w:r>
        <w:rPr>
          <w:b/>
        </w:rPr>
        <w:t xml:space="preserve">[18:52] </w:t>
      </w:r>
      <w:r>
        <w:t>ji aisa hai. ji ke itna paisa aa raha hai to hum test kyun dein? ji</w:t>
      </w:r>
    </w:p>
    <w:p>
      <w:pPr>
        <w:jc w:val="right"/>
      </w:pPr>
      <w:r>
        <w:t>جی ایسا ہے۔ جی کہ اتنا پیسہ آ رہا ہے تو ہم ٹیسٹ کیوں دیں؟ جی</w:t>
      </w:r>
    </w:p>
    <w:p>
      <w:r>
        <w:rPr>
          <w:b/>
        </w:rPr>
        <w:t xml:space="preserve">[19:01] </w:t>
      </w:r>
      <w:r>
        <w:t>for for here begaan problems.</w:t>
      </w:r>
    </w:p>
    <w:p>
      <w:pPr>
        <w:jc w:val="right"/>
      </w:pPr>
      <w:r>
        <w:t>فار فار ہیر بیگن پرابلمز۔</w:t>
      </w:r>
    </w:p>
    <w:p>
      <w:r>
        <w:rPr>
          <w:b/>
        </w:rPr>
        <w:t xml:space="preserve">[19:07] </w:t>
      </w:r>
      <w:r>
        <w:t>ab kaha hai candidate ho raha hai phir in ke upar bara pareshan kar rahe hain ke kuch kar rahe hain.</w:t>
      </w:r>
    </w:p>
    <w:p>
      <w:pPr>
        <w:jc w:val="right"/>
      </w:pPr>
      <w:r>
        <w:t>اب کہا ہے کینڈیڈیٹ ہو رہا ہے پھر ان کے اوپر بڑا پریشان کر رہے ہیں کہ کچھ کر رہے ہیں۔</w:t>
      </w:r>
    </w:p>
    <w:p>
      <w:r>
        <w:rPr>
          <w:b/>
        </w:rPr>
        <w:t xml:space="preserve">[19:16] </w:t>
      </w:r>
      <w:r>
        <w:t>otherwise mein ek sahib ka woh bhi real estate kaam karte the. bohat paisa kamaya unho ne. real estate ka do hissa hota hai.</w:t>
      </w:r>
    </w:p>
    <w:p>
      <w:pPr>
        <w:jc w:val="right"/>
      </w:pPr>
      <w:r>
        <w:t>ادروائز میں ایک صاحب کا وہ بھی ریل اسٹیٹ کام کرتے تھے۔ بہت پیسہ کمایا انہوں نے۔ ریل اسٹیٹ کا دو حصہ ہوتا ہے۔</w:t>
      </w:r>
    </w:p>
    <w:p>
      <w:r>
        <w:rPr>
          <w:b/>
        </w:rPr>
        <w:t xml:space="preserve">[19:30] </w:t>
      </w:r>
      <w:r>
        <w:t>double account karte hain woh. ek ek account alag aise hota hai dikhane ke liye. ek jeeb mein rakhne ke liye.</w:t>
      </w:r>
    </w:p>
    <w:p>
      <w:pPr>
        <w:jc w:val="right"/>
      </w:pPr>
      <w:r>
        <w:t>ڈبل اکاؤنٹ کرتے ہیں وہ۔ ایک ایک اکاؤنٹ الگ ایسے ہوتا ہے دکھانے کے لیے۔ ایک جیب میں رکھنے کے لیے۔</w:t>
      </w:r>
    </w:p>
    <w:p>
      <w:r>
        <w:rPr>
          <w:b/>
        </w:rPr>
        <w:t xml:space="preserve">[19:41] </w:t>
      </w:r>
      <w:r>
        <w:t>ji lekin kahan khud unho ne bataya ke mera rate padhi to jo asal kaghaz woh hota hai na ek bari note book hoti hai.</w:t>
      </w:r>
    </w:p>
    <w:p>
      <w:pPr>
        <w:jc w:val="right"/>
      </w:pPr>
      <w:r>
        <w:t>جی لیکن کہاں خود انہوں نے بتایا کہ میرا ریٹ پڑھی تو جو اصل کاغذ وہ ہوتا ہے نا ایک بڑی نوٹ بک ہوتی ہے۔</w:t>
      </w:r>
    </w:p>
    <w:p>
      <w:r>
        <w:rPr>
          <w:b/>
        </w:rPr>
        <w:t xml:space="preserve">[19:55] </w:t>
      </w:r>
      <w:r>
        <w:t>ji wahi pakad liya hote hain inteqam sawar ne. bas qabza kar liya.</w:t>
      </w:r>
    </w:p>
    <w:p>
      <w:pPr>
        <w:jc w:val="right"/>
      </w:pPr>
      <w:r>
        <w:t>جی وہی پکڑ لیا ہوتے ہیں انٹیکم سوار نے۔ بس قبضہ کر لیا۔</w:t>
      </w:r>
    </w:p>
    <w:p>
      <w:r>
        <w:rPr>
          <w:b/>
        </w:rPr>
        <w:t xml:space="preserve">[20:05] </w:t>
      </w:r>
      <w:r>
        <w:t>ab woh to bohat pareshan ho gaye. kaha ek ye entry hai ye entry kahan hai sab paisa kahan gaya? ab woh bohat pareshan bhi hua.</w:t>
      </w:r>
    </w:p>
    <w:p>
      <w:pPr>
        <w:jc w:val="right"/>
      </w:pPr>
      <w:r>
        <w:t>اب وہ تو بہت پریشان ہو گئے۔ کہا ایک یہ انٹری ہے یہ انٹری کہاں ہے سب پیسہ کہاں گیا؟ اب وہ بہت پریشان بھی ہوا۔</w:t>
      </w:r>
    </w:p>
    <w:p>
      <w:r>
        <w:rPr>
          <w:b/>
        </w:rPr>
        <w:t xml:space="preserve">[20:18] </w:t>
      </w:r>
      <w:r>
        <w:t>baat bari khud unho ne bataya ke ye in ke paon pe gir pade. achha inteqam press ke afsar ke paon pe gir pade. to mujhe de do woh.</w:t>
      </w:r>
    </w:p>
    <w:p>
      <w:pPr>
        <w:jc w:val="right"/>
      </w:pPr>
      <w:r>
        <w:t>بات بڑی خود انہوں نے بتایا کہ یہ ان کے پاؤں پہ گر پڑے۔ اچھا انٹیکم پریس کے افسر کے پاؤں پہ گر پڑے۔ تو مجھے دے دو وہ۔</w:t>
      </w:r>
    </w:p>
    <w:p>
      <w:r>
        <w:rPr>
          <w:b/>
        </w:rPr>
        <w:t xml:space="preserve">[20:29] </w:t>
      </w:r>
      <w:r>
        <w:t>kehta hai paise le lo paise le lo. woh raazi nahi hua. paon pe gir pade.</w:t>
      </w:r>
    </w:p>
    <w:p>
      <w:pPr>
        <w:jc w:val="right"/>
      </w:pPr>
      <w:r>
        <w:t>کہتا ہے پیسے لے لو پیسے لے لو۔ وہ راضی نہیں ہوا۔ پاؤں پہ گر پڑے۔</w:t>
      </w:r>
    </w:p>
    <w:p>
      <w:r>
        <w:rPr>
          <w:b/>
        </w:rPr>
        <w:t xml:space="preserve">[20:41] </w:t>
      </w:r>
      <w:r>
        <w:t>phir kya hua bimar hue aur</w:t>
      </w:r>
    </w:p>
    <w:p>
      <w:pPr>
        <w:jc w:val="right"/>
      </w:pPr>
      <w:r>
        <w:t>پھر کیا ہوا بیمار ہوئے اور</w:t>
      </w:r>
    </w:p>
    <w:p>
      <w:r>
        <w:rPr>
          <w:b/>
        </w:rPr>
        <w:t xml:space="preserve">[20:49] </w:t>
      </w:r>
      <w:r>
        <w:t>ye jo business hai na real estate ki ye fair business nahi hai. inteqam press ki chori bohat zyada hai.</w:t>
      </w:r>
    </w:p>
    <w:p>
      <w:pPr>
        <w:jc w:val="right"/>
      </w:pPr>
      <w:r>
        <w:t>یہ جو بزنس ہے نا ریل اسٹیٹ کی یہ فیئر بزنس نہیں ہے۔ انٹیکم پریس کی چوری بہت زیادہ ہے۔</w:t>
      </w:r>
    </w:p>
    <w:p>
      <w:r>
        <w:rPr>
          <w:b/>
        </w:rPr>
        <w:t xml:space="preserve">[20:59] </w:t>
      </w:r>
      <w:r>
        <w:t>ji is liye foran jab paisa zyada aata hai aadmi chahta hai ke main kyon kyon doon in takum press? ji ji</w:t>
      </w:r>
    </w:p>
    <w:p>
      <w:pPr>
        <w:jc w:val="right"/>
      </w:pPr>
      <w:r>
        <w:t>جی اس لیے فوراً جب پیسہ زیادہ آتا ہے آدمی چاہتا ہے کہ میں کیوں کیوں دوں انٹیکم پریس؟ جی جی</w:t>
      </w:r>
    </w:p>
    <w:p>
      <w:r>
        <w:rPr>
          <w:b/>
        </w:rPr>
        <w:t xml:space="preserve">[21:08] </w:t>
      </w:r>
      <w:r>
        <w:t>nahi is mein do tareeqe hain hamare to. hum jo karte hain na hum to do tareeqe hain. pehla to hum tax dete hain kam dete hain logon ko. lekin doosra hum jo hai apne maal ki zakat dete hain.</w:t>
      </w:r>
    </w:p>
    <w:p>
      <w:pPr>
        <w:jc w:val="right"/>
      </w:pPr>
      <w:r>
        <w:t>نہیں اس میں دو طریقے ہیں ہمارے تو۔ ہم جو کرتے ہیں نا ہم تو دو طریقے ہیں۔ پہلا تو ہم ٹیکس دیتے ہیں کم دیتے ہیں لوگوں کو۔ لیکن دوسرا ہم جو ہے اپنے مال کی زکوۃ دیتے ہیں۔</w:t>
      </w:r>
    </w:p>
    <w:p>
      <w:r>
        <w:rPr>
          <w:b/>
        </w:rPr>
        <w:t xml:space="preserve">[21:17] </w:t>
      </w:r>
      <w:r>
        <w:t>yani ke jo Allah ne jo hamein tax bataya hai huzoor pak sallallahu alaihi wasallam ne hum woh dete hain. har saal dete hain hum woh. kya keh rahe hain sir?</w:t>
      </w:r>
    </w:p>
    <w:p>
      <w:pPr>
        <w:jc w:val="right"/>
      </w:pPr>
      <w:r>
        <w:t>یعنی کہ جو اللہ نے جو ہمیں ٹیکس بتایا ہے حضور پاک صلی اللہ علیہ وسلم نے ہم وہ دیتے ہیں۔ ہر سال دیتے ہیں ہم وہ۔ کیا کہہ رہے ہیں سر؟</w:t>
      </w:r>
    </w:p>
    <w:p>
      <w:r>
        <w:rPr>
          <w:b/>
        </w:rPr>
        <w:t xml:space="preserve">[21:25] </w:t>
      </w:r>
      <w:r>
        <w:t>maulana keh rahe hain ke do tareeqe hain in ka. ek to yeh ke jo maal aata hai is mein to hum poora tax nahi dete hain thoda tax dete hain. magar doosra tareeqa yeh hai ke hum zakat dete rehte hain.</w:t>
      </w:r>
    </w:p>
    <w:p>
      <w:pPr>
        <w:jc w:val="right"/>
      </w:pPr>
      <w:r>
        <w:t>مولانا کہہ رہے ہیں کہ دو طریقے ہیں ان کا۔ ایک تو یہ کہ جو مال آتا ہے اس میں تو ہم پورا ٹیکس نہیں دیتے ہیں تھوڑا ٹیکس دیتے ہیں۔ مگر دوسرا طریقہ یہ ہے کہ ہم زکوۃ دیتے رہتے ہیں۔</w:t>
      </w:r>
    </w:p>
    <w:p>
      <w:r>
        <w:rPr>
          <w:b/>
        </w:rPr>
        <w:t xml:space="preserve">[21:39] </w:t>
      </w:r>
      <w:r>
        <w:t>yeh to khush khush apne ko khush karne ki baat hai. jo bhi hai jo hamein aaqa hai huzoor pak sallallahu alaihi wasallam ne bataya hai.</w:t>
      </w:r>
    </w:p>
    <w:p>
      <w:pPr>
        <w:jc w:val="right"/>
      </w:pPr>
      <w:r>
        <w:t>یہ تو خوش خوش اپنے کو خوش کرنے کی بات ہے۔ جو بھی ہے جو ہمیں آقا ہے حضور پاک صلی اللہ علیہ وسلم نے بتایا ہے۔</w:t>
      </w:r>
    </w:p>
    <w:p>
      <w:r>
        <w:rPr>
          <w:b/>
        </w:rPr>
        <w:t xml:space="preserve">[21:48] </w:t>
      </w:r>
      <w:r>
        <w:t>zakat dete hain tax bachane ke liye. kyunke zakat kam hoti hai. is ka rate zyada hota hai. ji aise kahein</w:t>
      </w:r>
    </w:p>
    <w:p>
      <w:pPr>
        <w:jc w:val="right"/>
      </w:pPr>
      <w:r>
        <w:t>زکوۃ دیتے ہیں ٹیکس بچانے کے لیے۔ کیونکہ زکوۃ کم ہوتی ہے۔ اس کا ریٹ زیادہ ہوتا ہے۔ جی ایسے کہیں</w:t>
      </w:r>
    </w:p>
    <w:p>
      <w:r>
        <w:rPr>
          <w:b/>
        </w:rPr>
        <w:t xml:space="preserve">[22:02] </w:t>
      </w:r>
      <w:r>
        <w:t>is se aap ko maal charge zyada nahi ho jayega. jis mulk mein rehte hain aap woh mulk ke law ko follow karna padega. zakat de kar ke iskeep karte hain aap.</w:t>
      </w:r>
    </w:p>
    <w:p>
      <w:pPr>
        <w:jc w:val="right"/>
      </w:pPr>
      <w:r>
        <w:t>اس سے آپ کو مال چارج زیادہ نہیں ہو جائے گا۔ جس ملک میں رہتے ہیں آپ وہ ملک کے لاء کو فالو کرنا پڑے گا۔ زکوۃ دے کر کے اسکیپ کرتے ہیں آپ۔</w:t>
      </w:r>
    </w:p>
    <w:p>
      <w:r>
        <w:rPr>
          <w:b/>
        </w:rPr>
        <w:t xml:space="preserve">[22:16] </w:t>
      </w:r>
      <w:r>
        <w:t>ya yeh yaqeen kijiye yeh jaiz nahi hai yeh. nahi nahi jis mulk mein rehte ho us mulk ko follow kijiye.</w:t>
      </w:r>
    </w:p>
    <w:p>
      <w:pPr>
        <w:jc w:val="right"/>
      </w:pPr>
      <w:r>
        <w:t>یا یہ یقین کیجیے یہ جائز نہیں ہے یہ۔ نہیں نہیں جس ملک میں رہتے ہو اس ملک کو فالو کیجیے۔</w:t>
      </w:r>
    </w:p>
    <w:p>
      <w:r>
        <w:rPr>
          <w:b/>
        </w:rPr>
        <w:t xml:space="preserve">[22:29] </w:t>
      </w:r>
      <w:r>
        <w:t>aur yeh koi karta nahi. jis mulk mein rehta hai woh sirf hamare bhai the bade bhai woh theek theek paisa de dete the.</w:t>
      </w:r>
    </w:p>
    <w:p>
      <w:pPr>
        <w:jc w:val="right"/>
      </w:pPr>
      <w:r>
        <w:t>اور یہ کوئی کرتا نہیں۔ جس ملک میں رہتا ہے وہ صرف ہمارے بھائی تھے بڑے بھائی وہ ٹھیک ٹھیک پیسہ دے دیتے تھے۔</w:t>
      </w:r>
    </w:p>
    <w:p>
      <w:r>
        <w:rPr>
          <w:b/>
        </w:rPr>
        <w:t xml:space="preserve">[22:39] </w:t>
      </w:r>
      <w:r>
        <w:t>lekin un ka karobar fail ho gaya. ab sab khatam ho gaya.</w:t>
      </w:r>
    </w:p>
    <w:p>
      <w:pPr>
        <w:jc w:val="right"/>
      </w:pPr>
      <w:r>
        <w:t>لیکن ان کا کاروبار فیل ہو گیا۔ اب سب ختم ہو گیا۔</w:t>
      </w:r>
    </w:p>
    <w:p>
      <w:r>
        <w:rPr>
          <w:b/>
        </w:rPr>
        <w:t xml:space="preserve">[22:47] </w:t>
      </w:r>
      <w:r>
        <w:t>to musalman ka concern yeh hai nahi.</w:t>
      </w:r>
    </w:p>
    <w:p>
      <w:pPr>
        <w:jc w:val="right"/>
      </w:pPr>
      <w:r>
        <w:t>تو مسلمان کا کنسرن یہ ہے نہیں۔</w:t>
      </w:r>
    </w:p>
    <w:p>
      <w:r>
        <w:rPr>
          <w:b/>
        </w:rPr>
        <w:t xml:space="preserve">[22:52] </w:t>
      </w:r>
      <w:r>
        <w:t>ke baal ho aaye to. jaiz tareeqe se. hai nahi woh kya hai chaar chaar baaton se poocha jayega.</w:t>
      </w:r>
    </w:p>
    <w:p>
      <w:pPr>
        <w:jc w:val="right"/>
      </w:pPr>
      <w:r>
        <w:t>کہ بال ہو آئے تو۔ جائز طریقے سے۔ ہے نہیں۔ وہ کیا ہے چار چار باتوں سے پوچھا جائے گا۔</w:t>
      </w:r>
    </w:p>
    <w:p>
      <w:r>
        <w:rPr>
          <w:b/>
        </w:rPr>
        <w:t xml:space="preserve">[23:06] </w:t>
      </w:r>
      <w:r>
        <w:t>woh kya hadees hai?</w:t>
      </w:r>
    </w:p>
    <w:p>
      <w:pPr>
        <w:jc w:val="right"/>
      </w:pPr>
      <w:r>
        <w:t>وہ کیا حدیث ہے؟</w:t>
      </w:r>
    </w:p>
    <w:p>
      <w:r>
        <w:rPr>
          <w:b/>
        </w:rPr>
        <w:t xml:space="preserve">[23:34] </w:t>
      </w:r>
      <w:r>
        <w:t>yeh poocha jayega ke paisa kahan se kamaya?</w:t>
      </w:r>
    </w:p>
    <w:p>
      <w:pPr>
        <w:jc w:val="right"/>
      </w:pPr>
      <w:r>
        <w:t>یہ پوچھا جائے گا کہ پیسہ کہاں سے کمایا؟</w:t>
      </w:r>
    </w:p>
    <w:p>
      <w:r>
        <w:rPr>
          <w:b/>
        </w:rPr>
        <w:t xml:space="preserve">[23:40] </w:t>
      </w:r>
      <w:r>
        <w:t>kahan se kamaya? to dekhiye aap ke zehen mein hoga hi nahi abhi ke maal dena bhi hamare upar farz hai. yani government</w:t>
      </w:r>
    </w:p>
    <w:p>
      <w:pPr>
        <w:jc w:val="right"/>
      </w:pPr>
      <w:r>
        <w:t>کہاں سے کمایا؟ تو دیکھیے آپ کے ذہن میں ہوگا ہی نہیں ابھی کہ مال دینا بھی ہمارے اوپر فرض ہے۔ یعنی گورنمنٹ</w:t>
      </w:r>
    </w:p>
    <w:p>
      <w:r>
        <w:rPr>
          <w:b/>
        </w:rPr>
        <w:t xml:space="preserve">[23:49] </w:t>
      </w:r>
      <w:r>
        <w:t>ka. aap ko dena bhi. aap ke zehen mein nahi hoga kyunke tableegh jamaat mein aap jaate honge wahan koi batata nahi hoga yeh. ji ji.</w:t>
      </w:r>
    </w:p>
    <w:p>
      <w:pPr>
        <w:jc w:val="right"/>
      </w:pPr>
      <w:r>
        <w:t>کا۔ آپ کو دینا بھی۔ آپ کے ذہن میں نہیں ہوگا کیونکہ تبلیغ جماعت میں آپ جاتے ہوں گے وہاں کوئی بتاتا نہیں ہوگا یہ۔ جی جی۔</w:t>
      </w:r>
    </w:p>
    <w:p>
      <w:r>
        <w:rPr>
          <w:b/>
        </w:rPr>
        <w:t xml:space="preserve">[23:57] </w:t>
      </w:r>
      <w:r>
        <w:t>lekin main kehta hoon jis mulk mein aap rehte hain us mulk ke law ko follow karna farz hai farz. bilkul bilkul. yeh namaz farz hai. bilkul har kitab mein yahi likha hua hai.</w:t>
      </w:r>
    </w:p>
    <w:p>
      <w:pPr>
        <w:jc w:val="right"/>
      </w:pPr>
      <w:r>
        <w:t>لیکن میں کہتا ہوں جس ملک میں آپ رہتے ہیں اس ملک کے لاء کو فالو کرنا فرض ہے فرض۔ بالکل بالکل۔ یہ نماز فرض ہے۔ بالکل ہر کتاب میں یہی لکھا ہوا ہے۔</w:t>
      </w:r>
    </w:p>
    <w:p>
      <w:r>
        <w:rPr>
          <w:b/>
        </w:rPr>
        <w:t xml:space="preserve">[24:07] </w:t>
      </w:r>
      <w:r>
        <w:t>kya kahein? kai buzurgon ne bataya yahi. har kitab mein yahi likha hua hai kai buzurgon ne bataya hai. kya? lekin woh hum is pe amal nahi karte woh hamari ghalti hai hamari.</w:t>
      </w:r>
    </w:p>
    <w:p>
      <w:pPr>
        <w:jc w:val="right"/>
      </w:pPr>
      <w:r>
        <w:t>کیا کہیں؟ کئی بزرگوں نے بتایا یہی۔ ہر کتاب میں یہی لکھا ہوا ہے کئی بزرگوں نے بتایا ہے۔ کیا؟ لیکن وہ ہم اس پہ عمل نہیں کرتے وہ ہماری غلطی ہے ہماری۔</w:t>
      </w:r>
    </w:p>
    <w:p>
      <w:r>
        <w:rPr>
          <w:b/>
        </w:rPr>
        <w:t xml:space="preserve">[24:16] </w:t>
      </w:r>
      <w:r>
        <w:t>kya bataya</w:t>
      </w:r>
    </w:p>
    <w:p>
      <w:pPr>
        <w:jc w:val="right"/>
      </w:pPr>
      <w:r>
        <w:t>کیا بتایا</w:t>
      </w:r>
    </w:p>
    <w:p>
      <w:r>
        <w:rPr>
          <w:b/>
        </w:rPr>
        <w:t xml:space="preserve">[24:17] </w:t>
      </w:r>
      <w:r>
        <w:t>hai? unhon ne kaha hai ke buzurgon ne bataya hai lekin hamari ghalti hai hum amal nahi karte. kis buzurg ne bataya yeh baat jo main keh raha</w:t>
      </w:r>
    </w:p>
    <w:p>
      <w:pPr>
        <w:jc w:val="right"/>
      </w:pPr>
      <w:r>
        <w:t>ہے؟ انہوں نے کہا ہے کہ بزرگوں نے بتایا ہے لیکن ہماری غلطی ہے ہم عمل نہیں کرتے۔ کس بزرگ نے بتایا یہ بات جو میں کہہ رہا ہ</w:t>
      </w:r>
    </w:p>
    <w:p>
      <w:r>
        <w:rPr>
          <w:b/>
        </w:rPr>
        <w:t xml:space="preserve">[24:26] </w:t>
      </w:r>
      <w:r>
        <w:t>hoon? sahi kahan bataya hai ke jis mulk mein rehte hain uska law follow karna zaroori hai. bilkul. yeh jo buzurg hain apne yahan pe nizam ulum markaz mein aur bhi jo mufti ulama hain kahan bataya kahin padha hai aap ne?</w:t>
      </w:r>
    </w:p>
    <w:p>
      <w:pPr>
        <w:jc w:val="right"/>
      </w:pPr>
      <w:r>
        <w:t>وں؟ صحیح کہاں بتایا ہے کہ جس ملک میں رہتے ہیں اس کا لاء فالو کرنا ضروری ہے۔ بالکل۔ یہ جو بزرگ ہیں اپنے یہاں پہ نظام العلوم مرکز میں اور بھی جو مفتی علماء ہیں کہاں بتایا کہیں پڑھا ہے آپ نے؟</w:t>
      </w:r>
    </w:p>
    <w:p>
      <w:r>
        <w:rPr>
          <w:b/>
        </w:rPr>
        <w:t xml:space="preserve">[24:39] </w:t>
      </w:r>
      <w:r>
        <w:t>kahin kahin padha hai ya kahin yeh kya hai ke is qism se ke wahan tax is mulk mein rehte hain ke tax ada karna farz hai?</w:t>
      </w:r>
    </w:p>
    <w:p>
      <w:pPr>
        <w:jc w:val="right"/>
      </w:pPr>
      <w:r>
        <w:t>کہیں کہیں پڑھا ہے یا کہیں یہ کیا ہے کہ اس قسم سے کہ وہاں ٹیکس اس ملک میں رہتے ہیں کہ ٹیکس ادا کرنا فرض ہے؟</w:t>
      </w:r>
    </w:p>
    <w:p>
      <w:r>
        <w:rPr>
          <w:b/>
        </w:rPr>
        <w:t xml:space="preserve">[24:47] </w:t>
      </w:r>
      <w:r>
        <w:t>hmm yeh kahan? suna hai maine. suna hai. padha nahi hai maine suna hai. kitne buzurgon ne bataya</w:t>
      </w:r>
    </w:p>
    <w:p>
      <w:pPr>
        <w:jc w:val="right"/>
      </w:pPr>
      <w:r>
        <w:t>ہمم یہ کہاں؟ سنا ہے میں نے۔ سنا ہے۔ پڑھا نہیں ہے میں نے سنا ہے۔ کتنے بزرگوں نے بتایا</w:t>
      </w:r>
    </w:p>
    <w:p>
      <w:r>
        <w:rPr>
          <w:b/>
        </w:rPr>
        <w:t xml:space="preserve">[24:55] </w:t>
      </w:r>
      <w:r>
        <w:t>? ke woh keh rahe hain ke main ne aisa suna hai. koi buzurg nahi. yeh ek baat koi buzurg nahi bataya. is tareeqe se koi nahi batate.</w:t>
      </w:r>
    </w:p>
    <w:p>
      <w:pPr>
        <w:jc w:val="right"/>
      </w:pPr>
      <w:r>
        <w:t>؟ کہ وہ کہہ رہے ہیں کہ میں نے ایسا سنا ہے۔ کوئی بزرگ نہیں۔ یہ ایک بات کوئی بزرگ نہیں بتایا۔ اس طریقے سے کوئی نہیں بتاتے۔</w:t>
      </w:r>
    </w:p>
    <w:p>
      <w:r>
        <w:rPr>
          <w:b/>
        </w:rPr>
        <w:t xml:space="preserve">[25:05] </w:t>
      </w:r>
      <w:r>
        <w:t>jis mulk mein to rehta ho us mulk ke qanoon ko follow karna farz hai. yeh yeh nahi koi batata. aap kehte the aap ko galat fehmi ho gayi hai.</w:t>
      </w:r>
    </w:p>
    <w:p>
      <w:pPr>
        <w:jc w:val="right"/>
      </w:pPr>
      <w:r>
        <w:t>جس ملک میں تو رہتا ہو اس ملک کے قانون کو فالو کرنا فرض ہے۔ یہ یہ نہیں کوئی بتاتا۔ آپ کہتے تھے آپ کو غلط فہمی ہو گئی ہے۔</w:t>
      </w:r>
    </w:p>
    <w:p>
      <w:r>
        <w:rPr>
          <w:b/>
        </w:rPr>
        <w:t xml:space="preserve">[25:16] </w:t>
      </w:r>
      <w:r>
        <w:t>kya kahani dohraiye</w:t>
      </w:r>
    </w:p>
    <w:p>
      <w:pPr>
        <w:jc w:val="right"/>
      </w:pPr>
      <w:r>
        <w:t>کیا کہانی دہرائیے</w:t>
      </w:r>
    </w:p>
    <w:p>
      <w:r>
        <w:rPr>
          <w:b/>
        </w:rPr>
        <w:t xml:space="preserve">[25:19] </w:t>
      </w:r>
      <w:r>
        <w:t>? Maulana yeh un ko kis ne bataya hai aur kahan likha hua hai is ka to pata nahin hai kuch galat fehmi ho gayi hai aisa wazeh tor se kisi ne nahin bataya.</w:t>
      </w:r>
    </w:p>
    <w:p>
      <w:pPr>
        <w:jc w:val="right"/>
      </w:pPr>
      <w:r>
        <w:t>؟ مولانا یہ ان کو کس نے بتایا ہے اور کہاں لکھا ہوا ہے اس کا تو پتہ نہیں ہے کچھ غلط فہمی ہو گئی ہے ایسا واضح طور سے کسی نے نہیں بتایا۔</w:t>
      </w:r>
    </w:p>
    <w:p>
      <w:r>
        <w:rPr>
          <w:b/>
        </w:rPr>
        <w:t xml:space="preserve">[25:28] </w:t>
      </w:r>
      <w:r>
        <w:t>bataya nahin batata nahin. Jis mulk mein aap rehte hain khaas tor par Hindustan mein aap rehte hain. Yeh concern nahin hai. Far</w:t>
      </w:r>
    </w:p>
    <w:p>
      <w:pPr>
        <w:jc w:val="right"/>
      </w:pPr>
      <w:r>
        <w:t>بتایا نہیں بتاتا نہیں۔ جس ملک میں آپ رہتے ہیں خاص طور پر ہندوستان میں آپ رہتے ہیں۔ یہ کنسرن نہیں ہے۔ فر</w:t>
      </w:r>
    </w:p>
    <w:p>
      <w:r>
        <w:rPr>
          <w:b/>
        </w:rPr>
        <w:t xml:space="preserve">[25:35] </w:t>
      </w:r>
      <w:r>
        <w:t>z hai. Ke hamein law government ke law ko follow karna hai. Bilkul bilkul. In se poochho yeh jo in ke shehar mein hai ke mujhe jumma ki namaz parhna hai.</w:t>
      </w:r>
    </w:p>
    <w:p>
      <w:pPr>
        <w:jc w:val="right"/>
      </w:pPr>
      <w:r>
        <w:t>ض ہے۔ کہ ہمیں لاء گورنمنٹ کے لاء کو فالو کرنا ہے۔ بالکل بالکل۔ ان سے پوچھو یہ جو ان کے شہر میں ہے کہ مجھے جمعہ کی نماز پڑھنا ہے۔</w:t>
      </w:r>
    </w:p>
    <w:p>
      <w:r>
        <w:rPr>
          <w:b/>
        </w:rPr>
        <w:t xml:space="preserve">[25:46] </w:t>
      </w:r>
      <w:r>
        <w:t>ji. Is tarah ke yeh bhi in ke zehan mein hai government ke law of land ko follow karna hai? Yeh poochho. Yeh to musalman ko jumma ki namaz parhna farz hai.</w:t>
      </w:r>
    </w:p>
    <w:p>
      <w:pPr>
        <w:jc w:val="right"/>
      </w:pPr>
      <w:r>
        <w:t>جی۔ اس طرح کے یہ بھی ان کے ذہن میں ہے گورنمنٹ کے لاء آف لینڈ کو فالو کرنا ہے؟ یہ پوچھو۔ یہ تو مسلمان کو جمعہ کی نماز پڑھنا فرض ہے۔</w:t>
      </w:r>
    </w:p>
    <w:p>
      <w:r>
        <w:rPr>
          <w:b/>
        </w:rPr>
        <w:t xml:space="preserve">[25:57] </w:t>
      </w:r>
      <w:r>
        <w:t>namaz parhna farz hai. Isi tarah aap ke zehan mein hai na farz hai. Haan haan bilkul</w:t>
      </w:r>
    </w:p>
    <w:p>
      <w:pPr>
        <w:jc w:val="right"/>
      </w:pPr>
      <w:r>
        <w:t>نماز پڑھنا فرض ہے۔ اسی طرح آپ کے ذہن میں ہے نا فرض ہے۔ ہاں ہاں بالکل</w:t>
      </w:r>
    </w:p>
    <w:p>
      <w:r>
        <w:rPr>
          <w:b/>
        </w:rPr>
        <w:t xml:space="preserve">[26:03] </w:t>
      </w:r>
      <w:r>
        <w:t>. Isi tarah law of land ko follow karna farz hai is darje mein aap ke zehan mein hai? Law of land matlab mein samjha nahin hai. Tax.</w:t>
      </w:r>
    </w:p>
    <w:p>
      <w:pPr>
        <w:jc w:val="right"/>
      </w:pPr>
      <w:r>
        <w:t>۔ اسی طرح لاء آف لینڈ کو فالو کرنا فرض ہے اس درجے میں آپ کے ذہن میں ہے؟ لاء آف لینڈ مطلب میں سمجھا نہیں ہے۔ ٹیکس۔</w:t>
      </w:r>
    </w:p>
    <w:p>
      <w:r>
        <w:rPr>
          <w:b/>
        </w:rPr>
        <w:t xml:space="preserve">[26:12] </w:t>
      </w:r>
      <w:r>
        <w:t>tax. Haan wahi wahi wahi tax ada karna. Haan India ke qanoon ko follow karna. Follow karna. Haan yeh farz hai aap ke zehan mein. Bilkul bilkul.</w:t>
      </w:r>
    </w:p>
    <w:p>
      <w:pPr>
        <w:jc w:val="right"/>
      </w:pPr>
      <w:r>
        <w:t>ٹیکس۔ ہاں وہی وہی وہی ٹیکس ادا کرنا۔ ہاں انڈیا کے قانون کو فالو کرنا۔ فالو کرنا۔ ہاں یہ فرض ہے آپ کے ذہن میں۔ بالکل بالکل۔</w:t>
      </w:r>
    </w:p>
    <w:p>
      <w:r>
        <w:rPr>
          <w:b/>
        </w:rPr>
        <w:t xml:space="preserve">[26:20] </w:t>
      </w:r>
      <w:r>
        <w:t>haan bilkul.</w:t>
      </w:r>
    </w:p>
    <w:p>
      <w:pPr>
        <w:jc w:val="right"/>
      </w:pPr>
      <w:r>
        <w:t>ہاں بالکل۔</w:t>
      </w:r>
    </w:p>
    <w:p>
      <w:r>
        <w:rPr>
          <w:b/>
        </w:rPr>
        <w:t xml:space="preserve">[26:21] </w:t>
      </w:r>
      <w:r>
        <w:t>ji yeh keh rahe hain ke farz ke darje mein samajhte hain.</w:t>
      </w:r>
    </w:p>
    <w:p>
      <w:pPr>
        <w:jc w:val="right"/>
      </w:pPr>
      <w:r>
        <w:t>جی یہ کہہ رہے ہیں کہ فرض کے درجے میں سمجھتے ہیں۔</w:t>
      </w:r>
    </w:p>
    <w:p>
      <w:r>
        <w:rPr>
          <w:b/>
        </w:rPr>
        <w:t xml:space="preserve">[26:29] </w:t>
      </w:r>
      <w:r>
        <w:t>nahin hum kahin nahin keh rahe hain. Main ab tak koi mila nahin khatam musalmanon se. Koi mila nahin ab tak jo yeh kahe ke law of land ko farz ke darje mein follow karna zaroori samajhta hoon.</w:t>
      </w:r>
    </w:p>
    <w:p>
      <w:pPr>
        <w:jc w:val="right"/>
      </w:pPr>
      <w:r>
        <w:t>نہیں ہم کہیں نہیں کہہ رہے ہیں۔ میں اب تک کوئی ملا نہیں ختم مسلمانوں سے۔ کوئی ملا نہیں اب تک جو یہ کہے کہ لاء آف لینڈ کو فرض کے درجے میں فالو کرنا ضروری سمجھتا ہوں۔</w:t>
      </w:r>
    </w:p>
    <w:p>
      <w:r>
        <w:rPr>
          <w:b/>
        </w:rPr>
        <w:t xml:space="preserve">[26:42] </w:t>
      </w:r>
      <w:r>
        <w:t>main ne wahi kaha na ke hum hum jo hai samajhte hain lekin hum is ko karte nahin hain.</w:t>
      </w:r>
    </w:p>
    <w:p>
      <w:pPr>
        <w:jc w:val="right"/>
      </w:pPr>
      <w:r>
        <w:t>میں نے وہی کہا نا کہ ہم ہم جو ہے سمجھتے ہیں لیکن ہم اس کو کرتے نہیں ہیں۔</w:t>
      </w:r>
    </w:p>
    <w:p>
      <w:r>
        <w:rPr>
          <w:b/>
        </w:rPr>
        <w:t xml:space="preserve">[26:50] </w:t>
      </w:r>
      <w:r>
        <w:t>Maulana yeh keh rahe hain ke hum samajhte hain lekin karte nahin hain amal nahin karte. Woh woh na samajhna hai. Woh na samajhna hai. Haan wahi wahi</w:t>
      </w:r>
    </w:p>
    <w:p>
      <w:pPr>
        <w:jc w:val="right"/>
      </w:pPr>
      <w:r>
        <w:t>مولانا یہ کہہ رہے ہیں کہ ہم سمجھتے ہیں لیکن کرتے نہیں ہیں عمل نہیں کرتے۔ وہ وہ نہ سمجھنا ہے۔ وہ نہ سمجھنا ہے۔ ہاں وہی وہی</w:t>
      </w:r>
    </w:p>
    <w:p>
      <w:r>
        <w:rPr>
          <w:b/>
        </w:rPr>
        <w:t xml:space="preserve">[26:58] </w:t>
      </w:r>
      <w:r>
        <w:t>wahi wahi wahi na samajhna hai ke.</w:t>
      </w:r>
    </w:p>
    <w:p>
      <w:pPr>
        <w:jc w:val="right"/>
      </w:pPr>
      <w:r>
        <w:t>وہی وہی وہی نہ سمجھنا ہے کہ۔</w:t>
      </w:r>
    </w:p>
    <w:p>
      <w:r>
        <w:rPr>
          <w:b/>
        </w:rPr>
        <w:t xml:space="preserve">[27:22] </w:t>
      </w:r>
      <w:r>
        <w:t>Maulana hamari yahan masjidon mein madrason mein jo kitabein parhai jaati hain. Hmm. Is mein to yeh bataya jaata hai baqayda likha hua hai.</w:t>
      </w:r>
    </w:p>
    <w:p>
      <w:pPr>
        <w:jc w:val="right"/>
      </w:pPr>
      <w:r>
        <w:t>مولانا ہماری یہاں مسجدوں میں مدرسوں میں جو کتابیں پڑھائی جاتی ہیں۔ ہمم۔ اس میں تو یہ بتایا جاتا ہے باقاعدہ لکھا ہوا ہے۔</w:t>
      </w:r>
    </w:p>
    <w:p>
      <w:r>
        <w:rPr>
          <w:b/>
        </w:rPr>
        <w:t xml:space="preserve">[27:31] </w:t>
      </w:r>
      <w:r>
        <w:t>jaise bahar shariyat ek bohat mashhoor kitab hai jo musalmanon mein bohat aam hai. Masjid mein is ka dars hota hai. Is mein likha hai ke sood lena jaiz hai Hindustan mein kyunke yeh darul Islam</w:t>
      </w:r>
    </w:p>
    <w:p>
      <w:pPr>
        <w:jc w:val="right"/>
      </w:pPr>
      <w:r>
        <w:t>جیسے باہر شریعت ایک بہت مشہور کتاب ہے جو مسلمانوں میں بہت عام ہے۔ مسجد میں اس کا درس ہوتا ہے۔ اس میں لکھا ہے کہ سود لینا جائز ہے ہندوستان میں کیونکہ یہ دارالاسلام</w:t>
      </w:r>
    </w:p>
    <w:p>
      <w:r>
        <w:rPr>
          <w:b/>
        </w:rPr>
        <w:t xml:space="preserve">[27:41] </w:t>
      </w:r>
      <w:r>
        <w:t>nahin hai. Bilkul. Suniye. Yeh masle bana rakhe hain logon ne.</w:t>
      </w:r>
    </w:p>
    <w:p>
      <w:pPr>
        <w:jc w:val="right"/>
      </w:pPr>
      <w:r>
        <w:t>نہیں ہے۔ بالکل۔ سنیے۔ یہ مسئلے بنا رکھے ہیں لوگوں نے۔</w:t>
      </w:r>
    </w:p>
    <w:p>
      <w:r>
        <w:rPr>
          <w:b/>
        </w:rPr>
        <w:t xml:space="preserve">[27:50] </w:t>
      </w:r>
      <w:r>
        <w:t>yeh jhoota masla hai yeh.</w:t>
      </w:r>
    </w:p>
    <w:p>
      <w:pPr>
        <w:jc w:val="right"/>
      </w:pPr>
      <w:r>
        <w:t>یہ جھوٹا مسئلہ ہے یہ۔</w:t>
      </w:r>
    </w:p>
    <w:p>
      <w:r>
        <w:rPr>
          <w:b/>
        </w:rPr>
        <w:t xml:space="preserve">[27:57] </w:t>
      </w:r>
      <w:r>
        <w:t>Imam Abu Hanifa ne waqti zaroorat ke tehat majboori halaat mein koi ho us ke liye keh diya tha. Isthina aam kar diya.</w:t>
      </w:r>
    </w:p>
    <w:p>
      <w:pPr>
        <w:jc w:val="right"/>
      </w:pPr>
      <w:r>
        <w:t>امام ابو حنیفہ نے وقتی ضرورت کے تحت مجبوری حالات میں کوئی ہو اس کے لیے کہہ دیا تھا۔ استثنیٰ عام کر دیا۔</w:t>
      </w:r>
    </w:p>
    <w:p>
      <w:r>
        <w:rPr>
          <w:b/>
        </w:rPr>
        <w:t xml:space="preserve">[28:08] </w:t>
      </w:r>
      <w:r>
        <w:t>ji.</w:t>
      </w:r>
    </w:p>
    <w:p>
      <w:pPr>
        <w:jc w:val="right"/>
      </w:pPr>
      <w:r>
        <w:t>جی۔</w:t>
      </w:r>
    </w:p>
    <w:p>
      <w:r>
        <w:rPr>
          <w:b/>
        </w:rPr>
        <w:t xml:space="preserve">[28:12] </w:t>
      </w:r>
      <w:r>
        <w:t>majboori mein bhi nahin ke insaan nahin kar sakta. Maulana yeh farma rahe hain. Woh Imam Abu Hanifa ne jo kaha tha na woh isthina kaha tha. Ji.</w:t>
      </w:r>
    </w:p>
    <w:p>
      <w:pPr>
        <w:jc w:val="right"/>
      </w:pPr>
      <w:r>
        <w:t>مجبوری میں بھی نہیں کہ انسان نہیں کر سکتا۔ مولانا یہ فرما رہے ہیں۔ وہ امام ابو حنیفہ نے جو کہا تھا نا وہ استثنیٰ کہا تھا۔ جی۔</w:t>
      </w:r>
    </w:p>
    <w:p>
      <w:r>
        <w:rPr>
          <w:b/>
        </w:rPr>
        <w:t xml:space="preserve">[28:24] </w:t>
      </w:r>
      <w:r>
        <w:t>ijtehad sajde mein mubtala ho. Ji.</w:t>
      </w:r>
    </w:p>
    <w:p>
      <w:pPr>
        <w:jc w:val="right"/>
      </w:pPr>
      <w:r>
        <w:t>اجتہاد سجدے میں مبتلا ہو۔ جی۔</w:t>
      </w:r>
    </w:p>
    <w:p>
      <w:r>
        <w:rPr>
          <w:b/>
        </w:rPr>
        <w:t xml:space="preserve">[28:36] </w:t>
      </w:r>
      <w:r>
        <w:t>ek mere shaikh the Maulana hamare ustad the. To ek martaba aisi hi kuch baat hui.</w:t>
      </w:r>
    </w:p>
    <w:p>
      <w:pPr>
        <w:jc w:val="right"/>
      </w:pPr>
      <w:r>
        <w:t>ایک میرے شیخ تھے مولانا ہمارے استاد تھے۔ تو ایک مرتبہ ایسی ہی کچھ بات ہوئی۔</w:t>
      </w:r>
    </w:p>
    <w:p>
      <w:r>
        <w:rPr>
          <w:b/>
        </w:rPr>
        <w:t xml:space="preserve">[28:45] </w:t>
      </w:r>
      <w:r>
        <w:t>kuch ghair qanooni woh karna chahte the. To main ne un se kaha ke yeh to law ke khilaf hai. To unhon ne mujh se foran kaha tha yeh thori Islami hukoomat hai.</w:t>
      </w:r>
    </w:p>
    <w:p>
      <w:pPr>
        <w:jc w:val="right"/>
      </w:pPr>
      <w:r>
        <w:t>کچھ غیر قانونی وہ کرنا چاہتے تھے۔ تو میں نے ان سے کہا کہ یہ تو لاء کے خلاف ہے۔ تو انہوں نے مجھ سے فوراً کہا تھا یہ تھوڑی اسلامی حکومت ہے۔</w:t>
      </w:r>
    </w:p>
    <w:p>
      <w:r>
        <w:rPr>
          <w:b/>
        </w:rPr>
        <w:t xml:space="preserve">[28:56] </w:t>
      </w:r>
      <w:r>
        <w:t>dekhiye aap jo keh rahe hain woh aise keh diya aap ne. Koi buzurg nahin hai.</w:t>
      </w:r>
    </w:p>
    <w:p>
      <w:pPr>
        <w:jc w:val="right"/>
      </w:pPr>
      <w:r>
        <w:t>دیکھیے آپ جو کہہ رہے ہیں وہ ایسے کہہ دیا آپ نے۔ کوئی بزرگ نہیں ہے۔</w:t>
      </w:r>
    </w:p>
    <w:p>
      <w:r>
        <w:rPr>
          <w:b/>
        </w:rPr>
        <w:t xml:space="preserve">[29:18] </w:t>
      </w:r>
      <w:r>
        <w:t>sab se pehle aap jo theek hai ke what is islam. islam kya hai?</w:t>
      </w:r>
    </w:p>
    <w:p>
      <w:pPr>
        <w:jc w:val="right"/>
      </w:pPr>
      <w:r>
        <w:t>سب سے پہلے آپ جو ٹھیک ہے کہ واٹ از اسلام۔ اسلام کیا ہے؟</w:t>
      </w:r>
    </w:p>
    <w:p>
      <w:r>
        <w:rPr>
          <w:b/>
        </w:rPr>
        <w:t xml:space="preserve">[29:29] </w:t>
      </w:r>
      <w:r>
        <w:t>bas jaise hi kaam is ko follow kar raha hoon. phir apna. bana diya. abhi to aap ne yeh sab kiya nahi hai.</w:t>
      </w:r>
    </w:p>
    <w:p>
      <w:pPr>
        <w:jc w:val="right"/>
      </w:pPr>
      <w:r>
        <w:t>بس جیسے ہی کام اس کو فالو کر رہا ہوں۔ پھر اپنا۔ بنا دیا۔ ابھی تو آپ نے یہ سب کیا نہیں ہے۔</w:t>
      </w:r>
    </w:p>
    <w:p>
      <w:r>
        <w:rPr>
          <w:b/>
        </w:rPr>
        <w:t xml:space="preserve">[29:38] </w:t>
      </w:r>
      <w:r>
        <w:t>aur suna suni sunai baton ko maan liya. dekhiye madhana ka maamla kahan bigra hai. ke sunnat-e-islamiya jo thi.</w:t>
      </w:r>
    </w:p>
    <w:p>
      <w:pPr>
        <w:jc w:val="right"/>
      </w:pPr>
      <w:r>
        <w:t>اور سنا سنی سنا ہی باتوں کو مان لیا۔ دیکھیے مدھانہ کا معاملہ کہاں بگڑا ہے۔ کہ سنت اسلامیہ جو تھی۔</w:t>
      </w:r>
    </w:p>
    <w:p>
      <w:r>
        <w:rPr>
          <w:b/>
        </w:rPr>
        <w:t xml:space="preserve">[29:51] </w:t>
      </w:r>
      <w:r>
        <w:t>ji. turki ki. ji. wohin chaudah maut tooti. hmm. to log samajhte the saare ulama ghalat taur par ke yahi woh cheez hai jo hamara nishana hai ke hum khilafat qaim karein khilafat qaim karein.</w:t>
      </w:r>
    </w:p>
    <w:p>
      <w:pPr>
        <w:jc w:val="right"/>
      </w:pPr>
      <w:r>
        <w:t>جی۔ ترکی کی۔ جی۔ وہیں چودہ موت ٹوٹی۔ ہمم۔ تو لوگ سمجھتے تھے سارے علماء غلط طور پر کہ یہی وہ چیز ہے جو ہمارا نشانہ ہے کہ ہم خلافت قائم کریں خلافت قائم کریں۔</w:t>
      </w:r>
    </w:p>
    <w:p>
      <w:r>
        <w:rPr>
          <w:b/>
        </w:rPr>
        <w:t xml:space="preserve">[30:12] </w:t>
      </w:r>
      <w:r>
        <w:t>ji. to hum ne haalankey woh khilafat thi hi nahi. dekhiye ek sab itni badi haqeeqat koi bhi khilafat khilafat nahi thi.</w:t>
      </w:r>
    </w:p>
    <w:p>
      <w:pPr>
        <w:jc w:val="right"/>
      </w:pPr>
      <w:r>
        <w:t>جی۔ تو ہم نے حالانکہ وہ خلافت تھی ہی نہیں۔ دیکھیے ایک سب اتنی بڑی حقیقت کوئی بھی خلافت خلافت نہیں تھی۔</w:t>
      </w:r>
    </w:p>
    <w:p>
      <w:r>
        <w:rPr>
          <w:b/>
        </w:rPr>
        <w:t xml:space="preserve">[30:25] </w:t>
      </w:r>
      <w:r>
        <w:t>ji. dynasty thi. ji. hmm kya kaha maine?</w:t>
      </w:r>
    </w:p>
    <w:p>
      <w:pPr>
        <w:jc w:val="right"/>
      </w:pPr>
      <w:r>
        <w:t>جی۔ ڈائنسٹی تھی۔ جی۔ ہمم کیا کہا میں نے؟</w:t>
      </w:r>
    </w:p>
    <w:p>
      <w:r>
        <w:rPr>
          <w:b/>
        </w:rPr>
        <w:t xml:space="preserve">[30:30] </w:t>
      </w:r>
      <w:r>
        <w:t>maulana musalman jis ko khilafat samajhte hain woh saari dynasties theen woh. hmm chahe bani ummayah hon chahe bani abbas hon.</w:t>
      </w:r>
    </w:p>
    <w:p>
      <w:pPr>
        <w:jc w:val="right"/>
      </w:pPr>
      <w:r>
        <w:t>مولانا مسلمان جس کو خلافت سمجھتے ہیں وہ ساری ڈائنسٹیز تھیں وہ۔ ہمم چاہے بنو امیہ ہوں چاہے بنو عباس ہوں۔</w:t>
      </w:r>
    </w:p>
    <w:p>
      <w:r>
        <w:rPr>
          <w:b/>
        </w:rPr>
        <w:t xml:space="preserve">[30:40] </w:t>
      </w:r>
      <w:r>
        <w:t>ji. ya usmania khilafat. ji. sab dynasty thi woh khilafat thi hi nahi. ji.</w:t>
      </w:r>
    </w:p>
    <w:p>
      <w:pPr>
        <w:jc w:val="right"/>
      </w:pPr>
      <w:r>
        <w:t>جی۔ یا عثمانیہ خلافت۔ جی۔ سب ڈائنسٹی تھی وہ خلافت تھی ہی نہیں۔ جی۔</w:t>
      </w:r>
    </w:p>
    <w:p>
      <w:r>
        <w:rPr>
          <w:b/>
        </w:rPr>
        <w:t xml:space="preserve">[30:50] </w:t>
      </w:r>
      <w:r>
        <w:t>theek. to jab woh aaye hain qaim thi to hum ne khilafat qaim kar rakha hai. jab woh toot gayi to ab yeh koi ghasib hain ke marna hai inhein ladna hai inhein chheenna hai inhein chheenna hai.</w:t>
      </w:r>
    </w:p>
    <w:p>
      <w:pPr>
        <w:jc w:val="right"/>
      </w:pPr>
      <w:r>
        <w:t>ٹھیک۔ تو جب وہ آئے ہیں قائم تھی تو ہم نے خلافت قائم کر رکھا ہے۔ جب وہ ٹوٹ گئی تو اب یہ کوئی غاصب ہیں کہ مارنا ہے انہیں لڑنا ہے انہیں چھیننا ہے انہیں چھیننا ہے۔</w:t>
      </w:r>
    </w:p>
    <w:p>
      <w:r>
        <w:rPr>
          <w:b/>
        </w:rPr>
        <w:t xml:space="preserve">[31:06] </w:t>
      </w:r>
      <w:r>
        <w:t>to yaani false khilafat par yaqeen karna ke yahi khilafat hai. ji. hain ab jo is false khilafat tootne par yeh hai ke is ko regain karna hai.</w:t>
      </w:r>
    </w:p>
    <w:p>
      <w:pPr>
        <w:jc w:val="right"/>
      </w:pPr>
      <w:r>
        <w:t>تو یعنی فاسٹ خلافت پر یقین کرنا کہ یہی خلافت ہے۔ جی۔ ہیں اب جو اس فاسٹ خلافت ٹوٹنے پر یہ ہے کہ اس کو ریگین کرنا ہے۔</w:t>
      </w:r>
    </w:p>
    <w:p>
      <w:r>
        <w:rPr>
          <w:b/>
        </w:rPr>
        <w:t xml:space="preserve">[31:20] </w:t>
      </w:r>
      <w:r>
        <w:t>chheenna hai. ab yeh log to bechare khane kamane wale log hain. yeh itna sochte nahi hain.</w:t>
      </w:r>
    </w:p>
    <w:p>
      <w:pPr>
        <w:jc w:val="right"/>
      </w:pPr>
      <w:r>
        <w:t>چھیننا ہے۔ اب یہ لوگ تو بیچارے کھانے کمانے والے لوگ ہیں۔ یہ اتنا سوچتے نہیں ہیں۔</w:t>
      </w:r>
    </w:p>
    <w:p>
      <w:r>
        <w:rPr>
          <w:b/>
        </w:rPr>
        <w:t xml:space="preserve">[31:30] </w:t>
      </w:r>
      <w:r>
        <w:t>yeh bohat Maulana nayi baat hai bilkul. hain? yeh bilkul aap ne aaj ek nayi baat batai hai ke jo cheez maujood hi nahi thi us par unhon ne ek yeh qaim kiya.</w:t>
      </w:r>
    </w:p>
    <w:p>
      <w:pPr>
        <w:jc w:val="right"/>
      </w:pPr>
      <w:r>
        <w:t>یہ بہت مولانا نئی بات ہے بالکل۔ ہیں؟ یہ بالکل آپ نے آج ایک نئی بات بتائی ہے کہ جو چیز موجود ہی نہیں تھی اس پر انہوں نے ایک یہ قائم کیا۔</w:t>
      </w:r>
    </w:p>
    <w:p>
      <w:r>
        <w:rPr>
          <w:b/>
        </w:rPr>
        <w:t xml:space="preserve">[31:39] </w:t>
      </w:r>
      <w:r>
        <w:t>ek daawa qaim kiya. hmm. aur phir us ke liye kaam karte hain. hmm.</w:t>
      </w:r>
    </w:p>
    <w:p>
      <w:pPr>
        <w:jc w:val="right"/>
      </w:pPr>
      <w:r>
        <w:t>ایک دعویٰ قائم کیا۔ ہمم۔ اور پھر اس کے لیے کام کرتے ہیں۔ ہمم۔</w:t>
      </w:r>
    </w:p>
    <w:p>
      <w:r>
        <w:rPr>
          <w:b/>
        </w:rPr>
        <w:t xml:space="preserve">[31:44] </w:t>
      </w:r>
      <w:r>
        <w:t>kabhi bhi khilafat nahi thi woh to woh to dynasty thi. ji. dynasty maani hote hain khandani hukoomat.</w:t>
      </w:r>
    </w:p>
    <w:p>
      <w:pPr>
        <w:jc w:val="right"/>
      </w:pPr>
      <w:r>
        <w:t>کبھی بھی خلافت نہیں تھی وہ تو وہ تو ڈائنسٹی تھی۔ جی۔ ڈائنسٹی معنی ہوتے ہیں خاندانی حکومت۔</w:t>
      </w:r>
    </w:p>
    <w:p>
      <w:r>
        <w:rPr>
          <w:b/>
        </w:rPr>
        <w:t xml:space="preserve">[31:55] </w:t>
      </w:r>
      <w:r>
        <w:t>ji. aur jab woh nahi rahi to us ko regain karne ki lad rahe hain. ji. khilafat ke naam par.</w:t>
      </w:r>
    </w:p>
    <w:p>
      <w:pPr>
        <w:jc w:val="right"/>
      </w:pPr>
      <w:r>
        <w:t>جی۔ اور جب وہ نہیں رہی تو اس کو ریگین کرنے کی لڑ رہے ہیں۔ جی۔ خلافت کے نام پر۔</w:t>
      </w:r>
    </w:p>
    <w:p>
      <w:r>
        <w:rPr>
          <w:b/>
        </w:rPr>
        <w:t xml:space="preserve">[32:04] </w:t>
      </w:r>
      <w:r>
        <w:t>to musalman jo hain false food mein jeete hain. All the Muslims are real and false food.</w:t>
      </w:r>
    </w:p>
    <w:p>
      <w:pPr>
        <w:jc w:val="right"/>
      </w:pPr>
      <w:r>
        <w:t>تو مسلمان جو ہیں فالس فوڈ میں جیتتے ہیں۔ آل دا مسلمز آر ریول اینڈ فالس فوڈ۔</w:t>
      </w:r>
    </w:p>
    <w:p>
      <w:r>
        <w:rPr>
          <w:b/>
        </w:rPr>
        <w:t xml:space="preserve">[32:15] </w:t>
      </w:r>
      <w:r>
        <w:t>kaisa? ji. kya kaha maine</w:t>
      </w:r>
    </w:p>
    <w:p>
      <w:pPr>
        <w:jc w:val="right"/>
      </w:pPr>
      <w:r>
        <w:t>کیسا؟ جی۔ کیا کہا میں نے</w:t>
      </w:r>
    </w:p>
    <w:p>
      <w:r>
        <w:rPr>
          <w:b/>
        </w:rPr>
        <w:t xml:space="preserve">[32:20] </w:t>
      </w:r>
      <w:r>
        <w:t>? musalman saare ke saare false food par jeete hain Maulana. ke jo khandani hukoomat thi us ko khilafat ka hmm samajh liya ke woh khilafat thi.</w:t>
      </w:r>
    </w:p>
    <w:p>
      <w:pPr>
        <w:jc w:val="right"/>
      </w:pPr>
      <w:r>
        <w:t>؟ مسلمان سارے کے سارے فالس فوڈ پر جیتے ہیں مولانا۔ کہ جو خاندانی حکومت تھی اس کو خلافت کا ہمم سمجھ لیا کہ وہ خلافت تھی۔</w:t>
      </w:r>
    </w:p>
    <w:p>
      <w:r>
        <w:rPr>
          <w:b/>
        </w:rPr>
        <w:t xml:space="preserve">[32:31] </w:t>
      </w:r>
      <w:r>
        <w:t>bani ummayah bani abbas bani abbas aur woh mughal jitne bhi hain sab the dynasty aur un ka the khilafat.</w:t>
      </w:r>
    </w:p>
    <w:p>
      <w:pPr>
        <w:jc w:val="right"/>
      </w:pPr>
      <w:r>
        <w:t>بنو امیہ بنو عباس بنو عباس اور وہ مغل جتنے بھی ہیں سب تھے ڈائنسٹی اور ان کا تھے خلافت۔</w:t>
      </w:r>
    </w:p>
    <w:p>
      <w:r>
        <w:rPr>
          <w:b/>
        </w:rPr>
        <w:t xml:space="preserve">[32:47] </w:t>
      </w:r>
      <w:r>
        <w:t>ji. ji. hain? jaise hum log yahan baithe hue hain hum kahein hum tahajjud ki namaz parh rahe hain. hain?</w:t>
      </w:r>
    </w:p>
    <w:p>
      <w:pPr>
        <w:jc w:val="right"/>
      </w:pPr>
      <w:r>
        <w:t>جی۔ جی۔ ہیں؟ جیسے ہم لوگ یہاں بیٹھے ہوئے ہیں ہم کہیں ہم تہجد کی نماز پڑھ رہے ہیں۔ ہیں؟</w:t>
      </w:r>
    </w:p>
    <w:p>
      <w:r>
        <w:rPr>
          <w:b/>
        </w:rPr>
        <w:t xml:space="preserve">[32:55] </w:t>
      </w:r>
      <w:r>
        <w:t>ji. kaisa? haan Maulana. aise hi kya musalmanon ne? ji.</w:t>
      </w:r>
    </w:p>
    <w:p>
      <w:pPr>
        <w:jc w:val="right"/>
      </w:pPr>
      <w:r>
        <w:t>جی۔ کیسا؟ ہاں مولانا۔ ایسے ہی کیا مسلمانوں نے؟ جی۔</w:t>
      </w:r>
    </w:p>
    <w:p>
      <w:r>
        <w:rPr>
          <w:b/>
        </w:rPr>
        <w:t xml:space="preserve">[33:04] </w:t>
      </w:r>
      <w:r>
        <w:t>kaisa kya kaha maine?</w:t>
      </w:r>
    </w:p>
    <w:p>
      <w:pPr>
        <w:jc w:val="right"/>
      </w:pPr>
      <w:r>
        <w:t>کیسا کیا کہا میں نے؟</w:t>
      </w:r>
    </w:p>
    <w:p>
      <w:r>
        <w:rPr>
          <w:b/>
        </w:rPr>
        <w:t xml:space="preserve">[33:07] </w:t>
      </w:r>
      <w:r>
        <w:t>Maulana bilkul yeh sahi hai in ka musalmanon ka kehna umvi abbasi aur usmani khilafat usmani dynasties ko khilafat aise hi hai jaise hum bagh mein baithe hue hain aur kahein ke subah char baje hum tahajjud parh rahe hain.</w:t>
      </w:r>
    </w:p>
    <w:p>
      <w:pPr>
        <w:jc w:val="right"/>
      </w:pPr>
      <w:r>
        <w:t>مولانا بالکل یہ صحیح ہے ان کا مسلمانوں کا کہنا اموی عباسی اور عثمانی خلافت عثمانی ڈائنسٹیز کو خلافت ایسے ہی ہے جیسے ہم باغ میں بیٹھے ہوئے ہیں اور کہیں کہ صبح چار بجے ہم تہجد پڑھ رہے ہیں۔</w:t>
      </w:r>
    </w:p>
    <w:p>
      <w:r>
        <w:rPr>
          <w:b/>
        </w:rPr>
        <w:t xml:space="preserve">[33:20] </w:t>
      </w:r>
      <w:r>
        <w:t>hmm.</w:t>
      </w:r>
    </w:p>
    <w:p>
      <w:pPr>
        <w:jc w:val="right"/>
      </w:pPr>
      <w:r>
        <w:t>ہمم۔</w:t>
      </w:r>
    </w:p>
    <w:p>
      <w:r>
        <w:rPr>
          <w:b/>
        </w:rPr>
        <w:t xml:space="preserve">[33:22] </w:t>
      </w:r>
      <w:r>
        <w:t>saare musalman false food mein jeete hain chahe woh jamaat-e-islami ho chahe jamaat-e-islami ho chahe yeh mujtahima ho chahe tablighi jamaat ho sab false food mein jeete hain.</w:t>
      </w:r>
    </w:p>
    <w:p>
      <w:pPr>
        <w:jc w:val="right"/>
      </w:pPr>
      <w:r>
        <w:t>سارے مسلمان فالس فوڈ میں جیتے ہیں چاہے وہ جماعت اسلامی ہو چاہے جماعت اسلامی ہو چاہے یہ مجتلمہ ہو چاہے تبلیغی جماعت ہو سب فالس فوڈ میں جیتے ہیں۔</w:t>
      </w:r>
    </w:p>
    <w:p>
      <w:r>
        <w:rPr>
          <w:b/>
        </w:rPr>
        <w:t xml:space="preserve">[33:35] </w:t>
      </w:r>
      <w:r>
        <w:t>ji.</w:t>
      </w:r>
    </w:p>
    <w:p>
      <w:pPr>
        <w:jc w:val="right"/>
      </w:pPr>
      <w:r>
        <w:t>جی۔</w:t>
      </w:r>
    </w:p>
    <w:p>
      <w:r>
        <w:rPr>
          <w:b/>
        </w:rPr>
        <w:t xml:space="preserve">[33:41] </w:t>
      </w:r>
      <w:r>
        <w:t>mein tablighi jamaat kehti hai tabligh tabligh yeh thori hai ke aap jatay hain musalmanon mein namazon se chukane ke liye ghair muslimon mein deen pohnchanay ke liye woh kya karte hain tabligh walay?</w:t>
      </w:r>
    </w:p>
    <w:p>
      <w:pPr>
        <w:jc w:val="right"/>
      </w:pPr>
      <w:r>
        <w:t>میں تبلیغی جماعت کہتی ہے تبلیغ تبلیغ یہ تھوڑی ہے کہ آپ جاتے ہیں مسلمانوں میں نمازوں سے چھکانے کے لیے غیر مسلموں میں دین پہنچانے کے لیے وہ کیا کرتے ہیں تبلیغ والے؟</w:t>
      </w:r>
    </w:p>
    <w:p>
      <w:r>
        <w:rPr>
          <w:b/>
        </w:rPr>
        <w:t xml:space="preserve">[33:56] </w:t>
      </w:r>
      <w:r>
        <w:t>kya karte hain? ji.</w:t>
      </w:r>
    </w:p>
    <w:p>
      <w:pPr>
        <w:jc w:val="right"/>
      </w:pPr>
      <w:r>
        <w:t>کیا کرتے ہیں؟ جی۔</w:t>
      </w:r>
    </w:p>
    <w:p>
      <w:r>
        <w:rPr>
          <w:b/>
        </w:rPr>
        <w:t xml:space="preserve">[34:00] </w:t>
      </w:r>
      <w:r>
        <w:t>maulana abhi pani peena hai ya chai peena hai? chai.</w:t>
      </w:r>
    </w:p>
    <w:p>
      <w:pPr>
        <w:jc w:val="right"/>
      </w:pPr>
      <w:r>
        <w:t>مولانا ابھی پانی پینا ہے یا چائے پینا ہے؟ چائے۔</w:t>
      </w:r>
    </w:p>
    <w:p>
      <w:r>
        <w:rPr>
          <w:b/>
        </w:rPr>
        <w:t xml:space="preserve">[34:12] </w:t>
      </w:r>
      <w:r>
        <w:t>bataiye sahi hai ghalat?</w:t>
      </w:r>
    </w:p>
    <w:p>
      <w:pPr>
        <w:jc w:val="right"/>
      </w:pPr>
      <w:r>
        <w:t>بتائیے صحیح ہے غلط؟</w:t>
      </w:r>
    </w:p>
    <w:p>
      <w:r>
        <w:rPr>
          <w:b/>
        </w:rPr>
        <w:t xml:space="preserve">[34:20] </w:t>
      </w:r>
      <w:r>
        <w:t>hmm. hadith mein aata hai ke</w:t>
      </w:r>
    </w:p>
    <w:p>
      <w:pPr>
        <w:jc w:val="right"/>
      </w:pPr>
      <w:r>
        <w:t>ہمم۔ حدیث میں آتا ہے کہ</w:t>
      </w:r>
    </w:p>
    <w:p>
      <w:r>
        <w:rPr>
          <w:b/>
        </w:rPr>
        <w:t xml:space="preserve">[34:44] </w:t>
      </w:r>
      <w:r>
        <w:t>saaray musalman is cheez ki hadith par hain. ji.</w:t>
      </w:r>
    </w:p>
    <w:p>
      <w:pPr>
        <w:jc w:val="right"/>
      </w:pPr>
      <w:r>
        <w:t>سارے مسلمان اس چیز کی حدیث پر ہیں۔ جی۔</w:t>
      </w:r>
    </w:p>
    <w:p>
      <w:r>
        <w:rPr>
          <w:b/>
        </w:rPr>
        <w:t xml:space="preserve">[34:58] </w:t>
      </w:r>
      <w:r>
        <w:t>chahe tabligh walay hon chahe chahe darwa walay hon chahe jamaat islami ho chahe jo mujtalamah ho koi bhi.</w:t>
      </w:r>
    </w:p>
    <w:p>
      <w:pPr>
        <w:jc w:val="right"/>
      </w:pPr>
      <w:r>
        <w:t>چاہے تبلیغ والے ہوں چاہے چاہے دروا والے ہوں چاہے جماعت اسلامی ہو چاہے جو مجتلمہ ہو کوئی بھی۔</w:t>
      </w:r>
    </w:p>
    <w:p>
      <w:r>
        <w:rPr>
          <w:b/>
        </w:rPr>
        <w:t xml:space="preserve">[35:10] </w:t>
      </w:r>
      <w:r>
        <w:t>baghair isme buree hadees padhiye.</w:t>
      </w:r>
    </w:p>
    <w:p>
      <w:pPr>
        <w:jc w:val="right"/>
      </w:pPr>
      <w:r>
        <w:t>بغیر اسمہ بری حدیث پڑھیے۔</w:t>
      </w:r>
    </w:p>
    <w:p>
      <w:r>
        <w:rPr>
          <w:b/>
        </w:rPr>
        <w:t xml:space="preserve">[35:12] </w:t>
      </w:r>
      <w:r>
        <w:t>ana aisha qalat sumit rasool Allah sallallahu alaihi wasallam yaqool ana awwal ma yaqif yani</w:t>
      </w:r>
    </w:p>
    <w:p>
      <w:pPr>
        <w:jc w:val="right"/>
      </w:pPr>
      <w:r>
        <w:t>انا عائشہ قالت سمیت رسول اللہ صلی اللہ علیہ وسلم یقول انا اول ما یقف یعنی</w:t>
      </w:r>
    </w:p>
    <w:p>
      <w:r>
        <w:rPr>
          <w:b/>
        </w:rPr>
        <w:t xml:space="preserve">[35:20] </w:t>
      </w:r>
      <w:r>
        <w:t>al khamr fa qeel fa kaifa ya rasool Allah wa qad bayyan Allah fiha ma bayyan qala rasool Allah sallallahu alaihi</w:t>
      </w:r>
    </w:p>
    <w:p>
      <w:pPr>
        <w:jc w:val="right"/>
      </w:pPr>
      <w:r>
        <w:t>الخمر فقیل فکیف یا رسول اللہ وقد بین اللہ فیہا ما بین قال رسول اللہ صلی اللہ علیہ</w:t>
      </w:r>
    </w:p>
    <w:p>
      <w:r>
        <w:rPr>
          <w:b/>
        </w:rPr>
        <w:t xml:space="preserve">[35:28] </w:t>
      </w:r>
      <w:r>
        <w:t>wasallam yusammunahu baghair isme yani</w:t>
      </w:r>
    </w:p>
    <w:p>
      <w:pPr>
        <w:jc w:val="right"/>
      </w:pPr>
      <w:r>
        <w:t>وسلم یسمونہ بغیر اسمہ یعنی</w:t>
      </w:r>
    </w:p>
    <w:p>
      <w:r>
        <w:rPr>
          <w:b/>
        </w:rPr>
        <w:t xml:space="preserve">[35:32] </w:t>
      </w:r>
      <w:r>
        <w:t>ek galat kaam karenge naam kuch aur rakh denge.</w:t>
      </w:r>
    </w:p>
    <w:p>
      <w:pPr>
        <w:jc w:val="right"/>
      </w:pPr>
      <w:r>
        <w:t>ایک غلط کام کریں گے نام کچھ اور رکھ دیں گے۔</w:t>
      </w:r>
    </w:p>
    <w:p>
      <w:r>
        <w:rPr>
          <w:b/>
        </w:rPr>
        <w:t xml:space="preserve">[35:41] </w:t>
      </w:r>
      <w:r>
        <w:t>tabligh walay yahan wahan yahan wahan jatay hain naam rakh rakha hai tabligh to tabligh thori hai woh tabligh hai ghair muslimon ko islam pohnchana.</w:t>
      </w:r>
    </w:p>
    <w:p>
      <w:pPr>
        <w:jc w:val="right"/>
      </w:pPr>
      <w:r>
        <w:t>تبلیغ والے یہاں وہاں یہاں وہاں جاتے ہیں نام رکھ رکھا ہے تبلیغ تو تبلیغ تھوڑی ہے وہ تبلیغ ہے غیر مسلموں کو اسلام پہنچانا۔</w:t>
      </w:r>
    </w:p>
    <w:p>
      <w:r>
        <w:rPr>
          <w:b/>
        </w:rPr>
        <w:t xml:space="preserve">[35:57] </w:t>
      </w:r>
      <w:r>
        <w:t>jumtra walay musalmanon ke case ladte hain tablighi jamaat jaisay baghi masjid hai us ko lad rahe hain case. nadwa walay deoband sab yani kaam kuch aur kar rahe hain naam rakh rakha hai islam.</w:t>
      </w:r>
    </w:p>
    <w:p>
      <w:pPr>
        <w:jc w:val="right"/>
      </w:pPr>
      <w:r>
        <w:t>جمترا والے مسلمانوں کے کیس لڑتے ہیں تبلیغی جماعت جیسے باغی مسجد ہے اس کو لڑ رہے ہیں کیس۔ ندو والے دیوبند سب یعنی کام کچھ اور کر رہے ہیں نام رکھ رکھا ہے اسلام۔</w:t>
      </w:r>
    </w:p>
    <w:p>
      <w:r>
        <w:rPr>
          <w:b/>
        </w:rPr>
        <w:t xml:space="preserve">[36:16] </w:t>
      </w:r>
      <w:r>
        <w:t>ji Maulana kya hai? kaisa abhi kuch dohraiye? Maulana aap yeh keh rahe hain ke musalmanon ki jamaatein naam kuch aur kar rahi hain kaam kuch aur kar rahi hain naam is ka islam de rakha hai.</w:t>
      </w:r>
    </w:p>
    <w:p>
      <w:pPr>
        <w:jc w:val="right"/>
      </w:pPr>
      <w:r>
        <w:t>جی مولانا کیا ہے؟ کیسا ابھی کچھ دہرائیے؟ مولانا آپ یہ کہہ رہے ہیں کہ مسلمانوں کی جماعتیں نام کچھ اور کر رہی ہیں کام کچھ اور کر رہی ہیں نام اس کا اسلام دے رکھا ہے۔</w:t>
      </w:r>
    </w:p>
    <w:p>
      <w:r>
        <w:rPr>
          <w:b/>
        </w:rPr>
        <w:t xml:space="preserve">[36:31] </w:t>
      </w:r>
      <w:r>
        <w:t>misal ke tor par tablighi jamaat musalmanon ke darmiyan kaam karti hai is ko dawat ka naam tabligh ka naam de rakha hai jo ghair muslimon ke darmiyan hota hai. isi tareeqay se jamiyat ulama walay musalmanon ke case ladte hain aur is ko unhon ne islam ka naam de rakha hai.</w:t>
      </w:r>
    </w:p>
    <w:p>
      <w:pPr>
        <w:jc w:val="right"/>
      </w:pPr>
      <w:r>
        <w:t>مثال کے طور پر تبلیغی جماعت مسلمانوں کے درمیان کام کرتی ہے اس کو دعوت کا نام تبلیغ کا نام دے رکھا ہے جو غیر مسلموں کے درمیان ہوتا ہے۔ اسی طریقے سے جمعیت علماء والے مسلمانوں کے کیس لڑتے ہیں اور اس کو انہوں نے اسلام کا نام دے رکھا ہے۔</w:t>
      </w:r>
    </w:p>
    <w:p>
      <w:r>
        <w:rPr>
          <w:b/>
        </w:rPr>
        <w:t xml:space="preserve">[36:46] </w:t>
      </w:r>
      <w:r>
        <w:t>hmm.</w:t>
      </w:r>
    </w:p>
    <w:p>
      <w:pPr>
        <w:jc w:val="right"/>
      </w:pPr>
      <w:r>
        <w:t>ہمم۔</w:t>
      </w:r>
    </w:p>
    <w:p>
      <w:r>
        <w:rPr>
          <w:b/>
        </w:rPr>
        <w:t xml:space="preserve">[36:47] </w:t>
      </w:r>
      <w:r>
        <w:t>jamaat islami walay yahi karte hain? ji. samajhi kaam karti hai aur is ka naam de diya hai islami khilafat ka.</w:t>
      </w:r>
    </w:p>
    <w:p>
      <w:pPr>
        <w:jc w:val="right"/>
      </w:pPr>
      <w:r>
        <w:t>جماعت اسلامی والے یہی کرتے ہیں؟ جی۔ سماجی کام کرتی ہے اور اس کا نام دے دیا ہے اسلامی خلافت کا۔</w:t>
      </w:r>
    </w:p>
    <w:p>
      <w:r>
        <w:rPr>
          <w:b/>
        </w:rPr>
        <w:t xml:space="preserve">[36:56] </w:t>
      </w:r>
      <w:r>
        <w:t>yeh raaz mujhe khula hai ke kab batata hoon kis tarah.</w:t>
      </w:r>
    </w:p>
    <w:p>
      <w:pPr>
        <w:jc w:val="right"/>
      </w:pPr>
      <w:r>
        <w:t>یہ راز مجھے کھلا ہے کہ کب بتاتا ہوں کس طرح۔</w:t>
      </w:r>
    </w:p>
    <w:p>
      <w:r>
        <w:rPr>
          <w:b/>
        </w:rPr>
        <w:t xml:space="preserve">[37:11] </w:t>
      </w:r>
      <w:r>
        <w:t>mein America gaya to wahan kuch musalman jo paise walay thay un se mulaqat ki.</w:t>
      </w:r>
    </w:p>
    <w:p>
      <w:pPr>
        <w:jc w:val="right"/>
      </w:pPr>
      <w:r>
        <w:t>میں امریکہ گیا تو وہاں کچھ مسلمان جو پیسے والے تھے ان سے ملاقات کی۔</w:t>
      </w:r>
    </w:p>
    <w:p>
      <w:r>
        <w:rPr>
          <w:b/>
        </w:rPr>
        <w:t xml:space="preserve">[37:23] </w:t>
      </w:r>
      <w:r>
        <w:t>mein ne dawat ki baat ki. to kya kehte hain chaliye hum bhi dawat ka kaam karte hain aap hi nahi karte dawat ka.</w:t>
      </w:r>
    </w:p>
    <w:p>
      <w:pPr>
        <w:jc w:val="right"/>
      </w:pPr>
      <w:r>
        <w:t>میں نے دعوت کی بات کی۔ تو کیا کہتے ہیں چلیے ہم بھی دعوت کا کام کرتے ہیں آپ ہی نہیں کرتے دعوت کا۔</w:t>
      </w:r>
    </w:p>
    <w:p>
      <w:r>
        <w:rPr>
          <w:b/>
        </w:rPr>
        <w:t xml:space="preserve">[37:35] </w:t>
      </w:r>
      <w:r>
        <w:t>hum ne aik aik aik aik office khola hai aur wahan hum ne bataya ke hum aik wahan aurat aik mard wahan baqayda tankhwah ke de ke rakh ke bithaya hai wahan dawat ka kaam ho raha hai.</w:t>
      </w:r>
    </w:p>
    <w:p>
      <w:pPr>
        <w:jc w:val="right"/>
      </w:pPr>
      <w:r>
        <w:t>ہم نے ایک ایک ایک ایک آفس کھولا ہے اور وہاں ہم نے بتایا کہ ہم ایک وہاں عورت ایک مرد وہاں باقاعدہ تنخواہ کے دے کے رکھ کے بٹھایا ہے وہاں دعوت کا کام ہو رہا ہے۔</w:t>
      </w:r>
    </w:p>
    <w:p>
      <w:r>
        <w:rPr>
          <w:b/>
        </w:rPr>
        <w:t xml:space="preserve">[37:55] </w:t>
      </w:r>
      <w:r>
        <w:t>to mujhe unhon ne kaha ke aap shayad hum dikhaen. to aglay din unhon ne mujhe aik car diya aur mein us par gaya.</w:t>
      </w:r>
    </w:p>
    <w:p>
      <w:pPr>
        <w:jc w:val="right"/>
      </w:pPr>
      <w:r>
        <w:t>تو مجھے انہوں نے کہا کہ آپ شاید ہم دکھائیں۔ تو اگلے دن انہوں نے مجھے ایک کار دیا اور میں اس پر گیا۔</w:t>
      </w:r>
    </w:p>
    <w:p>
      <w:r>
        <w:rPr>
          <w:b/>
        </w:rPr>
        <w:t xml:space="preserve">[38:09] </w:t>
      </w:r>
      <w:r>
        <w:t>to wahan mein ne dekha ke bohat si kitabein dher pari hui hain aur do sahaba ne aik aurat aur mard us ki jaanch kar rahe hain.</w:t>
      </w:r>
    </w:p>
    <w:p>
      <w:pPr>
        <w:jc w:val="right"/>
      </w:pPr>
      <w:r>
        <w:t>تو وہاں میں نے دیکھا کہ بہت سی کتابیں ڈھیر پڑی ہوئی ہیں اور دو صحابہ نے ایک عورت اور مرد اس کی جانچ کر رہے ہیں۔</w:t>
      </w:r>
    </w:p>
    <w:p>
      <w:r>
        <w:rPr>
          <w:b/>
        </w:rPr>
        <w:t xml:space="preserve">[38:21] </w:t>
      </w:r>
      <w:r>
        <w:t>woh kaha tha ke America mein jo kitabein parhai jati hain as a course schoolon mein woh jama kar rakha hai unhon ne ke kahan kahan islam ke khilaf hai.</w:t>
      </w:r>
    </w:p>
    <w:p>
      <w:pPr>
        <w:jc w:val="right"/>
      </w:pPr>
      <w:r>
        <w:t>وہ کہا تھا کہ امریکہ میں جو کتابیں پڑھائی جاتی ہیں ایز اے کورس اسکولوں میں وہ جمع کر رکھا ہے انہوں نے کہ کہاں کہاں اسلام کے خلاف ہے۔</w:t>
      </w:r>
    </w:p>
    <w:p>
      <w:r>
        <w:rPr>
          <w:b/>
        </w:rPr>
        <w:t xml:space="preserve">[38:34] </w:t>
      </w:r>
      <w:r>
        <w:t>achha.</w:t>
      </w:r>
    </w:p>
    <w:p>
      <w:pPr>
        <w:jc w:val="right"/>
      </w:pPr>
      <w:r>
        <w:t>اچھا۔</w:t>
      </w:r>
    </w:p>
    <w:p>
      <w:r>
        <w:rPr>
          <w:b/>
        </w:rPr>
        <w:t xml:space="preserve">[38:37] </w:t>
      </w:r>
      <w:r>
        <w:t>woh chhanat nikalte hain. phir woh phase banate hain. phir government ka department hai school education ka to woh bhejte hain yeh correction karo is ko ya tum ne yeh likh diya ya woh likh diya.</w:t>
      </w:r>
    </w:p>
    <w:p>
      <w:pPr>
        <w:jc w:val="right"/>
      </w:pPr>
      <w:r>
        <w:t>وہ چھانٹ نکالتے ہیں۔ پھر وہ فیز بناتے ہیں۔ پھر گورنمنٹ کا ڈیپارٹمنٹ ہے اسکول ایجوکیشن کا تو وہ بھیجتے ہیں یہ کریکشن کرو اس کو یا تم نے یہ لکھ دیا یا وہ لکھ دیا۔</w:t>
      </w:r>
    </w:p>
    <w:p>
      <w:r>
        <w:rPr>
          <w:b/>
        </w:rPr>
        <w:t xml:space="preserve">[38:53] </w:t>
      </w:r>
      <w:r>
        <w:t>ab apne aik khud sakhta kaam ko unhon ne bana diya is ka naam de diya islami kaam. kaisa bakra aap ne</w:t>
      </w:r>
    </w:p>
    <w:p>
      <w:pPr>
        <w:jc w:val="right"/>
      </w:pPr>
      <w:r>
        <w:t>اب اپنے ایک خود ساختہ کام کو انہوں نے بنا دیا اس کا نام دے دیا اسلامی کام۔ کیسا بکرا آپ نے</w:t>
      </w:r>
    </w:p>
    <w:p>
      <w:r>
        <w:rPr>
          <w:b/>
        </w:rPr>
        <w:t xml:space="preserve">[39:02] </w:t>
      </w:r>
      <w:r>
        <w:t>bana diya? ji Maulana. kya bakra?</w:t>
      </w:r>
    </w:p>
    <w:p>
      <w:pPr>
        <w:jc w:val="right"/>
      </w:pPr>
      <w:r>
        <w:t>بنوا دیا؟ جی مولانا۔ کیا بکرا؟</w:t>
      </w:r>
    </w:p>
    <w:p>
      <w:r>
        <w:rPr>
          <w:b/>
        </w:rPr>
        <w:t xml:space="preserve">[39:09] </w:t>
      </w:r>
      <w:r>
        <w:t>Maulana aap ne ek misaal di Amreeka ki ke ek saahib ne kaha ke hum bhi da'wati kaam karte hain. phir woh apne office le gaye. to wahan woh da'wa office.</w:t>
      </w:r>
    </w:p>
    <w:p>
      <w:pPr>
        <w:jc w:val="right"/>
      </w:pPr>
      <w:r>
        <w:t>مولانا آپ نے ایک مثال دی امریکہ کی کہ ایک صاحب نے کہا کہ ہم بھی دعوتی کام کرتے ہیں۔ پھر وہ اپنے آفس لے گئے۔ تو وہاں وہ دعویٰ آفس۔</w:t>
      </w:r>
    </w:p>
    <w:p>
      <w:r>
        <w:rPr>
          <w:b/>
        </w:rPr>
        <w:t xml:space="preserve">[39:19] </w:t>
      </w:r>
      <w:r>
        <w:t>kahin kahin unhon ne ek office khol rakha tha baja mushkil se ja ke dekhi</w:t>
      </w:r>
    </w:p>
    <w:p>
      <w:pPr>
        <w:jc w:val="right"/>
      </w:pPr>
      <w:r>
        <w:t>کہیں کہیں انہوں نے ایک آفس کھول رکھا تھا بجا مشکل سے جا کے دیکھی</w:t>
      </w:r>
    </w:p>
    <w:p>
      <w:r>
        <w:rPr>
          <w:b/>
        </w:rPr>
        <w:t xml:space="preserve">[39:24] </w:t>
      </w:r>
      <w:r>
        <w:t>e. ji. to da'wa office ko woh le gaye to wahan aap ne dekha ke ek khatoon aur ek mard aah woh Amreeka ke jo school syllabus hain us ki jaanch partaal kar rahe hain ke is mein Islam ke khilaaf kya kya hai woh point out kiya jaaye.</w:t>
      </w:r>
    </w:p>
    <w:p>
      <w:pPr>
        <w:jc w:val="right"/>
      </w:pPr>
      <w:r>
        <w:t>ے۔ جی۔ تو دعویٰ آفس کو وہ لے گئے تو وہاں آپ نے دیکھا کہ ایک خاتون اور ایک مرد آہ وہ امریکہ کے جو اسکول سلیبس ہیں اس کی جانچ پڑتال کر رہے ہیں کہ اس میں اسلام کے خلاف کیا کیا ہے وہ پوائنٹ آؤٹ کیا جائے۔</w:t>
      </w:r>
    </w:p>
    <w:p>
      <w:r>
        <w:rPr>
          <w:b/>
        </w:rPr>
        <w:t xml:space="preserve">[39:42] </w:t>
      </w:r>
      <w:r>
        <w:t>yeh bhai Islam hi hai.</w:t>
      </w:r>
    </w:p>
    <w:p>
      <w:pPr>
        <w:jc w:val="right"/>
      </w:pPr>
      <w:r>
        <w:t>یہ بھئی اسلام ہی ہے۔</w:t>
      </w:r>
    </w:p>
    <w:p>
      <w:r>
        <w:rPr>
          <w:b/>
        </w:rPr>
        <w:t xml:space="preserve">[39:46] </w:t>
      </w:r>
      <w:r>
        <w:t>to false food mein jeete hain Musalman naam rakh rakha hai Islam.</w:t>
      </w:r>
    </w:p>
    <w:p>
      <w:pPr>
        <w:jc w:val="right"/>
      </w:pPr>
      <w:r>
        <w:t>تو فالس فوڈ میں جیتے ہیں مسلمان نام رکھ رکھا ہے اسلام۔</w:t>
      </w:r>
    </w:p>
    <w:p>
      <w:r>
        <w:rPr>
          <w:b/>
        </w:rPr>
        <w:t xml:space="preserve">[40:00] </w:t>
      </w:r>
      <w:r>
        <w:t>to main aap logon ko mashwara doon ga ke aap log phir se inquiry kijiye ke kya hai Islam kya mujhe karna chahiye.</w:t>
      </w:r>
    </w:p>
    <w:p>
      <w:pPr>
        <w:jc w:val="right"/>
      </w:pPr>
      <w:r>
        <w:t>تو میں آپ لوگوں کو مشورہ دوں گا کہ آپ لوگ پھر سے انکوائری کیجیے کہ کیا ہے اسلام کیا مجھے کرنا چاہیے۔</w:t>
      </w:r>
    </w:p>
    <w:p>
      <w:r>
        <w:rPr>
          <w:b/>
        </w:rPr>
        <w:t xml:space="preserve">[40:19] </w:t>
      </w:r>
      <w:r>
        <w:t>kaisa yeh mashwara kaisa hai?</w:t>
      </w:r>
    </w:p>
    <w:p>
      <w:pPr>
        <w:jc w:val="right"/>
      </w:pPr>
      <w:r>
        <w:t>کیسا یہ مشورہ کیسا ہے؟</w:t>
      </w:r>
    </w:p>
    <w:p>
      <w:r>
        <w:rPr>
          <w:b/>
        </w:rPr>
        <w:t xml:space="preserve">[40:21] </w:t>
      </w:r>
      <w:r>
        <w:t>poochhein aap se? haan sawal poochh rahe hain Maulana. hmm. ji Assalam o Alaikum. kaun kar raha hai yeh is ko? haan Assalam o Alaikum.</w:t>
      </w:r>
    </w:p>
    <w:p>
      <w:pPr>
        <w:jc w:val="right"/>
      </w:pPr>
      <w:r>
        <w:t>پوچھیں آپ سے؟ ہاں سوال پوچھ رہے ہیں مولانا۔ ہمم۔ جی اسلام علیکم۔ کون کر رہا ہے یہ اس کو؟ ہاں اسلام علیکم۔</w:t>
      </w:r>
    </w:p>
    <w:p>
      <w:r>
        <w:rPr>
          <w:b/>
        </w:rPr>
        <w:t xml:space="preserve">[40:32] </w:t>
      </w:r>
      <w:r>
        <w:t>Maulana jaisa abhi aap ne bataya hamein ke mere mann mein ek yeh sawal yeh hai ya aap ne bataya Jamaat-e-Islami ya Tableeghi Jamaat ya Dargah to Ummat jo hai hamari in cheezon mein jo hai batti hui hai to aise mein jo hai Musalman log kya kya karein kahan jayein?</w:t>
      </w:r>
    </w:p>
    <w:p>
      <w:pPr>
        <w:jc w:val="right"/>
      </w:pPr>
      <w:r>
        <w:t>مولانا جیسا ابھی آپ نے بتایا ہمیں کہ میرے من میں ایک یہ سوال یہ ہے یا آپ نے بتایا جماعت اسلامیہ یا تبلیغی جماعت یا درگاہ تو امت جو ہے ہماری ان چیزوں میں جو ہے بٹی ہوئی ہے تو ایسے میں جو ہے مسلمان لوگ کیا کیا کریں کہاں جائیں؟</w:t>
      </w:r>
    </w:p>
    <w:p>
      <w:r>
        <w:rPr>
          <w:b/>
        </w:rPr>
        <w:t xml:space="preserve">[40:50] </w:t>
      </w:r>
      <w:r>
        <w:t>dekhein bachche jamaaton ka nahi hai.</w:t>
      </w:r>
    </w:p>
    <w:p>
      <w:pPr>
        <w:jc w:val="right"/>
      </w:pPr>
      <w:r>
        <w:t>دیکھیں بچے جماعتوں کا نہیں ہے۔</w:t>
      </w:r>
    </w:p>
    <w:p>
      <w:r>
        <w:rPr>
          <w:b/>
        </w:rPr>
        <w:t xml:space="preserve">[40:55] </w:t>
      </w:r>
      <w:r>
        <w:t>main jamaat kisi jamaat ko nahi kehta yeh jamaat. aap khud Quran ki padhiye Hadees ki padhiye.</w:t>
      </w:r>
    </w:p>
    <w:p>
      <w:pPr>
        <w:jc w:val="right"/>
      </w:pPr>
      <w:r>
        <w:t>میں جماعت کسی جماعت کو نہیں کہتا یہ جماعت۔ آپ خود قرآن کی پڑھیے حدیث کی پڑھیے۔</w:t>
      </w:r>
    </w:p>
    <w:p>
      <w:r>
        <w:rPr>
          <w:b/>
        </w:rPr>
        <w:t xml:space="preserve">[41:09] </w:t>
      </w:r>
      <w:r>
        <w:t>main apne baare mein aap ko keh sakta hoon ke maine</w:t>
      </w:r>
    </w:p>
    <w:p>
      <w:pPr>
        <w:jc w:val="right"/>
      </w:pPr>
      <w:r>
        <w:t>میں اپنے بارے میں آپ کو کہہ سکتا ہوں کہ میں نے</w:t>
      </w:r>
    </w:p>
    <w:p>
      <w:r>
        <w:rPr>
          <w:b/>
        </w:rPr>
        <w:t xml:space="preserve">[41:17] </w:t>
      </w:r>
      <w:r>
        <w:t>saara Quran saari Hadees saara padha yeh jaanne ke liye ke Islam kya hai. main Adam Garh ke paas mein paida hua Adam Garh rehta tha.</w:t>
      </w:r>
    </w:p>
    <w:p>
      <w:pPr>
        <w:jc w:val="right"/>
      </w:pPr>
      <w:r>
        <w:t>سارا قرآن ساری حدیث سارا پڑھا یہ جاننے کے لیے کہ اسلام کیا ہے۔ میں آدم گڑھ کے پاس میں پیدا ہوا آدم گڑھ رہتا تھا۔</w:t>
      </w:r>
    </w:p>
    <w:p>
      <w:r>
        <w:rPr>
          <w:b/>
        </w:rPr>
        <w:t xml:space="preserve">[41:31] </w:t>
      </w:r>
      <w:r>
        <w:t>to wahan par ek hai Darul Musannefeen is mein ek bahut bada kitaab kutub khana hai library yeh saari kitabein Islam ki jo Arabi mein jo hain Arabi mein woh maujood hain.</w:t>
      </w:r>
    </w:p>
    <w:p>
      <w:pPr>
        <w:jc w:val="right"/>
      </w:pPr>
      <w:r>
        <w:t>تو وہاں پر ایک ہے دارالمصنفین اس میں ایک بہت بڑا کتاب کتب خانہ ہے لائبریری یہ ساری کتابیں اسلام کی جو عربی میں جو ہیں عربی میں وہ موجود ہیں۔</w:t>
      </w:r>
    </w:p>
    <w:p>
      <w:r>
        <w:rPr>
          <w:b/>
        </w:rPr>
        <w:t xml:space="preserve">[41:47] </w:t>
      </w:r>
      <w:r>
        <w:t>to jaante hain ke main wahan subah ko jaata tha pehla dakhla mera hota tha aur shaam ko enter nikalta tha.</w:t>
      </w:r>
    </w:p>
    <w:p>
      <w:pPr>
        <w:jc w:val="right"/>
      </w:pPr>
      <w:r>
        <w:t>تو جانتے ہیں کہ میں وہاں صبح کو جاتا تھا پہلا داخلہ میرا ہوتا تھا اور شام کو انٹر نکلتا تھا۔</w:t>
      </w:r>
    </w:p>
    <w:p>
      <w:r>
        <w:rPr>
          <w:b/>
        </w:rPr>
        <w:t xml:space="preserve">[41:58] </w:t>
      </w:r>
      <w:r>
        <w:t>aakhri insaan muddaton tak padhta raha mera haal yeh tha ke main subah ko jaata tha kuch nashta kar ke phir dopahar ko khana nahi khata tha.</w:t>
      </w:r>
    </w:p>
    <w:p>
      <w:pPr>
        <w:jc w:val="right"/>
      </w:pPr>
      <w:r>
        <w:t>آخری انسان مدتوں تک پڑھتا رہا میرا حال یہ تھا کہ میں صبح کو جاتا تھا کچھ ناشتہ کر کے پھر دوپہر کو کھانا نہیں کھاتا تھا۔</w:t>
      </w:r>
    </w:p>
    <w:p>
      <w:r>
        <w:rPr>
          <w:b/>
        </w:rPr>
        <w:t xml:space="preserve">[42:11] </w:t>
      </w:r>
      <w:r>
        <w:t>to kai baar aisa mujhe chakkar aa gaya hiddalsh aa gaya</w:t>
      </w:r>
    </w:p>
    <w:p>
      <w:pPr>
        <w:jc w:val="right"/>
      </w:pPr>
      <w:r>
        <w:t>تو کئی بار ایسا مجھے چکر آ گیا ہڈلش آ گیا</w:t>
      </w:r>
    </w:p>
    <w:p>
      <w:r>
        <w:rPr>
          <w:b/>
        </w:rPr>
        <w:t xml:space="preserve">[42:18] </w:t>
      </w:r>
      <w:r>
        <w:t>jab maine likha apni kitaab mein Tabeyi Auratein mein. to main keh sakta hoon ke maine inquiry ki maine tehqeeq ki aur phir jaana ke kya hai Islam aur is pe kaam hua.</w:t>
      </w:r>
    </w:p>
    <w:p>
      <w:pPr>
        <w:jc w:val="right"/>
      </w:pPr>
      <w:r>
        <w:t>جب میں نے لکھا اپنی کتاب میں تابعی عورتیں میں۔ تو میں کہہ سکتا ہوں کہ میں نے انکوائری کی میں نے تحقیق کی اور پھر جانا کہ کیا ہے اسلام اور اس پہ کام ہوا۔</w:t>
      </w:r>
    </w:p>
    <w:p>
      <w:r>
        <w:rPr>
          <w:b/>
        </w:rPr>
        <w:t xml:space="preserve">[42:36] </w:t>
      </w:r>
      <w:r>
        <w:t>aap kya aap aisa keh sakte hain ke maine aap ne aisa kiya aur phir jo paaya aap ne Islam woh phir qaim hai aap yeh poochhiye.</w:t>
      </w:r>
    </w:p>
    <w:p>
      <w:pPr>
        <w:jc w:val="right"/>
      </w:pPr>
      <w:r>
        <w:t>آپ کیا آپ ایسا کہہ سکتے ہیں کہ میں نے آپ نے ایسا کیا اور پھر جو پایا آپ نے اسلام وہ پھر قائم ہے آپ یہ پوچھیے۔</w:t>
      </w:r>
    </w:p>
    <w:p>
      <w:r>
        <w:rPr>
          <w:b/>
        </w:rPr>
        <w:t xml:space="preserve">[42:46] </w:t>
      </w:r>
      <w:r>
        <w:t>Maulana ek keh rahe hain na ke jis duniya mein aap baithte hain Maulana bhi usi duniya mein hain. hmm. to</w:t>
      </w:r>
    </w:p>
    <w:p>
      <w:pPr>
        <w:jc w:val="right"/>
      </w:pPr>
      <w:r>
        <w:t>مولانا ایک کہہ رہے ہیں نا کہ جس دنیا میں آپ بیٹھتے ہیں مولانا بھی اسی دنیا میں ہیں۔ ہمم۔ تو</w:t>
      </w:r>
    </w:p>
    <w:p>
      <w:r>
        <w:rPr>
          <w:b/>
        </w:rPr>
        <w:t xml:space="preserve">[42:56] </w:t>
      </w:r>
      <w:r>
        <w:t>jaise Islam ko Maulana ne paaya hai khud padh kar khud padh kar waisa aap ne kabhi koshish ki? bolna nahi.</w:t>
      </w:r>
    </w:p>
    <w:p>
      <w:pPr>
        <w:jc w:val="right"/>
      </w:pPr>
      <w:r>
        <w:t>جیسے اسلام کو مولانا نے پایا ہے خود پڑھ کر خود پڑھ کر ویسا آپ نے کبھی کوشش کی؟ بولنا نہیں۔</w:t>
      </w:r>
    </w:p>
    <w:p>
      <w:r>
        <w:rPr>
          <w:b/>
        </w:rPr>
        <w:t xml:space="preserve">[43:05] </w:t>
      </w:r>
      <w:r>
        <w:t>nahi nahi</w:t>
      </w:r>
    </w:p>
    <w:p>
      <w:pPr>
        <w:jc w:val="right"/>
      </w:pPr>
      <w:r>
        <w:t>نہیں نہیں</w:t>
      </w:r>
    </w:p>
    <w:p>
      <w:r>
        <w:rPr>
          <w:b/>
        </w:rPr>
        <w:t xml:space="preserve">[43:09] </w:t>
      </w:r>
      <w:r>
        <w:t>. to asal to yeh hai to beginning. theek hai.</w:t>
      </w:r>
    </w:p>
    <w:p>
      <w:pPr>
        <w:jc w:val="right"/>
      </w:pPr>
      <w:r>
        <w:t>۔ تو اصل تو یہ ہے تو بگننگ۔ ٹھیک ہے۔</w:t>
      </w:r>
    </w:p>
    <w:p>
      <w:r>
        <w:rPr>
          <w:b/>
        </w:rPr>
        <w:t xml:space="preserve">[43:18] </w:t>
      </w:r>
      <w:r>
        <w:t>aap beginning ke baghair chal pade. to aap ne shuruaat hi nahi ki. haan wahi mera sawal hai ke abhi bhi log jo hain itne confusion hain bahut zyada logon ke andar ke woh kahan jayein kis ke paas jayein woh?</w:t>
      </w:r>
    </w:p>
    <w:p>
      <w:pPr>
        <w:jc w:val="right"/>
      </w:pPr>
      <w:r>
        <w:t>آپ بگننگ کے بغیر چل پڑے۔ تو آپ نے شروعات ہی نہیں کی۔ ہاں وہی میرا سوال ہے کہ ابھی بھی لوگ جو ہیں اتنے کنفیوژن ہیں بہت زیادہ لوگوں کے اندر کہ وہ کہاں جائیں کس کے پاس جائیں وہ؟</w:t>
      </w:r>
    </w:p>
    <w:p>
      <w:r>
        <w:rPr>
          <w:b/>
        </w:rPr>
        <w:t xml:space="preserve">[43:30] </w:t>
      </w:r>
      <w:r>
        <w:t>kya karen? wahan jayega wo apni baat batayega us ke baad jaoge wo apni baat batayega. kya karen</w:t>
      </w:r>
    </w:p>
    <w:p>
      <w:pPr>
        <w:jc w:val="right"/>
      </w:pPr>
      <w:r>
        <w:t>کیا کریں؟ وہاں جائے گا وہ اپنی بات بتائے گا اس کے بعد جاؤ گے وہ اپنی بات بتائے گا۔ کیا کریں</w:t>
      </w:r>
    </w:p>
    <w:p>
      <w:r>
        <w:rPr>
          <w:b/>
        </w:rPr>
        <w:t xml:space="preserve">[43:35] </w:t>
      </w:r>
      <w:r>
        <w:t>ye? maulana ye keh rahe hain ke isi mein un ko confusion hai ke main beginning ke liye kahan jaon? achha nahi bahut der tak to aaram kar rahe the.</w:t>
      </w:r>
    </w:p>
    <w:p>
      <w:pPr>
        <w:jc w:val="right"/>
      </w:pPr>
      <w:r>
        <w:t>یہ؟ مولانا یہ کہہ رہے ہیں کہ اسی میں ان کو کنفیوژن ہے کہ میں بگننگ کے لیے کہاں جاؤں؟ اچھا نہیں بہت دیر تک تو آرام کر رہے تھے۔</w:t>
      </w:r>
    </w:p>
    <w:p>
      <w:r>
        <w:rPr>
          <w:b/>
        </w:rPr>
        <w:t xml:space="preserve">[43:46] </w:t>
      </w:r>
      <w:r>
        <w:t>dargah mein jao to wo kehta hai ye. dekhiye agar aap. beginning ke liye kahan jaon ye</w:t>
      </w:r>
    </w:p>
    <w:p>
      <w:pPr>
        <w:jc w:val="right"/>
      </w:pPr>
      <w:r>
        <w:t>درگاہ میں جاؤ تو وہ کہتا ہے یہ۔ دیکھیے اگر آپ۔ بگننگ کے لیے کہاں جاؤں یہ</w:t>
      </w:r>
    </w:p>
    <w:p>
      <w:r>
        <w:rPr>
          <w:b/>
        </w:rPr>
        <w:t xml:space="preserve">[43:51] </w:t>
      </w:r>
      <w:r>
        <w:t>y to masla hai. agar aap sache seekhar hain sache seekhar hain.</w:t>
      </w:r>
    </w:p>
    <w:p>
      <w:pPr>
        <w:jc w:val="right"/>
      </w:pPr>
      <w:r>
        <w:t>ی تو مسئلہ ہے۔ اگر آپ سچے سیکھر ہیں سچے سیکھر ہیں۔</w:t>
      </w:r>
    </w:p>
    <w:p>
      <w:r>
        <w:rPr>
          <w:b/>
        </w:rPr>
        <w:t xml:space="preserve">[43:58] </w:t>
      </w:r>
      <w:r>
        <w:t>sache seekhar hain. to aap kabhi ye ye ye ye sawal nahi uthayenge.</w:t>
      </w:r>
    </w:p>
    <w:p>
      <w:pPr>
        <w:jc w:val="right"/>
      </w:pPr>
      <w:r>
        <w:t>سچے سیکھر ہیں۔ تو آپ کبھی یہ یہ یہ یہ سوال نہیں اٹھائیں گے۔</w:t>
      </w:r>
    </w:p>
    <w:p>
      <w:r>
        <w:rPr>
          <w:b/>
        </w:rPr>
        <w:t xml:space="preserve">[44:10] </w:t>
      </w:r>
      <w:r>
        <w:t>sacha seekhar jo hai kaisa hota hai main misaal deta hoon aap ko. meri bahu thi un ka naam huiba rehti hain abhi bhi okhle mein.</w:t>
      </w:r>
    </w:p>
    <w:p>
      <w:pPr>
        <w:jc w:val="right"/>
      </w:pPr>
      <w:r>
        <w:t>سچا سیکھر جو ہے کیسا ہوتا ہے میں مثال دیتا ہوں آپ کو۔ میری بہو تھی ان کا نام حویبہ رہتی ہیں ابھی بھی اوکھلے میں۔</w:t>
      </w:r>
    </w:p>
    <w:p>
      <w:r>
        <w:rPr>
          <w:b/>
        </w:rPr>
        <w:t xml:space="preserve">[44:21] </w:t>
      </w:r>
      <w:r>
        <w:t>to un ke husband jo the dabeistan wo service karte the. ab libya mein aise gaye to shuru shuru mein</w:t>
      </w:r>
    </w:p>
    <w:p>
      <w:pPr>
        <w:jc w:val="right"/>
      </w:pPr>
      <w:r>
        <w:t>تو ان کے ہسبینڈ جو تھے دبستان وہ سروس کرتے تھے۔ اب لیبیا میں ایسے گئے تو شروع شروع میں</w:t>
      </w:r>
    </w:p>
    <w:p>
      <w:r>
        <w:rPr>
          <w:b/>
        </w:rPr>
        <w:t xml:space="preserve">[44:35] </w:t>
      </w:r>
      <w:r>
        <w:t>arabi nahi aati thi. dabeistan to arabi jante the wo service mil gayi thi lekin ye to kya hua ke un ko ab aisa ab wo appendix ka jante hain aap appendix.</w:t>
      </w:r>
    </w:p>
    <w:p>
      <w:pPr>
        <w:jc w:val="right"/>
      </w:pPr>
      <w:r>
        <w:t>عربی نہیں آتی تھی۔ دبستان تو عربی جانتے تھے وہ سروس مل گئی تھی لیکن یہ تو کیا ہوا کہ ان کو اب ایسا اب وہ اپینڈکس کا جانتے ہیں آپ اپینڈکس۔</w:t>
      </w:r>
    </w:p>
    <w:p>
      <w:r>
        <w:rPr>
          <w:b/>
        </w:rPr>
        <w:t xml:space="preserve">[44:53] </w:t>
      </w:r>
      <w:r>
        <w:t>ji. phir poochhiye appendix jante hain</w:t>
      </w:r>
    </w:p>
    <w:p>
      <w:pPr>
        <w:jc w:val="right"/>
      </w:pPr>
      <w:r>
        <w:t>جی۔ پھر پوچھیے اپینڈکس جانتے ہیں</w:t>
      </w:r>
    </w:p>
    <w:p>
      <w:r>
        <w:rPr>
          <w:b/>
        </w:rPr>
        <w:t xml:space="preserve">[44:57] </w:t>
      </w:r>
      <w:r>
        <w:t>? appendix haan appendix jante hain. ji jante hain. to un ko appendix ka dard hua ye shohar ko ya phir islam ko.</w:t>
      </w:r>
    </w:p>
    <w:p>
      <w:pPr>
        <w:jc w:val="right"/>
      </w:pPr>
      <w:r>
        <w:t>؟ اپینڈکس ہاں اپینڈکس جانتے ہیں۔ جی جانتے ہیں۔ تو ان کو اپینڈکس کا درد ہوا یہ شوہر کو یا پھر اسلام کو۔</w:t>
      </w:r>
    </w:p>
    <w:p>
      <w:r>
        <w:rPr>
          <w:b/>
        </w:rPr>
        <w:t xml:space="preserve">[45:06] </w:t>
      </w:r>
      <w:r>
        <w:t>laga bahut tez dard hota hai jab hota hai to. ji ji ji. abhi pareshani ho gayi hai. koi aage nahi pichhe. sirf wo the phir islam aur un ki biwi bas</w:t>
      </w:r>
    </w:p>
    <w:p>
      <w:pPr>
        <w:jc w:val="right"/>
      </w:pPr>
      <w:r>
        <w:t>لگا بہت تیز درد ہوتا ہے جب ہوتا ہے تو۔ جی جی جی۔ ابھی پریشانی ہو گئی ہے۔ کوئی آگے نہیں پیچھے۔ صرف وہ تھے پھر اسلام اور ان کی بیوی بس</w:t>
      </w:r>
    </w:p>
    <w:p>
      <w:r>
        <w:rPr>
          <w:b/>
        </w:rPr>
        <w:t xml:space="preserve">[45:21] </w:t>
      </w:r>
      <w:r>
        <w:t>arabi janti nahi thi. isi mein niklen wo ghar se. aur jab ke arabi nahi aati thi lekin poochhte poochhte pahunch gayi ek pakistan doctor ke paas jo wahan</w:t>
      </w:r>
    </w:p>
    <w:p>
      <w:pPr>
        <w:jc w:val="right"/>
      </w:pPr>
      <w:r>
        <w:t>عربی جانتی نہیں تھی۔ اسی میں نکلیں وہ گھر سے۔ اور جب کہ عربی نہیں آتی تھی لیکن پوچھتے پوچھتے پہنچ گئی ایک پاکستان ڈاکٹر کے پاس جو وہاں</w:t>
      </w:r>
    </w:p>
    <w:p>
      <w:r>
        <w:rPr>
          <w:b/>
        </w:rPr>
        <w:t xml:space="preserve">[45:39] </w:t>
      </w:r>
      <w:r>
        <w:t>jo andah ya abandah. ji. is pakistani doctor ko le aayen apne haan. ise dekha phone le gaya hospital.</w:t>
      </w:r>
    </w:p>
    <w:p>
      <w:pPr>
        <w:jc w:val="right"/>
      </w:pPr>
      <w:r>
        <w:t>جو اندہ یا ابندہ۔ جی۔ اس پاکستانی ڈاکٹر کو لے آئیں اپنے ہاں۔ اسے دیکھا فون لے گیا ہاسپٹل۔</w:t>
      </w:r>
    </w:p>
    <w:p>
      <w:r>
        <w:rPr>
          <w:b/>
        </w:rPr>
        <w:t xml:space="preserve">[45:52] </w:t>
      </w:r>
      <w:r>
        <w:t>to wo achhe ho gaye ab yahin dilli mein rehte hain wo. to agar aap aap ke andar taqleed tha masla hai ke taqleed masla ye nahi ke from veer to begin from ye ke aap ne talashi nahi kiya.</w:t>
      </w:r>
    </w:p>
    <w:p>
      <w:pPr>
        <w:jc w:val="right"/>
      </w:pPr>
      <w:r>
        <w:t>تو وہ اچھے ہو گئے اب یہیں دلی میں رہتے ہیں وہ۔ تو اگر آپ آپ کے اندر تقلید تھا مسئلہ ہے کہ تقلید مسئلہ یہ نہیں کہ فرام ویر ٹو بگن فرام یہ کہ آپ نے تلاشی نہیں کیا۔</w:t>
      </w:r>
    </w:p>
    <w:p>
      <w:r>
        <w:rPr>
          <w:b/>
        </w:rPr>
        <w:t xml:space="preserve">[46:09] </w:t>
      </w:r>
      <w:r>
        <w:t>talash ke baghair khade ho gaye. kaisa ab kya kaha main ne</w:t>
      </w:r>
    </w:p>
    <w:p>
      <w:pPr>
        <w:jc w:val="right"/>
      </w:pPr>
      <w:r>
        <w:t>تلاش کے بغیر کھڑے ہو گئے۔ کیسا اب کیا کہا میں نے</w:t>
      </w:r>
    </w:p>
    <w:p>
      <w:r>
        <w:rPr>
          <w:b/>
        </w:rPr>
        <w:t xml:space="preserve">[46:14] </w:t>
      </w:r>
      <w:r>
        <w:t>? maulana aap ye keh rahe hain ke aap ka ye sawal karna hai ke kahan se main shuru karon pehle sawal ye hai ke kya main sahi mutalashi bana hoon ya nahi?</w:t>
      </w:r>
    </w:p>
    <w:p>
      <w:pPr>
        <w:jc w:val="right"/>
      </w:pPr>
      <w:r>
        <w:t>؟ مولانا آپ یہ کہہ رہے ہیں کہ آپ کا یہ سوال کرنا ہے کہ کہاں سے میں شروع کروں پہلے سوال یہ ہے کہ کیا میں صحیح متلاشی بنا ہوں یا نہیں؟</w:t>
      </w:r>
    </w:p>
    <w:p>
      <w:r>
        <w:rPr>
          <w:b/>
        </w:rPr>
        <w:t xml:space="preserve">[46:26] </w:t>
      </w:r>
      <w:r>
        <w:t>main sahi seekhar hoon ya nahi asal mein ye sawal hai.</w:t>
      </w:r>
    </w:p>
    <w:p>
      <w:pPr>
        <w:jc w:val="right"/>
      </w:pPr>
      <w:r>
        <w:t>میں صحیح سیکھر ہوں یا نہیں اصل میں یہ سوال ہے۔</w:t>
      </w:r>
    </w:p>
    <w:p>
      <w:r>
        <w:rPr>
          <w:b/>
        </w:rPr>
        <w:t xml:space="preserve">[46:30] </w:t>
      </w:r>
      <w:r>
        <w:t>main apna bhi qissa bataya main ne ke main ne sab kuch chhod kar ke na mere paas koi ghar na koi maal na koi service kuch bhi nahi.</w:t>
      </w:r>
    </w:p>
    <w:p>
      <w:pPr>
        <w:jc w:val="right"/>
      </w:pPr>
      <w:r>
        <w:t>میں اپنا بھی قصہ بتایا میں نے کہ میں نے سب کچھ چھوڑ کر کے نہ میرے پاس کوئی گھر نہ کوئی مال نہ کوئی سروس کچھ بھی نہیں۔</w:t>
      </w:r>
    </w:p>
    <w:p>
      <w:r>
        <w:rPr>
          <w:b/>
        </w:rPr>
        <w:t xml:space="preserve">[46:42] </w:t>
      </w:r>
      <w:r>
        <w:t>ghar wale mujhe kehte the ghar wale made kehte the made pagal. to main to is tareeqe se hua aur meri bahu jo thi wo is tareeqe se hua.</w:t>
      </w:r>
    </w:p>
    <w:p>
      <w:pPr>
        <w:jc w:val="right"/>
      </w:pPr>
      <w:r>
        <w:t>گھر والے مجھے کہتے تھے گھر والے میڈ کہتے تھے میڈ پاگل۔ تو میں تو اس طریقے سے ہوا اور میری بہو جو تھی وہ اس طریقے سے ہوا۔</w:t>
      </w:r>
    </w:p>
    <w:p>
      <w:r>
        <w:rPr>
          <w:b/>
        </w:rPr>
        <w:t xml:space="preserve">[46:54] </w:t>
      </w:r>
      <w:r>
        <w:t>ab aap bataen apna qissa bataiye apna qas</w:t>
      </w:r>
    </w:p>
    <w:p>
      <w:pPr>
        <w:jc w:val="right"/>
      </w:pPr>
      <w:r>
        <w:t>اب آپ بتائیں اپنا قصہ بتائیے اپنا قص</w:t>
      </w:r>
    </w:p>
    <w:p>
      <w:r>
        <w:rPr>
          <w:b/>
        </w:rPr>
        <w:t xml:space="preserve">[46:57] </w:t>
      </w:r>
      <w:r>
        <w:t>ha bataiye. bataiye ke kya aap ne sahi islam ko janne ke liye koshish ki? koshish ki haan kya koshish ki?</w:t>
      </w:r>
    </w:p>
    <w:p>
      <w:pPr>
        <w:jc w:val="right"/>
      </w:pPr>
      <w:r>
        <w:t>ہ بتائیے۔ بتائیے کہ کیا آپ نے صحیح اسلام کو جاننے کے لیے کوشش کی؟ کوشش کی ہاں کیا کوشش کی؟</w:t>
      </w:r>
    </w:p>
    <w:p>
      <w:r>
        <w:rPr>
          <w:b/>
        </w:rPr>
        <w:t xml:space="preserve">[47:10] </w:t>
      </w:r>
      <w:r>
        <w:t>ayenge inshallah. ab tak koshish nahi ki. kya keh rahe hain? ab tak main ne nahi kiya. kya kaha unhon ne? nahi nahi nahi main inshallah main inshallah koshish karunga.</w:t>
      </w:r>
    </w:p>
    <w:p>
      <w:pPr>
        <w:jc w:val="right"/>
      </w:pPr>
      <w:r>
        <w:t>آئیں گے انشاءاللہ۔ اب تک کوشش نہیں کی۔ کیا کہہ رہے ہیں؟ اب تک میں نے نہیں کیا۔ کیا کہا انہوں نے؟ نہیں نہیں نہیں میں انشاءاللہ میں انشاءاللہ کوشش کروں گا۔</w:t>
      </w:r>
    </w:p>
    <w:p>
      <w:r>
        <w:rPr>
          <w:b/>
        </w:rPr>
        <w:t xml:space="preserve">[47:19] </w:t>
      </w:r>
      <w:r>
        <w:t>ye bhai ye hamari amaan kehti thi tera irshad jhoota hai. aise keh dein na bas.</w:t>
      </w:r>
    </w:p>
    <w:p>
      <w:pPr>
        <w:jc w:val="right"/>
      </w:pPr>
      <w:r>
        <w:t>یہ بھائی یہ ہماری اماں کہتی تھی تیرا ارشاد جھوٹا ہے۔ ایسے کہہ دیں نا بس۔</w:t>
      </w:r>
    </w:p>
    <w:p>
      <w:r>
        <w:rPr>
          <w:b/>
        </w:rPr>
        <w:t xml:space="preserve">[47:29] </w:t>
      </w:r>
      <w:r>
        <w:t>nahi nahi nahi mera asal mein ye ye sawal tha maulana ke abhi hindustan ke andar hamare itne log jo hain wo mukhtalif jamaaton mein bante hue hain.</w:t>
      </w:r>
    </w:p>
    <w:p>
      <w:pPr>
        <w:jc w:val="right"/>
      </w:pPr>
      <w:r>
        <w:t>نہیں نہیں نہیں میرا اصل میں یہ یہ سوال تھا مولانا کہ ابھی ہندوستان کے اندر ہمارے اتنے لوگ جو ہیں وہ مختلف جماعتوں میں بٹے ہوئے ہیں۔</w:t>
      </w:r>
    </w:p>
    <w:p>
      <w:r>
        <w:rPr>
          <w:b/>
        </w:rPr>
        <w:t xml:space="preserve">[47:39] </w:t>
      </w:r>
      <w:r>
        <w:t>koi wo sunnat jamaat hai ya ahle hadees hai ya wo muslimeen hain dargah hain dargah wale jao to wo kehte hain dargah yahan pe sajda karo.</w:t>
      </w:r>
    </w:p>
    <w:p>
      <w:pPr>
        <w:jc w:val="right"/>
      </w:pPr>
      <w:r>
        <w:t>کوئی وہ سنت جماعت ہے یا اہل حدیث ہے یا وہ مسلمین ہیں درگاہ ہیں درگاہ والے جاؤ تو وہ کہتے ہیں درگاہ یہاں پہ سجدہ کرو۔</w:t>
      </w:r>
    </w:p>
    <w:p>
      <w:r>
        <w:rPr>
          <w:b/>
        </w:rPr>
        <w:t xml:space="preserve">[47:49] </w:t>
      </w:r>
      <w:r>
        <w:t>tabligh jamaat mein jao woh kehte hain idhar sajda in ko mat karo Allah ka karo. to yahan par hi itna zyada jo hai bohat zyada in balance phir bhi lekin chal raha hai alhamdulillah Allah ka shukar hai hindustan mein yeh sari cheezein ho rahi hain.</w:t>
      </w:r>
    </w:p>
    <w:p>
      <w:pPr>
        <w:jc w:val="right"/>
      </w:pPr>
      <w:r>
        <w:t>تبلیغ جماعت میں جاؤ وہ کہتے ہیں ادھر سجدہ ان کو مت کرو اللہ کا کرو۔ تو یہاں پر ہی اتنا زیادہ جو ہے بہت زیادہ ان بیلنس پھر بھی لیکن چل رہا ہے الحمدللہ اللہ کا شکر ہے ہندوستان میں یہ ساری چیزیں ہو رہی ہیں۔</w:t>
      </w:r>
    </w:p>
    <w:p>
      <w:r>
        <w:rPr>
          <w:b/>
        </w:rPr>
        <w:t xml:space="preserve">[48:04] </w:t>
      </w:r>
      <w:r>
        <w:t>woh thora to aam musalman yani ke mere jaisa shakhs to kabhi kabhi cheezon ko le kar thora sa confuse ho jata hai.</w:t>
      </w:r>
    </w:p>
    <w:p>
      <w:pPr>
        <w:jc w:val="right"/>
      </w:pPr>
      <w:r>
        <w:t>وہ تھوڑا تو عام مسلمان یعنی کہ میرے جیسا شخص تو کبھی کبھی چیزوں کو لے کر تھوڑا سا کنفیوز ہو جاتا ہے۔</w:t>
      </w:r>
    </w:p>
    <w:p>
      <w:r>
        <w:rPr>
          <w:b/>
        </w:rPr>
        <w:t xml:space="preserve">[48:13] </w:t>
      </w:r>
      <w:r>
        <w:t>koi zaroorat nahi dekhiye</w:t>
      </w:r>
    </w:p>
    <w:p>
      <w:pPr>
        <w:jc w:val="right"/>
      </w:pPr>
      <w:r>
        <w:t>کوئی ضرورت نہیں دیکھیے</w:t>
      </w:r>
    </w:p>
    <w:p>
      <w:r>
        <w:rPr>
          <w:b/>
        </w:rPr>
        <w:t xml:space="preserve">[48:19] </w:t>
      </w:r>
      <w:r>
        <w:t>mujhe bimari hui. nahi hum hospital mein tha mein kai hafton se. to mein ne pata kiya mera dilli mein sab se bara acha ustad tha max max kiya kehte hain?</w:t>
      </w:r>
    </w:p>
    <w:p>
      <w:pPr>
        <w:jc w:val="right"/>
      </w:pPr>
      <w:r>
        <w:t>مجھے بیماری ہوئی۔ نہیں ہم ہسپتال میں تھا میں کئی ہفتے سے۔ تو میں نے پتہ کیا میرا دلی میں سب سے بڑا اچھا استاد تھا میکس میکس کیا کہتے ہیں؟</w:t>
      </w:r>
    </w:p>
    <w:p>
      <w:r>
        <w:rPr>
          <w:b/>
        </w:rPr>
        <w:t xml:space="preserve">[48:36] </w:t>
      </w:r>
      <w:r>
        <w:t>ji max. max. zaroorat e akhlaqi hai maine. ab mein aap ke paas baitha hoon.</w:t>
      </w:r>
    </w:p>
    <w:p>
      <w:pPr>
        <w:jc w:val="right"/>
      </w:pPr>
      <w:r>
        <w:t>جی میکس۔ میکس۔ ضرورت اخلاقی ہے میں نے۔ اب میں آپ کے پاس بیٹھا ہوں۔</w:t>
      </w:r>
    </w:p>
    <w:p>
      <w:r>
        <w:rPr>
          <w:b/>
        </w:rPr>
        <w:t xml:space="preserve">[48:45] </w:t>
      </w:r>
      <w:r>
        <w:t>mein bohat bura haal tha mera. ji. bohat bura haal tha mera. ji. ab jo hamari beti hain yahan.</w:t>
      </w:r>
    </w:p>
    <w:p>
      <w:pPr>
        <w:jc w:val="right"/>
      </w:pPr>
      <w:r>
        <w:t>میں بہت برا حال تھا میرا۔ جی۔ بہت برا حال تھا میرا۔ جی۔ اب جو ہماری بیٹی ہیں یہاں۔</w:t>
      </w:r>
    </w:p>
    <w:p>
      <w:r>
        <w:rPr>
          <w:b/>
        </w:rPr>
        <w:t xml:space="preserve">[48:55] </w:t>
      </w:r>
      <w:r>
        <w:t>abhi ghoom rahi hain molana walk kar rahi hain. un se pochiye ke mera kya haal tha? ji.</w:t>
      </w:r>
    </w:p>
    <w:p>
      <w:pPr>
        <w:jc w:val="right"/>
      </w:pPr>
      <w:r>
        <w:t>ابھی گھوم رہی ہیں مولانا واک کر رہی ہیں۔ ان سے پوچھیے کہ میرا کیا حال تھا؟ جی۔</w:t>
      </w:r>
    </w:p>
    <w:p>
      <w:r>
        <w:rPr>
          <w:b/>
        </w:rPr>
        <w:t xml:space="preserve">[49:06] </w:t>
      </w:r>
      <w:r>
        <w:t>to dekhiye aap har maamle mein aap yeh sach bolna seekhiye. banawati baat nahi ki.</w:t>
      </w:r>
    </w:p>
    <w:p>
      <w:pPr>
        <w:jc w:val="right"/>
      </w:pPr>
      <w:r>
        <w:t>تو دیکھیے آپ ہر معاملے میں آپ یہ سچ بولنا سیکھیے۔ بناوٹی بات نہیں کی۔</w:t>
      </w:r>
    </w:p>
    <w:p>
      <w:r>
        <w:rPr>
          <w:b/>
        </w:rPr>
        <w:t xml:space="preserve">[49:17] </w:t>
      </w:r>
      <w:r>
        <w:t>ab yeh kahiye ke mein sikhar bana hi nahi. ji. yeh mat kahiye ke itne is mulk mein itne is ko jo sikhar banta hai woh woh jaise mein bana ke jhoota mein ne socha hospital kon sa hai to mein ja ke dawayi le liya.</w:t>
      </w:r>
    </w:p>
    <w:p>
      <w:pPr>
        <w:jc w:val="right"/>
      </w:pPr>
      <w:r>
        <w:t>اب یہ کہیے کہ میں سیکھر بنا ہی نہیں۔ جی۔ یہ مت کہیے کہ اتنے اس ملک میں اتنے اس کو جو سیکھر بنتا ہے وہ وہ جیسے میں بنا کہ جھوٹا میں نے سوچا ہسپتال کون سا ہے تو میں جا کے دعویٰ لے لیا۔</w:t>
      </w:r>
    </w:p>
    <w:p>
      <w:r>
        <w:rPr>
          <w:b/>
        </w:rPr>
        <w:t xml:space="preserve">[49:42] </w:t>
      </w:r>
      <w:r>
        <w:t>woh jitna hi paise mange jo paisa manga de diya. to aap yeh kahiye ke mein sikhar nahi bana yeh mat kahiye ke yeh baat ho baat hai.</w:t>
      </w:r>
    </w:p>
    <w:p>
      <w:pPr>
        <w:jc w:val="right"/>
      </w:pPr>
      <w:r>
        <w:t>وہ جتنا ہی پیسے مانگے جو پیسہ مانگا دے دیا۔ تو آپ یہ کہیے کہ میں سیکھر نہیں بنا یہ مت کہیے کہ یہ بات ہو بات ہے۔</w:t>
      </w:r>
    </w:p>
    <w:p>
      <w:r>
        <w:rPr>
          <w:b/>
        </w:rPr>
        <w:t xml:space="preserve">[49:52] </w:t>
      </w:r>
      <w:r>
        <w:t>kaisa</w:t>
      </w:r>
    </w:p>
    <w:p>
      <w:pPr>
        <w:jc w:val="right"/>
      </w:pPr>
      <w:r>
        <w:t>کیسا</w:t>
      </w:r>
    </w:p>
    <w:p>
      <w:r>
        <w:rPr>
          <w:b/>
        </w:rPr>
        <w:t xml:space="preserve">[49:54] </w:t>
      </w:r>
      <w:r>
        <w:t>? haan molana asal mein baat yeh beginning ke liye jo aap keh rahe hain. dekhiye yeh dekhiye. hmm.</w:t>
      </w:r>
    </w:p>
    <w:p>
      <w:pPr>
        <w:jc w:val="right"/>
      </w:pPr>
      <w:r>
        <w:t>؟ ہاں مولانا اصل میں بات یہ بگننگ کے لیے جو آپ کہہ رہے ہیں۔ دیکھیے یہ دیکھیے۔ ہمم۔</w:t>
      </w:r>
    </w:p>
    <w:p>
      <w:r>
        <w:rPr>
          <w:b/>
        </w:rPr>
        <w:t xml:space="preserve">[50:02] </w:t>
      </w:r>
      <w:r>
        <w:t>patti. to intravenous intervention laga bohat din tak yeh is ka nishan hai.</w:t>
      </w:r>
    </w:p>
    <w:p>
      <w:pPr>
        <w:jc w:val="right"/>
      </w:pPr>
      <w:r>
        <w:t>پٹی۔ تو انٹرا وینس انٹریشن لگا بہت دن تک یہ اس کا نشان ہے۔</w:t>
      </w:r>
    </w:p>
    <w:p>
      <w:r>
        <w:rPr>
          <w:b/>
        </w:rPr>
        <w:t xml:space="preserve">[50:12] </w:t>
      </w:r>
      <w:r>
        <w:t>to jis mein aap qain ho qain. hmm. to aap sikhar bante hain aur sikhar bante hain to paate hain jo andha ya abanda.</w:t>
      </w:r>
    </w:p>
    <w:p>
      <w:pPr>
        <w:jc w:val="right"/>
      </w:pPr>
      <w:r>
        <w:t>تو جس میں آپ قین ہو قین۔ ہمم۔ تو آپ سیکھر بنتے ہیں اور سیکھر بنتے ہیں تو پاتے ہیں جو اندہ یا ابندہ۔</w:t>
      </w:r>
    </w:p>
    <w:p>
      <w:r>
        <w:rPr>
          <w:b/>
        </w:rPr>
        <w:t xml:space="preserve">[50:21] </w:t>
      </w:r>
      <w:r>
        <w:t>ya to aap yeh kahiye ke mein bhai sikhar wakhar nahi mujhe banna hai mujhe to khana kamana hai. jo aap kar rahe hain already jo aap kar rahe hain na sikhar wakhar bhaad mein jaye mujhe to khana kamana hai.</w:t>
      </w:r>
    </w:p>
    <w:p>
      <w:pPr>
        <w:jc w:val="right"/>
      </w:pPr>
      <w:r>
        <w:t>یا تو آپ یہ کہیے کہ میں بھئی سیکھر وکھر نہیں مجھے بننا ہے مجھے تو کھانا کمانا ہے۔ جو آپ کر رہے ہیں الریڈی جو آپ کر رہے ہیں نا سیکھر وکھر بھاڑ میں جائے مجھے تو کھانا کمانا ہے۔</w:t>
      </w:r>
    </w:p>
    <w:p>
      <w:r>
        <w:rPr>
          <w:b/>
        </w:rPr>
        <w:t xml:space="preserve">[50:34] </w:t>
      </w:r>
      <w:r>
        <w:t>jo hai woh kahiye. ji ji. taake Allah kahaan yeh kahe ke yeh banda sach sach bol raha tha. bilkul. farishte yeh kahein ke yeh banda sach bol</w:t>
      </w:r>
    </w:p>
    <w:p>
      <w:pPr>
        <w:jc w:val="right"/>
      </w:pPr>
      <w:r>
        <w:t>جو ہے وہ کہیے۔ جی جی۔ تاکہ اللہ کہاں یہ کہے کہ یہ بندہ سچ سچ بول رہا تھا۔ بالکل۔ فرشتے یہ کہیں کہ یہ بندہ سچ بول</w:t>
      </w:r>
    </w:p>
    <w:p>
      <w:r>
        <w:rPr>
          <w:b/>
        </w:rPr>
        <w:t xml:space="preserve">[50:44] </w:t>
      </w:r>
      <w:r>
        <w:t>raha tha. waise bhi sach hi bolna chahiye insaan ko. kya keh rahe hain? insaan ko sach hi bolna chahiye.</w:t>
      </w:r>
    </w:p>
    <w:p>
      <w:pPr>
        <w:jc w:val="right"/>
      </w:pPr>
      <w:r>
        <w:t>رہا تھا۔ ویسے بھی سچ ہی بولنا چاہیے انسان کو۔ کیا کہہ رہے ہیں؟ انسان کو سچ ہی بولنا چاہیے۔</w:t>
      </w:r>
    </w:p>
    <w:p>
      <w:r>
        <w:rPr>
          <w:b/>
        </w:rPr>
        <w:t xml:space="preserve">[50:51] </w:t>
      </w:r>
      <w:r>
        <w:t>haan farishte sacha woh hai jo farishte gawahi dein ke aap yeh sacha banda hain.</w:t>
      </w:r>
    </w:p>
    <w:p>
      <w:pPr>
        <w:jc w:val="right"/>
      </w:pPr>
      <w:r>
        <w:t>ہاں فرشتے سچا وہ ہے جو فرشتے گواہی دیں کہ آپ یہ سچا بندہ ہیں۔</w:t>
      </w:r>
    </w:p>
    <w:p>
      <w:r>
        <w:rPr>
          <w:b/>
        </w:rPr>
        <w:t xml:space="preserve">[51:04] </w:t>
      </w:r>
      <w:r>
        <w:t>to pehla yeh hai ke aap rasool Allah ke paas aik aadmi aya jo ke mein bohat se bure aadmi hoon buraion kon sa karoon sab se pehle to aap ne kaha sach bolo.</w:t>
      </w:r>
    </w:p>
    <w:p>
      <w:pPr>
        <w:jc w:val="right"/>
      </w:pPr>
      <w:r>
        <w:t>تو پہلا یہ ہے کہ آپ رسول اللہ کے پاس ایک آدمی آیا جو کہ میں بہت سے برے آدمی ہوں بریاں برائیوں کون سا کروں سب سے پہلے تو آپ نے کہا سچ بولو۔</w:t>
      </w:r>
    </w:p>
    <w:p>
      <w:r>
        <w:rPr>
          <w:b/>
        </w:rPr>
        <w:t xml:space="preserve">[51:21] </w:t>
      </w:r>
      <w:r>
        <w:t>pehla kaam sach bolna hai baqi to theek ho jayega. ji theek hai.</w:t>
      </w:r>
    </w:p>
    <w:p>
      <w:pPr>
        <w:jc w:val="right"/>
      </w:pPr>
      <w:r>
        <w:t>پہلا کام سچ بولنا ہے باقی تو ٹھیک ہو جائے گا۔ جی ٹھیک ہے۔</w:t>
      </w:r>
    </w:p>
    <w:p>
      <w:r>
        <w:rPr>
          <w:b/>
        </w:rPr>
        <w:t xml:space="preserve">[51:28] </w:t>
      </w:r>
      <w:r>
        <w:t>mein yeh nahi kehta ke meri baat manen aap. ji ji. phir kehta hoon ke sikhar baniye. ji. hadees mein aata hai sahaba ke group ne islam qabool kiya phir apne bare mein batate hain woh.</w:t>
      </w:r>
    </w:p>
    <w:p>
      <w:pPr>
        <w:jc w:val="right"/>
      </w:pPr>
      <w:r>
        <w:t>میں یہ نہیں کہتا کہ میری بات مانیں آپ۔ جی جی۔ پھر کہتا ہوں کہ سیکھر بنیے۔ جی۔ حدیث میں آتا ہے صحابہ کے گروپ نے اسلام قبول کیا پھر اپنے بارے میں بتاتے ہیں وہ۔</w:t>
      </w:r>
    </w:p>
    <w:p>
      <w:r>
        <w:rPr>
          <w:b/>
        </w:rPr>
        <w:t xml:space="preserve">[51:46] </w:t>
      </w:r>
      <w:r>
        <w:t>ta'allum al-ilmi. ta'allum al-iman qabl an nata'allam al-quran. haan. tab pehle mein hum sikhar bane phir hum ne daryaft kiya islam ko is par qaim ho gaye.</w:t>
      </w:r>
    </w:p>
    <w:p>
      <w:pPr>
        <w:jc w:val="right"/>
      </w:pPr>
      <w:r>
        <w:t>تعلم الیہ۔ تعلم الایمان قبل ان نتعلم القرآن۔ ہاں۔ تب پہلے میں ہم سیکھر بنے پھر ہم نے دریافت کیا اسلام کو اس پر قائم ہو گئے۔</w:t>
      </w:r>
    </w:p>
    <w:p>
      <w:r>
        <w:rPr>
          <w:b/>
        </w:rPr>
        <w:t xml:space="preserve">[52:06] </w:t>
      </w:r>
      <w:r>
        <w:t>mariyam tum batao</w:t>
      </w:r>
    </w:p>
    <w:p>
      <w:pPr>
        <w:jc w:val="right"/>
      </w:pPr>
      <w:r>
        <w:t>ماریہ تم بتاؤ</w:t>
      </w:r>
    </w:p>
    <w:p>
      <w:r>
        <w:rPr>
          <w:b/>
        </w:rPr>
        <w:t xml:space="preserve">[52:12] </w:t>
      </w:r>
      <w:r>
        <w:t>kya kaam hai ne? yeh hamari woh hai nawasi hai. kya hai bhai? nawasi hain. poti poti hai.</w:t>
      </w:r>
    </w:p>
    <w:p>
      <w:pPr>
        <w:jc w:val="right"/>
      </w:pPr>
      <w:r>
        <w:t>کیا کام ہے نے؟ یہ ہماری وہ ہے نواسی ہے۔ کیا ہے بھئی؟ نواسی ہیں۔ پوتی پوتی ہے۔</w:t>
      </w:r>
    </w:p>
    <w:p>
      <w:r>
        <w:rPr>
          <w:b/>
        </w:rPr>
        <w:t xml:space="preserve">[52:23] </w:t>
      </w:r>
      <w:r>
        <w:t>p</w:t>
      </w:r>
    </w:p>
    <w:p>
      <w:pPr>
        <w:jc w:val="right"/>
      </w:pPr>
      <w:r>
        <w:t>پ</w:t>
      </w:r>
    </w:p>
    <w:p>
      <w:r>
        <w:rPr>
          <w:b/>
        </w:rPr>
        <w:t xml:space="preserve">[52:24] </w:t>
      </w:r>
      <w:r>
        <w:t>hoti hai poti hai aap ki beti ki beti batao bhai kya kaam hai ne poti hai achi poti hai dada aap keh rahe hain ke agar insan ko kuch pana hai to us ko pehle seekhar banna parta hai.</w:t>
      </w:r>
    </w:p>
    <w:p>
      <w:pPr>
        <w:jc w:val="right"/>
      </w:pPr>
      <w:r>
        <w:t>وتی ہے پوتی ہے۔ آپ کی بیٹی کی بیٹی۔ بتاؤ بھئی کیا کام ہے نے؟ پوتی ہے۔ اچھی پوتی ہے۔ دادا آپ کہہ رہے ہیں کہ اگر انسان کو کچھ پانا ہے تو اس کو پہلے سیکھر بننا پڑتا ہے۔</w:t>
      </w:r>
    </w:p>
    <w:p>
      <w:r>
        <w:rPr>
          <w:b/>
        </w:rPr>
        <w:t xml:space="preserve">[52:36] </w:t>
      </w:r>
      <w:r>
        <w:t>english mein english mein kaho dada you are saying that if a person wants to know something then he has to first of all become a seeker of it.</w:t>
      </w:r>
    </w:p>
    <w:p>
      <w:pPr>
        <w:jc w:val="right"/>
      </w:pPr>
      <w:r>
        <w:t>انگلش میں انگلش میں کہو۔ دادا یو آر سینگ دیٹ اف ا پرسن وانٹس ٹو نو سمتھنگ دین ہی ہیز ٹو فرسٹ آف آل بیکم ا سیکھر آف اٹ۔</w:t>
      </w:r>
    </w:p>
    <w:p>
      <w:r>
        <w:rPr>
          <w:b/>
        </w:rPr>
        <w:t xml:space="preserve">[52:49] </w:t>
      </w:r>
      <w:r>
        <w:t>kya kya kaha phir se kahein.</w:t>
      </w:r>
    </w:p>
    <w:p>
      <w:pPr>
        <w:jc w:val="right"/>
      </w:pPr>
      <w:r>
        <w:t>کیا کیا کہا پھر سے کہیں۔</w:t>
      </w:r>
    </w:p>
    <w:p>
      <w:r>
        <w:rPr>
          <w:b/>
        </w:rPr>
        <w:t xml:space="preserve">[52:51] </w:t>
      </w:r>
      <w:r>
        <w:t>molana woh yeh keh rahi hain ke agar kisi insan ko kuch pana hai to pehle us ko seekhar banna hai is ka humm.</w:t>
      </w:r>
    </w:p>
    <w:p>
      <w:pPr>
        <w:jc w:val="right"/>
      </w:pPr>
      <w:r>
        <w:t>مولانا وہ یہ کہہ رہی ہیں کہ اگر کسی انسان کو کچھ پانا ہے تو پہلے اس کو سیکھر بننا ہے اس کا۔ ہمم۔</w:t>
      </w:r>
    </w:p>
    <w:p>
      <w:r>
        <w:rPr>
          <w:b/>
        </w:rPr>
        <w:t xml:space="preserve">[53:02] </w:t>
      </w:r>
      <w:r>
        <w:t>molana aap chalna hain chaliye ya to yeh kahiye ke bhaad mein jaye yeh sab hamein to khana kamana hai ji ya agar stand lete hain aap ke to us ka taqaza poora kijiye.</w:t>
      </w:r>
    </w:p>
    <w:p>
      <w:pPr>
        <w:jc w:val="right"/>
      </w:pPr>
      <w:r>
        <w:t>مولانا آپ چلنا ہیں۔ چلیے یا تو یہ کہیے کہ بھاڑ میں جائے یہ سب ہمیں تو کھانا کمانا ہے۔ جی۔ یا اگر اسٹینڈ لیتے ہیں آپ کے تو اس کا تقاضا پورا کیجیے۔</w:t>
      </w:r>
    </w:p>
    <w:p>
      <w:r>
        <w:rPr>
          <w:b/>
        </w:rPr>
        <w:t xml:space="preserve">[53:16] </w:t>
      </w:r>
      <w:r>
        <w:t>ji ji.</w:t>
      </w:r>
    </w:p>
    <w:p>
      <w:pPr>
        <w:jc w:val="right"/>
      </w:pPr>
      <w:r>
        <w:t>جی جی۔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