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 Jihad, Only Management of Conflict 1 Dec 2019 - Maulana Wahiduddin Khan</w:t>
      </w:r>
    </w:p>
    <w:p>
      <w:r>
        <w:t>https://www.youtube.com/watch?v=afUhlMSCBCY</w:t>
      </w:r>
    </w:p>
    <w:p>
      <w:r>
        <w:rPr>
          <w:b/>
        </w:rPr>
        <w:t xml:space="preserve">[00:13] </w:t>
      </w:r>
      <w:r>
        <w:t>molana khuda ki khur— khuda ki hamsayegi ki jo shart aap ne batai thi ke kamil positivity us ko le kar mein bohat zyada soch raha hoon molana bohat zyada duaein kar raha hoon is liye ke yeh mere liye bohat mushkil hai is ke liye mein duaein kar raha hoon mutaleay ka sahara loon ga.</w:t>
      </w:r>
    </w:p>
    <w:p>
      <w:pPr>
        <w:jc w:val="right"/>
      </w:pPr>
      <w:r>
        <w:t>مولانا، خدا کی خُر— خدا کی ہمسائیگی کی جو شرط آپ نے بتائی تھی کہ کامل پازیٹیوٹی، اس کو لے کر میں بہت زیادہ سوچ رہا ہوں مولانا، بہت زیادہ دعائیں کر رہا ہوں، اس لیے کہ یہ میرے لیے بہت مشکل ہے، اس کے لیے میں دعائیں کر رہا ہوں، مطالعے کا سہارا لوں گا۔</w:t>
      </w:r>
    </w:p>
    <w:p>
      <w:r>
        <w:rPr>
          <w:b/>
        </w:rPr>
        <w:t xml:space="preserve">[00:34] </w:t>
      </w:r>
      <w:r>
        <w:t>to yeh meri bohat bari finding thi is safar se agar mein is safar mein na aata to mera khusran e mubeen ho jata tha khusran e kabir ho jata tha.</w:t>
      </w:r>
    </w:p>
    <w:p>
      <w:pPr>
        <w:jc w:val="right"/>
      </w:pPr>
      <w:r>
        <w:t>تو یہ میری بہت بڑی فائنڈنگ تھی اس سفر سے، اگر میں اس سفر میں نہ آتا تو میرا خسرانِ مبین ہو جاتا تھا، خسرانِ کبیر ہو جاتا تھا۔</w:t>
      </w:r>
    </w:p>
    <w:p>
      <w:r>
        <w:rPr>
          <w:b/>
        </w:rPr>
        <w:t xml:space="preserve">[00:47] </w:t>
      </w:r>
      <w:r>
        <w:t>aur doosri jo baat mein le kar soch raha hoon woh yeh ke aadmi agar khush nahi hai to woh kahin na kahin atka hua hai to us ko le kar bhi mein bohat zyada soch raha hoon molana,</w:t>
      </w:r>
    </w:p>
    <w:p>
      <w:pPr>
        <w:jc w:val="right"/>
      </w:pPr>
      <w:r>
        <w:t>اور دوسری جو بات میں لے کر سوچ رہا ہوں وہ یہ کہ آدمی اگر خوش نہیں ہے تو وہ کہیں نہ کہیں اٹکا ہوا ہے، تو اس کو لے کر بھی میں بہت زیادہ سوچ رہا ہوں مولانا،</w:t>
      </w:r>
    </w:p>
    <w:p>
      <w:r>
        <w:rPr>
          <w:b/>
        </w:rPr>
        <w:t xml:space="preserve">[01:01] </w:t>
      </w:r>
      <w:r>
        <w:t>to yeh mera jo safar tha yeh bohat aham safar tha yeh na hota to andhere hi mein rehta molana.</w:t>
      </w:r>
    </w:p>
    <w:p>
      <w:pPr>
        <w:jc w:val="right"/>
      </w:pPr>
      <w:r>
        <w:t>تو یہ میرا جو سفر تھا یہ بہت اہم سفر تھا، یہ نہ ہوتا تو اندھیرے ہی میں رہتا مولانا۔</w:t>
      </w:r>
    </w:p>
    <w:p>
      <w:r>
        <w:rPr>
          <w:b/>
        </w:rPr>
        <w:t xml:space="preserve">[01:09] </w:t>
      </w:r>
      <w:r>
        <w:t>iqbal umri.</w:t>
      </w:r>
    </w:p>
    <w:p>
      <w:pPr>
        <w:jc w:val="right"/>
      </w:pPr>
      <w:r>
        <w:t>اقبال عمری۔</w:t>
      </w:r>
    </w:p>
    <w:p>
      <w:r>
        <w:rPr>
          <w:b/>
        </w:rPr>
        <w:t xml:space="preserve">[01:13] </w:t>
      </w:r>
      <w:r>
        <w:t>molana is bar bilkul ahl e madaris aur un ke rehbaron aur ulma ki hesiyat e haqeeqi ka andaza bakhubi ho gaya molana ke ma qabl sofa aur ma baad sofa,</w:t>
      </w:r>
    </w:p>
    <w:p>
      <w:pPr>
        <w:jc w:val="right"/>
      </w:pPr>
      <w:r>
        <w:t>مولانا، اس بار بالکل اہل مدارس اور ان کے رہنماؤں اور علماء کی حیثیتِ واقعی کا اندازہ بخوبی ہو گیا مولانا، کہ ما قبل سوفا اور ما بعد سوفا،</w:t>
      </w:r>
    </w:p>
    <w:p>
      <w:r>
        <w:rPr>
          <w:b/>
        </w:rPr>
        <w:t xml:space="preserve">[01:30] </w:t>
      </w:r>
      <w:r>
        <w:t>to is mein jo hai na bilkul hamare liye nassa koi jawaz hi nahi hai ke hum khud ke liye bhi aur dawat ke liye bhi jo ma baad sofa rehnumai hai us ke ilawa hum ma qabl sofa ki rehnumai pe chalein yeh hamare liye nassa yeh hai molana.</w:t>
      </w:r>
    </w:p>
    <w:p>
      <w:pPr>
        <w:jc w:val="right"/>
      </w:pPr>
      <w:r>
        <w:t>تو اس میں جو ہے نا بالکل ہمارے لیے نصاً کوئی جواز ہی نہیں ہے کہ ہم خود کے لیے بھی اور دعوت کے لیے بھی جو ما بعد سوفا رہنمائی ہے اس کے علاوہ ہم ما قبل سوفا کی رہنمائی پہ چلیں، یہ ہمارے لیے نصاً یہ ہے مولانا۔</w:t>
      </w:r>
    </w:p>
    <w:p>
      <w:r>
        <w:rPr>
          <w:b/>
        </w:rPr>
        <w:t xml:space="preserve">[01:54] </w:t>
      </w:r>
      <w:r>
        <w:t>dekhein hamare bare mein aik ayat ke aap kisi aur ko nahi mante apne siwa kisi aur ko nahi mante.</w:t>
      </w:r>
    </w:p>
    <w:p>
      <w:pPr>
        <w:jc w:val="right"/>
      </w:pPr>
      <w:r>
        <w:t>دیکھیں، ہمارے بارے میں ایک آیت۔ کہ آپ کسی اور کو نہیں مانتے، اپنے سوا کسی اور کو نہیں مانتے۔</w:t>
      </w:r>
    </w:p>
    <w:p>
      <w:r>
        <w:rPr>
          <w:b/>
        </w:rPr>
        <w:t xml:space="preserve">[02:07] </w:t>
      </w:r>
      <w:r>
        <w:t>to mein us ko aik bilkul</w:t>
      </w:r>
    </w:p>
    <w:p>
      <w:pPr>
        <w:jc w:val="right"/>
      </w:pPr>
      <w:r>
        <w:t>تو میں اس کو ایک بالکل</w:t>
      </w:r>
    </w:p>
    <w:p>
      <w:r>
        <w:rPr>
          <w:b/>
        </w:rPr>
        <w:t xml:space="preserve">[02:12] </w:t>
      </w:r>
      <w:r>
        <w:t>base less baat samajhta hoon is liye ke</w:t>
      </w:r>
    </w:p>
    <w:p>
      <w:pPr>
        <w:jc w:val="right"/>
      </w:pPr>
      <w:r>
        <w:t>بیس لیس بات سمجھتا ہوں، اس لیے کہ</w:t>
      </w:r>
    </w:p>
    <w:p>
      <w:r>
        <w:rPr>
          <w:b/>
        </w:rPr>
        <w:t xml:space="preserve">[02:19] </w:t>
      </w:r>
      <w:r>
        <w:t>ma qabl sofa ka aadmi qabr e sofa ko kaise manega manega to jaiz bana rahega bilkul ji?</w:t>
      </w:r>
    </w:p>
    <w:p>
      <w:pPr>
        <w:jc w:val="right"/>
      </w:pPr>
      <w:r>
        <w:t>ما قبل سوفا کا آدمی قبرِ سوفا کو کیسے مانے گا؟ مانے گا تو جائز بنا رہے گا؟ بالکل۔ جی؟</w:t>
      </w:r>
    </w:p>
    <w:p>
      <w:r>
        <w:rPr>
          <w:b/>
        </w:rPr>
        <w:t xml:space="preserve">[02:27] </w:t>
      </w:r>
      <w:r>
        <w:t>ji bilkul jaiz bana rahega agar aap kahein ke qabr e sofa ko mano to aap aap galat hain.</w:t>
      </w:r>
    </w:p>
    <w:p>
      <w:pPr>
        <w:jc w:val="right"/>
      </w:pPr>
      <w:r>
        <w:t>جی بالکل جائز بنا رہے گا۔ اگر آپ کہیں کہ قبرِ سوفا کو مانو تو آپ آپ غلط ہیں۔</w:t>
      </w:r>
    </w:p>
    <w:p>
      <w:r>
        <w:rPr>
          <w:b/>
        </w:rPr>
        <w:t xml:space="preserve">[02:37] </w:t>
      </w:r>
      <w:r>
        <w:t>ji aap keh rahe hain ke ji ji bilkul galat hai qabl e sofa ko manne ka nassa hi manna nahi hai.</w:t>
      </w:r>
    </w:p>
    <w:p>
      <w:pPr>
        <w:jc w:val="right"/>
      </w:pPr>
      <w:r>
        <w:t>جی۔ آپ کہہ رہے ہیں کہ۔ جی؟ جی بالکل غلط ہے قبلِ سوفا کو ماننے کا، نصاً ہی ماننا نہیں ہے۔</w:t>
      </w:r>
    </w:p>
    <w:p>
      <w:r>
        <w:rPr>
          <w:b/>
        </w:rPr>
        <w:t xml:space="preserve">[02:47] </w:t>
      </w:r>
      <w:r>
        <w:t>fayyazuddin umri, gulbarga.</w:t>
      </w:r>
    </w:p>
    <w:p>
      <w:pPr>
        <w:jc w:val="right"/>
      </w:pPr>
      <w:r>
        <w:t>فیاض الدین عمری، گلبرگہ۔</w:t>
      </w:r>
    </w:p>
    <w:p>
      <w:r>
        <w:rPr>
          <w:b/>
        </w:rPr>
        <w:t xml:space="preserve">[02:50] </w:t>
      </w:r>
      <w:r>
        <w:t>Maulana, is safar mein mujhe</w:t>
      </w:r>
    </w:p>
    <w:p>
      <w:pPr>
        <w:jc w:val="right"/>
      </w:pPr>
      <w:r>
        <w:t>مولانا، اس سفر میں مجھے</w:t>
      </w:r>
    </w:p>
    <w:p>
      <w:r>
        <w:rPr>
          <w:b/>
        </w:rPr>
        <w:t xml:space="preserve">[02:54] </w:t>
      </w:r>
      <w:r>
        <w:t>hain ko zikr mein convert karne ka art seekhne ka mauqa mila, ke kisi hain ko zikr mein</w:t>
      </w:r>
    </w:p>
    <w:p>
      <w:pPr>
        <w:jc w:val="right"/>
      </w:pPr>
      <w:r>
        <w:t>حین کو ذکر میں کنورٹ کرنے کا آرٹ سیکھنے کا موقع ملا، کہ کسی حین کو ذکر میں</w:t>
      </w:r>
    </w:p>
    <w:p>
      <w:r>
        <w:rPr>
          <w:b/>
        </w:rPr>
        <w:t xml:space="preserve">[03:01] </w:t>
      </w:r>
      <w:r>
        <w:t>kaise convert kiya jata hai, jab aap ne yeh kaha ke kuch bhi ho jaye duniya mein ya</w:t>
      </w:r>
    </w:p>
    <w:p>
      <w:pPr>
        <w:jc w:val="right"/>
      </w:pPr>
      <w:r>
        <w:t>کیسے کنورٹ کیا جاتا ہے، جب آپ نے یہ کہا کہ کچھ بھی ہو جائے دنیا میں یا</w:t>
      </w:r>
    </w:p>
    <w:p>
      <w:r>
        <w:rPr>
          <w:b/>
        </w:rPr>
        <w:t xml:space="preserve">[03:07] </w:t>
      </w:r>
      <w:r>
        <w:t>apne halaat mein, to aap yeh dekhiye ke is mein nectar of wisdom kya mila aap ko, ya</w:t>
      </w:r>
    </w:p>
    <w:p>
      <w:pPr>
        <w:jc w:val="right"/>
      </w:pPr>
      <w:r>
        <w:t>اپنے حالات میں، تو آپ یہ دیکھیے کہ اس میں نیکٹر آف وزڈم کیا ملا آپ کو، یا</w:t>
      </w:r>
    </w:p>
    <w:p>
      <w:r>
        <w:rPr>
          <w:b/>
        </w:rPr>
        <w:t xml:space="preserve">[03:13] </w:t>
      </w:r>
      <w:r>
        <w:t>rabani zikr ka kya item mila, to goya ke is safar mein aap ne mujhe hain ko zikr</w:t>
      </w:r>
    </w:p>
    <w:p>
      <w:pPr>
        <w:jc w:val="right"/>
      </w:pPr>
      <w:r>
        <w:t>ربانی ذکر کا کیا آئٹم ملا، تو گویا کہ اس سفر میں آپ نے مجھے حین کو ذکر</w:t>
      </w:r>
    </w:p>
    <w:p>
      <w:r>
        <w:rPr>
          <w:b/>
        </w:rPr>
        <w:t xml:space="preserve">[03:19] </w:t>
      </w:r>
      <w:r>
        <w:t>mein convert karne ka art sikhaya.</w:t>
      </w:r>
    </w:p>
    <w:p>
      <w:pPr>
        <w:jc w:val="right"/>
      </w:pPr>
      <w:r>
        <w:t>میں کنورٹ کرنے کا آرٹ سکھایا۔</w:t>
      </w:r>
    </w:p>
    <w:p>
      <w:r>
        <w:rPr>
          <w:b/>
        </w:rPr>
        <w:t xml:space="preserve">[03:22] </w:t>
      </w:r>
      <w:r>
        <w:t>masha allah bohat shukriya.</w:t>
      </w:r>
    </w:p>
    <w:p>
      <w:pPr>
        <w:jc w:val="right"/>
      </w:pPr>
      <w:r>
        <w:t>ماشاءاللہ۔ بہت شکریہ۔</w:t>
      </w:r>
    </w:p>
    <w:p>
      <w:r>
        <w:rPr>
          <w:b/>
        </w:rPr>
        <w:t xml:space="preserve">[03:29] </w:t>
      </w:r>
      <w:r>
        <w:t>khateeb asrar umri molana is safar mein jo sab se bari baat mujhe mili aik woh yeh hai ke aap ne bataya ke aadmi apni koshish se har cheez hasil kar sakta hai lekin marifat ko nahi.</w:t>
      </w:r>
    </w:p>
    <w:p>
      <w:pPr>
        <w:jc w:val="right"/>
      </w:pPr>
      <w:r>
        <w:t>خطیب اسرار عمری۔ مولانا، اس سفر میں جو سب سے بڑی بات مجھے ملی، ایک وہ یہ ہے کہ آپ نے بتایا کہ آدمی اپنی کوشش سے ہر چیز حاصل کر سکتا ہے لیکن معرفت کو نہیں۔</w:t>
      </w:r>
    </w:p>
    <w:p>
      <w:r>
        <w:rPr>
          <w:b/>
        </w:rPr>
        <w:t xml:space="preserve">[03:45] </w:t>
      </w:r>
      <w:r>
        <w:t>marifat khuda ki tofeeq se milti hai to is liye apne aap ko qabil e tofeeq banana hai agar hum apne aap ko qabil e tofeeq nahi banayege to marifat nahi mil sakti.</w:t>
      </w:r>
    </w:p>
    <w:p>
      <w:pPr>
        <w:jc w:val="right"/>
      </w:pPr>
      <w:r>
        <w:t>معرفت خدا کی توفیق سے ملتی ہے، تو اس لیے اپنے آپ کو قابلِ توفیق بنانا ہے۔ اگر ہم اپنے آپ کو قابلِ توفیق نہیں بنائیں گے تو معرفت نہیں مل سکتی۔</w:t>
      </w:r>
    </w:p>
    <w:p>
      <w:r>
        <w:rPr>
          <w:b/>
        </w:rPr>
        <w:t xml:space="preserve">[03:59] </w:t>
      </w:r>
      <w:r>
        <w:t>masha allah.</w:t>
      </w:r>
    </w:p>
    <w:p>
      <w:pPr>
        <w:jc w:val="right"/>
      </w:pPr>
      <w:r>
        <w:t>ماشاءاللہ۔</w:t>
      </w:r>
    </w:p>
    <w:p>
      <w:r>
        <w:rPr>
          <w:b/>
        </w:rPr>
        <w:t xml:space="preserve">[04:06] </w:t>
      </w:r>
      <w:r>
        <w:t>maulana, mein ab tak</w:t>
      </w:r>
    </w:p>
    <w:p>
      <w:pPr>
        <w:jc w:val="right"/>
      </w:pPr>
      <w:r>
        <w:t>مولانا، میں اب تک</w:t>
      </w:r>
    </w:p>
    <w:p>
      <w:r>
        <w:rPr>
          <w:b/>
        </w:rPr>
        <w:t xml:space="preserve">[04:10] </w:t>
      </w:r>
      <w:r>
        <w:t>dawati opportunities ko</w:t>
      </w:r>
    </w:p>
    <w:p>
      <w:pPr>
        <w:jc w:val="right"/>
      </w:pPr>
      <w:r>
        <w:t>دعوتی اپرچونیٹیز کو</w:t>
      </w:r>
    </w:p>
    <w:p>
      <w:r>
        <w:rPr>
          <w:b/>
        </w:rPr>
        <w:t xml:space="preserve">[04:13] </w:t>
      </w:r>
      <w:r>
        <w:t>itni ahmiyat nahi deta tha ya is ko light leta tha mein, lekin aaj ke lecture mein jo</w:t>
      </w:r>
    </w:p>
    <w:p>
      <w:pPr>
        <w:jc w:val="right"/>
      </w:pPr>
      <w:r>
        <w:t>اتنی اہمیت نہیں دیتا تھا یا اس کو لائٹ لیتا تھا میں، لیکن آج کے لیکچر میں جو</w:t>
      </w:r>
    </w:p>
    <w:p>
      <w:r>
        <w:rPr>
          <w:b/>
        </w:rPr>
        <w:t xml:space="preserve">[04:21] </w:t>
      </w:r>
      <w:r>
        <w:t>aap ne khuda ki madad se related jo baatein kahin, helping god par, to yeh bohat hi mere</w:t>
      </w:r>
    </w:p>
    <w:p>
      <w:pPr>
        <w:jc w:val="right"/>
      </w:pPr>
      <w:r>
        <w:t>آپ نے خدا کی مدد سے ریلیٹڈ جو باتیں کہیں، ہیلپنگ گاڈ پر، تو یہ بہت ہی میرے</w:t>
      </w:r>
    </w:p>
    <w:p>
      <w:r>
        <w:rPr>
          <w:b/>
        </w:rPr>
        <w:t xml:space="preserve">[04:29] </w:t>
      </w:r>
      <w:r>
        <w:t>nazdeek bohat hi aham ho gaya ke khuda ke paida kiye hue opportunities ko dawati purpose ke liye</w:t>
      </w:r>
    </w:p>
    <w:p>
      <w:pPr>
        <w:jc w:val="right"/>
      </w:pPr>
      <w:r>
        <w:t>نزدیک بہت ہی اہم ہو گیا کہ خدا کے پیدا کیے ہوئے اپرچونیٹیز کو دعوتی پرپس کے لیے</w:t>
      </w:r>
    </w:p>
    <w:p>
      <w:r>
        <w:rPr>
          <w:b/>
        </w:rPr>
        <w:t xml:space="preserve">[04:36] </w:t>
      </w:r>
      <w:r>
        <w:t>avail kiya jaye.</w:t>
      </w:r>
    </w:p>
    <w:p>
      <w:pPr>
        <w:jc w:val="right"/>
      </w:pPr>
      <w:r>
        <w:t>اویل کیا جائے۔</w:t>
      </w:r>
    </w:p>
    <w:p>
      <w:r>
        <w:rPr>
          <w:b/>
        </w:rPr>
        <w:t xml:space="preserve">[04:38] </w:t>
      </w:r>
      <w:r>
        <w:t>to molana, main is ko aindah opportunities ko, khuda ki di hui opportunities ko dawat ke liye istemal karne ki bharpoor koshish karunga.</w:t>
      </w:r>
    </w:p>
    <w:p>
      <w:pPr>
        <w:jc w:val="right"/>
      </w:pPr>
      <w:r>
        <w:t>تو مولانا، میں اس کو آئندہ اپرچونیٹیز کو، خدا کی دی ہوئی اپرچونیٹیز کو دعوت کے لیے استعمال کرنے کی بھرپور کوشش کروں گا۔</w:t>
      </w:r>
    </w:p>
    <w:p>
      <w:r>
        <w:rPr>
          <w:b/>
        </w:rPr>
        <w:t xml:space="preserve">[04:50] </w:t>
      </w:r>
      <w:r>
        <w:t>There were two points which struck me the most. The first was when Maulana said that spoke about jihad, and he said that jihad is neither offensive nor is it defensive.</w:t>
      </w:r>
    </w:p>
    <w:p>
      <w:pPr>
        <w:jc w:val="right"/>
      </w:pPr>
      <w:r>
        <w:t>دیر وار ٹو پوائنٹس وچ سٹرک می دا موسٹ۔ دا فرسٹ واز وین مولانا سیڈ دیٹ سپوک اباؤٹ جہاد، اینڈ ہی سیڈ دیٹ جہاد از نیدر افینسو نور از اٹ ڈیفینسو۔</w:t>
      </w:r>
    </w:p>
    <w:p>
      <w:r>
        <w:rPr>
          <w:b/>
        </w:rPr>
        <w:t xml:space="preserve">[05:05] </w:t>
      </w:r>
      <w:r>
        <w:t>Muslims go about proving that is defensive and some believe that is offensive, so Maulana said that is no such thing, rather in Islam whenever you are presented with a situation you should manage it, and that is the Islamic concept.</w:t>
      </w:r>
    </w:p>
    <w:p>
      <w:pPr>
        <w:jc w:val="right"/>
      </w:pPr>
      <w:r>
        <w:t>مسلمز گو اباؤٹ پروفنگ دیٹ از ڈیفینسو اینڈ سم بیلیو دیٹ از افینسو، سو مولانا سیڈ دیٹ از نو سچ تھنگ، رادر ان اسلام وین ایور یو آر پریزنٹڈ ود ا سچویشن یو شوڈ مینج اٹ، اینڈ دیٹ از دا اسلامک کانسیپٹ۔</w:t>
      </w:r>
    </w:p>
    <w:p>
      <w:r>
        <w:rPr>
          <w:b/>
        </w:rPr>
        <w:t xml:space="preserve">[05:19] </w:t>
      </w:r>
      <w:r>
        <w:t>so this was a very new thing for me. and yesterday, yesterday point was also very important for me because i am a bit like this, when something happens with me, i tend to say why is it happening to me, when something negative or some difficulty happens, i go through a difficulty.</w:t>
      </w:r>
    </w:p>
    <w:p>
      <w:pPr>
        <w:jc w:val="right"/>
      </w:pPr>
      <w:r>
        <w:t>سو دس واز ا ویری نیو تھنگ فار می۔ اینڈ یسٹرڈے، یسٹرڈے پوائنٹ واز السو ویری امپورٹنٹ فار می بیکاز ائی ایم ا بٹ لائک دس، وین سمتھنگ ہیپنز ود می، ائی ٹینڈ ٹو سے وائی از اٹ ہیپننگ ٹو می، وین سمتھنگ نیگیٹیو اور سم ڈیفیکلٹی ہیپنز، ائی گو تھرو ا ڈیفیکلٹی۔</w:t>
      </w:r>
    </w:p>
    <w:p>
      <w:r>
        <w:rPr>
          <w:b/>
        </w:rPr>
        <w:t xml:space="preserve">[05:39] </w:t>
      </w:r>
      <w:r>
        <w:t>so molana said that we don't have to question that, we don't have to question why are we going through that difficulty or problem, rather we have to derive wisdom from it.</w:t>
      </w:r>
    </w:p>
    <w:p>
      <w:pPr>
        <w:jc w:val="right"/>
      </w:pPr>
      <w:r>
        <w:t>سو مولانا سیڈ دیٹ وی ڈونٹ ہیو ٹو کوئسچن دیٹ، وی ڈونٹ ہیو ٹو کوئسچن وائی ار وی گوئنگ تھرو دیٹ ڈیفیکلٹی اور پرابلم، رادر وی ہیو ٹو ڈرائیو وزڈم فرام اٹ۔</w:t>
      </w:r>
    </w:p>
    <w:p>
      <w:r>
        <w:rPr>
          <w:b/>
        </w:rPr>
        <w:t xml:space="preserve">[05:50] </w:t>
      </w:r>
      <w:r>
        <w:t>so this waz a personally very important for me.</w:t>
      </w:r>
    </w:p>
    <w:p>
      <w:pPr>
        <w:jc w:val="right"/>
      </w:pPr>
      <w:r>
        <w:t>سو دس واز ا پرسنلی ویری امپورٹنٹ فار می۔</w:t>
      </w:r>
    </w:p>
    <w:p>
      <w:r>
        <w:rPr>
          <w:b/>
        </w:rPr>
        <w:t xml:space="preserve">[05:53] </w:t>
      </w:r>
      <w:r>
        <w:t>management mein failure ki waja se hota jihad. ji. ji molana. management mein failure.</w:t>
      </w:r>
    </w:p>
    <w:p>
      <w:pPr>
        <w:jc w:val="right"/>
      </w:pPr>
      <w:r>
        <w:t>مینجمنٹ میں فیلیر کی وجہ سے ہوتا جہاد۔ جی۔ جی مولانا۔ مینجمنٹ میں فیلیر۔</w:t>
      </w:r>
    </w:p>
    <w:p>
      <w:r>
        <w:rPr>
          <w:b/>
        </w:rPr>
        <w:t xml:space="preserve">[06:03] </w:t>
      </w:r>
      <w:r>
        <w:t>main ne aisa formula daryaft kiya hai ke management mein failure ho hi nahi. jante hain kya hai woh?</w:t>
      </w:r>
    </w:p>
    <w:p>
      <w:pPr>
        <w:jc w:val="right"/>
      </w:pPr>
      <w:r>
        <w:t>میں نے ایسا فارمولا دریافت کیا ہے کہ مینجمنٹ میں فیلیر ہو ہی نہیں۔ جانتے ہیں کیا ہے وہ؟</w:t>
      </w:r>
    </w:p>
    <w:p>
      <w:r>
        <w:rPr>
          <w:b/>
        </w:rPr>
        <w:t xml:space="preserve">[06:11] </w:t>
      </w:r>
      <w:r>
        <w:t>ji. hain? nahi.</w:t>
      </w:r>
    </w:p>
    <w:p>
      <w:pPr>
        <w:jc w:val="right"/>
      </w:pPr>
      <w:r>
        <w:t>جی۔ ہیں؟ نہیں۔</w:t>
      </w:r>
    </w:p>
    <w:p>
      <w:r>
        <w:rPr>
          <w:b/>
        </w:rPr>
        <w:t xml:space="preserve">[06:18] </w:t>
      </w:r>
      <w:r>
        <w:t>ji molana, nahi manta.</w:t>
      </w:r>
    </w:p>
    <w:p>
      <w:pPr>
        <w:jc w:val="right"/>
      </w:pPr>
      <w:r>
        <w:t>جی مولانا، نہیں مانتا۔</w:t>
      </w:r>
    </w:p>
    <w:p>
      <w:r>
        <w:rPr>
          <w:b/>
        </w:rPr>
        <w:t xml:space="preserve">[06:21] </w:t>
      </w:r>
      <w:r>
        <w:t>mere haan jihad hai hi nahi.</w:t>
      </w:r>
    </w:p>
    <w:p>
      <w:pPr>
        <w:jc w:val="right"/>
      </w:pPr>
      <w:r>
        <w:t>میرے ہاں جہاد ہے ہی نہیں۔</w:t>
      </w:r>
    </w:p>
    <w:p>
      <w:r>
        <w:rPr>
          <w:b/>
        </w:rPr>
        <w:t xml:space="preserve">[06:29] </w:t>
      </w:r>
      <w:r>
        <w:t>management failure.</w:t>
      </w:r>
    </w:p>
    <w:p>
      <w:pPr>
        <w:jc w:val="right"/>
      </w:pPr>
      <w:r>
        <w:t>مینجمنٹ فیلیر۔</w:t>
      </w:r>
    </w:p>
    <w:p>
      <w:r>
        <w:rPr>
          <w:b/>
        </w:rPr>
        <w:t xml:space="preserve">[06:37] </w:t>
      </w:r>
      <w:r>
        <w:t>ho to jihad pesh aa jata hai. mujhe jihad kuch hai hi nahi, jihad ka. logon ko maro kato, yeh koi baat hai?</w:t>
      </w:r>
    </w:p>
    <w:p>
      <w:pPr>
        <w:jc w:val="right"/>
      </w:pPr>
      <w:r>
        <w:t>ہو تو جہاد پیش آ جاتا ہے۔ مجھے جہاد کچھ ہے ہی نہیں، جہاد کا۔ لوگوں کو مارو کاٹو، یہ کوئی بات ہے؟</w:t>
      </w:r>
    </w:p>
    <w:p>
      <w:r>
        <w:rPr>
          <w:b/>
        </w:rPr>
        <w:t xml:space="preserve">[06:51] </w:t>
      </w:r>
      <w:r>
        <w:t>main ne apna formula banaya hai aqlab nature se.</w:t>
      </w:r>
    </w:p>
    <w:p>
      <w:pPr>
        <w:jc w:val="right"/>
      </w:pPr>
      <w:r>
        <w:t>میں نے اپنا فارمولا بنایا ہے اقلاب نیچر سے۔</w:t>
      </w:r>
    </w:p>
    <w:p>
      <w:r>
        <w:rPr>
          <w:b/>
        </w:rPr>
        <w:t xml:space="preserve">[06:57] </w:t>
      </w:r>
      <w:r>
        <w:t>aqlab nature yeh hai ke sher agar kisi hiran ko dahrata hai, sher jo hai hiran ko dahrata hai,</w:t>
      </w:r>
    </w:p>
    <w:p>
      <w:pPr>
        <w:jc w:val="right"/>
      </w:pPr>
      <w:r>
        <w:t>اقلاب نیچر یہ ہے کہ شیر اگر کسی ہرن کو دہراتا ہے، شیر جو ہے ہرن کو دہراتا ہے،</w:t>
      </w:r>
    </w:p>
    <w:p>
      <w:r>
        <w:rPr>
          <w:b/>
        </w:rPr>
        <w:t xml:space="preserve">[07:15] </w:t>
      </w:r>
      <w:r>
        <w:t>to jab sher dekhta hai, nahi, hiran jab dekhta hai, hiran dekhta hai ke</w:t>
      </w:r>
    </w:p>
    <w:p>
      <w:pPr>
        <w:jc w:val="right"/>
      </w:pPr>
      <w:r>
        <w:t>تو جب شیر دیکھتا ہے، نہیں، ہرن جب دیکھتا ہے، ہرن دیکھتا ہے کہ</w:t>
      </w:r>
    </w:p>
    <w:p>
      <w:r>
        <w:rPr>
          <w:b/>
        </w:rPr>
        <w:t xml:space="preserve">[07:28] </w:t>
      </w:r>
      <w:r>
        <w:t>sher is ke pas aa gaya, agar woh is se bach nahi sakta to achank woh apne ko gira deta hai.</w:t>
      </w:r>
    </w:p>
    <w:p>
      <w:pPr>
        <w:jc w:val="right"/>
      </w:pPr>
      <w:r>
        <w:t>شیر اس کے پاس آ گیا، اگر وہ اس سے بچ نہیں سکتا تو اچانک وہ اپنے کو گرا دیتا ہے۔</w:t>
      </w:r>
    </w:p>
    <w:p>
      <w:r>
        <w:rPr>
          <w:b/>
        </w:rPr>
        <w:t xml:space="preserve">[07:38] </w:t>
      </w:r>
      <w:r>
        <w:t>aise hi. aise hi bilkul murda. to sher ki sifat yeh hai ke woh murda par hamla nahi karta, woh chor chalata hai.</w:t>
      </w:r>
    </w:p>
    <w:p>
      <w:pPr>
        <w:jc w:val="right"/>
      </w:pPr>
      <w:r>
        <w:t>ایسے ہی۔ ایسے ہی بالکل مردہ۔ تو شیر کی صفت یہ ہے کہ وہ مردہ پر حملہ نہیں کرتا، وہ چور چلاتا ہے۔</w:t>
      </w:r>
    </w:p>
    <w:p>
      <w:r>
        <w:rPr>
          <w:b/>
        </w:rPr>
        <w:t xml:space="preserve">[07:55] </w:t>
      </w:r>
      <w:r>
        <w:t>woh jab woh chalata hai to sher bhag jata hai.</w:t>
      </w:r>
    </w:p>
    <w:p>
      <w:pPr>
        <w:jc w:val="right"/>
      </w:pPr>
      <w:r>
        <w:t>وہ جب وہ چلاتا ہے تو شیر بھاگ جاتا ہے۔</w:t>
      </w:r>
    </w:p>
    <w:p>
      <w:r>
        <w:rPr>
          <w:b/>
        </w:rPr>
        <w:t xml:space="preserve">[08:05] </w:t>
      </w:r>
      <w:r>
        <w:t>to main is ko karta hoon, apne ko ek taraf girata hoon, to sher mere par hamla nahi karta.</w:t>
      </w:r>
    </w:p>
    <w:p>
      <w:pPr>
        <w:jc w:val="right"/>
      </w:pPr>
      <w:r>
        <w:t>تو میں اس کو کرتا ہوں، اپنے کو ایک طرف گراتا ہوں، تو شیر میرے پر حملہ نہیں کرتا۔</w:t>
      </w:r>
    </w:p>
    <w:p>
      <w:r>
        <w:rPr>
          <w:b/>
        </w:rPr>
        <w:t xml:space="preserve">[08:15] </w:t>
      </w:r>
      <w:r>
        <w:t>main apa se aap pooch lijiye, main jaldi se keh deta hoon ke I was wrong. aaj hi apa kisi baat par hum se ghusa ho gayi thi.</w:t>
      </w:r>
    </w:p>
    <w:p>
      <w:pPr>
        <w:jc w:val="right"/>
      </w:pPr>
      <w:r>
        <w:t>میں آپا سے آپ پوچھ لیجیے، میں جلدی سے کہہ دیتا ہوں کہ آئی واز رنگ۔ آج ہی آپا کسی بات پر ہم سے غصہ ہو گئی تھیں۔</w:t>
      </w:r>
    </w:p>
    <w:p>
      <w:r>
        <w:rPr>
          <w:b/>
        </w:rPr>
        <w:t xml:space="preserve">[08:26] </w:t>
      </w:r>
      <w:r>
        <w:t>samjhe aap? aaj ki baat hai. ji. auraton mein ghusa zyada</w:t>
      </w:r>
    </w:p>
    <w:p>
      <w:pPr>
        <w:jc w:val="right"/>
      </w:pPr>
      <w:r>
        <w:t>سمجھے آپ؟ آج کی بات ہے۔ جی۔ عورتوں میں غصہ زیادہ</w:t>
      </w:r>
    </w:p>
    <w:p>
      <w:r>
        <w:rPr>
          <w:b/>
        </w:rPr>
        <w:t xml:space="preserve">[08:33] </w:t>
      </w:r>
      <w:r>
        <w:t>hota hai. ji. hain? aap ayein yahan? nahi ayein molana. to aap pooch lijiye. achha. main ne kaha main bilkul bewakoof aadmi hoon, mujhe kuch nahi aata,</w:t>
      </w:r>
    </w:p>
    <w:p>
      <w:pPr>
        <w:jc w:val="right"/>
      </w:pPr>
      <w:r>
        <w:t>ہوتا ہے۔ جی۔ ہیں؟ آپ آئیں یہاں؟ نہیں آئیں مولانا۔ تو آپ پوچھ لیجیے۔ اچھا۔ میں نے کہا میں بالکل بیوقوف آدمی ہوں، مجھے کچھ نہیں آتا،</w:t>
      </w:r>
    </w:p>
    <w:p>
      <w:r>
        <w:rPr>
          <w:b/>
        </w:rPr>
        <w:t xml:space="preserve">[08:48] </w:t>
      </w:r>
      <w:r>
        <w:t>mujh ko maaf karo. jitna zyada apne ko gira sakta hoon, utni gira deta hoon. baat khatam ho jati hai.</w:t>
      </w:r>
    </w:p>
    <w:p>
      <w:pPr>
        <w:jc w:val="right"/>
      </w:pPr>
      <w:r>
        <w:t>مجھ کو معاف کرو۔ جتنا زیادہ اپنے کو گرا سکتا ہوں، اتنی گرا دیتا ہوں۔ بات ختم ہو جاتی ہے۔</w:t>
      </w:r>
    </w:p>
    <w:p>
      <w:r>
        <w:rPr>
          <w:b/>
        </w:rPr>
        <w:t xml:space="preserve">[08:58] </w:t>
      </w:r>
      <w:r>
        <w:t>ji. ek dam mein apne ko gira deta hoon, hiran se bhi zyada. hiran se bhi zyada gira deta hoon. to khatam ho jata hai.</w:t>
      </w:r>
    </w:p>
    <w:p>
      <w:pPr>
        <w:jc w:val="right"/>
      </w:pPr>
      <w:r>
        <w:t>جی۔ ایک دم میں اپنے کو گرا دیتا ہوں، ہرن سے بھی زیادہ۔ ہرن سے بھی زیادہ گرا دیتا ہوں۔ تو ختم ہو جاتا ہے۔</w:t>
      </w:r>
    </w:p>
    <w:p>
      <w:r>
        <w:rPr>
          <w:b/>
        </w:rPr>
        <w:t xml:space="preserve">[09:08] </w:t>
      </w:r>
      <w:r>
        <w:t>maulana, kal jab aap woh bata rahe the ke har insan mein kuch atakao hota hai aur kisi na kisi problem ko le ke aadmi phans jayega aur us problem ka solution bhi nikale ga to phir fardur is problem mein aur gharta jayega, to is ka aap ne jo hal bataya tha woh yeh tha ke insan ko apne purpose ko dekhna chahiye aur baqi jo problem hai us ko sirf manage kar lena hai, hal karne ka bhi sochna nahi hai, sirf time by kar lena jo mujhe samajh mein aya wahan se.</w:t>
      </w:r>
    </w:p>
    <w:p>
      <w:pPr>
        <w:jc w:val="right"/>
      </w:pPr>
      <w:r>
        <w:t>مولانا، کل جب آپ وہ بتا رہے تھے کہ ہر انسان میں کچھ اٹکاؤ ہوتا ہے اور کسی نہ کسی پرابلم کو لے کے آدمی پھنس جائے گا اور اس پرابلم کا سلوشن بھی نکالے گا تو پھر فردر اس پرابلم میں اور گھرتا جائے گا، تو اس کا آپ نے جو حل بتایا تھا وہ یہ تھا کہ انسان کو اپنے پرپس کو دیکھنا چاہیے اور باقی جو پرابلم ہے اس کو صرف مینج کر لینا ہے، حل کرنے کا بھی سوچنا نہیں ہے، صرف ٹائم بائی کر لینا جو مجھے سمجھ میں آیا وہاں سے۔</w:t>
      </w:r>
    </w:p>
    <w:p>
      <w:r>
        <w:rPr>
          <w:b/>
        </w:rPr>
        <w:t xml:space="preserve">[09:36] </w:t>
      </w:r>
      <w:r>
        <w:t>to maulana, yeh bohat mujhe striking laga ke aisa karne se insan apne jeevan ke maqsad se derial nahi hoga.</w:t>
      </w:r>
    </w:p>
    <w:p>
      <w:pPr>
        <w:jc w:val="right"/>
      </w:pPr>
      <w:r>
        <w:t>تو مولانا، یہ بہت مجھے سٹرائیکنگ لگا کہ ایسا کرنے سے انسان اپنے जीवन کے مقصد سے ڈیریل نہیں ہوگا۔</w:t>
      </w:r>
    </w:p>
    <w:p>
      <w:r>
        <w:rPr>
          <w:b/>
        </w:rPr>
        <w:t xml:space="preserve">[09:46] </w:t>
      </w:r>
      <w:r>
        <w:t>to jo dawati maqsad hum ne apne liye bana liya hai, chun liya hai aap ke guidance ki waja se, to maulana, hum agar yeh rahe ga to hum apne aap ko kisi bhi tarah ke problem mein phansne se bacha sakte hain, agar hum is principle ko apply karein apni life mein, follow karein.</w:t>
      </w:r>
    </w:p>
    <w:p>
      <w:pPr>
        <w:jc w:val="right"/>
      </w:pPr>
      <w:r>
        <w:t>تو جو دعوتی مقصد ہم نے اپنے لیے بنا لیا ہے، چن لیا ہے آپ کے گائیڈنس کی وجہ سے، تو مولانا، ہم اگر یہ رہے گا تو ہم اپنے آپ کو کسی بھی طرح کے پرابلم میں پھنسنے سے بچا سکتے ہیں، اگر ہم اس پرنسپل کو اپلائی کریں اپنی لائف میں، فالو کریں۔</w:t>
      </w:r>
    </w:p>
    <w:p>
      <w:r>
        <w:rPr>
          <w:b/>
        </w:rPr>
        <w:t xml:space="preserve">[10:00] </w:t>
      </w:r>
      <w:r>
        <w:t>to mere liye yeh bohat hi important tha yeh.</w:t>
      </w:r>
    </w:p>
    <w:p>
      <w:pPr>
        <w:jc w:val="right"/>
      </w:pPr>
      <w:r>
        <w:t>تو میرے لیے یہ بہت ہی امپورٹنٹ تھا یہ۔</w:t>
      </w:r>
    </w:p>
    <w:p>
      <w:r>
        <w:rPr>
          <w:b/>
        </w:rPr>
        <w:t xml:space="preserve">[10:05] </w:t>
      </w:r>
      <w:r>
        <w:t>maulana, kal aap ne jo yeh kaha tha ke agar koi museebat ati hai to us ko aap ne us mein aap yeh mat dekhiye ke woh museebat kyun ayi, kyun mein mat atkiye, balke yeh dekhiye us mein aap ko wisdom of nectar kya mila.</w:t>
      </w:r>
    </w:p>
    <w:p>
      <w:pPr>
        <w:jc w:val="right"/>
      </w:pPr>
      <w:r>
        <w:t>مولانا، کل آپ نے جو یہ کہا تھا کہ اگر کوئی مصیبت آتی ہے تو اس کو آپ نے اس میں آپ یہ مت دیکھیے کہ وہ مصیبت کیوں آئی، کیوں میں مت اٹکیے، بلکہ یہ دیکھیے اس میں آپ کو وزڈم آف نیکٹر کیا ملا۔</w:t>
      </w:r>
    </w:p>
    <w:p>
      <w:r>
        <w:rPr>
          <w:b/>
        </w:rPr>
        <w:t xml:space="preserve">[10:20] </w:t>
      </w:r>
      <w:r>
        <w:t>to yeh mere liye bohat hi zabardast point hai maulana. kya kaha tha maine?</w:t>
      </w:r>
    </w:p>
    <w:p>
      <w:pPr>
        <w:jc w:val="right"/>
      </w:pPr>
      <w:r>
        <w:t>تو یہ میرے لیے بہت ہی زبردست پوائنٹ ہے مولانا۔ کیا کہا تھا میں نے؟</w:t>
      </w:r>
    </w:p>
    <w:p>
      <w:r>
        <w:rPr>
          <w:b/>
        </w:rPr>
        <w:t xml:space="preserve">[10:27] </w:t>
      </w:r>
      <w:r>
        <w:t>koi museebat ati hai, mislan bemari ati hai ya koi chot lagta hai ya koi bhi cheez ati hai to us mein aap yeh mat dekhiye ke kyun aya, balke yeh dekhiye ke woh museebat jo ayi to us mein aap ko wisdom of nectar kya mila.</w:t>
      </w:r>
    </w:p>
    <w:p>
      <w:pPr>
        <w:jc w:val="right"/>
      </w:pPr>
      <w:r>
        <w:t>کوئی مصیبت آتی ہے، مثلاً بیماری آتی ہے یا کوئی چوٹ لگتا ہے یا کوئی بھی چیز آتی ہے تو اس میں آپ یہ مت دیکھیے کہ کیوں آیا، بلکہ یہ دیکھیے کہ وہ مصیبت جو آئی تو اس میں آپ کو وزڈم آف نیکٹر کیا ملا۔</w:t>
      </w:r>
    </w:p>
    <w:p>
      <w:r>
        <w:rPr>
          <w:b/>
        </w:rPr>
        <w:t xml:space="preserve">[10:41] </w:t>
      </w:r>
      <w:r>
        <w:t>hmm. hmm. sahi hai. aur koi waqea hai? ho gaya sab ka. nahi, abhi bari baqi hai. haan. bol diya dada, maine bol diya hai.</w:t>
      </w:r>
    </w:p>
    <w:p>
      <w:pPr>
        <w:jc w:val="right"/>
      </w:pPr>
      <w:r>
        <w:t>ہمم۔ ہمم۔ صحیح ہے۔ اور کوئی واقعہ ہے؟ ہو گیا سب کا۔ نہیں، ابھی باری باقی ہے۔ ہاں۔ بول دیا دادا، میں نے بول دیا ہے۔</w:t>
      </w:r>
    </w:p>
    <w:p>
      <w:r>
        <w:rPr>
          <w:b/>
        </w:rPr>
        <w:t xml:space="preserve">[10:50] </w:t>
      </w:r>
      <w:r>
        <w:t>do point unhone kaha. hmm. unhone keh diya. kya?</w:t>
      </w:r>
    </w:p>
    <w:p>
      <w:pPr>
        <w:jc w:val="right"/>
      </w:pPr>
      <w:r>
        <w:t>دو پوائنٹ انہوں نے کہا۔ ہمم۔ انہوں نے کہہ دیا۔ کیا؟</w:t>
      </w:r>
    </w:p>
    <w:p>
      <w:r>
        <w:rPr>
          <w:b/>
        </w:rPr>
        <w:t xml:space="preserve">[10:56] </w:t>
      </w:r>
      <w:r>
        <w:t>ek point unhone jihad wala kaha ke jihad ka mamla yeh hai ke Islam mein defensive jihad bhi nahi hai aur offensive jihad bhi nahi hai, balke woh management ka mamla hai.</w:t>
      </w:r>
    </w:p>
    <w:p>
      <w:pPr>
        <w:jc w:val="right"/>
      </w:pPr>
      <w:r>
        <w:t>ایک پوائنٹ انہوں نے جہاد والا کہا کہ جہاد کا معاملہ یہ ہے کہ اسلام میں ڈیفینسو جہاد بھی نہیں ہے اور افینسو جہاد بھی نہیں ہے، بلکہ وہ مینجمنٹ کا معاملہ ہے۔</w:t>
      </w:r>
    </w:p>
    <w:p>
      <w:r>
        <w:rPr>
          <w:b/>
        </w:rPr>
        <w:t xml:space="preserve">[11:07] </w:t>
      </w:r>
      <w:r>
        <w:t>Islam mein no jihad hai. no jihad hai. kise jihad? guzre kaate. ji. hmm.</w:t>
      </w:r>
    </w:p>
    <w:p>
      <w:pPr>
        <w:jc w:val="right"/>
      </w:pPr>
      <w:r>
        <w:t>اسلام میں نو جہاد ہے۔ نو جہاد ہے۔ کسے جہاد؟ گزرے کاٹے۔ جی۔ ہمم۔</w:t>
      </w:r>
    </w:p>
    <w:p>
      <w:r>
        <w:rPr>
          <w:b/>
        </w:rPr>
        <w:t xml:space="preserve">[11:19] </w:t>
      </w:r>
      <w:r>
        <w:t>Nasrullah ne is mein aisi misal qaim ki hai jis ke baad koi misal hi nahi hai. ji maulana.</w:t>
      </w:r>
    </w:p>
    <w:p>
      <w:pPr>
        <w:jc w:val="right"/>
      </w:pPr>
      <w:r>
        <w:t>نصراللہ نے اس میں ایسی مثال قائم کی ہے جس کے بعد کوئی مثال ہی نہیں ہے۔ جی مولانا۔</w:t>
      </w:r>
    </w:p>
    <w:p>
      <w:r>
        <w:rPr>
          <w:b/>
        </w:rPr>
        <w:t xml:space="preserve">[11:27] </w:t>
      </w:r>
      <w:r>
        <w:t>qila desal ko bithha diya. ji. is se aage koi misal ho hi nahi sakti hai. nahi. hain? nahi maulana.</w:t>
      </w:r>
    </w:p>
    <w:p>
      <w:pPr>
        <w:jc w:val="right"/>
      </w:pPr>
      <w:r>
        <w:t>قلعہ دیسل کو بٹھا دیا۔ جی۔ اس سے آگے کوئی مثال ہو ہی نہیں سکتی ہے۔ نہیں۔ ہیں؟ نہیں مولانا۔</w:t>
      </w:r>
    </w:p>
    <w:p>
      <w:r>
        <w:rPr>
          <w:b/>
        </w:rPr>
        <w:t xml:space="preserve">[11:40] </w:t>
      </w:r>
      <w:r>
        <w:t>maulana Iqbal sahib, is ke baad bhi koi misal ho sakti hai?</w:t>
      </w:r>
    </w:p>
    <w:p>
      <w:pPr>
        <w:jc w:val="right"/>
      </w:pPr>
      <w:r>
        <w:t>مولانا اقبال صاحب، اس کے بعد بھی کوئی مثال ہو سکتی ہے؟</w:t>
      </w:r>
    </w:p>
    <w:p>
      <w:r>
        <w:rPr>
          <w:b/>
        </w:rPr>
        <w:t xml:space="preserve">[11:45] </w:t>
      </w:r>
      <w:r>
        <w:t>yeh bilkul aakhri rasool ki aakhri misal hai maulana, jihad ke bare mein, bilkul aakhri, yani apne aap ko mukhaleef ke samne girane ke silsile mein aakhri baat hui maulana.</w:t>
      </w:r>
    </w:p>
    <w:p>
      <w:pPr>
        <w:jc w:val="right"/>
      </w:pPr>
      <w:r>
        <w:t>یہ بالکل آخری رسول کی آخری مثال ہے مولانا، جہاد کے بارے میں، بالکل آخری، یعنی اپنے آپ کو مخالف کے سامنے گرانے کے سلسلے میں آخری بات ہوئی مولانا۔</w:t>
      </w:r>
    </w:p>
    <w:p>
      <w:r>
        <w:rPr>
          <w:b/>
        </w:rPr>
        <w:t xml:space="preserve">[11:59] </w:t>
      </w:r>
      <w:r>
        <w:t>hum logon ke paas do cheezein ati hain jo difficulties keh sakta hoon us ko, ek to yeh ata hai ke abhi maujooda daur ke jumhoor ulama se hum log alag ek rai ikhtiyar karte hain to hum par tanqeed hoti hai,</w:t>
      </w:r>
    </w:p>
    <w:p>
      <w:pPr>
        <w:jc w:val="right"/>
      </w:pPr>
      <w:r>
        <w:t>ہم لوگوں کے پاس دو چیزیں آتی ہیں جو ڈیفیکلٹیز کہہ سکتا ہوں اس کو، ایک تو یہ آتا ہے کہ ابھی موجودہ دور کے جمہور علماء سے ہم لوگ الگ ایک رائے اختیار کرتے ہیں تو ہم پر تنقید ہوتی ہے،</w:t>
      </w:r>
    </w:p>
    <w:p>
      <w:r>
        <w:rPr>
          <w:b/>
        </w:rPr>
        <w:t xml:space="preserve">[12:15] </w:t>
      </w:r>
      <w:r>
        <w:t>yeh ek mushkil rasta hai, aur doosra yeh ke aise alam, maashi taur par bhi pareshaniyan ati hain to un dono mein rasta kya ikhtiyar karna chahiye?</w:t>
      </w:r>
    </w:p>
    <w:p>
      <w:pPr>
        <w:jc w:val="right"/>
      </w:pPr>
      <w:r>
        <w:t>یہ ایک مشکل راستہ ہے، اور دوسرا یہ کہ ایسے عالم، معاشی طور پر بھی پریشانیاں آتی ہیں تو ان دونوں میں راستہ کیا اختیار کرنا چاہیے؟</w:t>
      </w:r>
    </w:p>
    <w:p>
      <w:r>
        <w:rPr>
          <w:b/>
        </w:rPr>
        <w:t xml:space="preserve">[12:34] </w:t>
      </w:r>
      <w:r>
        <w:t>bhai maulana Abdus Salam sahib ke samne aya tha hum se. chup kuch kiya hoga? woh sab log karein?</w:t>
      </w:r>
    </w:p>
    <w:p>
      <w:pPr>
        <w:jc w:val="right"/>
      </w:pPr>
      <w:r>
        <w:t>بھئی مولانا عبدالسلام صاحب کے سامنے آیا تھا ہم سے۔ چپ کچھ کیا ہوگا؟ وہ سب لوگ کریں؟</w:t>
      </w:r>
    </w:p>
    <w:p>
      <w:r>
        <w:rPr>
          <w:b/>
        </w:rPr>
        <w:t xml:space="preserve">[12:43] </w:t>
      </w:r>
      <w:r>
        <w:t>ji.</w:t>
      </w:r>
    </w:p>
    <w:p>
      <w:pPr>
        <w:jc w:val="right"/>
      </w:pPr>
      <w:r>
        <w:t>جی۔</w:t>
      </w:r>
    </w:p>
    <w:p>
      <w:r>
        <w:rPr>
          <w:b/>
        </w:rPr>
        <w:t xml:space="preserve">[12:49] </w:t>
      </w:r>
      <w:r>
        <w:t>un ke sab jawab hai ke nahi jab? ji. Fayyaz sahib. jawab hai maulana? bilkul. bilkul jawab hai. bilkul jawab hai. jawab hai.</w:t>
      </w:r>
    </w:p>
    <w:p>
      <w:pPr>
        <w:jc w:val="right"/>
      </w:pPr>
      <w:r>
        <w:t>ان کے سب جواب ہے کہ نہیں جب؟ جی۔ فیاض صاحب۔ جواب ہے مولانا؟ بالکل۔ بالکل جواب ہے۔ بالکل جواب ہے۔ جواب ہے۔</w:t>
      </w:r>
    </w:p>
    <w:p>
      <w:r>
        <w:rPr>
          <w:b/>
        </w:rPr>
        <w:t xml:space="preserve">[12:59] </w:t>
      </w:r>
      <w:r>
        <w:t>yeh jawab hai ke nahi yeh bataiye. bilkul jawab hai maulana. hain?</w:t>
      </w:r>
    </w:p>
    <w:p>
      <w:pPr>
        <w:jc w:val="right"/>
      </w:pPr>
      <w:r>
        <w:t>یہ جواب ہے کہ نہیں یہ بتائیے۔ بالکل جواب ہے مولانا۔ ہیں؟</w:t>
      </w:r>
    </w:p>
    <w:p>
      <w:r>
        <w:rPr>
          <w:b/>
        </w:rPr>
        <w:t xml:space="preserve">[13:04] </w:t>
      </w:r>
      <w:r>
        <w:t>hai jawab. hmm to bas phir kya mushkil hai? sahi hai.</w:t>
      </w:r>
    </w:p>
    <w:p>
      <w:pPr>
        <w:jc w:val="right"/>
      </w:pPr>
      <w:r>
        <w:t>ہے جواب۔ ہمم تو بس پھر کیا مشکل ہے؟ صحیح ہے۔</w:t>
      </w:r>
    </w:p>
    <w:p>
      <w:r>
        <w:rPr>
          <w:b/>
        </w:rPr>
        <w:t xml:space="preserve">[13:14] </w:t>
      </w:r>
      <w:r>
        <w:t>mere khayal se yeh karna chahiye ke jo available vacancy ho usi ko le lijiye, yeh mat sochiye ke better vacancy,</w:t>
      </w:r>
    </w:p>
    <w:p>
      <w:pPr>
        <w:jc w:val="right"/>
      </w:pPr>
      <w:r>
        <w:t>میرے خیال سے یہ کرنا چاہیے کہ جو اویلیبل ویکنسی ہو اسی کو لے لیجیے، یہ مت سوچیے کہ بیٹر ویکنسی،</w:t>
      </w:r>
    </w:p>
    <w:p>
      <w:r>
        <w:rPr>
          <w:b/>
        </w:rPr>
        <w:t xml:space="preserve">[13:30] </w:t>
      </w:r>
      <w:r>
        <w:t>better vacancy nahi, available ek hi ikhtiyar kijiye. better ke liye future, present ke liye available.</w:t>
      </w:r>
    </w:p>
    <w:p>
      <w:pPr>
        <w:jc w:val="right"/>
      </w:pPr>
      <w:r>
        <w:t>بیٹر ویکنسی نہیں، اویلیبل ایک ہی اختیار کیجیے۔ بیٹر کے لیے فیوچر، پریزنٹ کے لیے اویلیبل۔</w:t>
      </w:r>
    </w:p>
    <w:p>
      <w:r>
        <w:rPr>
          <w:b/>
        </w:rPr>
        <w:t xml:space="preserve">[13:45] </w:t>
      </w:r>
      <w:r>
        <w:t>maulana ek lafz bolna aap available doosra kya hai? vacancy ya koi doosra word hai? present ke liye available, future ke liye better.</w:t>
      </w:r>
    </w:p>
    <w:p>
      <w:pPr>
        <w:jc w:val="right"/>
      </w:pPr>
      <w:r>
        <w:t>مولانا ایک لفظ بولنا آپ اویلیبل دوسرا کیا ہے؟ ویکنسی یا کوئی دوسرا ورڈ ہے؟ پریزنٹ کے لیے اویلیبل، فیوچر کے لیے بیٹر۔</w:t>
      </w:r>
    </w:p>
    <w:p>
      <w:r>
        <w:rPr>
          <w:b/>
        </w:rPr>
        <w:t xml:space="preserve">[14:09] </w:t>
      </w:r>
      <w:r>
        <w:t>koi bataye ke ye kaisa hai</w:t>
      </w:r>
    </w:p>
    <w:p>
      <w:pPr>
        <w:jc w:val="right"/>
      </w:pPr>
      <w:r>
        <w:t>کوئی بتائے کہ یہ کیسا ہے</w:t>
      </w:r>
    </w:p>
    <w:p>
      <w:r>
        <w:rPr>
          <w:b/>
        </w:rPr>
        <w:t xml:space="preserve">[14:12] </w:t>
      </w:r>
      <w:r>
        <w:t>? ye to super formula hai molana, kisi ne nahi kaha ye. hain? ye to bohat supreme formula hai ye. kisi ne kisi se mein ne nahi suna, na parha ye baat abhi tak.</w:t>
      </w:r>
    </w:p>
    <w:p>
      <w:pPr>
        <w:jc w:val="right"/>
      </w:pPr>
      <w:r>
        <w:t>؟ یہ تو سپر فارمولا ہے مولانا، کسی نے نہیں کہا یہ۔ ہیں؟ یہ تو بہت سپریم فارمولا ہے یہ۔ کسی نے کسی سے میں نے نہیں سنا، نہ پڑھا یہ بات ابھی تک۔</w:t>
      </w:r>
    </w:p>
    <w:p>
      <w:r>
        <w:rPr>
          <w:b/>
        </w:rPr>
        <w:t xml:space="preserve">[14:25] </w:t>
      </w:r>
      <w:r>
        <w:t>available vacancy ko istemal karo, ye baat kisi ne nahi kahi job market mein. sab better ki talash mein hi rehte hain, sare coaching wale, sare personality development wale better ki baat karte rehte hain.</w:t>
      </w:r>
    </w:p>
    <w:p>
      <w:pPr>
        <w:jc w:val="right"/>
      </w:pPr>
      <w:r>
        <w:t>اویلیبل ویکنسی کو استعمال کرو، یہ بات کسی نے نہیں کہی جاب مارکیٹ میں۔ سب بیٹر کی تلاش میں ہی رہتے ہیں، سارے کوچنگ والے، سارے پرسنیلٹی ڈیولپمنٹ والے بیٹر کی بات کرتے رہتے ہیں۔</w:t>
      </w:r>
    </w:p>
    <w:p>
      <w:r>
        <w:rPr>
          <w:b/>
        </w:rPr>
        <w:t xml:space="preserve">[14:40] </w:t>
      </w:r>
      <w:r>
        <w:t>present ke liye available. ji.</w:t>
      </w:r>
    </w:p>
    <w:p>
      <w:pPr>
        <w:jc w:val="right"/>
      </w:pPr>
      <w:r>
        <w:t>پریزنٹ کے لیے اویلیبل۔ جی۔</w:t>
      </w:r>
    </w:p>
    <w:p>
      <w:r>
        <w:rPr>
          <w:b/>
        </w:rPr>
        <w:t xml:space="preserve">[14:43] </w:t>
      </w:r>
      <w:r>
        <w:t>future ke liye best. ji. hain? sahi baat hai ye to. hmm. ye to bohat hi wisdom wali baat hai molana ye.</w:t>
      </w:r>
    </w:p>
    <w:p>
      <w:pPr>
        <w:jc w:val="right"/>
      </w:pPr>
      <w:r>
        <w:t>فیوچر کے لیے بیسٹ۔ جی۔ ہیں؟ صحیح بات ہے یہ تو۔ ہمم۔ یہ تو بہت ہی وزڈم والی بات ہے مولانا یہ۔</w:t>
      </w:r>
    </w:p>
    <w:p>
      <w:r>
        <w:rPr>
          <w:b/>
        </w:rPr>
        <w:t xml:space="preserve">[14:57] </w:t>
      </w:r>
      <w:r>
        <w:t>molana aap jo kehte hain mun ain 'abdah wala sawal aap ke samne hota tha, hum kahan se shuru karein? mun ain 'abdah. mun ain 'abdah.</w:t>
      </w:r>
    </w:p>
    <w:p>
      <w:pPr>
        <w:jc w:val="right"/>
      </w:pPr>
      <w:r>
        <w:t>مولانا آپ جو کہتے ہیں من عین نبدہ والا سوال آپ کے سامنے ہوتا تھا، ہم کہاں سے شروع کریں؟ من عین نبدہ۔ من عین نبدہ۔</w:t>
      </w:r>
    </w:p>
    <w:p>
      <w:r>
        <w:rPr>
          <w:b/>
        </w:rPr>
        <w:t xml:space="preserve">[15:06] </w:t>
      </w:r>
      <w:r>
        <w:t>to is ka ye jawab mil gaya.</w:t>
      </w:r>
    </w:p>
    <w:p>
      <w:pPr>
        <w:jc w:val="right"/>
      </w:pPr>
      <w:r>
        <w:t>تو اس کا یہ جواب مل گیا۔</w:t>
      </w:r>
    </w:p>
    <w:p>
      <w:r>
        <w:rPr>
          <w:b/>
        </w:rPr>
        <w:t xml:space="preserve">[15:09] </w:t>
      </w:r>
      <w:r>
        <w:t>haan haan. mislan is ko likh raha hoon mein. ji. amalan nikal diya gaya tha.</w:t>
      </w:r>
    </w:p>
    <w:p>
      <w:pPr>
        <w:jc w:val="right"/>
      </w:pPr>
      <w:r>
        <w:t>ہاں ہاں۔ مثلاً اس کو لکھ رہا ہوں میں۔ جی۔ عملاً نکال دیا گیا تھا۔</w:t>
      </w:r>
    </w:p>
    <w:p>
      <w:r>
        <w:rPr>
          <w:b/>
        </w:rPr>
        <w:t xml:space="preserve">[15:18] </w:t>
      </w:r>
      <w:r>
        <w:t>ye nahi kaha tha ke aap jaiye, lekin jab amalan aisi surat-e-haal paida ki gayi ke be ghar, be kamra, be jagah ho gaya.</w:t>
      </w:r>
    </w:p>
    <w:p>
      <w:pPr>
        <w:jc w:val="right"/>
      </w:pPr>
      <w:r>
        <w:t>یہ نہیں کہا تھا کہ آپ جائیے، لیکن جب عملاً ایسی صورتحال پیدا کی گئی کہ بے گھر، بے کمرہ، بے جگہ ہو گیا۔</w:t>
      </w:r>
    </w:p>
    <w:p>
      <w:r>
        <w:rPr>
          <w:b/>
        </w:rPr>
        <w:t xml:space="preserve">[15:33] </w:t>
      </w:r>
      <w:r>
        <w:t>ji.</w:t>
      </w:r>
    </w:p>
    <w:p>
      <w:pPr>
        <w:jc w:val="right"/>
      </w:pPr>
      <w:r>
        <w:t>جی۔</w:t>
      </w:r>
    </w:p>
    <w:p>
      <w:r>
        <w:rPr>
          <w:b/>
        </w:rPr>
        <w:t xml:space="preserve">[15:35] </w:t>
      </w:r>
      <w:r>
        <w:t>to us waqt mere liye jo available tha wo ye tha ke ek sahib the, masjid mein rehte the wo, mein un ke sath chala gaya.</w:t>
      </w:r>
    </w:p>
    <w:p>
      <w:pPr>
        <w:jc w:val="right"/>
      </w:pPr>
      <w:r>
        <w:t>تو اس وقت میرے لیے جو اویلیبل تھا وہ یہ تھا کہ ایک صاحب تھے، مسجد میں رہتے تھے وہ، میں ان کے ساتھ چلا گیا۔</w:t>
      </w:r>
    </w:p>
    <w:p>
      <w:r>
        <w:rPr>
          <w:b/>
        </w:rPr>
        <w:t xml:space="preserve">[15:52] </w:t>
      </w:r>
      <w:r>
        <w:t>wo bechare achhe aadmi the, to un ke sath mein chand din raha ziyada nahi, phir ye ye ye ye rasta khula, dilli wala.</w:t>
      </w:r>
    </w:p>
    <w:p>
      <w:pPr>
        <w:jc w:val="right"/>
      </w:pPr>
      <w:r>
        <w:t>وہ بیچارے اچھے آدمی تھے، تو ان کے ساتھ میں چند دن رہا زیادہ نہیں، پھر یہ یہ یہ یہ راستہ کھلا، دلی والا۔</w:t>
      </w:r>
    </w:p>
    <w:p>
      <w:r>
        <w:rPr>
          <w:b/>
        </w:rPr>
        <w:t xml:space="preserve">[16:08] </w:t>
      </w:r>
      <w:r>
        <w:t>to present ke liye available, future ke liye best, better.</w:t>
      </w:r>
    </w:p>
    <w:p>
      <w:pPr>
        <w:jc w:val="right"/>
      </w:pPr>
      <w:r>
        <w:t>تو پریزنٹ کے لیے اویلیبل، فیوچر کے لیے بیسٹ، بیٹر۔</w:t>
      </w:r>
    </w:p>
    <w:p>
      <w:r>
        <w:rPr>
          <w:b/>
        </w:rPr>
        <w:t xml:space="preserve">[16:19] </w:t>
      </w:r>
      <w:r>
        <w:t>to aap log bataiye ke kaisa hai ye formula?</w:t>
      </w:r>
    </w:p>
    <w:p>
      <w:pPr>
        <w:jc w:val="right"/>
      </w:pPr>
      <w:r>
        <w:t>تو آپ لوگ بتائیے کہ کیسا ہے یہ فارمولا؟</w:t>
      </w:r>
    </w:p>
    <w:p>
      <w:r>
        <w:rPr>
          <w:b/>
        </w:rPr>
        <w:t xml:space="preserve">[16:25] </w:t>
      </w:r>
      <w:r>
        <w:t>molana ye formula problem</w:t>
      </w:r>
    </w:p>
    <w:p>
      <w:pPr>
        <w:jc w:val="right"/>
      </w:pPr>
      <w:r>
        <w:t>مولانا یہ فارمولا پرابلم</w:t>
      </w:r>
    </w:p>
    <w:p>
      <w:r>
        <w:rPr>
          <w:b/>
        </w:rPr>
        <w:t xml:space="preserve">[16:30] </w:t>
      </w:r>
      <w:r>
        <w:t>molvi ho ya mister ho sab ke liye yahi applicable formula hai molana ye. haan sahi hai. sahi hai.</w:t>
      </w:r>
    </w:p>
    <w:p>
      <w:pPr>
        <w:jc w:val="right"/>
      </w:pPr>
      <w:r>
        <w:t>مولوی ہو یا مسٹر ہو سب کے لیے یہی ایپلیکیبل فارمولا ہے مولانا یہ۔ ہاں صحیح ہے۔ صحیح ہے۔</w:t>
      </w:r>
    </w:p>
    <w:p>
      <w:r>
        <w:rPr>
          <w:b/>
        </w:rPr>
        <w:t xml:space="preserve">[16:40] </w:t>
      </w:r>
      <w:r>
        <w:t>is mein aap ko foran ke foran starting point mil jata hai. bilkul.</w:t>
      </w:r>
    </w:p>
    <w:p>
      <w:pPr>
        <w:jc w:val="right"/>
      </w:pPr>
      <w:r>
        <w:t>اس میں آپ کو فوراً کے فوراً سٹارٹنگ پوائنٹ مل جاتا ہے۔ بالکل۔</w:t>
      </w:r>
    </w:p>
    <w:p>
      <w:r>
        <w:rPr>
          <w:b/>
        </w:rPr>
        <w:t xml:space="preserve">[16:49] </w:t>
      </w:r>
      <w:r>
        <w:t>foran ke foran. mujhe sab se ziyada ta'ajjub ka character. ji. nazar aata hai</w:t>
      </w:r>
    </w:p>
    <w:p>
      <w:pPr>
        <w:jc w:val="right"/>
      </w:pPr>
      <w:r>
        <w:t>فوراً کے فوراً۔ مجھے سب سے زیادہ تعجب کا کریکٹر۔ جی۔ نظر آتا ہے</w:t>
      </w:r>
    </w:p>
    <w:p>
      <w:r>
        <w:rPr>
          <w:b/>
        </w:rPr>
        <w:t xml:space="preserve">[17:03] </w:t>
      </w:r>
      <w:r>
        <w:t>asiya ka. asiya ka? ji. asiya. ji. bilkul asiya. fir'on ki biwi thi. ji.</w:t>
      </w:r>
    </w:p>
    <w:p>
      <w:pPr>
        <w:jc w:val="right"/>
      </w:pPr>
      <w:r>
        <w:t>آسیہ کا۔ آسیہ کا؟ جی۔ آسیہ۔ جی۔ بالکل آسیہ۔ فرعون کی بیوی تھی۔ جی۔</w:t>
      </w:r>
    </w:p>
    <w:p>
      <w:r>
        <w:rPr>
          <w:b/>
        </w:rPr>
        <w:t xml:space="preserve">[17:13] </w:t>
      </w:r>
      <w:r>
        <w:t>us ne kya jumla tha? kya kaha tha us ne?</w:t>
      </w:r>
    </w:p>
    <w:p>
      <w:pPr>
        <w:jc w:val="right"/>
      </w:pPr>
      <w:r>
        <w:t>اس نے کیا جملہ تھا؟ کیا کہا تھا اس نے؟</w:t>
      </w:r>
    </w:p>
    <w:p>
      <w:r>
        <w:rPr>
          <w:b/>
        </w:rPr>
        <w:t xml:space="preserve">[17:22] </w:t>
      </w:r>
      <w:r>
        <w:t>wo chhod dijiye, itna hi lijiye.</w:t>
      </w:r>
    </w:p>
    <w:p>
      <w:pPr>
        <w:jc w:val="right"/>
      </w:pPr>
      <w:r>
        <w:t>وہ چھوڑ دیجیے، اتنا ہی لیجیے۔</w:t>
      </w:r>
    </w:p>
    <w:p>
      <w:r>
        <w:rPr>
          <w:b/>
        </w:rPr>
        <w:t xml:space="preserve">[17:28] </w:t>
      </w:r>
      <w:r>
        <w:t>kaise us ne jana ke khuda ka koi hind hai, khuda ke pas koi dar-ul-hind hai, koi pas hai?</w:t>
      </w:r>
    </w:p>
    <w:p>
      <w:pPr>
        <w:jc w:val="right"/>
      </w:pPr>
      <w:r>
        <w:t>کیسے اس نے جانا کہ خدا کا کوئی ہند ہے، خدا کے پاس کوئی دارالہند ہے، کوئی پاس ہے؟</w:t>
      </w:r>
    </w:p>
    <w:p>
      <w:r>
        <w:rPr>
          <w:b/>
        </w:rPr>
        <w:t xml:space="preserve">[17:42] </w:t>
      </w:r>
      <w:r>
        <w:t>hain? keh jana hai us ne? khuda ka koi koi pas hai? keh jana hai ke is ka koi pas hai?</w:t>
      </w:r>
    </w:p>
    <w:p>
      <w:pPr>
        <w:jc w:val="right"/>
      </w:pPr>
      <w:r>
        <w:t>ہیں؟ کہہ جانا ہے اس نے؟ خدا کا کوئی کوئی پاس ہے؟ کہہ جانا ہے کہ اس کا کوئی پاس ہے؟</w:t>
      </w:r>
    </w:p>
    <w:p>
      <w:r>
        <w:rPr>
          <w:b/>
        </w:rPr>
        <w:t xml:space="preserve">[17:54] </w:t>
      </w:r>
      <w:r>
        <w:t>aap logon ko ajeeb lagta hai ke nahi lagta?</w:t>
      </w:r>
    </w:p>
    <w:p>
      <w:pPr>
        <w:jc w:val="right"/>
      </w:pPr>
      <w:r>
        <w:t>آپ لوگوں کو عجیب لگتا ہے کہ نہیں لگتا؟</w:t>
      </w:r>
    </w:p>
    <w:p>
      <w:r>
        <w:rPr>
          <w:b/>
        </w:rPr>
        <w:t xml:space="preserve">[17:57] </w:t>
      </w:r>
      <w:r>
        <w:t>ajeeb lagta hai molana. ajeeb lagta hai molana. hmm. waqia? iqbal sahib ye keh rahe hain ke ye art of conversion ka mu'amla lagta hai ke unhone ye dekha hoga ke ek jhootha khudaai ka dawa karne wala hai, us ko mein chhodti hoon ek sachhe khudaai ka dawa karne wale ke liye.</w:t>
      </w:r>
    </w:p>
    <w:p>
      <w:pPr>
        <w:jc w:val="right"/>
      </w:pPr>
      <w:r>
        <w:t>عجیب لگتا ہے مولانا۔ عجیب لگتا ہے مولانا۔ ہمم۔ واقعہ؟ اقبال صاحب یہ کہہ رہے ہیں کہ یہ آرٹ آف کنورژن کا معاملہ لگتا ہے کہ انہوں نے یہ دیکھا ہوگا کہ ایک جھوٹا خدائی کا دعویٰ کرنے والا ہے، اس کو میں چھوڑتی ہوں ایک سچے خدائی کا دعویٰ کرنے والے کے لیے۔</w:t>
      </w:r>
    </w:p>
    <w:p>
      <w:r>
        <w:rPr>
          <w:b/>
        </w:rPr>
        <w:t xml:space="preserve">[18:15] </w:t>
      </w:r>
      <w:r>
        <w:t>achha. theek hai jo bhi ho, lekin bohat sab se ziyada ajeeb dua mujhe yahi lagti hai Quran mein.</w:t>
      </w:r>
    </w:p>
    <w:p>
      <w:pPr>
        <w:jc w:val="right"/>
      </w:pPr>
      <w:r>
        <w:t>اچھا۔ ٹھیک ہے جو بھی ہو، لیکن بہت سب سے زیادہ عجیب دعا مجھے یہی لگتی ہے قرآن میں۔</w:t>
      </w:r>
    </w:p>
    <w:p>
      <w:r>
        <w:rPr>
          <w:b/>
        </w:rPr>
        <w:t xml:space="preserve">[18:30] </w:t>
      </w:r>
      <w:r>
        <w:t>sab se ajeeb dua.</w:t>
      </w:r>
    </w:p>
    <w:p>
      <w:pPr>
        <w:jc w:val="right"/>
      </w:pPr>
      <w:r>
        <w:t>سب سے عجیب دعا۔</w:t>
      </w:r>
    </w:p>
    <w:p>
      <w:r>
        <w:rPr>
          <w:b/>
        </w:rPr>
        <w:t xml:space="preserve">[18:39] </w:t>
      </w:r>
      <w:r>
        <w:t>aur is ka jo ajeeb hona yeh batata hai ke woh zaroor qabool</w:t>
      </w:r>
    </w:p>
    <w:p>
      <w:pPr>
        <w:jc w:val="right"/>
      </w:pPr>
      <w:r>
        <w:t>اور اس کا جو عجیب ہونا یہ بتاتا ہے کہ وہ ضرور قبول</w:t>
      </w:r>
    </w:p>
    <w:p>
      <w:r>
        <w:rPr>
          <w:b/>
        </w:rPr>
        <w:t xml:space="preserve">[18:44] </w:t>
      </w:r>
      <w:r>
        <w:t>hui woh. zaroor. zaroor. yeh dua zaroor qabool hui. Abdulsalam sahib samajh rahe hain na? Ji. Agar hamare mission mein</w:t>
      </w:r>
    </w:p>
    <w:p>
      <w:pPr>
        <w:jc w:val="right"/>
      </w:pPr>
      <w:r>
        <w:t>ہوئی وہ۔ ضرور۔ ضرور۔ یہ دعا ضرور قبول ہوئی۔ عبدالسلام صاحب سمجھ رہے ہیں نا؟ جی۔ اگر ہمارے مشن میں</w:t>
      </w:r>
    </w:p>
    <w:p>
      <w:r>
        <w:rPr>
          <w:b/>
        </w:rPr>
        <w:t xml:space="preserve">[18:56] </w:t>
      </w:r>
      <w:r>
        <w:t>yaani waqeatan lage rahe hain to bara</w:t>
      </w:r>
    </w:p>
    <w:p>
      <w:pPr>
        <w:jc w:val="right"/>
      </w:pPr>
      <w:r>
        <w:t>یعنی واقعتاً لگے رہے ہیں تو بڑا</w:t>
      </w:r>
    </w:p>
    <w:p>
      <w:r>
        <w:rPr>
          <w:b/>
        </w:rPr>
        <w:t xml:space="preserve">[19:06] </w:t>
      </w:r>
      <w:r>
        <w:t>ehsaas yeh karta hai ke woh umri group ke number one ban jayenge woh. bilkul.</w:t>
      </w:r>
    </w:p>
    <w:p>
      <w:pPr>
        <w:jc w:val="right"/>
      </w:pPr>
      <w:r>
        <w:t>احساس یہ کرتا ہے کہ وہ عمری گروپ کے نمبر ون بن جائیں گے وہ۔ بالکل۔</w:t>
      </w:r>
    </w:p>
    <w:p>
      <w:r>
        <w:rPr>
          <w:b/>
        </w:rPr>
        <w:t xml:space="preserve">[19:16] </w:t>
      </w:r>
      <w:r>
        <w:t>phir aap log is ko hawai samajhte hain? Abhi bhi woh number one hi hain. Hain? Abhi bhi woh number one hi hain. Hain? Ji. Mujhe pata nahi tha.</w:t>
      </w:r>
    </w:p>
    <w:p>
      <w:pPr>
        <w:jc w:val="right"/>
      </w:pPr>
      <w:r>
        <w:t>پھر آپ لوگ اس کو ہوائی سمجھتے ہیں؟ ابھی بھی وہ نمبر ون ہی ہیں۔ ہیں؟ ابھی بھی وہ نمبر ون ہی ہیں۔ ہیں؟ جی۔ مجھے پتہ نہیں تھا۔</w:t>
      </w:r>
    </w:p>
    <w:p>
      <w:r>
        <w:rPr>
          <w:b/>
        </w:rPr>
        <w:t xml:space="preserve">[19:25] </w:t>
      </w:r>
      <w:r>
        <w:t>Ji. Mujhe pata nahi tha. Baat ko woh jitna kamyabi se dohrate hain muhaddad andaaz mein aap ki baat ko, main to nahi dohra pata.</w:t>
      </w:r>
    </w:p>
    <w:p>
      <w:pPr>
        <w:jc w:val="right"/>
      </w:pPr>
      <w:r>
        <w:t>جی۔ مجھے پتہ نہیں تھا۔ بات کو وہ جتنا کامیابی سے دہراتے ہیں محدد انداز میں آپ کی بات کو، میں تو نہیں دہرا پاتا۔</w:t>
      </w:r>
    </w:p>
    <w:p>
      <w:r>
        <w:rPr>
          <w:b/>
        </w:rPr>
        <w:t xml:space="preserve">[19:35] </w:t>
      </w:r>
      <w:r>
        <w:t>achha abhi bhi hai woh number one? H</w:t>
      </w:r>
    </w:p>
    <w:p>
      <w:pPr>
        <w:jc w:val="right"/>
      </w:pPr>
      <w:r>
        <w:t>اچھا ابھی بھی ہے وہ نمبر ون؟ ہ</w:t>
      </w:r>
    </w:p>
    <w:p>
      <w:r>
        <w:rPr>
          <w:b/>
        </w:rPr>
        <w:t xml:space="preserve">[19:37] </w:t>
      </w:r>
      <w:r>
        <w:t>aan. to mera guess bilkul sahi tha. Hamare mission ke tamam logon ko main yeh mashwara deta hoon ke apni biwi ko qawwam banaiye.</w:t>
      </w:r>
    </w:p>
    <w:p>
      <w:pPr>
        <w:jc w:val="right"/>
      </w:pPr>
      <w:r>
        <w:t>اں۔ تو میرا گیس بالکل صحیح تھا۔ ہمارے مشن کے تمام لوگوں کو میں یہ مشورہ دیتا ہوں کہ اپنی بیوی کو قوام بنائیے۔</w:t>
      </w:r>
    </w:p>
    <w:p>
      <w:r>
        <w:rPr>
          <w:b/>
        </w:rPr>
        <w:t xml:space="preserve">[19:50] </w:t>
      </w:r>
      <w:r>
        <w:t>woh ayat kya hai? Min haan amwal. Yeh aap log samajhte hain ke aurat ke liye hai?</w:t>
      </w:r>
    </w:p>
    <w:p>
      <w:pPr>
        <w:jc w:val="right"/>
      </w:pPr>
      <w:r>
        <w:t>وہ آیت کیا ہے؟ من ہاں اموال۔ یہ آپ لوگ سمجھتے ہیں کہ عورت کے لیے ہے؟</w:t>
      </w:r>
    </w:p>
    <w:p>
      <w:r>
        <w:rPr>
          <w:b/>
        </w:rPr>
        <w:t xml:space="preserve">[20:01] </w:t>
      </w:r>
      <w:r>
        <w:t>yeh mard ke liye hai? Yeh aurat ke liye hai? Ji.</w:t>
      </w:r>
    </w:p>
    <w:p>
      <w:pPr>
        <w:jc w:val="right"/>
      </w:pPr>
      <w:r>
        <w:t>یہ مرد کے لیے ہے؟ یہ عورت کے لیے ہے؟ جی۔</w:t>
      </w:r>
    </w:p>
    <w:p>
      <w:r>
        <w:rPr>
          <w:b/>
        </w:rPr>
        <w:t xml:space="preserve">[20:11] </w:t>
      </w:r>
      <w:r>
        <w:t>dekhiye kyun keh raha hoon? Maal deta hai kharji duniya, aap ki jeb mein maal nahi hota hai.</w:t>
      </w:r>
    </w:p>
    <w:p>
      <w:pPr>
        <w:jc w:val="right"/>
      </w:pPr>
      <w:r>
        <w:t>دیکھیے کیوں کہہ رہا ہوں؟ مال دیتا ہے خارجی دنیا، آپ کی جیب میں مال نہیں ہوتا ہے۔</w:t>
      </w:r>
    </w:p>
    <w:p>
      <w:r>
        <w:rPr>
          <w:b/>
        </w:rPr>
        <w:t xml:space="preserve">[20:25] </w:t>
      </w:r>
      <w:r>
        <w:t>Ji. Pehle zamane mein kharji duniya aurat ko maal nahi deti thi, koi aisa tha nahi. Ji.</w:t>
      </w:r>
    </w:p>
    <w:p>
      <w:pPr>
        <w:jc w:val="right"/>
      </w:pPr>
      <w:r>
        <w:t>جی۔ پہلے زمانے میں خارجی دنیا عورت کو مال نہیں دیتی تھی، کوئی ایسا تھا نہیں۔ جی۔</w:t>
      </w:r>
    </w:p>
    <w:p>
      <w:r>
        <w:rPr>
          <w:b/>
        </w:rPr>
        <w:t xml:space="preserve">[20:34] </w:t>
      </w:r>
      <w:r>
        <w:t>kuch pehle duniya mein maal ka zariya aurat ke liye kuch tha hi nahi. Ji.</w:t>
      </w:r>
    </w:p>
    <w:p>
      <w:pPr>
        <w:jc w:val="right"/>
      </w:pPr>
      <w:r>
        <w:t>کچھ پہلے دنیا میں مال کا ذریعہ عورت کے لیے کچھ تھا ہی نہیں۔ جی۔</w:t>
      </w:r>
    </w:p>
    <w:p>
      <w:r>
        <w:rPr>
          <w:b/>
        </w:rPr>
        <w:t xml:space="preserve">[20:42] </w:t>
      </w:r>
      <w:r>
        <w:t>ab to beshumar darwaze khule hain aur aurat ke liye. Aur sab se acha darwaza yeh hai ke taleem is zamane mein bohat hi important hai, bohat hi school khule hue hain,</w:t>
      </w:r>
    </w:p>
    <w:p>
      <w:pPr>
        <w:jc w:val="right"/>
      </w:pPr>
      <w:r>
        <w:t>اب تو بے شمار دروازے کھلے ہیں اور عورت کے لیے۔ اور سب سے اچھا دروازہ یہ ہے کہ تعلیم اس زمانے میں بہت ہی امپورٹنٹ ہے، بہت ہی سکول کھلے ہوئے ہیں،</w:t>
      </w:r>
    </w:p>
    <w:p>
      <w:r>
        <w:rPr>
          <w:b/>
        </w:rPr>
        <w:t xml:space="preserve">[20:56] </w:t>
      </w:r>
      <w:r>
        <w:t>lekin degree chahiye, B.Ed, M.Ed, ghar se service milti hai.</w:t>
      </w:r>
    </w:p>
    <w:p>
      <w:pPr>
        <w:jc w:val="right"/>
      </w:pPr>
      <w:r>
        <w:t>لیکن ڈگری چاہیے، بی ایڈ، ایم ایڈ، گھر سے سروس ملتی ہے۔</w:t>
      </w:r>
    </w:p>
    <w:p>
      <w:r>
        <w:rPr>
          <w:b/>
        </w:rPr>
        <w:t xml:space="preserve">[21:06] </w:t>
      </w:r>
      <w:r>
        <w:t>to ijtihad kijiye anfaquh se, anfaquh se ijtihad kijiye ke anfaquh ka badal gaya, mard ke paas pata hota tha pehle.</w:t>
      </w:r>
    </w:p>
    <w:p>
      <w:pPr>
        <w:jc w:val="right"/>
      </w:pPr>
      <w:r>
        <w:t>تو اجتہاد کیجیے انفقہ سے، انفقہ سے اجتہاد کیجیے کہ انفقہ کا بدل گیا، مرد کے پاس پاتا ہوتا تھا پہلے۔</w:t>
      </w:r>
    </w:p>
    <w:p>
      <w:r>
        <w:rPr>
          <w:b/>
        </w:rPr>
        <w:t xml:space="preserve">[21:21] </w:t>
      </w:r>
      <w:r>
        <w:t>Ji haan. Ab mard ko hai hi nahi kuch, ab to aurat ke paas hai.</w:t>
      </w:r>
    </w:p>
    <w:p>
      <w:pPr>
        <w:jc w:val="right"/>
      </w:pPr>
      <w:r>
        <w:t>جی ہاں۔ اب مرد کو ہے ہی نہیں کچھ، اب تو عورت کے پاس ہے۔</w:t>
      </w:r>
    </w:p>
    <w:p>
      <w:r>
        <w:rPr>
          <w:b/>
        </w:rPr>
        <w:t xml:space="preserve">[21:28] </w:t>
      </w:r>
      <w:r>
        <w:t>kaisa? Aap samjhiye kya kaha main ne? Maulana aap yeh keh rahe hain ke min jo Allah taala ne mardon ke ta'alluq se kaha hai yeh is zamane mein tha, ab woh cheez dimension change ho</w:t>
      </w:r>
    </w:p>
    <w:p>
      <w:pPr>
        <w:jc w:val="right"/>
      </w:pPr>
      <w:r>
        <w:t>کیسا؟ آپ سمجھیے کیا کہا میں نے؟ مولانا آپ یہ کہہ رہے ہیں کہ من جو اللہ تعالیٰ نے مردوں کے تعلق سے کہا ہے یہ اس زمانے میں تھا، اب وہ چیز ڈائمنشن چینج ہو</w:t>
      </w:r>
    </w:p>
    <w:p>
      <w:r>
        <w:rPr>
          <w:b/>
        </w:rPr>
        <w:t xml:space="preserve">[21:42] </w:t>
      </w:r>
      <w:r>
        <w:t>chuka hai. Wahan mutlaq ma'ani mein nahi hai ke bas mard infaq karta hai to woh qawwam banega. Mutlaq ma'ani mein nahi hai, izafi ma'ani mein, izafi yani jo infaq karega woh qawwam banega.</w:t>
      </w:r>
    </w:p>
    <w:p>
      <w:pPr>
        <w:jc w:val="right"/>
      </w:pPr>
      <w:r>
        <w:t>چکا ہے۔ وہاں مطلق معنی میں نہیں ہے کہ بس مرد انفاق کرتا ہے تو وہ قوام بنے گا۔ مطلق معنی میں نہیں ہے، اضافی معنی میں، اضافی یعنی جو انفاق کرے گا وہ قوام بنے گا۔</w:t>
      </w:r>
    </w:p>
    <w:p>
      <w:r>
        <w:rPr>
          <w:b/>
        </w:rPr>
        <w:t xml:space="preserve">[21:59] </w:t>
      </w:r>
      <w:r>
        <w:t>is ka lafz mat lijiye, maan lijiye to jo jo infaq karega wahi qawwam banega.</w:t>
      </w:r>
    </w:p>
    <w:p>
      <w:pPr>
        <w:jc w:val="right"/>
      </w:pPr>
      <w:r>
        <w:t>اس کا لفظ مت لیجیے، مان لیجیے تو جو جو انفاق کرے گا وہی قوام بنے گا۔</w:t>
      </w:r>
    </w:p>
    <w:p>
      <w:r>
        <w:rPr>
          <w:b/>
        </w:rPr>
        <w:t xml:space="preserve">[22:15] </w:t>
      </w:r>
      <w:r>
        <w:t>kya kaha main ne?</w:t>
      </w:r>
    </w:p>
    <w:p>
      <w:pPr>
        <w:jc w:val="right"/>
      </w:pPr>
      <w:r>
        <w:t>کیا کہا میں نے؟</w:t>
      </w:r>
    </w:p>
    <w:p>
      <w:r>
        <w:rPr>
          <w:b/>
        </w:rPr>
        <w:t xml:space="preserve">[22:17] </w:t>
      </w:r>
      <w:r>
        <w:t>Maulana aap yeh keh rahe hain ke wahan par jo min mutlaq ma'ani mein nahi hai balkeh izafi ma'ani mein hai, izafi ma'ani mein hai, matlab yeh hai ke jo infaq karega woh qawwam banega.</w:t>
      </w:r>
    </w:p>
    <w:p>
      <w:pPr>
        <w:jc w:val="right"/>
      </w:pPr>
      <w:r>
        <w:t>مولانا آپ یہ کہہ رہے ہیں کہ وہاں پر جو من مطلق معنی میں نہیں ہے بلکہ اضافی معنی میں ہے، اضافی معنی میں ہے، مطلب یہ ہے کہ جو انفاق کرے گا وہ قوام بنے گا۔</w:t>
      </w:r>
    </w:p>
    <w:p>
      <w:r>
        <w:rPr>
          <w:b/>
        </w:rPr>
        <w:t xml:space="preserve">[22:30] </w:t>
      </w:r>
      <w:r>
        <w:t>chahe woh aurat ho ya mard. Chahe woh aurat ho ya mard. Ji.</w:t>
      </w:r>
    </w:p>
    <w:p>
      <w:pPr>
        <w:jc w:val="right"/>
      </w:pPr>
      <w:r>
        <w:t>چاہے وہ عورت ہو یا مرد۔ چاہے وہ عورت ہو یا مرد۔ جی۔</w:t>
      </w:r>
    </w:p>
    <w:p>
      <w:r>
        <w:rPr>
          <w:b/>
        </w:rPr>
        <w:t xml:space="preserve">[22:36] </w:t>
      </w:r>
      <w:r>
        <w:t>is zamane mein ladies first ka zamana hai, pehle kahan tha aisa? ab to auraton ko bohat aasani se kaam mil jata hai.</w:t>
      </w:r>
    </w:p>
    <w:p>
      <w:pPr>
        <w:jc w:val="right"/>
      </w:pPr>
      <w:r>
        <w:t>اس زمانے میں لیڈیز فرسٹ کا زمانہ ہے، پہلے کہاں تھا ایسا؟ اب تو عورتوں کو بہت آسانی سے کام مل جاتا ہے۔</w:t>
      </w:r>
    </w:p>
    <w:p>
      <w:r>
        <w:rPr>
          <w:b/>
        </w:rPr>
        <w:t xml:space="preserve">[22:52] </w:t>
      </w:r>
      <w:r>
        <w:t>bohat aasani se.</w:t>
      </w:r>
    </w:p>
    <w:p>
      <w:pPr>
        <w:jc w:val="right"/>
      </w:pPr>
      <w:r>
        <w:t>بہت آسانی سے۔</w:t>
      </w:r>
    </w:p>
    <w:p>
      <w:r>
        <w:rPr>
          <w:b/>
        </w:rPr>
        <w:t xml:space="preserve">[22:56] </w:t>
      </w:r>
      <w:r>
        <w:t>to aap jo hai apni aurat ko, apni biwi ko bas b.ed parhwaiye, b.ed.</w:t>
      </w:r>
    </w:p>
    <w:p>
      <w:pPr>
        <w:jc w:val="right"/>
      </w:pPr>
      <w:r>
        <w:t>تو آپ جو ہے اپنی عورت کو، اپنی بیوی کو بس بی ایڈ پڑھوائیے، بی ایڈ۔</w:t>
      </w:r>
    </w:p>
    <w:p>
      <w:r>
        <w:rPr>
          <w:b/>
        </w:rPr>
        <w:t xml:space="preserve">[23:06] </w:t>
      </w:r>
      <w:r>
        <w:t>j</w:t>
      </w:r>
    </w:p>
    <w:p>
      <w:pPr>
        <w:jc w:val="right"/>
      </w:pPr>
      <w:r>
        <w:t>ج</w:t>
      </w:r>
    </w:p>
    <w:p>
      <w:r>
        <w:rPr>
          <w:b/>
        </w:rPr>
        <w:t xml:space="preserve">[23:07] </w:t>
      </w:r>
      <w:r>
        <w:t>y haan. agar ho sakta hai m.ed aur doctorate bhi karo karein lekin kam se kam b.ed, bas is ke baad aap ko kamane ki zarurat nahi hai.</w:t>
      </w:r>
    </w:p>
    <w:p>
      <w:pPr>
        <w:jc w:val="right"/>
      </w:pPr>
      <w:r>
        <w:t>ی ہاں۔ اگر ہو سکتا ہے ایم ایڈ اور ڈاکٹریٹ بھی کرو کریں لیکن کم سے کم بی ایڈ، بس اس کے بعد آپ کو کمانے کی ضرورت نہیں ہے۔</w:t>
      </w:r>
    </w:p>
    <w:p>
      <w:r>
        <w:rPr>
          <w:b/>
        </w:rPr>
        <w:t xml:space="preserve">[23:20] </w:t>
      </w:r>
      <w:r>
        <w:t>biwi ki kamai se sara ghar chalega. yeh yeh koi janta hai aap ke ulma mein? koi nahi janta ke infaq jo hai aap aurat ke liye ho gaya?</w:t>
      </w:r>
    </w:p>
    <w:p>
      <w:pPr>
        <w:jc w:val="right"/>
      </w:pPr>
      <w:r>
        <w:t>بیوی کی کمائی سے سارا گھر چلے گا۔ یہ یہ کوئی جانتا ہے آپ کے علماء میں؟ کوئی نہیں جانتا کہ انفقہ جو ہے آپ عورت کے لیے ہو گیا؟</w:t>
      </w:r>
    </w:p>
    <w:p>
      <w:r>
        <w:rPr>
          <w:b/>
        </w:rPr>
        <w:t xml:space="preserve">[23:30] </w:t>
      </w:r>
      <w:r>
        <w:t>ji ji. koi nahi janta Maulana. aaj to aap to chali gayi.</w:t>
      </w:r>
    </w:p>
    <w:p>
      <w:pPr>
        <w:jc w:val="right"/>
      </w:pPr>
      <w:r>
        <w:t>جی جی۔ کوئی نہیں جانتا مولانا۔ آج تو آپ تو چلی گئی۔</w:t>
      </w:r>
    </w:p>
    <w:p>
      <w:r>
        <w:rPr>
          <w:b/>
        </w:rPr>
        <w:t xml:space="preserve">[23:34] </w:t>
      </w:r>
      <w:r>
        <w:t>kaisa? koi nahi janta Maulana. woh aisa samjhenge to woh samjhenge ke un ka iman khatam ho gaya. haan. infaq jo hai.</w:t>
      </w:r>
    </w:p>
    <w:p>
      <w:pPr>
        <w:jc w:val="right"/>
      </w:pPr>
      <w:r>
        <w:t>کیسا؟ کوئی نہیں جانتا مولانا۔ وہ ایسا سمجھیں گے تو وہ سمجھیں گے کہ ان کا ایمان ختم ہو گیا۔ ہاں۔ انفقہ جو ہے۔</w:t>
      </w:r>
    </w:p>
    <w:p>
      <w:r>
        <w:rPr>
          <w:b/>
        </w:rPr>
        <w:t xml:space="preserve">[23:44] </w:t>
      </w:r>
      <w:r>
        <w:t>ji. ab aurat ke liye ho gaya. kyunke dekhiye infaq koi darakht ka phal nahi hai ke mard mein phalta hai, aurat mein nahi phalta.</w:t>
      </w:r>
    </w:p>
    <w:p>
      <w:pPr>
        <w:jc w:val="right"/>
      </w:pPr>
      <w:r>
        <w:t>جی۔ اب عورت کے لیے ہو گیا۔ کیونکہ دیکھیے انفاق کوئی درخت کا پھل نہیں ہے کہ مرد میں پھلتا ہے، عورت میں نہیں پھلتا۔</w:t>
      </w:r>
    </w:p>
    <w:p>
      <w:r>
        <w:rPr>
          <w:b/>
        </w:rPr>
        <w:t xml:space="preserve">[23:56] </w:t>
      </w:r>
      <w:r>
        <w:t>bilkul. hain? ab woh to halaat par hai, halaat par. ji. kaisa? aur infaq hain</w:t>
      </w:r>
    </w:p>
    <w:p>
      <w:pPr>
        <w:jc w:val="right"/>
      </w:pPr>
      <w:r>
        <w:t>بالکل۔ ہیں؟ اب وہ تو حالات پر ہے، حالات پر۔ جی۔ کیسا؟ اور انفاق ہیں</w:t>
      </w:r>
    </w:p>
    <w:p>
      <w:r>
        <w:rPr>
          <w:b/>
        </w:rPr>
        <w:t xml:space="preserve">[24:04] </w:t>
      </w:r>
      <w:r>
        <w:t>maal kamana ek kharji masla hai to yeh aa kar</w:t>
      </w:r>
    </w:p>
    <w:p>
      <w:pPr>
        <w:jc w:val="right"/>
      </w:pPr>
      <w:r>
        <w:t>مال کمانا ایک خارجی مسئلہ ہے تو یہ آ کر</w:t>
      </w:r>
    </w:p>
    <w:p>
      <w:r>
        <w:rPr>
          <w:b/>
        </w:rPr>
        <w:t xml:space="preserve">[24:13] </w:t>
      </w:r>
      <w:r>
        <w:t>to yeh halaat tay karenge na ke jo hai na daimi taur se. infaq jo hai koi darakht ka phal nahi hai.</w:t>
      </w:r>
    </w:p>
    <w:p>
      <w:pPr>
        <w:jc w:val="right"/>
      </w:pPr>
      <w:r>
        <w:t>تو یہ حالات طے کریں گے نہ کہ جو ہے نا دائمی طور سے۔ انفاق جو ہے کوئی درخت کا پھل نہیں ہے۔</w:t>
      </w:r>
    </w:p>
    <w:p>
      <w:r>
        <w:rPr>
          <w:b/>
        </w:rPr>
        <w:t xml:space="preserve">[24:22] </w:t>
      </w:r>
      <w:r>
        <w:t>ji. mard hai to phalega, aurat to nahi phalegi. ji. bilkul sahi hai Maulana.</w:t>
      </w:r>
    </w:p>
    <w:p>
      <w:pPr>
        <w:jc w:val="right"/>
      </w:pPr>
      <w:r>
        <w:t>جی۔ مرد ہے تو پھلے گا، عورت تو نہیں پھلے گی۔ جی۔ بالکل صحیح ہے مولانا۔</w:t>
      </w:r>
    </w:p>
    <w:p>
      <w:r>
        <w:rPr>
          <w:b/>
        </w:rPr>
        <w:t xml:space="preserve">[24:30] </w:t>
      </w:r>
      <w:r>
        <w:t>haan. halaat par hai, halaat par. is zamane ke halaat aise hain ke beshumar vacancy taleem ki khuli hui hai.</w:t>
      </w:r>
    </w:p>
    <w:p>
      <w:pPr>
        <w:jc w:val="right"/>
      </w:pPr>
      <w:r>
        <w:t>ہاں۔ حالات پر ہے، حالات پر۔ اس زمانے کے حالات ایسے ہیں کہ بے شمار ویکنسی تعلیم کی کھلی ہوئی ہے۔</w:t>
      </w:r>
    </w:p>
    <w:p>
      <w:r>
        <w:rPr>
          <w:b/>
        </w:rPr>
        <w:t xml:space="preserve">[24:44] </w:t>
      </w:r>
      <w:r>
        <w:t>is har bacha bachi parhna chahte hain to agar sirf mard bada parhaye to sab ko tutor nahi milenge.</w:t>
      </w:r>
    </w:p>
    <w:p>
      <w:pPr>
        <w:jc w:val="right"/>
      </w:pPr>
      <w:r>
        <w:t>اس ہر بچہ بچی پڑھنا چاہتے ہیں تو اگر صرف مرد بڑا پڑھائے تو سب کو ٹیوٹر نہیں ملیں گے۔</w:t>
      </w:r>
    </w:p>
    <w:p>
      <w:r>
        <w:rPr>
          <w:b/>
        </w:rPr>
        <w:t xml:space="preserve">[24:58] </w:t>
      </w:r>
      <w:r>
        <w:t>aap samjhe mera matlab? agar sirf mard parhaye to ustad hi nahi milenge.</w:t>
      </w:r>
    </w:p>
    <w:p>
      <w:pPr>
        <w:jc w:val="right"/>
      </w:pPr>
      <w:r>
        <w:t>آپ سمجھے میرا مطلب؟ اگر صرف مرد پڑھائے تو استاد ہی نہیں ملیں گے۔</w:t>
      </w:r>
    </w:p>
    <w:p>
      <w:r>
        <w:rPr>
          <w:b/>
        </w:rPr>
        <w:t xml:space="preserve">[25:04] </w:t>
      </w:r>
      <w:r>
        <w:t>ji. isi is zamane mein darwaza khol diya gaya ke aurat hai to us ko wahi same salary, same mawaqe.</w:t>
      </w:r>
    </w:p>
    <w:p>
      <w:pPr>
        <w:jc w:val="right"/>
      </w:pPr>
      <w:r>
        <w:t>جی۔ اسی اس زمانے میں دروازہ کھول دیا گیا کہ عورت ہے تو اس کو وہی سیم سیلری، سیم مواقع۔</w:t>
      </w:r>
    </w:p>
    <w:p>
      <w:r>
        <w:rPr>
          <w:b/>
        </w:rPr>
        <w:t xml:space="preserve">[25:19] </w:t>
      </w:r>
      <w:r>
        <w:t>ab pakda nahi pakda</w:t>
      </w:r>
    </w:p>
    <w:p>
      <w:pPr>
        <w:jc w:val="right"/>
      </w:pPr>
      <w:r>
        <w:t>اب پکڑا نہیں پکڑا</w:t>
      </w:r>
    </w:p>
    <w:p>
      <w:r>
        <w:rPr>
          <w:b/>
        </w:rPr>
        <w:t xml:space="preserve">[25:20] </w:t>
      </w:r>
      <w:r>
        <w:t>Maulana? pakda Maulana. pehli martaba yeh ayat wazeh hui mere liye, pehle mubham thi. main samajh raha tha mard mardon ke liye yeh mutlaq ayat hai.</w:t>
      </w:r>
    </w:p>
    <w:p>
      <w:pPr>
        <w:jc w:val="right"/>
      </w:pPr>
      <w:r>
        <w:t>مولانا؟ پکڑا مولانا۔ پہلی مرتبہ یہ آیت واضح ہوئی میرے لیے، پہلے مبہم تھی۔ میں سمجھ رہا تھا مرد مردوں کے لیے یہ مطلق آیت ہے۔</w:t>
      </w:r>
    </w:p>
    <w:p>
      <w:r>
        <w:rPr>
          <w:b/>
        </w:rPr>
        <w:t xml:space="preserve">[25:29] </w:t>
      </w:r>
      <w:r>
        <w:t>balkeh mutlaq nahi hai, agarcheh ke mard mard ke pas manzar mein kaha gaya hai magar is pas manzar mein aaj aurat hai. qadeem zamane mein mard tha.</w:t>
      </w:r>
    </w:p>
    <w:p>
      <w:pPr>
        <w:jc w:val="right"/>
      </w:pPr>
      <w:r>
        <w:t>بلکہ مطلق نہیں ہے، اگرچہ کہ مرد مرد کے پس منظر میں کہا گیا ہے مگر اس پس منظر میں آج عورت ہے۔ قدیم زمانے میں مرد تھا۔</w:t>
      </w:r>
    </w:p>
    <w:p>
      <w:r>
        <w:rPr>
          <w:b/>
        </w:rPr>
        <w:t xml:space="preserve">[25:39] </w:t>
      </w:r>
      <w:r>
        <w:t>haan. jadeed aaj aaj ke daur mein aurat hai is ke liye. to mardon se hat ke woh aur auraton</w:t>
      </w:r>
    </w:p>
    <w:p>
      <w:pPr>
        <w:jc w:val="right"/>
      </w:pPr>
      <w:r>
        <w:t>ہاں۔ جدید آج آج کے دور میں عورت ہے اس کے لیے۔ تو مردوں سے ہٹ کے وہ اور عورتوں</w:t>
      </w:r>
    </w:p>
    <w:p>
      <w:r>
        <w:rPr>
          <w:b/>
        </w:rPr>
        <w:t xml:space="preserve">[25:46] </w:t>
      </w:r>
      <w:r>
        <w:t>ki taraf. zamana kitna muwafiq ho gaya hai ke har molvi apni aurat ko baith baith kar aur is ke baad khoob din ka kaam kare.</w:t>
      </w:r>
    </w:p>
    <w:p>
      <w:pPr>
        <w:jc w:val="right"/>
      </w:pPr>
      <w:r>
        <w:t>کی طرف۔ زمانہ کتنا موافق ہو گیا ہے کہ ہر مولوی اپنی عورت کو بیٹھ بیٹھ کر اور اس کے بعد خوب دن کا کام کرے۔</w:t>
      </w:r>
    </w:p>
    <w:p>
      <w:r>
        <w:rPr>
          <w:b/>
        </w:rPr>
        <w:t xml:space="preserve">[25:56] </w:t>
      </w:r>
      <w:r>
        <w:t>ji.</w:t>
      </w:r>
    </w:p>
    <w:p>
      <w:pPr>
        <w:jc w:val="right"/>
      </w:pPr>
      <w:r>
        <w:t>جی۔</w:t>
      </w:r>
    </w:p>
    <w:p>
      <w:r>
        <w:rPr>
          <w:b/>
        </w:rPr>
        <w:t xml:space="preserve">[25:57] </w:t>
      </w:r>
      <w:r>
        <w:t>aur aurat ghar ko chalayegi. ghar aurat ghar ko chalayegi. aur mere liye aisa jo hai yani mere planning ke tehat nahi hua.</w:t>
      </w:r>
    </w:p>
    <w:p>
      <w:pPr>
        <w:jc w:val="right"/>
      </w:pPr>
      <w:r>
        <w:t>اور عورت گھر کو چلائے گی۔ گھر عورت گھر کو چلائے گی۔ اور میرے لیے ایسا جو ہے یعنی میرے پلاننگ کے تحت نہیں ہوا۔</w:t>
      </w:r>
    </w:p>
    <w:p>
      <w:r>
        <w:rPr>
          <w:b/>
        </w:rPr>
        <w:t xml:space="preserve">[26:12] </w:t>
      </w:r>
      <w:r>
        <w:t>meri planning ke tehat nahi hua, Allah ne kar diya. jaise us waqt mein jo yahan hoon to apni ladki ke mere sara kharcha meri ladki uthati hai, Fareeda sara kharcha.</w:t>
      </w:r>
    </w:p>
    <w:p>
      <w:pPr>
        <w:jc w:val="right"/>
      </w:pPr>
      <w:r>
        <w:t>میری پلاننگ کے تحت نہیں ہوا، اللہ نے کر دیا۔ جیسے اس وقت میں جو یہاں ہوں تو اپنی لڑکی کے میرے سارا خرچہ میری لڑکی اٹھاتی ہے، فریدہ سارا خرچہ۔</w:t>
      </w:r>
    </w:p>
    <w:p>
      <w:r>
        <w:rPr>
          <w:b/>
        </w:rPr>
        <w:t xml:space="preserve">[26:37] </w:t>
      </w:r>
      <w:r>
        <w:t>mein kuch bhi nahi kamata, na meri koi aamdani nahi, na koi ghar bhi nahi jiska kiraya aaye. mere paas kuch bhi nahi</w:t>
      </w:r>
    </w:p>
    <w:p>
      <w:pPr>
        <w:jc w:val="right"/>
      </w:pPr>
      <w:r>
        <w:t>میں کچھ بھی نہیں کماتا، نہ میری کوئی آمدنی نہیں، نہ کوئی گھر بھی نہیں جس کا کرایہ آئے۔ میرے پاس کچھ بھی نہیں</w:t>
      </w:r>
    </w:p>
    <w:p>
      <w:r>
        <w:rPr>
          <w:b/>
        </w:rPr>
        <w:t xml:space="preserve">[26:48] </w:t>
      </w:r>
      <w:r>
        <w:t>. ji. meri beti ne khud hi khud padha, padh kar ke M.A. English kiya, phir woh kaise kaise jamiya mein professor ban gayi.</w:t>
      </w:r>
    </w:p>
    <w:p>
      <w:pPr>
        <w:jc w:val="right"/>
      </w:pPr>
      <w:r>
        <w:t>۔ جی۔ میری بیٹی نے خود ہی خود پڑھا، پڑھ کر کے ایم اے انگلش کیا، پھر وہ کیسے کیسے جامعہ میں پروفیسر بن گئی۔</w:t>
      </w:r>
    </w:p>
    <w:p>
      <w:r>
        <w:rPr>
          <w:b/>
        </w:rPr>
        <w:t xml:space="preserve">[27:04] </w:t>
      </w:r>
      <w:r>
        <w:t>ab woh professor par baqayda professor hai. j</w:t>
      </w:r>
    </w:p>
    <w:p>
      <w:pPr>
        <w:jc w:val="right"/>
      </w:pPr>
      <w:r>
        <w:t>اب وہ پروفیسر پر باقاعدہ پروفیسر ہے۔ ج</w:t>
      </w:r>
    </w:p>
    <w:p>
      <w:r>
        <w:rPr>
          <w:b/>
        </w:rPr>
        <w:t xml:space="preserve">[27:07] </w:t>
      </w:r>
      <w:r>
        <w:t>i. phir woh uski umar poori ho gayi to ab pension par hai. ab kitna bada advantage hai is zamane mein.</w:t>
      </w:r>
    </w:p>
    <w:p>
      <w:pPr>
        <w:jc w:val="right"/>
      </w:pPr>
      <w:r>
        <w:t>ی۔ پھر وہ اس کی عمر پوری ہو گئی تو اب پینشن پر ہے۔ اب کتنا بڑا ایڈوانٹیج ہے اس زمانے میں۔</w:t>
      </w:r>
    </w:p>
    <w:p>
      <w:r>
        <w:rPr>
          <w:b/>
        </w:rPr>
        <w:t xml:space="preserve">[27:18] </w:t>
      </w:r>
      <w:r>
        <w:t>pehlay zamane mein pension kahan hoti thi?</w:t>
      </w:r>
    </w:p>
    <w:p>
      <w:pPr>
        <w:jc w:val="right"/>
      </w:pPr>
      <w:r>
        <w:t>پہلے زمانے میں پینشن کہاں ہوتی تھی؟</w:t>
      </w:r>
    </w:p>
    <w:p>
      <w:r>
        <w:rPr>
          <w:b/>
        </w:rPr>
        <w:t xml:space="preserve">[27:23] </w:t>
      </w:r>
      <w:r>
        <w:t>ke Fareeda ko pension milti hai, usko us par aik kaam chalta hai, mera bhi kaam chalta hai. ji. ji. ji.</w:t>
      </w:r>
    </w:p>
    <w:p>
      <w:pPr>
        <w:jc w:val="right"/>
      </w:pPr>
      <w:r>
        <w:t>کہ فریدہ کو پینشن ملتی ہے، اس کو اس پر ایک کام چلتا ہے، میرا بھی کام چلتا ہے۔ جی۔ جی۔ جی۔</w:t>
      </w:r>
    </w:p>
    <w:p>
      <w:r>
        <w:rPr>
          <w:b/>
        </w:rPr>
        <w:t xml:space="preserve">[27:34] </w:t>
      </w:r>
      <w:r>
        <w:t>tankhwah lijiye aur jab</w:t>
      </w:r>
    </w:p>
    <w:p>
      <w:pPr>
        <w:jc w:val="right"/>
      </w:pPr>
      <w:r>
        <w:t>تنخواہ لیجیے اور جب</w:t>
      </w:r>
    </w:p>
    <w:p>
      <w:r>
        <w:rPr>
          <w:b/>
        </w:rPr>
        <w:t xml:space="preserve">[27:39] </w:t>
      </w:r>
      <w:r>
        <w:t>wasiya woh ho jayen, aap umar umar poori ho jaye to pension pe chali jaiye. itna Allah taala ne aasan kar diya hai ke biwi se kaho ghar chalane ke liye aur tum dawat ka kaam karo.</w:t>
      </w:r>
    </w:p>
    <w:p>
      <w:pPr>
        <w:jc w:val="right"/>
      </w:pPr>
      <w:r>
        <w:t>وصیہ وہ ہو جائیں، آپ عمر عمر پوری ہو جائے تو پینشن پہ چلی جائیے۔ اتنا اللہ تعالیٰ نے آسان کر دیا ہے کہ بیوی سے کہو گھر چلانے کے لیے اور تم دعوت کا کام کرو۔</w:t>
      </w:r>
    </w:p>
    <w:p>
      <w:r>
        <w:rPr>
          <w:b/>
        </w:rPr>
        <w:t xml:space="preserve">[27:54] </w:t>
      </w:r>
      <w:r>
        <w:t>ulama yaqeen kijiye koi aik baat bhi nahi jante.</w:t>
      </w:r>
    </w:p>
    <w:p>
      <w:pPr>
        <w:jc w:val="right"/>
      </w:pPr>
      <w:r>
        <w:t>علماء یقین کیجیے کوئی ایک بات بھی نہیں جانتے۔</w:t>
      </w:r>
    </w:p>
    <w:p>
      <w:r>
        <w:rPr>
          <w:b/>
        </w:rPr>
        <w:t xml:space="preserve">[28:04] </w:t>
      </w:r>
      <w:r>
        <w:t>hata ke jo arabi padhte hain, arabi ki baat bhi gehrai se nahi samajhte.</w:t>
      </w:r>
    </w:p>
    <w:p>
      <w:pPr>
        <w:jc w:val="right"/>
      </w:pPr>
      <w:r>
        <w:t>حتیٰ کہ جو عربی پڑھتے ہیں، عربی کی بات بھی گہرائی سے نہیں سمجھتے۔</w:t>
      </w:r>
    </w:p>
    <w:p>
      <w:r>
        <w:rPr>
          <w:b/>
        </w:rPr>
        <w:t xml:space="preserve">[28:18] </w:t>
      </w:r>
      <w:r>
        <w:t>ulama ko mujhe bataiye is baat ki khabar hai ke arabi zuban</w:t>
      </w:r>
    </w:p>
    <w:p>
      <w:pPr>
        <w:jc w:val="right"/>
      </w:pPr>
      <w:r>
        <w:t>علماء کو مجھے بتائیے اس بات کی خبر ہے کہ عربی زبان</w:t>
      </w:r>
    </w:p>
    <w:p>
      <w:r>
        <w:rPr>
          <w:b/>
        </w:rPr>
        <w:t xml:space="preserve">[28:26] </w:t>
      </w:r>
      <w:r>
        <w:t>aisi Allah taala ne planning ki, iska development na ho nahi hua. aur history ne likha hai ke</w:t>
      </w:r>
    </w:p>
    <w:p>
      <w:pPr>
        <w:jc w:val="right"/>
      </w:pPr>
      <w:r>
        <w:t>ایسی اللہ تعالیٰ نے پلاننگ کی، اس کا ڈیولپمنٹ نہ ہو نہیں ہوا۔ اور ہسٹری نے لکھا ہے کہ</w:t>
      </w:r>
    </w:p>
    <w:p>
      <w:r>
        <w:rPr>
          <w:b/>
        </w:rPr>
        <w:t xml:space="preserve">[28:40] </w:t>
      </w:r>
      <w:r>
        <w:t>arsana ki zuban, arsana ki tareekh mein aik anokha istisna hai arabi zuban ke iska koi development nahi hua.</w:t>
      </w:r>
    </w:p>
    <w:p>
      <w:pPr>
        <w:jc w:val="right"/>
      </w:pPr>
      <w:r>
        <w:t>ارسنہ کی زبان، ارسنہ کی تاریخ میں ایک انوکھا استثنیٰ ہے عربی زبان کہ اس کا کوئی ڈیولپمنٹ نہیں ہوا۔</w:t>
      </w:r>
    </w:p>
    <w:p>
      <w:r>
        <w:rPr>
          <w:b/>
        </w:rPr>
        <w:t xml:space="preserve">[28:49] </w:t>
      </w:r>
      <w:r>
        <w:t>jo arabi thi pehle, wahi arabi aaj bhi hai. tamam zubanen badalti hain, agar arabi mislan angrezi, buddhi, faransisi, german</w:t>
      </w:r>
    </w:p>
    <w:p>
      <w:pPr>
        <w:jc w:val="right"/>
      </w:pPr>
      <w:r>
        <w:t>جو عربی تھی پہلے، وہی عربی آج بھی ہے۔ تمام زبانیں بدلتی ہیں، اگر عربی مثلاً انگریزی، بدھی، فرانسیسی، جرمن</w:t>
      </w:r>
    </w:p>
    <w:p>
      <w:r>
        <w:rPr>
          <w:b/>
        </w:rPr>
        <w:t xml:space="preserve">[29:03] </w:t>
      </w:r>
      <w:r>
        <w:t>taqreeban teen sau saal ke baad woh woh pehle wali zuban samajh mein nahi aati. sirf arabi aik aisi zuban hai, wohin kahin</w:t>
      </w:r>
    </w:p>
    <w:p>
      <w:pPr>
        <w:jc w:val="right"/>
      </w:pPr>
      <w:r>
        <w:t>تقریباً تین سو سال کے بعد وہ وہ پہلے والی زبان سمجھ میں نہیں آتی۔ صرف عربی ایک ایسی زبان ہے، وہیں کہیں</w:t>
      </w:r>
    </w:p>
    <w:p>
      <w:r>
        <w:rPr>
          <w:b/>
        </w:rPr>
        <w:t xml:space="preserve">[29:19] </w:t>
      </w:r>
      <w:r>
        <w:t>iska iski iski hikmat kya hai? yeh jante hain aap ko ulama? nahi</w:t>
      </w:r>
    </w:p>
    <w:p>
      <w:pPr>
        <w:jc w:val="right"/>
      </w:pPr>
      <w:r>
        <w:t>اس کا اس کی اس کی حکمت کیا ہے؟ یہ جانتے ہیں آپ کو علماء؟ نہیں</w:t>
      </w:r>
    </w:p>
    <w:p>
      <w:r>
        <w:rPr>
          <w:b/>
        </w:rPr>
        <w:t xml:space="preserve">[29:26] </w:t>
      </w:r>
      <w:r>
        <w:t>. nahi janta Maulana. kaisa? nahi jante. bataiye bhai iski hikmat? hain?</w:t>
      </w:r>
    </w:p>
    <w:p>
      <w:pPr>
        <w:jc w:val="right"/>
      </w:pPr>
      <w:r>
        <w:t>۔ نہیں جانتا مولانا۔ کیسا؟ نہیں جانتے۔ بتائیں بھئی اس کی حکمت؟ ہیں؟</w:t>
      </w:r>
    </w:p>
    <w:p>
      <w:r>
        <w:rPr>
          <w:b/>
        </w:rPr>
        <w:t xml:space="preserve">[29:36] </w:t>
      </w:r>
      <w:r>
        <w:t>bilkul. nahi Maulana, bilkul. be khabar hain is se. hain? is baat ko janne se be khabar hain Maulana? haan, be khabar hain. bade se bade.</w:t>
      </w:r>
    </w:p>
    <w:p>
      <w:pPr>
        <w:jc w:val="right"/>
      </w:pPr>
      <w:r>
        <w:t>بالکل۔ نہیں مولانا، بالکل۔ بے خبر ہیں اس سے۔ ہیں؟ اس بات کو جاننے سے بے خبر ہیں مولانا؟ ہاں، بے خبر ہیں۔ بڑے سے بڑے۔</w:t>
      </w:r>
    </w:p>
    <w:p>
      <w:r>
        <w:rPr>
          <w:b/>
        </w:rPr>
        <w:t xml:space="preserve">[29:43] </w:t>
      </w:r>
      <w:r>
        <w:t>iski wajah yeh hai ke arabi zuban mein aap Quran padhte hain, namaz padhte hain, tilawat karte hain</w:t>
      </w:r>
    </w:p>
    <w:p>
      <w:pPr>
        <w:jc w:val="right"/>
      </w:pPr>
      <w:r>
        <w:t>اس کی وجہ یہ ہے کہ عربی زبان میں آپ قرآن پڑھتے ہیں، نماز پڑھتے ہیں، تلاوت کرتے ہیں</w:t>
      </w:r>
    </w:p>
    <w:p>
      <w:r>
        <w:rPr>
          <w:b/>
        </w:rPr>
        <w:t xml:space="preserve">[29:56] </w:t>
      </w:r>
      <w:r>
        <w:t>aur Rasool Allah ki zuban hamesha ke liye qabil-e-fehm. Allah ka matlab tha ke Rasool ki aur ashaab-e-Rasool ki jo boli thi, woh hamesha aap ke liye qabil-e-fehm rahe.</w:t>
      </w:r>
    </w:p>
    <w:p>
      <w:pPr>
        <w:jc w:val="right"/>
      </w:pPr>
      <w:r>
        <w:t>اور رسول اللہ کی زبان ہمیشہ کے لیے قابل فہم۔ اللہ کا مطلوب تھا کہ رسول کی اور اصحاب رسول کی جو بولی تھی، وہ ہمیشہ آپ کے لیے قابل فہم رہے۔</w:t>
      </w:r>
    </w:p>
    <w:p>
      <w:r>
        <w:rPr>
          <w:b/>
        </w:rPr>
        <w:t xml:space="preserve">[30:11] </w:t>
      </w:r>
      <w:r>
        <w:t>warna woh deen se kat jaate hain aap.</w:t>
      </w:r>
    </w:p>
    <w:p>
      <w:pPr>
        <w:jc w:val="right"/>
      </w:pPr>
      <w:r>
        <w:t>ورنہ وہ دین سے کٹ جاتے ہیں آپ۔</w:t>
      </w:r>
    </w:p>
    <w:p>
      <w:r>
        <w:rPr>
          <w:b/>
        </w:rPr>
        <w:t xml:space="preserve">[30:17] </w:t>
      </w:r>
      <w:r>
        <w:t>Rasool Allah ki boli aur Sahaba ki boli agar aap ke liye qabil-e-fehm na rahe, woh sanskrit ban jaye to aap cut jayenge deen se.</w:t>
      </w:r>
    </w:p>
    <w:p>
      <w:pPr>
        <w:jc w:val="right"/>
      </w:pPr>
      <w:r>
        <w:t>رسول اللہ کی بولی اور صحابہ کی بولی اگر آپ کے لیے قابل فہم نہ رہے، وہ سنسکرت بن جائے تو آپ کٹ جائیں گے دین سے۔</w:t>
      </w:r>
    </w:p>
    <w:p>
      <w:r>
        <w:rPr>
          <w:b/>
        </w:rPr>
        <w:t xml:space="preserve">[30:28] </w:t>
      </w:r>
      <w:r>
        <w:t>ab ab aik zinda taluq qaim hai.</w:t>
      </w:r>
    </w:p>
    <w:p>
      <w:pPr>
        <w:jc w:val="right"/>
      </w:pPr>
      <w:r>
        <w:t>اب اب ایک زندہ تعلق قائم ہے۔</w:t>
      </w:r>
    </w:p>
    <w:p>
      <w:r>
        <w:rPr>
          <w:b/>
        </w:rPr>
        <w:t xml:space="preserve">[30:32] </w:t>
      </w:r>
      <w:r>
        <w:t>ji. aap ka Sahaba se, Rasool Allah se aik zinda taluq qaim hai ke wahi wahi zuban jo bolte the Rasool Allah, woh yaad samajhte hain aap.</w:t>
      </w:r>
    </w:p>
    <w:p>
      <w:pPr>
        <w:jc w:val="right"/>
      </w:pPr>
      <w:r>
        <w:t>جی۔ آپ کا صحابہ سے، رسول اللہ سے ایک زندہ تعلق قائم ہے کہ وہی وہی زبان جو بولتے تھے رسول اللہ، وہ یاد سمجھتے ہیں آپ۔</w:t>
      </w:r>
    </w:p>
    <w:p>
      <w:r>
        <w:rPr>
          <w:b/>
        </w:rPr>
        <w:t xml:space="preserve">[30:43] </w:t>
      </w:r>
      <w:r>
        <w:t>hata ke lehja tak mehfooz hai. to Rasool Allah se aur Sahaba se, tabayeen se zinda jo taluq qaim karne ke liye Allah ne arabi zuban ko khota gaar diya</w:t>
      </w:r>
    </w:p>
    <w:p>
      <w:pPr>
        <w:jc w:val="right"/>
      </w:pPr>
      <w:r>
        <w:t>حتیٰ کہ لہجہ تک محفوظ ہے۔ تو رسول اللہ سے اور صحابہ سے، تابعین سے زندہ جو تعلق قائم کرنے کے لیے اللہ نے عربی زبان کو کھوٹا گاڑ دیا</w:t>
      </w:r>
    </w:p>
    <w:p>
      <w:r>
        <w:rPr>
          <w:b/>
        </w:rPr>
        <w:t xml:space="preserve">[31:01] </w:t>
      </w:r>
      <w:r>
        <w:t>. ji. ke jahan hain wohin rahe. hain? ji. yeh baat samjhe aap? bilkul. aap hi jante hain maulana is baat ko ke arabi zaban ki taraqqi is liye nahi hui ke har cheez mehfooz ho jaye aur zinda taluq ho jaye hum ko mazi se.</w:t>
      </w:r>
    </w:p>
    <w:p>
      <w:pPr>
        <w:jc w:val="right"/>
      </w:pPr>
      <w:r>
        <w:t>۔ جی۔ کہ جہاں ہیں وہیں رہے۔ ہیں؟ جی۔ یہ بات سمجھے آپ؟ بالکل۔ آپ ہی جانتے ہیں مولانا اس بات کو کہ عربی زبان کی ترقی اس لیے نہیں ہوئی کہ ہر چیز محفوظ ہو جائے اور زندہ تعلق ہو جائے ہم کو ماضی سے۔</w:t>
      </w:r>
    </w:p>
    <w:p>
      <w:r>
        <w:rPr>
          <w:b/>
        </w:rPr>
        <w:t xml:space="preserve">[31:20] </w:t>
      </w:r>
      <w:r>
        <w:t>qabil feham. qabil feham. rasool Allah se, sahaba se zinda taluq kaise hota? bataiye kaise hota?</w:t>
      </w:r>
    </w:p>
    <w:p>
      <w:pPr>
        <w:jc w:val="right"/>
      </w:pPr>
      <w:r>
        <w:t>قابل فہم۔ قابل فہم۔ رسول اللہ سے، صحابہ سے زندہ تعلق کیسے ہوتا؟ بتائیے کیسے ہوتا؟</w:t>
      </w:r>
    </w:p>
    <w:p>
      <w:r>
        <w:rPr>
          <w:b/>
        </w:rPr>
        <w:t xml:space="preserve">[31:30] </w:t>
      </w:r>
      <w:r>
        <w:t>zinda taluq isi waqt hoga jab ke woh zaban waisi hi rahe. haan. is mein development na ho. jab aap aaj aap koi qaul rasool Allah ka parhte hain to lagta hai ke yeh yeh to bolay honge rasool Allah.</w:t>
      </w:r>
    </w:p>
    <w:p>
      <w:pPr>
        <w:jc w:val="right"/>
      </w:pPr>
      <w:r>
        <w:t>زندہ تعلق اسی وقت ہوگا جب کہ وہ زبان ویسی ہی رہے۔ ہاں۔ اس میں ڈیولپمنٹ نہ ہو۔ جب آپ آج آپ کوئی قول رسول اللہ کا پڑھتے ہیں تو لگتا ہے کہ یہ یہ تو بولے ہوں گے رسول اللہ۔</w:t>
      </w:r>
    </w:p>
    <w:p>
      <w:r>
        <w:rPr>
          <w:b/>
        </w:rPr>
        <w:t xml:space="preserve">[31:46] </w:t>
      </w:r>
      <w:r>
        <w:t>nahi.</w:t>
      </w:r>
    </w:p>
    <w:p>
      <w:pPr>
        <w:jc w:val="right"/>
      </w:pPr>
      <w:r>
        <w:t>نہیں۔</w:t>
      </w:r>
    </w:p>
    <w:p>
      <w:r>
        <w:rPr>
          <w:b/>
        </w:rPr>
        <w:t xml:space="preserve">[31:49] </w:t>
      </w:r>
      <w:r>
        <w:t>mislan qul rabb Allah thum istaqim. jab aap is ko parhte hain to aap yeh nahi hota ke yeh koi sanskrit zaban thi, is ka tarjuma yeh hai.</w:t>
      </w:r>
    </w:p>
    <w:p>
      <w:pPr>
        <w:jc w:val="right"/>
      </w:pPr>
      <w:r>
        <w:t>مثلاً قل رب اللہ ثم استقم۔ جب آپ اس کو پڑھتے ہیں تو آپ یہ نہیں ہوتا کہ یہ کوئی سنسکرت زبان تھی، اس کا ترجمہ یہ ہے۔</w:t>
      </w:r>
    </w:p>
    <w:p>
      <w:r>
        <w:rPr>
          <w:b/>
        </w:rPr>
        <w:t xml:space="preserve">[32:04] </w:t>
      </w:r>
      <w:r>
        <w:t>aap ke zehn mein aata hai ke rasool Allah ne yahi baat boli hogi. aisa hai ke nahi hai?</w:t>
      </w:r>
    </w:p>
    <w:p>
      <w:pPr>
        <w:jc w:val="right"/>
      </w:pPr>
      <w:r>
        <w:t>آپ کے ذہن میں آتا ہے کہ رسول اللہ نے یہی بات بولی ہوگی۔ ایسا ہے کہ نہیں ہے؟</w:t>
      </w:r>
    </w:p>
    <w:p>
      <w:r>
        <w:rPr>
          <w:b/>
        </w:rPr>
        <w:t xml:space="preserve">[32:12] </w:t>
      </w:r>
      <w:r>
        <w:t>bilkul. tabhi to zinda taluq qaim hota hai. hain? zinda taluq nahi qaim ho sakta. to Allah taala ne kya jante hain kya kiya is ke liye?</w:t>
      </w:r>
    </w:p>
    <w:p>
      <w:pPr>
        <w:jc w:val="right"/>
      </w:pPr>
      <w:r>
        <w:t>بالکل۔ تبھی تو زندہ تعلق قائم ہوتا ہے۔ ہیں؟ زندہ تعلق نہیں قائم ہو سکتا۔ تو اللہ تعالیٰ نے کیا جانتے ہیں کیا کیا اس کے لیے؟</w:t>
      </w:r>
    </w:p>
    <w:p>
      <w:r>
        <w:rPr>
          <w:b/>
        </w:rPr>
        <w:t xml:space="preserve">[32:24] </w:t>
      </w:r>
      <w:r>
        <w:t>is ki talafi ke liye? is ki talafi ke liye kya kiya?</w:t>
      </w:r>
    </w:p>
    <w:p>
      <w:pPr>
        <w:jc w:val="right"/>
      </w:pPr>
      <w:r>
        <w:t>اس کی تلافی کے لیے؟ اس کی تلافی کے لیے کیا کیا؟</w:t>
      </w:r>
    </w:p>
    <w:p>
      <w:r>
        <w:rPr>
          <w:b/>
        </w:rPr>
        <w:t xml:space="preserve">[32:33] </w:t>
      </w:r>
      <w:r>
        <w:t>ji. bukhari ki jo riwayat hai in Allah</w:t>
      </w:r>
    </w:p>
    <w:p>
      <w:pPr>
        <w:jc w:val="right"/>
      </w:pPr>
      <w:r>
        <w:t>جی۔ بخاری کی جو روایت ہے ان اللہ</w:t>
      </w:r>
    </w:p>
    <w:p>
      <w:r>
        <w:rPr>
          <w:b/>
        </w:rPr>
        <w:t xml:space="preserve">[32:43] </w:t>
      </w:r>
      <w:r>
        <w:t>bil lail al fajr. hain? logon ko dunya mein aik aik</w:t>
      </w:r>
    </w:p>
    <w:p>
      <w:pPr>
        <w:jc w:val="right"/>
      </w:pPr>
      <w:r>
        <w:t>باللیل الفجر۔ ہیں؟ لوگوں کو دنیا میں ایک ایک</w:t>
      </w:r>
    </w:p>
    <w:p>
      <w:r>
        <w:rPr>
          <w:b/>
        </w:rPr>
        <w:t xml:space="preserve">[32:51] </w:t>
      </w:r>
      <w:r>
        <w:t>aik aik culture jis ko woh kehte hain consumer culture.</w:t>
      </w:r>
    </w:p>
    <w:p>
      <w:pPr>
        <w:jc w:val="right"/>
      </w:pPr>
      <w:r>
        <w:t>ایک ایک کلچر جس کو وہ کہتے ہیں کنزیومر کلچر۔</w:t>
      </w:r>
    </w:p>
    <w:p>
      <w:r>
        <w:rPr>
          <w:b/>
        </w:rPr>
        <w:t xml:space="preserve">[33:01] </w:t>
      </w:r>
      <w:r>
        <w:t>kaam ka yani har aik ka taluq doosre se.</w:t>
      </w:r>
    </w:p>
    <w:p>
      <w:pPr>
        <w:jc w:val="right"/>
      </w:pPr>
      <w:r>
        <w:t>کام کا یعنی ہر ایک کا تعلق دوسرے سے۔</w:t>
      </w:r>
    </w:p>
    <w:p>
      <w:r>
        <w:rPr>
          <w:b/>
        </w:rPr>
        <w:t xml:space="preserve">[33:06] </w:t>
      </w:r>
      <w:r>
        <w:t>har aik ka taluq doosre se.</w:t>
      </w:r>
    </w:p>
    <w:p>
      <w:pPr>
        <w:jc w:val="right"/>
      </w:pPr>
      <w:r>
        <w:t>ہر ایک کا تعلق دوسرے سے۔</w:t>
      </w:r>
    </w:p>
    <w:p>
      <w:r>
        <w:rPr>
          <w:b/>
        </w:rPr>
        <w:t xml:space="preserve">[33:11] </w:t>
      </w:r>
      <w:r>
        <w:t>to doosri qomon ko zaroorat hui ke arabi samajh seekhein ke unhein business karna hai.</w:t>
      </w:r>
    </w:p>
    <w:p>
      <w:pPr>
        <w:jc w:val="right"/>
      </w:pPr>
      <w:r>
        <w:t>تو دوسری قوموں کو ضرورت ہوئی کہ عربی سمجھ سیکھیں کہ انہیں بزنس کرنا ہے۔</w:t>
      </w:r>
    </w:p>
    <w:p>
      <w:r>
        <w:rPr>
          <w:b/>
        </w:rPr>
        <w:t xml:space="preserve">[33:22] </w:t>
      </w:r>
      <w:r>
        <w:t>business karna hai. is se arabi zaban qaim rahi. behal yeh to samajh gaye honge aap ke arabi zaban agar wohin kahin baqi na rehti to aap ka rasool Allah se zinda taluq nahi ho sakta tha.</w:t>
      </w:r>
    </w:p>
    <w:p>
      <w:pPr>
        <w:jc w:val="right"/>
      </w:pPr>
      <w:r>
        <w:t>بزنس کرنا ہے۔ اس سے عربی زبان قائم رہی۔ بہرحال یہ تو سمجھ گئے ہوں گے آپ کہ عربی زبان اگر وہیں کہیں باقی نہ رہتی تو آپ کا رسول اللہ سے زندہ تعلق نہیں ہو سکتا تھا۔</w:t>
      </w:r>
    </w:p>
    <w:p>
      <w:r>
        <w:rPr>
          <w:b/>
        </w:rPr>
        <w:t xml:space="preserve">[33:39] </w:t>
      </w:r>
      <w:r>
        <w:t>yeh to samjhe honge aap?</w:t>
      </w:r>
    </w:p>
    <w:p>
      <w:pPr>
        <w:jc w:val="right"/>
      </w:pPr>
      <w:r>
        <w:t>یہ تو سمجھے ہوں گے آپ؟</w:t>
      </w:r>
    </w:p>
    <w:p>
      <w:r>
        <w:rPr>
          <w:b/>
        </w:rPr>
        <w:t xml:space="preserve">[33:41] </w:t>
      </w:r>
      <w:r>
        <w:t>ji. ji maulana samajh gaye. yahi baat samjhein. rasool Allah ki zaban, yunani zaban, sanskrit zaban, yeh sab murda zaban ban chuki hain.</w:t>
      </w:r>
    </w:p>
    <w:p>
      <w:pPr>
        <w:jc w:val="right"/>
      </w:pPr>
      <w:r>
        <w:t>جی۔ جی مولانا سمجھ گئے۔ یہی بات سمجھیں۔ رسول اللہ کی زبان، یونانی زبان، سنسکرت زبان، یہ سب مردہ زبان بن چکی ہیں۔</w:t>
      </w:r>
    </w:p>
    <w:p>
      <w:r>
        <w:rPr>
          <w:b/>
        </w:rPr>
        <w:t xml:space="preserve">[33:55] </w:t>
      </w:r>
      <w:r>
        <w:t>ji. ab woh kahin bol chaal mein thori hain woh? to agar arabi zaban bol chaal ki zaban bani hui hai abhi bhi.</w:t>
      </w:r>
    </w:p>
    <w:p>
      <w:pPr>
        <w:jc w:val="right"/>
      </w:pPr>
      <w:r>
        <w:t>جی۔ اب وہ کہیں بول چال میں تھوڑی ہیں وہ؟ تو اگر عربی زبان بول چال کی زبان بنی ہوئی ہے ابھی بھی۔</w:t>
      </w:r>
    </w:p>
    <w:p>
      <w:r>
        <w:rPr>
          <w:b/>
        </w:rPr>
        <w:t xml:space="preserve">[34:06] </w:t>
      </w:r>
      <w:r>
        <w:t>hain? ji. to</w:t>
      </w:r>
    </w:p>
    <w:p>
      <w:pPr>
        <w:jc w:val="right"/>
      </w:pPr>
      <w:r>
        <w:t>ہیں؟ جی۔ تو</w:t>
      </w:r>
    </w:p>
    <w:p>
      <w:r>
        <w:rPr>
          <w:b/>
        </w:rPr>
        <w:t xml:space="preserve">[34:09] </w:t>
      </w:r>
      <w:r>
        <w:t>yani zinda zaban bani hui hai. to kaisi ajeeb nemat hai ke aap ka rasool Allah se taluq qaim ho jata hai foran.</w:t>
      </w:r>
    </w:p>
    <w:p>
      <w:pPr>
        <w:jc w:val="right"/>
      </w:pPr>
      <w:r>
        <w:t>یعنی زندہ زبان بنی ہوئی ہے۔ تو کیسی عجیب نعمت ہے کہ آپ کا رسول اللہ سے تعلق قائم ہو جاتا ہے فوراً۔</w:t>
      </w:r>
    </w:p>
    <w:p>
      <w:r>
        <w:rPr>
          <w:b/>
        </w:rPr>
        <w:t xml:space="preserve">[34:19] </w:t>
      </w:r>
      <w:r>
        <w:t>jaisay suntay hain aap. qala rasool Allah sallallahu alaihi wasallam jab kehti hai aap ko woh woh naghma goonjne lagta hai rasool Allah wala aap ke kaan mein.</w:t>
      </w:r>
    </w:p>
    <w:p>
      <w:pPr>
        <w:jc w:val="right"/>
      </w:pPr>
      <w:r>
        <w:t>جیسے سنتے ہیں آپ۔ قال رسول اللہ صلی اللہ علیہ وسلم جب کہتی ہے آپ کو وہ وہ نغمہ گونجنے لگتا ہے رسول اللہ والا آپ کے کان میں۔</w:t>
      </w:r>
    </w:p>
    <w:p>
      <w:r>
        <w:rPr>
          <w:b/>
        </w:rPr>
        <w:t xml:space="preserve">[34:31] </w:t>
      </w:r>
      <w:r>
        <w:t>kitni bari nemat hai yeh. bohat bari nemat hai. hain? bohat bari</w:t>
      </w:r>
    </w:p>
    <w:p>
      <w:pPr>
        <w:jc w:val="right"/>
      </w:pPr>
      <w:r>
        <w:t>کتنی بڑی نعمت ہے یہ۔ بہت بڑی نعمت ہے۔ ہیں؟ بہت بڑی</w:t>
      </w:r>
    </w:p>
    <w:p>
      <w:r>
        <w:rPr>
          <w:b/>
        </w:rPr>
        <w:t xml:space="preserve">[34:35] </w:t>
      </w:r>
      <w:r>
        <w:t>nemat hai. haan. agar woh yunani zaban ki tarah hoti,</w:t>
      </w:r>
    </w:p>
    <w:p>
      <w:pPr>
        <w:jc w:val="right"/>
      </w:pPr>
      <w:r>
        <w:t>نعمت ہے۔ ہاں۔ اگر وہ یونانی زبان کی طرح ہوتی،</w:t>
      </w:r>
    </w:p>
    <w:p>
      <w:r>
        <w:rPr>
          <w:b/>
        </w:rPr>
        <w:t xml:space="preserve">[34:42] </w:t>
      </w:r>
      <w:r>
        <w:t>sanskrit ki tarah hoti. murda murda zaban ke libraries mein hai bas. to aap ka Allah rab ke rasool se zinda taluq hi na hota?</w:t>
      </w:r>
    </w:p>
    <w:p>
      <w:pPr>
        <w:jc w:val="right"/>
      </w:pPr>
      <w:r>
        <w:t>سنسکرت کی طرح ہوتی۔ مردہ مردہ زبان کہ لائبریریوں میں ہے بس۔ تو آپ کا اللہ رب کے رسول سے زندہ تعلق ہی نہ ہوتا؟</w:t>
      </w:r>
    </w:p>
    <w:p>
      <w:r>
        <w:rPr>
          <w:b/>
        </w:rPr>
        <w:t xml:space="preserve">[34:55] </w:t>
      </w:r>
      <w:r>
        <w:t>nahi hota tha maulana. bilkul nahi hota. zinda taluq nahi rehta tha. haan.</w:t>
      </w:r>
    </w:p>
    <w:p>
      <w:pPr>
        <w:jc w:val="right"/>
      </w:pPr>
      <w:r>
        <w:t>نہیں ہوتا تھا مولانا۔ بالکل نہیں ہوتا۔ زندہ تعلق نہیں رہتا تھا۔ ہاں۔</w:t>
      </w:r>
    </w:p>
    <w:p>
      <w:r>
        <w:rPr>
          <w:b/>
        </w:rPr>
        <w:t xml:space="preserve">[35:03] </w:t>
      </w:r>
      <w:r>
        <w:t>yeh kehti hai bari nemat hai.</w:t>
      </w:r>
    </w:p>
    <w:p>
      <w:pPr>
        <w:jc w:val="right"/>
      </w:pPr>
      <w:r>
        <w:t>یہ کہتی ہے بڑی نعمت ہے۔</w:t>
      </w:r>
    </w:p>
    <w:p>
      <w:r>
        <w:rPr>
          <w:b/>
        </w:rPr>
        <w:t xml:space="preserve">[35:05] </w:t>
      </w:r>
      <w:r>
        <w:t>bohat bari nemat hai Maulana. kaisa? woh bolna bohat bari nemat hai. haan. zamani gap khatam kar diya Maulana Allah ne.</w:t>
      </w:r>
    </w:p>
    <w:p>
      <w:pPr>
        <w:jc w:val="right"/>
      </w:pPr>
      <w:r>
        <w:t>بہت بڑی نعمت ہے مولانا۔ کیسا؟ وہ بولنا بہت بڑی نعمت ہے۔ ہاں۔ زمانی گیپ ختم کر دیا مولانا اللہ نے۔</w:t>
      </w:r>
    </w:p>
    <w:p>
      <w:r>
        <w:rPr>
          <w:b/>
        </w:rPr>
        <w:t xml:space="preserve">[35:13] </w:t>
      </w:r>
      <w:r>
        <w:t>hain? ke Fayyaz sahib yeh bata rahe hain ke Allah taala ne zaban ko, arabi zaban ko zinda kar ke zamani gap khatam kar diya.</w:t>
      </w:r>
    </w:p>
    <w:p>
      <w:pPr>
        <w:jc w:val="right"/>
      </w:pPr>
      <w:r>
        <w:t>ہیں؟ کہ فیاض صاحب یہ بتا رہے ہیں کہ اللہ تعالیٰ نے زبان کو، عربی زبان کو زندہ کر کے زمانی گیپ ختم کر دیا۔</w:t>
      </w:r>
    </w:p>
    <w:p>
      <w:r>
        <w:rPr>
          <w:b/>
        </w:rPr>
        <w:t xml:space="preserve">[35:23] </w:t>
      </w:r>
      <w:r>
        <w:t>haan haan sahi kaha aap ne.</w:t>
      </w:r>
    </w:p>
    <w:p>
      <w:pPr>
        <w:jc w:val="right"/>
      </w:pPr>
      <w:r>
        <w:t>ہاں ہاں صحیح کہا آپ نے۔</w:t>
      </w:r>
    </w:p>
    <w:p>
      <w:r>
        <w:rPr>
          <w:b/>
        </w:rPr>
        <w:t xml:space="preserve">[35:28] </w:t>
      </w:r>
      <w:r>
        <w:t>toh ulma yeh sab baton ko jante hain? nahin nahin jante Maulana. hum khud nahin jante. hain?</w:t>
      </w:r>
    </w:p>
    <w:p>
      <w:pPr>
        <w:jc w:val="right"/>
      </w:pPr>
      <w:r>
        <w:t>تو علماء یہ سب باتوں کو جانتے ہیں؟ نہیں۔ نہیں جانتے مولانا۔ ہم خود نہیں جانتے۔ ہیں؟</w:t>
      </w:r>
    </w:p>
    <w:p>
      <w:r>
        <w:rPr>
          <w:b/>
        </w:rPr>
        <w:t xml:space="preserve">[35:34] </w:t>
      </w:r>
      <w:r>
        <w:t>humain toh aap ke zariye se jana hai Maulana. sare akabreen is se bekhabar hain. haan.</w:t>
      </w:r>
    </w:p>
    <w:p>
      <w:pPr>
        <w:jc w:val="right"/>
      </w:pPr>
      <w:r>
        <w:t>ہمیں تو آپ کے ذریعے سے جانا ہے مولانا۔ سارے اکابرین اس سے بے خبر ہیں۔ ہاں۔</w:t>
      </w:r>
    </w:p>
    <w:p>
      <w:r>
        <w:rPr>
          <w:b/>
        </w:rPr>
        <w:t xml:space="preserve">[35:52] </w:t>
      </w:r>
      <w:r>
        <w:t>mein mislan mein ab misaal deta hoon. mein aksar parhta hoon. ya hayyu ya qayyum. bila pata ka taghayur.</w:t>
      </w:r>
    </w:p>
    <w:p>
      <w:pPr>
        <w:jc w:val="right"/>
      </w:pPr>
      <w:r>
        <w:t>میں مثلاً میں اب مثال دیتا ہوں۔ میں اکثر پڑھتا ہوں۔ یا حی یا قیوم۔ بلا پتہ کا تغیر۔</w:t>
      </w:r>
    </w:p>
    <w:p>
      <w:r>
        <w:rPr>
          <w:b/>
        </w:rPr>
        <w:t xml:space="preserve">[36:02] </w:t>
      </w:r>
      <w:r>
        <w:t>toh ek zinda taluq qaim hota hai Allah Rasool Allah se. ke Rasool Allah ne aise kaha tha. mein bhi wohi bol raha hoon. same boli.</w:t>
      </w:r>
    </w:p>
    <w:p>
      <w:pPr>
        <w:jc w:val="right"/>
      </w:pPr>
      <w:r>
        <w:t>تو ایک زندہ تعلق قائم ہوتا ہے اللہ رسول اللہ سے۔ کہ رسول اللہ نے ایسے کہا تھا۔ میں بھی وہی بول رہا ہوں۔ سیم بولی۔</w:t>
      </w:r>
    </w:p>
    <w:p>
      <w:r>
        <w:rPr>
          <w:b/>
        </w:rPr>
        <w:t xml:space="preserve">[36:11] </w:t>
      </w:r>
      <w:r>
        <w:t>jaise ke mein dohra raha hoon.</w:t>
      </w:r>
    </w:p>
    <w:p>
      <w:pPr>
        <w:jc w:val="right"/>
      </w:pPr>
      <w:r>
        <w:t>جیسے کہ میں دہرا رہا ہوں۔</w:t>
      </w:r>
    </w:p>
    <w:p>
      <w:r>
        <w:rPr>
          <w:b/>
        </w:rPr>
        <w:t xml:space="preserve">[36:14] </w:t>
      </w:r>
      <w:r>
        <w:t>ji. jaise ke Rasool Allah kehte honge wohi kaha hua mein bhi dohra raha hoon.</w:t>
      </w:r>
    </w:p>
    <w:p>
      <w:pPr>
        <w:jc w:val="right"/>
      </w:pPr>
      <w:r>
        <w:t>جی۔ جیسے کہ رسول اللہ کہتے ہوں گے وہی کہا ہوا میں بھی دہرا رہا ہوں۔</w:t>
      </w:r>
    </w:p>
    <w:p>
      <w:r>
        <w:rPr>
          <w:b/>
        </w:rPr>
        <w:t xml:space="preserve">[36:23] </w:t>
      </w:r>
      <w:r>
        <w:t>aisa lagta hai mujhe ke mein dohra raha hoon. kya samjhe aap? yani jab yeh aap yeh kehte hain ke ya hayyu ya qayyum toh aap ko aisa mehsoos hota hai ke mein wohi alfaaz bol raha hoon jo Rasool Allah ne kaha tha.</w:t>
      </w:r>
    </w:p>
    <w:p>
      <w:pPr>
        <w:jc w:val="right"/>
      </w:pPr>
      <w:r>
        <w:t>ایسا لگتا ہے مجھے کہ میں دہرا رہا ہوں۔ کیا سمجھے آپ؟ یعنی جب یہ آپ یہ کہتے ہیں کہ یا حی یا قیوم تو آپ کو ایسا محسوس ہوتا ہے کہ میں وہی الفاظ بول رہا ہوں جو رسول اللہ نے کہا تھا۔</w:t>
      </w:r>
    </w:p>
    <w:p>
      <w:r>
        <w:rPr>
          <w:b/>
        </w:rPr>
        <w:t xml:space="preserve">[36:38] </w:t>
      </w:r>
      <w:r>
        <w:t>toh is se ek zinda taluq paida hota hai. haan. woh bhi wohi bol rahe hain, mein bhi wohi bol raha hoon. ji.</w:t>
      </w:r>
    </w:p>
    <w:p>
      <w:pPr>
        <w:jc w:val="right"/>
      </w:pPr>
      <w:r>
        <w:t>تو اس سے ایک زندہ تعلق پیدا ہوتا ہے۔ ہاں۔ وہ بھی وہی بول رہے ہیں، میں بھی وہی بول رہا ہوں۔ جی۔</w:t>
      </w:r>
    </w:p>
    <w:p>
      <w:r>
        <w:rPr>
          <w:b/>
        </w:rPr>
        <w:t xml:space="preserve">[36:44] </w:t>
      </w:r>
      <w:r>
        <w:t>hain? bilkul. toh kaisi ajeeb baat hai. bohat ajeeb baat hai. toh hamare ulma jante hain in baton ko?</w:t>
      </w:r>
    </w:p>
    <w:p>
      <w:pPr>
        <w:jc w:val="right"/>
      </w:pPr>
      <w:r>
        <w:t>ہیں؟ بالکل۔ تو کیسی عجیب بات ہے۔ بہت عجیب بات ہے۔ تو ہمارے علماء جانتے ہیں ان باتوں کو؟</w:t>
      </w:r>
    </w:p>
    <w:p>
      <w:r>
        <w:rPr>
          <w:b/>
        </w:rPr>
        <w:t xml:space="preserve">[36:52] </w:t>
      </w:r>
      <w:r>
        <w:t>bilkul nahin jante Maulana. hum log bhi aap hi se jaan paye.</w:t>
      </w:r>
    </w:p>
    <w:p>
      <w:pPr>
        <w:jc w:val="right"/>
      </w:pPr>
      <w:r>
        <w:t>بالکل نہیں جانتے مولانا۔ ہم لوگ بھی آپ ہی سے جان پائے۔</w:t>
      </w:r>
    </w:p>
    <w:p>
      <w:r>
        <w:rPr>
          <w:b/>
        </w:rPr>
        <w:t xml:space="preserve">[37:02] </w:t>
      </w:r>
      <w:r>
        <w:t>jab mein kehta hoon khaas taur par subah ko jab uthta hoon na toh bar bar kehta hoon ya hayyu ya qayyum bila pata ka taghayur.</w:t>
      </w:r>
    </w:p>
    <w:p>
      <w:pPr>
        <w:jc w:val="right"/>
      </w:pPr>
      <w:r>
        <w:t>جب میں کہتا ہوں خاص طور پر صبح کو جب اٹھتا ہوں نا تو بار بار کہتا ہوں یا حی یا قیوم بلا پتہ کا تغیر۔</w:t>
      </w:r>
    </w:p>
    <w:p>
      <w:r>
        <w:rPr>
          <w:b/>
        </w:rPr>
        <w:t xml:space="preserve">[37:16] </w:t>
      </w:r>
      <w:r>
        <w:t>ya hayyu ya qayyum bila pata ka taghayur. toh jaisa lagta hai ke mein aur Rasool Allah baithe mukalima kar rahe hain.</w:t>
      </w:r>
    </w:p>
    <w:p>
      <w:pPr>
        <w:jc w:val="right"/>
      </w:pPr>
      <w:r>
        <w:t>یا حی یا قیوم بلا پتہ کا تغیر۔ تو جیسا لگتا ہے کہ میں اور رسول اللہ بیٹھے مذاکرہ کر رہے ہیں۔</w:t>
      </w:r>
    </w:p>
    <w:p>
      <w:r>
        <w:rPr>
          <w:b/>
        </w:rPr>
        <w:t xml:space="preserve">[37:30] </w:t>
      </w:r>
      <w:r>
        <w:t>ji? mein aur Rasool Allah sath baithe hue mukalima kar rahe hain. kya khayal hai aap ka</w:t>
      </w:r>
    </w:p>
    <w:p>
      <w:pPr>
        <w:jc w:val="right"/>
      </w:pPr>
      <w:r>
        <w:t>جی؟ میں اور رسول اللہ ساتھ بیٹھے ہوئے مذاکرہ کر رہے ہیں۔ کیا خیال ہے آپ کا</w:t>
      </w:r>
    </w:p>
    <w:p>
      <w:r>
        <w:rPr>
          <w:b/>
        </w:rPr>
        <w:t xml:space="preserve">[37:40] </w:t>
      </w:r>
      <w:r>
        <w:t>? bohat ajeeb baat hai Maulana.</w:t>
      </w:r>
    </w:p>
    <w:p>
      <w:pPr>
        <w:jc w:val="right"/>
      </w:pPr>
      <w:r>
        <w:t>؟ بہت عجیب بات ہے مولانا۔</w:t>
      </w:r>
    </w:p>
    <w:p>
      <w:r>
        <w:rPr>
          <w:b/>
        </w:rPr>
        <w:t xml:space="preserve">[37:48] </w:t>
      </w:r>
      <w:r>
        <w:t>yeh ji yeh lage aap ko ke Rasool Allah bhi baithe hue hain aur aap is ke sath mukalima kar rahe hain. woh bhi kar rahe hain, aap bhi bol rahe hain.</w:t>
      </w:r>
    </w:p>
    <w:p>
      <w:pPr>
        <w:jc w:val="right"/>
      </w:pPr>
      <w:r>
        <w:t>یہ جی یہ لگے آپ کو کہ رسول اللہ بھی بیٹھے ہوئے ہیں اور آپ اس کے ساتھ مذاکرہ کر رہے ہیں۔ وہ بھی کر رہے ہیں، آپ بھی بول رہے ہیں۔</w:t>
      </w:r>
    </w:p>
    <w:p>
      <w:r>
        <w:rPr>
          <w:b/>
        </w:rPr>
        <w:t xml:space="preserve">[37:57] </w:t>
      </w:r>
      <w:r>
        <w:t>wohi wahi same boli hai.</w:t>
      </w:r>
    </w:p>
    <w:p>
      <w:pPr>
        <w:jc w:val="right"/>
      </w:pPr>
      <w:r>
        <w:t>وہی وہی سیم بولی ہے۔</w:t>
      </w:r>
    </w:p>
    <w:p>
      <w:r>
        <w:rPr>
          <w:b/>
        </w:rPr>
        <w:t xml:space="preserve">[38:03] </w:t>
      </w:r>
      <w:r>
        <w:t>toh sohbat Rasool aaj bhi mili hui hai. bawaasta zameen zaban.</w:t>
      </w:r>
    </w:p>
    <w:p>
      <w:pPr>
        <w:jc w:val="right"/>
      </w:pPr>
      <w:r>
        <w:t>تو صحبت رسول آج بھی ملی ہوئی ہے۔ بواسطہ زمین زبان۔</w:t>
      </w:r>
    </w:p>
    <w:p>
      <w:r>
        <w:rPr>
          <w:b/>
        </w:rPr>
        <w:t xml:space="preserve">[38:14] </w:t>
      </w:r>
      <w:r>
        <w:t>ab jab sohbat mein bhi toh zaban hi ke waaste se hota. agar aap sach much wahan hote tab bhi toh zaban ke waaste se hota. toh sohbat Rasool aap ko bawaasta zaban mili hui hai aaj bhi.</w:t>
      </w:r>
    </w:p>
    <w:p>
      <w:pPr>
        <w:jc w:val="right"/>
      </w:pPr>
      <w:r>
        <w:t>اب جب صحبت میں بھی تو زبان ہی کے واسطے سے ہوتا۔ اگر آپ سچ مچ وہاں ہوتے تب بھی تو زبان کے واسطے سے ہوتا۔ تو صحبت رسول آپ کو بواسطہ زبان ملی ہوئی ہے آج بھی۔</w:t>
      </w:r>
    </w:p>
    <w:p>
      <w:r>
        <w:rPr>
          <w:b/>
        </w:rPr>
        <w:t xml:space="preserve">[38:29] </w:t>
      </w:r>
      <w:r>
        <w:t>bilkul. kaisa poochein?</w:t>
      </w:r>
    </w:p>
    <w:p>
      <w:pPr>
        <w:jc w:val="right"/>
      </w:pPr>
      <w:r>
        <w:t>بالکل۔ کیسا پوچھیں؟</w:t>
      </w:r>
    </w:p>
    <w:p>
      <w:r>
        <w:rPr>
          <w:b/>
        </w:rPr>
        <w:t xml:space="preserve">[38:33] </w:t>
      </w:r>
      <w:r>
        <w:t>Maulana sahi baat mein bohat thrill wali baat hai ke is zaban ki wajah se us waqt sohbat Rasool ka faida hota. aaj bhi woh mila hua hai sohbat Rasool.</w:t>
      </w:r>
    </w:p>
    <w:p>
      <w:pPr>
        <w:jc w:val="right"/>
      </w:pPr>
      <w:r>
        <w:t>مولانا صحیح بات میں بہت تھرل والی بات ہے کہ اس زبان کی وجہ سے اس وقت صحبت رسول کا فائدہ ہوتا۔ آج بھی وہ ملا ہوا ہے صحبت رسول۔</w:t>
      </w:r>
    </w:p>
    <w:p>
      <w:r>
        <w:rPr>
          <w:b/>
        </w:rPr>
        <w:t xml:space="preserve">[38:46] </w:t>
      </w:r>
      <w:r>
        <w:t>kya keh rahe hain Maulana? Maulana woh yeh keh rahe hain ke bohat hi thrill wali baat hai ke is zamane mein jo sohbat Rasool hasil thi aaj bhi woh woh woh sohbat Rasool hasil hai.</w:t>
      </w:r>
    </w:p>
    <w:p>
      <w:pPr>
        <w:jc w:val="right"/>
      </w:pPr>
      <w:r>
        <w:t>کیا کہہ رہے ہیں مولانا؟ مولانا وہ یہ کہہ رہے ہیں کہ بہت ہی تھرل والی بات ہے کہ اس زمانے میں جو صحبت رسول حاصل تھی آج بھی وہ وہ وہ صحبت رسول حاصل ہے۔</w:t>
      </w:r>
    </w:p>
    <w:p>
      <w:r>
        <w:rPr>
          <w:b/>
        </w:rPr>
        <w:t xml:space="preserve">[38:57] </w:t>
      </w:r>
      <w:r>
        <w:t>bhai rasool Allah ke zamane mein agar aap sunte tab bhi to yahi hota na? yahi</w:t>
      </w:r>
    </w:p>
    <w:p>
      <w:pPr>
        <w:jc w:val="right"/>
      </w:pPr>
      <w:r>
        <w:t>بھئی رسول اللہ کے زمانے میں اگر آپ سنتے تب بھی تو یہی ہوتا نا؟ یہی</w:t>
      </w:r>
    </w:p>
    <w:p>
      <w:r>
        <w:rPr>
          <w:b/>
        </w:rPr>
        <w:t xml:space="preserve">[39:03] </w:t>
      </w:r>
      <w:r>
        <w:t>hota. ke zaban sunte aur kya karte aap? aur kya karte? hain? sahi Maulana das rahe hain. tab bhi yahi tha ke kuch baat. aaj bhi wahi same zaban.</w:t>
      </w:r>
    </w:p>
    <w:p>
      <w:pPr>
        <w:jc w:val="right"/>
      </w:pPr>
      <w:r>
        <w:t>ہوتا۔ کہ زبان سنتے اور کیا کرتے آپ؟ اور کیا کرتے؟ ہیں؟ صحیح مولانا دس رہے ہیں۔ تب بھی یہی تھا کہ کچھ بات۔ آج بھی وہی سیم زبان۔</w:t>
      </w:r>
    </w:p>
    <w:p>
      <w:r>
        <w:rPr>
          <w:b/>
        </w:rPr>
        <w:t xml:space="preserve">[39:13] </w:t>
      </w:r>
      <w:r>
        <w:t>lagta hai ke aap sun rahe hain aur isi ko dohra rahe hain. to rasool Allah se zinda to taluq baqi hai.</w:t>
      </w:r>
    </w:p>
    <w:p>
      <w:pPr>
        <w:jc w:val="right"/>
      </w:pPr>
      <w:r>
        <w:t>لگتا ہے کہ آپ سن رہے ہیں اور اسی کو دہرا رہے ہیں۔ تو رسول اللہ سے زندہ تو تعلق باقی ہے۔</w:t>
      </w:r>
    </w:p>
    <w:p>
      <w:r>
        <w:rPr>
          <w:b/>
        </w:rPr>
        <w:t xml:space="preserve">[39:22] </w:t>
      </w:r>
      <w:r>
        <w:t>bilkul. rasool Allah se zinda taluq baqi hai. kya main ne kaha?</w:t>
      </w:r>
    </w:p>
    <w:p>
      <w:pPr>
        <w:jc w:val="right"/>
      </w:pPr>
      <w:r>
        <w:t>بالکل۔ رسول اللہ سے زندہ تعلق باقی ہے۔ کیا میں نے کہا؟</w:t>
      </w:r>
    </w:p>
    <w:p>
      <w:r>
        <w:rPr>
          <w:b/>
        </w:rPr>
        <w:t xml:space="preserve">[39:31] </w:t>
      </w:r>
      <w:r>
        <w:t>dohraiye.</w:t>
      </w:r>
    </w:p>
    <w:p>
      <w:pPr>
        <w:jc w:val="right"/>
      </w:pPr>
      <w:r>
        <w:t>دہرائیے۔</w:t>
      </w:r>
    </w:p>
    <w:p>
      <w:r>
        <w:rPr>
          <w:b/>
        </w:rPr>
        <w:t xml:space="preserve">[39:32] </w:t>
      </w:r>
      <w:r>
        <w:t>Maulana aap ne yeh kaha ke Khuda ne arabi zaban ko ke andar development nahi rakha. yeh Khuda ki bohat bari meharbani rahi.</w:t>
      </w:r>
    </w:p>
    <w:p>
      <w:pPr>
        <w:jc w:val="right"/>
      </w:pPr>
      <w:r>
        <w:t>مولانا آپ نے یہ کہا کہ خدا نے عربی زبان کو کے اندر ڈیولپمنٹ نہیں رکھا۔ یہ خدا کی بہت بڑی مہربانی رہی۔</w:t>
      </w:r>
    </w:p>
    <w:p>
      <w:r>
        <w:rPr>
          <w:b/>
        </w:rPr>
        <w:t xml:space="preserve">[39:42] </w:t>
      </w:r>
      <w:r>
        <w:t>is se yeh hota hai ke peghambar jo boli bol rahe hain wahi boli mein bolta hoon to aisa lagta hai ke peghambar ke sath muzakira ho raha hai.</w:t>
      </w:r>
    </w:p>
    <w:p>
      <w:pPr>
        <w:jc w:val="right"/>
      </w:pPr>
      <w:r>
        <w:t>اس سے یہ ہوتا ہے کہ پیغمبر جو بولی بول رہے ہیں وہی بولی میں بولتا ہوں تو ایسا لگتا ہے کہ پیغمبر کے ساتھ مذاکرہ ہو رہا ہے۔</w:t>
      </w:r>
    </w:p>
    <w:p>
      <w:r>
        <w:rPr>
          <w:b/>
        </w:rPr>
        <w:t xml:space="preserve">[39:51] </w:t>
      </w:r>
      <w:r>
        <w:t>aur is se zinda taluq paida hota hai.</w:t>
      </w:r>
    </w:p>
    <w:p>
      <w:pPr>
        <w:jc w:val="right"/>
      </w:pPr>
      <w:r>
        <w:t>اور اس سے زندہ تعلق پیدا ہوتا ہے۔</w:t>
      </w:r>
    </w:p>
    <w:p>
      <w:r>
        <w:rPr>
          <w:b/>
        </w:rPr>
        <w:t xml:space="preserve">[39:55] </w:t>
      </w:r>
      <w:r>
        <w:t>masha Allah. masha Allah. masha Allah.</w:t>
      </w:r>
    </w:p>
    <w:p>
      <w:pPr>
        <w:jc w:val="right"/>
      </w:pPr>
      <w:r>
        <w:t>ماشاءاللہ۔ ماشاءاللہ۔ ماشاءاللہ۔</w:t>
      </w:r>
    </w:p>
    <w:p>
      <w:r>
        <w:rPr>
          <w:b/>
        </w:rPr>
        <w:t xml:space="preserve">[40:04] </w:t>
      </w:r>
      <w:r>
        <w:t>to main wahi dohraunga ke aap dekhiye bachchon ke kisi bhi hal mein atakao na banaiye ga aap.</w:t>
      </w:r>
    </w:p>
    <w:p>
      <w:pPr>
        <w:jc w:val="right"/>
      </w:pPr>
      <w:r>
        <w:t>تو میں وہی دہراؤں گا کہ آپ دیکھیے بچوں کے کسی بھی حال میں اٹکاؤ نہ بنائیے گا آپ۔</w:t>
      </w:r>
    </w:p>
    <w:p>
      <w:r>
        <w:rPr>
          <w:b/>
        </w:rPr>
        <w:t xml:space="preserve">[40:15] </w:t>
      </w:r>
      <w:r>
        <w:t>nahi banaunga Maulana. haan. haan to aap bohat taraqqi karenge.</w:t>
      </w:r>
    </w:p>
    <w:p>
      <w:pPr>
        <w:jc w:val="right"/>
      </w:pPr>
      <w:r>
        <w:t>نہیں بناؤں گا مولانا۔ ہاں۔ ہاں تو آپ بہت ترقی کریں گے۔</w:t>
      </w:r>
    </w:p>
    <w:p>
      <w:r>
        <w:rPr>
          <w:b/>
        </w:rPr>
        <w:t xml:space="preserve">[40:23] </w:t>
      </w:r>
      <w:r>
        <w:t>haan. kitab ka kaam hai.</w:t>
      </w:r>
    </w:p>
    <w:p>
      <w:pPr>
        <w:jc w:val="right"/>
      </w:pPr>
      <w:r>
        <w:t>ہاں۔ کتاب کا کام ہے۔</w:t>
      </w:r>
    </w:p>
    <w:p>
      <w:r>
        <w:rPr>
          <w:b/>
        </w:rPr>
        <w:t xml:space="preserve">[40:24] </w:t>
      </w:r>
      <w:r>
        <w:t>Maulana aap yeh keh rahe hain ke bachchon ko kisi bhi hal mein atakao nahi banana hai to bohat zyada taraqqi milegi. haan.</w:t>
      </w:r>
    </w:p>
    <w:p>
      <w:pPr>
        <w:jc w:val="right"/>
      </w:pPr>
      <w:r>
        <w:t>مولانا آپ یہ کہہ رہے ہیں کہ بچوں کو کسی بھی حال میں اٹکاؤ نہیں بنانا ہے تو بہت زیادہ ترقی ملے گی۔ ہاں۔</w:t>
      </w:r>
    </w:p>
    <w:p>
      <w:r>
        <w:rPr>
          <w:b/>
        </w:rPr>
        <w:t xml:space="preserve">[40:35] </w:t>
      </w:r>
      <w:r>
        <w:t>koi bhi aap mein se koi bhi shakhs sab se mein kahunga ke kabhi bhi aisa mat kijiye ga ke bachchon ko atakao bana lein aap.</w:t>
      </w:r>
    </w:p>
    <w:p>
      <w:pPr>
        <w:jc w:val="right"/>
      </w:pPr>
      <w:r>
        <w:t>کوئی بھی آپ میں سے کوئی بھی شخص سب سے میں کہوں گا کہ کبھی بھی ایسا مت کیجیے گا کہ بچوں کو اٹکاؤ بنا لیں آپ۔</w:t>
      </w:r>
    </w:p>
    <w:p>
      <w:r>
        <w:rPr>
          <w:b/>
        </w:rPr>
        <w:t xml:space="preserve">[40:47] </w:t>
      </w:r>
      <w:r>
        <w:t>kya kaam hai? Maulana aap yeh keh rahe hain ke hum mein se koi bhi shakhs aisa nahi karega ke bachchon ko apna atakao bana le.</w:t>
      </w:r>
    </w:p>
    <w:p>
      <w:pPr>
        <w:jc w:val="right"/>
      </w:pPr>
      <w:r>
        <w:t>کیا کام ہے؟ مولانا آپ یہ کہہ رہے ہیں کہ ہم میں سے کوئی بھی شخص ایسا نہیں کرے گا کہ بچوں کو اپنا اٹکاؤ بنا لے۔</w:t>
      </w:r>
    </w:p>
    <w:p>
      <w:r>
        <w:rPr>
          <w:b/>
        </w:rPr>
        <w:t xml:space="preserve">[40:54] </w:t>
      </w:r>
      <w:r>
        <w:t>haan. Allah pak keh rahi hai. rasool Allah pak keh rahi hai. bachchon ko apna atakao kabhi nahi banaiye ga.</w:t>
      </w:r>
    </w:p>
    <w:p>
      <w:pPr>
        <w:jc w:val="right"/>
      </w:pPr>
      <w:r>
        <w:t>ہاں۔ اللہ پاک کہہ رہی ہے۔ رسول اللہ پاک کہہ رہی ہے۔ بچوں کو اپنا اٹکاؤ کبھی نہیں بنائیے گا۔</w:t>
      </w:r>
    </w:p>
    <w:p>
      <w:r>
        <w:rPr>
          <w:b/>
        </w:rPr>
        <w:t xml:space="preserve">[41:05] </w:t>
      </w:r>
      <w:r>
        <w:t>hargiz nahi banaiye.</w:t>
      </w:r>
    </w:p>
    <w:p>
      <w:pPr>
        <w:jc w:val="right"/>
      </w:pPr>
      <w:r>
        <w:t>ہرگز نہیں بنائیے۔</w:t>
      </w:r>
    </w:p>
    <w:p>
      <w:r>
        <w:rPr>
          <w:b/>
        </w:rPr>
        <w:t xml:space="preserve">[41:18] </w:t>
      </w:r>
      <w:r>
        <w:t>Allah se taluq zinda hota hai. Allah ki nematein hain.</w:t>
      </w:r>
    </w:p>
    <w:p>
      <w:pPr>
        <w:jc w:val="right"/>
      </w:pPr>
      <w:r>
        <w:t>اللہ سے تعلق زندہ ہوتا ہے۔ اللہ کی نعمتیں ہیں۔</w:t>
      </w:r>
    </w:p>
    <w:p>
      <w:r>
        <w:rPr>
          <w:b/>
        </w:rPr>
        <w:t xml:space="preserve">[41:26] </w:t>
      </w:r>
      <w:r>
        <w:t>aap sans lete hain. oxygen inhale karte hain. sans lete hain to aap oxygen ko inhale karte hain.</w:t>
      </w:r>
    </w:p>
    <w:p>
      <w:pPr>
        <w:jc w:val="right"/>
      </w:pPr>
      <w:r>
        <w:t>آپ سانس لیتے ہیں۔ آکسیجن انہیل کرتے ہیں۔ سانس لیتے ہیں تو آپ آکسیجن کو انہیل کرتے ہیں۔</w:t>
      </w:r>
    </w:p>
    <w:p>
      <w:r>
        <w:rPr>
          <w:b/>
        </w:rPr>
        <w:t xml:space="preserve">[41:35] </w:t>
      </w:r>
      <w:r>
        <w:t>to Allah se taluq qaim ho jata hai. aise hi arabi zaban jo hai woh aap ko rasool Allah se taluq qaim karti hai.</w:t>
      </w:r>
    </w:p>
    <w:p>
      <w:pPr>
        <w:jc w:val="right"/>
      </w:pPr>
      <w:r>
        <w:t>تو اللہ سے تعلق قائم ہو جاتا ہے۔ ایسے ہی عربی زبان جو ہے وہ آپ کو رسول اللہ سے تعلق قائم کرتی ہے۔</w:t>
      </w:r>
    </w:p>
    <w:p>
      <w:r>
        <w:rPr>
          <w:b/>
        </w:rPr>
        <w:t xml:space="preserve">[41:45] </w:t>
      </w:r>
      <w:r>
        <w:t>abhi bhi aap se mera taluq zabani ka ho sakta hai. zaban na mein gunga hoon aap na bol payein to taluq hi nahi qaim hoga.</w:t>
      </w:r>
    </w:p>
    <w:p>
      <w:pPr>
        <w:jc w:val="right"/>
      </w:pPr>
      <w:r>
        <w:t>ابھی بھی آپ سے میرا تعلق زبانی کا ہو سکتا ہے۔ زبان نہ میں گوگا ہوں آپ نہ بول پائیں تو تعلق ہی نہیں قائم ہوگا۔</w:t>
      </w:r>
    </w:p>
    <w:p>
      <w:r>
        <w:rPr>
          <w:b/>
        </w:rPr>
        <w:t xml:space="preserve">[41:59] </w:t>
      </w:r>
      <w:r>
        <w:t>aisa hai ke nahi hai? bilkul hai. aisa hi hai. aap na bol payein main na bol paun to aisi pareshani ke woh kis tarike se koi taluq qaim nahi hoga.</w:t>
      </w:r>
    </w:p>
    <w:p>
      <w:pPr>
        <w:jc w:val="right"/>
      </w:pPr>
      <w:r>
        <w:t>ایسا ہے کہ نہیں ہے؟ بالکل ہے۔ ایسا ہی ہے۔ آپ نہ بول پائیں میں نہ بول پاؤں تو ایسی پریشانی کہ وہ کس طریقے سے کوئی تعلق قائم نہیں ہوگا۔</w:t>
      </w:r>
    </w:p>
    <w:p>
      <w:r>
        <w:rPr>
          <w:b/>
        </w:rPr>
        <w:t xml:space="preserve">[42:09] </w:t>
      </w:r>
      <w:r>
        <w:t>to zaban se taluq qaim hota hai. ji. ji bilkul.</w:t>
      </w:r>
    </w:p>
    <w:p>
      <w:pPr>
        <w:jc w:val="right"/>
      </w:pPr>
      <w:r>
        <w:t>تو زبان سے تعلق قائم ہوتا ہے۔ جی۔ جی بالکل۔</w:t>
      </w:r>
    </w:p>
    <w:p>
      <w:r>
        <w:rPr>
          <w:b/>
        </w:rPr>
        <w:t xml:space="preserve">[42:16] </w:t>
      </w:r>
      <w:r>
        <w:t>to kaisi ajib nemmat hai yeh.</w:t>
      </w:r>
    </w:p>
    <w:p>
      <w:pPr>
        <w:jc w:val="right"/>
      </w:pPr>
      <w:r>
        <w:t>تو کیسی عجیب نعمت ہے یہ۔</w:t>
      </w:r>
    </w:p>
    <w:p>
      <w:r>
        <w:rPr>
          <w:b/>
        </w:rPr>
        <w:t xml:space="preserve">[42:21] </w:t>
      </w:r>
      <w:r>
        <w:t>is se puchhein ke is ka nemmat hona pakaya unhon ne? nemmat hona pakadna hai?</w:t>
      </w:r>
    </w:p>
    <w:p>
      <w:pPr>
        <w:jc w:val="right"/>
      </w:pPr>
      <w:r>
        <w:t>اس سے پوچھیں کہ اس کا نعمت ہونا پکایا انہوں نے؟ نعمت ہونا پکڑنا ہے؟</w:t>
      </w:r>
    </w:p>
    <w:p>
      <w:r>
        <w:rPr>
          <w:b/>
        </w:rPr>
        <w:t xml:space="preserve">[42:28] </w:t>
      </w:r>
      <w:r>
        <w:t>kaisa? bilkul pakra mein Maulana. woh bol rahe hain ke bilkul unhon ne pakra hai. yeh nemmat uzma hai. mashallah. mashallah.</w:t>
      </w:r>
    </w:p>
    <w:p>
      <w:pPr>
        <w:jc w:val="right"/>
      </w:pPr>
      <w:r>
        <w:t>کیسا؟ بالکل پکڑا میں مولانا۔ وہ بول رہے ہیں کہ بالکل انہوں نے پکڑا ہے۔ یہ نعمت عظمیٰ ہے۔ ماشاءاللہ۔ ماشاءاللہ۔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