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Death The Final Journey December 29, 2006</w:t>
      </w:r>
    </w:p>
    <w:p>
      <w:r>
        <w:t>https://youtu.be/RL6vMX7Lj1w</w:t>
      </w:r>
    </w:p>
    <w:p>
      <w:r>
        <w:rPr>
          <w:b/>
        </w:rPr>
        <w:t xml:space="preserve">[00:29] </w:t>
      </w:r>
      <w:r>
        <w:t>yafqah qawli.</w:t>
      </w:r>
    </w:p>
    <w:p>
      <w:pPr>
        <w:jc w:val="right"/>
      </w:pPr>
      <w:r>
        <w:t>یفقہ قولی۔</w:t>
      </w:r>
    </w:p>
    <w:p>
      <w:r>
        <w:rPr>
          <w:b/>
        </w:rPr>
        <w:t xml:space="preserve">[00:35] </w:t>
      </w:r>
      <w:r>
        <w:t>aap jante hain ke aaj ka jo topic hai woh hai final journey, yaani death.</w:t>
      </w:r>
    </w:p>
    <w:p>
      <w:pPr>
        <w:jc w:val="right"/>
      </w:pPr>
      <w:r>
        <w:t>آپ جانتے ہیں کہ آج کا جو ٹاپک ہے وہ ہے فائنل جرنی، یعنی ڈیتھ۔</w:t>
      </w:r>
    </w:p>
    <w:p>
      <w:r>
        <w:rPr>
          <w:b/>
        </w:rPr>
        <w:t xml:space="preserve">[00:49] </w:t>
      </w:r>
      <w:r>
        <w:t>death jo hai woh insaan ka final journey hota hai,</w:t>
      </w:r>
    </w:p>
    <w:p>
      <w:pPr>
        <w:jc w:val="right"/>
      </w:pPr>
      <w:r>
        <w:t>ڈیتھ جو ہے وہ انسان کا فائنل جرنی ہوتا ہے،</w:t>
      </w:r>
    </w:p>
    <w:p>
      <w:r>
        <w:rPr>
          <w:b/>
        </w:rPr>
        <w:t xml:space="preserve">[00:54] </w:t>
      </w:r>
      <w:r>
        <w:t>to isi ke bare mein aaj kuch kehna hai.</w:t>
      </w:r>
    </w:p>
    <w:p>
      <w:pPr>
        <w:jc w:val="right"/>
      </w:pPr>
      <w:r>
        <w:t>تو اسی کے بارے میں آج کچھ کہنا ہے۔</w:t>
      </w:r>
    </w:p>
    <w:p>
      <w:r>
        <w:rPr>
          <w:b/>
        </w:rPr>
        <w:t xml:space="preserve">[01:02] </w:t>
      </w:r>
      <w:r>
        <w:t>meri ahliya, jinka naam tha sabha khatoon, un ki death ho gayi 25 december ko, isi saal 25 december ko.</w:t>
      </w:r>
    </w:p>
    <w:p>
      <w:pPr>
        <w:jc w:val="right"/>
      </w:pPr>
      <w:r>
        <w:t>میری اہلیہ، جن کا نام تھا صابہ خاتون، ان کی ڈیتھ ہو گئی 25 دسمبر کو، اسی سال 25 دسمبر کو۔</w:t>
      </w:r>
    </w:p>
    <w:p>
      <w:r>
        <w:rPr>
          <w:b/>
        </w:rPr>
        <w:t xml:space="preserve">[01:22] </w:t>
      </w:r>
      <w:r>
        <w:t>hamari shadi hui thi july 1942 mein. to gaya ke 63 saal, 63 years hum saath rahe,</w:t>
      </w:r>
    </w:p>
    <w:p>
      <w:pPr>
        <w:jc w:val="right"/>
      </w:pPr>
      <w:r>
        <w:t>ہماری شادی ہوئی تھی جولائی 1942 میں۔ تو گیا کہ 63 سال، 63 ایئرز ہم ساتھ رہے،</w:t>
      </w:r>
    </w:p>
    <w:p>
      <w:r>
        <w:rPr>
          <w:b/>
        </w:rPr>
        <w:t xml:space="preserve">[01:36] </w:t>
      </w:r>
      <w:r>
        <w:t>is ke baad un ka waqt aa gaya.</w:t>
      </w:r>
    </w:p>
    <w:p>
      <w:pPr>
        <w:jc w:val="right"/>
      </w:pPr>
      <w:r>
        <w:t>اس کے بعد ان کا وقت آ گیا۔</w:t>
      </w:r>
    </w:p>
    <w:p>
      <w:r>
        <w:rPr>
          <w:b/>
        </w:rPr>
        <w:t xml:space="preserve">[01:42] </w:t>
      </w:r>
      <w:r>
        <w:t>jab un ki death hui</w:t>
      </w:r>
    </w:p>
    <w:p>
      <w:pPr>
        <w:jc w:val="right"/>
      </w:pPr>
      <w:r>
        <w:t>جب ان کی ڈیتھ ہوئی</w:t>
      </w:r>
    </w:p>
    <w:p>
      <w:r>
        <w:rPr>
          <w:b/>
        </w:rPr>
        <w:t xml:space="preserve">[01:48] </w:t>
      </w:r>
      <w:r>
        <w:t>to mujhe ek hadith yaad aayi</w:t>
      </w:r>
    </w:p>
    <w:p>
      <w:pPr>
        <w:jc w:val="right"/>
      </w:pPr>
      <w:r>
        <w:t>تو مجھے ایک حدیث یاد آئی</w:t>
      </w:r>
    </w:p>
    <w:p>
      <w:r>
        <w:rPr>
          <w:b/>
        </w:rPr>
        <w:t xml:space="preserve">[01:55] </w:t>
      </w:r>
      <w:r>
        <w:t>ke, woh hadith yeh hai: "al-mawt adna min shira' nal" .</w:t>
      </w:r>
    </w:p>
    <w:p>
      <w:pPr>
        <w:jc w:val="right"/>
      </w:pPr>
      <w:r>
        <w:t>کہ، وہ حدیث یہ ہے: "الموت أدنى من شراء نعل" ۔</w:t>
      </w:r>
    </w:p>
    <w:p>
      <w:r>
        <w:rPr>
          <w:b/>
        </w:rPr>
        <w:t xml:space="preserve">[02:04] </w:t>
      </w:r>
      <w:r>
        <w:t>maut aadmi ke</w:t>
      </w:r>
    </w:p>
    <w:p>
      <w:pPr>
        <w:jc w:val="right"/>
      </w:pPr>
      <w:r>
        <w:t>موت آدمی کے</w:t>
      </w:r>
    </w:p>
    <w:p>
      <w:r>
        <w:rPr>
          <w:b/>
        </w:rPr>
        <w:t xml:space="preserve">[02:09] </w:t>
      </w:r>
      <w:r>
        <w:t>jootay ke</w:t>
      </w:r>
    </w:p>
    <w:p>
      <w:pPr>
        <w:jc w:val="right"/>
      </w:pPr>
      <w:r>
        <w:t>جوتے کے</w:t>
      </w:r>
    </w:p>
    <w:p>
      <w:r>
        <w:rPr>
          <w:b/>
        </w:rPr>
        <w:t xml:space="preserve">[02:14] </w:t>
      </w:r>
      <w:r>
        <w:t>lace se bhi zyada qareeb hai, yaani bohat zyada qareeb hai. Is ka matlab kya hai?</w:t>
      </w:r>
    </w:p>
    <w:p>
      <w:pPr>
        <w:jc w:val="right"/>
      </w:pPr>
      <w:r>
        <w:t>لیس سے بھی زیادہ قریب ہے، یعنی بہت زیادہ قریب ہے۔ اس کا مطلب کیا ہے؟</w:t>
      </w:r>
    </w:p>
    <w:p>
      <w:r>
        <w:rPr>
          <w:b/>
        </w:rPr>
        <w:t xml:space="preserve">[02:27] </w:t>
      </w:r>
      <w:r>
        <w:t>Is ka matlab hai ke koi maut jab aati hai to woh</w:t>
      </w:r>
    </w:p>
    <w:p>
      <w:pPr>
        <w:jc w:val="right"/>
      </w:pPr>
      <w:r>
        <w:t>اس کا مطلب ہے کہ کوئی موت جب آتی ہے تو وہ</w:t>
      </w:r>
    </w:p>
    <w:p>
      <w:r>
        <w:rPr>
          <w:b/>
        </w:rPr>
        <w:t xml:space="preserve">[02:34] </w:t>
      </w:r>
      <w:r>
        <w:t>sirf meri biwi ki maut nahi, har maut yeh batati hai ke ginti aakhri button tak pahunch chuki hai.</w:t>
      </w:r>
    </w:p>
    <w:p>
      <w:pPr>
        <w:jc w:val="right"/>
      </w:pPr>
      <w:r>
        <w:t>صرف میری بیوی کی موت نہیں، ہر موت یہ بتاتی ہے کہ گنتی آخری بٹون تک پہنچ چکی ہے۔</w:t>
      </w:r>
    </w:p>
    <w:p>
      <w:r>
        <w:rPr>
          <w:b/>
        </w:rPr>
        <w:t xml:space="preserve">[02:47] </w:t>
      </w:r>
      <w:r>
        <w:t>Ab agla lamha tumhari baari hai.</w:t>
      </w:r>
    </w:p>
    <w:p>
      <w:pPr>
        <w:jc w:val="right"/>
      </w:pPr>
      <w:r>
        <w:t>اب اگلا لمحہ تمہاری باری ہے۔</w:t>
      </w:r>
    </w:p>
    <w:p>
      <w:r>
        <w:rPr>
          <w:b/>
        </w:rPr>
        <w:t xml:space="preserve">[02:54] </w:t>
      </w:r>
      <w:r>
        <w:t>Yeh har maut ka paigham hota hai.</w:t>
      </w:r>
    </w:p>
    <w:p>
      <w:pPr>
        <w:jc w:val="right"/>
      </w:pPr>
      <w:r>
        <w:t>یہ ہر موت کا پیغام ہوتا ہے۔</w:t>
      </w:r>
    </w:p>
    <w:p>
      <w:r>
        <w:rPr>
          <w:b/>
        </w:rPr>
        <w:t xml:space="preserve">[02:59] </w:t>
      </w:r>
      <w:r>
        <w:t>Aap jantay hain ke har aadmi marta hai</w:t>
      </w:r>
    </w:p>
    <w:p>
      <w:pPr>
        <w:jc w:val="right"/>
      </w:pPr>
      <w:r>
        <w:t>آپ جانتے ہیں کہ ہر آدمی مرتا ہے</w:t>
      </w:r>
    </w:p>
    <w:p>
      <w:r>
        <w:rPr>
          <w:b/>
        </w:rPr>
        <w:t xml:space="preserve">[03:04] </w:t>
      </w:r>
      <w:r>
        <w:t>aur marne ka koi waqt nahi. Koi bachpan mein marta hai, koi jawani mein, koi barhapay mein. Marne ka koi bhi waqt nahi.</w:t>
      </w:r>
    </w:p>
    <w:p>
      <w:pPr>
        <w:jc w:val="right"/>
      </w:pPr>
      <w:r>
        <w:t>اور مرنے کا کوئی وقت نہیں۔ کوئی بچپن میں مرتا ہے، کوئی جوانی میں، کوئی بڑھاپے میں۔ مرنے کا کوئی بھی وقت نہیں۔</w:t>
      </w:r>
    </w:p>
    <w:p>
      <w:r>
        <w:rPr>
          <w:b/>
        </w:rPr>
        <w:t xml:space="preserve">[03:17] </w:t>
      </w:r>
      <w:r>
        <w:t>Is ka matlab yeh hai ke kabhi bhi maut aa sakti hai.</w:t>
      </w:r>
    </w:p>
    <w:p>
      <w:pPr>
        <w:jc w:val="right"/>
      </w:pPr>
      <w:r>
        <w:t>اس کا مطلب یہ ہے کہ کبھی بھی موت آ سکتی ہے۔</w:t>
      </w:r>
    </w:p>
    <w:p>
      <w:r>
        <w:rPr>
          <w:b/>
        </w:rPr>
        <w:t xml:space="preserve">[03:23] </w:t>
      </w:r>
      <w:r>
        <w:t>To is liye maine kaha ke koi shakhs jab hum marte dekhen to aisa lagta hai ke aakhri button ki baari aa chuki, ab agla lamha jo hai woh meri baari aanay wali hai.</w:t>
      </w:r>
    </w:p>
    <w:p>
      <w:pPr>
        <w:jc w:val="right"/>
      </w:pPr>
      <w:r>
        <w:t>تو اس لیے میں نے کہا کہ کوئی شخص جب ہم مرتے دیکھیں تو ایسا لگتا ہے کہ آخری بٹون کی باری آ چکی، اب اگلا لمحہ جو ہے وہ میری باری آنے والی ہے۔</w:t>
      </w:r>
    </w:p>
    <w:p>
      <w:r>
        <w:rPr>
          <w:b/>
        </w:rPr>
        <w:t xml:space="preserve">[03:37] </w:t>
      </w:r>
      <w:r>
        <w:t>To yeh kitna bara event hai insaan ki zindagi ka.</w:t>
      </w:r>
    </w:p>
    <w:p>
      <w:pPr>
        <w:jc w:val="right"/>
      </w:pPr>
      <w:r>
        <w:t>تو یہ کتنا بڑا ایونٹ ہے انسان کی زندگی کا۔</w:t>
      </w:r>
    </w:p>
    <w:p>
      <w:r>
        <w:rPr>
          <w:b/>
        </w:rPr>
        <w:t xml:space="preserve">[03:48] </w:t>
      </w:r>
      <w:r>
        <w:t>Dekhiye, duniya ke jitnay bhi masail hain doosray, woh kisi ke liye hotay hain aur kisi ke liye nahi hotay.</w:t>
      </w:r>
    </w:p>
    <w:p>
      <w:pPr>
        <w:jc w:val="right"/>
      </w:pPr>
      <w:r>
        <w:t>دیکھئے، دنیا کے جتنے بھی مسائل ہیں دوسرے، وہ کسی کے لیے ہوتے ہیں اور کسی کے لیے نہیں ہوتے۔</w:t>
      </w:r>
    </w:p>
    <w:p>
      <w:r>
        <w:rPr>
          <w:b/>
        </w:rPr>
        <w:t xml:space="preserve">[04:01] </w:t>
      </w:r>
      <w:r>
        <w:t>Lekin maut har aadmi ka masla hai. Jo paida hua hai us ko marna hai.</w:t>
      </w:r>
    </w:p>
    <w:p>
      <w:pPr>
        <w:jc w:val="right"/>
      </w:pPr>
      <w:r>
        <w:t>لیکن موت ہر آدمی کا مسئلہ ہے۔ جو پیدا ہوا ہے اس کو مرنا ہے۔</w:t>
      </w:r>
    </w:p>
    <w:p>
      <w:r>
        <w:rPr>
          <w:b/>
        </w:rPr>
        <w:t xml:space="preserve">[04:12] </w:t>
      </w:r>
      <w:r>
        <w:t>Koi aadmi, poori tareekh batati hai ke koi aadmi maut se bach nahi saka.</w:t>
      </w:r>
    </w:p>
    <w:p>
      <w:pPr>
        <w:jc w:val="right"/>
      </w:pPr>
      <w:r>
        <w:t>کوئی آدمی، پوری تاریخ بتاتی ہے کہ کوئی آدمی موت سے بچ نہیں سکا۔</w:t>
      </w:r>
    </w:p>
    <w:p>
      <w:r>
        <w:rPr>
          <w:b/>
        </w:rPr>
        <w:t xml:space="preserve">[04:24] </w:t>
      </w:r>
      <w:r>
        <w:t>Bohat se logon ne chaha ke woh maut se bach jayen. Jaisay France ke ek badshah ne yeh kiya ke woh ek fort mein rehta tha aur fort ke charon taraf us ne bohat baray baray garhay khudwa diye, us ne pani bharwa diya.</w:t>
      </w:r>
    </w:p>
    <w:p>
      <w:pPr>
        <w:jc w:val="right"/>
      </w:pPr>
      <w:r>
        <w:t>بہت سے لوگوں نے چاہا کہ وہ موت سے بچ جائیں۔ جیسے فرانس کے ایک بادشاہ نے یہ کیا کہ وہ ایک فورٹ میں رہتا تھا اور فورٹ کے چاروں طرف اس نے بہت بڑے بڑے گڑھے کھدوا دیئے، اس نے پانی بھروا دیا۔</w:t>
      </w:r>
    </w:p>
    <w:p>
      <w:r>
        <w:rPr>
          <w:b/>
        </w:rPr>
        <w:t xml:space="preserve">[04:42] </w:t>
      </w:r>
      <w:r>
        <w:t>Woh samajhta tha ke maut pani ko tair kar nahi aa sake gi. Aur is tarah woh qalay mein rehnay laga. Lekin zahir hai ke us ki maut bhi apne waqt par aa gayi.</w:t>
      </w:r>
    </w:p>
    <w:p>
      <w:pPr>
        <w:jc w:val="right"/>
      </w:pPr>
      <w:r>
        <w:t>وہ سمجھتا تھا کہ موت پانی کو تیر کر نہیں آ سکے گی۔ اور اس طرح وہ قلعے میں رہنے لگا۔ لیکن ظاہر ہے کہ اس کی موت بھی اپنے وقت پر آ گئی۔</w:t>
      </w:r>
    </w:p>
    <w:p>
      <w:r>
        <w:rPr>
          <w:b/>
        </w:rPr>
        <w:t xml:space="preserve">[04:56] </w:t>
      </w:r>
      <w:r>
        <w:t>Rockefeller, jo America ka bohat bara ameer aadmi tha, woh bhi marna nahi chahta tha. Lambi umer chahta tha woh.</w:t>
      </w:r>
    </w:p>
    <w:p>
      <w:pPr>
        <w:jc w:val="right"/>
      </w:pPr>
      <w:r>
        <w:t>راک فلر، جو امریکہ کا بہت بڑا امیر آدمی تھا، وہ بھی مرنا نہیں چاہتا تھا۔ لمبی عمر چاہتا تھا وہ۔</w:t>
      </w:r>
    </w:p>
    <w:p>
      <w:r>
        <w:rPr>
          <w:b/>
        </w:rPr>
        <w:t xml:space="preserve">[05:07] </w:t>
      </w:r>
      <w:r>
        <w:t>Bohat paisa kharch kiya us ne is ke liye.</w:t>
      </w:r>
    </w:p>
    <w:p>
      <w:pPr>
        <w:jc w:val="right"/>
      </w:pPr>
      <w:r>
        <w:t>بہت پیسہ خرچ کیا اس نے اس کے لیے۔</w:t>
      </w:r>
    </w:p>
    <w:p>
      <w:r>
        <w:rPr>
          <w:b/>
        </w:rPr>
        <w:t xml:space="preserve">[05:11] </w:t>
      </w:r>
      <w:r>
        <w:t>Aur ajeeb ajeeb cheez karta tha woh. Maslan woh jab khata kisi bhi cheez ko to ginn kar das baar us ko chabata tha. Kisi ne bata diya tha ke agar tum ginn kar das baar chabao to tumhari maut bohat dair mein aaye gi.</w:t>
      </w:r>
    </w:p>
    <w:p>
      <w:pPr>
        <w:jc w:val="right"/>
      </w:pPr>
      <w:r>
        <w:t>اور عجیب عجیب چیز کرتا تھا وہ۔ مثلاً وہ جب کھاتا کسی بھی چیز کو تو گن کر دس بار اس کو چباتا تھا۔ کسی نے بتا دیا تھا کہ اگر تم گن کر دس بار چباؤ تو تمہاری موت بہت دیر میں آئے گی۔</w:t>
      </w:r>
    </w:p>
    <w:p>
      <w:r>
        <w:rPr>
          <w:b/>
        </w:rPr>
        <w:t xml:space="preserve">[05:29] </w:t>
      </w:r>
      <w:r>
        <w:t>Lekin zahir hai ke woh bhi sau saal se pehle mar gaya.</w:t>
      </w:r>
    </w:p>
    <w:p>
      <w:pPr>
        <w:jc w:val="right"/>
      </w:pPr>
      <w:r>
        <w:t>لیکن ظاہر ہے کہ وہ بھی سو سال سے پہلے مر گیا۔</w:t>
      </w:r>
    </w:p>
    <w:p>
      <w:r>
        <w:rPr>
          <w:b/>
        </w:rPr>
        <w:t xml:space="preserve">[05:36] </w:t>
      </w:r>
      <w:r>
        <w:t>Meri biwi, main apni biwi ke sath 1965 mein Lucknow mein tha</w:t>
      </w:r>
    </w:p>
    <w:p>
      <w:pPr>
        <w:jc w:val="right"/>
      </w:pPr>
      <w:r>
        <w:t>میری بیوی، میں اپنی بیوی کے ساتھ 1965 میں لکھنو میں تھا</w:t>
      </w:r>
    </w:p>
    <w:p>
      <w:r>
        <w:rPr>
          <w:b/>
        </w:rPr>
        <w:t xml:space="preserve">[05:47] </w:t>
      </w:r>
      <w:r>
        <w:t>to wahan un ki woh bimar ho gaein. pehle se bimar chal rahi theen, kuch tabiyat zyada kharab hui. to wahan par bohat hi maroof doctor thay, doctor abdul jalil fareedi.</w:t>
      </w:r>
    </w:p>
    <w:p>
      <w:pPr>
        <w:jc w:val="right"/>
      </w:pPr>
      <w:r>
        <w:t>تو وہاں ان کی وہ بیمار ہوئیں۔ پہلے سے بیمار چل رہی تھیں، کچھ طبیعت زیادہ خراب ہوئی۔ تو وہاں پر بہت ہی معروف ڈاکٹر تھے، ڈاکٹر عبدالجلیل فریدی۔</w:t>
      </w:r>
    </w:p>
    <w:p>
      <w:r>
        <w:rPr>
          <w:b/>
        </w:rPr>
        <w:t xml:space="preserve">[06:01] </w:t>
      </w:r>
      <w:r>
        <w:t>hazrat ganj mein un ka clinic tha.</w:t>
      </w:r>
    </w:p>
    <w:p>
      <w:pPr>
        <w:jc w:val="right"/>
      </w:pPr>
      <w:r>
        <w:t>حضرت گنج میں ان کا کلینک تھا۔</w:t>
      </w:r>
    </w:p>
    <w:p>
      <w:r>
        <w:rPr>
          <w:b/>
        </w:rPr>
        <w:t xml:space="preserve">[06:05] </w:t>
      </w:r>
      <w:r>
        <w:t>mein un ke paas le gaya.</w:t>
      </w:r>
    </w:p>
    <w:p>
      <w:pPr>
        <w:jc w:val="right"/>
      </w:pPr>
      <w:r>
        <w:t>میں ان کے پاس لے گیا۔</w:t>
      </w:r>
    </w:p>
    <w:p>
      <w:r>
        <w:rPr>
          <w:b/>
        </w:rPr>
        <w:t xml:space="preserve">[06:09] </w:t>
      </w:r>
      <w:r>
        <w:t>to hamari biwi ko dekhte hi unhon ne kaha: "You are too late." lekin aap jante hain ke is ke baad jaldi doctor abdul jalil fareedi ki death ho gai.</w:t>
      </w:r>
    </w:p>
    <w:p>
      <w:pPr>
        <w:jc w:val="right"/>
      </w:pPr>
      <w:r>
        <w:t>تو ہماری بیوی کو دیکھتے ہی انہوں نے کہا: "You are too late." لیکن آپ جانتے ہیں کہ اس کے بعد جلدی ڈاکٹر عبدالجلیل فریدی کی ڈیتھ ہو گئی۔</w:t>
      </w:r>
    </w:p>
    <w:p>
      <w:r>
        <w:rPr>
          <w:b/>
        </w:rPr>
        <w:t xml:space="preserve">[06:28] </w:t>
      </w:r>
      <w:r>
        <w:t>jo america ke parhay hue thay,</w:t>
      </w:r>
    </w:p>
    <w:p>
      <w:pPr>
        <w:jc w:val="right"/>
      </w:pPr>
      <w:r>
        <w:t>جو امریکہ کے پڑھے ہوئے تھے،</w:t>
      </w:r>
    </w:p>
    <w:p>
      <w:r>
        <w:rPr>
          <w:b/>
        </w:rPr>
        <w:t xml:space="preserve">[06:30] </w:t>
      </w:r>
      <w:r>
        <w:t>bohat sehat mand thay is waqt. aur hamari biwi is ke bais saal baad un ki death hui. un ke marne ke bais saal baad tak bhi woh zinda rahin woh.</w:t>
      </w:r>
    </w:p>
    <w:p>
      <w:pPr>
        <w:jc w:val="right"/>
      </w:pPr>
      <w:r>
        <w:t>بہت صحت مند تھے اس وقت۔ اور ہماری بیوی اس کے بائیس سال بعد ان کی ڈیتھ ہوئی۔ ان کے مرنے کے بائیس سال بعد تک بھی وہ زندہ رہیں وہ۔</w:t>
      </w:r>
    </w:p>
    <w:p>
      <w:r>
        <w:rPr>
          <w:b/>
        </w:rPr>
        <w:t xml:space="preserve">[06:43] </w:t>
      </w:r>
      <w:r>
        <w:t>to maut aisi cheez hai ke kuch pata nahi kis ke liye kab aa jae. is liye har ek ko bohat zyada chokanna rehna chahiye.</w:t>
      </w:r>
    </w:p>
    <w:p>
      <w:pPr>
        <w:jc w:val="right"/>
      </w:pPr>
      <w:r>
        <w:t>تو موت ایسی چیز ہے کہ کچھ پتہ نہیں کس کے لیے کب آ جائے۔ اس لیے ہر ایک کو بہت زیادہ چوکنا رہنا چاہیے۔</w:t>
      </w:r>
    </w:p>
    <w:p>
      <w:r>
        <w:rPr>
          <w:b/>
        </w:rPr>
        <w:t xml:space="preserve">[06:56] </w:t>
      </w:r>
      <w:r>
        <w:t>har subah har shaam is ko yaad karna chahiye.</w:t>
      </w:r>
    </w:p>
    <w:p>
      <w:pPr>
        <w:jc w:val="right"/>
      </w:pPr>
      <w:r>
        <w:t>ہر صبح ہر شام اس کو یاد کرنا چاہیے۔</w:t>
      </w:r>
    </w:p>
    <w:p>
      <w:r>
        <w:rPr>
          <w:b/>
        </w:rPr>
        <w:t xml:space="preserve">[07:00] </w:t>
      </w:r>
      <w:r>
        <w:t>hadees mein aata hai ke "أكثروا الذكرى من اللذات" . maut ko bohat zyada yaad karo kyunke woh zindagi ki haqiqaton ko batati hai.</w:t>
      </w:r>
    </w:p>
    <w:p>
      <w:pPr>
        <w:jc w:val="right"/>
      </w:pPr>
      <w:r>
        <w:t>حدیث میں آتا ہے کہ "أكثروا الذكرى من اللذات" ۔ موت کو بہت زیادہ یاد کرو کیونکہ وہ زندگی کی حقیقتوں کو بتاتی ہے۔</w:t>
      </w:r>
    </w:p>
    <w:p>
      <w:r>
        <w:rPr>
          <w:b/>
        </w:rPr>
        <w:t xml:space="preserve">[07:12] </w:t>
      </w:r>
      <w:r>
        <w:t>jab aap maut ko yaad karte hain to aap zindagi ki haqiqaton ko janne lagte hain.</w:t>
      </w:r>
    </w:p>
    <w:p>
      <w:pPr>
        <w:jc w:val="right"/>
      </w:pPr>
      <w:r>
        <w:t>جب آپ موت کو یاد کرتے ہیں تو آپ زندگی کی حقیقتوں کو جاننے لگتے ہیں۔</w:t>
      </w:r>
    </w:p>
    <w:p>
      <w:r>
        <w:rPr>
          <w:b/>
        </w:rPr>
        <w:t xml:space="preserve">[07:23] </w:t>
      </w:r>
      <w:r>
        <w:t>mujhe ek qissa yaad aata hai henry ford ka.</w:t>
      </w:r>
    </w:p>
    <w:p>
      <w:pPr>
        <w:jc w:val="right"/>
      </w:pPr>
      <w:r>
        <w:t>مجھے ایک قصہ یاد آتا ہے ہنری فورڈ کا۔</w:t>
      </w:r>
    </w:p>
    <w:p>
      <w:r>
        <w:rPr>
          <w:b/>
        </w:rPr>
        <w:t xml:space="preserve">[07:30] </w:t>
      </w:r>
      <w:r>
        <w:t>henry ford aap jante hain ke america ka bohat ameer aadmi tha. us ne motor car ko ek nai sanat ki surat di.</w:t>
      </w:r>
    </w:p>
    <w:p>
      <w:pPr>
        <w:jc w:val="right"/>
      </w:pPr>
      <w:r>
        <w:t>ہنری فورڈ آپ جانتے ہیں کہ امریکہ کا بہت امیر آدمی تھا۔ اس نے موٹر کار کو ایک نئی صنعت کی صورت دی۔</w:t>
      </w:r>
    </w:p>
    <w:p>
      <w:r>
        <w:rPr>
          <w:b/>
        </w:rPr>
        <w:t xml:space="preserve">[07:44] </w:t>
      </w:r>
      <w:r>
        <w:t>bohat paisa kamaya. to henry ford ki death hui thi 1947 mein. us ki umar hui thi 83 saal.</w:t>
      </w:r>
    </w:p>
    <w:p>
      <w:pPr>
        <w:jc w:val="right"/>
      </w:pPr>
      <w:r>
        <w:t>بہت پیسہ کمایا۔ تو ہنری فورڈ کی ڈیتھ ہوئی تھی 1947 میں۔ اس کی عمر ہوئی تھی 83 سال۔</w:t>
      </w:r>
    </w:p>
    <w:p>
      <w:r>
        <w:rPr>
          <w:b/>
        </w:rPr>
        <w:t xml:space="preserve">[07:59] </w:t>
      </w:r>
      <w:r>
        <w:t>to mein ne parha kitab mein ke jab us ki death ka waqt aaya to us ka ghar jahan tha us ke paas ke powerhouse mein darya ka pani charh gaya.</w:t>
      </w:r>
    </w:p>
    <w:p>
      <w:pPr>
        <w:jc w:val="right"/>
      </w:pPr>
      <w:r>
        <w:t>تو میں نے پڑھا کتاب میں کہ جب اس کی ڈیتھ کا وقت آیا تو اس کا گھر جہاں تھا اس کے پاس کے پاور ہاؤس میں دریا کا پانی چڑھ گیا۔</w:t>
      </w:r>
    </w:p>
    <w:p>
      <w:r>
        <w:rPr>
          <w:b/>
        </w:rPr>
        <w:t xml:space="preserve">[08:17] </w:t>
      </w:r>
      <w:r>
        <w:t>aur powerhouse fail ho gaya.</w:t>
      </w:r>
    </w:p>
    <w:p>
      <w:pPr>
        <w:jc w:val="right"/>
      </w:pPr>
      <w:r>
        <w:t>اور پاور ہاؤس فیل ہو گیا۔</w:t>
      </w:r>
    </w:p>
    <w:p>
      <w:r>
        <w:rPr>
          <w:b/>
        </w:rPr>
        <w:t xml:space="preserve">[08:21] </w:t>
      </w:r>
      <w:r>
        <w:t>us raat ko henry ford ne apne ghar mein, jahan woh apni aur apni biwi ke sath rehta tha, kerosene lamp jalaya.</w:t>
      </w:r>
    </w:p>
    <w:p>
      <w:pPr>
        <w:jc w:val="right"/>
      </w:pPr>
      <w:r>
        <w:t>اس رات کو ہنری فورڈ نے اپنے گھر میں، جہاں وہ اپنی اور اپنی بیوی کے ساتھ رہتا تھا، کیروسین لیمپ جلایا۔</w:t>
      </w:r>
    </w:p>
    <w:p>
      <w:r>
        <w:rPr>
          <w:b/>
        </w:rPr>
        <w:t xml:space="preserve">[08:34] </w:t>
      </w:r>
      <w:r>
        <w:t>kerosene lamp jala kar ke raat ko soya woh. isi raat ko us ki death hui.</w:t>
      </w:r>
    </w:p>
    <w:p>
      <w:pPr>
        <w:jc w:val="right"/>
      </w:pPr>
      <w:r>
        <w:t>کیروسین لیمپ جلا کر کے رات کو سویا وہ۔ اسی رات کو اس کی ڈیتھ ہوئی۔</w:t>
      </w:r>
    </w:p>
    <w:p>
      <w:r>
        <w:rPr>
          <w:b/>
        </w:rPr>
        <w:t xml:space="preserve">[08:41] </w:t>
      </w:r>
      <w:r>
        <w:t>to is mein likha tha encyclopedia mein ke jab woh paida hua tha 83 saal pehle, tab bhi us ke ghar mein kerosene ka lamp jalta tha.</w:t>
      </w:r>
    </w:p>
    <w:p>
      <w:pPr>
        <w:jc w:val="right"/>
      </w:pPr>
      <w:r>
        <w:t>تو اس میں لکھا تھا انسائیکلوپیڈیا میں کہ جب وہ پیدا ہوا تھا 83 سال پہلے، تب بھی اس کے گھر میں کیروسین کا لیمپ جلتا تھا۔</w:t>
      </w:r>
    </w:p>
    <w:p>
      <w:r>
        <w:rPr>
          <w:b/>
        </w:rPr>
        <w:t xml:space="preserve">[08:55] </w:t>
      </w:r>
      <w:r>
        <w:t>bijli nahi thi. ab bijli hote hue is ko dobara kerosene lamp jalana para. to us ne likha tha ke jahan woh paida hua tha wahin woh mara.</w:t>
      </w:r>
    </w:p>
    <w:p>
      <w:pPr>
        <w:jc w:val="right"/>
      </w:pPr>
      <w:r>
        <w:t>بجلی نہیں تھی۔ اب بجلی ہوتے ہوئے اس کو دوبارہ کیروسین لیمپ جلانا پڑا۔ تو اس نے لکھا تھا کہ جہاں وہ پیدا ہوا تھا وہیں وہ مرا۔</w:t>
      </w:r>
    </w:p>
    <w:p>
      <w:r>
        <w:rPr>
          <w:b/>
        </w:rPr>
        <w:t xml:space="preserve">[09:11] </w:t>
      </w:r>
      <w:r>
        <w:t>is ko parhte hue mere dil mein baat aai ke "Death takes you back from where you came."</w:t>
      </w:r>
    </w:p>
    <w:p>
      <w:pPr>
        <w:jc w:val="right"/>
      </w:pPr>
      <w:r>
        <w:t>اس کو پڑھتے ہوئے میرے دل میں بات آئی کہ "Death takes you back from where you came."</w:t>
      </w:r>
    </w:p>
    <w:p>
      <w:r>
        <w:rPr>
          <w:b/>
        </w:rPr>
        <w:t xml:space="preserve">[09:23] </w:t>
      </w:r>
      <w:r>
        <w:t>death takes you back from where you came. maut aap ko wahin dobara pohncha deti hai jahan se aap aaye hain.</w:t>
      </w:r>
    </w:p>
    <w:p>
      <w:pPr>
        <w:jc w:val="right"/>
      </w:pPr>
      <w:r>
        <w:t>ڈیتھ takes you back from where you came. موت آپ کو وہیں دوبارہ پہنچا دیتی ہے جہاں سے آپ آئے ہیں۔</w:t>
      </w:r>
    </w:p>
    <w:p>
      <w:r>
        <w:rPr>
          <w:b/>
        </w:rPr>
        <w:t xml:space="preserve">[09:36] </w:t>
      </w:r>
      <w:r>
        <w:t>dekhiye, abhi jab mein</w:t>
      </w:r>
    </w:p>
    <w:p>
      <w:pPr>
        <w:jc w:val="right"/>
      </w:pPr>
      <w:r>
        <w:t>دیکھئے، ابھی جب میں</w:t>
      </w:r>
    </w:p>
    <w:p>
      <w:r>
        <w:rPr>
          <w:b/>
        </w:rPr>
        <w:t xml:space="preserve">[09:40] </w:t>
      </w:r>
      <w:r>
        <w:t>yahan qabristan jo hai, qabristan panj peera, wahan par hamari biwi ki tajdeed aur tadfeen hui</w:t>
      </w:r>
    </w:p>
    <w:p>
      <w:pPr>
        <w:jc w:val="right"/>
      </w:pPr>
      <w:r>
        <w:t>یہاں قبرستان جو ہے، قبرستان پنج پیرا، وہاں پر ہماری بیوی کی تجدید اور تدفین ہوئی</w:t>
      </w:r>
    </w:p>
    <w:p>
      <w:r>
        <w:rPr>
          <w:b/>
        </w:rPr>
        <w:t xml:space="preserve">[09:50] </w:t>
      </w:r>
      <w:r>
        <w:t>to qabr par aap jante hain ke yeh tareeqa hai islam mein ke qabr mein jo aap jism ko rakh dete hain, oopar se mitti dalte hain to har aadmi yeh karta hai ke mitti ka ek ek muthi le kar, ek muthi mitti le kar teen bar dalta hai.</w:t>
      </w:r>
    </w:p>
    <w:p>
      <w:pPr>
        <w:jc w:val="right"/>
      </w:pPr>
      <w:r>
        <w:t>تو قبر پر آپ جانتے ہیں کہ یہ طریقہ ہے اسلام میں کہ قبر میں جو آپ جسم کو رکھ دیتے ہیں، اوپر سے مٹی ڈالتے ہیں تو ہر آدمی یہ کرتا ہے کہ مٹی کا ایک ایک مٹھی لے کر، ایک مٹھی مٹی لے کر تین بار ڈالتا ہے۔</w:t>
      </w:r>
    </w:p>
    <w:p>
      <w:r>
        <w:rPr>
          <w:b/>
        </w:rPr>
        <w:t xml:space="preserve">[10:11] </w:t>
      </w:r>
      <w:r>
        <w:t>aur kehta hai ke "منها خلقناكم وفيها نعيدكم ومنها نخرجكم طارة أخرى" .</w:t>
      </w:r>
    </w:p>
    <w:p>
      <w:pPr>
        <w:jc w:val="right"/>
      </w:pPr>
      <w:r>
        <w:t>اور کہتا ہے کہ "منها خلقناكم وفيها نعيدكم ومنها نخرجكم طارة أخرى" ۔</w:t>
      </w:r>
    </w:p>
    <w:p>
      <w:r>
        <w:rPr>
          <w:b/>
        </w:rPr>
        <w:t xml:space="preserve">[10:23] </w:t>
      </w:r>
      <w:r>
        <w:t>teen baar mitti daalte hue kehta hai ke yeh hadith, yeh yeh quran ki ayat hai, Allah taala ki zubaan se quran ki ayat hai.</w:t>
      </w:r>
    </w:p>
    <w:p>
      <w:pPr>
        <w:jc w:val="right"/>
      </w:pPr>
      <w:r>
        <w:t>تین بار مٹی ڈالتے ہوئے کہتا ہے کہ یہ حدیث، یہ یہ قرآن کی آیت ہے، اللہ تعالیٰ کی زبان سے قرآن کی آیت ہے۔</w:t>
      </w:r>
    </w:p>
    <w:p>
      <w:r>
        <w:rPr>
          <w:b/>
        </w:rPr>
        <w:t xml:space="preserve">[10:34] </w:t>
      </w:r>
      <w:r>
        <w:t>is se paida kiya hum ne tum ko</w:t>
      </w:r>
    </w:p>
    <w:p>
      <w:pPr>
        <w:jc w:val="right"/>
      </w:pPr>
      <w:r>
        <w:t>اس سے پیدا کیا ہم نے تم کو</w:t>
      </w:r>
    </w:p>
    <w:p>
      <w:r>
        <w:rPr>
          <w:b/>
        </w:rPr>
        <w:t xml:space="preserve">[10:40] </w:t>
      </w:r>
      <w:r>
        <w:t>aur phir isi mein hum lota rahe hain in ko. Isi se phir dobara in ko nikalenge. Dobara nikal</w:t>
      </w:r>
    </w:p>
    <w:p>
      <w:pPr>
        <w:jc w:val="right"/>
      </w:pPr>
      <w:r>
        <w:t>اور پھر اسی میں ہم لوٹا رہے ہیں ان کو۔ اسی سے پھر دوبارہ ان کو نکالیں گے۔ دوبارہ نکال</w:t>
      </w:r>
    </w:p>
    <w:p>
      <w:r>
        <w:rPr>
          <w:b/>
        </w:rPr>
        <w:t xml:space="preserve">[10:47] </w:t>
      </w:r>
      <w:r>
        <w:t>enge. To wahi baat hui ke jo aadmi jahan se aaya tha wohin woh loot jaata hai. Yani Khuda ke haan se aaya tha aur Khuda ki taraf woh dobara loot jaata hai.</w:t>
      </w:r>
    </w:p>
    <w:p>
      <w:pPr>
        <w:jc w:val="right"/>
      </w:pPr>
      <w:r>
        <w:t>یں گے۔ تو وہی بات ہوئی کہ جو آدمی جہاں سے آیا تھا وہیں وہ لوٹ جاتا ہے۔ یعنی خدا کے ہاں سے آیا تھا اور خدا کی طرف وہ دوبارہ لوٹ جاتا ہے۔</w:t>
      </w:r>
    </w:p>
    <w:p>
      <w:r>
        <w:rPr>
          <w:b/>
        </w:rPr>
        <w:t xml:space="preserve">[11:02] </w:t>
      </w:r>
      <w:r>
        <w:t>yeh kitni bari, yani mautgah ek yaad dehani hai. Kitni bari haqeeqat ki yaad dehani. Ke jahan se tum aaye ho wohin tumhein lotna hai.</w:t>
      </w:r>
    </w:p>
    <w:p>
      <w:pPr>
        <w:jc w:val="right"/>
      </w:pPr>
      <w:r>
        <w:t>یہ کتنی بڑی، یعنی موت گاہ ایک یاد دہانی ہے۔ کتنی بڑی حقیقت کی یاد دہانی۔ کہ جہاں سے تم آئے ہو وہیں تمہیں لوٹنا ہے۔</w:t>
      </w:r>
    </w:p>
    <w:p>
      <w:r>
        <w:rPr>
          <w:b/>
        </w:rPr>
        <w:t xml:space="preserve">[11:17] </w:t>
      </w:r>
      <w:r>
        <w:t>pehli baar Khuda ne aap ko takhleeq kiya tha. Doosri baar jab aap Khuda se milenge to aap ka Khuda hisaab lega.</w:t>
      </w:r>
    </w:p>
    <w:p>
      <w:pPr>
        <w:jc w:val="right"/>
      </w:pPr>
      <w:r>
        <w:t>پہلی بار خدا نے آپ کو تخلیق کیا تھا۔ دوسری بار جب آپ خدا سے ملیں گے تو آپ کا خدا حساب لے گا۔</w:t>
      </w:r>
    </w:p>
    <w:p>
      <w:r>
        <w:rPr>
          <w:b/>
        </w:rPr>
        <w:t xml:space="preserve">[11:33] </w:t>
      </w:r>
      <w:r>
        <w:t>yeh kaisi ajeeb baat hai.</w:t>
      </w:r>
    </w:p>
    <w:p>
      <w:pPr>
        <w:jc w:val="right"/>
      </w:pPr>
      <w:r>
        <w:t>یہ کیسی عجیب بات ہے۔</w:t>
      </w:r>
    </w:p>
    <w:p>
      <w:r>
        <w:rPr>
          <w:b/>
        </w:rPr>
        <w:t xml:space="preserve">[11:38] </w:t>
      </w:r>
      <w:r>
        <w:t>jab pehli baar aap Khuda se mile the to is tarah mile the ke Khuda ne aap ko paida kiya tha.</w:t>
      </w:r>
    </w:p>
    <w:p>
      <w:pPr>
        <w:jc w:val="right"/>
      </w:pPr>
      <w:r>
        <w:t>جب پہلی بار آپ خدا سے ملے تھے تو اس طرح ملے تھے کہ خدا نے آپ کو پیدا کیا تھا۔</w:t>
      </w:r>
    </w:p>
    <w:p>
      <w:r>
        <w:rPr>
          <w:b/>
        </w:rPr>
        <w:t xml:space="preserve">[11:45] </w:t>
      </w:r>
      <w:r>
        <w:t>lekin aakhir mein jab milenge aap to aap milenge is tarah se ke Khuda aap ka hisaab lega. Hadith mein aata hai ke aadmi ke qadam Khuda ke saamne se us waqt tak nahi hatenge jab tak woh chaar baaton ka jawab na de le.</w:t>
      </w:r>
    </w:p>
    <w:p>
      <w:pPr>
        <w:jc w:val="right"/>
      </w:pPr>
      <w:r>
        <w:t>لیکن آخر میں جب ملیں گے آپ تو آپ ملیں گے اس طرح سے کہ خدا آپ کا حساب لے گا۔ حدیث میں آتا ہے کہ آدمی کے قدم خدا کے سامنے سے اس وقت تک نہیں ہٹیں گے جب تک وہ چار باتوں کا جواب نہ دے لے۔</w:t>
      </w:r>
    </w:p>
    <w:p>
      <w:r>
        <w:rPr>
          <w:b/>
        </w:rPr>
        <w:t xml:space="preserve">[12:09] </w:t>
      </w:r>
      <w:r>
        <w:t>number ek, apni jawani kis mein kharch ki?</w:t>
      </w:r>
    </w:p>
    <w:p>
      <w:pPr>
        <w:jc w:val="right"/>
      </w:pPr>
      <w:r>
        <w:t>نمبر ایک، اپنی جوانی کس میں خرچ کی؟</w:t>
      </w:r>
    </w:p>
    <w:p>
      <w:r>
        <w:rPr>
          <w:b/>
        </w:rPr>
        <w:t xml:space="preserve">[12:16] </w:t>
      </w:r>
      <w:r>
        <w:t>apni umar kis kaam mein batai?</w:t>
      </w:r>
    </w:p>
    <w:p>
      <w:pPr>
        <w:jc w:val="right"/>
      </w:pPr>
      <w:r>
        <w:t>اپنی عمر کس کام میں بتائی؟</w:t>
      </w:r>
    </w:p>
    <w:p>
      <w:r>
        <w:rPr>
          <w:b/>
        </w:rPr>
        <w:t xml:space="preserve">[12:21] </w:t>
      </w:r>
      <w:r>
        <w:t>jo kamaya paisa woh kahan se kamaya? Aur phir is kamaye hue paise ko kahan kharch kiya? Yeh chaar baatein huin.</w:t>
      </w:r>
    </w:p>
    <w:p>
      <w:pPr>
        <w:jc w:val="right"/>
      </w:pPr>
      <w:r>
        <w:t>جو کمایا پیسہ وہ کہاں سے کمایا؟ اور پھر اس کمائے ہوئے پیسے کو کہاں خرچ کیا؟ یہ چار باتیں ہوئیں۔</w:t>
      </w:r>
    </w:p>
    <w:p>
      <w:r>
        <w:rPr>
          <w:b/>
        </w:rPr>
        <w:t xml:space="preserve">[12:32] </w:t>
      </w:r>
      <w:r>
        <w:t>to hadith mein hai ke jab tak in chaar baaton ke bare mein insaan batane le, us waqt tak us ko aage badhne ki ijazat nahi hogi.</w:t>
      </w:r>
    </w:p>
    <w:p>
      <w:pPr>
        <w:jc w:val="right"/>
      </w:pPr>
      <w:r>
        <w:t>تو حدیث میں ہے کہ جب تک ان چار باتوں کے بارے میں انسان بتانے لے، اس وقت تک اس کو آگے بڑھنے کی اجازت نہیں ہوگی۔</w:t>
      </w:r>
    </w:p>
    <w:p>
      <w:r>
        <w:rPr>
          <w:b/>
        </w:rPr>
        <w:t xml:space="preserve">[12:43] </w:t>
      </w:r>
      <w:r>
        <w:t>isi ko kehte hain accountability.</w:t>
      </w:r>
    </w:p>
    <w:p>
      <w:pPr>
        <w:jc w:val="right"/>
      </w:pPr>
      <w:r>
        <w:t>اسی کو کہتے ہیں اکاؤنٹیبلٹی۔</w:t>
      </w:r>
    </w:p>
    <w:p>
      <w:r>
        <w:rPr>
          <w:b/>
        </w:rPr>
        <w:t xml:space="preserve">[12:48] </w:t>
      </w:r>
      <w:r>
        <w:t>maut ke saath yeh aqeedah juda hua hai. Maut ke saath yeh yaqeen juda hua hai. Aadmi accountable to God hai.</w:t>
      </w:r>
    </w:p>
    <w:p>
      <w:pPr>
        <w:jc w:val="right"/>
      </w:pPr>
      <w:r>
        <w:t>موت کے ساتھ یہ عقیدہ جڑا ہوا ہے۔ موت کے ساتھ یہ یقین جڑا ہوا ہے۔ آدمی اکاؤنٹیبل ٹو گاڈ ہے۔</w:t>
      </w:r>
    </w:p>
    <w:p>
      <w:r>
        <w:rPr>
          <w:b/>
        </w:rPr>
        <w:t xml:space="preserve">[13:02] </w:t>
      </w:r>
      <w:r>
        <w:t>accountable to God hai.</w:t>
      </w:r>
    </w:p>
    <w:p>
      <w:pPr>
        <w:jc w:val="right"/>
      </w:pPr>
      <w:r>
        <w:t>اکاؤنٹیبل ٹو گاڈ ہے۔</w:t>
      </w:r>
    </w:p>
    <w:p>
      <w:r>
        <w:rPr>
          <w:b/>
        </w:rPr>
        <w:t xml:space="preserve">[13:08] </w:t>
      </w:r>
      <w:r>
        <w:t>yeh kitni, yani kitni zyada sakht baat yeh hai.</w:t>
      </w:r>
    </w:p>
    <w:p>
      <w:pPr>
        <w:jc w:val="right"/>
      </w:pPr>
      <w:r>
        <w:t>یہ کتنی، یعنی کتنی زیادہ سخت بات یہ ہے۔</w:t>
      </w:r>
    </w:p>
    <w:p>
      <w:r>
        <w:rPr>
          <w:b/>
        </w:rPr>
        <w:t xml:space="preserve">[13:18] </w:t>
      </w:r>
      <w:r>
        <w:t>quran mein hai ke "وتقدّت بهم الأسباب" . Kaisi ajeeb baat hai yeh. "وتقدّت بهم الأسباب" .</w:t>
      </w:r>
    </w:p>
    <w:p>
      <w:pPr>
        <w:jc w:val="right"/>
      </w:pPr>
      <w:r>
        <w:t>قرآن میں ہے کہ "وتقدّت بهم الأسباب" ۔ کیسی عجیب بات ہے یہ۔ "وتقدّت بهم الأسباب" ۔</w:t>
      </w:r>
    </w:p>
    <w:p>
      <w:r>
        <w:rPr>
          <w:b/>
        </w:rPr>
        <w:t xml:space="preserve">[13:30] </w:t>
      </w:r>
      <w:r>
        <w:t>yani jab marta hai aadmi to saare rishte toot jaate hain.</w:t>
      </w:r>
    </w:p>
    <w:p>
      <w:pPr>
        <w:jc w:val="right"/>
      </w:pPr>
      <w:r>
        <w:t>یعنی جب مرتا ہے آدمی تو سارے رشتے ٹوٹ جاتے ہیں۔</w:t>
      </w:r>
    </w:p>
    <w:p>
      <w:r>
        <w:rPr>
          <w:b/>
        </w:rPr>
        <w:t xml:space="preserve">[13:38] </w:t>
      </w:r>
      <w:r>
        <w:t>saare ta'alluq khatm ho jaate hain.</w:t>
      </w:r>
    </w:p>
    <w:p>
      <w:pPr>
        <w:jc w:val="right"/>
      </w:pPr>
      <w:r>
        <w:t>سارے تعلق ختم ہو جاتے ہیں۔</w:t>
      </w:r>
    </w:p>
    <w:p>
      <w:r>
        <w:rPr>
          <w:b/>
        </w:rPr>
        <w:t xml:space="preserve">[13:47] </w:t>
      </w:r>
      <w:r>
        <w:t>is mein jo lafz istemaal hua hai asbaab ka hai. Asbaab ma'ani hote hain rassi. Tamam rasiyaan toot chuki hoti hain. Main samajhta hoon agar main yeh kahoon to yeh sahi hoga ke saare communication khatm ho jaate hain.</w:t>
      </w:r>
    </w:p>
    <w:p>
      <w:pPr>
        <w:jc w:val="right"/>
      </w:pPr>
      <w:r>
        <w:t>اس میں جو لفظ استعمال ہوا ہے اسباب کا ہے۔ اسباب معنی ہوتے ہیں رسی۔ تمام رسیاں ٹوٹ چکی ہوتی ہیں۔ میں سمجھتا ہوں اگر میں یہ کہوں تو یہ صحیح ہوگا کہ سارے کمیونیکیشن ختم ہو جاتے ہیں۔</w:t>
      </w:r>
    </w:p>
    <w:p>
      <w:r>
        <w:rPr>
          <w:b/>
        </w:rPr>
        <w:t xml:space="preserve">[14:04] </w:t>
      </w:r>
      <w:r>
        <w:t>jab aadmi marta hai to saare communication khatm ho jaate hain.</w:t>
      </w:r>
    </w:p>
    <w:p>
      <w:pPr>
        <w:jc w:val="right"/>
      </w:pPr>
      <w:r>
        <w:t>جب آدمی مرتا ہے تو سارے کمیونیکیشن ختم ہو جاتے ہیں۔</w:t>
      </w:r>
    </w:p>
    <w:p>
      <w:r>
        <w:rPr>
          <w:b/>
        </w:rPr>
        <w:t xml:space="preserve">[14:12] </w:t>
      </w:r>
      <w:r>
        <w:t>kaisi ajeeb</w:t>
      </w:r>
    </w:p>
    <w:p>
      <w:pPr>
        <w:jc w:val="right"/>
      </w:pPr>
      <w:r>
        <w:t>کیسی عجیب</w:t>
      </w:r>
    </w:p>
    <w:p>
      <w:r>
        <w:rPr>
          <w:b/>
        </w:rPr>
        <w:t xml:space="preserve">[14:13] </w:t>
      </w:r>
      <w:r>
        <w:t>baat hai. Jab hum dunya mein zinda hain, koi baat hui, mobile ka button dabaya aur phone message kahin pahunch gaya.</w:t>
      </w:r>
    </w:p>
    <w:p>
      <w:pPr>
        <w:jc w:val="right"/>
      </w:pPr>
      <w:r>
        <w:t>بات ہے۔ جب ہم دنیا میں زندہ ہیں، کوئی بات ہوئی، موبائل کا بٹن دبایا اور فون میسج کہیں پہنچ گیا۔</w:t>
      </w:r>
    </w:p>
    <w:p>
      <w:r>
        <w:rPr>
          <w:b/>
        </w:rPr>
        <w:t xml:space="preserve">[14:22] </w:t>
      </w:r>
      <w:r>
        <w:t>telephone kiya, foran koi aadmi aa gaya. Letter likha aur chand din ke baad message pahunch gaya.</w:t>
      </w:r>
    </w:p>
    <w:p>
      <w:pPr>
        <w:jc w:val="right"/>
      </w:pPr>
      <w:r>
        <w:t>ٹیلی فون کیا، فوراً کوئی آدمی آ گیا۔ لیٹر لکھا اور چند دن کے بعد میسج پہنچ گیا۔</w:t>
      </w:r>
    </w:p>
    <w:p>
      <w:r>
        <w:rPr>
          <w:b/>
        </w:rPr>
        <w:t xml:space="preserve">[14:32] </w:t>
      </w:r>
      <w:r>
        <w:t>lekin yahan farmaya ke sare communication toot jayenge.</w:t>
      </w:r>
    </w:p>
    <w:p>
      <w:pPr>
        <w:jc w:val="right"/>
      </w:pPr>
      <w:r>
        <w:t>لیکن یہاں فرمایا کہ سارے کمیونیکیشن ٹوٹ جائیں گے۔</w:t>
      </w:r>
    </w:p>
    <w:p>
      <w:r>
        <w:rPr>
          <w:b/>
        </w:rPr>
        <w:t xml:space="preserve">[14:39] </w:t>
      </w:r>
      <w:r>
        <w:t>yani aadmi bilkul akela hoga.</w:t>
      </w:r>
    </w:p>
    <w:p>
      <w:pPr>
        <w:jc w:val="right"/>
      </w:pPr>
      <w:r>
        <w:t>یعنی آدمی بالکل اکیلا ہوگا۔</w:t>
      </w:r>
    </w:p>
    <w:p>
      <w:r>
        <w:rPr>
          <w:b/>
        </w:rPr>
        <w:t xml:space="preserve">[14:44] </w:t>
      </w:r>
      <w:r>
        <w:t>marte hi aadmi ke sare communication khatm ho jayenge. Sare rishte khatm ho jayenge. Sare connections khatm ho jayenge.</w:t>
      </w:r>
    </w:p>
    <w:p>
      <w:pPr>
        <w:jc w:val="right"/>
      </w:pPr>
      <w:r>
        <w:t>مرتے ہی آدمی کے سارے کمیونیکیشن ختم ہو جائیں گے۔ سارے رشتے ختم ہو جائیں گے۔ سارے کنکشنز ختم ہو جائیں گے۔</w:t>
      </w:r>
    </w:p>
    <w:p>
      <w:r>
        <w:rPr>
          <w:b/>
        </w:rPr>
        <w:t xml:space="preserve">[14:54] </w:t>
      </w:r>
      <w:r>
        <w:t>yeh kitna hila dene wali baat hai. Aaj hum ek aisi duniya mein hain jahan hum jude hue hain bohat se logon ke sath.</w:t>
      </w:r>
    </w:p>
    <w:p>
      <w:pPr>
        <w:jc w:val="right"/>
      </w:pPr>
      <w:r>
        <w:t>یہ کتنا ہلا دینے والی بات ہے۔ آج ہم ایک ایسی دنیا میں ہیں جہاں ہم جڑے ہوئے ہیں بہت سے لوگوں کے ساتھ۔</w:t>
      </w:r>
    </w:p>
    <w:p>
      <w:r>
        <w:rPr>
          <w:b/>
        </w:rPr>
        <w:t xml:space="preserve">[15:05] </w:t>
      </w:r>
      <w:r>
        <w:t>mere dost, tumhare rishtedar, hamari yani tarah tarah ke khoobsurat log hain jin se hum jude hue hain.</w:t>
      </w:r>
    </w:p>
    <w:p>
      <w:pPr>
        <w:jc w:val="right"/>
      </w:pPr>
      <w:r>
        <w:t>میرے دوست، تمہارے رشتہ دار، ہماری یعنی طرح طرح کے خوبصورت لوگ ہیں جن سے ہم جڑے ہوئے ہیں۔</w:t>
      </w:r>
    </w:p>
    <w:p>
      <w:r>
        <w:rPr>
          <w:b/>
        </w:rPr>
        <w:t xml:space="preserve">[15:14] </w:t>
      </w:r>
      <w:r>
        <w:t>har waqt hum un se rabta bana sakte hain. Har waqt un se baat kar sakte hain. Har waqt un se koi madad mang sakte hain.</w:t>
      </w:r>
    </w:p>
    <w:p>
      <w:pPr>
        <w:jc w:val="right"/>
      </w:pPr>
      <w:r>
        <w:t>ہر وقت ہم ان سے رابطہ بنا سکتے ہیں۔ ہر وقت ان سے بات کر سکتے ہیں۔ ہر وقت ان سے کوئی مدد مانگ سکتے ہیں۔</w:t>
      </w:r>
    </w:p>
    <w:p>
      <w:r>
        <w:rPr>
          <w:b/>
        </w:rPr>
        <w:t xml:space="preserve">[15:27] </w:t>
      </w:r>
      <w:r>
        <w:t>lekin "وتقدّت بهم الأسباب" . ka matlab yeh hai ke idhar mare aur sare connection khatm.</w:t>
      </w:r>
    </w:p>
    <w:p>
      <w:pPr>
        <w:jc w:val="right"/>
      </w:pPr>
      <w:r>
        <w:t>لیکن "وتقدّت بهم الأسباب" ۔ کا مطلب یہ ہے کہ ادھر مرے اور سارے کنکشن ختم۔</w:t>
      </w:r>
    </w:p>
    <w:p>
      <w:r>
        <w:rPr>
          <w:b/>
        </w:rPr>
        <w:t xml:space="preserve">[15:37] </w:t>
      </w:r>
      <w:r>
        <w:t>achanak khatm. Kisi tarah se aap rabta nahi kar sakte.</w:t>
      </w:r>
    </w:p>
    <w:p>
      <w:pPr>
        <w:jc w:val="right"/>
      </w:pPr>
      <w:r>
        <w:t>اچانک ختم۔ کسی طریقے سے آپ رابطہ نہیں کر سکتے۔</w:t>
      </w:r>
    </w:p>
    <w:p>
      <w:r>
        <w:rPr>
          <w:b/>
        </w:rPr>
        <w:t xml:space="preserve">[15:43] </w:t>
      </w:r>
      <w:r>
        <w:t>aur iska bohat hi zyada sangin pehlu yeh hai ke maut point of no return hai.</w:t>
      </w:r>
    </w:p>
    <w:p>
      <w:pPr>
        <w:jc w:val="right"/>
      </w:pPr>
      <w:r>
        <w:t>اور اس کا بہت ہی زیادہ سنگین پہلو یہ ہے کہ موت پوائنٹ آف نو ریٹرن ہے۔</w:t>
      </w:r>
    </w:p>
    <w:p>
      <w:r>
        <w:rPr>
          <w:b/>
        </w:rPr>
        <w:t xml:space="preserve">[15:55] </w:t>
      </w:r>
      <w:r>
        <w:t>point of no return. Aap safar karte hain, aap ke pas return ticket hota hai. Jane ka hota hai, phir wapsi ka bhi hota hai.</w:t>
      </w:r>
    </w:p>
    <w:p>
      <w:pPr>
        <w:jc w:val="right"/>
      </w:pPr>
      <w:r>
        <w:t>پوائنٹ آف نو ریٹرن۔ آپ سفر کرتے ہیں، آپ کے پاس ریٹرن ٹکٹ ہوتا ہے۔ جانے کا ہوتا ہے، پھر واپسی کا بھی ہوتا ہے۔</w:t>
      </w:r>
    </w:p>
    <w:p>
      <w:r>
        <w:rPr>
          <w:b/>
        </w:rPr>
        <w:t xml:space="preserve">[16:08] </w:t>
      </w:r>
      <w:r>
        <w:t>har ticket, har safar ke sath return ticket bhi shamil rehta hai. Lekin maut ek aisa safar hai jis ke sath return ticket nahi.</w:t>
      </w:r>
    </w:p>
    <w:p>
      <w:pPr>
        <w:jc w:val="right"/>
      </w:pPr>
      <w:r>
        <w:t>ہر ٹکٹ، ہر سفر کے ساتھ ریٹرن ٹکٹ بھی شامل رہتا ہے۔ لیکن موت ایک ایسا سفر ہے جس کے ساتھ ریٹرن ٹکٹ نہیں۔</w:t>
      </w:r>
    </w:p>
    <w:p>
      <w:r>
        <w:rPr>
          <w:b/>
        </w:rPr>
        <w:t xml:space="preserve">[16:22] </w:t>
      </w:r>
      <w:r>
        <w:t>ya to sirf jana hai, lotna nahi hai. Yeh bohat hi zyada sangeen baat hai. Ke aadmi mara, wapsi khatm.</w:t>
      </w:r>
    </w:p>
    <w:p>
      <w:pPr>
        <w:jc w:val="right"/>
      </w:pPr>
      <w:r>
        <w:t>یا تو صرف جانا ہے، لوٹنا نہیں ہے۔ یہ بہت ہی زیادہ سنجیدہ بات ہے۔ کہ آدمی مرا، واپسی ختم۔</w:t>
      </w:r>
    </w:p>
    <w:p>
      <w:r>
        <w:rPr>
          <w:b/>
        </w:rPr>
        <w:t xml:space="preserve">[16:35] </w:t>
      </w:r>
      <w:r>
        <w:t>phir aap apne ghar ki taraf lot nahi sakte.</w:t>
      </w:r>
    </w:p>
    <w:p>
      <w:pPr>
        <w:jc w:val="right"/>
      </w:pPr>
      <w:r>
        <w:t>پھر آپ اپنے گھر کی طرف لوٹ نہیں سکتے۔</w:t>
      </w:r>
    </w:p>
    <w:p>
      <w:r>
        <w:rPr>
          <w:b/>
        </w:rPr>
        <w:t xml:space="preserve">[16:39] </w:t>
      </w:r>
      <w:r>
        <w:t>apne rishtedaron ki taraf lot nahi sakte. Jo bhi aap ka infrastructure hai, jo bhi aap ka network hai, jo bhi aap ke log hain, un ki taraf lotna phir mumkin nahi hota.</w:t>
      </w:r>
    </w:p>
    <w:p>
      <w:pPr>
        <w:jc w:val="right"/>
      </w:pPr>
      <w:r>
        <w:t>اپنے رشتہ داروں کی طرف لوٹ نہیں سکتے۔ جو بھی آپ کا انفراسٹرکچر ہے، جو بھی آپ کا نیٹ ورک ہے، جو بھی آپ کے لوگ ہیں، ان کی طرف لوٹنا پھر ممکن نہیں ہوتا۔</w:t>
      </w:r>
    </w:p>
    <w:p>
      <w:r>
        <w:rPr>
          <w:b/>
        </w:rPr>
        <w:t xml:space="preserve">[16:54] </w:t>
      </w:r>
      <w:r>
        <w:t>maut hota hai point of no return aadmi ke liye.</w:t>
      </w:r>
    </w:p>
    <w:p>
      <w:pPr>
        <w:jc w:val="right"/>
      </w:pPr>
      <w:r>
        <w:t>موت ہوتا ہے پوائنٹ آف نو ریٹرن آدمی کے لیے۔</w:t>
      </w:r>
    </w:p>
    <w:p>
      <w:r>
        <w:rPr>
          <w:b/>
        </w:rPr>
        <w:t xml:space="preserve">[17:04] </w:t>
      </w:r>
      <w:r>
        <w:t>kitni zyada yeh sochne wali baat hai.</w:t>
      </w:r>
    </w:p>
    <w:p>
      <w:pPr>
        <w:jc w:val="right"/>
      </w:pPr>
      <w:r>
        <w:t>کتنی زیادہ یہ سوچنے والی بات ہے۔</w:t>
      </w:r>
    </w:p>
    <w:p>
      <w:r>
        <w:rPr>
          <w:b/>
        </w:rPr>
        <w:t xml:space="preserve">[17:14] </w:t>
      </w:r>
      <w:r>
        <w:t>jab meri biwi ki death hui aur main qabristan mein gaya to hamare ek sathi hain,</w:t>
      </w:r>
    </w:p>
    <w:p>
      <w:pPr>
        <w:jc w:val="right"/>
      </w:pPr>
      <w:r>
        <w:t>جب میری بیوی کی ڈیتھ ہوئی اور میں قبرستان میں گیا تو ہمارے ایک ساتھی ہیں،</w:t>
      </w:r>
    </w:p>
    <w:p>
      <w:r>
        <w:rPr>
          <w:b/>
        </w:rPr>
        <w:t xml:space="preserve">[17:28] </w:t>
      </w:r>
      <w:r>
        <w:t>Mr. Faraz, baad ko unhone kaha ke wahan woh aap ek dum chup chap khare the.</w:t>
      </w:r>
    </w:p>
    <w:p>
      <w:pPr>
        <w:jc w:val="right"/>
      </w:pPr>
      <w:r>
        <w:t>مسٹر فراز، بعد کو انہوں نے کہا کہ وہاں وہ آپ ایک دم چپ چاپ کھڑے تھے۔</w:t>
      </w:r>
    </w:p>
    <w:p>
      <w:r>
        <w:rPr>
          <w:b/>
        </w:rPr>
        <w:t xml:space="preserve">[17:34] </w:t>
      </w:r>
      <w:r>
        <w:t>unhone kaha ke main bohat gaya hoon janaze mein, sab log bolte hain. Bolte rehte hain, har baat yeh theek nahi, woh theek nahi, aisa karo, waisa karo.</w:t>
      </w:r>
    </w:p>
    <w:p>
      <w:pPr>
        <w:jc w:val="right"/>
      </w:pPr>
      <w:r>
        <w:t>انہوں نے کہا کہ میں بہت گیا ہوں جنازے میں، سب لوگ بولتے ہیں۔ بولتے رہتے ہیں، ہر بات یہ ٹھیک نہیں، وہ ٹھیک نہیں، ایسا کرو، ویسا کرو۔</w:t>
      </w:r>
    </w:p>
    <w:p>
      <w:r>
        <w:rPr>
          <w:b/>
        </w:rPr>
        <w:t xml:space="preserve">[17:44] </w:t>
      </w:r>
      <w:r>
        <w:t>kuch na kuch kehte rehte hain. Aur aap chup chap khare the. Kuch bhi nahi bole. Maine kaha, kya woh bolne ka waqt hota hai?</w:t>
      </w:r>
    </w:p>
    <w:p>
      <w:pPr>
        <w:jc w:val="right"/>
      </w:pPr>
      <w:r>
        <w:t>کچھ نہ کچھ کہتے رہتے ہیں۔ اور آپ چپ چاپ کھڑے تھے۔ کچھ بھی نہیں بولے۔ میں نے کہا، کیا وہ بولنے کا وقت ہوتا ہے؟</w:t>
      </w:r>
    </w:p>
    <w:p>
      <w:r>
        <w:rPr>
          <w:b/>
        </w:rPr>
        <w:t xml:space="preserve">[17:55] </w:t>
      </w:r>
      <w:r>
        <w:t>woh lamha jab aap us ko yaad kar rahe hote hain ke main bhi isi tarah se qabar mein letne wala hoon.</w:t>
      </w:r>
    </w:p>
    <w:p>
      <w:pPr>
        <w:jc w:val="right"/>
      </w:pPr>
      <w:r>
        <w:t>وہ لمحہ جب آپ اس کو یاد کر رہے ہوتے ہیں کہ میں بھی اسی طرح سے قبر میں لیٹنے والا ہوں۔</w:t>
      </w:r>
    </w:p>
    <w:p>
      <w:r>
        <w:rPr>
          <w:b/>
        </w:rPr>
        <w:t xml:space="preserve">[18:05] </w:t>
      </w:r>
      <w:r>
        <w:t>maine kaha ke maut ko is ne dekha jis ne doosre ki maut mein apne aap ko dekha.</w:t>
      </w:r>
    </w:p>
    <w:p>
      <w:pPr>
        <w:jc w:val="right"/>
      </w:pPr>
      <w:r>
        <w:t>میں نے کہا کہ موت کو اس نے دیکھا جس نے دوسرے کی موت میں اپنے آپ کو دیکھا۔</w:t>
      </w:r>
    </w:p>
    <w:p>
      <w:r>
        <w:rPr>
          <w:b/>
        </w:rPr>
        <w:t xml:space="preserve">[18:14] </w:t>
      </w:r>
      <w:r>
        <w:t>doosre ki maut mein jis ne dekha ke main bhi isi tarah marne wala hoon. To zahir hai ke jo aadmi doosre ki maut mein apni maut dekh raha ho, jo doosre ki qabar mein apne aap ko dafan hote hue pa raha ho,</w:t>
      </w:r>
    </w:p>
    <w:p>
      <w:pPr>
        <w:jc w:val="right"/>
      </w:pPr>
      <w:r>
        <w:t>دوسرے کی موت میں جس نے دیکھا کہ میں بھی اسی طرح مرنے والا ہوں۔ تو ظاہر ہے کہ جو آدمی دوسرے کی موت میں اپنی موت دیکھ رہا ہو، جو دوسرے کی قبر میں اپنے آپ کو دفن ہوتے ہوئے پا رہا ہو،</w:t>
      </w:r>
    </w:p>
    <w:p>
      <w:r>
        <w:rPr>
          <w:b/>
        </w:rPr>
        <w:t xml:space="preserve">[18:29] </w:t>
      </w:r>
      <w:r>
        <w:t>to kya bolega woh?</w:t>
      </w:r>
    </w:p>
    <w:p>
      <w:pPr>
        <w:jc w:val="right"/>
      </w:pPr>
      <w:r>
        <w:t>تو کیا بولے گا وہ؟</w:t>
      </w:r>
    </w:p>
    <w:p>
      <w:r>
        <w:rPr>
          <w:b/>
        </w:rPr>
        <w:t xml:space="preserve">[18:34] </w:t>
      </w:r>
      <w:r>
        <w:t>woh to aisa waqt hota hai ke aadmi bezaban ho jaye.</w:t>
      </w:r>
    </w:p>
    <w:p>
      <w:pPr>
        <w:jc w:val="right"/>
      </w:pPr>
      <w:r>
        <w:t>وہ تو ایسا وقت ہوتا ہے کہ آدمی بے زبان ہو جائے۔</w:t>
      </w:r>
    </w:p>
    <w:p>
      <w:r>
        <w:rPr>
          <w:b/>
        </w:rPr>
        <w:t xml:space="preserve">[18:43] </w:t>
      </w:r>
      <w:r>
        <w:t>be zuban ho jae.</w:t>
      </w:r>
    </w:p>
    <w:p>
      <w:pPr>
        <w:jc w:val="right"/>
      </w:pPr>
      <w:r>
        <w:t>بے زبان ہو جائے۔</w:t>
      </w:r>
    </w:p>
    <w:p>
      <w:r>
        <w:rPr>
          <w:b/>
        </w:rPr>
        <w:t xml:space="preserve">[18:47] </w:t>
      </w:r>
      <w:r>
        <w:t>to maut aik yaad dahani hai. bohat bara yaad dahani.</w:t>
      </w:r>
    </w:p>
    <w:p>
      <w:pPr>
        <w:jc w:val="right"/>
      </w:pPr>
      <w:r>
        <w:t>تو موت ایک یاد دہانی ہے۔ بہت بڑا یاد دہانی۔</w:t>
      </w:r>
    </w:p>
    <w:p>
      <w:r>
        <w:rPr>
          <w:b/>
        </w:rPr>
        <w:t xml:space="preserve">[18:56] </w:t>
      </w:r>
      <w:r>
        <w:t>yaad dahani kis baat ka</w:t>
      </w:r>
    </w:p>
    <w:p>
      <w:pPr>
        <w:jc w:val="right"/>
      </w:pPr>
      <w:r>
        <w:t>یاد دہانی کس بات کا</w:t>
      </w:r>
    </w:p>
    <w:p>
      <w:r>
        <w:rPr>
          <w:b/>
        </w:rPr>
        <w:t xml:space="preserve">[18:59] </w:t>
      </w:r>
      <w:r>
        <w:t>? is baat ka ke jis ne hamein paida kiya tha usi ki taraf hamein lot kar jana hai. inna lillahi wa inna ilaihi raji'un.</w:t>
      </w:r>
    </w:p>
    <w:p>
      <w:pPr>
        <w:jc w:val="right"/>
      </w:pPr>
      <w:r>
        <w:t>؟ اس بات کا کہ جس نے ہمیں پیدا کیا تھا اسی کی طرف ہمیں لوٹ کر جانا ہے۔ إنا لله وإنا إليه راجعون ۔</w:t>
      </w:r>
    </w:p>
    <w:p>
      <w:r>
        <w:rPr>
          <w:b/>
        </w:rPr>
        <w:t xml:space="preserve">[19:13] </w:t>
      </w:r>
      <w:r>
        <w:t>aadmi dunya mein is tarah rehta hai jaise ke bas wo azaad hai. jo chahe kare, jehe chahe rahe.</w:t>
      </w:r>
    </w:p>
    <w:p>
      <w:pPr>
        <w:jc w:val="right"/>
      </w:pPr>
      <w:r>
        <w:t>آدمی دنیا میں اس طرح رہتا ہے جیسے کہ بس وہ آزاد ہے۔ جو چاہے کرے، جہے چاہے رہے۔</w:t>
      </w:r>
    </w:p>
    <w:p>
      <w:r>
        <w:rPr>
          <w:b/>
        </w:rPr>
        <w:t xml:space="preserve">[19:22] </w:t>
      </w:r>
      <w:r>
        <w:t>achanak maut aa kar batati hai ke tum galat soch mein the.</w:t>
      </w:r>
    </w:p>
    <w:p>
      <w:pPr>
        <w:jc w:val="right"/>
      </w:pPr>
      <w:r>
        <w:t>اچانک موت آ کر بتاتی ہے کہ تم غلط سوچ میں تھے۔</w:t>
      </w:r>
    </w:p>
    <w:p>
      <w:r>
        <w:rPr>
          <w:b/>
        </w:rPr>
        <w:t xml:space="preserve">[19:30] </w:t>
      </w:r>
      <w:r>
        <w:t>tum galat soch mein the, tum Khuda ke control mein ho. tumhari azaadi khatm.</w:t>
      </w:r>
    </w:p>
    <w:p>
      <w:pPr>
        <w:jc w:val="right"/>
      </w:pPr>
      <w:r>
        <w:t>تم غلط سوچ میں تھے، تم خدا کے کنٹرول میں ہو۔ تمہاری آزادی ختم۔</w:t>
      </w:r>
    </w:p>
    <w:p>
      <w:r>
        <w:rPr>
          <w:b/>
        </w:rPr>
        <w:t xml:space="preserve">[19:40] </w:t>
      </w:r>
      <w:r>
        <w:t>ab dekhiye, aik aadmi chalis saal, pachas saal, saath saal, sattar saal, assi saal bas isi tarah mar jata hai wo. to azaadi kitni azaad azaadi hamein mili hui hai.</w:t>
      </w:r>
    </w:p>
    <w:p>
      <w:pPr>
        <w:jc w:val="right"/>
      </w:pPr>
      <w:r>
        <w:t>اب دیکھئے، ایک آدمی چالیس سال، پچاس سال، ساٹھ سال، ستر سال، اسی سال بس اسی طرح مر جاتا ہے وہ۔ تو آزادی کتنی آزاد آزادی ہمیں ملی ہوئی ہے۔</w:t>
      </w:r>
    </w:p>
    <w:p>
      <w:r>
        <w:rPr>
          <w:b/>
        </w:rPr>
        <w:t xml:space="preserve">[19:54] </w:t>
      </w:r>
      <w:r>
        <w:t>to aadmi ko maut jo hai, aadmi ko yaad dilati hai</w:t>
      </w:r>
    </w:p>
    <w:p>
      <w:pPr>
        <w:jc w:val="right"/>
      </w:pPr>
      <w:r>
        <w:t>تو آدمی کو موت جو ہے، آدمی کو یاد دلاتی ہے</w:t>
      </w:r>
    </w:p>
    <w:p>
      <w:r>
        <w:rPr>
          <w:b/>
        </w:rPr>
        <w:t xml:space="preserve">[20:02] </w:t>
      </w:r>
      <w:r>
        <w:t>ke jis tarah se Khuda ne mujh ko paida kiya hai, usi tarah Khuda mujhe wapas bula lega.</w:t>
      </w:r>
    </w:p>
    <w:p>
      <w:pPr>
        <w:jc w:val="right"/>
      </w:pPr>
      <w:r>
        <w:t>کہ جس طرح سے خدا نے مجھ کو پیدا کیا ہے، اسی طرح خدا مجھے واپس بلا لے گا۔</w:t>
      </w:r>
    </w:p>
    <w:p>
      <w:r>
        <w:rPr>
          <w:b/>
        </w:rPr>
        <w:t xml:space="preserve">[20:13] </w:t>
      </w:r>
      <w:r>
        <w:t>yahan mein bataunga, batana chahunga ke Khuda ka takhleeqi mansooba kya hai?</w:t>
      </w:r>
    </w:p>
    <w:p>
      <w:pPr>
        <w:jc w:val="right"/>
      </w:pPr>
      <w:r>
        <w:t>یہاں میں بتاؤں گا، بتانا چاہوں گا کہ خدا کا تخلیقی منصوبہ کیا ہے؟</w:t>
      </w:r>
    </w:p>
    <w:p>
      <w:r>
        <w:rPr>
          <w:b/>
        </w:rPr>
        <w:t xml:space="preserve">[20:23] </w:t>
      </w:r>
      <w:r>
        <w:t>aur maut ka is mein kya darja hai?</w:t>
      </w:r>
    </w:p>
    <w:p>
      <w:pPr>
        <w:jc w:val="right"/>
      </w:pPr>
      <w:r>
        <w:t>اور موت کا اس میں کیا درجہ ہے؟</w:t>
      </w:r>
    </w:p>
    <w:p>
      <w:r>
        <w:rPr>
          <w:b/>
        </w:rPr>
        <w:t xml:space="preserve">[20:28] </w:t>
      </w:r>
      <w:r>
        <w:t>dekhiye, Islam mein jo bataya gaya hai, is ke mutabiq hamari zindagi hamein abdi zindagi mili hai.</w:t>
      </w:r>
    </w:p>
    <w:p>
      <w:pPr>
        <w:jc w:val="right"/>
      </w:pPr>
      <w:r>
        <w:t>دیکھئے، اسلام میں جو بتایا گیا ہے، اس کے مطابق ہماری زندگی ہمیں ابدی زندگی ملی ہے۔</w:t>
      </w:r>
    </w:p>
    <w:p>
      <w:r>
        <w:rPr>
          <w:b/>
        </w:rPr>
        <w:t xml:space="preserve">[20:38] </w:t>
      </w:r>
      <w:r>
        <w:t>hamari zindagi abdi hai. lekin Khuda ne is ko bant diya hai do hisson mein.</w:t>
      </w:r>
    </w:p>
    <w:p>
      <w:pPr>
        <w:jc w:val="right"/>
      </w:pPr>
      <w:r>
        <w:t>ہماری زندگی ابدی ہے۔ لیکن خدا نے اس کو بانٹ دیا ہے دو حصوں میں۔</w:t>
      </w:r>
    </w:p>
    <w:p>
      <w:r>
        <w:rPr>
          <w:b/>
        </w:rPr>
        <w:t xml:space="preserve">[20:48] </w:t>
      </w:r>
      <w:r>
        <w:t>aik hai pre-death period, aik hai post-death period.</w:t>
      </w:r>
    </w:p>
    <w:p>
      <w:pPr>
        <w:jc w:val="right"/>
      </w:pPr>
      <w:r>
        <w:t>ایک ہے پری ڈیتھ پیریڈ، ایک ہے پوسٹ ڈیتھ پیریڈ۔</w:t>
      </w:r>
    </w:p>
    <w:p>
      <w:r>
        <w:rPr>
          <w:b/>
        </w:rPr>
        <w:t xml:space="preserve">[20:56] </w:t>
      </w:r>
      <w:r>
        <w:t>hamari zindagi ka aik hissa hai jo pre death period mein hai. aik hissa wo hai jo post death period mein hai.</w:t>
      </w:r>
    </w:p>
    <w:p>
      <w:pPr>
        <w:jc w:val="right"/>
      </w:pPr>
      <w:r>
        <w:t>ہماری زندگی کا ایک حصہ ہے جو پری ڈیتھ پیریڈ میں ہے۔ ایک حصہ وہ ہے جو پوسٹ ڈیتھ پیریڈ میں ہے۔</w:t>
      </w:r>
    </w:p>
    <w:p>
      <w:r>
        <w:rPr>
          <w:b/>
        </w:rPr>
        <w:t xml:space="preserve">[21:05] </w:t>
      </w:r>
      <w:r>
        <w:t>to Quran mein hai ke khalaqal mauta wal hayata li yabluakum ayyukum ayyuhum ahsanun amala. to pre death period kya hai? yeh hai testing ground.</w:t>
      </w:r>
    </w:p>
    <w:p>
      <w:pPr>
        <w:jc w:val="right"/>
      </w:pPr>
      <w:r>
        <w:t>تو قرآن میں ہے کہ خَلَقَ الْمَوْتَ وَالْحَيَاةَ لِيَعْبْلُوهُمْ مَيِّكُمْ مَا سَنُو عَمَلَا ۔ تو پری ڈیتھ پیریڈ کیا ہے؟ یہ ہے ٹیسٹنگ گراؤنڈ۔</w:t>
      </w:r>
    </w:p>
    <w:p>
      <w:r>
        <w:rPr>
          <w:b/>
        </w:rPr>
        <w:t xml:space="preserve">[21:18] </w:t>
      </w:r>
      <w:r>
        <w:t>yeh hai bilkul examination hall. pre death period mein hum test par hain.</w:t>
      </w:r>
    </w:p>
    <w:p>
      <w:pPr>
        <w:jc w:val="right"/>
      </w:pPr>
      <w:r>
        <w:t>یہ ہے بالکل ایگزامینیشن ہال۔ پری ڈیتھ پیریڈ میں ہم ٹیسٹ پر ہیں۔</w:t>
      </w:r>
    </w:p>
    <w:p>
      <w:r>
        <w:rPr>
          <w:b/>
        </w:rPr>
        <w:t xml:space="preserve">[21:27] </w:t>
      </w:r>
      <w:r>
        <w:t>jo kuch hamein milta hai yahan, aulad ho, rishtedar hon, dost hon, paisa ho, aur jo mawad infrastructure hai, yeh hamein ba taur inaam nahi milta.</w:t>
      </w:r>
    </w:p>
    <w:p>
      <w:pPr>
        <w:jc w:val="right"/>
      </w:pPr>
      <w:r>
        <w:t>جو کچھ ہمیں ملتا ہے یہاں، اولاد ہو، رشتہ دار ہوں، دوست ہوں، پیسہ ہو، اور جو مواد انفراسٹرکچر ہے، یہ ہمیں بطور انعام نہیں ملتا۔</w:t>
      </w:r>
    </w:p>
    <w:p>
      <w:r>
        <w:rPr>
          <w:b/>
        </w:rPr>
        <w:t xml:space="preserve">[21:41] </w:t>
      </w:r>
      <w:r>
        <w:t>inaam ke taur par nahi milta. yeh milta hai test paper ke taur par.</w:t>
      </w:r>
    </w:p>
    <w:p>
      <w:pPr>
        <w:jc w:val="right"/>
      </w:pPr>
      <w:r>
        <w:t>انعام کے طور پر نہیں ملتا۔ یہ ملتا ہے ٹیسٹ پیپر کے طور پر۔</w:t>
      </w:r>
    </w:p>
    <w:p>
      <w:r>
        <w:rPr>
          <w:b/>
        </w:rPr>
        <w:t xml:space="preserve">[21:48] </w:t>
      </w:r>
      <w:r>
        <w:t>yani</w:t>
      </w:r>
    </w:p>
    <w:p>
      <w:pPr>
        <w:jc w:val="right"/>
      </w:pPr>
      <w:r>
        <w:t>یعنی</w:t>
      </w:r>
    </w:p>
    <w:p>
      <w:r>
        <w:rPr>
          <w:b/>
        </w:rPr>
        <w:t xml:space="preserve">[21:52] </w:t>
      </w:r>
      <w:r>
        <w:t>is dunya mein</w:t>
      </w:r>
    </w:p>
    <w:p>
      <w:pPr>
        <w:jc w:val="right"/>
      </w:pPr>
      <w:r>
        <w:t>اس دنیا میں</w:t>
      </w:r>
    </w:p>
    <w:p>
      <w:r>
        <w:rPr>
          <w:b/>
        </w:rPr>
        <w:t xml:space="preserve">[21:58] </w:t>
      </w:r>
      <w:r>
        <w:t>ghareeb, ghareebi bhi test hai, amiri bhi test hai. paise wala hona bhi test hai, be ghar hona bhi test hai.</w:t>
      </w:r>
    </w:p>
    <w:p>
      <w:pPr>
        <w:jc w:val="right"/>
      </w:pPr>
      <w:r>
        <w:t>غریب، غریبی بھی ٹیسٹ ہے، امیری بھی ٹیسٹ ہے۔ پیسے والا ہونا بھی ٹیسٹ ہے، بے گھر ہونا بھی ٹیسٹ ہے۔</w:t>
      </w:r>
    </w:p>
    <w:p>
      <w:r>
        <w:rPr>
          <w:b/>
        </w:rPr>
        <w:t xml:space="preserve">[22:08] </w:t>
      </w:r>
      <w:r>
        <w:t>ghar wala hona bhi test hai, be ghar hona bhi test hai. taqat hai tab bhi test hai, taqat nahi hai tab bhi test hai.</w:t>
      </w:r>
    </w:p>
    <w:p>
      <w:pPr>
        <w:jc w:val="right"/>
      </w:pPr>
      <w:r>
        <w:t>گھر والا ہونا بھی ٹیسٹ ہے، بے گھر ہونا بھی ٹیسٹ ہے۔ طاقت ہے تب بھی ٹیسٹ ہے، طاقت نہیں ہے تب بھی ٹیسٹ ہے۔</w:t>
      </w:r>
    </w:p>
    <w:p>
      <w:r>
        <w:rPr>
          <w:b/>
        </w:rPr>
        <w:t xml:space="preserve">[22:17] </w:t>
      </w:r>
      <w:r>
        <w:t>sab kuch test hai. har cheez jo dunya mein hamein mili hui hai, yahan tak ke hath, aankh, paon, yeh bhi test ke liye hai. sab kuch test paper hai.</w:t>
      </w:r>
    </w:p>
    <w:p>
      <w:pPr>
        <w:jc w:val="right"/>
      </w:pPr>
      <w:r>
        <w:t>سب کچھ ٹیسٹ ہے۔ ہر چیز جو دنیا میں ہمیں ملی ہوئی ہے، یہاں تک کہ ہاتھ، آنکھ، پاؤں، یہ بھی ٹیسٹ کے لئے ہے۔ سب کچھ ٹیسٹ پیپر ہے۔</w:t>
      </w:r>
    </w:p>
    <w:p>
      <w:r>
        <w:rPr>
          <w:b/>
        </w:rPr>
        <w:t xml:space="preserve">[22:28] </w:t>
      </w:r>
      <w:r>
        <w:t>in'aam ke taur par kuch bhi nahin hai. maine dekha kai log ghar banate hain to likh dete hain hadha min fadl rabbi .</w:t>
      </w:r>
    </w:p>
    <w:p>
      <w:pPr>
        <w:jc w:val="right"/>
      </w:pPr>
      <w:r>
        <w:t>انعام کے طور پر کچھ بھی نہیں ہے۔ میں نے دیکھا کئی لوگ گھر بناتے ہیں تو لکھ دیتے ہیں هذا من فضل ربي ۔</w:t>
      </w:r>
    </w:p>
    <w:p>
      <w:r>
        <w:rPr>
          <w:b/>
        </w:rPr>
        <w:t xml:space="preserve">[22:38] </w:t>
      </w:r>
      <w:r>
        <w:t>yeh mere liye khuda ki barkat hai, khuda ka in'aam hai. yeh bilkul galat hai.</w:t>
      </w:r>
    </w:p>
    <w:p>
      <w:pPr>
        <w:jc w:val="right"/>
      </w:pPr>
      <w:r>
        <w:t>یہ میرے لئے خدا کی برکت ہے، خدا کا انعام ہے۔ یہ بالکل غلط ہے۔</w:t>
      </w:r>
    </w:p>
    <w:p>
      <w:r>
        <w:rPr>
          <w:b/>
        </w:rPr>
        <w:t xml:space="preserve">[22:44] </w:t>
      </w:r>
      <w:r>
        <w:t>kuch nahin. dunya mein kuch bhi mile aap ko, woh sirf test ke liye hota hai.</w:t>
      </w:r>
    </w:p>
    <w:p>
      <w:pPr>
        <w:jc w:val="right"/>
      </w:pPr>
      <w:r>
        <w:t>کچھ نہیں۔ دنیا میں کچھ بھی ملے آپ کو، وہ صرف ٹیسٹ کے لئے ہوتا ہے۔</w:t>
      </w:r>
    </w:p>
    <w:p>
      <w:r>
        <w:rPr>
          <w:b/>
        </w:rPr>
        <w:t xml:space="preserve">[22:53] </w:t>
      </w:r>
      <w:r>
        <w:t>test ke liye hota hai. yaani jaanchne ke liye ke aap ne jo aazadi mili hui hai, aazadi, us ko kis tarah istemal kiya.</w:t>
      </w:r>
    </w:p>
    <w:p>
      <w:pPr>
        <w:jc w:val="right"/>
      </w:pPr>
      <w:r>
        <w:t>ٹیسٹ کے لئے ہوتا ہے۔ یعنی جانچنے کے لئے کہ آپ نے جو آزادی ملی ہوئی ہے، آزادی، اس کو کس طرح استعمال کیا۔</w:t>
      </w:r>
    </w:p>
    <w:p>
      <w:r>
        <w:rPr>
          <w:b/>
        </w:rPr>
        <w:t xml:space="preserve">[23:04] </w:t>
      </w:r>
      <w:r>
        <w:t>galat istemal kiya ya durust istemal kiya. aazadi ke test ke liye yeh saare papers hain.</w:t>
      </w:r>
    </w:p>
    <w:p>
      <w:pPr>
        <w:jc w:val="right"/>
      </w:pPr>
      <w:r>
        <w:t>غلط استعمال کیا یا درست استعمال کیا۔ آزادی کے ٹیسٹ کے لئے یہ سارے پیپرز ہیں۔</w:t>
      </w:r>
    </w:p>
    <w:p>
      <w:r>
        <w:rPr>
          <w:b/>
        </w:rPr>
        <w:t xml:space="preserve">[23:14] </w:t>
      </w:r>
      <w:r>
        <w:t>yeh bohat bari, yaani islam ki bohat bari taleem hai ke dunya mein koi bhi cheez jo milti hai aadmi ko, woh in'aam nahin hoti, woh in'aam nahin hoti.</w:t>
      </w:r>
    </w:p>
    <w:p>
      <w:pPr>
        <w:jc w:val="right"/>
      </w:pPr>
      <w:r>
        <w:t>یہ بہت بڑی، یعنی اسلام کی بہت بڑی تعلیم ہے کہ دنیا میں کوئی بھی چیز جو ملتی ہے آدمی کو، وہ انعام نہیں ہوتی، وہ انعام نہیں ہوتی۔</w:t>
      </w:r>
    </w:p>
    <w:p>
      <w:r>
        <w:rPr>
          <w:b/>
        </w:rPr>
        <w:t xml:space="preserve">[23:27] </w:t>
      </w:r>
      <w:r>
        <w:t>woh sirf test paper hota hai. bas in'aam to milega baad ko.</w:t>
      </w:r>
    </w:p>
    <w:p>
      <w:pPr>
        <w:jc w:val="right"/>
      </w:pPr>
      <w:r>
        <w:t>وہ صرف ٹیسٹ پیپر ہوتا ہے۔ بس انعام تو ملے گا بعد کو۔</w:t>
      </w:r>
    </w:p>
    <w:p>
      <w:r>
        <w:rPr>
          <w:b/>
        </w:rPr>
        <w:t xml:space="preserve">[23:35] </w:t>
      </w:r>
      <w:r>
        <w:t>yaani yahan ke record par dunya mein pre death period mein hum kaise rahe hain, is ka record ban raha hai.</w:t>
      </w:r>
    </w:p>
    <w:p>
      <w:pPr>
        <w:jc w:val="right"/>
      </w:pPr>
      <w:r>
        <w:t>یعنی یہاں کے ریکارڈ پر دنیا میں پری ڈیتھ پیریڈ میں ہم کیسے رہے ہیں، اس کا ریکارڈ بن رہا ہے۔</w:t>
      </w:r>
    </w:p>
    <w:p>
      <w:r>
        <w:rPr>
          <w:b/>
        </w:rPr>
        <w:t xml:space="preserve">[23:46] </w:t>
      </w:r>
      <w:r>
        <w:t>quran mein yeh hai ke har insaan ke saath do farishte hain, woh record banate rehte hain.</w:t>
      </w:r>
    </w:p>
    <w:p>
      <w:pPr>
        <w:jc w:val="right"/>
      </w:pPr>
      <w:r>
        <w:t>قرآن میں یہ ہے کہ ہر انسان کے ساتھ دو فرشتے ہیں، وہ ریکارڈ بناتے رہتے ہیں۔</w:t>
      </w:r>
    </w:p>
    <w:p>
      <w:r>
        <w:rPr>
          <w:b/>
        </w:rPr>
        <w:t xml:space="preserve">[23:56] </w:t>
      </w:r>
      <w:r>
        <w:t>yaani hamari guftagu ka record, hamare amal ka record, hamari sargarmiyon ka record, yahan tak ke hamare irade ka record bana rahe hain, bana rahe hain, bana rahe hain.</w:t>
      </w:r>
    </w:p>
    <w:p>
      <w:pPr>
        <w:jc w:val="right"/>
      </w:pPr>
      <w:r>
        <w:t>یعنی ہماری گفتگو کا ریکارڈ، ہمارے عمل کا ریکارڈ، ہماری سرگرمیوں کا ریکارڈ، یہاں تک کہ ہمارے ارادے کا ریکارڈ بنا رہے ہیں، بنا رہے ہیں، بنا رہے ہیں۔</w:t>
      </w:r>
    </w:p>
    <w:p>
      <w:r>
        <w:rPr>
          <w:b/>
        </w:rPr>
        <w:t xml:space="preserve">[24:09] </w:t>
      </w:r>
      <w:r>
        <w:t>yeh sara record pesh hoga post death period mein khuda ke samne. is record ki roshni mein faisla kiya jayega.</w:t>
      </w:r>
    </w:p>
    <w:p>
      <w:pPr>
        <w:jc w:val="right"/>
      </w:pPr>
      <w:r>
        <w:t>یہ سارا ریکارڈ پیش ہوگا پوسٹ ڈیتھ پیریڈ میں خدا کے سامنے۔ اس ریکارڈ کی روشنی میں فیصلہ کیا جائے گا۔</w:t>
      </w:r>
    </w:p>
    <w:p>
      <w:r>
        <w:rPr>
          <w:b/>
        </w:rPr>
        <w:t xml:space="preserve">[24:20] </w:t>
      </w:r>
      <w:r>
        <w:t>wahan par in'aam hai ya saza hai.</w:t>
      </w:r>
    </w:p>
    <w:p>
      <w:pPr>
        <w:jc w:val="right"/>
      </w:pPr>
      <w:r>
        <w:t>وہاں پر انعام ہے یا سزا ہے۔</w:t>
      </w:r>
    </w:p>
    <w:p>
      <w:r>
        <w:rPr>
          <w:b/>
        </w:rPr>
        <w:t xml:space="preserve">[24:25] </w:t>
      </w:r>
      <w:r>
        <w:t>dunya mein agar koi museebat mein hai to woh saza nahin hai. dunya mein agar sailabi aa gaya ya zalzala aa gaya to woh saza nahin tha, woh.</w:t>
      </w:r>
    </w:p>
    <w:p>
      <w:pPr>
        <w:jc w:val="right"/>
      </w:pPr>
      <w:r>
        <w:t>دنیا میں اگر کوئی مصیبت میں ہے تو وہ سزا نہیں ہے۔ دنیا میں اگر سیلابی آگیا یا زلزلہ آگیا تو وہ سزا نہیں تھا، وہ۔</w:t>
      </w:r>
    </w:p>
    <w:p>
      <w:r>
        <w:rPr>
          <w:b/>
        </w:rPr>
        <w:t xml:space="preserve">[24:37] </w:t>
      </w:r>
      <w:r>
        <w:t>woh to qanoon fitrat ke mutabiq hota hai.</w:t>
      </w:r>
    </w:p>
    <w:p>
      <w:pPr>
        <w:jc w:val="right"/>
      </w:pPr>
      <w:r>
        <w:t>وہ تو قانون فطرت کے مطابق ہوتا ہے۔</w:t>
      </w:r>
    </w:p>
    <w:p>
      <w:r>
        <w:rPr>
          <w:b/>
        </w:rPr>
        <w:t xml:space="preserve">[24:45] </w:t>
      </w:r>
      <w:r>
        <w:t>chahe saza ho, chahe in'aam ho, chahe in'aam ho, dono hi post death period mein milenge kisi ko.</w:t>
      </w:r>
    </w:p>
    <w:p>
      <w:pPr>
        <w:jc w:val="right"/>
      </w:pPr>
      <w:r>
        <w:t>چاہے سزا ہو، چاہے انعام ہو، چاہے انعام ہو، دونوں ہی پوسٹ ڈیتھ پیریڈ میں ملیں گے کسی کو۔</w:t>
      </w:r>
    </w:p>
    <w:p>
      <w:r>
        <w:rPr>
          <w:b/>
        </w:rPr>
        <w:t xml:space="preserve">[24:53] </w:t>
      </w:r>
      <w:r>
        <w:t>is se pehle milne wale nahin hain.</w:t>
      </w:r>
    </w:p>
    <w:p>
      <w:pPr>
        <w:jc w:val="right"/>
      </w:pPr>
      <w:r>
        <w:t>اس سے پہلے ملنے والے نہیں ہیں۔</w:t>
      </w:r>
    </w:p>
    <w:p>
      <w:r>
        <w:rPr>
          <w:b/>
        </w:rPr>
        <w:t xml:space="preserve">[24:58] </w:t>
      </w:r>
      <w:r>
        <w:t>to khuda ka jo takhliqi mansooba hai, us mein yahi bataya gaya hai ke insaan ko dunya mein paida kiya gaya hai test ke liye.</w:t>
      </w:r>
    </w:p>
    <w:p>
      <w:pPr>
        <w:jc w:val="right"/>
      </w:pPr>
      <w:r>
        <w:t>تو خدا کا جو تخلیقی منصوبہ ہے، اس میں یہی بتایا گیا ہے کہ انسان کو دنیا میں پیدا کیا گیا ہے ٹیسٹ کے لئے۔</w:t>
      </w:r>
    </w:p>
    <w:p>
      <w:r>
        <w:rPr>
          <w:b/>
        </w:rPr>
        <w:t xml:space="preserve">[25:11] </w:t>
      </w:r>
      <w:r>
        <w:t>aur yahan jis tarah woh rahega, usi par post death period mein us ko ya to saza milega ya in'aam milega.</w:t>
      </w:r>
    </w:p>
    <w:p>
      <w:pPr>
        <w:jc w:val="right"/>
      </w:pPr>
      <w:r>
        <w:t>اور یہاں جس طرح وہ رہے گا، اسی پر پوسٹ ڈیتھ پیریڈ میں اس کو یا تو سزا ملے گا یا انعام ملے گا۔</w:t>
      </w:r>
    </w:p>
    <w:p>
      <w:r>
        <w:rPr>
          <w:b/>
        </w:rPr>
        <w:t xml:space="preserve">[25:21] </w:t>
      </w:r>
      <w:r>
        <w:t>yahan main yaad dilaoon ke is baat ko na samajhne ki wajah se bare bare falsafi jo hain, ek galat fehmi mein pade rahe. aap padhiye to jitne falsafi hain, jitne mufakkir hain, jitne mufakkir hain, sab ke sab idealist the.</w:t>
      </w:r>
    </w:p>
    <w:p>
      <w:pPr>
        <w:jc w:val="right"/>
      </w:pPr>
      <w:r>
        <w:t>یہاں میں یاد دلاؤں کہ اس بات کو نہ سمجھنے کی وجہ سے بڑے بڑے فلسفی جو ہیں، ایک غلط فہمی میں پڑے رہے۔ آپ پڑھئے تو جتنے فلسفی ہیں، جتنے مفکر ہیں، جتنے مفکر ہیں، سب کے سب آئیڈیلسٹ تھے۔</w:t>
      </w:r>
    </w:p>
    <w:p>
      <w:r>
        <w:rPr>
          <w:b/>
        </w:rPr>
        <w:t xml:space="preserve">[25:39] </w:t>
      </w:r>
      <w:r>
        <w:t>yaani sab ke sab. saqraat aur plato aur aflatoon se le kar aaj tak jitne bhi hain, sab idealist.</w:t>
      </w:r>
    </w:p>
    <w:p>
      <w:pPr>
        <w:jc w:val="right"/>
      </w:pPr>
      <w:r>
        <w:t>یعنی سب کے سب۔ سقراط اور پلیٹو اور افلاطون سے لے کر آج تک جتنے بھی ہیں، سب آئیڈیلسٹ۔</w:t>
      </w:r>
    </w:p>
    <w:p>
      <w:r>
        <w:rPr>
          <w:b/>
        </w:rPr>
        <w:t xml:space="preserve">[25:48] </w:t>
      </w:r>
      <w:r>
        <w:t>har ek ne chaha ke ideal system banayein. ideal riyasat, ideal samaj, ideal qaum.</w:t>
      </w:r>
    </w:p>
    <w:p>
      <w:pPr>
        <w:jc w:val="right"/>
      </w:pPr>
      <w:r>
        <w:t>ہر ایک نے چاہا کہ آئیڈیل سسٹم بنائیں۔ آئیڈیل ریاست، آئیڈیل سماج، آئیڈیل قوم۔</w:t>
      </w:r>
    </w:p>
    <w:p>
      <w:r>
        <w:rPr>
          <w:b/>
        </w:rPr>
        <w:t xml:space="preserve">[25:57] </w:t>
      </w:r>
      <w:r>
        <w:t>har ek ne chaha banana. lekin aap jante hain ke kai hazar saal ki tareekh jo hum ko pata hai, woh batati hai ke kabhi bhi koi aadmi ideal samaj ya ideal riyasat ya ideal system na bana saka.</w:t>
      </w:r>
    </w:p>
    <w:p>
      <w:pPr>
        <w:jc w:val="right"/>
      </w:pPr>
      <w:r>
        <w:t>ہر ایک نے چاہا بنانا۔ لیکن آپ جانتے ہیں کہ کئی ہزار سال کی تاریخ جو ہم کو پتہ ہے، وہ بتاتی ہے کہ کبھی بھی کوئی آدمی آئیڈیل سماج یا آئیڈیل ریاست یا آئیڈیل سسٹم نہ بنا سکا۔</w:t>
      </w:r>
    </w:p>
    <w:p>
      <w:r>
        <w:rPr>
          <w:b/>
        </w:rPr>
        <w:t xml:space="preserve">[26:12] </w:t>
      </w:r>
      <w:r>
        <w:t>kyun?</w:t>
      </w:r>
    </w:p>
    <w:p>
      <w:pPr>
        <w:jc w:val="right"/>
      </w:pPr>
      <w:r>
        <w:t>کیوں؟</w:t>
      </w:r>
    </w:p>
    <w:p>
      <w:r>
        <w:rPr>
          <w:b/>
        </w:rPr>
        <w:t xml:space="preserve">[26:15] </w:t>
      </w:r>
      <w:r>
        <w:t>is dunya mein ideal</w:t>
      </w:r>
    </w:p>
    <w:p>
      <w:pPr>
        <w:jc w:val="right"/>
      </w:pPr>
      <w:r>
        <w:t>اس دنیا میں آئیڈیل</w:t>
      </w:r>
    </w:p>
    <w:p>
      <w:r>
        <w:rPr>
          <w:b/>
        </w:rPr>
        <w:t xml:space="preserve">[26:21] </w:t>
      </w:r>
      <w:r>
        <w:t>ko hasil karna mumkin hi nahin hai. jo kaha jata hai ke ideal ka usool hasil nahin hua, to bilkul sahi hai. kyun ke yeh jab dunya bani hai test ke liye to aap ideal ko kaise pa lenge?</w:t>
      </w:r>
    </w:p>
    <w:p>
      <w:pPr>
        <w:jc w:val="right"/>
      </w:pPr>
      <w:r>
        <w:t>کو حاصل کرنا ممکن ہی نہیں ہے۔ جو کہا جاتا ہے کہ آئیڈیل کا اصول حاصل نہیں ہوا، تو بالکل صحیح ہے۔ کیوں کہ یہ جب دنیا بنی ہے ٹیسٹ کے لئے تو آپ آئیڈیل کو کیسے پا لیں گے؟</w:t>
      </w:r>
    </w:p>
    <w:p>
      <w:r>
        <w:rPr>
          <w:b/>
        </w:rPr>
        <w:t xml:space="preserve">[26:37] </w:t>
      </w:r>
      <w:r>
        <w:t>yeh aisa hi hai jaise ke examination hall mein aap naukri nahi haasil kar sakte.</w:t>
      </w:r>
    </w:p>
    <w:p>
      <w:pPr>
        <w:jc w:val="right"/>
      </w:pPr>
      <w:r>
        <w:t>یہ ایسا ہی ہے جیسے کہ ایگزامینیشن ہال میں آپ نوکری نہیں حاصل کر سکتے۔</w:t>
      </w:r>
    </w:p>
    <w:p>
      <w:r>
        <w:rPr>
          <w:b/>
        </w:rPr>
        <w:t xml:space="preserve">[26:42] </w:t>
      </w:r>
      <w:r>
        <w:t>Examination hall mein aap sirf test paper de sakte hain. Bas. Examination hall kisi ko naukri nahi deta.</w:t>
      </w:r>
    </w:p>
    <w:p>
      <w:pPr>
        <w:jc w:val="right"/>
      </w:pPr>
      <w:r>
        <w:t>ایگزامینیشن ہال میں آپ صرف ٹیسٹ پیپر دے سکتے ہیں۔ بس۔ ایگزامینیشن ہال کسی کو نوکری نہیں دیتا۔</w:t>
      </w:r>
    </w:p>
    <w:p>
      <w:r>
        <w:rPr>
          <w:b/>
        </w:rPr>
        <w:t xml:space="preserve">[26:53] </w:t>
      </w:r>
      <w:r>
        <w:t>Naukri to bahar milta hai. Aise hi is dunya mein ideal dunya ban nahi sakti. Ideal riyasat ban nahi sakti. Ideal samajh ban nahi sakta.</w:t>
      </w:r>
    </w:p>
    <w:p>
      <w:pPr>
        <w:jc w:val="right"/>
      </w:pPr>
      <w:r>
        <w:t>نوکری تو باہر ملتا ہے۔ ایسے ہی اس دنیا میں آئیڈیل دنیا بن نہیں سکتی۔ آئیڈیل ریاست بن نہیں سکتی۔ آئیڈیل سماج بن نہیں سکتا۔</w:t>
      </w:r>
    </w:p>
    <w:p>
      <w:r>
        <w:rPr>
          <w:b/>
        </w:rPr>
        <w:t xml:space="preserve">[27:05] </w:t>
      </w:r>
      <w:r>
        <w:t>Kyun ke Khuda ne is dunya ko banaya jab test ke liye to woh yahan par woh saman hi nahi hai</w:t>
      </w:r>
    </w:p>
    <w:p>
      <w:pPr>
        <w:jc w:val="right"/>
      </w:pPr>
      <w:r>
        <w:t>کیوں کہ خدا نے اس دنیا کو بنایا جب ٹیسٹ کے لئے تو وہ یہاں پر وہ سامان ہی نہیں ہے</w:t>
      </w:r>
    </w:p>
    <w:p>
      <w:r>
        <w:rPr>
          <w:b/>
        </w:rPr>
        <w:t xml:space="preserve">[27:12] </w:t>
      </w:r>
      <w:r>
        <w:t>ke yahan par koi idealism chala sake. Yahan par aap ko kam az kam idealism par raazi hona hai. Kam az kam idealism par raazi hona hai.</w:t>
      </w:r>
    </w:p>
    <w:p>
      <w:pPr>
        <w:jc w:val="right"/>
      </w:pPr>
      <w:r>
        <w:t>کہ یہاں پر کوئی آئیڈیلزم چلا سکے۔ یہاں پر آپ کو کم از کم آئیڈیلزم پر راضی ہونا ہے۔ کم از کم آئیڈیلزم پر راضی ہونا ہے۔</w:t>
      </w:r>
    </w:p>
    <w:p>
      <w:r>
        <w:rPr>
          <w:b/>
        </w:rPr>
        <w:t xml:space="preserve">[27:22] </w:t>
      </w:r>
      <w:r>
        <w:t>Warna kya hoga? Mayusi hoga. Ideal sirf mil sakta hai post death period mein. Jisko hum kehte hain jannat.</w:t>
      </w:r>
    </w:p>
    <w:p>
      <w:pPr>
        <w:jc w:val="right"/>
      </w:pPr>
      <w:r>
        <w:t>ورنہ کیا ہوگا؟ مایوسی ہوگا۔ آئیڈیل صرف مل سکتا ہے پوسٹ ڈیتھ پیریڈ میں۔ جس کو ہم کہتے ہیں جنت۔</w:t>
      </w:r>
    </w:p>
    <w:p>
      <w:r>
        <w:rPr>
          <w:b/>
        </w:rPr>
        <w:t xml:space="preserve">[27:33] </w:t>
      </w:r>
      <w:r>
        <w:t>Jannat ideal dunya hai.</w:t>
      </w:r>
    </w:p>
    <w:p>
      <w:pPr>
        <w:jc w:val="right"/>
      </w:pPr>
      <w:r>
        <w:t>جنت آئیڈیل دنیا ہے۔</w:t>
      </w:r>
    </w:p>
    <w:p>
      <w:r>
        <w:rPr>
          <w:b/>
        </w:rPr>
        <w:t xml:space="preserve">[27:36] </w:t>
      </w:r>
      <w:r>
        <w:t>To aaj ki dunya jo hai woh test dunya hai. Aur jannat jo hai woh ideal dunya hai. To ideal dunya kis ko milega? Jo aaj ki dunya mein</w:t>
      </w:r>
    </w:p>
    <w:p>
      <w:pPr>
        <w:jc w:val="right"/>
      </w:pPr>
      <w:r>
        <w:t>تو آج کی دنیا جو ہے وہ ٹیسٹ دنیا ہے۔ اور جنت جو ہے وہ آئیڈیل دنیا ہے۔ تو آئیڈیل دنیا کس کو ملے گا؟ جو آج کی دنیا میں</w:t>
      </w:r>
    </w:p>
    <w:p>
      <w:r>
        <w:rPr>
          <w:b/>
        </w:rPr>
        <w:t xml:space="preserve">[27:49] </w:t>
      </w:r>
      <w:r>
        <w:t>apne ko mustahiq umeedwar saabit kar sake. Jo yeh bata sake ke woh sach much jo ahil kare is test mein jo liya ja raha hai.</w:t>
      </w:r>
    </w:p>
    <w:p>
      <w:pPr>
        <w:jc w:val="right"/>
      </w:pPr>
      <w:r>
        <w:t>اپنے کو مستحق امیدوار ثابت کر سکے۔ جو یہ بتا سکے کہ وہ سچ مچ جو اہل کرے اس ٹیسٹ میں جو لیا جا رہا ہے۔</w:t>
      </w:r>
    </w:p>
    <w:p>
      <w:r>
        <w:rPr>
          <w:b/>
        </w:rPr>
        <w:t xml:space="preserve">[27:59] </w:t>
      </w:r>
      <w:r>
        <w:t>Woh test kya hai?</w:t>
      </w:r>
    </w:p>
    <w:p>
      <w:pPr>
        <w:jc w:val="right"/>
      </w:pPr>
      <w:r>
        <w:t>وہ ٹیسٹ کیا ہے؟</w:t>
      </w:r>
    </w:p>
    <w:p>
      <w:r>
        <w:rPr>
          <w:b/>
        </w:rPr>
        <w:t xml:space="preserve">[28:01] </w:t>
      </w:r>
      <w:r>
        <w:t>Apni azaadi ko theek theek Khuda ke bataye hue had mein istemal karna.</w:t>
      </w:r>
    </w:p>
    <w:p>
      <w:pPr>
        <w:jc w:val="right"/>
      </w:pPr>
      <w:r>
        <w:t>اپنی آزادی کو ٹھیک ٹھیک خدا کے بتائے ہوئے حد میں استعمال کرنا۔</w:t>
      </w:r>
    </w:p>
    <w:p>
      <w:r>
        <w:rPr>
          <w:b/>
        </w:rPr>
        <w:t xml:space="preserve">[28:14] </w:t>
      </w:r>
      <w:r>
        <w:t>Khuda ne aap hum ko azaadi di hai lekin hum us ke liye. Yani jo hamari azaadi hamara haq nahi hai ke jaise chahe waise istemal karein azaadi ko.</w:t>
      </w:r>
    </w:p>
    <w:p>
      <w:pPr>
        <w:jc w:val="right"/>
      </w:pPr>
      <w:r>
        <w:t>خدا نے آپ ہم کو آزادی دی ہے لیکن ہم اس کے لئے۔ یعنی جو ہماری آزادی ہمارا حق نہیں ہے کہ جیسے چاہے ویسے استعمال کریں آزادی کو۔</w:t>
      </w:r>
    </w:p>
    <w:p>
      <w:r>
        <w:rPr>
          <w:b/>
        </w:rPr>
        <w:t xml:space="preserve">[28:29] </w:t>
      </w:r>
      <w:r>
        <w:t>Chaahe kuch bhi karein. Kuch bhi karenge to saza saamne aayegi. To jo test hai woh is baat ka hai ke azaadi ko kaise istemal kiya.</w:t>
      </w:r>
    </w:p>
    <w:p>
      <w:pPr>
        <w:jc w:val="right"/>
      </w:pPr>
      <w:r>
        <w:t>چاہے کچھ بھی کریں۔ کچھ بھی کریں گے تو سزا سامنے آئے گی۔ تو جو ٹیسٹ ہے وہ اس بات کا ہے کہ آزادی کو کیسے استعمال کیا۔</w:t>
      </w:r>
    </w:p>
    <w:p>
      <w:r>
        <w:rPr>
          <w:b/>
        </w:rPr>
        <w:t xml:space="preserve">[28:47] </w:t>
      </w:r>
      <w:r>
        <w:t>Isi ka baat ka test hai.</w:t>
      </w:r>
    </w:p>
    <w:p>
      <w:pPr>
        <w:jc w:val="right"/>
      </w:pPr>
      <w:r>
        <w:t>اسی کا بات کا ٹیسٹ ہے۔</w:t>
      </w:r>
    </w:p>
    <w:p>
      <w:r>
        <w:rPr>
          <w:b/>
        </w:rPr>
        <w:t xml:space="preserve">[28:54] </w:t>
      </w:r>
      <w:r>
        <w:t>Jaise khud Nabi ka haal yeh tha ke ek baar aisa hua ke un ke ek khadim ne ek ghalti ki.</w:t>
      </w:r>
    </w:p>
    <w:p>
      <w:pPr>
        <w:jc w:val="right"/>
      </w:pPr>
      <w:r>
        <w:t>جیسے خود نبی کا حال یہ تھا کہ ایک بار ایسا ہوا کہ ان کے ایک خادم نے ایک غلطی کی۔</w:t>
      </w:r>
    </w:p>
    <w:p>
      <w:r>
        <w:rPr>
          <w:b/>
        </w:rPr>
        <w:t xml:space="preserve">[29:06] </w:t>
      </w:r>
      <w:r>
        <w:t>Woh ghalti sach much janoon ghalti thi. Aap ko ghussa aa gaya.</w:t>
      </w:r>
    </w:p>
    <w:p>
      <w:pPr>
        <w:jc w:val="right"/>
      </w:pPr>
      <w:r>
        <w:t>وہ غلطی سچ مچ جینون غلطی تھی۔ آپ کو غصہ آگیا۔</w:t>
      </w:r>
    </w:p>
    <w:p>
      <w:r>
        <w:rPr>
          <w:b/>
        </w:rPr>
        <w:t xml:space="preserve">[29:13] </w:t>
      </w:r>
      <w:r>
        <w:t>Aap ke haath mein us waqt miswak thi yani jisko kehte hain aap danton ki brush. Aaj kal ki zuban mein danton ki brush.</w:t>
      </w:r>
    </w:p>
    <w:p>
      <w:pPr>
        <w:jc w:val="right"/>
      </w:pPr>
      <w:r>
        <w:t>آپ کے ہاتھ میں اس وقت مسواک تھی یعنی جس کو کہتے ہیں آپ دانتوں کی برش۔ آج کل کی زبان میں دانتوں کی برش۔</w:t>
      </w:r>
    </w:p>
    <w:p>
      <w:r>
        <w:rPr>
          <w:b/>
        </w:rPr>
        <w:t xml:space="preserve">[29:23] </w:t>
      </w:r>
      <w:r>
        <w:t>Aap ne kaha ke lawla khashyat al quwwati lawajja'atuka bi hadha al sawad</w:t>
      </w:r>
    </w:p>
    <w:p>
      <w:pPr>
        <w:jc w:val="right"/>
      </w:pPr>
      <w:r>
        <w:t>آپ نے کہا کہ لولا خشية القوة لوجعتك بهذا السواد</w:t>
      </w:r>
    </w:p>
    <w:p>
      <w:r>
        <w:rPr>
          <w:b/>
        </w:rPr>
        <w:t xml:space="preserve">[29:30] </w:t>
      </w:r>
      <w:r>
        <w:t>Agar mujhe yeh dar na hota ke qayamat mein</w:t>
      </w:r>
    </w:p>
    <w:p>
      <w:pPr>
        <w:jc w:val="right"/>
      </w:pPr>
      <w:r>
        <w:t>۔ اگر مجھے یہ ڈر نہ ہوتا کہ قیامت میں</w:t>
      </w:r>
    </w:p>
    <w:p>
      <w:r>
        <w:rPr>
          <w:b/>
        </w:rPr>
        <w:t xml:space="preserve">[29:37] </w:t>
      </w:r>
      <w:r>
        <w:t>mujhe is ka badla milega to main tum ko is se marta. Matlab is miswak se marta.</w:t>
      </w:r>
    </w:p>
    <w:p>
      <w:pPr>
        <w:jc w:val="right"/>
      </w:pPr>
      <w:r>
        <w:t>مجھے اس کا بدلہ ملے گا تو میں تم کو اس سے مارتا۔ مطلب اس مسواک سے مارتا۔</w:t>
      </w:r>
    </w:p>
    <w:p>
      <w:r>
        <w:rPr>
          <w:b/>
        </w:rPr>
        <w:t xml:space="preserve">[29:46] </w:t>
      </w:r>
      <w:r>
        <w:t>Aisi lakri hoti hai bas ungli jaisi.</w:t>
      </w:r>
    </w:p>
    <w:p>
      <w:pPr>
        <w:jc w:val="right"/>
      </w:pPr>
      <w:r>
        <w:t>ایسی لکڑی ہوتی ہے بس انگلی جیسی۔</w:t>
      </w:r>
    </w:p>
    <w:p>
      <w:r>
        <w:rPr>
          <w:b/>
        </w:rPr>
        <w:t xml:space="preserve">[29:51] </w:t>
      </w:r>
      <w:r>
        <w:t>To azaadi ko agar aap ghalt istemal karein to is ka matlab yeh hai ke aap jannat ke liye apna jannat mein apni seat kho dete hain.</w:t>
      </w:r>
    </w:p>
    <w:p>
      <w:pPr>
        <w:jc w:val="right"/>
      </w:pPr>
      <w:r>
        <w:t>تو آزادی کو اگر آپ غلط استعمال کریں تو اس کا مطلب یہ ہے کہ آپ جنت کے لئے اپنا جنت میں اپنی سیٹ کھو دیتے ہیں۔</w:t>
      </w:r>
    </w:p>
    <w:p>
      <w:r>
        <w:rPr>
          <w:b/>
        </w:rPr>
        <w:t xml:space="preserve">[30:08] </w:t>
      </w:r>
      <w:r>
        <w:t>To jis aadmi ko is ka ehsaas ho to woh itna zyada chaukana ho jata hai ke aap ne is khadim ko jis ne ghalti ki thi, ghalti ki wajah se us ko kuch thoda bahut mara ja sakta tha lekin aap ne nahi mara.</w:t>
      </w:r>
    </w:p>
    <w:p>
      <w:pPr>
        <w:jc w:val="right"/>
      </w:pPr>
      <w:r>
        <w:t>تو جس آدمی کو اس کا احساس ہو تو وہ اتنا زیادہ چوکنا ہو جاتا ہے کہ آپ نے اس خادم کو جس نے غلطی کی تھی، غلطی کی وجہ سے اس کو کچھ تھوڑا بہت مارا جا سکتا تھا لیکن آپ نے نہیں مارا۔</w:t>
      </w:r>
    </w:p>
    <w:p>
      <w:r>
        <w:rPr>
          <w:b/>
        </w:rPr>
        <w:t xml:space="preserve">[30:26] </w:t>
      </w:r>
      <w:r>
        <w:t>Kyun? Ek aadmi ko dar laga rehta hai. Ek andesha laga rehta hai. Kya maloom yeh itna bhi Khuda ke haan pakad mein aajaye.</w:t>
      </w:r>
    </w:p>
    <w:p>
      <w:pPr>
        <w:jc w:val="right"/>
      </w:pPr>
      <w:r>
        <w:t>کیوں؟ ایک آدمی کو ڈر لگا رہتا ہے۔ ایک اندیشہ لگا رہتا ہے۔ کیا معلوم یہ اتنا بھی خدا کے ہاں پکڑ میں آجائے۔</w:t>
      </w:r>
    </w:p>
    <w:p>
      <w:r>
        <w:rPr>
          <w:b/>
        </w:rPr>
        <w:t xml:space="preserve">[30:36] </w:t>
      </w:r>
      <w:r>
        <w:t>Itna bhi pakad mein aajaye.</w:t>
      </w:r>
    </w:p>
    <w:p>
      <w:pPr>
        <w:jc w:val="right"/>
      </w:pPr>
      <w:r>
        <w:t>اتنا بھی پکڑ میں آجائے۔</w:t>
      </w:r>
    </w:p>
    <w:p>
      <w:r>
        <w:rPr>
          <w:b/>
        </w:rPr>
        <w:t xml:space="preserve">[30:41] </w:t>
      </w:r>
      <w:r>
        <w:t>to yeh bohat hi sanjeeda baat hai. aur dekhiye, maut jo hai aik bohat bari cheez ki yaad dilati hai.</w:t>
      </w:r>
    </w:p>
    <w:p>
      <w:pPr>
        <w:jc w:val="right"/>
      </w:pPr>
      <w:r>
        <w:t>تو یہ بہت ہی سنجیدہ بات ہے۔ اور دیکھئے، موت جو ہے ایک بہت بڑی چیز کی یاد دلاتی ہے۔</w:t>
      </w:r>
    </w:p>
    <w:p>
      <w:r>
        <w:rPr>
          <w:b/>
        </w:rPr>
        <w:t xml:space="preserve">[30:54] </w:t>
      </w:r>
      <w:r>
        <w:t>woh kya? aap ko sirf aik baar moqa mila hai. doosra moqa milne wala nahi.</w:t>
      </w:r>
    </w:p>
    <w:p>
      <w:pPr>
        <w:jc w:val="right"/>
      </w:pPr>
      <w:r>
        <w:t>وہ کیا؟ آپ کو صرف ایک بار موقع ملا ہے۔ دوسرا موقع ملنے والا نہیں۔</w:t>
      </w:r>
    </w:p>
    <w:p>
      <w:r>
        <w:rPr>
          <w:b/>
        </w:rPr>
        <w:t xml:space="preserve">[31:05] </w:t>
      </w:r>
      <w:r>
        <w:t>kyun ke aap jante hain ke marne ke baad koi lot'ta nahi.</w:t>
      </w:r>
    </w:p>
    <w:p>
      <w:pPr>
        <w:jc w:val="right"/>
      </w:pPr>
      <w:r>
        <w:t>کیوں کہ آپ جانتے ہیں کہ مرنے کے بعد کوئی لوٹتا نہیں۔</w:t>
      </w:r>
    </w:p>
    <w:p>
      <w:r>
        <w:rPr>
          <w:b/>
        </w:rPr>
        <w:t xml:space="preserve">[31:11] </w:t>
      </w:r>
      <w:r>
        <w:t>aisa nahi hua ke koi aadmi marne ke baad lot'te. jo gaya woh gaya.</w:t>
      </w:r>
    </w:p>
    <w:p>
      <w:pPr>
        <w:jc w:val="right"/>
      </w:pPr>
      <w:r>
        <w:t>ایسا نہیں ہوا کہ کوئی آدمی مرنے کے بعد لوٹے۔ جو گیا وہ گیا۔</w:t>
      </w:r>
    </w:p>
    <w:p>
      <w:r>
        <w:rPr>
          <w:b/>
        </w:rPr>
        <w:t xml:space="preserve">[31:19] </w:t>
      </w:r>
      <w:r>
        <w:t>jo pre death period se nikal kar ke post death period mein chala gaya to dobara woh lot kar pre death period mein nahi aye ga. is mani ki aik hi moqa hai yeh.</w:t>
      </w:r>
    </w:p>
    <w:p>
      <w:pPr>
        <w:jc w:val="right"/>
      </w:pPr>
      <w:r>
        <w:t>جو پری ڈیتھ پیریڈ سے نکل کر کے پوسٹ ڈیتھ پیریڈ میں چلا گیا تو دوبارہ وہ لوٹ کر پری ڈیتھ پیریڈ میں نہیں آئے گا۔ اس معنیٰ کی ایک ہی موقع ہے یہ۔</w:t>
      </w:r>
    </w:p>
    <w:p>
      <w:r>
        <w:rPr>
          <w:b/>
        </w:rPr>
        <w:t xml:space="preserve">[31:32] </w:t>
      </w:r>
      <w:r>
        <w:t>sirf aik moqa hai, agar kho diya to bas kho diya. hamesha ke liye kho diya.</w:t>
      </w:r>
    </w:p>
    <w:p>
      <w:pPr>
        <w:jc w:val="right"/>
      </w:pPr>
      <w:r>
        <w:t>صرف ایک موقع ہے۔ اگر کھو دیا تو بس کھو دیا۔ ہمیشہ کے لئے کھو دیا۔</w:t>
      </w:r>
    </w:p>
    <w:p>
      <w:r>
        <w:rPr>
          <w:b/>
        </w:rPr>
        <w:t xml:space="preserve">[31:43] </w:t>
      </w:r>
      <w:r>
        <w:t>main</w:t>
      </w:r>
    </w:p>
    <w:p>
      <w:pPr>
        <w:jc w:val="right"/>
      </w:pPr>
      <w:r>
        <w:t>میں</w:t>
      </w:r>
    </w:p>
    <w:p>
      <w:r>
        <w:rPr>
          <w:b/>
        </w:rPr>
        <w:t xml:space="preserve">[31:44] </w:t>
      </w:r>
      <w:r>
        <w:t>yeh kaha karta hoon ke kai log akhirat mein jab pohnchen ge aur sochen ge ke is dunya mein yani pre death period mein kya kya hamara kaam karne ka moqa tha ke hum acha kaam karein.</w:t>
      </w:r>
    </w:p>
    <w:p>
      <w:pPr>
        <w:jc w:val="right"/>
      </w:pPr>
      <w:r>
        <w:t>یہ کہا کرتا ہوں کہ کئی لوگ آخرت میں جب پہنچیں گے اور سوچیں گے کہ اس دنیا میں یعنی پری ڈیتھ پیریڈ میں کیا کیا ہمارا کام کرنے کا موقع تھا کہ ہم اچھا کام کریں۔</w:t>
      </w:r>
    </w:p>
    <w:p>
      <w:r>
        <w:rPr>
          <w:b/>
        </w:rPr>
        <w:t xml:space="preserve">[32:00] </w:t>
      </w:r>
      <w:r>
        <w:t>khuda ki pasand par chalein. khuda ke jo hidayat hai, khuda ki jo rehnumai hai us ko follow karein. to kitna bara hamare liye jannat likha hua</w:t>
      </w:r>
    </w:p>
    <w:p>
      <w:pPr>
        <w:jc w:val="right"/>
      </w:pPr>
      <w:r>
        <w:t>خدا کی پسند پر چلیں۔ خدا کے جو ہدایت ہے، خدا کی جو رہنمائی ہے اس کو فالو کریں۔ تو کتنا بڑا ہمارے لئے جنت لکھا ہوا</w:t>
      </w:r>
    </w:p>
    <w:p>
      <w:r>
        <w:rPr>
          <w:b/>
        </w:rPr>
        <w:t xml:space="preserve">[32:11] </w:t>
      </w:r>
      <w:r>
        <w:t>tha. lekin hum bhule rahe. hum bhule rahe. azadi ko hum ne apne haq samajh liya.</w:t>
      </w:r>
    </w:p>
    <w:p>
      <w:pPr>
        <w:jc w:val="right"/>
      </w:pPr>
      <w:r>
        <w:t>تھا۔ لیکن ہم بھولے رہے۔ ہم بھولے رہے۔ آزادی کو ہم نے اپنے حق سمجھ لیا۔</w:t>
      </w:r>
    </w:p>
    <w:p>
      <w:r>
        <w:rPr>
          <w:b/>
        </w:rPr>
        <w:t xml:space="preserve">[32:21] </w:t>
      </w:r>
      <w:r>
        <w:t>aur jo karna tha woh nahi kiya. to wahan woh kahen ge ke mind was a case of missed opportunities</w:t>
      </w:r>
    </w:p>
    <w:p>
      <w:pPr>
        <w:jc w:val="right"/>
      </w:pPr>
      <w:r>
        <w:t>اور جو کرنا تھا وہ نہیں کیا۔ تو وہاں وہ کہیں گے کہ mind was a case of missed opportunities</w:t>
      </w:r>
    </w:p>
    <w:p>
      <w:r>
        <w:rPr>
          <w:b/>
        </w:rPr>
        <w:t xml:space="preserve">[32:33] </w:t>
      </w:r>
      <w:r>
        <w:t>. mind was a case of missed opportunities . to lot'te nahi, lot nahi sakein ge.</w:t>
      </w:r>
    </w:p>
    <w:p>
      <w:pPr>
        <w:jc w:val="right"/>
      </w:pPr>
      <w:r>
        <w:t>۔ mind was a case of missed opportunities ۔ تو لوٹیں گے نہیں، لوٹ نہیں سکیں گے۔</w:t>
      </w:r>
    </w:p>
    <w:p>
      <w:r>
        <w:rPr>
          <w:b/>
        </w:rPr>
        <w:t xml:space="preserve">[32:40] </w:t>
      </w:r>
      <w:r>
        <w:t>jo bas chhoot gayi, aik baar woh chhoot gayi.</w:t>
      </w:r>
    </w:p>
    <w:p>
      <w:pPr>
        <w:jc w:val="right"/>
      </w:pPr>
      <w:r>
        <w:t>جو بس چھوٹ گئی، ایک بار وہ چھوٹ گئی۔</w:t>
      </w:r>
    </w:p>
    <w:p>
      <w:r>
        <w:rPr>
          <w:b/>
        </w:rPr>
        <w:t xml:space="preserve">[32:50] </w:t>
      </w:r>
      <w:r>
        <w:t>to yeh bohat bara,</w:t>
      </w:r>
    </w:p>
    <w:p>
      <w:pPr>
        <w:jc w:val="right"/>
      </w:pPr>
      <w:r>
        <w:t>تو یہ بہت بڑا،</w:t>
      </w:r>
    </w:p>
    <w:p>
      <w:r>
        <w:rPr>
          <w:b/>
        </w:rPr>
        <w:t xml:space="preserve">[32:54] </w:t>
      </w:r>
      <w:r>
        <w:t>bohat ziyada sochne ki baat hai ke aadmi, har aadmi ke liye maut jo hai woh nuqta e wapsi nahi hai.</w:t>
      </w:r>
    </w:p>
    <w:p>
      <w:pPr>
        <w:jc w:val="right"/>
      </w:pPr>
      <w:r>
        <w:t>بہت زیادہ سوچنے کی بات ہے کہ آدمی، ہر آدمی کے لئے موت جو ہے وہ نقطہ واپسی نہیں ہے۔</w:t>
      </w:r>
    </w:p>
    <w:p>
      <w:r>
        <w:rPr>
          <w:b/>
        </w:rPr>
        <w:t xml:space="preserve">[33:06] </w:t>
      </w:r>
      <w:r>
        <w:t>aik hi moqa hai, chahe hasil kijiye, chahe kho dijiye.</w:t>
      </w:r>
    </w:p>
    <w:p>
      <w:pPr>
        <w:jc w:val="right"/>
      </w:pPr>
      <w:r>
        <w:t>ایک ہی موقع ہے، چاہے حاصل کیجئے، چاہے کھو دیجئے۔</w:t>
      </w:r>
    </w:p>
    <w:p>
      <w:r>
        <w:rPr>
          <w:b/>
        </w:rPr>
        <w:t xml:space="preserve">[33:12] </w:t>
      </w:r>
      <w:r>
        <w:t>aik hi moqa hai, chahe hasil kijiye ya kho dijiye.</w:t>
      </w:r>
    </w:p>
    <w:p>
      <w:pPr>
        <w:jc w:val="right"/>
      </w:pPr>
      <w:r>
        <w:t>ایک ہی موقع ہے، چاہے حاصل کیجئے یا کھو دیجئے۔</w:t>
      </w:r>
    </w:p>
    <w:p>
      <w:r>
        <w:rPr>
          <w:b/>
        </w:rPr>
        <w:t xml:space="preserve">[33:19] </w:t>
      </w:r>
      <w:r>
        <w:t>islam ki tareekh mein jo khulafa hue hain, char. to is mein se doosre jo khulafa the, un ka naam tha umar farooq.</w:t>
      </w:r>
    </w:p>
    <w:p>
      <w:pPr>
        <w:jc w:val="right"/>
      </w:pPr>
      <w:r>
        <w:t>اسلام کی تاریخ میں جو خلیفہ ہوئے ہیں، چار۔ تو اس میں سے دوسرے جو خلیفہ تھے، ان کا نام تھا عمر فاروق۔</w:t>
      </w:r>
    </w:p>
    <w:p>
      <w:r>
        <w:rPr>
          <w:b/>
        </w:rPr>
        <w:t xml:space="preserve">[33:32] </w:t>
      </w:r>
      <w:r>
        <w:t>bohat bara darja hai un ka islam ki tareekh mein. to un ke hath mein aik angoothi hoti thi.</w:t>
      </w:r>
    </w:p>
    <w:p>
      <w:pPr>
        <w:jc w:val="right"/>
      </w:pPr>
      <w:r>
        <w:t>بہت بڑا درجہ ہے ان کا اسلام کی تاریخ میں۔ تو ان کے ہاتھ میں ایک انگوٹھی ہوتی تھی۔</w:t>
      </w:r>
    </w:p>
    <w:p>
      <w:r>
        <w:rPr>
          <w:b/>
        </w:rPr>
        <w:t xml:space="preserve">[33:40] </w:t>
      </w:r>
      <w:r>
        <w:t>is angoothi par unhone naqsh karwa liya tha, us zamane ke lehaz se. to us par sarkari mohar ke taur par us ko istemal karte the woh.</w:t>
      </w:r>
    </w:p>
    <w:p>
      <w:pPr>
        <w:jc w:val="right"/>
      </w:pPr>
      <w:r>
        <w:t>اس انگوٹھی پر انہوں نے نقش کروا لیا تھا، اس زمانے کے لحاظ سے۔ تو اس پر سرکاری مہر کے طور پر اس کو استعمال کرتے تھے وہ۔</w:t>
      </w:r>
    </w:p>
    <w:p>
      <w:r>
        <w:rPr>
          <w:b/>
        </w:rPr>
        <w:t xml:space="preserve">[33:52] </w:t>
      </w:r>
      <w:r>
        <w:t>to us par likha hua tha ke kafa</w:t>
      </w:r>
    </w:p>
    <w:p>
      <w:pPr>
        <w:jc w:val="right"/>
      </w:pPr>
      <w:r>
        <w:t>تو اس پر لکھا ہوا تھا کہ كفى</w:t>
      </w:r>
    </w:p>
    <w:p>
      <w:r>
        <w:rPr>
          <w:b/>
        </w:rPr>
        <w:t xml:space="preserve">[34:02] </w:t>
      </w:r>
      <w:r>
        <w:t>bilmawt wa'izan.</w:t>
      </w:r>
    </w:p>
    <w:p>
      <w:pPr>
        <w:jc w:val="right"/>
      </w:pPr>
      <w:r>
        <w:t>بالموت واعظاً ۔</w:t>
      </w:r>
    </w:p>
    <w:p>
      <w:r>
        <w:rPr>
          <w:b/>
        </w:rPr>
        <w:t xml:space="preserve">[34:06] </w:t>
      </w:r>
      <w:r>
        <w:t>yani maut kafi hai aadmi ko sabak sikhane ke liye, naseehat dene ke liye. yani maut ki warning hi kafi hai ke aadmi apni islah kar le.</w:t>
      </w:r>
    </w:p>
    <w:p>
      <w:pPr>
        <w:jc w:val="right"/>
      </w:pPr>
      <w:r>
        <w:t>یعنی موت کافی ہے آدمی کو سبق سکھانے کے لئے، نصیحت دینے کے لئے۔ یعنی موت کی وارننگ ہی کافی ہے کہ آدمی اپنی اصلاح کر لے۔</w:t>
      </w:r>
    </w:p>
    <w:p>
      <w:r>
        <w:rPr>
          <w:b/>
        </w:rPr>
        <w:t xml:space="preserve">[34:22] </w:t>
      </w:r>
      <w:r>
        <w:t>ab waqai agar sochiye to maut itna bara waqea hai. koi aadmi maut ko taal nahi sakta.</w:t>
      </w:r>
    </w:p>
    <w:p>
      <w:pPr>
        <w:jc w:val="right"/>
      </w:pPr>
      <w:r>
        <w:t>اب واقعی اگر سوچیئے تو موت اتنا بڑا واقعہ ہے۔ کوئی آدمی موت کو ٹال نہیں سکتا۔</w:t>
      </w:r>
    </w:p>
    <w:p>
      <w:r>
        <w:rPr>
          <w:b/>
        </w:rPr>
        <w:t xml:space="preserve">[34:33] </w:t>
      </w:r>
      <w:r>
        <w:t>maut ke baad aadmi dobara lot kar dunya mein aa nahi sakta. maut ko lamba nahi kar sakta. maut ke moamle mein aadmi bilkul be bus hai.</w:t>
      </w:r>
    </w:p>
    <w:p>
      <w:pPr>
        <w:jc w:val="right"/>
      </w:pPr>
      <w:r>
        <w:t>موت کے بعد آدمی دوبارہ لوٹ کر دنیا میں آ نہیں سکتا۔ موت کو لمبا نہیں کر سکتا۔ موت کے معاملے میں آدمی بالکل بے بس ہے۔</w:t>
      </w:r>
    </w:p>
    <w:p>
      <w:r>
        <w:rPr>
          <w:b/>
        </w:rPr>
        <w:t xml:space="preserve">[34:46] </w:t>
      </w:r>
      <w:r>
        <w:t>to mot ko soche admi to sari naseehat usi mein hai.</w:t>
      </w:r>
    </w:p>
    <w:p>
      <w:pPr>
        <w:jc w:val="right"/>
      </w:pPr>
      <w:r>
        <w:t>تو موت کو سوچے آدمی تو ساری نصیحت اسی میں ہے۔</w:t>
      </w:r>
    </w:p>
    <w:p>
      <w:r>
        <w:rPr>
          <w:b/>
        </w:rPr>
        <w:t xml:space="preserve">[34:53] </w:t>
      </w:r>
      <w:r>
        <w:t>sari baat us ko mil jaye gi mot ko agar soche woh to</w:t>
      </w:r>
    </w:p>
    <w:p>
      <w:pPr>
        <w:jc w:val="right"/>
      </w:pPr>
      <w:r>
        <w:t>ساری بات اس کو مل جائے گی موت کو اگر سوچے وہ تو</w:t>
      </w:r>
    </w:p>
    <w:p>
      <w:r>
        <w:rPr>
          <w:b/>
        </w:rPr>
        <w:t xml:space="preserve">[35:00] </w:t>
      </w:r>
      <w:r>
        <w:t>ek hadees hai ke naas al naam agar mautu antabahu is ka matlab kya hai?</w:t>
      </w:r>
    </w:p>
    <w:p>
      <w:pPr>
        <w:jc w:val="right"/>
      </w:pPr>
      <w:r>
        <w:t>۔ ایک حدیث ہے کہ الناس النعام إذا ماتوا انتبهوا ۔ اس کا مطلب کیا ہے؟</w:t>
      </w:r>
    </w:p>
    <w:p>
      <w:r>
        <w:rPr>
          <w:b/>
        </w:rPr>
        <w:t xml:space="preserve">[35:11] </w:t>
      </w:r>
      <w:r>
        <w:t>ke log soye hue hain.</w:t>
      </w:r>
    </w:p>
    <w:p>
      <w:pPr>
        <w:jc w:val="right"/>
      </w:pPr>
      <w:r>
        <w:t>کہ لوگ سوئے ہوئے ہیں۔</w:t>
      </w:r>
    </w:p>
    <w:p>
      <w:r>
        <w:rPr>
          <w:b/>
        </w:rPr>
        <w:t xml:space="preserve">[35:17] </w:t>
      </w:r>
      <w:r>
        <w:t>soye hue hain jab maren ge to phir jaagen ge.</w:t>
      </w:r>
    </w:p>
    <w:p>
      <w:pPr>
        <w:jc w:val="right"/>
      </w:pPr>
      <w:r>
        <w:t>سوئے ہوئے ہیں۔ جب مریں گے تو پھر جاگیں گے۔</w:t>
      </w:r>
    </w:p>
    <w:p>
      <w:r>
        <w:rPr>
          <w:b/>
        </w:rPr>
        <w:t xml:space="preserve">[35:22] </w:t>
      </w:r>
      <w:r>
        <w:t>yani people are asleep they will wake they will wake up when they</w:t>
      </w:r>
    </w:p>
    <w:p>
      <w:pPr>
        <w:jc w:val="right"/>
      </w:pPr>
      <w:r>
        <w:t>یعنی people are asleep they will wake they will wake up when they</w:t>
      </w:r>
    </w:p>
    <w:p>
      <w:r>
        <w:rPr>
          <w:b/>
        </w:rPr>
        <w:t xml:space="preserve">[35:35] </w:t>
      </w:r>
      <w:r>
        <w:t>die is ka matlab kya hai?</w:t>
      </w:r>
    </w:p>
    <w:p>
      <w:pPr>
        <w:jc w:val="right"/>
      </w:pPr>
      <w:r>
        <w:t>die ۔ اس کا مطلب کیا ہے؟</w:t>
      </w:r>
    </w:p>
    <w:p>
      <w:r>
        <w:rPr>
          <w:b/>
        </w:rPr>
        <w:t xml:space="preserve">[35:39] </w:t>
      </w:r>
      <w:r>
        <w:t>is ka matlab yeh hai ke</w:t>
      </w:r>
    </w:p>
    <w:p>
      <w:pPr>
        <w:jc w:val="right"/>
      </w:pPr>
      <w:r>
        <w:t>اس کا مطلب یہ ہے کہ</w:t>
      </w:r>
    </w:p>
    <w:p>
      <w:r>
        <w:rPr>
          <w:b/>
        </w:rPr>
        <w:t xml:space="preserve">[35:48] </w:t>
      </w:r>
      <w:r>
        <w:t>yani bekhabari ko sona kaha gaya sota hua bataya gaya jab admi dunya mein bekhabari ki zindagi guzar raha ho bas kha pee raha ho ho ha kar raha ho aur tamasha kar raha ho.</w:t>
      </w:r>
    </w:p>
    <w:p>
      <w:pPr>
        <w:jc w:val="right"/>
      </w:pPr>
      <w:r>
        <w:t>یعنی بے خبری کو سونا کہا گیا۔ سوتا ہوا بتایا گیا۔ جب آدمی دنیا میں بے خبری کی زندگی گزار رہا ہو، بس کھا پی رہا ہو، ہوہا کر رہا ہو اور تماشہ کر رہا ہو۔</w:t>
      </w:r>
    </w:p>
    <w:p>
      <w:r>
        <w:rPr>
          <w:b/>
        </w:rPr>
        <w:t xml:space="preserve">[36:07] </w:t>
      </w:r>
      <w:r>
        <w:t>aur yeh bolta ho ke woh</w:t>
      </w:r>
    </w:p>
    <w:p>
      <w:pPr>
        <w:jc w:val="right"/>
      </w:pPr>
      <w:r>
        <w:t>اور یہ بولتا ہو کہ وہ</w:t>
      </w:r>
    </w:p>
    <w:p>
      <w:r>
        <w:rPr>
          <w:b/>
        </w:rPr>
        <w:t xml:space="preserve">[36:14] </w:t>
      </w:r>
      <w:r>
        <w:t>yeh bas khush raho aur dunya mein</w:t>
      </w:r>
    </w:p>
    <w:p>
      <w:pPr>
        <w:jc w:val="right"/>
      </w:pPr>
      <w:r>
        <w:t>یہ بس خوش رہو اور دنیا میں</w:t>
      </w:r>
    </w:p>
    <w:p>
      <w:r>
        <w:rPr>
          <w:b/>
        </w:rPr>
        <w:t xml:space="preserve">[36:21] </w:t>
      </w:r>
      <w:r>
        <w:t>khushiyan hasil karo bas.</w:t>
      </w:r>
    </w:p>
    <w:p>
      <w:pPr>
        <w:jc w:val="right"/>
      </w:pPr>
      <w:r>
        <w:t>خوشیاں حاصل کرو، بس۔</w:t>
      </w:r>
    </w:p>
    <w:p>
      <w:r>
        <w:rPr>
          <w:b/>
        </w:rPr>
        <w:t xml:space="preserve">[36:26] </w:t>
      </w:r>
      <w:r>
        <w:t>to is mani ke woh bekhabar hai kyun ke khushiyon ka anjam kya hai mot aur mot ka matlab kya hai khuda ke samne khada ho jana.</w:t>
      </w:r>
    </w:p>
    <w:p>
      <w:pPr>
        <w:jc w:val="right"/>
      </w:pPr>
      <w:r>
        <w:t>تو اس معنیٰ کہ وہ بے خبر ہے۔ کیوں کہ خوشیوں کا انجام کیا ہے؟ موت۔ اور موت کا مطلب کیا ہے؟ خدا کے سامنے کھڑا ہو جانا۔</w:t>
      </w:r>
    </w:p>
    <w:p>
      <w:r>
        <w:rPr>
          <w:b/>
        </w:rPr>
        <w:t xml:space="preserve">[36:37] </w:t>
      </w:r>
      <w:r>
        <w:t>khuda ke samne hisab ke liye khada kar diya jana.</w:t>
      </w:r>
    </w:p>
    <w:p>
      <w:pPr>
        <w:jc w:val="right"/>
      </w:pPr>
      <w:r>
        <w:t>خدا کے سامنے حساب کے لئے کھڑا کر دیا جانا۔</w:t>
      </w:r>
    </w:p>
    <w:p>
      <w:r>
        <w:rPr>
          <w:b/>
        </w:rPr>
        <w:t xml:space="preserve">[36:43] </w:t>
      </w:r>
      <w:r>
        <w:t>to isi liye kaha ke log soye hue hain jab woh maren ge to phir jaagen ge.</w:t>
      </w:r>
    </w:p>
    <w:p>
      <w:pPr>
        <w:jc w:val="right"/>
      </w:pPr>
      <w:r>
        <w:t>تو اسی لئے کہا کہ لوگ سوئے ہوئے ہیں۔ جب وہ مریں گے تو پھر جاگیں گے۔</w:t>
      </w:r>
    </w:p>
    <w:p>
      <w:r>
        <w:rPr>
          <w:b/>
        </w:rPr>
        <w:t xml:space="preserve">[36:53] </w:t>
      </w:r>
      <w:r>
        <w:t>is ka matlab yeh hai ke jo kuch jo jo haqeeqat hai jo sachai hai jo haqeeqat hai woh undekhi dunya mein chupi hui hai.</w:t>
      </w:r>
    </w:p>
    <w:p>
      <w:pPr>
        <w:jc w:val="right"/>
      </w:pPr>
      <w:r>
        <w:t>اس کا مطلب یہ ہے کہ جو کچھ، جو جو حقیقت ہے، جو سچائی ہے، جو حقیقت ہے، وہ ان دیکھی دنیا میں چھپی ہوئی ہے۔</w:t>
      </w:r>
    </w:p>
    <w:p>
      <w:r>
        <w:rPr>
          <w:b/>
        </w:rPr>
        <w:t xml:space="preserve">[37:03] </w:t>
      </w:r>
      <w:r>
        <w:t>hum dekhte nahi hain is ko matlab hamein jannat nahi dikhai parti jannat nahi dikhai parti khuda hamein dikhai nahi de parta farishte dikhai nahi parte.</w:t>
      </w:r>
    </w:p>
    <w:p>
      <w:pPr>
        <w:jc w:val="right"/>
      </w:pPr>
      <w:r>
        <w:t>ہم دیکھتے نہیں ہیں اس کو۔ مطلب ہمیں جنت نہیں دکھائی پڑتی۔ جنت نہیں دکھائی پڑتی۔ خدا ہمیں دکھائی نہیں دے پڑتا۔ فرشتے دکھائی نہیں پڑتے۔</w:t>
      </w:r>
    </w:p>
    <w:p>
      <w:r>
        <w:rPr>
          <w:b/>
        </w:rPr>
        <w:t xml:space="preserve">[37:15] </w:t>
      </w:r>
      <w:r>
        <w:t>to is waja se hum un ko nazar andaz kiye hue hain un ko bhulaye hue hain.</w:t>
      </w:r>
    </w:p>
    <w:p>
      <w:pPr>
        <w:jc w:val="right"/>
      </w:pPr>
      <w:r>
        <w:t>تو اس وجہ سے ہم ان کو نظرانداز کیے ہوئے ہیں۔ ان کو بھلائے ہوئے ہیں۔</w:t>
      </w:r>
    </w:p>
    <w:p>
      <w:r>
        <w:rPr>
          <w:b/>
        </w:rPr>
        <w:t xml:space="preserve">[37:23] </w:t>
      </w:r>
      <w:r>
        <w:t>marne ke baad kya hoga marne ke baad admi ko dikhai dene lage ga.</w:t>
      </w:r>
    </w:p>
    <w:p>
      <w:pPr>
        <w:jc w:val="right"/>
      </w:pPr>
      <w:r>
        <w:t>مرنے کے بعد کیا ہوگا؟ مرنے کے بعد آدمی کو دکھائی دینے لگے گا۔</w:t>
      </w:r>
    </w:p>
    <w:p>
      <w:r>
        <w:rPr>
          <w:b/>
        </w:rPr>
        <w:t xml:space="preserve">[37:30] </w:t>
      </w:r>
      <w:r>
        <w:t>ab meri biwi ki jab mot hui to meri larkiyan un ke pas theen akhir waqt mein bilkul akhir waqt mein to unhon ne bataya ke apne dono hath se un ka hath kis ke pakde hue tha.</w:t>
      </w:r>
    </w:p>
    <w:p>
      <w:pPr>
        <w:jc w:val="right"/>
      </w:pPr>
      <w:r>
        <w:t>اب میری بیوی کی جب موت ہوئی تو میری لڑکیاں ان کے پاس تھیں۔ آخر وقت میں۔ بالکل آخر وقت میں۔ تو انہوں نے بتایا کہ اپنے دونوں ہاتھ سے ان کا ہاتھ کس کے پکڑے ہوئے تھے۔</w:t>
      </w:r>
    </w:p>
    <w:p>
      <w:r>
        <w:rPr>
          <w:b/>
        </w:rPr>
        <w:t xml:space="preserve">[37:44] </w:t>
      </w:r>
      <w:r>
        <w:t>chhodti nahi thi is waqt jab ke bol band ho chuki thi tab ki baat hai.</w:t>
      </w:r>
    </w:p>
    <w:p>
      <w:pPr>
        <w:jc w:val="right"/>
      </w:pPr>
      <w:r>
        <w:t>چھوڑتی نہیں تھی۔ اس وقت جب کہ بول بند ہو چکی تھی، تب کی بات ہے۔</w:t>
      </w:r>
    </w:p>
    <w:p>
      <w:r>
        <w:rPr>
          <w:b/>
        </w:rPr>
        <w:t xml:space="preserve">[37:50] </w:t>
      </w:r>
      <w:r>
        <w:t>akhir waqt mein jis ko kehte hain gharghara ho jana thori awaz anay lagti hai yahan se phir admi bol nahi sakta woh halat ho gayi thi.</w:t>
      </w:r>
    </w:p>
    <w:p>
      <w:pPr>
        <w:jc w:val="right"/>
      </w:pPr>
      <w:r>
        <w:t>آخر وقت میں جس کو کہتے ہیں غرغرہ ہو جانا۔ تھوڑی آواز آنے لگتی ہے یہاں سے۔ پھر آدمی بول نہیں سکتا۔ وہ حالت ہو گئی تھی۔</w:t>
      </w:r>
    </w:p>
    <w:p>
      <w:r>
        <w:rPr>
          <w:b/>
        </w:rPr>
        <w:t xml:space="preserve">[38:00] </w:t>
      </w:r>
      <w:r>
        <w:t>gaya ke wahan khadi ho chuki thi jahan ke idhar se muntaqil ho kar idhar jana hai peechay haal ki dunya hai.</w:t>
      </w:r>
    </w:p>
    <w:p>
      <w:pPr>
        <w:jc w:val="right"/>
      </w:pPr>
      <w:r>
        <w:t>گیا کہ وہاں کھڑی ہو چکی تھی جہاں کہ ادھر سے منتقل ہو کر ادھر جانا ہے۔ پیچھے حال کی دنیا ہے۔</w:t>
      </w:r>
    </w:p>
    <w:p>
      <w:r>
        <w:rPr>
          <w:b/>
        </w:rPr>
        <w:t xml:space="preserve">[38:10] </w:t>
      </w:r>
      <w:r>
        <w:t>aage jo hai dunya baad hai wahan par khadi hui thi woh.</w:t>
      </w:r>
    </w:p>
    <w:p>
      <w:pPr>
        <w:jc w:val="right"/>
      </w:pPr>
      <w:r>
        <w:t>آگے جو ہے دنیا بعد ہے۔ وہاں پر کھڑی ہوئی تھی وہ۔</w:t>
      </w:r>
    </w:p>
    <w:p>
      <w:r>
        <w:rPr>
          <w:b/>
        </w:rPr>
        <w:t xml:space="preserve">[38:17] </w:t>
      </w:r>
      <w:r>
        <w:t>to hamari larki ne bataya ke apne dono hath se un ka hath pakde hue theen chhodti nahi thi kya hota agar alam insan ka is waqt.</w:t>
      </w:r>
    </w:p>
    <w:p>
      <w:pPr>
        <w:jc w:val="right"/>
      </w:pPr>
      <w:r>
        <w:t>تو ہماری لڑکی نے بتایا کہ اپنے دونوں ہاتھ سے ان کا ہاتھ پکڑے ہوئے تھیں۔ چھوڑتی نہیں تھی۔ کیا ہوتا اگر عالم انسان کا اس وقت۔</w:t>
      </w:r>
    </w:p>
    <w:p>
      <w:r>
        <w:rPr>
          <w:b/>
        </w:rPr>
        <w:t xml:space="preserve">[38:29] </w:t>
      </w:r>
      <w:r>
        <w:t>agarche woh itni naik bakht khatoon theen. itna sabr tha un mein. itna shukr tha un mein. sach much woh aik pakeezah khatoon theen.</w:t>
      </w:r>
    </w:p>
    <w:p>
      <w:pPr>
        <w:jc w:val="right"/>
      </w:pPr>
      <w:r>
        <w:t>اگرچہ وہ اتنی نیک بخت خاتون تھیں۔ اتنا صبر تھا ان میں۔ اتنا شکر تھا ان میں۔ سچ مچ وہ ایک پاکیزہ خاتون تھیں۔</w:t>
      </w:r>
    </w:p>
    <w:p>
      <w:r>
        <w:rPr>
          <w:b/>
        </w:rPr>
        <w:t xml:space="preserve">[38:41] </w:t>
      </w:r>
      <w:r>
        <w:t>isi liye un ke marne ke baad bohat se logon ne khwab dekhe.</w:t>
      </w:r>
    </w:p>
    <w:p>
      <w:pPr>
        <w:jc w:val="right"/>
      </w:pPr>
      <w:r>
        <w:t>اسی لئے ان کے مرنے کے بعد بہت سے لوگوں نے خواب دیکھے۔</w:t>
      </w:r>
    </w:p>
    <w:p>
      <w:r>
        <w:rPr>
          <w:b/>
        </w:rPr>
        <w:t xml:space="preserve">[38:46] </w:t>
      </w:r>
      <w:r>
        <w:t>khwab. bohat se logon ne. ke woh jannat mein gaein.</w:t>
      </w:r>
    </w:p>
    <w:p>
      <w:pPr>
        <w:jc w:val="right"/>
      </w:pPr>
      <w:r>
        <w:t>خواب۔ بہت سے لوگوں نے۔ کہ وہ جنت میں گئیں۔</w:t>
      </w:r>
    </w:p>
    <w:p>
      <w:r>
        <w:rPr>
          <w:b/>
        </w:rPr>
        <w:t xml:space="preserve">[38:55] </w:t>
      </w:r>
      <w:r>
        <w:t>to mujhe yaqeen hai ke woh jannat mein gaein. lekin jab aadmi is dunya se is dunya mein jata hai to bara ajeeb anokha alam hota hai woh.</w:t>
      </w:r>
    </w:p>
    <w:p>
      <w:pPr>
        <w:jc w:val="right"/>
      </w:pPr>
      <w:r>
        <w:t>تو مجھے یقین ہے کہ وہ جنت میں گئیں۔ لیکن جب آدمی اس دنیا سے اس دنیا میں جاتا ہے تو بڑا عجیب انوکھا عالم ہوتا ہے وہ۔</w:t>
      </w:r>
    </w:p>
    <w:p>
      <w:r>
        <w:rPr>
          <w:b/>
        </w:rPr>
        <w:t xml:space="preserve">[39:09] </w:t>
      </w:r>
      <w:r>
        <w:t>hamesha ke liye ja raha hai. phir woh lotne wala nahi hai. apne bachon ko chhod kar, apne ghar ko chhod kar, apna sab kuch chhod kar.</w:t>
      </w:r>
    </w:p>
    <w:p>
      <w:pPr>
        <w:jc w:val="right"/>
      </w:pPr>
      <w:r>
        <w:t>ہمیشہ کے لئے جا رہا ہے۔ پھر وہ لوٹنے والا نہیں ہے۔ اپنے بچوں کو چھوڑ کر، اپنے گھر کو چھوڑ کر، اپنا سب کچھ چھوڑ کر۔</w:t>
      </w:r>
    </w:p>
    <w:p>
      <w:r>
        <w:rPr>
          <w:b/>
        </w:rPr>
        <w:t xml:space="preserve">[39:18] </w:t>
      </w:r>
      <w:r>
        <w:t>to yeh waqt har aadmi par aata hai. har aadmi ko kuch der ke liye dhula deta hai.</w:t>
      </w:r>
    </w:p>
    <w:p>
      <w:pPr>
        <w:jc w:val="right"/>
      </w:pPr>
      <w:r>
        <w:t>تو یہ وقت ہر آدمی پر آتا ہے۔ ہر آدمی کو کچھ دیر کے لئے دھلا دیتا ہے۔</w:t>
      </w:r>
    </w:p>
    <w:p>
      <w:r>
        <w:rPr>
          <w:b/>
        </w:rPr>
        <w:t xml:space="preserve">[39:27] </w:t>
      </w:r>
      <w:r>
        <w:t>to maut is yeh jo haqeeqat hai zindagi ki, is ke liye maut aik yaad dehani hai. aik warning hai.</w:t>
      </w:r>
    </w:p>
    <w:p>
      <w:pPr>
        <w:jc w:val="right"/>
      </w:pPr>
      <w:r>
        <w:t>تو موت اس یہ جو حقیقت ہے زندگی کی، اس کے لئے موت ایک یاد دہانی ہے۔ ایک وارننگ ہے۔</w:t>
      </w:r>
    </w:p>
    <w:p>
      <w:r>
        <w:rPr>
          <w:b/>
        </w:rPr>
        <w:t xml:space="preserve">[39:40] </w:t>
      </w:r>
      <w:r>
        <w:t>isi liye Hazrat Umar ne farmaya ke maut kaafi hai aadmi ko naseehat lene ke liye.</w:t>
      </w:r>
    </w:p>
    <w:p>
      <w:pPr>
        <w:jc w:val="right"/>
      </w:pPr>
      <w:r>
        <w:t>اسی لئے حضرت عمر نے فرمایا کہ موت کافی ہے آدمی کو نصیحت لینے کے لئے۔</w:t>
      </w:r>
    </w:p>
    <w:p>
      <w:r>
        <w:rPr>
          <w:b/>
        </w:rPr>
        <w:t xml:space="preserve">[39:47] </w:t>
      </w:r>
      <w:r>
        <w:t>agar woh naseehat lena chahe. hadith mein aaya hai ke property khatam ho gai.</w:t>
      </w:r>
    </w:p>
    <w:p>
      <w:pPr>
        <w:jc w:val="right"/>
      </w:pPr>
      <w:r>
        <w:t>اگر وہ نصیحت لینا چاہے۔ حدیث میں آیا ہے کہ پراپرٹی ختم ہوگئی۔</w:t>
      </w:r>
    </w:p>
    <w:p>
      <w:r>
        <w:rPr>
          <w:b/>
        </w:rPr>
        <w:t xml:space="preserve">[39:56] </w:t>
      </w:r>
      <w:r>
        <w:t>lekin is ka aik hissa abhi baqi hai. woh hai rawaiyah sadiqah. yaani sachay khwab.</w:t>
      </w:r>
    </w:p>
    <w:p>
      <w:pPr>
        <w:jc w:val="right"/>
      </w:pPr>
      <w:r>
        <w:t>لیکن اس کا ایک حصہ ابھی باقی ہے۔ وہ ہے رویہ صادقہ۔ یعنی سچے خواب۔</w:t>
      </w:r>
    </w:p>
    <w:p>
      <w:r>
        <w:rPr>
          <w:b/>
        </w:rPr>
        <w:t xml:space="preserve">[40:10] </w:t>
      </w:r>
      <w:r>
        <w:t>sachay khwab. dekhiye, sachay khwab jo hain woh Khuda ki taraf se hote hain.</w:t>
      </w:r>
    </w:p>
    <w:p>
      <w:pPr>
        <w:jc w:val="right"/>
      </w:pPr>
      <w:r>
        <w:t>سچے خواب۔ دیکھئے، سچے خواب جو ہیں وہ خدا کی طرف سے ہوتے ہیں۔</w:t>
      </w:r>
    </w:p>
    <w:p>
      <w:r>
        <w:rPr>
          <w:b/>
        </w:rPr>
        <w:t xml:space="preserve">[40:15] </w:t>
      </w:r>
      <w:r>
        <w:t>hadith mein bataya gaya hai ke khwab teen qism ke hain. hadith al-nafs takhfif al-shaitan bushra min Allah.</w:t>
      </w:r>
    </w:p>
    <w:p>
      <w:pPr>
        <w:jc w:val="right"/>
      </w:pPr>
      <w:r>
        <w:t>حدیث میں بتایا گیا ہے کہ خواب تین قسم کے ہیں۔ حدیث النفس تخفیف الشیطان بشرى من اللہ ۔</w:t>
      </w:r>
    </w:p>
    <w:p>
      <w:r>
        <w:rPr>
          <w:b/>
        </w:rPr>
        <w:t xml:space="preserve">[40:25] </w:t>
      </w:r>
      <w:r>
        <w:t>yaani aik khwab woh hai. aik khwab woh hai jo jis mein aap apne dil ki baat dekh lein. apne mann mein aik baat thi, wohi dikhai par gai.</w:t>
      </w:r>
    </w:p>
    <w:p>
      <w:pPr>
        <w:jc w:val="right"/>
      </w:pPr>
      <w:r>
        <w:t>یعنی ایک خواب وہ ہے۔ ایک خواب وہ ہے جو جس میں آپ اپنے دل کی بات دیکھ لیں۔ اپنے من میں ایک بات تھی، وہی دکھائی پڑ گئی۔</w:t>
      </w:r>
    </w:p>
    <w:p>
      <w:r>
        <w:rPr>
          <w:b/>
        </w:rPr>
        <w:t xml:space="preserve">[40:36] </w:t>
      </w:r>
      <w:r>
        <w:t>doosra woh hai ke jis ko kaha gaya hai shaitan ka drava. aur teesra yeh hai Khuda ki taraf se acha khwab.</w:t>
      </w:r>
    </w:p>
    <w:p>
      <w:pPr>
        <w:jc w:val="right"/>
      </w:pPr>
      <w:r>
        <w:t>دوسرا وہ ہے کہ جس کو کہا گیا ہے شیطان کا ڈراوا۔ اور تیسرا یہ ہے خدا کی طرف سے اچھا خواب۔</w:t>
      </w:r>
    </w:p>
    <w:p>
      <w:r>
        <w:rPr>
          <w:b/>
        </w:rPr>
        <w:t xml:space="preserve">[40:47] </w:t>
      </w:r>
      <w:r>
        <w:t>dekhiye, teeno khwab bohat hi munfarid hote hain. aap bohat aasani se samajh sakte hain ke yeh khwab jo hai, yeh mere dil ki baat hai jo maine dekh liya.</w:t>
      </w:r>
    </w:p>
    <w:p>
      <w:pPr>
        <w:jc w:val="right"/>
      </w:pPr>
      <w:r>
        <w:t>دیکھئے، تینوں خواب بہت ہی منفرد ہوتے ہیں۔ آپ بہت آسانی سے سمجھ سکتے ہیں کہ یہ خواب جو ہے، یہ میرے دل کی بات ہے جو میں نے دیکھ لیا۔</w:t>
      </w:r>
    </w:p>
    <w:p>
      <w:r>
        <w:rPr>
          <w:b/>
        </w:rPr>
        <w:t xml:space="preserve">[40:57] </w:t>
      </w:r>
      <w:r>
        <w:t>ya yeh shaitan ki taraf se hai. ya yeh Khuda ki taraf se acha khwab hai. bushara hai.</w:t>
      </w:r>
    </w:p>
    <w:p>
      <w:pPr>
        <w:jc w:val="right"/>
      </w:pPr>
      <w:r>
        <w:t>یا یہ شیطان کی طرف سے ہے۔ یا یہ خدا کی طرف سے اچھا خواب ہے۔ بشارت ہے۔</w:t>
      </w:r>
    </w:p>
    <w:p>
      <w:r>
        <w:rPr>
          <w:b/>
        </w:rPr>
        <w:t xml:space="preserve">[41:05] </w:t>
      </w:r>
      <w:r>
        <w:t>to meri jo ahliya theen, woh bohat hi naik khatoon theen.</w:t>
      </w:r>
    </w:p>
    <w:p>
      <w:pPr>
        <w:jc w:val="right"/>
      </w:pPr>
      <w:r>
        <w:t>تو میری جو اہلیہ تھیں، وہ بہت ہی نیک خاتون تھیں۔</w:t>
      </w:r>
    </w:p>
    <w:p>
      <w:r>
        <w:rPr>
          <w:b/>
        </w:rPr>
        <w:t xml:space="preserve">[41:16] </w:t>
      </w:r>
      <w:r>
        <w:t>yaani main un ki</w:t>
      </w:r>
    </w:p>
    <w:p>
      <w:pPr>
        <w:jc w:val="right"/>
      </w:pPr>
      <w:r>
        <w:t>یعنی میں ان کی</w:t>
      </w:r>
    </w:p>
    <w:p>
      <w:r>
        <w:rPr>
          <w:b/>
        </w:rPr>
        <w:t xml:space="preserve">[41:21] </w:t>
      </w:r>
      <w:r>
        <w:t>tafseel nahi bata sakta yahan par. lekin aik cheez kahoon ga ke 63 saal tak woh mere sath rahin. aur maine un ke liye literally kuch bhi nahi kiya.</w:t>
      </w:r>
    </w:p>
    <w:p>
      <w:pPr>
        <w:jc w:val="right"/>
      </w:pPr>
      <w:r>
        <w:t>تفصیل نہیں بتا سکتا یہاں پر۔ لیکن ایک چیز کہوں گا کہ 63 سال تک وہ میرے ساتھ رہیں۔ اور میں نے ان کے لیے لٹرلی کچھ بھی نہیں کیا۔</w:t>
      </w:r>
    </w:p>
    <w:p>
      <w:r>
        <w:rPr>
          <w:b/>
        </w:rPr>
        <w:t xml:space="preserve">[41:31] </w:t>
      </w:r>
      <w:r>
        <w:t>kapra ya joota ya kuch bhi nahi. literally maine kuch bhi nahi kiya. aur 63 saal beet gae.</w:t>
      </w:r>
    </w:p>
    <w:p>
      <w:pPr>
        <w:jc w:val="right"/>
      </w:pPr>
      <w:r>
        <w:t>کپڑا یا جوتا یا کچھ بھی نہیں۔ لٹرلی میں نے کچھ بھی نہیں کیا۔ اور 63 سال بیت گئے۔</w:t>
      </w:r>
    </w:p>
    <w:p>
      <w:r>
        <w:rPr>
          <w:b/>
        </w:rPr>
        <w:t xml:space="preserve">[41:40] </w:t>
      </w:r>
      <w:r>
        <w:t>unhon ne kabhi shikayat nahi ki. na mujh se, na kisi aur se.</w:t>
      </w:r>
    </w:p>
    <w:p>
      <w:pPr>
        <w:jc w:val="right"/>
      </w:pPr>
      <w:r>
        <w:t>انہوں نے کبھی شکایت نہیں کی۔ نہ مجھ سے، نہ کسی اور سے۔</w:t>
      </w:r>
    </w:p>
    <w:p>
      <w:r>
        <w:rPr>
          <w:b/>
        </w:rPr>
        <w:t xml:space="preserve">[41:47] </w:t>
      </w:r>
      <w:r>
        <w:t>kabhi kisi se shikayat nahi ki. sabr aur shukr ke sath woh rahin, rahin, rahin isi tareeqe se. yahan tak ke aakhri waqt aa gaya. aur un ke bohat baat bohat hi anokhi un ki aadatein theen.</w:t>
      </w:r>
    </w:p>
    <w:p>
      <w:pPr>
        <w:jc w:val="right"/>
      </w:pPr>
      <w:r>
        <w:t>کبھی کسی سے شکایت نہیں کی۔ صبر اور شکر کے ساتھ وہ رہیں، رہیں، رہیں اسی طریقے سے۔ یہاں تک کہ آخری وقت آگیا۔ اور ان کے بہت بات بہت ہی انوکھی ان کی عادتیں تھیں۔</w:t>
      </w:r>
    </w:p>
    <w:p>
      <w:r>
        <w:rPr>
          <w:b/>
        </w:rPr>
        <w:t xml:space="preserve">[42:01] </w:t>
      </w:r>
      <w:r>
        <w:t>misalan peṛ lagana. peṛon se un ko bohat zyada lagao tha. yahan jo dekhte hain aap, is imarat mein jahan hum aap hain, is ke bahar aap eucalyptus, woh unhi ka lagaya hua hai.</w:t>
      </w:r>
    </w:p>
    <w:p>
      <w:pPr>
        <w:jc w:val="right"/>
      </w:pPr>
      <w:r>
        <w:t>مثلاً پیڑ لگانا۔ پیڑوں سے ان کو بہت زیادہ لگاؤ تھا۔ یہاں جو دیکھتے ہیں آپ، اس عمارت میں جہاں ہم آپ ہیں، اس کے باہر آپ یوکلپٹس، وہ انہی کا لگایا ہوا ہے۔</w:t>
      </w:r>
    </w:p>
    <w:p>
      <w:r>
        <w:rPr>
          <w:b/>
        </w:rPr>
        <w:t xml:space="preserve">[42:19] </w:t>
      </w:r>
      <w:r>
        <w:t>C 29 mein jahan main rehta hoon, wahan par aap dekhenge ke samne ashok hai, woh sab unhi ka lagaya hua hai.</w:t>
      </w:r>
    </w:p>
    <w:p>
      <w:pPr>
        <w:jc w:val="right"/>
      </w:pPr>
      <w:r>
        <w:t>سی 29 میں جہاں میں رہتا ہوں، وہاں پر آپ دیکھیں گے کہ سامنے اشوک ہے، وہ سب انہی کا لگایا ہوا ہے۔</w:t>
      </w:r>
    </w:p>
    <w:p>
      <w:r>
        <w:rPr>
          <w:b/>
        </w:rPr>
        <w:t xml:space="preserve">[42:25] </w:t>
      </w:r>
      <w:r>
        <w:t>side mein bare bare peṛ hain, woh woh bhi sab unhi ke lagaye hue hain. har taraf un ko gamle rakhe rehte the.</w:t>
      </w:r>
    </w:p>
    <w:p>
      <w:pPr>
        <w:jc w:val="right"/>
      </w:pPr>
      <w:r>
        <w:t>سائیڈ میں بڑے بڑے پیڑ ہیں، وہ وہ بھی سب انہی کے لگائے ہوئے ہیں۔ ہر طرف ان کو گملے رکھے رہتے تھے۔</w:t>
      </w:r>
    </w:p>
    <w:p>
      <w:r>
        <w:rPr>
          <w:b/>
        </w:rPr>
        <w:t xml:space="preserve">[42:37] </w:t>
      </w:r>
      <w:r>
        <w:t>to yeh main samajhta hoon ke ek jannati insaan ki sifat hai.</w:t>
      </w:r>
    </w:p>
    <w:p>
      <w:pPr>
        <w:jc w:val="right"/>
      </w:pPr>
      <w:r>
        <w:t>تو یہ میں سمجھتا ہوں کہ ایک جنتی انسان کی صفت ہے۔</w:t>
      </w:r>
    </w:p>
    <w:p>
      <w:r>
        <w:rPr>
          <w:b/>
        </w:rPr>
        <w:t xml:space="preserve">[42:42] </w:t>
      </w:r>
      <w:r>
        <w:t>is liye ke ek hadith hai: agar tumhare haath mein ek poda ho, ek chhota poda,</w:t>
      </w:r>
    </w:p>
    <w:p>
      <w:pPr>
        <w:jc w:val="right"/>
      </w:pPr>
      <w:r>
        <w:t>اس لئے کہ ایک حدیث ہے: اگر تمہارے ہاتھ میں ایک پودا ہو، ایک چھوٹا پودا،</w:t>
      </w:r>
    </w:p>
    <w:p>
      <w:r>
        <w:rPr>
          <w:b/>
        </w:rPr>
        <w:t xml:space="preserve">[42:55] </w:t>
      </w:r>
      <w:r>
        <w:t>aur tum dekho ke qayamat aagayi, to jaldi se us ko zameen mein gaar do. Islam mein peir lagane ko itna zyada ahmiyat di gayi hai ke qayamat aa rahi hai, tab bhi peir laga do.</w:t>
      </w:r>
    </w:p>
    <w:p>
      <w:pPr>
        <w:jc w:val="right"/>
      </w:pPr>
      <w:r>
        <w:t>اور تم دیکھو کہ قیامت آگئی، تو جلدی سے اس کو زمین میں گاڑ دو۔ اسلام میں پیڑ لگانے کو اتنا زیادہ اہمیت دی گئی ہے کہ قیامت آ رہی ہے، تب بھی پیڑ لگا دو۔</w:t>
      </w:r>
    </w:p>
    <w:p>
      <w:r>
        <w:rPr>
          <w:b/>
        </w:rPr>
        <w:t xml:space="preserve">[43:13] </w:t>
      </w:r>
      <w:r>
        <w:t>to in mein yeh baat kamaal ke darje mein thi. bohat zyada un ko shoq tha peir lagane ka. darakht lagane ka.</w:t>
      </w:r>
    </w:p>
    <w:p>
      <w:pPr>
        <w:jc w:val="right"/>
      </w:pPr>
      <w:r>
        <w:t>تو ان میں یہ بات کمال کے درجے میں تھی۔ بہت زیادہ ان کو شوق تھا پیڑ لگانے کا۔ درخت لگانے کا۔</w:t>
      </w:r>
    </w:p>
    <w:p>
      <w:r>
        <w:rPr>
          <w:b/>
        </w:rPr>
        <w:t xml:space="preserve">[43:25] </w:t>
      </w:r>
      <w:r>
        <w:t>aur un ke lagaye hue darakht jo hain, itne saare hain yahan par ke isi ke saaye mein baithta hoon main. ek peir jis ko maine kaha hai Spiritual Tree, jis ke neeche main baithta hoon, wahan par mujhe inspiration milta hai.</w:t>
      </w:r>
    </w:p>
    <w:p>
      <w:pPr>
        <w:jc w:val="right"/>
      </w:pPr>
      <w:r>
        <w:t>اور ان کے لگائے ہوئے درخت جو ہیں، اتنے سارے ہیں یہاں پر کہ اسی کے سائے میں بیٹھتا ہوں میں۔ ایک پیڑ جس کو میں نے کہا ہے Spiritual Tree، جس کے نیچے میں بیٹھتا ہوں، وہاں پر مجھے انسپیریشن ملتا ہے۔</w:t>
      </w:r>
    </w:p>
    <w:p>
      <w:r>
        <w:rPr>
          <w:b/>
        </w:rPr>
        <w:t xml:space="preserve">[43:41] </w:t>
      </w:r>
      <w:r>
        <w:t>main khud to koi peir nahi lagaya, lekin unhone bohat peir lagaye. jahan bhi rehti theen woh. hum kai jagah rahe apni zindagi mein.</w:t>
      </w:r>
    </w:p>
    <w:p>
      <w:pPr>
        <w:jc w:val="right"/>
      </w:pPr>
      <w:r>
        <w:t>میں خود تو کوئی پیڑ نہیں لگایا، لیکن انہوں نے بہت پیڑ لگائے۔ جہاں بھی رہتی تھیں وہ۔ ہم کئی جگہ رہے اپنی زندگی میں۔</w:t>
      </w:r>
    </w:p>
    <w:p>
      <w:r>
        <w:rPr>
          <w:b/>
        </w:rPr>
        <w:t xml:space="preserve">[43:52] </w:t>
      </w:r>
      <w:r>
        <w:t>kai jagah rahe. mislan UP ke gaon mein rahe, Adamgarh mein rahe, Rampur mein rahe, Lucknow mein rahe. kai jagah.</w:t>
      </w:r>
    </w:p>
    <w:p>
      <w:pPr>
        <w:jc w:val="right"/>
      </w:pPr>
      <w:r>
        <w:t>کئی جگہ رہے۔ مثلاً یو پی کے گاؤں میں رہے، آدم بڑھ میں رہے، رام پور میں رہے، لکھنو میں رہے۔ کئی جگہ۔</w:t>
      </w:r>
    </w:p>
    <w:p>
      <w:r>
        <w:rPr>
          <w:b/>
        </w:rPr>
        <w:t xml:space="preserve">[44:01] </w:t>
      </w:r>
      <w:r>
        <w:t>har jagah un ka yeh shoq jaari rehta tha. jahan bhi hum rahe, woh peir lagati rehti theen.</w:t>
      </w:r>
    </w:p>
    <w:p>
      <w:pPr>
        <w:jc w:val="right"/>
      </w:pPr>
      <w:r>
        <w:t>ہر جگہ ان کا یہ شوق جاری رہتا تھا۔ جہاں بھی ہم رہے، وہ پیڑ لگاتی رہتی تھیں۔</w:t>
      </w:r>
    </w:p>
    <w:p>
      <w:r>
        <w:rPr>
          <w:b/>
        </w:rPr>
        <w:t xml:space="preserve">[44:11] </w:t>
      </w:r>
      <w:r>
        <w:t>main batata hoon ke peir lagana ek jannati insaan ki sifat hai. aur Quran mein aaya hai ke ek misaal di gayi hai ke kalma ya aqeedah ya sachai ka lafz kya hai?</w:t>
      </w:r>
    </w:p>
    <w:p>
      <w:pPr>
        <w:jc w:val="right"/>
      </w:pPr>
      <w:r>
        <w:t>میں بتاتا ہوں کہ پیڑ لگانا ایک جنتی انسان کی صفت ہے۔ اور قرآن میں آیا ہے کہ ایک مثال دی گئی ہے کہ کلمہ یا عقیدہ یا سچائی کا لفظ کیا ہے؟</w:t>
      </w:r>
    </w:p>
    <w:p>
      <w:r>
        <w:rPr>
          <w:b/>
        </w:rPr>
        <w:t xml:space="preserve">[44:29] </w:t>
      </w:r>
      <w:r>
        <w:t>woh ek darakht ki tarah se hai. ek darakht ke pode ki tarah se hai. jis tarah se darakht ka ek poda, ek poda, badhta hai,</w:t>
      </w:r>
    </w:p>
    <w:p>
      <w:pPr>
        <w:jc w:val="right"/>
      </w:pPr>
      <w:r>
        <w:t>وہ ایک درخت کی طرح سے ہے۔ ایک درخت کے پودے کی طرح سے ہے۔ جس طرح سے درخت کا ایک پودا، ایک پودا، بڑھتا ہے، بڑ</w:t>
      </w:r>
    </w:p>
    <w:p>
      <w:r>
        <w:rPr>
          <w:b/>
        </w:rPr>
        <w:t xml:space="preserve">[44:40] </w:t>
      </w:r>
      <w:r>
        <w:t>badhta hai, badhta hai, yahan tak ke poora ek poora darakht ban jata hai. poora peir ban jata hai. phir is mein patiyan hoti hain.</w:t>
      </w:r>
    </w:p>
    <w:p>
      <w:pPr>
        <w:jc w:val="right"/>
      </w:pPr>
      <w:r>
        <w:t>ھتا ہے، بڑھتا ہے، یہاں تک کہ پورا ایک پورا درخت بن جاتا ہے۔ پورا پیڑ بن جاتا ہے۔ پھر اس میں پتیاں ہوتی ہیں۔</w:t>
      </w:r>
    </w:p>
    <w:p>
      <w:r>
        <w:rPr>
          <w:b/>
        </w:rPr>
        <w:t xml:space="preserve">[44:48] </w:t>
      </w:r>
      <w:r>
        <w:t>is mein phool aate hain. is mein phal aate hain. isi tarah se imaan jo hai, Faith jo hai, Faith bhi isi tarah se badhta hai.</w:t>
      </w:r>
    </w:p>
    <w:p>
      <w:pPr>
        <w:jc w:val="right"/>
      </w:pPr>
      <w:r>
        <w:t>اس میں پھول آتے ہیں۔ اس میں پھل آتے ہیں۔ اسی طرح سے ایمان جو ہے، Faith جو ہے، Faith بھی اسی طرح سے بڑھتا ہے۔</w:t>
      </w:r>
    </w:p>
    <w:p>
      <w:r>
        <w:rPr>
          <w:b/>
        </w:rPr>
        <w:t xml:space="preserve">[44:59] </w:t>
      </w:r>
      <w:r>
        <w:t>ek Seed se shuru ho kar ke ek poora darakht ban jata hai.</w:t>
      </w:r>
    </w:p>
    <w:p>
      <w:pPr>
        <w:jc w:val="right"/>
      </w:pPr>
      <w:r>
        <w:t>ایک Seed سے شروع ہو کر کے ایک پورا درخت بن جاتا ہے۔</w:t>
      </w:r>
    </w:p>
    <w:p>
      <w:r>
        <w:rPr>
          <w:b/>
        </w:rPr>
        <w:t xml:space="preserve">[45:04] </w:t>
      </w:r>
      <w:r>
        <w:t>to darakht se ya haryali se ya sabza se ek taluq yeh momin ki sifat hai. main to jab ghaas ko dekhta hoon to main sochta hoon ke kaisa ajeeb hoga woh Khuda jis ne ghaas ko banaya.</w:t>
      </w:r>
    </w:p>
    <w:p>
      <w:pPr>
        <w:jc w:val="right"/>
      </w:pPr>
      <w:r>
        <w:t>تو درخت سے یا ہریالی سے یا سبزہ سے ایک تعلق یہ مومن کی صفت ہے۔ میں تو جب گھاس کو دیکھتا ہوں تو میں سوچتا ہوں کہ کیسا عجیب ہوگا وہ خدا جس نے گھاس کو بنایا۔</w:t>
      </w:r>
    </w:p>
    <w:p>
      <w:r>
        <w:rPr>
          <w:b/>
        </w:rPr>
        <w:t xml:space="preserve">[45:22] </w:t>
      </w:r>
      <w:r>
        <w:t>is duniya mein jo bhi cheez hai, main aksar kaha karta hoon ke woh apne aakhri model par hai. ghaas bhi apne aakhri model par hai.</w:t>
      </w:r>
    </w:p>
    <w:p>
      <w:pPr>
        <w:jc w:val="right"/>
      </w:pPr>
      <w:r>
        <w:t>اس دنیا میں جو بھی چیز ہے، میں اکثر کہا کرتا ہوں کہ وہ اپنے آخری ماڈل پر ہے۔ گھاس بھی اپنے آخری ماڈل پر ہے۔</w:t>
      </w:r>
    </w:p>
    <w:p>
      <w:r>
        <w:rPr>
          <w:b/>
        </w:rPr>
        <w:t xml:space="preserve">[45:33] </w:t>
      </w:r>
      <w:r>
        <w:t>chahe aap haathi ko dekhiye, ya shair ko dekhiye, ya aap pahaad ko dekhiye, darya ko dekhiye, aap sayyaray ko dekhiye, sitaron ko dekhiye.</w:t>
      </w:r>
    </w:p>
    <w:p>
      <w:pPr>
        <w:jc w:val="right"/>
      </w:pPr>
      <w:r>
        <w:t>چاہے آپ ہاتھی کو دیکھیے، یا شیر کو دیکھیے، یا آپ پہاڑ کو دیکھیے، دریا کو دیکھیے، آپ سیارے کو دیکھیے، ستاروں کو دیکھیے۔</w:t>
      </w:r>
    </w:p>
    <w:p>
      <w:r>
        <w:rPr>
          <w:b/>
        </w:rPr>
        <w:t xml:space="preserve">[45:46] </w:t>
      </w:r>
      <w:r>
        <w:t>kisi bhi cheez ko aap dekhiye. yahan tak ke aap chhoti titli ko dekhiye. chhat ki makhi ko dekhiye. insaan ko dekhiye.</w:t>
      </w:r>
    </w:p>
    <w:p>
      <w:pPr>
        <w:jc w:val="right"/>
      </w:pPr>
      <w:r>
        <w:t>کسی بھی چیز کو آپ دیکھیے۔ یہاں تک کہ آپ چھوٹی تتلی کو دیکھیے۔ چھت کی مکھی کو دیکھیے۔ انسان کو دیکھیے۔</w:t>
      </w:r>
    </w:p>
    <w:p>
      <w:r>
        <w:rPr>
          <w:b/>
        </w:rPr>
        <w:t xml:space="preserve">[45:55] </w:t>
      </w:r>
      <w:r>
        <w:t>har cheez apne aakhri model par hai. aakhri model par hai.</w:t>
      </w:r>
    </w:p>
    <w:p>
      <w:pPr>
        <w:jc w:val="right"/>
      </w:pPr>
      <w:r>
        <w:t>ہر چیز اپنے آخری ماڈل پر ہے۔ آخری ماڈل پر ہے۔</w:t>
      </w:r>
    </w:p>
    <w:p>
      <w:r>
        <w:rPr>
          <w:b/>
        </w:rPr>
        <w:t xml:space="preserve">[46:02] </w:t>
      </w:r>
      <w:r>
        <w:t>is se aage koi fannkar, koi aur model aaj tak nahi bana saka. to peir isi mein se ek cheez hai.</w:t>
      </w:r>
    </w:p>
    <w:p>
      <w:pPr>
        <w:jc w:val="right"/>
      </w:pPr>
      <w:r>
        <w:t>اس سے آگے کوئی فنکار، کوئی اور ماڈل آج تک نہیں بنا سکا۔ تو پیڑ اسی میں سے ایک چیز ہے۔</w:t>
      </w:r>
    </w:p>
    <w:p>
      <w:r>
        <w:rPr>
          <w:b/>
        </w:rPr>
        <w:t xml:space="preserve">[46:11] </w:t>
      </w:r>
      <w:r>
        <w:t>aur peir main samajhta hoon ke imaan ko alamat banata hai. yaani Faith ko alamat banata hai. kyun? aur cheezein badhti nahi hain.</w:t>
      </w:r>
    </w:p>
    <w:p>
      <w:pPr>
        <w:jc w:val="right"/>
      </w:pPr>
      <w:r>
        <w:t>اور پیڑ میں سمجھتا ہوں کہ ایمان کو علامت بناتا ہے۔ یعنی Faith کو علامت بناتا ہے۔ کیوں؟ اور چیزیں بڑھتی نہیں ہیں۔</w:t>
      </w:r>
    </w:p>
    <w:p>
      <w:r>
        <w:rPr>
          <w:b/>
        </w:rPr>
        <w:t xml:space="preserve">[46:23] </w:t>
      </w:r>
      <w:r>
        <w:t>jaise pathar hai to jitna hai waise hi rahega. loha hai jaisa hai waise hi rahega. mitti hai jaisi hai waise hi rahegi.</w:t>
      </w:r>
    </w:p>
    <w:p>
      <w:pPr>
        <w:jc w:val="right"/>
      </w:pPr>
      <w:r>
        <w:t>جیسے پتھر ہے تو جتنا ہے ویسے ہی رہے گا۔ لوہا ہے جیسا ہے ویسے ہی رہے گا۔ مٹی ہے جیسی ہے ویسے ہی رہے گی۔</w:t>
      </w:r>
    </w:p>
    <w:p>
      <w:r>
        <w:rPr>
          <w:b/>
        </w:rPr>
        <w:t xml:space="preserve">[46:32] </w:t>
      </w:r>
      <w:r>
        <w:t>peir ki sifat hai badhna, badhna, badhna. to Faith badhta hai. Faith koi saakin cheez nahi hai. kuch log samajhte hain ke bas kalma padh liya to Faith mil gaya.</w:t>
      </w:r>
    </w:p>
    <w:p>
      <w:pPr>
        <w:jc w:val="right"/>
      </w:pPr>
      <w:r>
        <w:t>پیڑ کی صفت ہے بڑھنا، بڑھنا، بڑھنا۔ تو Faith بڑھتا ہے۔ Faith کوئی ساکن چیز نہیں ہے۔ کچھ لوگ سمجھتے ہیں کہ بس کلمہ پڑھ لیا تو Faith مل گیا۔</w:t>
      </w:r>
    </w:p>
    <w:p>
      <w:r>
        <w:rPr>
          <w:b/>
        </w:rPr>
        <w:t xml:space="preserve">[46:46] </w:t>
      </w:r>
      <w:r>
        <w:t>aisa kuch bhi nahi hai. kalma to Seed mila aap ko. Seed. is ko badhna chahiye. badhte badhte is ko poora ek hara bhara peir ban jaana chahiye.</w:t>
      </w:r>
    </w:p>
    <w:p>
      <w:pPr>
        <w:jc w:val="right"/>
      </w:pPr>
      <w:r>
        <w:t>ایسا کچھ بھی نہیں ہے۔ کلمہ تو Seed ملا آپ کو۔ Seed۔ اس کو بڑھنا چاہیے۔ بڑھتے بڑھتے اس کو پورا ایک ہرا بھرا پیڑ بن جانا چاہیے۔</w:t>
      </w:r>
    </w:p>
    <w:p>
      <w:r>
        <w:rPr>
          <w:b/>
        </w:rPr>
        <w:t xml:space="preserve">[47:01] </w:t>
      </w:r>
      <w:r>
        <w:t>to jab kalma, yeh lafz, yeh sachai ka jo lafz hai, woh peir ki manind hai, to aadmi jis ke andar Faith hoga, sachaa,</w:t>
      </w:r>
    </w:p>
    <w:p>
      <w:pPr>
        <w:jc w:val="right"/>
      </w:pPr>
      <w:r>
        <w:t>تو جب کلمہ، یہ لفظ، یہ سچائی کا جو لفظ ہے، وہ پیڑ کی مانند ہے، تو آدمی جس کے اندر Faith ہوگا، سچا،</w:t>
      </w:r>
    </w:p>
    <w:p>
      <w:r>
        <w:rPr>
          <w:b/>
        </w:rPr>
        <w:t xml:space="preserve">[47:14] </w:t>
      </w:r>
      <w:r>
        <w:t>to us ke andar yeh bhi bohat shoq hoga. peir ke neeche baithna, peir ko dekhna, peir ko lagana. is se us ko, us ke nature ko khushi milegi.</w:t>
      </w:r>
    </w:p>
    <w:p>
      <w:pPr>
        <w:jc w:val="right"/>
      </w:pPr>
      <w:r>
        <w:t>تو اس کے اندر یہ بھی بہت شوق ہوگا۔ پیڑ کے نیچے بیٹھنا، پیڑ کو دیکھنا، پیڑ کو لگانا۔ اس سے اس کو، اس کے نیچر کو خوشی ملے گی۔</w:t>
      </w:r>
    </w:p>
    <w:p>
      <w:r>
        <w:rPr>
          <w:b/>
        </w:rPr>
        <w:t xml:space="preserve">[47:26] </w:t>
      </w:r>
      <w:r>
        <w:t>to mein ne dekha ke woh bohat ziyada un ko shoq tha peir lagane ka. har jagah woh jahan zameen nahi rehti thi, wahan gamla rakh deti theen woh.</w:t>
      </w:r>
    </w:p>
    <w:p>
      <w:pPr>
        <w:jc w:val="right"/>
      </w:pPr>
      <w:r>
        <w:t>تو میں نے دیکھا کہ وہ بہت زیادہ ان کو شوق تھا پیڑ لگانے کا۔ ہر جگہ وہ جہاں زمین نہیں رہتی تھی، وہاں گملہ رکھ دیتی تھیں وہ۔</w:t>
      </w:r>
    </w:p>
    <w:p>
      <w:r>
        <w:rPr>
          <w:b/>
        </w:rPr>
        <w:t xml:space="preserve">[47:44] </w:t>
      </w:r>
      <w:r>
        <w:t>to yeh jo khwab logon ne dekhe, mein samajhta hoon ke bohat hi sahih khwab hain.</w:t>
      </w:r>
    </w:p>
    <w:p>
      <w:pPr>
        <w:jc w:val="right"/>
      </w:pPr>
      <w:r>
        <w:t>تو یہ جو خواب لوگوں نے دیکھے، میں سمجھتا ہوں کہ بہت ہی صحیح خواب ہیں۔</w:t>
      </w:r>
    </w:p>
    <w:p>
      <w:r>
        <w:rPr>
          <w:b/>
        </w:rPr>
        <w:t xml:space="preserve">[47:53] </w:t>
      </w:r>
      <w:r>
        <w:t>ab dekhiye, ek khwab to aisa hai, sabhi logon ne khwab dekhe ke bagh mein hain, jannat mein hain, bohat khush hain, aur bohat sehat mand hain.</w:t>
      </w:r>
    </w:p>
    <w:p>
      <w:pPr>
        <w:jc w:val="right"/>
      </w:pPr>
      <w:r>
        <w:t>اب دیکھیے، ایک خواب تو ایسا ہے، سبھی لوگوں نے خواب دیکھے کہ باغ میں ہیں، جنت میں ہیں، بہت خوش ہیں، اور بہت صحت مند ہیں۔</w:t>
      </w:r>
    </w:p>
    <w:p>
      <w:r>
        <w:rPr>
          <w:b/>
        </w:rPr>
        <w:t xml:space="preserve">[48:04] </w:t>
      </w:r>
      <w:r>
        <w:t>yeh sab dekha logon ne. aur ek yahan par ek khatoon aati hain, un ka naam hai aabroo.</w:t>
      </w:r>
    </w:p>
    <w:p>
      <w:pPr>
        <w:jc w:val="right"/>
      </w:pPr>
      <w:r>
        <w:t>یہ سب دیکھا لوگوں نے۔ اور ایک یہاں پر ایک خاتون آتی ہیں، ان کا نام ہے آبرو۔</w:t>
      </w:r>
    </w:p>
    <w:p>
      <w:r>
        <w:rPr>
          <w:b/>
        </w:rPr>
        <w:t xml:space="preserve">[48:13] </w:t>
      </w:r>
      <w:r>
        <w:t>kashmiri hain woh. un ko pata nahi tha ke un ki maut ho gayi hai. un</w:t>
      </w:r>
    </w:p>
    <w:p>
      <w:pPr>
        <w:jc w:val="right"/>
      </w:pPr>
      <w:r>
        <w:t>کشمیری ہیں وہ۔ ان کو پتہ نہیں تھا کہ ان کی موت ہو گئی ہے۔ ان</w:t>
      </w:r>
    </w:p>
    <w:p>
      <w:r>
        <w:rPr>
          <w:b/>
        </w:rPr>
        <w:t xml:space="preserve">[48:20] </w:t>
      </w:r>
      <w:r>
        <w:t>ko paigham nahi mila tha. agarchay rehti hain woh dili mein woh. to unhon ne dekha ke kai bohat se log hain, woh chal rahe hain.</w:t>
      </w:r>
    </w:p>
    <w:p>
      <w:pPr>
        <w:jc w:val="right"/>
      </w:pPr>
      <w:r>
        <w:t>کو پیغام نہیں ملا تھا۔ اگرچہ رہتی ہیں وہ دلی میں وہ۔ تو انہوں نے دیکھا کہ کئی بہت سے لوگ ہیں، وہ چل رہے ہیں۔</w:t>
      </w:r>
    </w:p>
    <w:p>
      <w:r>
        <w:rPr>
          <w:b/>
        </w:rPr>
        <w:t xml:space="preserve">[48:30] </w:t>
      </w:r>
      <w:r>
        <w:t>ek nadi aayi. ek ek chaura darya aaya. to wahan par ek bohat hi patli si lakri hai paar hone ke liye.</w:t>
      </w:r>
    </w:p>
    <w:p>
      <w:pPr>
        <w:jc w:val="right"/>
      </w:pPr>
      <w:r>
        <w:t>ایک ندی آئی۔ ایک ایک چوڑا دریا آیا۔ تو وہاں پر ایک بہت ہی پتلی سی لکڑی ہے پار ہونے کے لیے۔</w:t>
      </w:r>
    </w:p>
    <w:p>
      <w:r>
        <w:rPr>
          <w:b/>
        </w:rPr>
        <w:t xml:space="preserve">[48:39] </w:t>
      </w:r>
      <w:r>
        <w:t>ek ek takhta rakha hua hai paar hone ke liye jo. to yeh bhi sath hain aur hamari biwi bhi sath hain. yeh</w:t>
      </w:r>
    </w:p>
    <w:p>
      <w:pPr>
        <w:jc w:val="right"/>
      </w:pPr>
      <w:r>
        <w:t>ایک ایک تختہ رکھا ہوا ہے پار ہونے کے لیے جو۔ تو یہ بھی ساتھ ہیں اور ہماری بیوی بھی ساتھ ہیں۔ یہ</w:t>
      </w:r>
    </w:p>
    <w:p>
      <w:r>
        <w:rPr>
          <w:b/>
        </w:rPr>
        <w:t xml:space="preserve">[48:47] </w:t>
      </w:r>
      <w:r>
        <w:t>kehti hain aabroo ke kaise jayenge, yeh to bohat hi patla hai. kaise is ko paar honge hum. to hamari biwi kehti hain ke nahi chalo, yeh to bohat chaura hai.</w:t>
      </w:r>
    </w:p>
    <w:p>
      <w:pPr>
        <w:jc w:val="right"/>
      </w:pPr>
      <w:r>
        <w:t>کہتی ہیں آبرو کہ کیسے جائیں گے، یہ تو بہت ہی پتلا ہے۔ کیسے اس کو پار ہوں گے ہم۔ تو ہماری بیوی کہتی ہیں کہ نہیں چلو، یہ تو بہت چوڑا ہے۔</w:t>
      </w:r>
    </w:p>
    <w:p>
      <w:r>
        <w:rPr>
          <w:b/>
        </w:rPr>
        <w:t xml:space="preserve">[48:58] </w:t>
      </w:r>
      <w:r>
        <w:t>aur jaanti hain is ko, is par jannat hai. aur woh is par khat khat kar chali gayeen woh. isi patle is par.</w:t>
      </w:r>
    </w:p>
    <w:p>
      <w:pPr>
        <w:jc w:val="right"/>
      </w:pPr>
      <w:r>
        <w:t>اور جانتی ہیں اس کو، اس پر جنت ہے۔ اور وہ اس پر کھٹ کھٹ کر چلی گئیں وہ۔ اسی پتلے اس پر۔</w:t>
      </w:r>
    </w:p>
    <w:p>
      <w:r>
        <w:rPr>
          <w:b/>
        </w:rPr>
        <w:t xml:space="preserve">[49:08] </w:t>
      </w:r>
      <w:r>
        <w:t>aur idhar pahunch gayeen jahan ke hara bhara bagh tha. jannat jaisa.</w:t>
      </w:r>
    </w:p>
    <w:p>
      <w:pPr>
        <w:jc w:val="right"/>
      </w:pPr>
      <w:r>
        <w:t>اور ادھر پہنچ گئیں جہاں کہ ہرا بھرا باغ تھا۔ جنت جیسا۔</w:t>
      </w:r>
    </w:p>
    <w:p>
      <w:r>
        <w:rPr>
          <w:b/>
        </w:rPr>
        <w:t xml:space="preserve">[49:14] </w:t>
      </w:r>
      <w:r>
        <w:t>is tarah se kai logon ne khwab dekhe. hatta ke hamara jo pota hai, adnan, is ne marne se pehle ghaliban ek din ya do din marne se pehle ek anokha khwab dekha.</w:t>
      </w:r>
    </w:p>
    <w:p>
      <w:pPr>
        <w:jc w:val="right"/>
      </w:pPr>
      <w:r>
        <w:t>اس طرح سے کئی لوگوں نے خواب دیکھے۔ حتیٰ کہ ہمارا جو پوتا ہے، عدنان، اس نے مرنے سے پہلے غالباً ایک دن یا دو دن مرنے سے پہلے ایک انوکھا خواب دیکھا۔</w:t>
      </w:r>
    </w:p>
    <w:p>
      <w:r>
        <w:rPr>
          <w:b/>
        </w:rPr>
        <w:t xml:space="preserve">[49:33] </w:t>
      </w:r>
      <w:r>
        <w:t>kya ke is ne dekha ke woh us ki dadi theen.</w:t>
      </w:r>
    </w:p>
    <w:p>
      <w:pPr>
        <w:jc w:val="right"/>
      </w:pPr>
      <w:r>
        <w:t>کیا کہ اس نے دیکھا کہ وہ اس کی دادی تھیں۔</w:t>
      </w:r>
    </w:p>
    <w:p>
      <w:r>
        <w:rPr>
          <w:b/>
        </w:rPr>
        <w:t xml:space="preserve">[49:38] </w:t>
      </w:r>
      <w:r>
        <w:t>is ne dekha ke dadi soyi hui hain. so gayi hain. aur log bohat is ko jagana chahte hain, hilate hain, idhar udhar, uth nahi rahi hain woh. uth nahi rahi hain.</w:t>
      </w:r>
    </w:p>
    <w:p>
      <w:pPr>
        <w:jc w:val="right"/>
      </w:pPr>
      <w:r>
        <w:t>اس نے دیکھا کہ دادی سوئی ہوئی ہیں۔ سو گئی ہیں۔ اور لوگ بہت اس کو جگانا چاہتے ہیں، ہلاتے ہیں، ادھر ادھر، اٹھ نہیں رہی ہیں وہ۔ اٹھ نہیں رہی ہیں۔</w:t>
      </w:r>
    </w:p>
    <w:p>
      <w:r>
        <w:rPr>
          <w:b/>
        </w:rPr>
        <w:t xml:space="preserve">[49:49] </w:t>
      </w:r>
      <w:r>
        <w:t>yani maut ki peshgi khabar adnan ne dekhi. sirf ek din ya do din pehle.</w:t>
      </w:r>
    </w:p>
    <w:p>
      <w:pPr>
        <w:jc w:val="right"/>
      </w:pPr>
      <w:r>
        <w:t>یعنی موت کی پیشگی خبر عدنان نے دیکھی۔ صرف ایک دن یا دو دن پہلے۔</w:t>
      </w:r>
    </w:p>
    <w:p>
      <w:r>
        <w:rPr>
          <w:b/>
        </w:rPr>
        <w:t xml:space="preserve">[49:56] </w:t>
      </w:r>
      <w:r>
        <w:t>to is tarah ke bohat se khwab logon ne dekhe hain. to is se mein samajhta hoon ke woh bohat, yani Allah taala ke haan un ka darja bohat buland hua.</w:t>
      </w:r>
    </w:p>
    <w:p>
      <w:pPr>
        <w:jc w:val="right"/>
      </w:pPr>
      <w:r>
        <w:t>تو اس طرح کے بہت سے خواب لوگوں نے دیکھے ہیں۔ تو اس سے میں سمجھتا ہوں کہ وہ بہت، یعنی اللہ تعالیٰ کے ہاں ان کا درجہ بہت بلند ہوا۔</w:t>
      </w:r>
    </w:p>
    <w:p>
      <w:r>
        <w:rPr>
          <w:b/>
        </w:rPr>
        <w:t xml:space="preserve">[50:05] </w:t>
      </w:r>
      <w:r>
        <w:t>aur Allah taala ne un ko jannat mein jagah di. aur Allah taala ke haan woh khush khush reh rahi hain, in sha Allah.</w:t>
      </w:r>
    </w:p>
    <w:p>
      <w:pPr>
        <w:jc w:val="right"/>
      </w:pPr>
      <w:r>
        <w:t>اور اللہ تعالیٰ نے ان کو جنت میں جگہ دی۔ اور اللہ تعالیٰ کے ہاں وہ خوش خوش رہ رہی ہیں، ان شاء اللہ۔</w:t>
      </w:r>
    </w:p>
    <w:p>
      <w:r>
        <w:rPr>
          <w:b/>
        </w:rPr>
        <w:t xml:space="preserve">[50:18] </w:t>
      </w:r>
      <w:r>
        <w:t>yahan mein ek baat yeh kahoon ga ke aksar mein ne dekha hai ke log marne ke baad sochte hain ke hum ne yeh kar liya hota, hum ne woh kar liya hota. hamare gaon mein ek khatoon theen, un ki maan mar gayi.</w:t>
      </w:r>
    </w:p>
    <w:p>
      <w:pPr>
        <w:jc w:val="right"/>
      </w:pPr>
      <w:r>
        <w:t>یہاں میں ایک بات یہ کہوں گا کہ اکثر میں نے دیکھا ہے کہ لوگ مرنے کے بعد سوچتے ہیں کہ ہم نے یہ کر لیا ہوتا، ہم نے وہ کر لیا ہوتا۔ ہمارے گاؤں میں ایک خاتون تھیں، ان کی ماں مر گئی۔</w:t>
      </w:r>
    </w:p>
    <w:p>
      <w:r>
        <w:rPr>
          <w:b/>
        </w:rPr>
        <w:t xml:space="preserve">[50:33] </w:t>
      </w:r>
      <w:r>
        <w:t>to bohat din tak roti rahin woh, ek keh kar ke ke dehati zaban mein ke tere dil ka marma nahi jano meri maai.</w:t>
      </w:r>
    </w:p>
    <w:p>
      <w:pPr>
        <w:jc w:val="right"/>
      </w:pPr>
      <w:r>
        <w:t>تو بہت دن تک روتی رہیں وہ، ایک کہہ کر کے کہ دیہاتی زبان میں کہ تیرے دل کا مرمہ نہیں جانو میری مائی۔</w:t>
      </w:r>
    </w:p>
    <w:p>
      <w:r>
        <w:rPr>
          <w:b/>
        </w:rPr>
        <w:t xml:space="preserve">[50:43] </w:t>
      </w:r>
      <w:r>
        <w:t>ke tere liye mein ne yeh kiya hota, tere liye mein ne woh kiya hota.</w:t>
      </w:r>
    </w:p>
    <w:p>
      <w:pPr>
        <w:jc w:val="right"/>
      </w:pPr>
      <w:r>
        <w:t>کہ تیرے لیے میں نے یہ کیا ہوتا، تیرے لیے میں نے وہ کیا ہوتا۔</w:t>
      </w:r>
    </w:p>
    <w:p>
      <w:r>
        <w:rPr>
          <w:b/>
        </w:rPr>
        <w:t xml:space="preserve">[50:48] </w:t>
      </w:r>
      <w:r>
        <w:t>to aksar aisa hota hai. bombay mein bhi ek sahib the, woh kai saal tak pareshan rahe ke meri biwi mar gayi, mein yeh nahi kar saka, woh nahi kar saka.</w:t>
      </w:r>
    </w:p>
    <w:p>
      <w:pPr>
        <w:jc w:val="right"/>
      </w:pPr>
      <w:r>
        <w:t>تو اکثر ایسا ہوتا ہے۔ بمبئی میں بھی ایک صاحب تھے، وہ کئی سال تک پریشان رہے کہ میری بیوی مر گئی، میں یہ نہیں کر سکا، وہ نہیں کر سکا۔</w:t>
      </w:r>
    </w:p>
    <w:p>
      <w:r>
        <w:rPr>
          <w:b/>
        </w:rPr>
        <w:t xml:space="preserve">[50:57] </w:t>
      </w:r>
      <w:r>
        <w:t>to mein ne aise kai log dekhe hain ke kisi ke marne ke baad yeh soch soch kar pareshan rehte hain ke maine yeh kiya hota to bara acha tha, maine yeh kiya hota to bara acha tha.</w:t>
      </w:r>
    </w:p>
    <w:p>
      <w:pPr>
        <w:jc w:val="right"/>
      </w:pPr>
      <w:r>
        <w:t>تو میں نے ایسے کئی لوگ دیکھے ہیں کہ کسی کے مرنے کے بعد یہ سوچ سوچ کر پریشان رہتے ہیں کہ میں نے یہ کیا ہوتا تو بڑا اچھا تھا، میں نے یہ کیا ہوتا تو بڑا اچھا تھا۔</w:t>
      </w:r>
    </w:p>
    <w:p>
      <w:r>
        <w:rPr>
          <w:b/>
        </w:rPr>
        <w:t xml:space="preserve">[51:08] </w:t>
      </w:r>
      <w:r>
        <w:t>yeh islam ke khilaf hai, yeh soch.</w:t>
      </w:r>
    </w:p>
    <w:p>
      <w:pPr>
        <w:jc w:val="right"/>
      </w:pPr>
      <w:r>
        <w:t>یہ اسلام کے خلاف ہے، یہ سوچ۔</w:t>
      </w:r>
    </w:p>
    <w:p>
      <w:r>
        <w:rPr>
          <w:b/>
        </w:rPr>
        <w:t xml:space="preserve">[51:12] </w:t>
      </w:r>
      <w:r>
        <w:t>kyun ke hadith mein aata hai ke la taqooloo law fa inna law taftahoo amal al shaitan</w:t>
      </w:r>
    </w:p>
    <w:p>
      <w:pPr>
        <w:jc w:val="right"/>
      </w:pPr>
      <w:r>
        <w:t>کیونکہ حدیث میں آتا ہے کہ لا تقولوا لو فإن لو تفتحوا عمل الشيطان</w:t>
      </w:r>
    </w:p>
    <w:p>
      <w:r>
        <w:rPr>
          <w:b/>
        </w:rPr>
        <w:t xml:space="preserve">[51:24] </w:t>
      </w:r>
      <w:r>
        <w:t>yeh na kaho ke agar mein ne aisa kiya hota, kaash mein ne aisa kiya hota. kyun ke yeh shaitan ka darwaza kholta hai, aisa kehna.</w:t>
      </w:r>
    </w:p>
    <w:p>
      <w:pPr>
        <w:jc w:val="right"/>
      </w:pPr>
      <w:r>
        <w:t>یہ نہ کہو کہ اگر میں نے ایسا کیا ہوتا، کاش میں نے ایسا کیا ہوتا۔ کیونکہ یہ شیطان کا دروازہ کھولتا ہے، ایسا کہنا۔</w:t>
      </w:r>
    </w:p>
    <w:p>
      <w:r>
        <w:rPr>
          <w:b/>
        </w:rPr>
        <w:t xml:space="preserve">[51:36] </w:t>
      </w:r>
      <w:r>
        <w:t>is par hum ne ghor kiya ke hadith mein kyun aata hai, main ne kiya hai is</w:t>
      </w:r>
    </w:p>
    <w:p>
      <w:pPr>
        <w:jc w:val="right"/>
      </w:pPr>
      <w:r>
        <w:t>اس پر ہم نے غور کیا کہ حدیث میں کیوں آتا ہے، میں نے کیا ہے اس</w:t>
      </w:r>
    </w:p>
    <w:p>
      <w:r>
        <w:rPr>
          <w:b/>
        </w:rPr>
        <w:t xml:space="preserve">[51:39] </w:t>
      </w:r>
      <w:r>
        <w:t>ko. is ki wajah kya hai ke aap mazi mein jeete rehte hain. mustaqbil mein humein jeena chahiye aap ko.</w:t>
      </w:r>
    </w:p>
    <w:p>
      <w:pPr>
        <w:jc w:val="right"/>
      </w:pPr>
      <w:r>
        <w:t>کو۔ اس کی وجہ کیا ہے کہ آپ ماضی میں جیتے رہتے ہیں۔ مستقبل میں ہمیں جینا چاہیے آپ کو۔</w:t>
      </w:r>
    </w:p>
    <w:p>
      <w:r>
        <w:rPr>
          <w:b/>
        </w:rPr>
        <w:t xml:space="preserve">[51:49] </w:t>
      </w:r>
      <w:r>
        <w:t>jo marne wala mar gaya to aap yeh sochein ke maine is ke liye aisa nahi kiya, maine is ke liye waisa nahi kiya. wahi soch soch kar ke gham mein pare rahein.</w:t>
      </w:r>
    </w:p>
    <w:p>
      <w:pPr>
        <w:jc w:val="right"/>
      </w:pPr>
      <w:r>
        <w:t>جو مرنے والا مر گیا تو آپ یہ سوچیں کہ میں نے اس کے لیے ایسا نہیں کیا، میں نے اس کے لیے ویسا نہیں کیا۔ وہی سوچ سوچ کر کے غم میں پڑے رہیں۔</w:t>
      </w:r>
    </w:p>
    <w:p>
      <w:r>
        <w:rPr>
          <w:b/>
        </w:rPr>
        <w:t xml:space="preserve">[51:59] </w:t>
      </w:r>
      <w:r>
        <w:t>yeh islam nahi chahta. islam chahta hai ke mazi ko chodo. haal mein kya kar sakte ho, us ko socho.</w:t>
      </w:r>
    </w:p>
    <w:p>
      <w:pPr>
        <w:jc w:val="right"/>
      </w:pPr>
      <w:r>
        <w:t>یہ اسلام نہیں چاہتا۔ اسلام چاہتا ہے کہ ماضی کو چھوڑو۔ حال میں کیا کر سکتے ہو، اس کو سوچو۔</w:t>
      </w:r>
    </w:p>
    <w:p>
      <w:r>
        <w:rPr>
          <w:b/>
        </w:rPr>
        <w:t xml:space="preserve">[52:09] </w:t>
      </w:r>
      <w:r>
        <w:t>yani present oriented thinking honi chahiye insan. insan ke andar. na ke past oriented thinking. to la taqooloo lo yeh na kaho ke kaash hum ne yeh kar liya hota, kaash hum ne woh kar liya hota.</w:t>
      </w:r>
    </w:p>
    <w:p>
      <w:pPr>
        <w:jc w:val="right"/>
      </w:pPr>
      <w:r>
        <w:t>یعنی present oriented thinking ہونی چاہیے انسان۔ انسان کے اندر۔ نہ کہ past oriented thinking۔ تو لا تقولوا لو یہ نہ کہو کہ کاش ہم نے یہ کر لیا ہوتا، کاش ہم نے وہ کر لیا ہوتا۔</w:t>
      </w:r>
    </w:p>
    <w:p>
      <w:r>
        <w:rPr>
          <w:b/>
        </w:rPr>
        <w:t xml:space="preserve">[52:24] </w:t>
      </w:r>
      <w:r>
        <w:t>is ko shaitan ki baat kaha gaya hai ke shaitan aadmi ko lota dena chahta hai mazi ki taraf. jo hasil nahi hai.</w:t>
      </w:r>
    </w:p>
    <w:p>
      <w:pPr>
        <w:jc w:val="right"/>
      </w:pPr>
      <w:r>
        <w:t>اس کو شیطان کی بات کہا گیا ہے کہ شیطان آدمی کو لوٹا دینا چاہتا ہے ماضی کی طرف۔ جو حاصل نہیں ہے۔</w:t>
      </w:r>
    </w:p>
    <w:p>
      <w:r>
        <w:rPr>
          <w:b/>
        </w:rPr>
        <w:t xml:space="preserve">[52:34] </w:t>
      </w:r>
      <w:r>
        <w:t>ab aap sochiye ke mazi hasil hai kisi ke liye? marne wala mar gaya to woh to chala gaya.</w:t>
      </w:r>
    </w:p>
    <w:p>
      <w:pPr>
        <w:jc w:val="right"/>
      </w:pPr>
      <w:r>
        <w:t>اب آپ سوچیے کہ ماضی حاصل ہے کسی کے لیے؟ مرنے والا مر گیا تو وہ تو چلا گیا۔</w:t>
      </w:r>
    </w:p>
    <w:p>
      <w:r>
        <w:rPr>
          <w:b/>
        </w:rPr>
        <w:t xml:space="preserve">[52:45] </w:t>
      </w:r>
      <w:r>
        <w:t>ab is ko hum kuch karna chahte hain to ab to woh ja chuka hua, ab kya karein ge hum? nahi kar sakte. to yeh mana kiya gaya hai is se ke yeh sochna ke kaash mein ne yeh kiya hota, kaash mein ne woh kiya hota in ki zindagi mein.</w:t>
      </w:r>
    </w:p>
    <w:p>
      <w:pPr>
        <w:jc w:val="right"/>
      </w:pPr>
      <w:r>
        <w:t>اب اس کو ہم کچھ کرنا چاہتے ہیں تو اب تو وہ جا چکا ہوا، اب کیا کریں گے ہم؟ نہیں کر سکتے۔ تو یہ منع کیا گیا ہے اس سے کہ یہ سوچنا کہ کاش میں نے یہ کیا ہوتا، کاش میں نے وہ کیا ہوتا ان کی زندگی میں۔</w:t>
      </w:r>
    </w:p>
    <w:p>
      <w:r>
        <w:rPr>
          <w:b/>
        </w:rPr>
        <w:t xml:space="preserve">[53:02] </w:t>
      </w:r>
      <w:r>
        <w:t>yeh shaitani, shaitani thinking hai. kyun ke aadmi ko le aati hai mazi ki taraf. jo hasil nahi hai.</w:t>
      </w:r>
    </w:p>
    <w:p>
      <w:pPr>
        <w:jc w:val="right"/>
      </w:pPr>
      <w:r>
        <w:t>یہ شیطانی، شیطانی thinking ہے۔ کیونکہ آدمی کو لے آتی ہے ماضی کی طرف۔ جو حاصل نہیں ہے۔</w:t>
      </w:r>
    </w:p>
    <w:p>
      <w:r>
        <w:rPr>
          <w:b/>
        </w:rPr>
        <w:t xml:space="preserve">[53:13] </w:t>
      </w:r>
      <w:r>
        <w:t>saheeh hai ke aadmi present ko le kar soche. ab mein kya kar sakta hoon? ab mein aaj jo mawaqe hain, us ko kaise hasil karoon?</w:t>
      </w:r>
    </w:p>
    <w:p>
      <w:pPr>
        <w:jc w:val="right"/>
      </w:pPr>
      <w:r>
        <w:t>صحیح ہے کہ آدمی present کو لے کر سوچے۔ اب میں کیا کر سکتا ہوں؟ اب میں آج جو مواقع ہیں، اس کو کیسے حاصل کروں؟</w:t>
      </w:r>
    </w:p>
    <w:p>
      <w:r>
        <w:rPr>
          <w:b/>
        </w:rPr>
        <w:t xml:space="preserve">[53:25] </w:t>
      </w:r>
      <w:r>
        <w:t>to har woh soch jo mazi oriented ho, woh islam mein nahi hai.</w:t>
      </w:r>
    </w:p>
    <w:p>
      <w:pPr>
        <w:jc w:val="right"/>
      </w:pPr>
      <w:r>
        <w:t>تو ہر وہ سوچ جو ماضی oriented ہو، وہ اسلام میں نہیں ہے۔</w:t>
      </w:r>
    </w:p>
    <w:p>
      <w:r>
        <w:rPr>
          <w:b/>
        </w:rPr>
        <w:t xml:space="preserve">[53:30] </w:t>
      </w:r>
      <w:r>
        <w:t>islam ki soch yeh hai ke present oriented ho. yani mawaqe jo khoi gayi, us ko chodein. khoi hui mawaqe ko le kar ke afsos karna, gham karna,</w:t>
      </w:r>
    </w:p>
    <w:p>
      <w:pPr>
        <w:jc w:val="right"/>
      </w:pPr>
      <w:r>
        <w:t>اسلام کی سوچ یہ ہے کہ present oriented ہو۔ یعنی مواقع جو کھوئی گئیں، اس کو چھوڑیں۔ کھوئی ہوئی مواقع کو لے کر کے افسوس کرنا، غم کرنا،</w:t>
      </w:r>
    </w:p>
    <w:p>
      <w:r>
        <w:rPr>
          <w:b/>
        </w:rPr>
        <w:t xml:space="preserve">[53:44] </w:t>
      </w:r>
      <w:r>
        <w:t>yeh islam mein nahi hai. jo mawaqe abhi baqi hain, abhi dastiyab hain, un ko pata karo, un ko jano aur un ko hasil karo.</w:t>
      </w:r>
    </w:p>
    <w:p>
      <w:pPr>
        <w:jc w:val="right"/>
      </w:pPr>
      <w:r>
        <w:t>یہ اسلام میں نہیں ہے۔ جو مواقع ابھی باقی ہیں، ابھی دستیاب ہیں، ان کو پتہ کرو، ان کو جانو اور ان کو حاصل کرو۔</w:t>
      </w:r>
    </w:p>
    <w:p>
      <w:r>
        <w:rPr>
          <w:b/>
        </w:rPr>
        <w:t xml:space="preserve">[54:01] </w:t>
      </w:r>
      <w:r>
        <w:t>to mein kahoon ga ke islam ka formula yeh hua ke Avail the present opportunities and forget the past opportunities jo mawaqe guzar gayeen, us ko bhulao.</w:t>
      </w:r>
    </w:p>
    <w:p>
      <w:pPr>
        <w:jc w:val="right"/>
      </w:pPr>
      <w:r>
        <w:t>تو میں کہوں گا کہ اسلام کا فارمولا یہ ہوا کہ Avail the present opportunities and forget the past opportunities جو مواقع گزر گئیں، اس کو بھلاؤ۔</w:t>
      </w:r>
    </w:p>
    <w:p>
      <w:r>
        <w:rPr>
          <w:b/>
        </w:rPr>
        <w:t xml:space="preserve">[54:17] </w:t>
      </w:r>
      <w:r>
        <w:t>aur jo mawaqe aaj hain, un ko hasil karo. yeh hai islam ka formula.</w:t>
      </w:r>
    </w:p>
    <w:p>
      <w:pPr>
        <w:jc w:val="right"/>
      </w:pPr>
      <w:r>
        <w:t>اور جو مواقع آج ہیں، ان کو حاصل کرو۔ یہ ہے اسلام کا فارمولا۔</w:t>
      </w:r>
    </w:p>
    <w:p>
      <w:r>
        <w:rPr>
          <w:b/>
        </w:rPr>
        <w:t xml:space="preserve">[54:28] </w:t>
      </w:r>
      <w:r>
        <w:t>ek hadith hai ke أكثر ذكرى الذات الموت موت ko bohat zyada yaad karo.</w:t>
      </w:r>
    </w:p>
    <w:p>
      <w:pPr>
        <w:jc w:val="right"/>
      </w:pPr>
      <w:r>
        <w:t>ایک حدیث ہے کہ أكثر ذكرى الذات الموت موت کو بہت زیادہ یاد کرو۔</w:t>
      </w:r>
    </w:p>
    <w:p>
      <w:r>
        <w:rPr>
          <w:b/>
        </w:rPr>
        <w:t xml:space="preserve">[54:39] </w:t>
      </w:r>
      <w:r>
        <w:t>maut ko bohat zyada yaad karo. kyun ke maut aadmi ki lazzaton ko dha deti hai.</w:t>
      </w:r>
    </w:p>
    <w:p>
      <w:pPr>
        <w:jc w:val="right"/>
      </w:pPr>
      <w:r>
        <w:t>موت کو بہت زیادہ یاد کرو۔ کیونکہ موت آدمی کی لذتوں کو ڈھا دیتی ہے۔</w:t>
      </w:r>
    </w:p>
    <w:p>
      <w:r>
        <w:rPr>
          <w:b/>
        </w:rPr>
        <w:t xml:space="preserve">[54:50] </w:t>
      </w:r>
      <w:r>
        <w:t>lazzaton ka matlab kya hai? yani duniyavi cheezon mein bohat zyada aadmi apne ko masroof kar le.</w:t>
      </w:r>
    </w:p>
    <w:p>
      <w:pPr>
        <w:jc w:val="right"/>
      </w:pPr>
      <w:r>
        <w:t>لذتوں کا مطلب کیا ہے؟ یعنی دنیاوی چیزوں میں بہت زیادہ آدمی اپنے کو مصروف کر لے۔</w:t>
      </w:r>
    </w:p>
    <w:p>
      <w:r>
        <w:rPr>
          <w:b/>
        </w:rPr>
        <w:t xml:space="preserve">[54:59] </w:t>
      </w:r>
      <w:r>
        <w:t>duniyavi cheezon mein bohat zyada kho jaye. apna waqt, apni raqam, apni tawajjuh sab duniyavi cheezon mein gum kar de.</w:t>
      </w:r>
    </w:p>
    <w:p>
      <w:pPr>
        <w:jc w:val="right"/>
      </w:pPr>
      <w:r>
        <w:t>دنیاوی چیزوں میں بہت زیادہ کھو جائے۔ اپنا وقت، اپنی رقم، اپنی توجہ سب دنیاوی چیزوں میں گم کر دے۔</w:t>
      </w:r>
    </w:p>
    <w:p>
      <w:r>
        <w:rPr>
          <w:b/>
        </w:rPr>
        <w:t xml:space="preserve">[55:09] </w:t>
      </w:r>
      <w:r>
        <w:t>aur zyada bare kaam na kar sake. zyada bare kaam na kar sake. to farmaya ke maut ko yaad karo.</w:t>
      </w:r>
    </w:p>
    <w:p>
      <w:pPr>
        <w:jc w:val="right"/>
      </w:pPr>
      <w:r>
        <w:t>اور زیادہ بڑے کام نہ کر سکے۔ زیادہ بڑے کام نہ کر سکے۔ تو فرمایا کہ موت کو یاد کرو۔</w:t>
      </w:r>
    </w:p>
    <w:p>
      <w:r>
        <w:rPr>
          <w:b/>
        </w:rPr>
        <w:t xml:space="preserve">[55:18] </w:t>
      </w:r>
      <w:r>
        <w:t>maut ko yaad karo taake yeh yeh cheezein tumhare dil se khatam ho jayein. mein samajhta hoon ke yeh bohat bari yeh taleem hai islam ki.</w:t>
      </w:r>
    </w:p>
    <w:p>
      <w:pPr>
        <w:jc w:val="right"/>
      </w:pPr>
      <w:r>
        <w:t>موت کو یاد کرو تاکہ یہ یہ چیزیں تمہارے دل سے ختم ہو جائیں۔ میں سمجھتا ہوں کہ یہ بہت بڑی یہ تعلیم ہے اسلام کی۔</w:t>
      </w:r>
    </w:p>
    <w:p>
      <w:r>
        <w:rPr>
          <w:b/>
        </w:rPr>
        <w:t xml:space="preserve">[55:29] </w:t>
      </w:r>
      <w:r>
        <w:t>maut aadmi ke liye sab se bara, yani apne andar yeh nizam laane ka zariya hai. introspection ka zariya hai.</w:t>
      </w:r>
    </w:p>
    <w:p>
      <w:pPr>
        <w:jc w:val="right"/>
      </w:pPr>
      <w:r>
        <w:t>موت آدمی کے لیے سب سے بڑا، یعنی اپنے اندر یہ نظام لانے کا ذریعہ ہے۔ انٹروسپیکشن کا ذریعہ ہے۔</w:t>
      </w:r>
    </w:p>
    <w:p>
      <w:r>
        <w:rPr>
          <w:b/>
        </w:rPr>
        <w:t xml:space="preserve">[55:40] </w:t>
      </w:r>
      <w:r>
        <w:t>apne aap ko durust karne ka zariya hai.</w:t>
      </w:r>
    </w:p>
    <w:p>
      <w:pPr>
        <w:jc w:val="right"/>
      </w:pPr>
      <w:r>
        <w:t>اپنے آپ کو درست کرنے کا ذریعہ ہے۔</w:t>
      </w:r>
    </w:p>
    <w:p>
      <w:r>
        <w:rPr>
          <w:b/>
        </w:rPr>
        <w:t xml:space="preserve">[55:42] </w:t>
      </w:r>
      <w:r>
        <w:t>jo aadmi maut ko soche ga to us ke andar kya hoga? introspection aaye ga.</w:t>
      </w:r>
    </w:p>
    <w:p>
      <w:pPr>
        <w:jc w:val="right"/>
      </w:pPr>
      <w:r>
        <w:t>جو آدمی موت کو سوچے گا تو اس کے اندر کیا ہوگا؟ انٹروسپیکشن آئے گا۔</w:t>
      </w:r>
    </w:p>
    <w:p>
      <w:r>
        <w:rPr>
          <w:b/>
        </w:rPr>
        <w:t xml:space="preserve">[55:53] </w:t>
      </w:r>
      <w:r>
        <w:t>khud durusti aaye gi. apni azadi ko mehsoos karna khatam ho jaye ga. aur waqt ka intezam aaye ga us ke andar.</w:t>
      </w:r>
    </w:p>
    <w:p>
      <w:pPr>
        <w:jc w:val="right"/>
      </w:pPr>
      <w:r>
        <w:t>خود درستی آئے گا۔ اپنی آزادی کو محسوس کرنا ختم ہو جائے گا۔ اور وقت کا انتظام آئے گا اس کے اندر۔</w:t>
      </w:r>
    </w:p>
    <w:p>
      <w:r>
        <w:rPr>
          <w:b/>
        </w:rPr>
        <w:t xml:space="preserve">[56:04] </w:t>
      </w:r>
      <w:r>
        <w:t>kyunke maut ki yaad ka matlab kya hai? bohat kam waqt reh gaya.</w:t>
      </w:r>
    </w:p>
    <w:p>
      <w:pPr>
        <w:jc w:val="right"/>
      </w:pPr>
      <w:r>
        <w:t>کیونکہ موت کی یاد کا مطلب کیا ہے؟ بہت کم وقت رہ گیا۔</w:t>
      </w:r>
    </w:p>
    <w:p>
      <w:r>
        <w:rPr>
          <w:b/>
        </w:rPr>
        <w:t xml:space="preserve">[56:10] </w:t>
      </w:r>
      <w:r>
        <w:t>kisi ka shair hai ke subah guzri sham hone aai mir to na cheta aur bohat din kam raha yaani zindagi ko woh ek din ke barabar keh raha hai.</w:t>
      </w:r>
    </w:p>
    <w:p>
      <w:pPr>
        <w:jc w:val="right"/>
      </w:pPr>
      <w:r>
        <w:t>کسی کا شعر ہے کہ صبح گزری شام ہونے آئی میر تو نہ چیتا اور بہت دن کم رہا یعنی زندگی کو وہ ایک دن کے برابر کہہ رہا ہے۔</w:t>
      </w:r>
    </w:p>
    <w:p>
      <w:r>
        <w:rPr>
          <w:b/>
        </w:rPr>
        <w:t xml:space="preserve">[56:26] </w:t>
      </w:r>
      <w:r>
        <w:t>ek din ke barabar. to subah hum ne bata di. dopahar hum ne ganwa di. ab reh gayi sham. bohat thoda waqt reh gaya.</w:t>
      </w:r>
    </w:p>
    <w:p>
      <w:pPr>
        <w:jc w:val="right"/>
      </w:pPr>
      <w:r>
        <w:t>ایک دن کے برابر۔ تو صبح ہم نے بتا دی۔ دوپہر ہم نے گنوا دیا۔ اب رہ گئی شام۔ بہت تھوڑا وقت رہ گیا۔</w:t>
      </w:r>
    </w:p>
    <w:p>
      <w:r>
        <w:rPr>
          <w:b/>
        </w:rPr>
        <w:t xml:space="preserve">[56:36] </w:t>
      </w:r>
      <w:r>
        <w:t>to kehta hai ke subah guzri sham hone aai mir to na cheta aur bohat din kam raha. to maut aadmi ko yaad dilati hai ke waqt behta chala ja raha hai.</w:t>
      </w:r>
    </w:p>
    <w:p>
      <w:pPr>
        <w:jc w:val="right"/>
      </w:pPr>
      <w:r>
        <w:t>تو کہتا ہے کہ صبح گزری شام ہونے آئی میر تو نہ چیتا اور بہت دن کم رہا۔ تو موت آدمی کو یاد دلاتی ہے کہ وقت بیتتا چلا جا رہا ہے۔</w:t>
      </w:r>
    </w:p>
    <w:p>
      <w:r>
        <w:rPr>
          <w:b/>
        </w:rPr>
        <w:t xml:space="preserve">[56:48] </w:t>
      </w:r>
      <w:r>
        <w:t>waqt khatam hua chala ja raha hai. jaldi se hasil karo waqt ko.</w:t>
      </w:r>
    </w:p>
    <w:p>
      <w:pPr>
        <w:jc w:val="right"/>
      </w:pPr>
      <w:r>
        <w:t>وقت ختم ہوا چلا جا رہا ہے۔ جلدی سے حاصل کرو وقت کو۔</w:t>
      </w:r>
    </w:p>
    <w:p>
      <w:r>
        <w:rPr>
          <w:b/>
        </w:rPr>
        <w:t xml:space="preserve">[56:53] </w:t>
      </w:r>
      <w:r>
        <w:t>main samajhta hoon ke jis aadmi ko maut ka maujoodgi ho, maut ko yaad karta rahe woh, to kabhi bhi woh waqt ko zaya nahi karega.</w:t>
      </w:r>
    </w:p>
    <w:p>
      <w:pPr>
        <w:jc w:val="right"/>
      </w:pPr>
      <w:r>
        <w:t>میں سمجھتا ہوں کہ جس آدمی کو موت کا موجودگی ہو، موت کو یاد کرتا رہے وہ، تو کبھی بھی وہ وقت کو ضائع نہیں کرے گا۔</w:t>
      </w:r>
    </w:p>
    <w:p>
      <w:r>
        <w:rPr>
          <w:b/>
        </w:rPr>
        <w:t xml:space="preserve">[57:03] </w:t>
      </w:r>
      <w:r>
        <w:t>apni raqam ko zaya nahi karega. apni kisi bhi cheez ko zaya nahi karega. kyunke har har waqt uska ehsas rahega ke agle lamhe meri maut ho sakti hai.</w:t>
      </w:r>
    </w:p>
    <w:p>
      <w:pPr>
        <w:jc w:val="right"/>
      </w:pPr>
      <w:r>
        <w:t>اپنی رقم کو ضائع نہیں کرے گا۔ اپنی کسی بھی چیز کو ضائع نہیں کرے گا۔ کیونکہ ہر ہر وقت اس کا احساس رہے گا کہ اگلے لمحے میری موت ہو سکتی ہے۔</w:t>
      </w:r>
    </w:p>
    <w:p>
      <w:r>
        <w:rPr>
          <w:b/>
        </w:rPr>
        <w:t xml:space="preserve">[57:17] </w:t>
      </w:r>
      <w:r>
        <w:t>agle lamhe meri maut aa sakti hai.</w:t>
      </w:r>
    </w:p>
    <w:p>
      <w:pPr>
        <w:jc w:val="right"/>
      </w:pPr>
      <w:r>
        <w:t>اگلے لمحے میری موت آ سکتی ہے۔</w:t>
      </w:r>
    </w:p>
    <w:p>
      <w:r>
        <w:rPr>
          <w:b/>
        </w:rPr>
        <w:t xml:space="preserve">[57:22] </w:t>
      </w:r>
      <w:r>
        <w:t>aisi ajeeb baat hai ke kisi aur cheez ke bare mein aap nahi keh sakte ke agla lamha jo hai woh uska mamla hai. lekin maut ek aisi cheez hai ke har waqt log mar rahe hain.</w:t>
      </w:r>
    </w:p>
    <w:p>
      <w:pPr>
        <w:jc w:val="right"/>
      </w:pPr>
      <w:r>
        <w:t>ایسی عجیب بات ہے کہ کسی اور چیز کے بارے میں آپ نہیں کہہ سکتے کہ اگلا لمحہ جو ہے وہ اس کا معاملہ ہے۔ لیکن موت ایک ایسی چیز ہے کہ ہر وقت لوگ مر رہے ہیں۔</w:t>
      </w:r>
    </w:p>
    <w:p>
      <w:r>
        <w:rPr>
          <w:b/>
        </w:rPr>
        <w:t xml:space="preserve">[57:33] </w:t>
      </w:r>
      <w:r>
        <w:t>chote bare, har qism ke log mar rahe hain har waqt. to har lamha aap yeh sochne ka, yaani woh de raha hai paigham, maut ka waqia ke agle lamhe tumhari maut aa sakti hai.</w:t>
      </w:r>
    </w:p>
    <w:p>
      <w:pPr>
        <w:jc w:val="right"/>
      </w:pPr>
      <w:r>
        <w:t>چھوٹے بڑے، ہر قسم کے لوگ مر رہے ہیں ہر وقت۔ تو ہر لمحہ آپ یہ سوچنے کا، یعنی وہ دے رہا ہے پیغام، موت کا واقعہ کہ اگلے لمحے تمہاری موت آ سکتی ہے۔</w:t>
      </w:r>
    </w:p>
    <w:p>
      <w:r>
        <w:rPr>
          <w:b/>
        </w:rPr>
        <w:t xml:space="preserve">[57:51] </w:t>
      </w:r>
      <w:r>
        <w:t>is liye bohat zyada apne ko sambhalo. bohat zyada apne, yaani apne waqt ko, apne asase ko, har cheez ko bohat zyada,</w:t>
      </w:r>
    </w:p>
    <w:p>
      <w:pPr>
        <w:jc w:val="right"/>
      </w:pPr>
      <w:r>
        <w:t>اس لیے بہت زیادہ اپنے کو سنبھالو۔ بہت زیادہ اپنے، یعنی اپنے وقت کو، اپنے اثاثے کو، ہر چیز کو بہت زیادہ،</w:t>
      </w:r>
    </w:p>
    <w:p>
      <w:r>
        <w:rPr>
          <w:b/>
        </w:rPr>
        <w:t xml:space="preserve">[58:07] </w:t>
      </w:r>
      <w:r>
        <w:t>yaani achhe tareeqe se kam karo.</w:t>
      </w:r>
    </w:p>
    <w:p>
      <w:pPr>
        <w:jc w:val="right"/>
      </w:pPr>
      <w:r>
        <w:t>یعنی اچھے طریقے سے کم کرو۔</w:t>
      </w:r>
    </w:p>
    <w:p>
      <w:r>
        <w:rPr>
          <w:b/>
        </w:rPr>
        <w:t xml:space="preserve">[58:13] </w:t>
      </w:r>
      <w:r>
        <w:t>isi tarah se ek hadith hai ke apne aap ko arz-e-akbar ke liye tayyar karo.</w:t>
      </w:r>
    </w:p>
    <w:p>
      <w:pPr>
        <w:jc w:val="right"/>
      </w:pPr>
      <w:r>
        <w:t>اسی طرح سے ایک حدیث ہے کہ اپنے آپ کو عرض اکبر کے لیے تیار کرو۔</w:t>
      </w:r>
    </w:p>
    <w:p>
      <w:r>
        <w:rPr>
          <w:b/>
        </w:rPr>
        <w:t xml:space="preserve">[58:23] </w:t>
      </w:r>
      <w:r>
        <w:t>arz-e-akbar ka matlab hai badi peshgi, badi peshi. khuda ke samne jo insaan khada hoga, usko arz-e-akbar kaha gaya hai. badi peshi.</w:t>
      </w:r>
    </w:p>
    <w:p>
      <w:pPr>
        <w:jc w:val="right"/>
      </w:pPr>
      <w:r>
        <w:t>عرض اکبر کا مطلب ہے بڑی پیشگی، بڑی پیشی۔ خدا کے سامنے جو انسان کھڑا ہوگا، اس کو عرض اکبر کہا گیا ہے۔ بڑی پیشی۔</w:t>
      </w:r>
    </w:p>
    <w:p>
      <w:r>
        <w:rPr>
          <w:b/>
        </w:rPr>
        <w:t xml:space="preserve">[58:34] </w:t>
      </w:r>
      <w:r>
        <w:t>aap jante hain ke agar hamari peshi adalat mein hone wali ho to kitna zyada hum chaukana ho jate hain. kitna zyada hum ko ehsas hota hai ke koi baat bigad na jaye.</w:t>
      </w:r>
    </w:p>
    <w:p>
      <w:pPr>
        <w:jc w:val="right"/>
      </w:pPr>
      <w:r>
        <w:t>آپ جانتے ہیں کہ اگر ہماری پیشی عدالت میں ہونے والی ہو تو کتنا زیادہ ہم چوکنا ہو جاتے ہیں۔ کتنا زیادہ ہم کو احساس ہوتا ہے کہ کوئی بات بگڑ نہ جائے۔</w:t>
      </w:r>
    </w:p>
    <w:p>
      <w:r>
        <w:rPr>
          <w:b/>
        </w:rPr>
        <w:t xml:space="preserve">[58:49] </w:t>
      </w:r>
      <w:r>
        <w:t>to khuda ke samne jo peshi hone wali hai, jis ko arz-e-akbar kaha gaya hai, woh kitna zyada sanjeeda mamla hai. agar aadmi ko yeh ehsas ho ke agle lamhe mein khuda ke samne khada hoon ga,</w:t>
      </w:r>
    </w:p>
    <w:p>
      <w:pPr>
        <w:jc w:val="right"/>
      </w:pPr>
      <w:r>
        <w:t>تو خدا کے سامنے جو پیشی ہونے والی ہے، جس کو عرض اکبر کہا گیا ہے، وہ کتنا زیادہ سنجیدہ معاملہ ہے۔ اگر آدمی کو یہ احساس ہو کہ اگلے لمحے میں خدا کے سامنے کھڑا ہوں گا،</w:t>
      </w:r>
    </w:p>
    <w:p>
      <w:r>
        <w:rPr>
          <w:b/>
        </w:rPr>
        <w:t xml:space="preserve">[59:04] </w:t>
      </w:r>
      <w:r>
        <w:t>abhi mein insanon ke samne hoon aur maut aai aur agle lamhe jo hai mera khuda ke samne mein apne aap ko khada hua paunga, to kitna zyada uska, yaani uski poori zindagi badal jaye.</w:t>
      </w:r>
    </w:p>
    <w:p>
      <w:pPr>
        <w:jc w:val="right"/>
      </w:pPr>
      <w:r>
        <w:t>ابھی میں انسانوں کے سامنے ہوں اور موت آئی اور اگلے لمحے جو ہے میرا خدا کے سامنے میں اپنے آپ کو کھڑا ہوا پاؤں گا، تو کتنا زیادہ اس کا، یعنی اس کی پوری زندگی بدل جائے۔</w:t>
      </w:r>
    </w:p>
    <w:p>
      <w:r>
        <w:rPr>
          <w:b/>
        </w:rPr>
        <w:t xml:space="preserve">[59:18] </w:t>
      </w:r>
      <w:r>
        <w:t>poori zindagi badal jaye. main apni shadi ke bare mein, apni biwi ke bare mein ek baat yeh kahoon ke unke andar bohat zyada sadgi thi.</w:t>
      </w:r>
    </w:p>
    <w:p>
      <w:pPr>
        <w:jc w:val="right"/>
      </w:pPr>
      <w:r>
        <w:t>پوری زندگی بدل جائے۔ میں اپنی شادی کے بارے میں، اپنی بیوی کے بارے میں ایک بات یہ کہوں کہ ان کے اندر بہت زیادہ سادگی تھی۔</w:t>
      </w:r>
    </w:p>
    <w:p>
      <w:r>
        <w:rPr>
          <w:b/>
        </w:rPr>
        <w:t xml:space="preserve">[59:29] </w:t>
      </w:r>
      <w:r>
        <w:t>jab meri shadi hui july 1942 mein to khaddar mein shadi hui thi hamari. yaani jo khaddar ka matlab tha, yaani us zamane mein jo khaddar hua karta tha, woh bohat mota khaddar hota tha.</w:t>
      </w:r>
    </w:p>
    <w:p>
      <w:pPr>
        <w:jc w:val="right"/>
      </w:pPr>
      <w:r>
        <w:t>جب میری شادی ہوئی جولائی 1942 میں تو کھدر میں شادی ہوئی تھی ہماری۔ یعنی جو کھدر کا مطلب تھا، یعنی اس زمانے میں جو کھدر ہوا کرتا تھا، وہ بہت موٹا کھدر ہوتا تھا۔</w:t>
      </w:r>
    </w:p>
    <w:p>
      <w:r>
        <w:rPr>
          <w:b/>
        </w:rPr>
        <w:t xml:space="preserve">[59:45] </w:t>
      </w:r>
      <w:r>
        <w:t>yaani 42 mein. ab to khaddar bhi achhi qism ka hota hai.</w:t>
      </w:r>
    </w:p>
    <w:p>
      <w:pPr>
        <w:jc w:val="right"/>
      </w:pPr>
      <w:r>
        <w:t>یعنی 42 میں۔ اب تو کھدر بھی اچھی قسم کا ہوتا ہے۔</w:t>
      </w:r>
    </w:p>
    <w:p>
      <w:r>
        <w:rPr>
          <w:b/>
        </w:rPr>
        <w:t xml:space="preserve">[59:50] </w:t>
      </w:r>
      <w:r>
        <w:t>to topi aur kapda aur pajama sab cheez khaddar ka tha woh. kyunke hamare jo bare bhai, jo hamare, kya woh, hamare baap ka intqal ho gaya tha bohat pehle, to hamare jo sarparast the, woh hamare bare bhai the, chacha zaad bare bhai the, woh Iqbal Ahmed Sohail.</w:t>
      </w:r>
    </w:p>
    <w:p>
      <w:pPr>
        <w:jc w:val="right"/>
      </w:pPr>
      <w:r>
        <w:t>تو ٹوپی اور کپڑا اور پاجامہ سب چیز کھدر کا تھا وہ۔ کیونکہ ہمارے جو بڑے بھائی، جو ہمارے، کیا وہ، ہمارے باپ کا انتقال ہو گیا تھا بہت پہلے، تو ہمارے جو سرپرست تھے، وہ ہمارے بڑے بھائی تھے، چچا زاد بڑے بھائی تھے، وہ اقبال احمد سہیل۔</w:t>
      </w:r>
    </w:p>
    <w:p>
      <w:r>
        <w:rPr>
          <w:b/>
        </w:rPr>
        <w:t xml:space="preserve">[1:00:11] </w:t>
      </w:r>
      <w:r>
        <w:t>to woh azadi ke fighter the aur congressi the.</w:t>
      </w:r>
    </w:p>
    <w:p>
      <w:pPr>
        <w:jc w:val="right"/>
      </w:pPr>
      <w:r>
        <w:t>تو وہ آزادی کے فائٹر تھے اور کانگریسی تھے۔</w:t>
      </w:r>
    </w:p>
    <w:p>
      <w:r>
        <w:rPr>
          <w:b/>
        </w:rPr>
        <w:t xml:space="preserve">[1:00:14] </w:t>
      </w:r>
      <w:r>
        <w:t>aur bohat zyada, yaani in cheezon mein bohat zyada mante the in cheezon ko. to khud bhi zindagi bhar khaddar pehna unhon ne.</w:t>
      </w:r>
    </w:p>
    <w:p>
      <w:pPr>
        <w:jc w:val="right"/>
      </w:pPr>
      <w:r>
        <w:t>اور بہت زیادہ، یعنی ان چیزوں میں بہت زیادہ مانتے تھے ان چیزوں کو۔ تو خود بھی زندگی بھر کھدر پہنا انہوں نے۔</w:t>
      </w:r>
    </w:p>
    <w:p>
      <w:r>
        <w:rPr>
          <w:b/>
        </w:rPr>
        <w:t xml:space="preserve">[1:00:26] </w:t>
      </w:r>
      <w:r>
        <w:t>saari zindagi khaddar pehna unhon ne. aur mujhe bhi shadi mein khaddar pehnaya unhon ne. to yeh gaya hamari jo shadi ki shuruat thi, woh sadgi se shuru hui.</w:t>
      </w:r>
    </w:p>
    <w:p>
      <w:pPr>
        <w:jc w:val="right"/>
      </w:pPr>
      <w:r>
        <w:t>ساری زندگی کھدر پہنا انہوں نے۔ اور مجھے بھی شادی میں کھدر پہنایا انہوں نے۔ تو یہ گیا ہماری جو شادی کی شروعات تھی، وہ سادگی سے شروع ہوئی۔</w:t>
      </w:r>
    </w:p>
    <w:p>
      <w:r>
        <w:rPr>
          <w:b/>
        </w:rPr>
        <w:t xml:space="preserve">[1:00:38] </w:t>
      </w:r>
      <w:r>
        <w:t>saada shadi, saada zindagi. koi kuch bhi us waqt dhoom dham nahi</w:t>
      </w:r>
    </w:p>
    <w:p>
      <w:pPr>
        <w:jc w:val="right"/>
      </w:pPr>
      <w:r>
        <w:t>سادہ شادی، سادہ زندگی۔ کوئی کچھ بھی اس وقت دھوم دھام نہیں</w:t>
      </w:r>
    </w:p>
    <w:p>
      <w:r>
        <w:rPr>
          <w:b/>
        </w:rPr>
        <w:t xml:space="preserve">[1:00:43] </w:t>
      </w:r>
      <w:r>
        <w:t>hui. kuch bhi nahin. koi dawat nahin, koi kuch nahin. bas nikah ho gaya, bas. yani is had tak kapra pehna ke nikah kar diya gaya.</w:t>
      </w:r>
    </w:p>
    <w:p>
      <w:pPr>
        <w:jc w:val="right"/>
      </w:pPr>
      <w:r>
        <w:t>ہوئی۔ کچھ بھی نہیں۔ کوئی دعوت نہیں، کوئی کچھ نہیں۔ بس نکاح ہو گیا، بس۔ یعنی اس حد تک کپڑا پہنا کہ نکاح کر دیا گیا۔</w:t>
      </w:r>
    </w:p>
    <w:p>
      <w:r>
        <w:rPr>
          <w:b/>
        </w:rPr>
        <w:t xml:space="preserve">[1:00:52] </w:t>
      </w:r>
      <w:r>
        <w:t>bas. aur kuch bhi nahin hua. to main samajhta hoon ke yeh jo tha meri zindagi mein aur meri biwi ke liye, yeh gaya ek paigham tha ke hamari sari zindagi sadgi mein guzarna hai.</w:t>
      </w:r>
    </w:p>
    <w:p>
      <w:pPr>
        <w:jc w:val="right"/>
      </w:pPr>
      <w:r>
        <w:t>بس۔ اور کچھ بھی نہیں ہوا۔ تو میں سمجھتا ہوں کہ یہ جو تھا میری زندگی میں اور میری بیوی کے لیے، یہ گیا ایک پیغام تھا کہ ہماری ساری زندگی سادگی میں گزارنا ہے۔</w:t>
      </w:r>
    </w:p>
    <w:p>
      <w:r>
        <w:rPr>
          <w:b/>
        </w:rPr>
        <w:t xml:space="preserve">[1:01:08] </w:t>
      </w:r>
      <w:r>
        <w:t>to waqeatan aisa hua ke 63 saal jo beete hain hamare un ke, woh bilkul sadgi ke saal thay. hum dono ka khana, kapra, zindagi sab bilkul sada rahi.</w:t>
      </w:r>
    </w:p>
    <w:p>
      <w:pPr>
        <w:jc w:val="right"/>
      </w:pPr>
      <w:r>
        <w:t>تو واقعتا ایسا ہوا کہ 63 سال جو بیتے ہیں ہمارے ان کے، وہ بالکل سادگی کے سال تھے۔ ہم دونوں کا کھانا، کپڑا، زندگی سب بالکل سادہ رہی۔</w:t>
      </w:r>
    </w:p>
    <w:p>
      <w:r>
        <w:rPr>
          <w:b/>
        </w:rPr>
        <w:t xml:space="preserve">[1:01:23] </w:t>
      </w:r>
      <w:r>
        <w:t>to yeh main samajhta hoon ke yeh bhi un ki, yani un ki, un ke, yani un ke andar jo khuda wali baat thi, jo un ke andar roohaniyat thi, us ki ek pehchan yeh thi.</w:t>
      </w:r>
    </w:p>
    <w:p>
      <w:pPr>
        <w:jc w:val="right"/>
      </w:pPr>
      <w:r>
        <w:t>تو یہ میں سمجھتا ہوں کہ یہ بھی ان کی، یعنی ان کی، ان کے، یعنی ان کے اندر جو خدا والی بات تھی، جو ان کے اندر روحانیت تھی، اس کی ایک پہچان یہ تھی۔</w:t>
      </w:r>
    </w:p>
    <w:p>
      <w:r>
        <w:rPr>
          <w:b/>
        </w:rPr>
        <w:t xml:space="preserve">[1:01:40] </w:t>
      </w:r>
      <w:r>
        <w:t>un ki roohaniyat ki. ke hamesha sadgi un ko pasand aati thi. woh saari pehanti theen aur bilkul sada qism ki saari.</w:t>
      </w:r>
    </w:p>
    <w:p>
      <w:pPr>
        <w:jc w:val="right"/>
      </w:pPr>
      <w:r>
        <w:t>ان کی روحانیت کی۔ کہ ہمیشہ سادگی ان کو پسند آتی تھی۔ وہ ساڑی پہنتی تھیں اور بالکل سادہ قسم کی ساڑی۔</w:t>
      </w:r>
    </w:p>
    <w:p>
      <w:r>
        <w:rPr>
          <w:b/>
        </w:rPr>
        <w:t xml:space="preserve">[1:01:53] </w:t>
      </w:r>
      <w:r>
        <w:t>koi unhein dekh kar ke bohat mutasir hota tha ke kitni sada un ki zindagi hai. jinhon ne dekha hai, woh un ko jante hain.</w:t>
      </w:r>
    </w:p>
    <w:p>
      <w:pPr>
        <w:jc w:val="right"/>
      </w:pPr>
      <w:r>
        <w:t>کوئی انہیں دیکھ کر کے بہت متاثر ہوتا تھا کہ کتنی سادہ ان کی زندگی ہے۔ جنہوں نے دیکھا ہے، وہ ان کو جانتے ہیں۔</w:t>
      </w:r>
    </w:p>
    <w:p>
      <w:r>
        <w:rPr>
          <w:b/>
        </w:rPr>
        <w:t xml:space="preserve">[1:02:07] </w:t>
      </w:r>
      <w:r>
        <w:t>ek baat jo main ne un ke talluq se seekhi aur jani, woh yeh hai ke khuda ne duniya mein ek bari anokhi cheez paida ki hai.</w:t>
      </w:r>
    </w:p>
    <w:p>
      <w:pPr>
        <w:jc w:val="right"/>
      </w:pPr>
      <w:r>
        <w:t>ایک بات جو میں نے ان کے تعلق سے سیکھی اور جانی، وہ یہ ہے کہ خدا نے دنیا میں ایک بڑی انوکھی چیز پیدا کی ہے۔</w:t>
      </w:r>
    </w:p>
    <w:p>
      <w:r>
        <w:rPr>
          <w:b/>
        </w:rPr>
        <w:t xml:space="preserve">[1:02:21] </w:t>
      </w:r>
      <w:r>
        <w:t>woh hai love. L O V E. love. to khuda ne quran majeed mein hai ke mard o aurat ke beech mein khuda ne mohabbat paida ki.</w:t>
      </w:r>
    </w:p>
    <w:p>
      <w:pPr>
        <w:jc w:val="right"/>
      </w:pPr>
      <w:r>
        <w:t>وہ ہے لو۔ ایل او وی ای۔ لو۔ تو خدا نے قرآن مجید میں ہے کہ مرد و عورت کے بیچ میں خدا نے محبت پیدا کی۔</w:t>
      </w:r>
    </w:p>
    <w:p>
      <w:r>
        <w:rPr>
          <w:b/>
        </w:rPr>
        <w:t xml:space="preserve">[1:02:34] </w:t>
      </w:r>
      <w:r>
        <w:t>waj'al bainakuma mawaddataw wa rahmah. mohabbat paida ki. to yeh</w:t>
      </w:r>
    </w:p>
    <w:p>
      <w:pPr>
        <w:jc w:val="right"/>
      </w:pPr>
      <w:r>
        <w:t>وجعل بينكما محبت ورحمة محبت پیدا کی۔ تو یہ</w:t>
      </w:r>
    </w:p>
    <w:p>
      <w:r>
        <w:rPr>
          <w:b/>
        </w:rPr>
        <w:t xml:space="preserve">[1:02:45] </w:t>
      </w:r>
      <w:r>
        <w:t>main samajhta hoon ke sari zindagi maine un ke zariye se mohabbat ka tajruba kiya. woh mere liye mohabbat ka ek tajruba thi. aur mujhe ek bari cheez daryaft hui is ke zariye se.</w:t>
      </w:r>
    </w:p>
    <w:p>
      <w:pPr>
        <w:jc w:val="right"/>
      </w:pPr>
      <w:r>
        <w:t>میں سمجھتا ہوں کہ ساری زندگی میں نے ان کے ذریعے سے محبت کا تجربہ کیا۔ وہ میرے لیے محبت کا ایک تجربہ تھی۔ اور مجھے ایک بڑی چیز دریافت ہوئی اس کے ذریعے سے۔</w:t>
      </w:r>
    </w:p>
    <w:p>
      <w:r>
        <w:rPr>
          <w:b/>
        </w:rPr>
        <w:t xml:space="preserve">[1:02:57] </w:t>
      </w:r>
      <w:r>
        <w:t>woh yeh ke duniya mein dekhein, ittehad ke jo, yani maghribi tehzeeb hai, us ne jo cheez daryaft ki hai, woh kya hai?</w:t>
      </w:r>
    </w:p>
    <w:p>
      <w:pPr>
        <w:jc w:val="right"/>
      </w:pPr>
      <w:r>
        <w:t>وہ یہ کہ دنیا میں دیکھیں، اتحاد کے جو، یعنی مغربی تہذیب ہے، اس نے جو چیز دریافت کی ہے، وہ کیا ہے؟</w:t>
      </w:r>
    </w:p>
    <w:p>
      <w:r>
        <w:rPr>
          <w:b/>
        </w:rPr>
        <w:t xml:space="preserve">[1:03:09] </w:t>
      </w:r>
      <w:r>
        <w:t>gender barabari. yani aurat aur mard ke darmiyan jo sab se bari cheez unhon ne daryaft ki hai, woh kya hai? gender barabari. yani sanfi masawat.</w:t>
      </w:r>
    </w:p>
    <w:p>
      <w:pPr>
        <w:jc w:val="right"/>
      </w:pPr>
      <w:r>
        <w:t>جینڈر برابری۔ یعنی عورت اور مرد کے درمیان جو سب سے بڑی چیز انہوں نے دریافت کی ہے، وہ کیا ہے؟ جینڈر برابری۔ یعنی صنفی مساوات۔</w:t>
      </w:r>
    </w:p>
    <w:p>
      <w:r>
        <w:rPr>
          <w:b/>
        </w:rPr>
        <w:t xml:space="preserve">[1:03:20] </w:t>
      </w:r>
      <w:r>
        <w:t>main samajhta hoon ke is mein mohabbat khatam ho jati hai. kyun ke gender barabari ka mafhoom jo hai, woh huqooq par mabni hai. yani huqooq par mabni ittehad.</w:t>
      </w:r>
    </w:p>
    <w:p>
      <w:pPr>
        <w:jc w:val="right"/>
      </w:pPr>
      <w:r>
        <w:t>میں سمجھتا ہوں کہ اس میں محبت ختم ہو جاتی ہے۔ کیونکہ جینڈر برابری کا مفہوم جو ہے، وہ حقوق پر مبنی ہے۔ یعنی حقوق پر مبنی اتحاد۔</w:t>
      </w:r>
    </w:p>
    <w:p>
      <w:r>
        <w:rPr>
          <w:b/>
        </w:rPr>
        <w:t xml:space="preserve">[1:03:31] </w:t>
      </w:r>
      <w:r>
        <w:t>gender barabari ke tasawwur mein jo talluq banta hai aurat mard ka, woh huqooq par mabni hota hai. yani mard kehta hai ke mera yeh haq hai, aurat kehti hai ke mera yeh haq hai.</w:t>
      </w:r>
    </w:p>
    <w:p>
      <w:pPr>
        <w:jc w:val="right"/>
      </w:pPr>
      <w:r>
        <w:t>جینڈر برابری کے تصور میں جو تعلق بنتا ہے عورت مرد کا، وہ حقوق پر مبنی ہوتا ہے۔ یعنی مرد کہتا ہے کہ میرا یہ حق ہے، عورت کہتی ہے کہ میرا یہ حق ہے۔</w:t>
      </w:r>
    </w:p>
    <w:p>
      <w:r>
        <w:rPr>
          <w:b/>
        </w:rPr>
        <w:t xml:space="preserve">[1:03:42] </w:t>
      </w:r>
      <w:r>
        <w:t>barabari ka haq mujhe hai, barabari ka haq mujhe hai. to gender barabari ka tasawwur jo mabni karta hai huqooq par. R I G H T.</w:t>
      </w:r>
    </w:p>
    <w:p>
      <w:pPr>
        <w:jc w:val="right"/>
      </w:pPr>
      <w:r>
        <w:t>برابری کا حق مجھے ہے، برابری کا حق مجھے ہے۔ تو جینڈر برابری کا تصور جو مبنی کرتا ہے حقوق پر۔ آر آئی جی ایچ ٹی۔</w:t>
      </w:r>
    </w:p>
    <w:p>
      <w:r>
        <w:rPr>
          <w:b/>
        </w:rPr>
        <w:t xml:space="preserve">[1:03:52] </w:t>
      </w:r>
      <w:r>
        <w:t>lekin yeh jo tasawwur hai islam ka, mawaddat wala, woh hai love par mabni ittehad. love par mabni ittehad.</w:t>
      </w:r>
    </w:p>
    <w:p>
      <w:pPr>
        <w:jc w:val="right"/>
      </w:pPr>
      <w:r>
        <w:t>لیکن یہ جو تصور ہے اسلام کا، مودت والا، وہ ہے لو پر مبنی اتحاد۔ لو پر مبنی اتحاد۔</w:t>
      </w:r>
    </w:p>
    <w:p>
      <w:r>
        <w:rPr>
          <w:b/>
        </w:rPr>
        <w:t xml:space="preserve">[1:04:02] </w:t>
      </w:r>
      <w:r>
        <w:t>huqooq par mabni ittehad bohat hi ziyada, yani makhdosh hai. bar bar shikayat is mein hoti hai.</w:t>
      </w:r>
    </w:p>
    <w:p>
      <w:pPr>
        <w:jc w:val="right"/>
      </w:pPr>
      <w:r>
        <w:t>حقوق پر مبنی اتحاد بہت ہی زیادہ، یعنی مخدوش ہے۔ بار بار شکایت اس میں ہوتی ہے۔</w:t>
      </w:r>
    </w:p>
    <w:p>
      <w:r>
        <w:rPr>
          <w:b/>
        </w:rPr>
        <w:t xml:space="preserve">[1:04:11] </w:t>
      </w:r>
      <w:r>
        <w:t>yahan tak ke rishte toot jate hain. aap dekhte hain rishte toot te hain kitna ziyada? ke love marriage hoti hai aur toot jati hai. kyun?</w:t>
      </w:r>
    </w:p>
    <w:p>
      <w:pPr>
        <w:jc w:val="right"/>
      </w:pPr>
      <w:r>
        <w:t>یہاں تک کہ رشتے ٹوٹ جاتے ہیں۔ آپ دیکھتے ہیں رشتے ٹوٹتے ہیں کتنا زیادہ؟ کہ لو میرج ہوتی ہے اور ٹوٹ جاتی ہے۔ کیوں؟</w:t>
      </w:r>
    </w:p>
    <w:p>
      <w:r>
        <w:rPr>
          <w:b/>
        </w:rPr>
        <w:t xml:space="preserve">[1:04:19] </w:t>
      </w:r>
      <w:r>
        <w:t>huqooq ka tasawwur hai. ke tum ne mujhe, mera yeh nahin kiya un ka, tum ne mera yeh nahin kiya. to gender barabari ne huqooq par mabni tasawwur paida kiya hai.</w:t>
      </w:r>
    </w:p>
    <w:p>
      <w:pPr>
        <w:jc w:val="right"/>
      </w:pPr>
      <w:r>
        <w:t>حقوق کا تصور ہے۔ کہ تم نے مجھے، میرا یہ نہیں کیا ان کا، تم نے میرا یہ نہیں کیا۔ تو جینڈر برابری نے حقوق پر مبنی تصور پیدا کیا ہے۔</w:t>
      </w:r>
    </w:p>
    <w:p>
      <w:r>
        <w:rPr>
          <w:b/>
        </w:rPr>
        <w:t xml:space="preserve">[1:04:30] </w:t>
      </w:r>
      <w:r>
        <w:t>huqooq par mabni ittehad ka tasawwur. main samajhta hoon ke yeh bohat hi, yani kamzor hai yeh. aur islam ka jo tasawwur hai, woh love par mabni hai.</w:t>
      </w:r>
    </w:p>
    <w:p>
      <w:pPr>
        <w:jc w:val="right"/>
      </w:pPr>
      <w:r>
        <w:t>حقوق پر مبنی اتحاد کا تصور۔ میں سمجھتا ہوں کہ یہ بہت ہی، یعنی کمزور ہے یہ۔ اور اسلام کا جو تصور ہے، وہ لو پر مبنی ہے۔</w:t>
      </w:r>
    </w:p>
    <w:p>
      <w:r>
        <w:rPr>
          <w:b/>
        </w:rPr>
        <w:t xml:space="preserve">[1:04:41] </w:t>
      </w:r>
      <w:r>
        <w:t>love par mabni ittehad.</w:t>
      </w:r>
    </w:p>
    <w:p>
      <w:pPr>
        <w:jc w:val="right"/>
      </w:pPr>
      <w:r>
        <w:t>لو پر مبنی اتحاد۔</w:t>
      </w:r>
    </w:p>
    <w:p>
      <w:r>
        <w:rPr>
          <w:b/>
        </w:rPr>
        <w:t xml:space="preserve">[1:04:45] </w:t>
      </w:r>
      <w:r>
        <w:t>jitne bhi ittehad ke tasawwur hain doosre, woh, yani mafad par mabni ya aur doosre jitne bhi tasawwur hain, woh sab kamzor hain.</w:t>
      </w:r>
    </w:p>
    <w:p>
      <w:pPr>
        <w:jc w:val="right"/>
      </w:pPr>
      <w:r>
        <w:t>جتنے بھی اتحاد کے تصور ہیں دوسرے، وہ، یعنی مفاد پر مبنی یا اور دوسرے جتنے بھی تصور ہیں، وہ سب کمزور ہیں۔</w:t>
      </w:r>
    </w:p>
    <w:p>
      <w:r>
        <w:rPr>
          <w:b/>
        </w:rPr>
        <w:t xml:space="preserve">[1:04:59] </w:t>
      </w:r>
      <w:r>
        <w:t>sab se mazboot tasawwur love ka tasawwur hai. aur maine yeh is ka tajruba kiya apni zindagi mein. aur haqeeqat hai ke woh mujh se bohat ziyada, mujh ko manti theen.</w:t>
      </w:r>
    </w:p>
    <w:p>
      <w:pPr>
        <w:jc w:val="right"/>
      </w:pPr>
      <w:r>
        <w:t>سب سے مضبوط تصور لو کا تصور ہے۔ اور میں نے یہ اس کا تجربہ کیا اپنی زندگی میں۔ اور حقیقت ہے کہ وہ مجھ سے بہت زیادہ، مجھ کو مانتی تھیں۔</w:t>
      </w:r>
    </w:p>
    <w:p>
      <w:r>
        <w:rPr>
          <w:b/>
        </w:rPr>
        <w:t xml:space="preserve">[1:05:12] </w:t>
      </w:r>
      <w:r>
        <w:t>ek baar tha unhon ne ek khat mein jo alqab likhe aate hain, to likha tha ke mere dil ki gehraiyon ko roshan karne wale chand.</w:t>
      </w:r>
    </w:p>
    <w:p>
      <w:pPr>
        <w:jc w:val="right"/>
      </w:pPr>
      <w:r>
        <w:t>ایک بار تھا انہوں نے ایک خط میں جو القاب لکھے آتے ہیں، تو لکھا تھا کہ میرے دل کی گہرائیوں کو روشن کرنے والے چاند۔</w:t>
      </w:r>
    </w:p>
    <w:p>
      <w:r>
        <w:rPr>
          <w:b/>
        </w:rPr>
        <w:t xml:space="preserve">[1:05:24] </w:t>
      </w:r>
      <w:r>
        <w:t>mere dil ki gehraiyon ko roshan karne wale chand. aap samajh sakte hain ke is mein kitni mohabbat ka ek bhara hua hai. aur wohi mere dil mein paida hota tha.</w:t>
      </w:r>
    </w:p>
    <w:p>
      <w:pPr>
        <w:jc w:val="right"/>
      </w:pPr>
      <w:r>
        <w:t>میرے دل کی گہرائیوں کو روشن کرنے والے چاند۔ آپ سمجھ سکتے ہیں کہ اس میں کتنی محبت کا ایک بھرا ہوا ہے۔ اور وہی میرے دل میں پیدا ہوتا تھا۔</w:t>
      </w:r>
    </w:p>
    <w:p>
      <w:r>
        <w:rPr>
          <w:b/>
        </w:rPr>
        <w:t xml:space="preserve">[1:05:36] </w:t>
      </w:r>
      <w:r>
        <w:t>to mohabbat par, yaani lo par mabni ittehad jo hoti hai, is mein koi haq nahi dekhta. kitni baar aisa hota tha ke inhi ki baat chalti thi, meri baat nahi chalti thi.</w:t>
      </w:r>
    </w:p>
    <w:p>
      <w:pPr>
        <w:jc w:val="right"/>
      </w:pPr>
      <w:r>
        <w:t>تو محبت پر، یعنی لو پر مبنی اتحاد جو ہوتی ہے، اس میں کوئی حق نہیں دیکھتا۔ کتنی بار ایسا ہوتا تھا کہ انہی کی بات چلتی تھی، میری بات نہیں چلتی تھی۔</w:t>
      </w:r>
    </w:p>
    <w:p>
      <w:r>
        <w:rPr>
          <w:b/>
        </w:rPr>
        <w:t xml:space="preserve">[1:05:48] </w:t>
      </w:r>
      <w:r>
        <w:t>kai baar aisa hua ke meri rai kuch aur thi, un ki rai doosri thi. jo unhon ne kaha, wohi mujhe karna pada. jabke huqooq par mabni ittehad mein aisa nahi hota.</w:t>
      </w:r>
    </w:p>
    <w:p>
      <w:pPr>
        <w:jc w:val="right"/>
      </w:pPr>
      <w:r>
        <w:t>کئی بار ایسا ہوا کہ میری رائے کچھ اور تھی، ان کی رائے دوسری تھی۔ جو انہوں نے کہا، وہی مجھے کرنا پڑا۔ جبکہ حقوق پر مبنی اتحاد میں ایسا نہیں ہوتا۔</w:t>
      </w:r>
    </w:p>
    <w:p>
      <w:r>
        <w:rPr>
          <w:b/>
        </w:rPr>
        <w:t xml:space="preserve">[1:05:58] </w:t>
      </w:r>
      <w:r>
        <w:t>donon barabari chahte hain. to zindagi mein dekhen, barabari chal nahi sakti hai.</w:t>
      </w:r>
    </w:p>
    <w:p>
      <w:pPr>
        <w:jc w:val="right"/>
      </w:pPr>
      <w:r>
        <w:t>دونوں برابری چاہتے ہیں۔ تو زندگی میں دیکھیں، برابری چل نہیں سکتی ہے۔</w:t>
      </w:r>
    </w:p>
    <w:p>
      <w:r>
        <w:rPr>
          <w:b/>
        </w:rPr>
        <w:t xml:space="preserve">[1:06:04] </w:t>
      </w:r>
      <w:r>
        <w:t>yeh namumkin hai ke barabar barabar chalta rahe muamla. isi liye rishte toot jaate hain. to huqooq par mabni jo rishta hai Europe America ka, woh tootta rehta hai.</w:t>
      </w:r>
    </w:p>
    <w:p>
      <w:pPr>
        <w:jc w:val="right"/>
      </w:pPr>
      <w:r>
        <w:t>یہ ناممکن ہے کہ برابر برابر چلتا رہے معاملہ۔ اسی لیے رشتے ٹوٹ جاتے ہیں۔ تو حقوق پر مبنی جو رشتہ ہے یورپ امریکہ کا، وہ ٹوٹتا رہتا ہے۔</w:t>
      </w:r>
    </w:p>
    <w:p>
      <w:r>
        <w:rPr>
          <w:b/>
        </w:rPr>
        <w:t xml:space="preserve">[1:06:19] </w:t>
      </w:r>
      <w:r>
        <w:t>lo par mabni jo rishta hai, wohi chalne wali cheez hai. kyunke is mein phir donon adjust ke liye tayyar rehte hain. donon tayyar rehte hain ek doosre ki baat ko manne ke liye.</w:t>
      </w:r>
    </w:p>
    <w:p>
      <w:pPr>
        <w:jc w:val="right"/>
      </w:pPr>
      <w:r>
        <w:t>لو پر مبنی جو رشتہ ہے، وہی چلنے والی چیز ہے۔ کیونکہ اس میں پھر دونوں ایڈجسٹ کے لیے تیار رہتے ہیں۔ دونوں تیار رہتے ہیں ایک دوسرے کی بات کو ماننے کے لیے۔</w:t>
      </w:r>
    </w:p>
    <w:p>
      <w:r>
        <w:rPr>
          <w:b/>
        </w:rPr>
        <w:t xml:space="preserve">[1:06:32] </w:t>
      </w:r>
      <w:r>
        <w:t>to yeh bhi ek pehlu tha jis ka maine tajurba kiya. in ko mujh se bohat zyada taluq tha.</w:t>
      </w:r>
    </w:p>
    <w:p>
      <w:pPr>
        <w:jc w:val="right"/>
      </w:pPr>
      <w:r>
        <w:t>تو یہ بھی ایک پہلو تھا جس کا میں نے تجربہ کیا۔ ان کو مجھ سے بہت زیادہ تعلق تھا۔</w:t>
      </w:r>
    </w:p>
    <w:p>
      <w:r>
        <w:rPr>
          <w:b/>
        </w:rPr>
        <w:t xml:space="preserve">[1:06:42] </w:t>
      </w:r>
      <w:r>
        <w:t>bohat zyada taluq tha. sach poochhen to main yeh keh sakta hoon ke maine, yaani shohar aur biwi mein lo kiya cheez hai, is ko maine jaana un ke zariye se.</w:t>
      </w:r>
    </w:p>
    <w:p>
      <w:pPr>
        <w:jc w:val="right"/>
      </w:pPr>
      <w:r>
        <w:t>بہت زیادہ تعلق تھا۔ سچ پوچھیں تو میں یہ کہہ سکتا ہوں کہ میں نے، یعنی شوہر اور بیوی میں لو کیا چیز ہے، اس کو میں نے جانا ان کے ذریعے سے۔</w:t>
      </w:r>
    </w:p>
    <w:p>
      <w:r>
        <w:rPr>
          <w:b/>
        </w:rPr>
        <w:t xml:space="preserve">[1:06:54] </w:t>
      </w:r>
      <w:r>
        <w:t>un ke zariye se maine is ka tajurba kiya.</w:t>
      </w:r>
    </w:p>
    <w:p>
      <w:pPr>
        <w:jc w:val="right"/>
      </w:pPr>
      <w:r>
        <w:t>ان کے ذریعے سے میں نے اس کا تجربہ کیا۔</w:t>
      </w:r>
    </w:p>
    <w:p>
      <w:r>
        <w:rPr>
          <w:b/>
        </w:rPr>
        <w:t xml:space="preserve">[1:07:02] </w:t>
      </w:r>
      <w:r>
        <w:t>Islam ka jo maut ka jo tasawwur hai, main samajhta hoon ke agar is ko hum is tarah kahein ke woh hai life after life.</w:t>
      </w:r>
    </w:p>
    <w:p>
      <w:pPr>
        <w:jc w:val="right"/>
      </w:pPr>
      <w:r>
        <w:t>اسلام کا جو موت کا جو تصور ہے، میں سمجھتا ہوں کہ اگر اس کو ہم اس طرح کہیں کہ وہ ہے لائف آفٹر لائف۔</w:t>
      </w:r>
    </w:p>
    <w:p>
      <w:r>
        <w:rPr>
          <w:b/>
        </w:rPr>
        <w:t xml:space="preserve">[1:07:15] </w:t>
      </w:r>
      <w:r>
        <w:t>ek book maine parhi hai life after life. to main samajhta hoon ke is ko agar main yahan istemal karoon to sahi hoga ke life after life, yaani maut jo hai, woh khatam nahi hai.</w:t>
      </w:r>
    </w:p>
    <w:p>
      <w:pPr>
        <w:jc w:val="right"/>
      </w:pPr>
      <w:r>
        <w:t>ایک بک میں نے پڑھی ہے لائف آفٹر لائف۔ تو میں سمجھتا ہوں کہ اس کو اگر میں یہاں استعمال کروں تو صحیح ہوگا کہ لائف آفٹر لائف، یعنی موت جو ہے، وہ ختم نہیں ہے۔</w:t>
      </w:r>
    </w:p>
    <w:p>
      <w:r>
        <w:rPr>
          <w:b/>
        </w:rPr>
        <w:t xml:space="preserve">[1:07:27] </w:t>
      </w:r>
      <w:r>
        <w:t>ek zindagi ke baad doosri zindagi shuru ho jati hai.</w:t>
      </w:r>
    </w:p>
    <w:p>
      <w:pPr>
        <w:jc w:val="right"/>
      </w:pPr>
      <w:r>
        <w:t>ایک زندگی کے بعد دوسری زندگی شروع ہو جاتی ہے۔</w:t>
      </w:r>
    </w:p>
    <w:p>
      <w:r>
        <w:rPr>
          <w:b/>
        </w:rPr>
        <w:t xml:space="preserve">[1:07:32] </w:t>
      </w:r>
      <w:r>
        <w:t>yeh samajhna ke maut aayi to zindagi khatam, yeh sahi baat nahi hai. sahi baat yeh hai ke life after life, yaani jaise ke main ek misaal doon aap ko ke ice berg jo hota hai samundaron mein, bohat bade bade barf ke pahad,</w:t>
      </w:r>
    </w:p>
    <w:p>
      <w:pPr>
        <w:jc w:val="right"/>
      </w:pPr>
      <w:r>
        <w:t>یہ سمجھنا کہ موت آئی تو زندگی ختم، یہ صحیح بات نہیں ہے۔ صحیح بات یہ ہے کہ لائف آفٹر لائف، یعنی جیسے کہ میں ایک مثال دوں آپ کو کہ آئس برگ جو ہوتا ہے سمندروں میں، بہت بڑے بڑے برف کے پہاڑ،</w:t>
      </w:r>
    </w:p>
    <w:p>
      <w:r>
        <w:rPr>
          <w:b/>
        </w:rPr>
        <w:t xml:space="preserve">[1:07:51] </w:t>
      </w:r>
      <w:r>
        <w:t>to is ka poora poora jo maada hai, woh pani mein chupa hua rehta hai. sirf nok thoda sa dikhai deta hai, nok.</w:t>
      </w:r>
    </w:p>
    <w:p>
      <w:pPr>
        <w:jc w:val="right"/>
      </w:pPr>
      <w:r>
        <w:t>تو اس کا پورا پورا جو مادہ ہے، وہ پانی میں چھپا ہوا رہتا ہے۔ صرف نوک تھوڑا سا دکھائی دیتا ہے، نوک۔</w:t>
      </w:r>
    </w:p>
    <w:p>
      <w:r>
        <w:rPr>
          <w:b/>
        </w:rPr>
        <w:t xml:space="preserve">[1:08:01] </w:t>
      </w:r>
      <w:r>
        <w:t>to main samajhta hoon ke Khuda ne zindagi ka, jo hamari zindagi ka jo life span hai, is ka ek chhota sa nok yahan rakh diya, pre death period.</w:t>
      </w:r>
    </w:p>
    <w:p>
      <w:pPr>
        <w:jc w:val="right"/>
      </w:pPr>
      <w:r>
        <w:t>تو میں سمجھتا ہوں کہ خدا نے زندگی کا، جو ہماری زندگی کا جو لائف اسپین ہے، اس کا ایک چھوٹا سا نوک یہاں رکھ دیا، پری ڈیتھ پیریڈ۔</w:t>
      </w:r>
    </w:p>
    <w:p>
      <w:r>
        <w:rPr>
          <w:b/>
        </w:rPr>
        <w:t xml:space="preserve">[1:08:13] </w:t>
      </w:r>
      <w:r>
        <w:t>baqi sara jo hai, woh post death period mein rakh diya. yeh hai life after life. yaani aarzai zindagi ke baad abdi zindagi.</w:t>
      </w:r>
    </w:p>
    <w:p>
      <w:pPr>
        <w:jc w:val="right"/>
      </w:pPr>
      <w:r>
        <w:t>باقی سارا جو ہے، وہ پوسٹ ڈیتھ پیریڈ میں رکھ دیا۔ یہ ہے لائف آفٹر لائف۔ یعنی عارضی زندگی کے بعد ابدی زندگی۔</w:t>
      </w:r>
    </w:p>
    <w:p>
      <w:r>
        <w:rPr>
          <w:b/>
        </w:rPr>
        <w:t xml:space="preserve">[1:08:27] </w:t>
      </w:r>
      <w:r>
        <w:t>yeh jo hai aarzai zindagi hai. is ke baad abdi zindagi.</w:t>
      </w:r>
    </w:p>
    <w:p>
      <w:pPr>
        <w:jc w:val="right"/>
      </w:pPr>
      <w:r>
        <w:t>یہ جو ہے عارضی زندگی ہے۔ اس کے بعد ابدی زندگی۔</w:t>
      </w:r>
    </w:p>
    <w:p>
      <w:r>
        <w:rPr>
          <w:b/>
        </w:rPr>
        <w:t xml:space="preserve">[1:08:31] </w:t>
      </w:r>
      <w:r>
        <w:t>to hum ko yahan par yeh mauqa diya gaya hai ke hum, hum</w:t>
      </w:r>
    </w:p>
    <w:p>
      <w:pPr>
        <w:jc w:val="right"/>
      </w:pPr>
      <w:r>
        <w:t>تو ہم کو یہاں پر یہ موقع دیا گیا ہے کہ ہم، ہم</w:t>
      </w:r>
    </w:p>
    <w:p>
      <w:r>
        <w:rPr>
          <w:b/>
        </w:rPr>
        <w:t xml:space="preserve">[1:08:43] </w:t>
      </w:r>
      <w:r>
        <w:t>apne aap ko sahi dhang par,</w:t>
      </w:r>
    </w:p>
    <w:p>
      <w:pPr>
        <w:jc w:val="right"/>
      </w:pPr>
      <w:r>
        <w:t>اپنے آپ کو صحیحਢنگ پر،</w:t>
      </w:r>
    </w:p>
    <w:p>
      <w:r>
        <w:rPr>
          <w:b/>
        </w:rPr>
        <w:t xml:space="preserve">[1:08:49] </w:t>
      </w:r>
      <w:r>
        <w:t>sahi dhang par kaam karein aur apne aap ko, yaani mustahiq umeedwar banayein jannat ka.</w:t>
      </w:r>
    </w:p>
    <w:p>
      <w:pPr>
        <w:jc w:val="right"/>
      </w:pPr>
      <w:r>
        <w:t>صحیحਢنگ پر کام کریں اور اپنے آپ کو، یعنی مستحق امیدوار بنائیں جنت کا۔</w:t>
      </w:r>
    </w:p>
    <w:p>
      <w:r>
        <w:rPr>
          <w:b/>
        </w:rPr>
        <w:t xml:space="preserve">[1:08:59] </w:t>
      </w:r>
      <w:r>
        <w:t>biwi ke talluq se ek baat mujhe yaad aayi ke bohat pehle ki baat hai, us waqt main Adab Barh mein tha.</w:t>
      </w:r>
    </w:p>
    <w:p>
      <w:pPr>
        <w:jc w:val="right"/>
      </w:pPr>
      <w:r>
        <w:t>بیوی کے تعلق سے ایک بات مجھے یاد آئی کہ بہت پہلے کی بات ہے، اس وقت میں آدب بڑھ میں تھا۔</w:t>
      </w:r>
    </w:p>
    <w:p>
      <w:r>
        <w:rPr>
          <w:b/>
        </w:rPr>
        <w:t xml:space="preserve">[1:09:09] </w:t>
      </w:r>
      <w:r>
        <w:t>to maine jab jadeed soch ko parhna shuru kiya, to main wahan par ek library thi, Shibli Degree College mein, wahan main gaya to Russell ka poora set wahan par maujood tha, jis ko aaj tak kisi ne parha nahi tha.</w:t>
      </w:r>
    </w:p>
    <w:p>
      <w:pPr>
        <w:jc w:val="right"/>
      </w:pPr>
      <w:r>
        <w:t>تو میں نے جب جدید سوچ کو پڑھنا شروع کیا، تو میں وہاں پر ایک لائبریری تھی، شبلی ڈگری کالج میں، وہاں میں گیا تو رسل کا پورا سیٹ وہاں پر موجود تھا، جس کو آج تک کسی نے پڑھا نہیں تھا۔</w:t>
      </w:r>
    </w:p>
    <w:p>
      <w:r>
        <w:rPr>
          <w:b/>
        </w:rPr>
        <w:t xml:space="preserve">[1:09:25] </w:t>
      </w:r>
      <w:r>
        <w:t>poora set rakha hua tha shelf mein aur ek baar bhi jaari nahi hua tha woh. to library ne kaha ke yeh to aise hi rakha hua hai.</w:t>
      </w:r>
    </w:p>
    <w:p>
      <w:pPr>
        <w:jc w:val="right"/>
      </w:pPr>
      <w:r>
        <w:t>پورا سیٹ رکھا ہوا تھا شیلف میں اور ایک بار بھی جاری نہیں ہوا تھا وہ۔ تو لائبریری نے کہا کہ یہ تو ایسے ہی رکھا ہوا ہے۔</w:t>
      </w:r>
    </w:p>
    <w:p>
      <w:r>
        <w:rPr>
          <w:b/>
        </w:rPr>
        <w:t xml:space="preserve">[1:09:36] </w:t>
      </w:r>
      <w:r>
        <w:t>to maine poora set jaari karwaya, le kar aaya woh sari kitaben.</w:t>
      </w:r>
    </w:p>
    <w:p>
      <w:pPr>
        <w:jc w:val="right"/>
      </w:pPr>
      <w:r>
        <w:t>تو میں نے پورا سیٹ جاری کروایا، لے کر آیا وہ ساری کتابیں۔</w:t>
      </w:r>
    </w:p>
    <w:p>
      <w:r>
        <w:rPr>
          <w:b/>
        </w:rPr>
        <w:t xml:space="preserve">[1:09:44] </w:t>
      </w:r>
      <w:r>
        <w:t>to is ko parha maine</w:t>
      </w:r>
    </w:p>
    <w:p>
      <w:pPr>
        <w:jc w:val="right"/>
      </w:pPr>
      <w:r>
        <w:t>تو اس کو پڑھا میں نے</w:t>
      </w:r>
    </w:p>
    <w:p>
      <w:r>
        <w:rPr>
          <w:b/>
        </w:rPr>
        <w:t xml:space="preserve">[1:09:46] </w:t>
      </w:r>
      <w:r>
        <w:t>. to maine aa kar ke jab apni biwi se kaha ke yeh Russell ki kitaben main layi hoon, Russell ki kitaben main laya hoon jo jo sab se bara atheist maana jata hai, to unhon ne kaha tha ke ab aap jo hai, aap ka imaan jo hai,</w:t>
      </w:r>
    </w:p>
    <w:p>
      <w:pPr>
        <w:jc w:val="right"/>
      </w:pPr>
      <w:r>
        <w:t>۔ تو میں نے آ کر کے جب اپنی بیوی سے کہا کہ یہ رسل کی کتابیں میں لائی ہوں، رسل کی کتابیں میں لایا ہوں جو جو سب سے بڑا آتھیسٹ مانا جاتا ہے، تو انہوں نے کہا تھا کہ اب آپ جو ہے، آپ کا ایمان جو ہے،</w:t>
      </w:r>
    </w:p>
    <w:p>
      <w:r>
        <w:rPr>
          <w:b/>
        </w:rPr>
        <w:t xml:space="preserve">[1:10:01] </w:t>
      </w:r>
      <w:r>
        <w:t>kuch kuch garbar ho jayega. bohat naik khatoon theen woh. yeh baat maine likhi hai apni jo kitab hai religion and science ke page 22 par.</w:t>
      </w:r>
    </w:p>
    <w:p>
      <w:pPr>
        <w:jc w:val="right"/>
      </w:pPr>
      <w:r>
        <w:t>کچھ کچھ گڑبڑ ہو جائے گا۔ بہت نیک خاتون تھیں وہ۔ یہ بات میں نے لکھی ہے اپنی جو کتاب ہے ریلیجن اینڈ سائنس کے پیج 22 پر۔</w:t>
      </w:r>
    </w:p>
    <w:p>
      <w:r>
        <w:rPr>
          <w:b/>
        </w:rPr>
        <w:t xml:space="preserve">[1:10:13] </w:t>
      </w:r>
      <w:r>
        <w:t>lekin waqea yeh hai ke russell ki kitabein parh kar ke mujhe, yani jis ko kaha hai doctor raja krishan ne, recovery of faith.</w:t>
      </w:r>
    </w:p>
    <w:p>
      <w:pPr>
        <w:jc w:val="right"/>
      </w:pPr>
      <w:r>
        <w:t>لیکن واقعہ یہ ہے کہ رسل کی کتابیں پڑھ کر کے مجھے، یعنی جس کو کہا ہے ڈاکٹر راجہ کرشن نے، ریکوری آف فیتھ۔</w:t>
      </w:r>
    </w:p>
    <w:p>
      <w:r>
        <w:rPr>
          <w:b/>
        </w:rPr>
        <w:t xml:space="preserve">[1:10:23] </w:t>
      </w:r>
      <w:r>
        <w:t>faith ko phir main, main ne, yani apne ko mazboot kiya.</w:t>
      </w:r>
    </w:p>
    <w:p>
      <w:pPr>
        <w:jc w:val="right"/>
      </w:pPr>
      <w:r>
        <w:t>فیتھ کو پھر میں، میں نے، یعنی اپنے کو مضبوط کیا۔</w:t>
      </w:r>
    </w:p>
    <w:p>
      <w:r>
        <w:rPr>
          <w:b/>
        </w:rPr>
        <w:t xml:space="preserve">[1:10:29] </w:t>
      </w:r>
      <w:r>
        <w:t>apni faith ko maine rediscover kiya. kyunke dekhein, is se mujhe yeh bhi sabak mila mujhe ke agar aap ke andar sochne ka maada ho, sach sach aap ke andar intellectual development hua ho aap ka, baton ko khud se samajhne ki taqat aap ke andar ho, to chahe koi bhi kitab ho,</w:t>
      </w:r>
    </w:p>
    <w:p>
      <w:pPr>
        <w:jc w:val="right"/>
      </w:pPr>
      <w:r>
        <w:t>اپنی فیتھ کو میں نے ری ڈسکور کیا۔ کیونکہ دیکھیں، اس سے مجھے یہ بھی سبق ملا مجھے کہ اگر آپ کے اندر سوچنے کا مادہ ہو، سچ مچ آپ کے اندر انٹلیکچول ڈیولپمنٹ ہوا ہو آپ کا، باتوں کو خود سے سمجھنے کی طاقت آپ کے اندر ہو، تو چاہے کوئی بھی کتاب ہو،</w:t>
      </w:r>
    </w:p>
    <w:p>
      <w:r>
        <w:rPr>
          <w:b/>
        </w:rPr>
        <w:t xml:space="preserve">[1:10:50] </w:t>
      </w:r>
      <w:r>
        <w:t>maine Khuda ke fazl se aam history se le kar astronomy tak parhi hai. aam history se le kar</w:t>
      </w:r>
    </w:p>
    <w:p>
      <w:pPr>
        <w:jc w:val="right"/>
      </w:pPr>
      <w:r>
        <w:t>میں نے خدا کے فضل سے عام ہسٹری سے لے کر آسٹرانومی تک پڑھی ہے۔ عام ہسٹری سے لے کر</w:t>
      </w:r>
    </w:p>
    <w:p>
      <w:r>
        <w:rPr>
          <w:b/>
        </w:rPr>
        <w:t xml:space="preserve">[1:10:57] </w:t>
      </w:r>
      <w:r>
        <w:t>astronomy tak. lekin har cheez mein mujhe faith mila. har cheez mein mujhe Khuda mila. har cheez mein mujhe rohaniyat mili. to aap, yani paane wale aap hote hain.</w:t>
      </w:r>
    </w:p>
    <w:p>
      <w:pPr>
        <w:jc w:val="right"/>
      </w:pPr>
      <w:r>
        <w:t>آسٹرانومی تک۔ لیکن ہر چیز میں مجھے فیتھ ملا۔ ہر چیز میں مجھے خدا ملا۔ ہر چیز میں مجھے روحانیت ملی۔ تو آپ، یعنی پانے والے آپ ہوتے ہیں۔</w:t>
      </w:r>
    </w:p>
    <w:p>
      <w:r>
        <w:rPr>
          <w:b/>
        </w:rPr>
        <w:t xml:space="preserve">[1:11:09] </w:t>
      </w:r>
      <w:r>
        <w:t>paane wale aap</w:t>
      </w:r>
    </w:p>
    <w:p>
      <w:pPr>
        <w:jc w:val="right"/>
      </w:pPr>
      <w:r>
        <w:t>پانے والے آپ</w:t>
      </w:r>
    </w:p>
    <w:p>
      <w:r>
        <w:rPr>
          <w:b/>
        </w:rPr>
        <w:t xml:space="preserve">[1:11:10] </w:t>
      </w:r>
      <w:r>
        <w:t>hote hain. agar aap ka, yani aap ke andar, yani aap ka zehan jo hai, woh bedar ho, aap ka zehan bedar ho, to aap koi bhi kitab padhenge, is se aap ko sachai milegi, rohaniyat milegi, gyan milega.</w:t>
      </w:r>
    </w:p>
    <w:p>
      <w:pPr>
        <w:jc w:val="right"/>
      </w:pPr>
      <w:r>
        <w:t>ہوتے ہیں۔ اگر آپ کا، یعنی آپ کے اندر، یعنی آپ کا ذہن جو ہے، وہ بیدار ہو، آپ کا ذہن بیدار ہو، تو آپ کوئی بھی کتاب پڑھیں گے، اس سے آپ کو سچائی ملے گی، روحانیت ملے گی، گیان ملے گا۔</w:t>
      </w:r>
    </w:p>
    <w:p>
      <w:r>
        <w:rPr>
          <w:b/>
        </w:rPr>
        <w:t xml:space="preserve">[1:11:36] </w:t>
      </w:r>
      <w:r>
        <w:t>apni biwi se maine ek tajurba yeh kiya ke behtareen biwi woh hai jo baghair masle ke saathi ho. baghair masle ke saathi.</w:t>
      </w:r>
    </w:p>
    <w:p>
      <w:pPr>
        <w:jc w:val="right"/>
      </w:pPr>
      <w:r>
        <w:t>اپنی بیوی سے میں نے ایک تجربہ یہ کیا کہ بہترین بیوی وہ ہے جو بغیر مسئلے کے ساتھی ہو۔ بغیر مسئلے کے ساتھی۔</w:t>
      </w:r>
    </w:p>
    <w:p>
      <w:r>
        <w:rPr>
          <w:b/>
        </w:rPr>
        <w:t xml:space="preserve">[1:11:46] </w:t>
      </w:r>
      <w:r>
        <w:t>kyunke dekhein, farq to hamesha hote hain. farq ko le kar ke masla paida karna aur zindagi ko bilkul kadwa bana dena, yeh log karte hain aam taur par.</w:t>
      </w:r>
    </w:p>
    <w:p>
      <w:pPr>
        <w:jc w:val="right"/>
      </w:pPr>
      <w:r>
        <w:t>کیونکہ دیکھیں، فرق تو ہمیشہ ہوتے ہیں۔ فرق کو لے کر کے مسئلہ پیدا کرنا اور زندگی کو بالکل کڑوا بنا دینا، یہ لوگ کرتے ہیں عام طور پر۔</w:t>
      </w:r>
    </w:p>
    <w:p>
      <w:r>
        <w:rPr>
          <w:b/>
        </w:rPr>
        <w:t xml:space="preserve">[1:11:56] </w:t>
      </w:r>
      <w:r>
        <w:t>ek farq ko liya, us ko barhaya, takrao hua aapas mein aur poori zindagi kadwi ho gayi.</w:t>
      </w:r>
    </w:p>
    <w:p>
      <w:pPr>
        <w:jc w:val="right"/>
      </w:pPr>
      <w:r>
        <w:t>ایک فرق کو لیا، اس کو بڑھایا، ٹکراؤ ہوا آپس میں اور پوری زندگی کڑوی ہو گئی۔</w:t>
      </w:r>
    </w:p>
    <w:p>
      <w:r>
        <w:rPr>
          <w:b/>
        </w:rPr>
        <w:t xml:space="preserve">[1:12:02] </w:t>
      </w:r>
      <w:r>
        <w:t>woh aisi theen ke woh sach sach baghair masle ki biwi theen mere liye. baghair masle ki khatoon theen mere liye. to maine un ki zindagi se yeh yeh tajurba seekha ke kaise koi aadmi farq ke hote hue,</w:t>
      </w:r>
    </w:p>
    <w:p>
      <w:pPr>
        <w:jc w:val="right"/>
      </w:pPr>
      <w:r>
        <w:t>وہ ایسی تھیں کہ وہ سچ مچ بغیر مسئلے کی بیوی تھیں میرے لیے۔ بغیر مسئلے کی خاتون تھیں میرے لیے۔ تو میں نے ان کی زندگی سے یہ یہ تجربہ سیکھا کہ کیسے کوئی آدمی فرق کے ہوتے ہوئے،</w:t>
      </w:r>
    </w:p>
    <w:p>
      <w:r>
        <w:rPr>
          <w:b/>
        </w:rPr>
        <w:t xml:space="preserve">[1:12:20] </w:t>
      </w:r>
      <w:r>
        <w:t>koi farq to aap jante hain ke qudrati hai, qudrati farq to rahega, lekin farq ke hote hue kis tarah aadmi baghair masle ka ban jaye, baghair masle ka shakhs,</w:t>
      </w:r>
    </w:p>
    <w:p>
      <w:pPr>
        <w:jc w:val="right"/>
      </w:pPr>
      <w:r>
        <w:t>کوئی فرق تو آپ جانتے ہیں کہ قدرتی ہے، قدرتی فرق تو رہے گا، لیکن فرق کے ہوتے ہوئے کس طرح آدمی بغیر مسئلے کا بن جائے، بغیر مسئلے کا شخص،</w:t>
      </w:r>
    </w:p>
    <w:p>
      <w:r>
        <w:rPr>
          <w:b/>
        </w:rPr>
        <w:t xml:space="preserve">[1:12:31] </w:t>
      </w:r>
      <w:r>
        <w:t>is ka namuna maine un ki zindagi mein dekha.</w:t>
      </w:r>
    </w:p>
    <w:p>
      <w:pPr>
        <w:jc w:val="right"/>
      </w:pPr>
      <w:r>
        <w:t>اس کا نمونہ میں نے ان کی زندگی میں دیکھا۔</w:t>
      </w:r>
    </w:p>
    <w:p>
      <w:r>
        <w:rPr>
          <w:b/>
        </w:rPr>
        <w:t xml:space="preserve">[1:12:37] </w:t>
      </w:r>
      <w:r>
        <w:t>aur bilkul main samajhta hoon ke yeh mumkin hai. farq ko le kar ke masla paida karna, yeh insaan ka kaam nahi hai.</w:t>
      </w:r>
    </w:p>
    <w:p>
      <w:pPr>
        <w:jc w:val="right"/>
      </w:pPr>
      <w:r>
        <w:t>اور بالکل میں سمجھتا ہوں کہ یہ ممکن ہے۔ فرق کو لے کر کے مسئلہ پیدا کرنا، یہ انسان کا کام نہیں ہے۔</w:t>
      </w:r>
    </w:p>
    <w:p>
      <w:r>
        <w:rPr>
          <w:b/>
        </w:rPr>
        <w:t xml:space="preserve">[1:12:48] </w:t>
      </w:r>
      <w:r>
        <w:t>farq ko manage karna. You have to learn the art of difference management.</w:t>
      </w:r>
    </w:p>
    <w:p>
      <w:pPr>
        <w:jc w:val="right"/>
      </w:pPr>
      <w:r>
        <w:t>فرق کو مینج کرنا۔ You have to learn the art of difference management.</w:t>
      </w:r>
    </w:p>
    <w:p>
      <w:r>
        <w:rPr>
          <w:b/>
        </w:rPr>
        <w:t xml:space="preserve">[1:12:54] </w:t>
      </w:r>
      <w:r>
        <w:t>sachi baat yeh hai ke yeh jo main kaha karta hoon aksar, yeh main aksar kehta hoon ke you have to learn the art of difference management. yeh un se maine seekha.</w:t>
      </w:r>
    </w:p>
    <w:p>
      <w:pPr>
        <w:jc w:val="right"/>
      </w:pPr>
      <w:r>
        <w:t>سچی بات یہ ہے کہ یہ جو میں کہا کرتا ہوں اکثر، یہ میں اکثر کہتا ہوں کہ you have to learn the art of difference management. یہ ان سے میں نے سیکھا۔</w:t>
      </w:r>
    </w:p>
    <w:p>
      <w:r>
        <w:rPr>
          <w:b/>
        </w:rPr>
        <w:t xml:space="preserve">[1:13:05] </w:t>
      </w:r>
      <w:r>
        <w:t>hamare aur un ke beech mein farq aata tha, lekin woh manage karti theen us ko. bohat hi, yani khoobsurat tareeqe se manage karti theen us ko.</w:t>
      </w:r>
    </w:p>
    <w:p>
      <w:pPr>
        <w:jc w:val="right"/>
      </w:pPr>
      <w:r>
        <w:t>ہمارے اور ان کے بیچ میں فرق آتا تھا، لیکن وہ مینج کرتی تھیں اس کو۔ بہت ہی، یعنی خوبصورت طریقے سے مینج کرتی تھیں اس کو۔</w:t>
      </w:r>
    </w:p>
    <w:p>
      <w:r>
        <w:rPr>
          <w:b/>
        </w:rPr>
        <w:t xml:space="preserve">[1:13:18] </w:t>
      </w:r>
      <w:r>
        <w:t>to agar yahan main yeh bhi ek baat arz karoon ke meri ek daryaft hai, woh yeh hai ke aurat jo hai, behtareen intellectual partner hai insaan ke liye.</w:t>
      </w:r>
    </w:p>
    <w:p>
      <w:pPr>
        <w:jc w:val="right"/>
      </w:pPr>
      <w:r>
        <w:t>تو اگر یہاں میں یہ بھی ایک بات عرض کروں کہ میری ایک دریافت ہے، وہ یہ ہے کہ عورت جو ہے، بہترین انٹلیکچول پارٹنر ہے انسان کے لیے۔</w:t>
      </w:r>
    </w:p>
    <w:p>
      <w:r>
        <w:rPr>
          <w:b/>
        </w:rPr>
        <w:t xml:space="preserve">[1:13:30] </w:t>
      </w:r>
      <w:r>
        <w:t>behtareen. yani sab se bari cheez, sab se bari qadar jo hoti hai kisi aurat mein, woh yeh nahi ke woh jismani partner hoti hai aap ka, gharelu partner hoti hai aap ka.</w:t>
      </w:r>
    </w:p>
    <w:p>
      <w:pPr>
        <w:jc w:val="right"/>
      </w:pPr>
      <w:r>
        <w:t>بہترین۔ یعنی سب سے بڑی چیز، سب سے بڑی قدر جو ہوتی ہے کسی عورت میں، وہ یہ نہیں کہ وہ جسمانی پارٹنر ہوتی ہے آپ کا، گھریلو پارٹنر ہوتی ہے آپ کا۔</w:t>
      </w:r>
    </w:p>
    <w:p>
      <w:r>
        <w:rPr>
          <w:b/>
        </w:rPr>
        <w:t xml:space="preserve">[1:13:44] </w:t>
      </w:r>
      <w:r>
        <w:t>nahi. yeh sawai cheezein hain.</w:t>
      </w:r>
    </w:p>
    <w:p>
      <w:pPr>
        <w:jc w:val="right"/>
      </w:pPr>
      <w:r>
        <w:t>نہیں۔ یہ ثانوی چیزیں ہیں۔</w:t>
      </w:r>
    </w:p>
    <w:p>
      <w:r>
        <w:rPr>
          <w:b/>
        </w:rPr>
        <w:t xml:space="preserve">[1:13:47] </w:t>
      </w:r>
      <w:r>
        <w:t>sab se bari cheez yeh hai ke woh aap ka intellectual partner ho. intellectual partner. yani, yani zehan ke level par woh aap ka saathi ho.</w:t>
      </w:r>
    </w:p>
    <w:p>
      <w:pPr>
        <w:jc w:val="right"/>
      </w:pPr>
      <w:r>
        <w:t>سب سے بڑی چیز یہ ہے کہ وہ آپ کا انٹلیکچول پارٹنر ہو۔ انٹلیکچول پارٹنر۔ یعنی، یعنی ذہن کے لیول پر وہ آپ کا ساتھی ہو۔</w:t>
      </w:r>
    </w:p>
    <w:p>
      <w:r>
        <w:rPr>
          <w:b/>
        </w:rPr>
        <w:t xml:space="preserve">[1:13:57] </w:t>
      </w:r>
      <w:r>
        <w:t>yeh bhi maine unhi se seekha. aur maine ek kitab likhi, is ka naam hai, woh aurat mayar insaniyat, usay maine ek baar dikhai hai ke sab se bari cheez jo is dunya mein aadmi pa sakta hai, woh hai intellectual development.</w:t>
      </w:r>
    </w:p>
    <w:p>
      <w:pPr>
        <w:jc w:val="right"/>
      </w:pPr>
      <w:r>
        <w:t>یہ بھی میں نے انہی سے سیکھا۔ اور میں نے ایک کتاب لکھی، اس کا نام ہے، وہ عورت معیار انسانیت، اسے میں نے ایک بار دکھائی ہے کہ سب سے بڑی چیز جو اس دنیا میں آدمی پا سکتا ہے، وہ ہے انٹلیکچول ڈیولپمنٹ۔</w:t>
      </w:r>
    </w:p>
    <w:p>
      <w:r>
        <w:rPr>
          <w:b/>
        </w:rPr>
        <w:t xml:space="preserve">[1:14:15] </w:t>
      </w:r>
      <w:r>
        <w:t>aur intellectual development mein sab se bari jo taawun wali cheez hai, woh hai aap ki apni patni, aap ki biwi.</w:t>
      </w:r>
    </w:p>
    <w:p>
      <w:pPr>
        <w:jc w:val="right"/>
      </w:pPr>
      <w:r>
        <w:t>اور انٹلیکچول ڈیولپمنٹ میں سب سے بڑی جو تعاون والی چیز ہے، وہ ہے آپ کی اپنی پتنی، آپ کی بیوی۔</w:t>
      </w:r>
    </w:p>
    <w:p>
      <w:r>
        <w:rPr>
          <w:b/>
        </w:rPr>
        <w:t xml:space="preserve">[1:14:26] </w:t>
      </w:r>
      <w:r>
        <w:t>biwi ke zariye aap intellectual exchange kar ke apne zehan ko din badin taraqqi kar sakte hain. yani mera formula yeh hai ke is dunya se hasil karne ki sab se bari cheez intellectual development hai.</w:t>
      </w:r>
    </w:p>
    <w:p>
      <w:pPr>
        <w:jc w:val="right"/>
      </w:pPr>
      <w:r>
        <w:t>بیوی کے ذریعے آپ انٹلیکچول ایکسچینج کر کے اپنے ذہن کو دن بدن ترقی کر سکتے ہیں۔ یعنی میرا فارمولا یہ ہے کہ اس دنیا سے حاصل کرنے کی سب سے بڑی چیز انٹلیکچول ڈیولپمنٹ ہے۔</w:t>
      </w:r>
    </w:p>
    <w:p>
      <w:r>
        <w:rPr>
          <w:b/>
        </w:rPr>
        <w:t xml:space="preserve">[1:14:43] </w:t>
      </w:r>
      <w:r>
        <w:t>aur intellectual development ko hasil karne ka ek to zariya hai ke aap book padhein, kitabein padhein, aap mushahida karein.</w:t>
      </w:r>
    </w:p>
    <w:p>
      <w:pPr>
        <w:jc w:val="right"/>
      </w:pPr>
      <w:r>
        <w:t>اور انٹلیکچول ڈیولپمنٹ کو حاصل کرنے کا ایک تو ذریعہ ہے کہ آپ بک پڑھیں، کتابیں پڑھیں، آپ مشاہدہ کریں۔</w:t>
      </w:r>
    </w:p>
    <w:p>
      <w:r>
        <w:rPr>
          <w:b/>
        </w:rPr>
        <w:t xml:space="preserve">[1:14:53] </w:t>
      </w:r>
      <w:r>
        <w:t>yeh 50 feesad</w:t>
      </w:r>
    </w:p>
    <w:p>
      <w:pPr>
        <w:jc w:val="right"/>
      </w:pPr>
      <w:r>
        <w:t>یہ 50 فیصد</w:t>
      </w:r>
    </w:p>
    <w:p>
      <w:r>
        <w:rPr>
          <w:b/>
        </w:rPr>
        <w:t xml:space="preserve">[1:14:54] </w:t>
      </w:r>
      <w:r>
        <w:t>hai. 50 feesad yeh hai ke aap ek zaheen insan se exchange karein. Ek zaheen insan se exchange karein, discussion karein, dialogue karein.</w:t>
      </w:r>
    </w:p>
    <w:p>
      <w:pPr>
        <w:jc w:val="right"/>
      </w:pPr>
      <w:r>
        <w:t>ہے۔ 50 فیصد یہ ہے کہ آپ ایک ذہین انسان سے ایکسچینج کریں۔ ایک ذہین انسان سے ایکسچینج کریں، ڈسکشن کریں، ڈائیلاگ کریں۔</w:t>
      </w:r>
    </w:p>
    <w:p>
      <w:r>
        <w:rPr>
          <w:b/>
        </w:rPr>
        <w:t xml:space="preserve">[1:15:03] </w:t>
      </w:r>
      <w:r>
        <w:t>yeh jo dialogue hota hai jalson aur conferenceon mein, woh to ek formal dialogue hota hai. Behtareen dialogue woh hai jo ghar mein ho, apne saathi ke zariye ho.</w:t>
      </w:r>
    </w:p>
    <w:p>
      <w:pPr>
        <w:jc w:val="right"/>
      </w:pPr>
      <w:r>
        <w:t>یہ جو ڈائیلاگ ہوتا ہے جلسوں اور کانفرنسوں میں، وہ تو ایک فارمل ڈائیلاگ ہوتا ہے۔ بہترین ڈائیلاگ وہ ہے جو گھر میں ہو، اپنے ساتھی کے ذریعے ہو۔</w:t>
      </w:r>
    </w:p>
    <w:p>
      <w:r>
        <w:rPr>
          <w:b/>
        </w:rPr>
        <w:t xml:space="preserve">[1:15:17] </w:t>
      </w:r>
      <w:r>
        <w:t>yeh maine, yeh baat, yeh meri daryaft hai ke sab se bara intellectual partner kisi aadmi ke liye, us ki apni biwi hai, us ki apni biwi hai, us ki apne ghar ki khatoon hai.</w:t>
      </w:r>
    </w:p>
    <w:p>
      <w:pPr>
        <w:jc w:val="right"/>
      </w:pPr>
      <w:r>
        <w:t>یہ میں نے، یہ بات، یہ میری دریافت ہے کہ سب سے بڑا انٹلیکچول پارٹنر کسی آدمی کے لیے، اس کی اپنی بیوی ہے، اس کی اپنی بیوی ہے، اس کی اپنے گھر کی خاتون ہے۔</w:t>
      </w:r>
    </w:p>
    <w:p>
      <w:r>
        <w:rPr>
          <w:b/>
        </w:rPr>
        <w:t xml:space="preserve">[1:15:32] </w:t>
      </w:r>
      <w:r>
        <w:t>woh itna zyada, yaani yeh sab karne ke liye kuch qurbani karni parti hai.</w:t>
      </w:r>
    </w:p>
    <w:p>
      <w:pPr>
        <w:jc w:val="right"/>
      </w:pPr>
      <w:r>
        <w:t>وہ اتنا زیادہ، یعنی یہ سب کرنے کے لیے کچھ قربانی کرنی پڑتی ہے۔</w:t>
      </w:r>
    </w:p>
    <w:p>
      <w:r>
        <w:rPr>
          <w:b/>
        </w:rPr>
        <w:t xml:space="preserve">[1:15:39] </w:t>
      </w:r>
      <w:r>
        <w:t>Yaani aurat, agar aurat ke andar yeh sifat na ho ke koi us ki demand nahi, koi us ki farmaish nahi, tab ja kar ke yeh hota hai ke woh intellectual partner ban jaye aap ke liye.</w:t>
      </w:r>
    </w:p>
    <w:p>
      <w:pPr>
        <w:jc w:val="right"/>
      </w:pPr>
      <w:r>
        <w:t>یعنی عورت، اگر عورت کے اندر یہ صفت نہ ہو کہ کوئی اس کی ڈیمانڈ نہیں، کوئی اس کی فرمائش نہیں، تب جا کر کے یہ ہوتا ہے کہ وہ انٹلیکچول پارٹنر بن جائے آپ کے لیے۔</w:t>
      </w:r>
    </w:p>
    <w:p>
      <w:r>
        <w:rPr>
          <w:b/>
        </w:rPr>
        <w:t xml:space="preserve">[1:15:51] </w:t>
      </w:r>
      <w:r>
        <w:t>Agar woh jeeti ho jewelry mein, jeeti ho naye naye kapde mein, woh jeeti ho shopping mein, to aap ke liye woh intellectual partner ka role nahi kar sakti.</w:t>
      </w:r>
    </w:p>
    <w:p>
      <w:pPr>
        <w:jc w:val="right"/>
      </w:pPr>
      <w:r>
        <w:t>اگر وہ جیتی ہو جیولری میں، جیتی ہو نئے نئے کپڑے میں، وہ جیتی ہو شاپنگ میں، تو آپ کے لیے وہ انٹلیکچول پارٹنر کا رول نہیں کر سکتی۔</w:t>
      </w:r>
    </w:p>
    <w:p>
      <w:r>
        <w:rPr>
          <w:b/>
        </w:rPr>
        <w:t xml:space="preserve">[1:16:01] </w:t>
      </w:r>
      <w:r>
        <w:t>Aur Khuda ke fazl se un mein yeh sifat thi.</w:t>
      </w:r>
    </w:p>
    <w:p>
      <w:pPr>
        <w:jc w:val="right"/>
      </w:pPr>
      <w:r>
        <w:t>اور خدا کے فضل سے ان میں یہ صفت تھی۔</w:t>
      </w:r>
    </w:p>
    <w:p>
      <w:r>
        <w:rPr>
          <w:b/>
        </w:rPr>
        <w:t xml:space="preserve">[1:16:05] </w:t>
      </w:r>
      <w:r>
        <w:t>Mujhe yaad hai ke is se pehle jab hum Adam ghar mein rehte thay, bohat pehle ki baat hai, yaani 47 ke jaldi baad ki, to un ki ek milne wali khatoon theen, yaani saheli kahiye aap un ko, un ka naam tha Razia, woh bechari mar gayi hain ab.</w:t>
      </w:r>
    </w:p>
    <w:p>
      <w:pPr>
        <w:jc w:val="right"/>
      </w:pPr>
      <w:r>
        <w:t>مجھے یاد ہے کہ اس سے پہلے جب ہم آدم گھر میں رہتے تھے، بہت پہلے کی بات ہے، یعنی 47 کے جلدی بعد کی، تو ان کی ایک ملنے والی خاتون تھیں، یعنی سہیلی کہیے آپ ان کو، ان کا نام تھا رضیہ، وہ بیچاری مر گئی ہیں اب۔</w:t>
      </w:r>
    </w:p>
    <w:p>
      <w:r>
        <w:rPr>
          <w:b/>
        </w:rPr>
        <w:t xml:space="preserve">[1:16:24] </w:t>
      </w:r>
      <w:r>
        <w:t>To ek din aisa hua ke main bahar se aaya ghar mein, wahan Adam ghar mein waqe manzil ke ek kamre mein hum rehte thay. To</w:t>
      </w:r>
    </w:p>
    <w:p>
      <w:pPr>
        <w:jc w:val="right"/>
      </w:pPr>
      <w:r>
        <w:t>تو ایک دن ایسا ہوا کہ میں باہر سے آیا گھر میں، وہاں آدم گھر میں واقع منزل کے ایک کمرے میں ہم رہتے تھے۔ تو</w:t>
      </w:r>
    </w:p>
    <w:p>
      <w:r>
        <w:rPr>
          <w:b/>
        </w:rPr>
        <w:t xml:space="preserve">[1:16:34] </w:t>
      </w:r>
      <w:r>
        <w:t>jab main aaya wahan to unhone kaha ke Razia kehti hain ke ke tumhara kaam kaise chalega?</w:t>
      </w:r>
    </w:p>
    <w:p>
      <w:pPr>
        <w:jc w:val="right"/>
      </w:pPr>
      <w:r>
        <w:t>جب میں آیا وہاں تو انہوں نے کہا کہ رضیہ کہتی ہیں کہ کہ تمہارا کام کیسے چلے گا؟</w:t>
      </w:r>
    </w:p>
    <w:p>
      <w:r>
        <w:rPr>
          <w:b/>
        </w:rPr>
        <w:t xml:space="preserve">[1:16:44] </w:t>
      </w:r>
      <w:r>
        <w:t>Tumhara, tumhare bachon ka? Koi tumhare aadmi kuch karte karte hain nahi, na koi business karte hain, na koi job karte hain, to kaise kaam chalega tumhara? Kya hoga?</w:t>
      </w:r>
    </w:p>
    <w:p>
      <w:pPr>
        <w:jc w:val="right"/>
      </w:pPr>
      <w:r>
        <w:t>تمہارا، تمہارے بچوں کا؟ کوئی تمہارے آدمی کچھ کرتے کرتے ہیں نہیں، نہ کوئی بزنس کرتے ہیں، نہ کوئی جاب کرتے ہیں، تو کیسے کام چلے گا تمہارا؟ کیا ہوگا؟</w:t>
      </w:r>
    </w:p>
    <w:p>
      <w:r>
        <w:rPr>
          <w:b/>
        </w:rPr>
        <w:t xml:space="preserve">[1:16:54] </w:t>
      </w:r>
      <w:r>
        <w:t>To maine khade khade kaha ke Razia se keh do ke yeh kashti apne tamam sawaron samait bas Allah ke hawale hai.</w:t>
      </w:r>
    </w:p>
    <w:p>
      <w:pPr>
        <w:jc w:val="right"/>
      </w:pPr>
      <w:r>
        <w:t>تو میں نے کھڑے کھڑے کہا کہ رضیہ سے کہہ دو کہ یہ کشتی اپنے تمام سواروں سمیت بس اللہ کے حوالے ہے۔</w:t>
      </w:r>
    </w:p>
    <w:p>
      <w:r>
        <w:rPr>
          <w:b/>
        </w:rPr>
        <w:t xml:space="preserve">[1:17:05] </w:t>
      </w:r>
      <w:r>
        <w:t>Aur yeh us ko poori tarah unhone le liya, pakad liya. Main samajhta hoon ke meri ahliya ka ek bohat bara contribution jo koi doosra kar nahi sakta tha, woh yeh hai ke woh hum ko Delhi le aayen.</w:t>
      </w:r>
    </w:p>
    <w:p>
      <w:pPr>
        <w:jc w:val="right"/>
      </w:pPr>
      <w:r>
        <w:t>اور یہ اس کو پوری طرح انہوں نے لے لیا، پکڑ لیا۔ میں سمجھتا ہوں کہ میری اہلیہ کا ایک بہت بڑا کنٹریبیوشن جو کوئی دوسرا کر نہیں سکتا تھا، وہ یہ ہے کہ وہ ہم کو دلی لے آئیں۔</w:t>
      </w:r>
    </w:p>
    <w:p>
      <w:r>
        <w:rPr>
          <w:b/>
        </w:rPr>
        <w:t xml:space="preserve">[1:17:19] </w:t>
      </w:r>
      <w:r>
        <w:t>Agar main Delhi na aata to hamara mission bhi yeh chal nahi sakta tha. Hamare bachhe jante hain ke main purani Delhi mein ek chote se kamre mein rehta tha aur woh aarzai tha.</w:t>
      </w:r>
    </w:p>
    <w:p>
      <w:pPr>
        <w:jc w:val="right"/>
      </w:pPr>
      <w:r>
        <w:t>اگر میں دلی نہ آتا تو ہمارا مشن بھی یہ چل نہیں سکتا تھا۔ ہمارے بچے جانتے ہیں کہ میں پرانی دلی میں ایک چھوٹے سے کمرے میں رہتا تھا اور وہ عارضی تھا۔</w:t>
      </w:r>
    </w:p>
    <w:p>
      <w:r>
        <w:rPr>
          <w:b/>
        </w:rPr>
        <w:t xml:space="preserve">[1:17:34] </w:t>
      </w:r>
      <w:r>
        <w:t>Har din sochta tha ke wapas jaon yahan se. Delhi ko chhod kar phir wapas chala jaon apne, yeh sochta tha. Achanak ek din maine dekha ke woh aa gayeen.</w:t>
      </w:r>
    </w:p>
    <w:p>
      <w:pPr>
        <w:jc w:val="right"/>
      </w:pPr>
      <w:r>
        <w:t>ہر دن سوچتا تھا کہ واپس جاؤں یہاں سے۔ دلی کو چھوڑ کر پھر واپس چلا جاؤں اپنے، یہ سوچتا تھا۔ اچانک ایک دن میں نے دیکھا کہ وہ آ گئیں۔</w:t>
      </w:r>
    </w:p>
    <w:p>
      <w:r>
        <w:rPr>
          <w:b/>
        </w:rPr>
        <w:t xml:space="preserve">[1:17:45] </w:t>
      </w:r>
      <w:r>
        <w:t>Phir maine kaha ke tum kahan? Bachon ko le kar ke. To us waqt maine kaha ke is tarah se koi aadmi wahi aa sakta hai jo aadmi pagal ho ya uska ghar na ho.</w:t>
      </w:r>
    </w:p>
    <w:p>
      <w:pPr>
        <w:jc w:val="right"/>
      </w:pPr>
      <w:r>
        <w:t>پھر میں نے کہا کہ تم کہاں؟ بچوں کو لے کر کے۔ تو اس وقت میں نے کہا کہ اس طرح سے کوئی آدمی وہی آ سکتا ہے جو آدمی پاگل ہو یا اس کا گھر نہ ہو۔</w:t>
      </w:r>
    </w:p>
    <w:p>
      <w:r>
        <w:rPr>
          <w:b/>
        </w:rPr>
        <w:t xml:space="preserve">[1:17:56] </w:t>
      </w:r>
      <w:r>
        <w:t>Yeh keh kar main chala gaya.</w:t>
      </w:r>
    </w:p>
    <w:p>
      <w:pPr>
        <w:jc w:val="right"/>
      </w:pPr>
      <w:r>
        <w:t>یہ کہہ کر میں چلا گیا۔</w:t>
      </w:r>
    </w:p>
    <w:p>
      <w:r>
        <w:rPr>
          <w:b/>
        </w:rPr>
        <w:t xml:space="preserve">[1:17:59] </w:t>
      </w:r>
      <w:r>
        <w:t>Lekin sahib ne sab Rasool ke sath bardasht kiya aur woh dat gayeen Delhi mein, har museebat ko sehte hue. Aur inhi ki yeh dat jaane ki wajah se, inhi ke azm ki wajah se, inhi ke azm ki wajah se aisa hua ke main Delhi chhodha nahi, main ne Delhi mein theher gaya.</w:t>
      </w:r>
    </w:p>
    <w:p>
      <w:pPr>
        <w:jc w:val="right"/>
      </w:pPr>
      <w:r>
        <w:t>لیکن صاحب نے سب رسول کے ساتھ برداشت کیا اور وہ ڈٹ گئیں دلی میں، ہر مصیبت کو سہتے ہوئے۔ اور انہی کی یہ ڈٹ جانے کی وجہ سے، انہی کے عزم کی وجہ سے، انہی کے عزم کی وجہ سے ایسا ہوا کہ میں دلی چھوڑا نہیں، میں نے دلی میں ٹھہر گیا۔</w:t>
      </w:r>
    </w:p>
    <w:p>
      <w:r>
        <w:rPr>
          <w:b/>
        </w:rPr>
        <w:t xml:space="preserve">[1:18:17] </w:t>
      </w:r>
      <w:r>
        <w:t>Aur Delhi mein agar main na thehra hota, Delhi mein hum ne kaam na kiya hota to yeh mission bhi nahi ho sakta tha.</w:t>
      </w:r>
    </w:p>
    <w:p>
      <w:pPr>
        <w:jc w:val="right"/>
      </w:pPr>
      <w:r>
        <w:t>اور دلی میں اگر میں نہ ٹھہرا ہوتا، دلی میں ہم نے کام نہ کیا ہوتا تو یہ مشن بھی نہیں ہو سکتا تھا۔</w:t>
      </w:r>
    </w:p>
    <w:p>
      <w:r>
        <w:rPr>
          <w:b/>
        </w:rPr>
        <w:t xml:space="preserve">[1:18:26] </w:t>
      </w:r>
      <w:r>
        <w:t>To main samajhta hoon ke is mission ke peeche hamari biwi ka bohat zabardast hath hai. Har aitbaar se.</w:t>
      </w:r>
    </w:p>
    <w:p>
      <w:pPr>
        <w:jc w:val="right"/>
      </w:pPr>
      <w:r>
        <w:t>تو میں سمجھتا ہوں کہ اس مشن کے پیچھے ہماری بیوی کا بہت زبردست ہاتھ ہے۔ ہر اعتبار سے۔</w:t>
      </w:r>
    </w:p>
    <w:p>
      <w:r>
        <w:rPr>
          <w:b/>
        </w:rPr>
        <w:t xml:space="preserve">[1:18:36] </w:t>
      </w:r>
      <w:r>
        <w:t>Har aitbaar se. Yaani poora 63 saal gaya, mission ka ek safar tha jo hum ne dono ne mil kar ke tay kiya.</w:t>
      </w:r>
    </w:p>
    <w:p>
      <w:pPr>
        <w:jc w:val="right"/>
      </w:pPr>
      <w:r>
        <w:t>ہر اعتبار سے۔ یعنی پورا 63 سال گیا، مشن کا ایک سفر تھا جو ہم نے دونوں نے مل کر کے طے کیا۔</w:t>
      </w:r>
    </w:p>
    <w:p>
      <w:r>
        <w:rPr>
          <w:b/>
        </w:rPr>
        <w:t xml:space="preserve">[1:18:43] </w:t>
      </w:r>
      <w:r>
        <w:t>Allah taala un ko, yaani jannat ke oonche darjat pe jagah de aur un par har tarah ki barkatein farmaye.</w:t>
      </w:r>
    </w:p>
    <w:p>
      <w:pPr>
        <w:jc w:val="right"/>
      </w:pPr>
      <w:r>
        <w:t>اللہ تعالیٰ ان کو، یعنی جنت کے اونچے درجات پہ جگہ دے اور ان پر ہر طرح کی برکتیں فرمائے۔</w:t>
      </w:r>
    </w:p>
    <w:p>
      <w:r>
        <w:rPr>
          <w:b/>
        </w:rPr>
        <w:t xml:space="preserve">[1:18:52] </w:t>
      </w:r>
      <w:r>
        <w:t>Aur main samajhta hoon ke mere liye wahi shayad nijaat ka zariya ban jaye. Mere paas khud koi amal nahi hai. Main samajhta hoon ke Khuda un ki wajah se mujhe bakhsh dega.</w:t>
      </w:r>
    </w:p>
    <w:p>
      <w:pPr>
        <w:jc w:val="right"/>
      </w:pPr>
      <w:r>
        <w:t>اور میں سمجھتا ہوں کہ میرے لیے وہی شاید نجات کا ذریعہ بن جائے۔ میرے پاس خود کوئی عمل نہیں ہے۔ میں سمجھتا ہوں کہ خدا ان کی وجہ سے مجھے بخش دے گا۔</w:t>
      </w:r>
    </w:p>
    <w:p>
      <w:r>
        <w:rPr>
          <w:b/>
        </w:rPr>
        <w:t xml:space="preserve">[1:19:05] </w:t>
      </w:r>
      <w:r>
        <w:t>unki wajah se meri nijaat ho jayegi. aool qooli haaza wa astaghfirullaha li wa lakum ajmaeen.</w:t>
      </w:r>
    </w:p>
    <w:p>
      <w:pPr>
        <w:jc w:val="right"/>
      </w:pPr>
      <w:r>
        <w:t>ان کی وجہ سے میری نجات ہو جائے گی۔ أقول قولي هذا واستغفر الله لي ولكم اجمعين.</w:t>
      </w:r>
    </w:p>
    <w:p>
      <w:r>
        <w:rPr>
          <w:b/>
        </w:rPr>
        <w:t xml:space="preserve">[1:19:27] </w:t>
      </w:r>
      <w:r>
        <w:t>molana, I think you should tell people also in various ideologies, Islam versus other ideologies. hmm, I think that point needs to be clear.</w:t>
      </w:r>
    </w:p>
    <w:p>
      <w:pPr>
        <w:jc w:val="right"/>
      </w:pPr>
      <w:r>
        <w:t>مولانا، I think you should tell people also in various ideologies, Islam versus other ideologies. ہمم، I think that point needs to be clear.</w:t>
      </w:r>
    </w:p>
    <w:p>
      <w:r>
        <w:rPr>
          <w:b/>
        </w:rPr>
        <w:t xml:space="preserve">[1:19:46] </w:t>
      </w:r>
      <w:r>
        <w:t>dekhen, mera jo, meri jo, meri jo study hai, meri jo study hai, to main yeh manta hoon ke death ke there are two different concepts of death.</w:t>
      </w:r>
    </w:p>
    <w:p>
      <w:pPr>
        <w:jc w:val="right"/>
      </w:pPr>
      <w:r>
        <w:t>دیکھیں، میرا جو، میری جو، میری جو اسٹڈی ہے، میری جو اسٹڈی ہے، تو میں یہ مانتا ہوں کہ ڈیتھ کے there are two different concepts of death.</w:t>
      </w:r>
    </w:p>
    <w:p>
      <w:r>
        <w:rPr>
          <w:b/>
        </w:rPr>
        <w:t xml:space="preserve">[1:20:00] </w:t>
      </w:r>
      <w:r>
        <w:t>yani positive concept of death and negative concept of death. to meri study ke mutabiq saare hi doosre concept jo hain woh negative concept hain.</w:t>
      </w:r>
    </w:p>
    <w:p>
      <w:pPr>
        <w:jc w:val="right"/>
      </w:pPr>
      <w:r>
        <w:t>یعنی positive concept of death and negative concept of death. تو میری اسٹڈی کے مطابق سارے ہی دوسرے کانسیپٹ جو ہیں وہ نیگیٹیو کانسیپٹ ہیں۔</w:t>
      </w:r>
    </w:p>
    <w:p>
      <w:r>
        <w:rPr>
          <w:b/>
        </w:rPr>
        <w:t xml:space="preserve">[1:20:12] </w:t>
      </w:r>
      <w:r>
        <w:t>sirf Islam ka jo concept of death hai woh positive hai.</w:t>
      </w:r>
    </w:p>
    <w:p>
      <w:pPr>
        <w:jc w:val="right"/>
      </w:pPr>
      <w:r>
        <w:t>صرف اسلام کا جو کانسیپٹ آف ڈیتھ ہے وہ پازیٹیو ہے۔</w:t>
      </w:r>
    </w:p>
    <w:p>
      <w:r>
        <w:rPr>
          <w:b/>
        </w:rPr>
        <w:t xml:space="preserve">[1:20:17] </w:t>
      </w:r>
      <w:r>
        <w:t>kyun? Islam mein jo concept of death hai woh insaan ki apni jo soch hai us ke theek theek mutabiq hai.</w:t>
      </w:r>
    </w:p>
    <w:p>
      <w:pPr>
        <w:jc w:val="right"/>
      </w:pPr>
      <w:r>
        <w:t>کیوں؟ اسلام میں جو کانسیپٹ آف ڈیتھ ہے وہ انسان کی اپنی جو سوچ ہے اس کے ٹھیک ٹھیک مطابق ہے۔</w:t>
      </w:r>
    </w:p>
    <w:p>
      <w:r>
        <w:rPr>
          <w:b/>
        </w:rPr>
        <w:t xml:space="preserve">[1:20:30] </w:t>
      </w:r>
      <w:r>
        <w:t>is liye ke aadmi fori faida chahta hai, fori. ek concept aap jante hain ke jis mein lakhon saal ke baad aap ko faida milta hai, to woh to insani fitrat ke mutabiq nahi hai.</w:t>
      </w:r>
    </w:p>
    <w:p>
      <w:pPr>
        <w:jc w:val="right"/>
      </w:pPr>
      <w:r>
        <w:t>اس لیے کہ آدمی فوری فائدہ چاہتا ہے، فوری۔ ایک کانسیپٹ آپ جانتے ہیں کہ جس میں لاکھوں سال کے بعد آپ کو فائدہ ملتا ہے، تو وہ تو انسانی فطرت کے مطابق نہیں ہے۔</w:t>
      </w:r>
    </w:p>
    <w:p>
      <w:r>
        <w:rPr>
          <w:b/>
        </w:rPr>
        <w:t xml:space="preserve">[1:20:44] </w:t>
      </w:r>
      <w:r>
        <w:t>insani fitrat ke mutabiq nahi hai.</w:t>
      </w:r>
    </w:p>
    <w:p>
      <w:pPr>
        <w:jc w:val="right"/>
      </w:pPr>
      <w:r>
        <w:t>انسانی فطرت کے مطابق نہیں ہے۔</w:t>
      </w:r>
    </w:p>
    <w:p>
      <w:r>
        <w:rPr>
          <w:b/>
        </w:rPr>
        <w:t xml:space="preserve">[1:20:48] </w:t>
      </w:r>
      <w:r>
        <w:t>is liye insaan yeh chahta hai ke agar mujh se koi ghalti ho jaye to us ghalti ki main, yani us ko kisi tareeqe se us ko poora kar sakoon.</w:t>
      </w:r>
    </w:p>
    <w:p>
      <w:pPr>
        <w:jc w:val="right"/>
      </w:pPr>
      <w:r>
        <w:t>اس لیے انسان یہ چاہتا ہے کہ اگر مجھ سے کوئی غلطی ہو جائے تو اس غلطی کی میں، یعنی اس کو کسی طریقے سے اس کو پورا کر سکوں۔</w:t>
      </w:r>
    </w:p>
    <w:p>
      <w:r>
        <w:rPr>
          <w:b/>
        </w:rPr>
        <w:t xml:space="preserve">[1:20:58] </w:t>
      </w:r>
      <w:r>
        <w:t>ek concept yeh hai ke aap poora nahi kar sakte, aap ko bhugtna hi bhugtna hai us ko. lakhon saal tak bhugtna hai, yeh to insani fitrat ke mutabiq nahi hai.</w:t>
      </w:r>
    </w:p>
    <w:p>
      <w:pPr>
        <w:jc w:val="right"/>
      </w:pPr>
      <w:r>
        <w:t>ایک کانسیپٹ یہ ہے کہ آپ پورا نہیں کر سکتے، آپ کو بھگتنا ہی بھگتنا ہے اس کو۔ لاکھوں سال تک بھگتنا ہے، یہ تو انسانی فطرت کے مطابق نہیں ہے۔</w:t>
      </w:r>
    </w:p>
    <w:p>
      <w:r>
        <w:rPr>
          <w:b/>
        </w:rPr>
        <w:t xml:space="preserve">[1:21:13] </w:t>
      </w:r>
      <w:r>
        <w:t>is tarah se dekhen, insaan ek aisa Khuda chahta hai jis se, jis jis ko aap apna, apna rohani fikr bana saken.</w:t>
      </w:r>
    </w:p>
    <w:p>
      <w:pPr>
        <w:jc w:val="right"/>
      </w:pPr>
      <w:r>
        <w:t>اس طرح سے دیکھیں، انسان ایک ایسا خدا چاہتا ہے جس سے، جس جس کو آپ وہ اپنا، اپنا روحانی فکر بنا سکیں۔</w:t>
      </w:r>
    </w:p>
    <w:p>
      <w:r>
        <w:rPr>
          <w:b/>
        </w:rPr>
        <w:t xml:space="preserve">[1:21:27] </w:t>
      </w:r>
      <w:r>
        <w:t>jis par woh us ko yaqeen, jis par yaqeen ke sath khara ho sake. lekin aap doosri jagah dekhen, ek bedaar concept Khuda ka hai. kaise us ko aap apna, apna woh banayenge?</w:t>
      </w:r>
    </w:p>
    <w:p>
      <w:pPr>
        <w:jc w:val="right"/>
      </w:pPr>
      <w:r>
        <w:t>جس پر وہ اس کو یقین، جس پر یقین کے ساتھ کھڑا ہو سکے۔ لیکن آپ دوسری جگہ دیکھیں، ایک بیدار کانسیپٹ خدا کا ہے۔ کیسے اس کو آپ اپنا، اپنا وہ بنائیں گے؟</w:t>
      </w:r>
    </w:p>
    <w:p>
      <w:r>
        <w:rPr>
          <w:b/>
        </w:rPr>
        <w:t xml:space="preserve">[1:21:39] </w:t>
      </w:r>
      <w:r>
        <w:t>rohani fikr kaise banayen</w:t>
      </w:r>
    </w:p>
    <w:p>
      <w:pPr>
        <w:jc w:val="right"/>
      </w:pPr>
      <w:r>
        <w:t>روحانی فکر کیسے بنائیں گ</w:t>
      </w:r>
    </w:p>
    <w:p>
      <w:r>
        <w:rPr>
          <w:b/>
        </w:rPr>
        <w:t xml:space="preserve">[1:21:41] </w:t>
      </w:r>
      <w:r>
        <w:t>ge? ek jo bedari mein phaila hua ho, jo ek ek ek providing spirit ho, to woh aap ka Khuda kaise banega?</w:t>
      </w:r>
    </w:p>
    <w:p>
      <w:pPr>
        <w:jc w:val="right"/>
      </w:pPr>
      <w:r>
        <w:t>ے؟ ایک جو بیداری میں پھیلا ہوا ہو، جو ایک ایک ایک پروویڈنگ اسپرٹ ہو، تو وہ آپ کا خدا کیسے بنے گا؟</w:t>
      </w:r>
    </w:p>
    <w:p>
      <w:r>
        <w:rPr>
          <w:b/>
        </w:rPr>
        <w:t xml:space="preserve">[1:21:52] </w:t>
      </w:r>
      <w:r>
        <w:t>natija yeh hai ke in logon ko yaqeen nahi milta. woh uljhan mein jeete hain, aaj ke tamam log.</w:t>
      </w:r>
    </w:p>
    <w:p>
      <w:pPr>
        <w:jc w:val="right"/>
      </w:pPr>
      <w:r>
        <w:t>نتیجہ یہ ہے کہ ان لوگوں کو یقین نہیں ملتا۔ وہ الجھن میں جیتے ہیں، آج کے تمام لوگ۔</w:t>
      </w:r>
    </w:p>
    <w:p>
      <w:r>
        <w:rPr>
          <w:b/>
        </w:rPr>
        <w:t xml:space="preserve">[1:22:02] </w:t>
      </w:r>
      <w:r>
        <w:t>is tarah aap dekhen, insaan chahta hai ke us ki khwahish poori ho, us ko poori karai jaye.</w:t>
      </w:r>
    </w:p>
    <w:p>
      <w:pPr>
        <w:jc w:val="right"/>
      </w:pPr>
      <w:r>
        <w:t>اس طرح آپ دیکھیں، انسان چاہتا ہے کہ اس کی خواہش پوری ہو، اس کو پوری کرائی جائے۔</w:t>
      </w:r>
    </w:p>
    <w:p>
      <w:r>
        <w:rPr>
          <w:b/>
        </w:rPr>
        <w:t xml:space="preserve">[1:22:11] </w:t>
      </w:r>
      <w:r>
        <w:t>itna bara zehn le kar insaan paida hota hai jis mein itni ganjaiysh hai. so million, billion, billion zarre hain. khwahish ka ek aam, hamare dil mein ek samandar hai, samandar.</w:t>
      </w:r>
    </w:p>
    <w:p>
      <w:pPr>
        <w:jc w:val="right"/>
      </w:pPr>
      <w:r>
        <w:t>اتنا بڑا ذہن لے کر انسان پیدا ہوتا ہے جس میں اتنی گنجائش ہے۔ سو ملین، بلین، بلین ذرے ہیں۔ خواہش کا ایک عام، ہمارے دل میں ایک سمندر ہے، سمندر۔</w:t>
      </w:r>
    </w:p>
    <w:p>
      <w:r>
        <w:rPr>
          <w:b/>
        </w:rPr>
        <w:t xml:space="preserve">[1:22:23] </w:t>
      </w:r>
      <w:r>
        <w:t>woh sab in poora rehta hai aur mar jate hain.</w:t>
      </w:r>
    </w:p>
    <w:p>
      <w:pPr>
        <w:jc w:val="right"/>
      </w:pPr>
      <w:r>
        <w:t>وہ سب ان پورا رہتا ہے اور مر جاتے ہیں۔</w:t>
      </w:r>
    </w:p>
    <w:p>
      <w:r>
        <w:rPr>
          <w:b/>
        </w:rPr>
        <w:t xml:space="preserve">[1:22:29] </w:t>
      </w:r>
      <w:r>
        <w:t>to har aadmi in poora khwahish ka qabristan hai. to kisi jagah us ka woh nahi hai siwaye Islam ke</w:t>
      </w:r>
    </w:p>
    <w:p>
      <w:pPr>
        <w:jc w:val="right"/>
      </w:pPr>
      <w:r>
        <w:t>تو ہر آدمی ان پورا خواہش کا قبرستان ہے۔ تو کسی جگہ اس کا وہ نہیں ہے سوائے اسلام کے</w:t>
      </w:r>
    </w:p>
    <w:p>
      <w:r>
        <w:rPr>
          <w:b/>
        </w:rPr>
        <w:t xml:space="preserve">[1:22:39] </w:t>
      </w:r>
      <w:r>
        <w:t>۔ Islam mein aap ko jo concept hai death ka, jis ke baad jannat hai, us mein aap ko poora poora poora poora poora poora poora poora milta hai.</w:t>
      </w:r>
    </w:p>
    <w:p>
      <w:pPr>
        <w:jc w:val="right"/>
      </w:pPr>
      <w:r>
        <w:t>۔ اسلام میں آپ کو جو کانسیپٹ ہے ڈیتھ کا، جس کے بعد جنت ہے، اس میں آپ کو پورا پورا پورا پورا پورا پورا پورا پورا ملتا ہے۔</w:t>
      </w:r>
    </w:p>
    <w:p>
      <w:r>
        <w:rPr>
          <w:b/>
        </w:rPr>
        <w:t xml:space="preserve">[1:22:48] </w:t>
      </w:r>
      <w:r>
        <w:t>poora poora poora poora poora poora poora poora aur yeh kitni scientific taqseem hai ke pre-death period ek hissa hai thoda sa aur post-death period ek bada hissa hai.</w:t>
      </w:r>
    </w:p>
    <w:p>
      <w:pPr>
        <w:jc w:val="right"/>
      </w:pPr>
      <w:r>
        <w:t>پورا پورا پورا پورا پورا پورا پورا پورا اور یہ کتنی سائنسی تقسیم ہے کہ پری ڈیتھ پیریڈ ایک حصہ ہے تھوڑا سا اور پوسٹ ڈیتھ پیریڈ ایک بڑا حصہ ہے۔</w:t>
      </w:r>
    </w:p>
    <w:p>
      <w:r>
        <w:rPr>
          <w:b/>
        </w:rPr>
        <w:t xml:space="preserve">[1:23:02] </w:t>
      </w:r>
      <w:r>
        <w:t>to yahan par aap ko apni zindagi ko theek theek bataiye to post-death period mein us ka inaam lijiyey. bilkul scientific baat hai jo insaan ke zehn mein aati hai.</w:t>
      </w:r>
    </w:p>
    <w:p>
      <w:pPr>
        <w:jc w:val="right"/>
      </w:pPr>
      <w:r>
        <w:t>تو یہاں پر آپ کو اپنی زندگی کو ٹھیک ٹھیک بتائیے تو پوسٹ ڈیتھ پیریڈ میں اس کا انعام لیجیے۔ بالکل سائنسی بات ہے جو انسان کے ذہن میں آتی ہے۔</w:t>
      </w:r>
    </w:p>
    <w:p>
      <w:r>
        <w:rPr>
          <w:b/>
        </w:rPr>
        <w:t xml:space="preserve">[1:23:14] </w:t>
      </w:r>
      <w:r>
        <w:t>is tareeqe se jo insaaf karte hain jo log, aadmi chahta hai ke use saza mile, us ka bhi yahan par jawab maujood hai hal ki shakal mein</w:t>
      </w:r>
    </w:p>
    <w:p>
      <w:pPr>
        <w:jc w:val="right"/>
      </w:pPr>
      <w:r>
        <w:t>اس طریقے سے جو انصاف کرتے ہیں جو لوگ، آدمی چاہتا ہے کہ اسے سزا ملے، اس کا بھی یہاں پر جواب موجود ہے حل کی شکل میں</w:t>
      </w:r>
    </w:p>
    <w:p>
      <w:r>
        <w:rPr>
          <w:b/>
        </w:rPr>
        <w:t xml:space="preserve">[1:23:23] </w:t>
      </w:r>
      <w:r>
        <w:t>۔ to main yeh kahunga ke insaan jaisi, yani jaise kisi ke liye</w:t>
      </w:r>
    </w:p>
    <w:p>
      <w:pPr>
        <w:jc w:val="right"/>
      </w:pPr>
      <w:r>
        <w:t>۔ تو میں یہ کہوں گا کہ انسان جیسی، یعنی جیسے کسی کے لیے</w:t>
      </w:r>
    </w:p>
    <w:p>
      <w:r>
        <w:rPr>
          <w:b/>
        </w:rPr>
        <w:t xml:space="preserve">[1:23:33] </w:t>
      </w:r>
      <w:r>
        <w:t>scientific concept of death wahi hai jo Islam mein bataya gaya hai. doosra jo hai woh khalis falsafi hai.</w:t>
      </w:r>
    </w:p>
    <w:p>
      <w:pPr>
        <w:jc w:val="right"/>
      </w:pPr>
      <w:r>
        <w:t>سائنسی کانسیپٹ آف ڈیتھ وہی ہے جو اسلام میں بتایا گیا ہے۔ دوسرا جو ہے وہ خالص فلسفی ہے۔</w:t>
      </w:r>
    </w:p>
    <w:p>
      <w:r>
        <w:rPr>
          <w:b/>
        </w:rPr>
        <w:t xml:space="preserve">[1:23:43] </w:t>
      </w:r>
      <w:r>
        <w:t>yani saensi consept ek, yani saensi consept of death islam ka hai aur doosre jitne bhi hain woh sab khalis falsafi hain.</w:t>
      </w:r>
    </w:p>
    <w:p>
      <w:pPr>
        <w:jc w:val="right"/>
      </w:pPr>
      <w:r>
        <w:t>یعنی سائنسی کانسیپٹ ایک، یعنی سائنسی کانسیپٹ آف ڈیتھ اسلام کا ہے اور دوسرے جتنے بھی ہیں وہ سب خالص فلسفی ہیں۔</w:t>
      </w:r>
    </w:p>
    <w:p>
      <w:r>
        <w:rPr>
          <w:b/>
        </w:rPr>
        <w:t xml:space="preserve">[1:23:55] </w:t>
      </w:r>
      <w:r>
        <w:t>yeh meri apni study batati hai.</w:t>
      </w:r>
    </w:p>
    <w:p>
      <w:pPr>
        <w:jc w:val="right"/>
      </w:pPr>
      <w:r>
        <w:t>یہ میری اپنی اسٹڈی بتاتی ہے۔</w:t>
      </w:r>
    </w:p>
    <w:p>
      <w:r>
        <w:rPr>
          <w:b/>
        </w:rPr>
        <w:t xml:space="preserve">[1:24:01] </w:t>
      </w:r>
      <w:r>
        <w:t>Maulana, this question is from Gupesh. He wants to know that what happens to the soul of the person after death.</w:t>
      </w:r>
    </w:p>
    <w:p>
      <w:pPr>
        <w:jc w:val="right"/>
      </w:pPr>
      <w:r>
        <w:t>Maulana, this question is from Gupesh. He wants to know that what happens to the soul of the person after death.</w:t>
      </w:r>
    </w:p>
    <w:p>
      <w:r>
        <w:rPr>
          <w:b/>
        </w:rPr>
        <w:t xml:space="preserve">[1:24:13] </w:t>
      </w:r>
      <w:r>
        <w:t>daikhen, islam ka jo consept hai woh to yeh hai ke hamara jism ek gaari hai. pre death period ke liye yeh gaari mila hai humein.</w:t>
      </w:r>
    </w:p>
    <w:p>
      <w:pPr>
        <w:jc w:val="right"/>
      </w:pPr>
      <w:r>
        <w:t>دیکھیں، اسلام کا جو کانسیپٹ ہے وہ تو یہ ہے کہ ہمارا جسم ایک گاڑی ہے۔ پری ڈیتھ پیریڈ کے لیے یہ گاڑی ملا ہے ہمیں۔</w:t>
      </w:r>
    </w:p>
    <w:p>
      <w:r>
        <w:rPr>
          <w:b/>
        </w:rPr>
        <w:t xml:space="preserve">[1:24:24] </w:t>
      </w:r>
      <w:r>
        <w:t>post death period ke liye bhi ek ek aur zyada nafees gaari milega. kyunke post death period mein aap jante hain ke abdiyat hai.</w:t>
      </w:r>
    </w:p>
    <w:p>
      <w:pPr>
        <w:jc w:val="right"/>
      </w:pPr>
      <w:r>
        <w:t>پوسٹ ڈیتھ پیریڈ کے لیے بھی ایک ایک اور زیادہ نفیس گاڑی ملے گا۔ کیونکہ پوسٹ ڈیتھ پیریڈ میں آپ جانتے ہیں کہ ابدیت ہے۔</w:t>
      </w:r>
    </w:p>
    <w:p>
      <w:r>
        <w:rPr>
          <w:b/>
        </w:rPr>
        <w:t xml:space="preserve">[1:24:35] </w:t>
      </w:r>
      <w:r>
        <w:t>to yahan par aarzai period hai hamara. to yeh gaari hamara hai. asal jo shakhsiyat hai woh yeh jism nahi hai.</w:t>
      </w:r>
    </w:p>
    <w:p>
      <w:pPr>
        <w:jc w:val="right"/>
      </w:pPr>
      <w:r>
        <w:t>تو یہاں پر عارضی پیریڈ ہے ہمارا۔ تو یہ گاڑی ہمارا ہے۔ اصل جو شخصیت ہے وہ یہ جسم نہیں ہے۔</w:t>
      </w:r>
    </w:p>
    <w:p>
      <w:r>
        <w:rPr>
          <w:b/>
        </w:rPr>
        <w:t xml:space="preserve">[1:24:44] </w:t>
      </w:r>
      <w:r>
        <w:t>woh andar ka insan jo hai woh hai.</w:t>
      </w:r>
    </w:p>
    <w:p>
      <w:pPr>
        <w:jc w:val="right"/>
      </w:pPr>
      <w:r>
        <w:t>وہ اندر کا انسان جو ہے وہ ہے۔</w:t>
      </w:r>
    </w:p>
    <w:p>
      <w:r>
        <w:rPr>
          <w:b/>
        </w:rPr>
        <w:t xml:space="preserve">[1:24:47] </w:t>
      </w:r>
      <w:r>
        <w:t>to is shakhsiyat ke liye yeh gaari mila hai yahan. aur marne ke baad ek aur gaari milega jo zyada nafees hoga.</w:t>
      </w:r>
    </w:p>
    <w:p>
      <w:pPr>
        <w:jc w:val="right"/>
      </w:pPr>
      <w:r>
        <w:t>تو اس شخصیت کے لیے یہ گاڑی ملا ہے یہاں۔ اور مرنے کے بعد ایک اور گاڑی ملے گا جو زیادہ نفیس ہوگا۔</w:t>
      </w:r>
    </w:p>
    <w:p>
      <w:r>
        <w:rPr>
          <w:b/>
        </w:rPr>
        <w:t xml:space="preserve">[1:24:57] </w:t>
      </w:r>
      <w:r>
        <w:t>is mein jo abdi hoga aur jis mein poori poori poora hamein mil sake woh hoga. yeh consept diya gaya hai islam mein.</w:t>
      </w:r>
    </w:p>
    <w:p>
      <w:pPr>
        <w:jc w:val="right"/>
      </w:pPr>
      <w:r>
        <w:t>اس میں جو ابدی ہوگا اور جس میں پوری پوری پورا ہمیں مل سکے وہ ہوگا۔ یہ کانسیپٹ دیا گیا ہے اسلام میں۔</w:t>
      </w:r>
    </w:p>
    <w:p>
      <w:r>
        <w:rPr>
          <w:b/>
        </w:rPr>
        <w:t xml:space="preserve">[1:25:09] </w:t>
      </w:r>
      <w:r>
        <w:t>Maulana, he also wants to know that how does one know that there is something called hell or heaven after death. daikhen, aadmi ka jo shaoor hai ab us ko lijie.</w:t>
      </w:r>
    </w:p>
    <w:p>
      <w:pPr>
        <w:jc w:val="right"/>
      </w:pPr>
      <w:r>
        <w:t>Maulana, he also wants to know that how does one know that there is something called hell or heaven after death. دیکھیں، آدمی کا جو شعور ہے اب اس کو لیجیے۔</w:t>
      </w:r>
    </w:p>
    <w:p>
      <w:r>
        <w:rPr>
          <w:b/>
        </w:rPr>
        <w:t xml:space="preserve">[1:25:26] </w:t>
      </w:r>
      <w:r>
        <w:t>aadmi ka shaoor chahta hai ke yani jo</w:t>
      </w:r>
    </w:p>
    <w:p>
      <w:pPr>
        <w:jc w:val="right"/>
      </w:pPr>
      <w:r>
        <w:t>آدمی کا شعور چاہتا ہے کہ یعنی جو</w:t>
      </w:r>
    </w:p>
    <w:p>
      <w:r>
        <w:rPr>
          <w:b/>
        </w:rPr>
        <w:t xml:space="preserve">[1:25:37] </w:t>
      </w:r>
      <w:r>
        <w:t>jo achhe kaam kare us ko inaam mile. jo bura kaam kare use saza mile. har aadmi ka shaoor yeh chahta hai. yeh hamare andar interboon hai.</w:t>
      </w:r>
    </w:p>
    <w:p>
      <w:pPr>
        <w:jc w:val="right"/>
      </w:pPr>
      <w:r>
        <w:t>جو اچھے کام کرے اس کو انعام ملے۔ جو برا کام کرے اسے سزا ملے۔ ہر آدمی کا شعور یہ چاہتا ہے۔ یہ ہمارے اندر انٹربوون ہے۔</w:t>
      </w:r>
    </w:p>
    <w:p>
      <w:r>
        <w:rPr>
          <w:b/>
        </w:rPr>
        <w:t xml:space="preserve">[1:25:51] </w:t>
      </w:r>
      <w:r>
        <w:t>yani achhe ko achha inaam, bure ko bura saza. yeh hamare andar interboon hai. yahi is baat ka yani gawahi hai ya isi baat ka ek sa</w:t>
      </w:r>
    </w:p>
    <w:p>
      <w:pPr>
        <w:jc w:val="right"/>
      </w:pPr>
      <w:r>
        <w:t>یعنی اچھے کو اچھا انعام، برے کو برا سزا۔ یہ ہمارے اندر انٹربوون ہے۔ یہی اس بات کا یعنی گواہی ہے یا اسی بات کا ایک ث</w:t>
      </w:r>
    </w:p>
    <w:p>
      <w:r>
        <w:rPr>
          <w:b/>
        </w:rPr>
        <w:t xml:space="preserve">[1:26:05] </w:t>
      </w:r>
      <w:r>
        <w:t>boot hai ke aisa hona chahiye. main samajhta hoon. to is ko le kar ke jab hum sochte hain to science ka ek formula hai ke kisi bhi consept ko janchne ke liye is ka tareeqa yeh hai ke jo mutaliqa data hai un ko aap jama karen aur daikhen ke kya woh mutaliqa data jo hai woh is ke is se mutabiq hai use milap karte hain.</w:t>
      </w:r>
    </w:p>
    <w:p>
      <w:pPr>
        <w:jc w:val="right"/>
      </w:pPr>
      <w:r>
        <w:t>بوت ہے کہ ایسا ہونا چاہیے۔ میں سمجھتا ہوں۔ تو اس کو لے کر کے جب ہم سوچتے ہیں تو سائنس کا ایک فارمولا ہے کہ کسی بھی کانسیپٹ کو جانچنے کے لیے اس کا طریقہ یہ ہے کہ جو متعلقہ ڈیٹا ہے ان کو آپ جمع کریں اور دیکھیں کہ کیا وہ متعلقہ ڈیٹا جو ہے وہ اس کے اس سے مطابق ہے اسے ملاپ کرتے ہیں۔</w:t>
      </w:r>
    </w:p>
    <w:p>
      <w:r>
        <w:rPr>
          <w:b/>
        </w:rPr>
        <w:t xml:space="preserve">[1:26:34] </w:t>
      </w:r>
      <w:r>
        <w:t>to main samajhta hoon ke jitne mutaliqa data hain is par aap is ko apply kar ke daikhen. to yahi consept samajh mein aata hai saensi.</w:t>
      </w:r>
    </w:p>
    <w:p>
      <w:pPr>
        <w:jc w:val="right"/>
      </w:pPr>
      <w:r>
        <w:t>تو میں سمجھتا ہوں کہ جتنے متعلقہ ڈیٹا ہیں اس پر آپ اس کو اپلائی کر کے دیکھیں۔ تو یہی کانسیپٹ سمجھ میں آتا ہے سائنسی۔</w:t>
      </w:r>
    </w:p>
    <w:p>
      <w:r>
        <w:rPr>
          <w:b/>
        </w:rPr>
        <w:t xml:space="preserve">[1:26:43] </w:t>
      </w:r>
      <w:r>
        <w:t>ke ek jahannum ho, ek jannat ho. ek yani jahannum saza ke liye aur jannat jo hai woh woh inaam ke liye.</w:t>
      </w:r>
    </w:p>
    <w:p>
      <w:pPr>
        <w:jc w:val="right"/>
      </w:pPr>
      <w:r>
        <w:t>کہ ایک جہنم ہو، ایک جنت ہو۔ ایک یعنی جہنم سزا کے لیے اور جنت جو ہے وہ وہ انعام کے لیے۔</w:t>
      </w:r>
    </w:p>
    <w:p>
      <w:r>
        <w:rPr>
          <w:b/>
        </w:rPr>
        <w:t xml:space="preserve">[1:26:53] </w:t>
      </w:r>
      <w:r>
        <w:t>yani hamara hamari hamara jo zehn hai, hamari jo shaoor hai, hamari jo soch hai woh aisa hi ek dunya chahti hai.</w:t>
      </w:r>
    </w:p>
    <w:p>
      <w:pPr>
        <w:jc w:val="right"/>
      </w:pPr>
      <w:r>
        <w:t>یعنی ہمارا ہماری ہمارا جو ذہن ہے، ہماری جو شعور ہے، ہماری جو سوچ ہے وہ ایسا ہی ایک دنیا چاہتی ہے۔</w:t>
      </w:r>
    </w:p>
    <w:p>
      <w:r>
        <w:rPr>
          <w:b/>
        </w:rPr>
        <w:t xml:space="preserve">[1:27:03] </w:t>
      </w:r>
      <w:r>
        <w:t>to main samajhta hoon ke yeh apne aap mein ek gawahi hai ke yahi consept sahi hai.</w:t>
      </w:r>
    </w:p>
    <w:p>
      <w:pPr>
        <w:jc w:val="right"/>
      </w:pPr>
      <w:r>
        <w:t>تو میں سمجھتا ہوں کہ یہ اپنے آپ میں ایک گواہی ہے کہ یہی کانسیپٹ صحیح ہے۔</w:t>
      </w:r>
    </w:p>
    <w:p>
      <w:r>
        <w:rPr>
          <w:b/>
        </w:rPr>
        <w:t xml:space="preserve">[1:27:14] </w:t>
      </w:r>
      <w:r>
        <w:t>Maulana, this question is from Barija. She says that in one of your past lectures you said that for a person who has not realized God, his prayers are mere lip service.</w:t>
      </w:r>
    </w:p>
    <w:p>
      <w:pPr>
        <w:jc w:val="right"/>
      </w:pPr>
      <w:r>
        <w:t>Maulana, this question is from Barija. She says that in one of your past lectures you said that for a person who has not realized God, his prayers are mere lip service.</w:t>
      </w:r>
    </w:p>
    <w:p>
      <w:r>
        <w:rPr>
          <w:b/>
        </w:rPr>
        <w:t xml:space="preserve">[1:27:27] </w:t>
      </w:r>
      <w:r>
        <w:t>How would you explain the prayers of a person who is in search of God but has not yet realized it?</w:t>
      </w:r>
    </w:p>
    <w:p>
      <w:pPr>
        <w:jc w:val="right"/>
      </w:pPr>
      <w:r>
        <w:t>How would you explain the prayers of a person who is in search of God but has not yet realized it?</w:t>
      </w:r>
    </w:p>
    <w:p>
      <w:r>
        <w:rPr>
          <w:b/>
        </w:rPr>
        <w:t xml:space="preserve">[1:27:37] </w:t>
      </w:r>
      <w:r>
        <w:t>hmm.</w:t>
      </w:r>
    </w:p>
    <w:p>
      <w:pPr>
        <w:jc w:val="right"/>
      </w:pPr>
      <w:r>
        <w:t>ہمم۔</w:t>
      </w:r>
    </w:p>
    <w:p>
      <w:r>
        <w:rPr>
          <w:b/>
        </w:rPr>
        <w:t xml:space="preserve">[1:27:46] </w:t>
      </w:r>
      <w:r>
        <w:t>main samajhta hoon ke is ka jawab yeh hai ke seeker jo hai woh inkash zehn mein ek consept hota hai is ke Khuda ka.</w:t>
      </w:r>
    </w:p>
    <w:p>
      <w:pPr>
        <w:jc w:val="right"/>
      </w:pPr>
      <w:r>
        <w:t>میں سمجھتا ہوں کہ اس کا جواب یہ ہے کہ سیکر جو ہے وہ انکاش ذہن میں ایک کانسیپٹ ہوتا ہے اس کے خدا کا۔</w:t>
      </w:r>
    </w:p>
    <w:p>
      <w:r>
        <w:rPr>
          <w:b/>
        </w:rPr>
        <w:t xml:space="preserve">[1:27:57] </w:t>
      </w:r>
      <w:r>
        <w:t>warna seeker na bane woh. agar is ka inkash zehn mein koi consept na ho is baat ka, koi hai aala haqeeqat, koi hai jo mujh se bada hai.</w:t>
      </w:r>
    </w:p>
    <w:p>
      <w:pPr>
        <w:jc w:val="right"/>
      </w:pPr>
      <w:r>
        <w:t>ورنہ سیکر نہ بنے وہ۔ اگر اس کا انکاش ذہن میں کوئی کانسیپٹ نہ ہو اس بات کا، کوئی ہے اعلیٰ حقیقت، کوئی ہے جو مجھ سے بڑا ہے۔</w:t>
      </w:r>
    </w:p>
    <w:p>
      <w:r>
        <w:rPr>
          <w:b/>
        </w:rPr>
        <w:t xml:space="preserve">[1:28:07] </w:t>
      </w:r>
      <w:r>
        <w:t>agar yeh na ho to seeker nahi ban sakta woh.</w:t>
      </w:r>
    </w:p>
    <w:p>
      <w:pPr>
        <w:jc w:val="right"/>
      </w:pPr>
      <w:r>
        <w:t>اگر یہ نہ ہو تو سیکر نہیں بن سکتا وہ۔</w:t>
      </w:r>
    </w:p>
    <w:p>
      <w:r>
        <w:rPr>
          <w:b/>
        </w:rPr>
        <w:t xml:space="preserve">[1:28:11] </w:t>
      </w:r>
      <w:r>
        <w:t>to main samajhta hoon ke yani jab woh seeker hota hai tab bhi ek Khuda us ke mann mein basa hua hota hai.</w:t>
      </w:r>
    </w:p>
    <w:p>
      <w:pPr>
        <w:jc w:val="right"/>
      </w:pPr>
      <w:r>
        <w:t>تو میں سمجھتا ہوں کہ یعنی جب وہ سیکر ہوتا ہے تب بھی ایک خدا اس کے من میں بسا ہوا ہوتا ہے۔</w:t>
      </w:r>
    </w:p>
    <w:p>
      <w:r>
        <w:rPr>
          <w:b/>
        </w:rPr>
        <w:t xml:space="preserve">[1:28:20] </w:t>
      </w:r>
      <w:r>
        <w:t>agarche inkaashi hota hai. aur jab woh maujid ban jaata hai to wahi inkaash zehn jo hai kaash zehn ban jaata hai.</w:t>
      </w:r>
    </w:p>
    <w:p>
      <w:pPr>
        <w:jc w:val="right"/>
      </w:pPr>
      <w:r>
        <w:t>اگرچہ انکاشی ہوتا ہے۔ اور جب وہ موجد بن جاتا ہے تو وہی انکاش ذہن جو ہے کاش ذہن بن جاتا ہے۔</w:t>
      </w:r>
    </w:p>
    <w:p>
      <w:r>
        <w:rPr>
          <w:b/>
        </w:rPr>
        <w:t xml:space="preserve">[1:28:30] </w:t>
      </w:r>
      <w:r>
        <w:t>mein nahin samajhta ke yeh mumkin nahin hai seeker banna jab tak aap ke zehn mein yeh basa hua na ho ke koi hai jo mujh se ooncha hai, jo aala, jo aala hai, jo aala haqeeqat hai.</w:t>
      </w:r>
    </w:p>
    <w:p>
      <w:pPr>
        <w:jc w:val="right"/>
      </w:pPr>
      <w:r>
        <w:t>میں نہیں سمجھتا کہ یہ ممکن نہیں ہے سیکر بننا جب تک آپ کے ذہن میں یہ بسا ہوا نہ ہو کہ کوئی ہے جو مجھ سے اونچا ہے، جو اعلیٰ، جو اعلیٰ ہے، جو اعلیٰ حقیقت ہے۔</w:t>
      </w:r>
    </w:p>
    <w:p>
      <w:r>
        <w:rPr>
          <w:b/>
        </w:rPr>
        <w:t xml:space="preserve">[1:28:44] </w:t>
      </w:r>
      <w:r>
        <w:t>aap Khuda ka naam na jaante hon uss waqt jab seeker banay hue hon to uska aap ke paas Khuda ka naam nahin hota. jaise mein apne baare mein kahoon ke mein jab seeker tha to bazahir to mein samajhta tha ke mein Khuda ko nahin maanta.</w:t>
      </w:r>
    </w:p>
    <w:p>
      <w:pPr>
        <w:jc w:val="right"/>
      </w:pPr>
      <w:r>
        <w:t>آپ خدا کا نام نہ جانتے ہوں اس وقت جب سیکر بنے ہوئے ہوں تو اس کا آپ کے پاس خدا کا نام نہیں ہوتا۔ جیسے میں اپنے بارے میں کہوں کہ میں جب سیکر تھا تو بظاہر تو میں سمجھتا تھا کہ میں خدا کو نہیں مانتا۔</w:t>
      </w:r>
    </w:p>
    <w:p>
      <w:r>
        <w:rPr>
          <w:b/>
        </w:rPr>
        <w:t xml:space="preserve">[1:29:00] </w:t>
      </w:r>
      <w:r>
        <w:t>yaani mazhab ko mazhab ko nahin maanta yeh kahunga mein mazhab ko nahin maanta. lekin meri dua kya nikalti thi uss zamane mein? Khawand to kab aayega?</w:t>
      </w:r>
    </w:p>
    <w:p>
      <w:pPr>
        <w:jc w:val="right"/>
      </w:pPr>
      <w:r>
        <w:t>یعنی مذہب کو مذہب کو نہیں مانتا یہ کہوں گا میں مذہب کو نہیں مانتا۔ لیکن میری دعا کیا نکلتی تھی اس زمانے میں؟ خداوند تو کب آئے گا؟</w:t>
      </w:r>
    </w:p>
    <w:p>
      <w:r>
        <w:rPr>
          <w:b/>
        </w:rPr>
        <w:t xml:space="preserve">[1:29:09] </w:t>
      </w:r>
      <w:r>
        <w:t>mein kab tak tera intezaar karoon? yahi kehta tha rota tha mein.</w:t>
      </w:r>
    </w:p>
    <w:p>
      <w:pPr>
        <w:jc w:val="right"/>
      </w:pPr>
      <w:r>
        <w:t>میں کب تک تیرا انتظار کروں؟ یہی کہتا تھا روتا تھا میں۔</w:t>
      </w:r>
    </w:p>
    <w:p>
      <w:r>
        <w:rPr>
          <w:b/>
        </w:rPr>
        <w:t xml:space="preserve">[1:29:14] </w:t>
      </w:r>
      <w:r>
        <w:t>Khawand to kab aayega? mein kab tak tere aane ka intezaar karoon? tu uss waqt jo tha Khawand woh mere inkaash zehn ka aks tha woh.</w:t>
      </w:r>
    </w:p>
    <w:p>
      <w:pPr>
        <w:jc w:val="right"/>
      </w:pPr>
      <w:r>
        <w:t>خداوند تو کب آئے گا؟ میں کب تک تیرے آنے کا انتظار کروں؟ تو اس وقت جو تھا خداوند وہ میرے انکاش ذہن کا عکس تھا وہ۔</w:t>
      </w:r>
    </w:p>
    <w:p>
      <w:r>
        <w:rPr>
          <w:b/>
        </w:rPr>
        <w:t xml:space="preserve">[1:29:24] </w:t>
      </w:r>
      <w:r>
        <w:t>aur jab mein ne daryaft kar liya to phir woh mere kaash zehn ka hissa ban gaya. So Maulana, would the prayers of such a person be accepted by God?</w:t>
      </w:r>
    </w:p>
    <w:p>
      <w:pPr>
        <w:jc w:val="right"/>
      </w:pPr>
      <w:r>
        <w:t>اور جب میں نے دریافت کر لیا تو پھر وہ میرے کاش ذہن کا حصہ بن گیا۔ So Maulana, would the prayers of such a person be accepted by God?</w:t>
      </w:r>
    </w:p>
    <w:p>
      <w:r>
        <w:rPr>
          <w:b/>
        </w:rPr>
        <w:t xml:space="preserve">[1:29:39] </w:t>
      </w:r>
      <w:r>
        <w:t>woh dua kya karega? woh to abhi dhoondh raha hai, abhi dua kya? jab seeker kya dua kar</w:t>
      </w:r>
    </w:p>
    <w:p>
      <w:pPr>
        <w:jc w:val="right"/>
      </w:pPr>
      <w:r>
        <w:t>وہ دعا کیا کرے گا؟ وہ تو ابھی ڈھونڈ رہا ہے، ابھی دعا کیا؟ جب سیکر کیا دعا کر</w:t>
      </w:r>
    </w:p>
    <w:p>
      <w:r>
        <w:rPr>
          <w:b/>
        </w:rPr>
        <w:t xml:space="preserve">[1:29:44] </w:t>
      </w:r>
      <w:r>
        <w:t>ega? abhi usko dua kya ke woh wahi nahin mila. yaani dua to shuru hoti hai jab aadmi maujid ban jaaye.</w:t>
      </w:r>
    </w:p>
    <w:p>
      <w:pPr>
        <w:jc w:val="right"/>
      </w:pPr>
      <w:r>
        <w:t>ے گا؟ ابھی اس کو دعا کیا کہ وہ وہی نہیں ملا۔ یعنی دعا تو شروع ہوتی ہے جب آدمی موجد بن جائے۔</w:t>
      </w:r>
    </w:p>
    <w:p>
      <w:r>
        <w:rPr>
          <w:b/>
        </w:rPr>
        <w:t xml:space="preserve">[1:29:55] </w:t>
      </w:r>
      <w:r>
        <w:t>jab daryaft ho jaaye usko.</w:t>
      </w:r>
    </w:p>
    <w:p>
      <w:pPr>
        <w:jc w:val="right"/>
      </w:pPr>
      <w:r>
        <w:t>جب دریافت ہو جائے اس کو۔</w:t>
      </w:r>
    </w:p>
    <w:p>
      <w:r>
        <w:rPr>
          <w:b/>
        </w:rPr>
        <w:t xml:space="preserve">[1:30:04] </w:t>
      </w:r>
      <w:r>
        <w:t>This question is from Stuti. If one is scared of death every time, then how will one face challenges in life?</w:t>
      </w:r>
    </w:p>
    <w:p>
      <w:pPr>
        <w:jc w:val="right"/>
      </w:pPr>
      <w:r>
        <w:t>This question is from Stuti. If one is scared of death every time, then how will one face challenges in life?</w:t>
      </w:r>
    </w:p>
    <w:p>
      <w:r>
        <w:rPr>
          <w:b/>
        </w:rPr>
        <w:t xml:space="preserve">[1:30:16] </w:t>
      </w:r>
      <w:r>
        <w:t>aap mujh ko dekh lijiyay. saari zindagi mein challenge ka muqabla karta raha hoon. aur mein nahin samajhta ke mujh se zyada koi darta hai iss se. yeh koi baat nahin, yeh to ek ek ek mufrada hai.</w:t>
      </w:r>
    </w:p>
    <w:p>
      <w:pPr>
        <w:jc w:val="right"/>
      </w:pPr>
      <w:r>
        <w:t>آپ مجھ کو دیکھ لیجیے۔ ساری زندگی میں چیلنج کا مقابلہ کرتا رہا ہوں۔ اور میں نہیں سمجھتا کہ مجھ سے زیادہ کوئی ڈرتا ہے اس سے۔ یہ کوئی بات نہیں، یہ تو ایک ایک ایک مفروضہ ہے۔</w:t>
      </w:r>
    </w:p>
    <w:p>
      <w:r>
        <w:rPr>
          <w:b/>
        </w:rPr>
        <w:t xml:space="preserve">[1:30:30] </w:t>
      </w:r>
      <w:r>
        <w:t>ek mufrada hai. yeh koi baat nahin hai woh. dekhen, death, khauf-e-maut jo hai, nateeje mein woh kya cheez hai?</w:t>
      </w:r>
    </w:p>
    <w:p>
      <w:pPr>
        <w:jc w:val="right"/>
      </w:pPr>
      <w:r>
        <w:t>ایک مفروضہ ہے۔ یہ کوئی بات نہیں ہے وہ۔ دیکھیں، ڈیتھ، خوفِ موت جو ہے، نتیجے میں وہ کیا چیز ہے؟</w:t>
      </w:r>
    </w:p>
    <w:p>
      <w:r>
        <w:rPr>
          <w:b/>
        </w:rPr>
        <w:t xml:space="preserve">[1:30:40] </w:t>
      </w:r>
      <w:r>
        <w:t>It increases your responsibility. Sense of responsibility.</w:t>
      </w:r>
    </w:p>
    <w:p>
      <w:pPr>
        <w:jc w:val="right"/>
      </w:pPr>
      <w:r>
        <w:t>It increases your responsibility. Sense of responsibility.</w:t>
      </w:r>
    </w:p>
    <w:p>
      <w:r>
        <w:rPr>
          <w:b/>
        </w:rPr>
        <w:t xml:space="preserve">[1:30:46] </w:t>
      </w:r>
      <w:r>
        <w:t>iss tarah dekhen aap ke jis aadmi ke andar yeh ehsaas bahut zyada ho ke agle lamhe mein marne wala hoon to kya hoga? zimmedari ka ehsaas badhega woh.</w:t>
      </w:r>
    </w:p>
    <w:p>
      <w:pPr>
        <w:jc w:val="right"/>
      </w:pPr>
      <w:r>
        <w:t>اس طرح دیکھیں آپ کہ جس آدمی کے اندر یہ احساس بہت زیادہ ہو کہ اگلے لمحے میں مرنے والا ہوں تو کیا ہوگا؟ ذمہ داری کا احساس بڑھے گا وہ۔</w:t>
      </w:r>
    </w:p>
    <w:p>
      <w:r>
        <w:rPr>
          <w:b/>
        </w:rPr>
        <w:t xml:space="preserve">[1:30:55] </w:t>
      </w:r>
      <w:r>
        <w:t>aur zyada karega, aur zyada karega, aur zyada karega. to yeh to ek bas ek mufrada hai. aisa hota nahin kabhi</w:t>
      </w:r>
    </w:p>
    <w:p>
      <w:pPr>
        <w:jc w:val="right"/>
      </w:pPr>
      <w:r>
        <w:t>اور زیادہ کرے گا، اور زیادہ کرے گا، اور زیادہ کرے گا۔ تو یہ تو ایک بس ایک مفروضہ ہے۔ ایسا ہوتا نہیں کبھی</w:t>
      </w:r>
    </w:p>
    <w:p>
      <w:r>
        <w:rPr>
          <w:b/>
        </w:rPr>
        <w:t xml:space="preserve">[1:31:05] </w:t>
      </w:r>
      <w:r>
        <w:t>۔ ab nabi ke jo saathi the woh to itna zyada yaani Khuda se darte the har waqt. lekin jo inqilaab woh laaye, jo unhon ne kaam kiya, woh poori tareekh mein anokha hai.</w:t>
      </w:r>
    </w:p>
    <w:p>
      <w:pPr>
        <w:jc w:val="right"/>
      </w:pPr>
      <w:r>
        <w:t>۔ اب نبی کے جو ساتھی تھے وہ تو اتنا زیادہ یعنی خدا سے ڈرتے تھے ہر وقت۔ لیکن جو انقلاب وہ لائے، جو انہوں نے کام کیا، وہ پوری تاریخ میں انوکھا ہے۔</w:t>
      </w:r>
    </w:p>
    <w:p>
      <w:r>
        <w:rPr>
          <w:b/>
        </w:rPr>
        <w:t xml:space="preserve">[1:31:20] </w:t>
      </w:r>
      <w:r>
        <w:t>poori tareekh mein anokha hai. yaani likha hai iss mein H.G. Wells ne ke yeh saathiyon ke baare mein ke woh qaumi heroes ban gaye.</w:t>
      </w:r>
    </w:p>
    <w:p>
      <w:pPr>
        <w:jc w:val="right"/>
      </w:pPr>
      <w:r>
        <w:t>پوری تاریخ میں انوکھا ہے۔ یعنی لکھا ہے اس میں ایچ جی ویلز نے کہ یہ ساتھیوں کے بارے میں کہ وہ قومی ہیروز بن گئے۔</w:t>
      </w:r>
    </w:p>
    <w:p>
      <w:r>
        <w:rPr>
          <w:b/>
        </w:rPr>
        <w:t xml:space="preserve">[1:31:29] </w:t>
      </w:r>
      <w:r>
        <w:t>qaumi heroes. haalankeh Khuda se bahut darte the woh.</w:t>
      </w:r>
    </w:p>
    <w:p>
      <w:pPr>
        <w:jc w:val="right"/>
      </w:pPr>
      <w:r>
        <w:t>قومی ہیروز۔ حالانکہ خدا سے بہت ڈرتے تھے وہ۔</w:t>
      </w:r>
    </w:p>
    <w:p>
      <w:r>
        <w:rPr>
          <w:b/>
        </w:rPr>
        <w:t xml:space="preserve">[1:31:35] </w:t>
      </w:r>
      <w:r>
        <w:t>maut se bahut unko dar laga rehta tha. lekin woh qaumi heroes ban gaye. aur duniya mein kitne bade bade kaam kar daale woh. to iss liye yeh mein nahin samajhta ke yeh koi yaani koi buniyadi baat hai.</w:t>
      </w:r>
    </w:p>
    <w:p>
      <w:pPr>
        <w:jc w:val="right"/>
      </w:pPr>
      <w:r>
        <w:t>موت سے بہت ان کو ڈر لگا رہتا تھا۔ لیکن وہ قومی ہیروز بن گئے۔ اور دنیا میں کتنے بڑے بڑے کام کر ڈالے وہ۔ تو اس لیے یہ میں نہیں سمجھتا کہ یہ کوئی یعنی کوئی بنیادی بات ہے۔</w:t>
      </w:r>
    </w:p>
    <w:p>
      <w:r>
        <w:rPr>
          <w:b/>
        </w:rPr>
        <w:t xml:space="preserve">[1:31:52] </w:t>
      </w:r>
      <w:r>
        <w:t>Maulana, please tell us what is the definition of death?</w:t>
      </w:r>
    </w:p>
    <w:p>
      <w:pPr>
        <w:jc w:val="right"/>
      </w:pPr>
      <w:r>
        <w:t>Maulana, please tell us what is the definition of death?</w:t>
      </w:r>
    </w:p>
    <w:p>
      <w:r>
        <w:rPr>
          <w:b/>
        </w:rPr>
        <w:t xml:space="preserve">[1:31:59] </w:t>
      </w:r>
      <w:r>
        <w:t>dekhen, tareef-e-maut jo hai medical sense mein to yeh hai ke mukammal khatma-e-zindagi. yeh log kehte hain mukammal khatma-e-zindagi.</w:t>
      </w:r>
    </w:p>
    <w:p>
      <w:pPr>
        <w:jc w:val="right"/>
      </w:pPr>
      <w:r>
        <w:t>دیکھیں، تعریفِ موت جو ہے میڈیکل سینس میں تو یہ ہے کہ مکمل خاتمہِ زندگی۔ یہ لوگ کہتے ہیں مکمل خاتمہِ زندگی۔</w:t>
      </w:r>
    </w:p>
    <w:p>
      <w:r>
        <w:rPr>
          <w:b/>
        </w:rPr>
        <w:t xml:space="preserve">[1:32:12] </w:t>
      </w:r>
      <w:r>
        <w:t>mein samajhta hoon ke yeh koi sahi tareef nahin hai. sahi tareef yeh hai ke mukammal alahdagi-e-maujooda duniya se.</w:t>
      </w:r>
    </w:p>
    <w:p>
      <w:pPr>
        <w:jc w:val="right"/>
      </w:pPr>
      <w:r>
        <w:t>میں سمجھتا ہوں کہ یہ کوئی صحیح تعریف نہیں ہے۔ صحیح تعریف یہ ہے کہ مکمل علیحدگیِ موجودہ دنیا سے۔</w:t>
      </w:r>
    </w:p>
    <w:p>
      <w:r>
        <w:rPr>
          <w:b/>
        </w:rPr>
        <w:t xml:space="preserve">[1:32:20] </w:t>
      </w:r>
      <w:r>
        <w:t>yeh hai. yaani zindagi khatam ho gayi, yeh maut ka tareef sahi nahin hai.</w:t>
      </w:r>
    </w:p>
    <w:p>
      <w:pPr>
        <w:jc w:val="right"/>
      </w:pPr>
      <w:r>
        <w:t>یہ ہے۔ یعنی زندگی ختم ہوگئی، یہ موت کا تعریف صحیح نہیں ہے۔</w:t>
      </w:r>
    </w:p>
    <w:p>
      <w:r>
        <w:rPr>
          <w:b/>
        </w:rPr>
        <w:t xml:space="preserve">[1:32:29] </w:t>
      </w:r>
      <w:r>
        <w:t>zindagi jo hai uss ne ek safar kiya. idhar se udhar ka. to mein kahunga ke maut ki tareef sahi yeh hai ke mukammal alahdagi-e-maujooda duniya se.</w:t>
      </w:r>
    </w:p>
    <w:p>
      <w:pPr>
        <w:jc w:val="right"/>
      </w:pPr>
      <w:r>
        <w:t>زندگی جو ہے اس نے ایک سفر کیا۔ ادھر سے ادھر کا۔ تو میں کہوں گا کہ موت کی تعریف صحیح یہ ہے کہ مکمل علیحدگیِ موجودہ دنیا سے۔</w:t>
      </w:r>
    </w:p>
    <w:p>
      <w:r>
        <w:rPr>
          <w:b/>
        </w:rPr>
        <w:t xml:space="preserve">[1:32:44] </w:t>
      </w:r>
      <w:r>
        <w:t xml:space="preserve">yeh hai mere nazdeek sahi tareef is ki. Maulana, jab yeh Barija ka sawal tha, Maulana, to seeker bhi to dua kar sakta hai ke Khuda un ke samne aa. </w:t>
      </w:r>
    </w:p>
    <w:p>
      <w:pPr>
        <w:jc w:val="right"/>
      </w:pPr>
      <w:r>
        <w:t>یہ ہے میرے نزدیک صحیح تعریف اس کی۔ ماulana, جب یہ Barija کا سوال تھا، ماulana, تو سیکر بھی تو دعا کر سکتا ہے کہ خدا ان کے سامنے آئے۔</w:t>
      </w:r>
    </w:p>
    <w:p>
      <w:r>
        <w:rPr>
          <w:b/>
        </w:rPr>
        <w:t xml:space="preserve">[1:32:54] </w:t>
      </w:r>
      <w:r>
        <w:t>ya hamein yaad hai jab hum ne 21 din ke baad jo dua ki thi, hum ne din raat Khuda</w:t>
      </w:r>
    </w:p>
    <w:p>
      <w:pPr>
        <w:jc w:val="right"/>
      </w:pPr>
      <w:r>
        <w:t>یا ہمیں یاد ہے جب ہم نے 21 دن کے بعد جو دعا کی تھی، ہم نے دن رات خدا</w:t>
      </w:r>
    </w:p>
    <w:p>
      <w:r>
        <w:rPr>
          <w:b/>
        </w:rPr>
        <w:t xml:space="preserve">[1:32:59] </w:t>
      </w:r>
      <w:r>
        <w:t>se dua ki thi ke hamein sachai maloom karni hai. Aur 22 din par, Maulana, hum ne article parha tha aap ka. But the only thing is a person should be able to surrender when he finds it.</w:t>
      </w:r>
    </w:p>
    <w:p>
      <w:pPr>
        <w:jc w:val="right"/>
      </w:pPr>
      <w:r>
        <w:t>سے دعا کی تھی کہ ہمیں سچائی معلوم کرنی ہے۔ اور 22 دن پر، Maulana, ہم نے آرٹیکل پڑھا تھا آپ کا۔ But the only thing is a person should be able to surrender when he finds it.</w:t>
      </w:r>
    </w:p>
    <w:p>
      <w:r>
        <w:rPr>
          <w:b/>
        </w:rPr>
        <w:t xml:space="preserve">[1:33:07] </w:t>
      </w:r>
      <w:r>
        <w:t>to mein ne to khud hi kaha dua to karte hi hain. Magar yeh kaha ke dua nahi kare ga. Aap ne kaha moojid ki dua nahi. Meri ibadat kar, dekhen, meri ibadat ke bare mein kaha woh.</w:t>
      </w:r>
    </w:p>
    <w:p>
      <w:pPr>
        <w:jc w:val="right"/>
      </w:pPr>
      <w:r>
        <w:t>تو میں نے تو خود ہی کہا دعا تو کرتے ہی ہیں۔ مگر یہ کہا کہ دعا نہیں کرے گا۔ آپ نے کہا موجد کی دعا نہیں۔ میری عبادت کر، دیکھیں، میری عبادت کے بارے میں کہا وہ۔</w:t>
      </w:r>
    </w:p>
    <w:p>
      <w:r>
        <w:rPr>
          <w:b/>
        </w:rPr>
        <w:t xml:space="preserve">[1:33:17] </w:t>
      </w:r>
      <w:r>
        <w:t>dua ke bare mein nahi. Nahi, Maulana, woh dua ki baat ho rahi thi abhi to. Dua ki. Dekhen, dua ka lafz English mein haan, woh double maani mein bola jata hai. I mean dua na.</w:t>
      </w:r>
    </w:p>
    <w:p>
      <w:pPr>
        <w:jc w:val="right"/>
      </w:pPr>
      <w:r>
        <w:t>دعا کے بارے میں نہیں۔ نہیں، Maulana, وہ دعا کی بات ہو رہی تھی ابھی تو۔ دعا کی۔ دیکھیں، دعا کا لفظ انگلش میں ہاں، وہ ڈبل معنی میں بولا جاتا ہے۔ I mean دعا نا۔</w:t>
      </w:r>
    </w:p>
    <w:p>
      <w:r>
        <w:rPr>
          <w:b/>
        </w:rPr>
        <w:t xml:space="preserve">[1:33:26] </w:t>
      </w:r>
      <w:r>
        <w:t>seeker to. I mean dua. Seeker</w:t>
      </w:r>
    </w:p>
    <w:p>
      <w:pPr>
        <w:jc w:val="right"/>
      </w:pPr>
      <w:r>
        <w:t>سیکر تو۔ I mean دعا۔ سیکر</w:t>
      </w:r>
    </w:p>
    <w:p>
      <w:r>
        <w:rPr>
          <w:b/>
        </w:rPr>
        <w:t xml:space="preserve">[1:33:30] </w:t>
      </w:r>
      <w:r>
        <w:t>to raat din dua kare ga. I know prayer only. Dua hai na usay? What do you mean dua? No, not worship. Dua hai haan. Jismani shakal mein dua only. Theek hai.</w:t>
      </w:r>
    </w:p>
    <w:p>
      <w:pPr>
        <w:jc w:val="right"/>
      </w:pPr>
      <w:r>
        <w:t>تو رات دن دعا کرے گا۔ I know prayer only. دعا ہے نا اسے؟ What do you mean دعا؟ No, not worship. دعا ہے ہاں۔ جسمانی شکل میں دعا only۔ ٹھیک ہے۔</w:t>
      </w:r>
    </w:p>
    <w:p>
      <w:r>
        <w:rPr>
          <w:b/>
        </w:rPr>
        <w:t xml:space="preserve">[1:33:39] </w:t>
      </w:r>
      <w:r>
        <w:t>bhai to mein ne khud dekha hai ke Khawand to kab aye ga? Mein kab tak tera aye ga ka intezar karoon? Yeh dua hi to tha hi. Har seeker dua karta hai raat din. Lekin ibadat jis ko hum kehte hain, worship, jab tak jaan nahi le ga tab tak worship kaise kare ga?</w:t>
      </w:r>
    </w:p>
    <w:p>
      <w:pPr>
        <w:jc w:val="right"/>
      </w:pPr>
      <w:r>
        <w:t>بھئی تو میں نے خود دیکھا ہے کہ خداوند تو کب آئے گا؟ میں کب تک تیرا آئے گا کا انتظار کروں؟ یہ دعا ہی تو تھا ہی۔ ہر سیکر دعا کرتا ہے رات دن۔ لیکن عبادت جس کو ہم کہتے ہیں، worship، جب تک جان نہیں لے گا تب تک worship کیسے کرے گا؟</w:t>
      </w:r>
    </w:p>
    <w:p>
      <w:r>
        <w:rPr>
          <w:b/>
        </w:rPr>
        <w:t xml:space="preserve">[1:33:53] </w:t>
      </w:r>
      <w:r>
        <w:t>kyun ke dekhen wahan par thay kuch log seeker Arab mein. Rasool Allah se pehle, Qast ibn Sa'ida waghera un ke naam thay, wahan un ko Hanifa kaha jata tha.</w:t>
      </w:r>
    </w:p>
    <w:p>
      <w:pPr>
        <w:jc w:val="right"/>
      </w:pPr>
      <w:r>
        <w:t>کیونکہ دیکھیں وہاں پر تھے کچھ لوگ سیکر عرب میں۔ رسول اللہ سے پہلے، قسط ابن سعدہ وغیرہ ان کے نام تھے، وہاں ان کو حنفاء کہا جاتا تھا۔</w:t>
      </w:r>
    </w:p>
    <w:p>
      <w:r>
        <w:rPr>
          <w:b/>
        </w:rPr>
        <w:t xml:space="preserve">[1:34:05] </w:t>
      </w:r>
      <w:r>
        <w:t>yani seeker ke liye un ka Hanifa lafz bola jata tha.</w:t>
      </w:r>
    </w:p>
    <w:p>
      <w:pPr>
        <w:jc w:val="right"/>
      </w:pPr>
      <w:r>
        <w:t>یعنی سیکر کے لیے ان کا حنفاء لفظ بولا جاتا تھا۔</w:t>
      </w:r>
    </w:p>
    <w:p>
      <w:r>
        <w:rPr>
          <w:b/>
        </w:rPr>
        <w:t xml:space="preserve">[1:34:09] </w:t>
      </w:r>
      <w:r>
        <w:t>to woh kehte thay ke Khuda ya agar agar mein janta ke teri ibadat kaise ki jaye to mein waise hi teri ibadat karta. Yani aik taraf to woh dua karte thay ke mujhe sachai mil jaye.</w:t>
      </w:r>
    </w:p>
    <w:p>
      <w:pPr>
        <w:jc w:val="right"/>
      </w:pPr>
      <w:r>
        <w:t>تو وہ کہتے تھے کہ خدایا اگر اگر میں جانتا کہ تیری عبادت کیسے کی جائے تو میں ویسے ہی تیری عبادت کرتا۔ یعنی ایک طرف تو وہ دعا کرتے تھے کہ مجھے سچائی مل جائے۔</w:t>
      </w:r>
    </w:p>
    <w:p>
      <w:r>
        <w:rPr>
          <w:b/>
        </w:rPr>
        <w:t xml:space="preserve">[1:34:23] </w:t>
      </w:r>
      <w:r>
        <w:t>dusri taraf yeh kehte thay ke Khuda ya agar mein janta ke teri ibadat kaise ki jaye to mein waise hi teri ibadat karta. To do cheezen alag alag hain. Dua to aap yani raat din dua hi kare ga seeker.</w:t>
      </w:r>
    </w:p>
    <w:p>
      <w:pPr>
        <w:jc w:val="right"/>
      </w:pPr>
      <w:r>
        <w:t>دوسری طرف یہ کہتے تھے کہ خدایا اگر میں جانتا کہ تیری عبادت کیسے کی جائے تو میں ویسے ہی تیری عبادت کرتا۔ تو دو چیزیں الگ الگ ہیں۔ دعا تو آپ یعنی رات دن دعا ہی کرے گا سیکر۔</w:t>
      </w:r>
    </w:p>
    <w:p>
      <w:r>
        <w:rPr>
          <w:b/>
        </w:rPr>
        <w:t xml:space="preserve">[1:34:36] </w:t>
      </w:r>
      <w:r>
        <w:t>lekin ibadat ke liye aik tawajjuh chahiye. Tawajjuh hai hi nahi aap ke paas. Kaise ibadat karein ge aap?</w:t>
      </w:r>
    </w:p>
    <w:p>
      <w:pPr>
        <w:jc w:val="right"/>
      </w:pPr>
      <w:r>
        <w:t>لیکن عبادت کے لیے ایک توجہ چاہیے۔ توجہ ہے ہی نہیں آپ کے پاس۔ کیسے عبادت کریں گے آپ؟</w:t>
      </w:r>
    </w:p>
    <w:p>
      <w:r>
        <w:rPr>
          <w:b/>
        </w:rPr>
        <w:t xml:space="preserve">[1:35:06] </w:t>
      </w:r>
      <w:r>
        <w:t>Maulana, aap ne kaha ke rooh aik aadmi ki agar maut ke baad aik naya janam hota hai jo ke jahannum ya jannat mein ya jannat mein hota hai.</w:t>
      </w:r>
    </w:p>
    <w:p>
      <w:pPr>
        <w:jc w:val="right"/>
      </w:pPr>
      <w:r>
        <w:t>Maulana, آپ نے کہا کہ روح ایک آدمی کی اگر موت کے بعد ایک نیا جنم ہوتا ہے جو کہ جہنم یا جنت میں یا جنت میں ہوتا ہے۔</w:t>
      </w:r>
    </w:p>
    <w:p>
      <w:r>
        <w:rPr>
          <w:b/>
        </w:rPr>
        <w:t xml:space="preserve">[1:35:16] </w:t>
      </w:r>
      <w:r>
        <w:t>to is ka yeh matlab nahi hai ke jo log kehte hain ke aik bar hi maut ke baad phir us ki rooh dobara ati hai aur kisi na kisi alag jiyo mein chali jati hai.</w:t>
      </w:r>
    </w:p>
    <w:p>
      <w:pPr>
        <w:jc w:val="right"/>
      </w:pPr>
      <w:r>
        <w:t>تو اس کا یہ مطلب نہیں ہے کہ جو لوگ کہتے ہیں کہ ایک بار ہی موت کے بعد پھر اس کی روح دوبارہ آتی ہے اور کسی نہ کسی الگ جیو میں چلی جاتی ہے۔</w:t>
      </w:r>
    </w:p>
    <w:p>
      <w:r>
        <w:rPr>
          <w:b/>
        </w:rPr>
        <w:t xml:space="preserve">[1:35:28] </w:t>
      </w:r>
      <w:r>
        <w:t>Like a plant or any other animal or flower or what</w:t>
      </w:r>
    </w:p>
    <w:p>
      <w:pPr>
        <w:jc w:val="right"/>
      </w:pPr>
      <w:r>
        <w:t>Like a plant or any other animal or flower or what</w:t>
      </w:r>
    </w:p>
    <w:p>
      <w:r>
        <w:rPr>
          <w:b/>
        </w:rPr>
        <w:t xml:space="preserve">[1:35:33] </w:t>
      </w:r>
      <w:r>
        <w:t>ever. To lekin aap keh rahe hain ke woh us ki rooh dobara zameen par nahi aye gi? Woh concept ko mein nahi manta. Woh concept bilkul ghair manṭiqi hai.</w:t>
      </w:r>
    </w:p>
    <w:p>
      <w:pPr>
        <w:jc w:val="right"/>
      </w:pPr>
      <w:r>
        <w:t>ever. تو لیکن آپ کہہ رہے ہیں کہ وہ اس کی روح دوبارہ زمین پر نہیں آئے گی؟ وہ کانسیپٹ کو میں نہیں مانتا۔ وہ کانسیپٹ بالکل غیر منطقی ہے۔</w:t>
      </w:r>
    </w:p>
    <w:p>
      <w:r>
        <w:rPr>
          <w:b/>
        </w:rPr>
        <w:t xml:space="preserve">[1:35:42] </w:t>
      </w:r>
      <w:r>
        <w:t>koi is mein manṭiq nahi, koi scientific buniyad nahi hai is ki. Bas aik falsafi hai. Khalis falsafi hai woh. Woh concept khalis falsafi hai. Khalis falsafi hai.</w:t>
      </w:r>
    </w:p>
    <w:p>
      <w:pPr>
        <w:jc w:val="right"/>
      </w:pPr>
      <w:r>
        <w:t>کوئی اس میں منطق نہیں، کوئی سائنسی بنیاد نہیں ہے اس کی۔ بس ایک فلسفی ہے۔ خالص فلسفی ہے وہ۔ وہ کانسیپٹ خالص فلسفی ہے۔ خالص فلسفی ہے۔</w:t>
      </w:r>
    </w:p>
    <w:p>
      <w:r>
        <w:rPr>
          <w:b/>
        </w:rPr>
        <w:t xml:space="preserve">[1:35:53] </w:t>
      </w:r>
      <w:r>
        <w:t>koi is ke peechay manṭiq nahi, koi science nahi hai.</w:t>
      </w:r>
    </w:p>
    <w:p>
      <w:pPr>
        <w:jc w:val="right"/>
      </w:pPr>
      <w:r>
        <w:t>کوئی اس کے پیچھے منطق نہیں، کوئی سائنس نہیں ہے۔</w:t>
      </w:r>
    </w:p>
    <w:p>
      <w:r>
        <w:rPr>
          <w:b/>
        </w:rPr>
        <w:t xml:space="preserve">[1:35:57] </w:t>
      </w:r>
      <w:r>
        <w:t>aur mein jo keh raha hoon yeh scientific buniyad hai. Is liye ke dekhen hamari jo body hai is mein aap jante hain ke arbon arbon zinda khaliye hain.</w:t>
      </w:r>
    </w:p>
    <w:p>
      <w:pPr>
        <w:jc w:val="right"/>
      </w:pPr>
      <w:r>
        <w:t>اور میں جو کہہ رہا ہوں یہ سائنسی بنیاد ہے۔ اس لیے کہ دیکھیں ہماری جو باڈی ہے اس میں آپ جانتے ہیں کہ اربوں اربوں زندہ خلیے ہیں۔</w:t>
      </w:r>
    </w:p>
    <w:p>
      <w:r>
        <w:rPr>
          <w:b/>
        </w:rPr>
        <w:t xml:space="preserve">[1:36:07] </w:t>
      </w:r>
      <w:r>
        <w:t>zinda khaliye barabar toot te rehte hain. Yahan tak kaha jata hai ke har 10 saal mein poora body badal jata hai. Dusra body aa jata hai.</w:t>
      </w:r>
    </w:p>
    <w:p>
      <w:pPr>
        <w:jc w:val="right"/>
      </w:pPr>
      <w:r>
        <w:t>زندہ خلیے برابر ٹوٹتے رہتے ہیں۔ یہاں تک کہا جاتا ہے کہ ہر 10 سال میں پورا باڈی بدل جاتا ہے۔ دوسرا باڈی آ جاتا ہے۔</w:t>
      </w:r>
    </w:p>
    <w:p>
      <w:r>
        <w:rPr>
          <w:b/>
        </w:rPr>
        <w:t xml:space="preserve">[1:36:17] </w:t>
      </w:r>
      <w:r>
        <w:t>lekin meri yaad-dasht mehfooz hai.</w:t>
      </w:r>
    </w:p>
    <w:p>
      <w:pPr>
        <w:jc w:val="right"/>
      </w:pPr>
      <w:r>
        <w:t>لیکن میری یادداشت محفوظ ہے۔</w:t>
      </w:r>
    </w:p>
    <w:p>
      <w:r>
        <w:rPr>
          <w:b/>
        </w:rPr>
        <w:t xml:space="preserve">[1:36:20] </w:t>
      </w:r>
      <w:r>
        <w:t>aap sochiye ke ab mein agar 80 saal ka ho chuka hoon ya 90 saal ka ho chuka hoon to kitni bar mera body badal chuka. Lekin meri yaad-dasht abhi baqi hai.</w:t>
      </w:r>
    </w:p>
    <w:p>
      <w:pPr>
        <w:jc w:val="right"/>
      </w:pPr>
      <w:r>
        <w:t>آپ سوچیے کہ اب میں اگر 80 سال کا ہو چکا ہوں یا 90 سال کا ہو چکا ہوں تو کتنی بار میرا باڈی بدل چکا۔ لیکن میری یادداشت ابھی باقی ہے۔</w:t>
      </w:r>
    </w:p>
    <w:p>
      <w:r>
        <w:rPr>
          <w:b/>
        </w:rPr>
        <w:t xml:space="preserve">[1:36:31] </w:t>
      </w:r>
      <w:r>
        <w:t>yani 5 saal ki umar mein mera aik operation hua tha. Abhi tak is ka yahan par. Dekh sakte hain aap. Mujhe aik dam woh tasweer bilkul samne mere hai.</w:t>
      </w:r>
    </w:p>
    <w:p>
      <w:pPr>
        <w:jc w:val="right"/>
      </w:pPr>
      <w:r>
        <w:t>یعنی 5 سال کی عمر میں میرا ایک آپریشن ہوا تھا۔ ابھی تک اس کا یہاں پر۔ دیکھ سکتے ہیں آپ۔ مجھے ایک دم وہ تصویر بالکل سامنے میرے ہے۔</w:t>
      </w:r>
    </w:p>
    <w:p>
      <w:r>
        <w:rPr>
          <w:b/>
        </w:rPr>
        <w:t xml:space="preserve">[1:36:40] </w:t>
      </w:r>
      <w:r>
        <w:t>kis tarah mere baap mujh ko apni is par liye bethe hain. Aur aik aadmi un ko operation kar raha hai. To jab mera body badal gaya to woh kahan hai woh meri?</w:t>
      </w:r>
    </w:p>
    <w:p>
      <w:pPr>
        <w:jc w:val="right"/>
      </w:pPr>
      <w:r>
        <w:t>کس طرح میرے باپ مجھ کو اپنی اس پر لیے بیٹھے ہیں۔ اور ایک آدمی ان کو آپریشن کر رہا ہے۔ تو جب میرا باڈی بدل گیا تو وہ کہاں ہے وہ میری؟</w:t>
      </w:r>
    </w:p>
    <w:p>
      <w:r>
        <w:rPr>
          <w:b/>
        </w:rPr>
        <w:t xml:space="preserve">[1:36:51] </w:t>
      </w:r>
      <w:r>
        <w:t>meri kahan hai woh? to is ka mani hai ke yaad-dasht azaad hai is body se. wohi shakhsiyat hai. wohi shakhsiyat hai.</w:t>
      </w:r>
    </w:p>
    <w:p>
      <w:pPr>
        <w:jc w:val="right"/>
      </w:pPr>
      <w:r>
        <w:t>میری کہاں ہے وہ؟ تو اس کا معنی ہے کہ یادداشت آزاد ہے اس باڈی سے۔ وہی شخصیت ہے۔ وہی شخصیت ہے۔</w:t>
      </w:r>
    </w:p>
    <w:p>
      <w:r>
        <w:rPr>
          <w:b/>
        </w:rPr>
        <w:t xml:space="preserve">[1:37:01] </w:t>
      </w:r>
      <w:r>
        <w:t>to mein jo is baat ko keh raha hoon woh ek scientific buniyad hai is ki. woh doosri wali baat to ek khaalis falsafi hai. aaj tak koi is ka saboot nahi hai ke aadmi lot-ta hai.</w:t>
      </w:r>
    </w:p>
    <w:p>
      <w:pPr>
        <w:jc w:val="right"/>
      </w:pPr>
      <w:r>
        <w:t>تو میں جو اس بات کو کہہ رہا ہوں وہ ایک سائنسی بنیاد ہے اس کی۔ وہ دوسری والی بات تو ایک خالص فلسفی ہے۔ آج تک کوئی اس کا ثبوت نہیں ہے کہ آدمی لوٹتا ہے۔</w:t>
      </w:r>
    </w:p>
    <w:p>
      <w:r>
        <w:rPr>
          <w:b/>
        </w:rPr>
        <w:t xml:space="preserve">[1:37:12] </w:t>
      </w:r>
      <w:r>
        <w:t>koi koi bhi is ka koi bhi saboot nahi hai. jo saboot bataye jaate hain woh to ek banawati hote hain. banawati hote hain.</w:t>
      </w:r>
    </w:p>
    <w:p>
      <w:pPr>
        <w:jc w:val="right"/>
      </w:pPr>
      <w:r>
        <w:t>کوئی کوئی بھی اس کا کوئی بھی ثبوت نہیں ہے۔ جو ثبوت بتائے جاتے ہیں وہ تو ایک بناوٹی ہوتے ہیں۔ بناوٹی ہوتے ہیں۔</w:t>
      </w:r>
    </w:p>
    <w:p>
      <w:r>
        <w:rPr>
          <w:b/>
        </w:rPr>
        <w:t xml:space="preserve">[1:37:20] </w:t>
      </w:r>
      <w:r>
        <w:t>bangalore ke scientiston ne ek team ne kaha tha ke kuch logon ne daawa kiya tha ke mein wapas aaya hoon. to unhon ne kaha ke mein muaina karoon ga. to unhon ne ijazat nahi di is ki.</w:t>
      </w:r>
    </w:p>
    <w:p>
      <w:pPr>
        <w:jc w:val="right"/>
      </w:pPr>
      <w:r>
        <w:t>بنگلور کے سائنسدانوں نے ایک ٹیم نے کہا تھا کہ کچھ لوگوں نے دعویٰ کیا تھا کہ میں واپس آیا ہوں۔ تو انہوں نے کہا کہ میں معائنہ کروں گا۔ تو انہوں نے اجازت نہیں دی اس کی۔</w:t>
      </w:r>
    </w:p>
    <w:p>
      <w:r>
        <w:rPr>
          <w:b/>
        </w:rPr>
        <w:t xml:space="preserve">[1:37:31] </w:t>
      </w:r>
      <w:r>
        <w:t>yeh to banawati baatein hoti hain. aur phir lot-ta hai to ek hi aadmi ko kyun pata hai? mujhe pata hona chahiye ke mein kya tha pehle. kisi ek ko kyun pata hai?</w:t>
      </w:r>
    </w:p>
    <w:p>
      <w:pPr>
        <w:jc w:val="right"/>
      </w:pPr>
      <w:r>
        <w:t>یہ تو بناوٹی باتیں ہوتی ہیں۔ اور پھر لوٹتا ہے تو ایک ہی آدمی کو کیوں پتہ ہے؟ مجھے پتہ ہونا چاہیے کہ میں کیا تھا پہلے۔ کسی ایک کو کیوں پتہ ہے؟</w:t>
      </w:r>
    </w:p>
    <w:p>
      <w:r>
        <w:rPr>
          <w:b/>
        </w:rPr>
        <w:t xml:space="preserve">[1:37:40] </w:t>
      </w:r>
      <w:r>
        <w:t>kisi ek hi koi ek hi aadmi ko yahan jaanta hai ke mein pehle yeh tha ab mein aisa hoon. har aadmi ko pata hona chahiye. to is ki koi scientific buniyad nahi hai. ek khaalis falsafi hai woh.</w:t>
      </w:r>
    </w:p>
    <w:p>
      <w:pPr>
        <w:jc w:val="right"/>
      </w:pPr>
      <w:r>
        <w:t>کسی ایک ہی کوئی ایک ہی آدمی کو یہاں جانتا ہے کہ میں پہلے یہ تھا اب میں ایسا ہوں۔ ہر آدمی کو پتہ ہونا چاہیے۔ تو اس کی کوئی سائنسی بنیاد نہیں ہے۔ ایک خالص فلسفی ہے وہ۔</w:t>
      </w:r>
    </w:p>
    <w:p>
      <w:r>
        <w:rPr>
          <w:b/>
        </w:rPr>
        <w:t xml:space="preserve">[1:37:50] </w:t>
      </w:r>
      <w:r>
        <w:t>aur mein jo kehta hoon wohi scientific buniyad is ki hai. ke hamari isi liye ek scientist ne kaha hai ke Personality is a changeless in change.</w:t>
      </w:r>
    </w:p>
    <w:p>
      <w:pPr>
        <w:jc w:val="right"/>
      </w:pPr>
      <w:r>
        <w:t>اور میں جو کہتا ہوں وہی سائنسی بنیاد اس کی ہے۔ کہ ہماری اسی لیے ایک سائنسدان نے کہا ہے کہ Personality is a changeless in change.</w:t>
      </w:r>
    </w:p>
    <w:p>
      <w:r>
        <w:rPr>
          <w:b/>
        </w:rPr>
        <w:t xml:space="preserve">[1:38:01] </w:t>
      </w:r>
      <w:r>
        <w:t>Changeless in change. yaani badalte hue body mein ek na badalta hua insaan hai.</w:t>
      </w:r>
    </w:p>
    <w:p>
      <w:pPr>
        <w:jc w:val="right"/>
      </w:pPr>
      <w:r>
        <w:t>Changeless in change. یعنی بدلتے ہوئے باڈی میں ایک نہ بدلتا ہوا انسان ہے۔</w:t>
      </w:r>
    </w:p>
    <w:p>
      <w:r>
        <w:rPr>
          <w:b/>
        </w:rPr>
        <w:t xml:space="preserve">[1:38:09] </w:t>
      </w:r>
      <w:r>
        <w:t>to is ka mani hai ke woh ek azaad insaan hai woh.</w:t>
      </w:r>
    </w:p>
    <w:p>
      <w:pPr>
        <w:jc w:val="right"/>
      </w:pPr>
      <w:r>
        <w:t>تو اس کا معنی ہے کہ وہ ایک آزاد انسان ہے وہ۔</w:t>
      </w:r>
    </w:p>
    <w:p>
      <w:r>
        <w:rPr>
          <w:b/>
        </w:rPr>
        <w:t xml:space="preserve">[1:38:14] </w:t>
      </w:r>
      <w:r>
        <w:t>woh abhi marne ke baad agar 10 baar mein body mara aur mein phir bhi meri shakhsiyat baqi hai to ek baar aur marne par shakhsiyat khatm kyun ho jaye gi?</w:t>
      </w:r>
    </w:p>
    <w:p>
      <w:pPr>
        <w:jc w:val="right"/>
      </w:pPr>
      <w:r>
        <w:t>وہ ابھی مرنے کے بعد اگر 10 بار میں باڈی مرا اور میں پھر بھی میری شخصیت باقی ہے تو ایک بار اور مرنے پر شخصیت ختم کیوں ہو جائے گی؟</w:t>
      </w:r>
    </w:p>
    <w:p>
      <w:r>
        <w:rPr>
          <w:b/>
        </w:rPr>
        <w:t xml:space="preserve">[1:38:26] </w:t>
      </w:r>
      <w:r>
        <w:t>maut jo hai nauveen baar marna hai mera. to nauveen baar marne par kyun khatm ho jaye gi jab 8 baar marne par marna khatm hui?</w:t>
      </w:r>
    </w:p>
    <w:p>
      <w:pPr>
        <w:jc w:val="right"/>
      </w:pPr>
      <w:r>
        <w:t>موت جو ہے نویں بار مرنا ہے میرا۔ تو نویں بار مرنے پر کیوں ختم ہو جائے گی جب 8 بار مرنے پر مرنے ختم ہوئی؟</w:t>
      </w:r>
    </w:p>
    <w:p>
      <w:r>
        <w:rPr>
          <w:b/>
        </w:rPr>
        <w:t xml:space="preserve">[1:38:37] </w:t>
      </w:r>
      <w:r>
        <w:t>to is ki ek scientific buniyad hai. woh to ek khaalis falsafi hai.</w:t>
      </w:r>
    </w:p>
    <w:p>
      <w:pPr>
        <w:jc w:val="right"/>
      </w:pPr>
      <w:r>
        <w:t>تو اس کی ایک سائنسی بنیاد ہے۔ وہ تو ایک خالص فلسفی ہے۔</w:t>
      </w:r>
    </w:p>
    <w:p>
      <w:r>
        <w:rPr>
          <w:b/>
        </w:rPr>
        <w:t xml:space="preserve">[1:38:44] </w:t>
      </w:r>
      <w:r>
        <w:t>aur insaan ki khwahishein hain. ab zahir hai ke insaan chahta hai ke mujhe meri khwahishein poori hon. mujhe poori ki jayen. woh saari khatm.</w:t>
      </w:r>
    </w:p>
    <w:p>
      <w:pPr>
        <w:jc w:val="right"/>
      </w:pPr>
      <w:r>
        <w:t>اور انسان کی خواہشیں ہیں۔ اب ظاہر ہے کہ انسان چاہتا ہے کہ مجھے میری خواہشیں پوری ہوں۔ مجھے پوری کی جائیں۔ وہ ساری ختم۔</w:t>
      </w:r>
    </w:p>
    <w:p>
      <w:r>
        <w:rPr>
          <w:b/>
        </w:rPr>
        <w:t xml:space="preserve">[1:38:53] </w:t>
      </w:r>
      <w:r>
        <w:t>is ke liye koi jagah nahi hai is mein.</w:t>
      </w:r>
    </w:p>
    <w:p>
      <w:pPr>
        <w:jc w:val="right"/>
      </w:pPr>
      <w:r>
        <w:t>اس کے لیے کوئی جگہ نہیں ہے اس میں۔</w:t>
      </w:r>
    </w:p>
    <w:p>
      <w:r>
        <w:rPr>
          <w:b/>
        </w:rPr>
        <w:t xml:space="preserve">[1:38:56] </w:t>
      </w:r>
      <w:r>
        <w:t>hum 80, 50, 60 saal ke baad hamein kuch pata nahi ke hamara kya anjaam hua. saari khwahishein jo hain khatm ho gayeen. aur sab se bari cheez jo hai woh mera zehen jo hai.</w:t>
      </w:r>
    </w:p>
    <w:p>
      <w:pPr>
        <w:jc w:val="right"/>
      </w:pPr>
      <w:r>
        <w:t>ہم 80، 50، 60 سال کے بعد ہمیں کچھ پتہ نہیں کہ ہمارا کیا انجام ہوا۔ ساری خواہشیں جو ہیں ختم ہو گئیں۔ اور سب سے بڑی چیز جو ہے وہ میرا ذہن جو ہے۔</w:t>
      </w:r>
    </w:p>
    <w:p>
      <w:r>
        <w:rPr>
          <w:b/>
        </w:rPr>
        <w:t xml:space="preserve">[1:39:06] </w:t>
      </w:r>
      <w:r>
        <w:t>itna bara zehen qudrat ne hum ko diya hai ke 100 million, billion, billion zarat is ke andar hain. is ka koi istemaal nahi. koi istemaal is ka nahi hai.</w:t>
      </w:r>
    </w:p>
    <w:p>
      <w:pPr>
        <w:jc w:val="right"/>
      </w:pPr>
      <w:r>
        <w:t>اتنا بڑا ذہن قدرت نے ہم کو دیا ہے کہ 100 ملین، بلین، بلین ذرات اس کے اندر ہیں۔ اس کا کوئی استعمال نہیں۔ کوئی استعمال اس کا نہیں ہے۔</w:t>
      </w:r>
    </w:p>
    <w:p>
      <w:r>
        <w:rPr>
          <w:b/>
        </w:rPr>
        <w:t xml:space="preserve">[1:39:15] </w:t>
      </w:r>
      <w:r>
        <w:t>ab mujhe bataein ke taqreeban kainat mein koi bhi cheez aisi hai jis ka istemaal na hota ho? jo zaya chali jati ho? koi bhi nahi.</w:t>
      </w:r>
    </w:p>
    <w:p>
      <w:pPr>
        <w:jc w:val="right"/>
      </w:pPr>
      <w:r>
        <w:t>اب مجھے بتائیں کہ تقریباً کائنات میں کوئی بھی چیز ایسی ہے جس کا استعمال نہ ہوتا ہو؟ جو ضائع چلی جاتی ہو؟ کوئی بھی نہیں۔</w:t>
      </w:r>
    </w:p>
    <w:p>
      <w:r>
        <w:rPr>
          <w:b/>
        </w:rPr>
        <w:t xml:space="preserve">[1:39:25] </w:t>
      </w:r>
      <w:r>
        <w:t>ek atom se le kar ke kahkashan tak har cheez ka ek istemaal hai. sirf ek zehen mera hai jis ka koi istemaal nahi. to yeh istithna jo hai yeh mumkin nahi hai.</w:t>
      </w:r>
    </w:p>
    <w:p>
      <w:pPr>
        <w:jc w:val="right"/>
      </w:pPr>
      <w:r>
        <w:t>ایک ایٹم سے لے کر کے کہکشاں تک ہر چیز کا ایک استعمال ہے۔ صرف ایک ذہن میرا ہے جس کا کوئی استعمال نہیں۔ تو یہ استثنا جو ہے یہ ممکن نہیں ہے۔</w:t>
      </w:r>
    </w:p>
    <w:p>
      <w:r>
        <w:rPr>
          <w:b/>
        </w:rPr>
        <w:t xml:space="preserve">[1:39:37] </w:t>
      </w:r>
      <w:r>
        <w:t>yeh istithna hi batata hai ke hum yeh maan nahi sakte is ko. yeh ghair scientific hai. yeh yeh istithna ghair scientific saabit karta hai. hamein bhi isi tareeqe se hamare zehen ko bhi isi tareeqe se istemaal hona chahiye jis tarah saari cheezein istemaal ho</w:t>
      </w:r>
    </w:p>
    <w:p>
      <w:pPr>
        <w:jc w:val="right"/>
      </w:pPr>
      <w:r>
        <w:t>یہ استثنا ہی بتاتا ہے کہ ہم یہ مان نہیں سکتے اس کو۔ یہ غیر سائنسی ہے۔ یہ یہ استثنا غیر سائنسی ثابت کرتا ہے۔ ہمیں بھی اسی طریقے سے ہمارے ذہن کو بھی اسی طریقے سے استعمال ہونا چاہیے جس طرح ساری چیزیں استعمال ہو</w:t>
      </w:r>
    </w:p>
    <w:p>
      <w:r>
        <w:rPr>
          <w:b/>
        </w:rPr>
        <w:t xml:space="preserve">[1:39:51] </w:t>
      </w:r>
      <w:r>
        <w:t>rahi hain. agar atom istemaal ho raha hai, ek darakht istemaal ho raha hai, ocean istemaal ho raha hai, pahaad istemaal ho raha hai, har cheez.</w:t>
      </w:r>
    </w:p>
    <w:p>
      <w:pPr>
        <w:jc w:val="right"/>
      </w:pPr>
      <w:r>
        <w:t>رہی ہیں۔ اگر ایٹم استعمال ہو رہا ہے، ایک درخت استعمال ہو رہا ہے، اوشن استعمال ہو رہا ہے، پہاڑ استعمال ہو رہا ہے، ہر چیز۔</w:t>
      </w:r>
    </w:p>
    <w:p>
      <w:r>
        <w:rPr>
          <w:b/>
        </w:rPr>
        <w:t xml:space="preserve">[1:39:59] </w:t>
      </w:r>
      <w:r>
        <w:t>yaani poori poori tareeqe se in ka istemaal ho raha hai duniya mein. poori poora istemaal ho raha hai. ab zahir hai ke ganga himalaya pahaad par barf pighalti hai aur darya behta hai ganga ki shakal mein.</w:t>
      </w:r>
    </w:p>
    <w:p>
      <w:pPr>
        <w:jc w:val="right"/>
      </w:pPr>
      <w:r>
        <w:t>یعنی پوری پوری طریقے سے ان کا استعمال ہو رہا ہے دنیا میں۔ پوری پورا استعمال ہو رہا ہے۔ اب ظاہر ہے کہ گنگا ہمالیہ پہاڑ پر برف پگھلتی ہے اور دریا بہتا ہے گنگا کی شکل میں۔</w:t>
      </w:r>
    </w:p>
    <w:p>
      <w:r>
        <w:rPr>
          <w:b/>
        </w:rPr>
        <w:t xml:space="preserve">[1:40:14] </w:t>
      </w:r>
      <w:r>
        <w:t>bharpoor tor par is ka istemaal ho raha hai. bharpoor tor par.</w:t>
      </w:r>
    </w:p>
    <w:p>
      <w:pPr>
        <w:jc w:val="right"/>
      </w:pPr>
      <w:r>
        <w:t>بھرپور طور پر اس کا استعمال ہو رہا ہے۔ بھرپور طور پر۔</w:t>
      </w:r>
    </w:p>
    <w:p>
      <w:r>
        <w:rPr>
          <w:b/>
        </w:rPr>
        <w:t xml:space="preserve">[1:40:19] </w:t>
      </w:r>
      <w:r>
        <w:t>mera zehen ek aisi cheez hai jis ka istemaal na ho? yeh kaise ho sakta hai? yeh istithna kainat is ko maanne se inkaar karti hai.</w:t>
      </w:r>
    </w:p>
    <w:p>
      <w:pPr>
        <w:jc w:val="right"/>
      </w:pPr>
      <w:r>
        <w:t>میرا ذہن ایک ایسی چیز ہے جس کا استعمال نہ ہو؟ یہ کیسے ہو سکتا ہے؟ یہ استثنا کائنات اس کو ماننے سے انکار کرتی ہے۔</w:t>
      </w:r>
    </w:p>
    <w:p>
      <w:r>
        <w:rPr>
          <w:b/>
        </w:rPr>
        <w:t xml:space="preserve">[1:40:30] </w:t>
      </w:r>
      <w:r>
        <w:t>is istithna ko kainat qabool nahi karti. yaani kainat chahti hai ke jis tarah saari cheezon ka istemaal hai to mere zehen ka bhi istemaal ho.</w:t>
      </w:r>
    </w:p>
    <w:p>
      <w:pPr>
        <w:jc w:val="right"/>
      </w:pPr>
      <w:r>
        <w:t>اس استثنا کو کائنات قبول نہیں کرتی۔ یعنی کائنات چاہتی ہے کہ جس طرح ساری چیزوں کا استعمال ہے تو میرے ذہن کا بھی استعمال ہو۔</w:t>
      </w:r>
    </w:p>
    <w:p>
      <w:r>
        <w:rPr>
          <w:b/>
        </w:rPr>
        <w:t xml:space="preserve">[1:40:44] </w:t>
      </w:r>
      <w:r>
        <w:t>Are soul and mind the same thing or two different things?</w:t>
      </w:r>
    </w:p>
    <w:p>
      <w:pPr>
        <w:jc w:val="right"/>
      </w:pPr>
      <w:r>
        <w:t>Are soul and mind the same thing or two different things?</w:t>
      </w:r>
    </w:p>
    <w:p>
      <w:r>
        <w:rPr>
          <w:b/>
        </w:rPr>
        <w:t xml:space="preserve">[1:40:48] </w:t>
      </w:r>
      <w:r>
        <w:t>bhai dekhen sofi log to do cheezen mante hain alag alag. baqi mein nahin manta. mein to kehta hoon ke ya to jismani body hai ya zehan hai.</w:t>
      </w:r>
    </w:p>
    <w:p>
      <w:pPr>
        <w:jc w:val="right"/>
      </w:pPr>
      <w:r>
        <w:t>بھئی دیکھیں صوفی لوگ تو دو چیزیں مانتے ہیں الگ الگ۔ باقی میں نہیں مانتا۔ میں تو کہتا ہوں کہ یا تو جسمانی باڈی ہے یا ذہن ہے۔</w:t>
      </w:r>
    </w:p>
    <w:p>
      <w:r>
        <w:rPr>
          <w:b/>
        </w:rPr>
        <w:t xml:space="preserve">[1:40:57] </w:t>
      </w:r>
      <w:r>
        <w:t>bas teesri koi cheez nahin hai. is zehan ka rohani naam jo hai woh soul hai. bas mein to yahi manta hoon.</w:t>
      </w:r>
    </w:p>
    <w:p>
      <w:pPr>
        <w:jc w:val="right"/>
      </w:pPr>
      <w:r>
        <w:t>بس تیسری کوئی چیز نہیں ہے۔ اس ذہن کا روحانی نام جو ہے وہ soul ہے۔ بس میں تو یہی مانتا ہوں۔</w:t>
      </w:r>
    </w:p>
    <w:p>
      <w:r>
        <w:rPr>
          <w:b/>
        </w:rPr>
        <w:t xml:space="preserve">[1:41:09] </w:t>
      </w:r>
      <w:r>
        <w:t>wo rohani naam is ka hai. zehan ka rohani naam jo hai us ko hum soul keh dete hain. ya rooh keh dete hain.</w:t>
      </w:r>
    </w:p>
    <w:p>
      <w:pPr>
        <w:jc w:val="right"/>
      </w:pPr>
      <w:r>
        <w:t>وہ روحانی نام اس کا ہے۔ ذہن کا روحانی نام جو ہے اس کو ہم soul کہہ دیتے ہیں۔ یا روح کہہ دیتے ہیں۔</w:t>
      </w:r>
    </w:p>
    <w:p>
      <w:r>
        <w:rPr>
          <w:b/>
        </w:rPr>
        <w:t xml:space="preserve">[1:41:17] </w:t>
      </w:r>
      <w:r>
        <w:t>alag se koi cheez nahin hai. do hi cheezen hain insan mein. ya to jismani body hai ya zehan hai. yani mera mera manna yahi hai.</w:t>
      </w:r>
    </w:p>
    <w:p>
      <w:pPr>
        <w:jc w:val="right"/>
      </w:pPr>
      <w:r>
        <w:t>الگ سے کوئی چیز نہیں ہے۔ دو ہی چیزیں ہیں انسان میں۔ یا تو جسمانی باڈی ہے یا ذہن ہے۔ یعنی میرا میرا ماننا یہی ہے۔</w:t>
      </w:r>
    </w:p>
    <w:p>
      <w:r>
        <w:rPr>
          <w:b/>
        </w:rPr>
        <w:t xml:space="preserve">[1:41:29] </w:t>
      </w:r>
      <w:r>
        <w:t>aap keh rahe hain soul aur zehan ek hain. to yeh keh rahe hain maut ke baad kya zehan apni jaise jo zehan ka zehan free thinking mein sochta hai na free will mein to kya woh tasawwur maut ke baad bhi chalta hai isi zehan ka?</w:t>
      </w:r>
    </w:p>
    <w:p>
      <w:pPr>
        <w:jc w:val="right"/>
      </w:pPr>
      <w:r>
        <w:t>آپ کہہ رہے ہیں soul اور ذہن ایک ہیں۔ تو یہ کہہ رہے ہیں موت کے بعد کیا ذہن اپنی جیسے جو ذہن کا ذہن فری تھنکنگ میں سوچتا ہے نا فری ول میں تو کیا وہ تصور موت کے بعد بھی چلتا ہے اسی ذہن کا؟</w:t>
      </w:r>
    </w:p>
    <w:p>
      <w:r>
        <w:rPr>
          <w:b/>
        </w:rPr>
        <w:t xml:space="preserve">[1:41:43] </w:t>
      </w:r>
      <w:r>
        <w:t>What happens to the mind? zehan ka kya hota hai maut ke baad?</w:t>
      </w:r>
    </w:p>
    <w:p>
      <w:pPr>
        <w:jc w:val="right"/>
      </w:pPr>
      <w:r>
        <w:t>What happens to the mind? ذہن کا کیا ہوتا ہے موت کے بعد؟</w:t>
      </w:r>
    </w:p>
    <w:p>
      <w:r>
        <w:rPr>
          <w:b/>
        </w:rPr>
        <w:t xml:space="preserve">[1:41:48] </w:t>
      </w:r>
      <w:r>
        <w:t>bhai dekhen islami tasawwur jo hai woh mein batata hoon aap ko. woh yeh hai ke</w:t>
      </w:r>
    </w:p>
    <w:p>
      <w:pPr>
        <w:jc w:val="right"/>
      </w:pPr>
      <w:r>
        <w:t>بھئی دیکھیں اسلامی تصور جو ہے وہ میں بتاتا ہوں آپ کو۔ وہ یہ ہے کہ</w:t>
      </w:r>
    </w:p>
    <w:p>
      <w:r>
        <w:rPr>
          <w:b/>
        </w:rPr>
        <w:t xml:space="preserve">[1:41:56] </w:t>
      </w:r>
      <w:r>
        <w:t>jis tarah se aaj hum poori tarah hamein azadi mila hua hai aur azadi ke sath hum sochte hain theek theek isi tarah se hamein baat ko bhi mila hua hoga azadi.</w:t>
      </w:r>
    </w:p>
    <w:p>
      <w:pPr>
        <w:jc w:val="right"/>
      </w:pPr>
      <w:r>
        <w:t>جس طرح سے آج ہم پوری طرح ہمیں آزادی ملا ہوا ہے اور آزادی کے ساتھ ہم سوچتے ہیں ٹھیک اسی طرح سے ہمیں بات کو بھی ملا ہوا ہوگا آزادی۔</w:t>
      </w:r>
    </w:p>
    <w:p>
      <w:r>
        <w:rPr>
          <w:b/>
        </w:rPr>
        <w:t xml:space="preserve">[1:42:10] </w:t>
      </w:r>
      <w:r>
        <w:t>lekin ek farq hai woh yeh hai ke jis ne aaj ki duniya mein yani maujooda duniya mein apne zehan ko</w:t>
      </w:r>
    </w:p>
    <w:p>
      <w:pPr>
        <w:jc w:val="right"/>
      </w:pPr>
      <w:r>
        <w:t>لیکن ایک فرق ہے وہ یہ ہے کہ جس نے آج کی دنیا میں یعنی موجودہ دنیا میں اپنے ذہن کو</w:t>
      </w:r>
    </w:p>
    <w:p>
      <w:r>
        <w:rPr>
          <w:b/>
        </w:rPr>
        <w:t xml:space="preserve">[1:42:24] </w:t>
      </w:r>
      <w:r>
        <w:t>ghalat istemal nahin kiya apni azadi ko ghalat istemal nahin kiya isi ko sach poora azadi milega wahan. Quran mein hai ke وَإِذَا رَيْتَ سَمًّا رَيْتَ نَعِيمًا وَمُلْكًا ك</w:t>
      </w:r>
    </w:p>
    <w:p>
      <w:pPr>
        <w:jc w:val="right"/>
      </w:pPr>
      <w:r>
        <w:t>غلط استعمال نہیں کیا اپنی آزادی کو غلط استعمال نہیں کیا اسی کو سچ پورا آزادی ملے گا وہاں۔ قرآن میں ہے کہ وَإِذَا رَيْتَ سَمًّا رَيْتَ نَعِيمًا وَمُلْكًا ك</w:t>
      </w:r>
    </w:p>
    <w:p>
      <w:r>
        <w:rPr>
          <w:b/>
        </w:rPr>
        <w:t xml:space="preserve">[1:42:37] </w:t>
      </w:r>
      <w:r>
        <w:t>bīran yani bilkul hi azadi ho jayegi so feesad. lekin kis ko milegi? jo duniya mein nizam o zabt ke sath raha jis ne ghalat istemal nahin kiya us ko milegi.</w:t>
      </w:r>
    </w:p>
    <w:p>
      <w:pPr>
        <w:jc w:val="right"/>
      </w:pPr>
      <w:r>
        <w:t>َبِيرًا یعنی بالکل ہی آزادی ہو جائے گی سو فیصد۔ لیکن کس کو ملے گی؟ جو دنیا میں نظم و ضبط کے ساتھ رہا جس نے غلط استعمال نہیں کیا اس کو ملے گی۔</w:t>
      </w:r>
    </w:p>
    <w:p>
      <w:r>
        <w:rPr>
          <w:b/>
        </w:rPr>
        <w:t xml:space="preserve">[1:42:48] </w:t>
      </w:r>
      <w:r>
        <w:t>kyunke woh sabit karega ke mein apne zehan ki azadi ko ghalat istemal hi nahin karunga. yani woh sabit woh sabit karta hai aadmi ke mein yeh kar hi nahin sakta ke mein kisi se nafrat karoon.</w:t>
      </w:r>
    </w:p>
    <w:p>
      <w:pPr>
        <w:jc w:val="right"/>
      </w:pPr>
      <w:r>
        <w:t>کیونکہ وہ ثابت کرے گا کہ میں اپنے ذہن کی آزادی کو غلط استعمال ہی نہیں کروں گا۔ یعنی وہ ثابت وہ ثابت کرتا ہے آدمی کہ میں یہ کر ہی نہیں سکتا کہ میں کسی سے نفرت کروں۔</w:t>
      </w:r>
    </w:p>
    <w:p>
      <w:r>
        <w:rPr>
          <w:b/>
        </w:rPr>
        <w:t xml:space="preserve">[1:43:03] </w:t>
      </w:r>
      <w:r>
        <w:t>isi ko ijazat hogi ke khoob khoob azadi ke sath raho.</w:t>
      </w:r>
    </w:p>
    <w:p>
      <w:pPr>
        <w:jc w:val="right"/>
      </w:pPr>
      <w:r>
        <w:t>اسی کو اجازت ہوگی کہ خوب خوب آزادی کے ساتھ رہو۔</w:t>
      </w:r>
    </w:p>
    <w:p>
      <w:r>
        <w:rPr>
          <w:b/>
        </w:rPr>
        <w:t xml:space="preserve">[1:43:07] </w:t>
      </w:r>
      <w:r>
        <w:t>aur jo yeh sabit karega ke mujhe nafrat kar sakta hoon mein kisi se to us ko jahannum mein daal denge jao woh nafrat karo sab se nafrat karte raho. ab woh woh jo misali duniya hai jahan koi kisi se nafrat nahin karega jahan sab log aman ke sath rahenge woh un ko milegi jinhon ne duniya mein yeh sabit kiya ke woh aisi rooh hain ya aise zehan hain ke kisi ke liye un ke pas nafrat nahin hai kisi ke liye manfi khayalat nahin hain</w:t>
      </w:r>
    </w:p>
    <w:p>
      <w:pPr>
        <w:jc w:val="right"/>
      </w:pPr>
      <w:r>
        <w:t>اور جو یہ ثابت کرے گا کہ مجھے نفرت کر سکتا ہوں میں کسی سے تو اس کو جہنم میں ڈال دیں گے جاؤ وہ نفرت کرو سب سے نفرت کرتے رہو۔ اب وہ وہ جو مثالی دنیا ہے جہاں کوئی کسی سے نفرت نہیں کرے گا جہاں سب لوگ امن کے ساتھ رہیں گے وہ ان کو ملے گی جنہوں نے دنیا میں یہ ثابت کیا کہ وہ ایسی روح ہیں یا ایسے ذہن ہیں کہ کسی کے لیے ان کے پاس نفرت نہیں ہے کسی کے لیے منفی خیالات نہیں ہیں</w:t>
      </w:r>
    </w:p>
    <w:p>
      <w:r>
        <w:rPr>
          <w:b/>
        </w:rPr>
        <w:t xml:space="preserve">[1:43:36] </w:t>
      </w:r>
      <w:r>
        <w:t>to un ko poora azadi mil jayega. yeh tasawwur hai Islam mein.</w:t>
      </w:r>
    </w:p>
    <w:p>
      <w:pPr>
        <w:jc w:val="right"/>
      </w:pPr>
      <w:r>
        <w:t>تو ان کو پورا آزادی مل جائے گا۔ یہ تصور ہے اسلام میں۔</w:t>
      </w:r>
    </w:p>
    <w:p>
      <w:r>
        <w:rPr>
          <w:b/>
        </w:rPr>
        <w:t xml:space="preserve">[1:43:46] </w:t>
      </w:r>
      <w:r>
        <w:t>And Mahindra said one time that this world is a partial introduction to paradise. And if we take need-based and not greed-based, we get paradise.</w:t>
      </w:r>
    </w:p>
    <w:p>
      <w:pPr>
        <w:jc w:val="right"/>
      </w:pPr>
      <w:r>
        <w:t>And Mahindra said one time that this world is a partial introduction to paradise. And if we take need-based and not greed-based, we get paradise.</w:t>
      </w:r>
    </w:p>
    <w:p>
      <w:r>
        <w:rPr>
          <w:b/>
        </w:rPr>
        <w:t xml:space="preserve">[1:43:59] </w:t>
      </w:r>
      <w:r>
        <w:t>us ko zara explain kar sakte hain?</w:t>
      </w:r>
    </w:p>
    <w:p>
      <w:pPr>
        <w:jc w:val="right"/>
      </w:pPr>
      <w:r>
        <w:t>اس کو ذرا explain کر سکتے ہیں؟</w:t>
      </w:r>
    </w:p>
    <w:p>
      <w:r>
        <w:rPr>
          <w:b/>
        </w:rPr>
        <w:t xml:space="preserve">[1:44:04] </w:t>
      </w:r>
      <w:r>
        <w:t>haan yeh aap jante hain ke yeh jo nature jis ko hum kehte hain nature mein bohat beauty aap jante hain jab TV mein nature ke scene ate hain to kitne beautiful maloom hote hain to us ko jab mein dekhta hoon to mujhe lagta hai ke yeh a distance from woh a glimpse of paradise from a distance</w:t>
      </w:r>
    </w:p>
    <w:p>
      <w:pPr>
        <w:jc w:val="right"/>
      </w:pPr>
      <w:r>
        <w:t>ہاں یہ آپ جانتے ہیں کہ یہ جو nature جس کو ہم کہتے ہیں nature میں بہت beauty آپ جانتے ہیں جب ٹی وی میں nature کے سین آتے ہیں تو کتنے beautiful معلوم ہوتے ہیں تو اس کو جب میں دیکھتا ہوں تو مجھے لگتا ہے کہ یہ a distance from وہ a glimpse of paradise from a distance</w:t>
      </w:r>
    </w:p>
    <w:p>
      <w:r>
        <w:rPr>
          <w:b/>
        </w:rPr>
        <w:t xml:space="preserve">[1:44:32] </w:t>
      </w:r>
      <w:r>
        <w:t>aisa meri zuban se niklta hai ke a glimpse of paradise from a distance to Khuda ne jis ko Hindi mein ek lafz bara acha hai baangi to paradise ki baangi Khuda ne duniya mein dikha di hai.</w:t>
      </w:r>
    </w:p>
    <w:p>
      <w:pPr>
        <w:jc w:val="right"/>
      </w:pPr>
      <w:r>
        <w:t>ایسا میری زبان سے نکلتا ہے کہ a glimpse of paradise from a distance تو خدا نے جس کو ہندی میں ایک لفظ بڑا اچھا ہے بانگی تو paradise کی بانگی خدا نے دنیا میں دکھا دی ہے۔</w:t>
      </w:r>
    </w:p>
    <w:p>
      <w:r>
        <w:rPr>
          <w:b/>
        </w:rPr>
        <w:t xml:space="preserve">[1:44:48] </w:t>
      </w:r>
      <w:r>
        <w:t>yeh Quran mein yeh baat maujood hai jo mein keh raha hoon ke yeh baangi hai. yani Quran mein hai ke jab wahan logon ko phool diye jayenge to woh kahenge isi tarah ke phool humein duniya mein mile the lekin woh zaiqe bohat ache honge woh yani milte julte honge duniya ke phoolon se lekin un ka zaiqa bohat zyada high hoga bohat acha zaiqa hoga un ka to isi liye mein kehta hoon ke yeh baangi hai.</w:t>
      </w:r>
    </w:p>
    <w:p>
      <w:pPr>
        <w:jc w:val="right"/>
      </w:pPr>
      <w:r>
        <w:t>یہ قرآن میں یہ بات موجود ہے جو میں کہہ رہا ہوں کہ یہ بانگی ہے۔ یعنی قرآن میں ہے کہ جب وہاں لوگوں کو پھل دیے جائیں گے تو وہ کہیں گے اسی طرح کے پھل ہمیں دنیا میں ملے تھے لیکن وہ ذائقے بہت اچھے ہوں گے وہ یعنی ملتے جلتے ہوں گے دنیا کے پھلوں سے لیکن ان کا ذائقہ بہت زیادہ ہائی ہوگا بہت اچھا ذائقہ ہوگا ان کا تو اسی لیے میں کہتا ہوں کہ یہ بانگی ہے۔</w:t>
      </w:r>
    </w:p>
    <w:p>
      <w:r>
        <w:rPr>
          <w:b/>
        </w:rPr>
        <w:t xml:space="preserve">[1:45:16] </w:t>
      </w:r>
      <w:r>
        <w:t>thoda sa aap ko chakhha diya aur jo poora paradise hai woh to post death period mein mile</w:t>
      </w:r>
    </w:p>
    <w:p>
      <w:pPr>
        <w:jc w:val="right"/>
      </w:pPr>
      <w:r>
        <w:t>تھوڑا سا آپ کو چکھا دیا اور جو پورا paradise ہے وہ تو post death period میں ملے</w:t>
      </w:r>
    </w:p>
    <w:p>
      <w:r>
        <w:rPr>
          <w:b/>
        </w:rPr>
        <w:t xml:space="preserve">[1:45:22] </w:t>
      </w:r>
      <w:r>
        <w:t>ga to aik martaba mein gaya yahan par lodhi garden mein to wahan yeh yeh yeh mujh se</w:t>
      </w:r>
    </w:p>
    <w:p>
      <w:pPr>
        <w:jc w:val="right"/>
      </w:pPr>
      <w:r>
        <w:t>گا۔ تو ایک مرتبہ میں گیا یہاں پر لودھی گارڈن میں تو وہاں یہ یہ یہ مجھ سے</w:t>
      </w:r>
    </w:p>
    <w:p>
      <w:r>
        <w:rPr>
          <w:b/>
        </w:rPr>
        <w:t xml:space="preserve">[1:45:32] </w:t>
      </w:r>
      <w:r>
        <w:t>mere nikla tha ke a glimpse of paradise from a distance</w:t>
      </w:r>
    </w:p>
    <w:p>
      <w:pPr>
        <w:jc w:val="right"/>
      </w:pPr>
      <w:r>
        <w:t>میرے نکلا تھا کہ a glimpse of paradise from a distance</w:t>
      </w:r>
    </w:p>
    <w:p>
      <w:r>
        <w:rPr>
          <w:b/>
        </w:rPr>
        <w:t xml:space="preserve">[1:45:38] </w:t>
      </w:r>
      <w:r>
        <w:t>glimpse yeh sahi hai english tha glimpse of paradise from a distance</w:t>
      </w:r>
    </w:p>
    <w:p>
      <w:pPr>
        <w:jc w:val="right"/>
      </w:pPr>
      <w:r>
        <w:t>glimpse یہ صحیح ہے انگلش تھا glimpse of paradise from a distance ۔</w:t>
      </w:r>
    </w:p>
    <w:p>
      <w:r>
        <w:rPr>
          <w:b/>
        </w:rPr>
        <w:t xml:space="preserve">[1:45:50] </w:t>
      </w:r>
      <w:r>
        <w:t>ache Maula sahib Quran Sharif mein ek jagah pe aya hai wahan pe jahan pe Allah ne sabhi roohon ko ek jagah akatha kiya aur poocha ke أَلَسْتُمْ رَبَّكُمْ kya mein tumhara rab nahin hoon?</w:t>
      </w:r>
    </w:p>
    <w:p>
      <w:pPr>
        <w:jc w:val="right"/>
      </w:pPr>
      <w:r>
        <w:t>اچھے مولا صاحب قرآن شریف میں ایک جگہ پہ آیا ہے وہاں پہ جہاں پہ اللہ نے سبھی روحوں کو ایک جگہ اکٹھا کیا اور پوچھا کہ أَلَسْتُمْ رَبَّكُمْ کیا میں تمہارا رب نہیں ہوں؟</w:t>
      </w:r>
    </w:p>
    <w:p>
      <w:r>
        <w:rPr>
          <w:b/>
        </w:rPr>
        <w:t xml:space="preserve">[1:46:04] </w:t>
      </w:r>
      <w:r>
        <w:t>aur woh is tarah se aya ke sabhi roohon ko ek jagah pe akatha kar ke poocha Allah ne to sabhi roohon ne kaha ke haan tum hamare rab ho.</w:t>
      </w:r>
    </w:p>
    <w:p>
      <w:pPr>
        <w:jc w:val="right"/>
      </w:pPr>
      <w:r>
        <w:t>اور وہ اس طرح سے آیا کہ سبھی روحوں کو ایک جگہ پہ اکٹھا کر کے پوچھا اللہ نے تو سبھی روحوں نے کہا کہ ہاں تم ہمارے رب ہو۔</w:t>
      </w:r>
    </w:p>
    <w:p>
      <w:r>
        <w:rPr>
          <w:b/>
        </w:rPr>
        <w:t xml:space="preserve">[1:46:13] </w:t>
      </w:r>
      <w:r>
        <w:t>to yeh rooh aur is ka jo tasawwur hai to us ko wahan pe bodily physically insan present tha ya is ka spirit present tha kya?</w:t>
      </w:r>
    </w:p>
    <w:p>
      <w:pPr>
        <w:jc w:val="right"/>
      </w:pPr>
      <w:r>
        <w:t>تو یہ روح اور اس کا جو تصور ہے تو اس کو وہاں پہ bodily physically انسان present تھا یا اس کا spirit present تھا کیا؟</w:t>
      </w:r>
    </w:p>
    <w:p>
      <w:r>
        <w:rPr>
          <w:b/>
        </w:rPr>
        <w:t xml:space="preserve">[1:46:24] </w:t>
      </w:r>
      <w:r>
        <w:t>ab dekhen is ko</w:t>
      </w:r>
    </w:p>
    <w:p>
      <w:pPr>
        <w:jc w:val="right"/>
      </w:pPr>
      <w:r>
        <w:t>اب دیکھیں اس کو</w:t>
      </w:r>
    </w:p>
    <w:p>
      <w:r>
        <w:rPr>
          <w:b/>
        </w:rPr>
        <w:t xml:space="preserve">[1:46:27] </w:t>
      </w:r>
      <w:r>
        <w:t>hum mujmal hi samajh sakte hain detail mein nahi samajh sakte is ko lekin</w:t>
      </w:r>
    </w:p>
    <w:p>
      <w:pPr>
        <w:jc w:val="right"/>
      </w:pPr>
      <w:r>
        <w:t>ہم مجمل ہی سمجھ سکتے ہیں detail میں نہیں سمجھ سکتے اس کو لیکن</w:t>
      </w:r>
    </w:p>
    <w:p>
      <w:r>
        <w:rPr>
          <w:b/>
        </w:rPr>
        <w:t xml:space="preserve">[1:46:35] </w:t>
      </w:r>
      <w:r>
        <w:t>yeh genetics ka jo is zamane mein ilm hai woh batata hai ke</w:t>
      </w:r>
    </w:p>
    <w:p>
      <w:pPr>
        <w:jc w:val="right"/>
      </w:pPr>
      <w:r>
        <w:t>یہ genetics کا جو اس زمانے میں علم ہے وہ بتاتا ہے کہ</w:t>
      </w:r>
    </w:p>
    <w:p>
      <w:r>
        <w:rPr>
          <w:b/>
        </w:rPr>
        <w:t xml:space="preserve">[1:46:42] </w:t>
      </w:r>
      <w:r>
        <w:t>aadmi jab maa ke is mein hota hai jo itna chhota hota hai ke aap is ko dekh</w:t>
      </w:r>
    </w:p>
    <w:p>
      <w:pPr>
        <w:jc w:val="right"/>
      </w:pPr>
      <w:r>
        <w:t>آدمی جب ماں کے اس میں ہوتا ہے جو اتنا چھوٹا ہوتا ہے کہ آپ اس کو دیکھ</w:t>
      </w:r>
    </w:p>
    <w:p>
      <w:r>
        <w:rPr>
          <w:b/>
        </w:rPr>
        <w:t xml:space="preserve">[1:46:48] </w:t>
      </w:r>
      <w:r>
        <w:t>nahin sakte is ko tab is ke andar poori personality maujood rehti hai</w:t>
      </w:r>
    </w:p>
    <w:p>
      <w:pPr>
        <w:jc w:val="right"/>
      </w:pPr>
      <w:r>
        <w:t>نہیں سکتے اس کو تب اس کے اندر پوری personality موجود رہتی ہے۔</w:t>
      </w:r>
    </w:p>
    <w:p>
      <w:r>
        <w:rPr>
          <w:b/>
        </w:rPr>
        <w:t xml:space="preserve">[1:46:54] </w:t>
      </w:r>
      <w:r>
        <w:t>yeh to aap jante hain genetics yeh kehti hai ke agar mere yahan par ek spot hai woh spot mein woh maujood rehta hai woh poori personality aati hai ماں ke pet mein jis se maine yeh samjha hai ke wahan jo log paida kiye gaye thay apni poori personality ke sath woh paida kiye gaye thay aur form kiya tha un ka to form to ek irrelevant baat hai.</w:t>
      </w:r>
    </w:p>
    <w:p>
      <w:pPr>
        <w:jc w:val="right"/>
      </w:pPr>
      <w:r>
        <w:t>یہ تو آپ جانتے ہیں genetics یہ کہتی ہے کہ اگر میرے یہاں پر ایک spot ہے وہ spot میں وہ موجود رہتا ہے وہ پوری personality آتی ہے ماں کے پیٹ میں جس سے میں نے یہ سمجھا ہے کہ وہاں جو لوگ پیدا کیے گئے تھے اپنی پوری personality کے ساتھ وہ پیدا کیے گئے تھے اور فارم کیا تھا ان کا تو فارم تو ایک irrelevant بات ہے۔</w:t>
      </w:r>
    </w:p>
    <w:p>
      <w:r>
        <w:rPr>
          <w:b/>
        </w:rPr>
        <w:t xml:space="preserve">[1:47:21] </w:t>
      </w:r>
      <w:r>
        <w:t>koi bhi form ho mein chota ho bara ho lekin poori personality ka paida hona ya maujood hona yeh jo aaj kal ka jo science hai genetics ki science woh is se sabit hota hai ke bohat hi chote is mein poori personality ho sakti hai</w:t>
      </w:r>
    </w:p>
    <w:p>
      <w:pPr>
        <w:jc w:val="right"/>
      </w:pPr>
      <w:r>
        <w:t>کوئی بھی فارم ہو میں چھوٹا ہو بڑا ہو لیکن پوری personality کا پیدا ہونا یا موجود ہونا یہ جو آج کل کا جو سائنس ہے genetics کی سائنس وہ اس سے ثابت ہوتا ہے کہ بہت ہی چھوٹے اس میں پوری personality ہو سکتی ہے</w:t>
      </w:r>
    </w:p>
    <w:p>
      <w:r>
        <w:rPr>
          <w:b/>
        </w:rPr>
        <w:t xml:space="preserve">[1:47:45] </w:t>
      </w:r>
      <w:r>
        <w:t>to mein samajhta hoon ke wahan jo paida kiye gaye thay log woh woh isi isi tarah paida kiye gaye thay aisa mera khayal hai ke woh detail to is mein hai nahi detail to hai nahi lekin mein yeh kahoon ga ke asal cheez science mein hai kisi cheez ki probability sabit sabit hona probability to genetics ka jo yeh jo science hai woh probability ko sabit kar rahi hai yeh mein keh raha hoon</w:t>
      </w:r>
    </w:p>
    <w:p>
      <w:pPr>
        <w:jc w:val="right"/>
      </w:pPr>
      <w:r>
        <w:t>تو میں سمجھتا ہوں کہ وہاں جو پیدا کیے گئے تھے لوگ وہ وہ اسی اسی طرح پیدا کیے گئے تھے ایسا میرا خیال ہے کہ وہ detail تو اس میں ہے نہیں detail تو ہے نہیں لیکن میں یہ کہوں گا کہ اصل چیز سائنس میں ہے کسی چیز کی probability ثابت ثابت ہونا probability تو genetics کا جو یہ جو سائنس ہے وہ probability کو ثابت کر رہی ہے یہ میں کہہ رہا ہوں</w:t>
      </w:r>
    </w:p>
    <w:p>
      <w:r>
        <w:rPr>
          <w:b/>
        </w:rPr>
        <w:t xml:space="preserve">[1:48:14] </w:t>
      </w:r>
      <w:r>
        <w:t>hum detail ko nahi samajh sakte hain lekin hum yeh sirf yeh keh sakte hain ke modern jo tasawwur hai genetics ka hai woh is ki probability ko sabit kar raha hai.</w:t>
      </w:r>
    </w:p>
    <w:p>
      <w:pPr>
        <w:jc w:val="right"/>
      </w:pPr>
      <w:r>
        <w:t>ہم detail کو نہیں سمجھ سکتے ہیں لیکن ہم یہ صرف یہ کہہ سکتے ہیں کہ modern جو تصور ہے genetics کا ہے وہ اس کی probability کو ثابت کر رہا ہے۔</w:t>
      </w:r>
    </w:p>
    <w:p>
      <w:r>
        <w:rPr>
          <w:b/>
        </w:rPr>
        <w:t xml:space="preserve">[1:48:33] </w:t>
      </w:r>
      <w:r>
        <w:t>How can one lead a need-based life rather than a greed-based life? mujhe dekh lijie mujhe dekh lijie mein</w:t>
      </w:r>
    </w:p>
    <w:p>
      <w:pPr>
        <w:jc w:val="right"/>
      </w:pPr>
      <w:r>
        <w:t>How can one lead a need-based life rather than a greed-based life? مجھے دیکھ لیجیے مجھے دیکھ لیجیے میں</w:t>
      </w:r>
    </w:p>
    <w:p>
      <w:r>
        <w:rPr>
          <w:b/>
        </w:rPr>
        <w:t xml:space="preserve">[1:48:43] </w:t>
      </w:r>
      <w:r>
        <w:t>mujhe pata kar lijie aap subah sham aa kar dekhye mujhe kaise rehta hoon mein ab mujhe aap se jo luxury mein rehta hoon us se zyada khush rehta hoon mein koi bhi aadmi jo jo luxury mein jeeta ho koi bhi xyz king charles jo hai wahan britain ka ya george bush jo hain koi bhi jis ko bhi aap samajhte hon ke luxury mein jeeta hai woh mujh se mawazana kijie us ko</w:t>
      </w:r>
    </w:p>
    <w:p>
      <w:pPr>
        <w:jc w:val="right"/>
      </w:pPr>
      <w:r>
        <w:t>مجھے پتہ کر لیجیے آپ صبح شام آ کر دیکھئے مجھے کیسے رہتا ہوں میں اب مجھے آپ سے جو لگژری میں رہتا ہوں اس سے زیادہ خوش رہتا ہوں میں کوئی بھی آدمی جو جو لگژری میں جیتا ہو کوئی بھی ایکس وائی زیڈ کنگ چارلز جو ہے وہاں برٹن کا یا جارج بش جو ہیں کوئی بھی جس کو بھی آپ سمجھتے ہوں کہ لگژری میں جیتا ہے وہ مجھ سے موازنہ کیجیے اس کو</w:t>
      </w:r>
    </w:p>
    <w:p>
      <w:r>
        <w:rPr>
          <w:b/>
        </w:rPr>
        <w:t xml:space="preserve">[1:49:11] </w:t>
      </w:r>
      <w:r>
        <w:t>das din meri study ke das din us ki study kijie mein challenge karta hoon ke mujh ko zyada aap dekhen ke mein zyada khush rehta hoon woh aadmi khush nahi rehta hoga agar aisa na ho to phir apni machine band kar doon ga mein yeh jo machine chala raha hoon mein band kar doon ga is ko.</w:t>
      </w:r>
    </w:p>
    <w:p>
      <w:pPr>
        <w:jc w:val="right"/>
      </w:pPr>
      <w:r>
        <w:t>دس دن میری study کے دس دن اس کی study کیجیے میں چیلنج کرتا ہوں کہ مجھ کو زیادہ آپ دیکھیں کہ میں زیادہ خوش رہتا ہوں وہ آدمی خوش نہیں رہتا ہوگا اگر ایسا نہ ہو تو پھر اپنی مشین بند کر دوں گا میں یہ جو مشین چلا رہا ہوں میں بند کر دوں گا اس کو۔</w:t>
      </w:r>
    </w:p>
    <w:p>
      <w:r>
        <w:rPr>
          <w:b/>
        </w:rPr>
        <w:t xml:space="preserve">[1:49:26] </w:t>
      </w:r>
      <w:r>
        <w:t>ji haan dunya mein koi ek insan aisa mil jaye jo luxury mein jeeta ho aur mujh se zyada khush ho woh to mein is machine ko band kar doon ga is se bara challenge nahi hota tha koi mein kehta hoon ke is se bara challenge koi nahi ho sakta hai.</w:t>
      </w:r>
    </w:p>
    <w:p>
      <w:pPr>
        <w:jc w:val="right"/>
      </w:pPr>
      <w:r>
        <w:t>جی ہاں دنیا میں کوئی ایک انسان ایسا مل جائے جو لگژری میں جیتا ہو اور مجھ سے زیادہ خوش ہو وہ تو میں اس مشین کو بند کر دوں گا اس سے بڑا چیلنج نہیں ہوتا تھا کوئی میں کہتا ہوں کہ اس سے بڑا چیلنج کوئی نہیں ہو سکتا ہے۔</w:t>
      </w:r>
    </w:p>
    <w:p>
      <w:r>
        <w:rPr>
          <w:b/>
        </w:rPr>
        <w:t xml:space="preserve">[1:49:48] </w:t>
      </w:r>
      <w:r>
        <w:t>After death they go straight to heaven or they have to wait until the day of judgement? ab dekhen yeh bohat zyada clear cut way mein is ka jawab nahi de sakta lekin barzakh ka ek tasawwur hai hadith mein to lagta hai ke maut mein audio of judgement mein koi beech ka ke period koi period hai</w:t>
      </w:r>
    </w:p>
    <w:p>
      <w:pPr>
        <w:jc w:val="right"/>
      </w:pPr>
      <w:r>
        <w:t>After death they go straight to heaven or they have to wait until the day of judgement? اب دیکھیں یہ بہت زیادہ clear cut way میں اس کا جواب نہیں دے سکتا لیکن برزخ کا ایک تصور ہے حدیث میں تو لگتا ہے کہ موت میں آڈیو آف ججمنٹ میں کوئی بیچ کا کہ پیریڈ کوئی پیریڈ ہے</w:t>
      </w:r>
    </w:p>
    <w:p>
      <w:r>
        <w:rPr>
          <w:b/>
        </w:rPr>
        <w:t xml:space="preserve">[1:50:15] </w:t>
      </w:r>
      <w:r>
        <w:t>ek dam clear cut tor par nahi samajh sakte hum do do char ke tarike se lekin lagta hai ke ek koi period hai jis ko barzakh kaha gaya hai to</w:t>
      </w:r>
    </w:p>
    <w:p>
      <w:pPr>
        <w:jc w:val="right"/>
      </w:pPr>
      <w:r>
        <w:t>ایک دم clear cut طور پر نہیں سمجھ سکتے ہم دو دو چار کے طریقے سے لیکن لگتا ہے کہ ایک کوئی پیریڈ ہے جس کو برزخ کہا گیا ہے تو</w:t>
      </w:r>
    </w:p>
    <w:p>
      <w:r>
        <w:rPr>
          <w:b/>
        </w:rPr>
        <w:t xml:space="preserve">[1:50:28] </w:t>
      </w:r>
      <w:r>
        <w:t>maut ke aur is ke beech mein albata sath sath yeh bhi maloom hota hai ke aadmi ko yani jab maut ke baad jo evil souls hain un ko bari hawayein aane lagti hain aur jo achi souls hain jo achi personalities hain un ko wahan par thandi hawayein aane lagti hain</w:t>
      </w:r>
    </w:p>
    <w:p>
      <w:pPr>
        <w:jc w:val="right"/>
      </w:pPr>
      <w:r>
        <w:t>موت کے اور اس کے بیچ میں البتہ ساتھ ساتھ یہ بھی معلوم ہوتا ہے کہ آدمی کو یعنی جب موت کے بعد جو evil souls ہیں ان کو بری ہوائیں آنے لگتی ہیں اور جو اچھی souls ہیں جو اچھی personalities ہیں ان کو وہاں پر ٹھنڈی ہوائیں آنے لگتی ہیں</w:t>
      </w:r>
    </w:p>
    <w:p>
      <w:r>
        <w:rPr>
          <w:b/>
        </w:rPr>
        <w:t xml:space="preserve">[1:50:53] </w:t>
      </w:r>
      <w:r>
        <w:t>to aik qism ka yani pehle hi in ko aik qism ka pleasure milne lagta hai in ko</w:t>
      </w:r>
    </w:p>
    <w:p>
      <w:pPr>
        <w:jc w:val="right"/>
      </w:pPr>
      <w:r>
        <w:t>تو ایک قسم کا یعنی پہلے ہی ان کو ایک قسم کا pleasure ملنے لگتا ہے ان کو</w:t>
      </w:r>
    </w:p>
    <w:p>
      <w:r>
        <w:rPr>
          <w:b/>
        </w:rPr>
        <w:t xml:space="preserve">[1:50:59] </w:t>
      </w:r>
      <w:r>
        <w:t>bhi pehle se aik qism ka punishment milne lagta hai kyunke sab khul jayega idhar mare idhar</w:t>
      </w:r>
    </w:p>
    <w:p>
      <w:pPr>
        <w:jc w:val="right"/>
      </w:pPr>
      <w:r>
        <w:t>بھی پہلے سے ایک قسم کا punishment ملنے لگتا ہے کیونکہ سب کھل جائے گا ادھر مرے ادھر</w:t>
      </w:r>
    </w:p>
    <w:p>
      <w:r>
        <w:rPr>
          <w:b/>
        </w:rPr>
        <w:t xml:space="preserve">[1:51:04] </w:t>
      </w:r>
      <w:r>
        <w:t>pata chal gaya ke mein duniya mein kaisa tha</w:t>
      </w:r>
    </w:p>
    <w:p>
      <w:pPr>
        <w:jc w:val="right"/>
      </w:pPr>
      <w:r>
        <w:t>پتہ چل گیا کہ میں دنیا میں کیسا تھا</w:t>
      </w:r>
    </w:p>
    <w:p>
      <w:r>
        <w:rPr>
          <w:b/>
        </w:rPr>
        <w:t xml:space="preserve">[1:51:08] </w:t>
      </w:r>
      <w:r>
        <w:t>marte hi pata chal jayega ke mein duniya mein kaisa tha to aik kuch ehsaas is qism</w:t>
      </w:r>
    </w:p>
    <w:p>
      <w:pPr>
        <w:jc w:val="right"/>
      </w:pPr>
      <w:r>
        <w:t>مرتے ہی پتہ چل جائے گا کہ میں دنیا میں کیسا تھا تو ایک کچھ احساس اس قسم</w:t>
      </w:r>
    </w:p>
    <w:p>
      <w:r>
        <w:rPr>
          <w:b/>
        </w:rPr>
        <w:t xml:space="preserve">[1:51:13] </w:t>
      </w:r>
      <w:r>
        <w:t>ka yani final judgement se pehle bhi is ko hoga lekin barzakh ka jo tasawwur hai hadith mein</w:t>
      </w:r>
    </w:p>
    <w:p>
      <w:pPr>
        <w:jc w:val="right"/>
      </w:pPr>
      <w:r>
        <w:t>کا یعنی final judgement سے پہلے بھی اس کو ہوگا لیکن برزخ کا جو تصور ہے حدیث میں</w:t>
      </w:r>
    </w:p>
    <w:p>
      <w:r>
        <w:rPr>
          <w:b/>
        </w:rPr>
        <w:t xml:space="preserve">[1:51:21] </w:t>
      </w:r>
      <w:r>
        <w:t>quran mein to nahi hai hadith mein hai</w:t>
      </w:r>
    </w:p>
    <w:p>
      <w:pPr>
        <w:jc w:val="right"/>
      </w:pPr>
      <w:r>
        <w:t>قرآن میں تو نہیں ہے حدیث میں ہے</w:t>
      </w:r>
    </w:p>
    <w:p>
      <w:r>
        <w:rPr>
          <w:b/>
        </w:rPr>
        <w:t xml:space="preserve">[1:51:23] </w:t>
      </w:r>
      <w:r>
        <w:t>yeh lafz quran mein istemal hua hai lekin doosre mani mein istemal hua hai woh to is se andaza hota hai ke koi na koi aisi period hai beech mein maut aur final judgement ke beech mein jis ko hum barzakh keh sakte hain lekin bohat zyada hum is ko detail mein nahi jaan sakte.</w:t>
      </w:r>
    </w:p>
    <w:p>
      <w:pPr>
        <w:jc w:val="right"/>
      </w:pPr>
      <w:r>
        <w:t>یہ لفظ قرآن میں استعمال ہوا ہے لیکن دوسرے معنی میں استعمال ہوا ہے وہ تو اس سے اندازہ ہوتا ہے کہ کوئی نہ کوئی ایسی پیریڈ ہے بیچ میں موت اور final judgement کے بیچ میں جس کو ہم برزخ کہہ سکتے ہیں لیکن بہت زیادہ ہم اس کو detail میں نہیں جان سکتے۔</w:t>
      </w:r>
    </w:p>
    <w:p>
      <w:r>
        <w:rPr>
          <w:b/>
        </w:rPr>
        <w:t xml:space="preserve">[1:51:41] </w:t>
      </w:r>
      <w:r>
        <w:t>What is the importance of intention?</w:t>
      </w:r>
    </w:p>
    <w:p>
      <w:pPr>
        <w:jc w:val="right"/>
      </w:pPr>
      <w:r>
        <w:t>What is the importance of intention?</w:t>
      </w:r>
    </w:p>
    <w:p>
      <w:r>
        <w:rPr>
          <w:b/>
        </w:rPr>
        <w:t xml:space="preserve">[1:51:50] </w:t>
      </w:r>
      <w:r>
        <w:t>bhai islam mein to sara hi mamla intention par base karta hai إِنَّمَا الْأَمَالُ بِالنِّيَّاتِ</w:t>
      </w:r>
    </w:p>
    <w:p>
      <w:pPr>
        <w:jc w:val="right"/>
      </w:pPr>
      <w:r>
        <w:t>بھئی اسلام میں تو سارا ہی معاملہ intention پر بیس کرتا ہے إِنَّمَا الْأَمَالُ بِالنِّيَّاتِ</w:t>
      </w:r>
    </w:p>
    <w:p>
      <w:r>
        <w:rPr>
          <w:b/>
        </w:rPr>
        <w:t xml:space="preserve">[1:52:00] </w:t>
      </w:r>
      <w:r>
        <w:t>to</w:t>
      </w:r>
    </w:p>
    <w:p>
      <w:pPr>
        <w:jc w:val="right"/>
      </w:pPr>
      <w:r>
        <w:t>تو</w:t>
      </w:r>
    </w:p>
    <w:p>
      <w:r>
        <w:rPr>
          <w:b/>
        </w:rPr>
        <w:t xml:space="preserve">[1:52:03] </w:t>
      </w:r>
      <w:r>
        <w:t>intention ka matlab yeh hai ke aap koi kaam jo karte hain to for the sake of God karte hain ya for the sake of anything else karte hain to bunyadi baat yeh hai ke har kaam aap ka for the sake of God ho</w:t>
      </w:r>
    </w:p>
    <w:p>
      <w:pPr>
        <w:jc w:val="right"/>
      </w:pPr>
      <w:r>
        <w:t>intention کا مطلب یہ ہے کہ آپ کوئی کام جو کرتے ہیں تو for the sake of God کرتے ہیں یا for the sake of anything else کرتے ہیں تو بنیادی بات یہ ہے کہ ہر کام آپ کا for the sake of God ہو</w:t>
      </w:r>
    </w:p>
    <w:p>
      <w:r>
        <w:rPr>
          <w:b/>
        </w:rPr>
        <w:t xml:space="preserve">[1:52:19] </w:t>
      </w:r>
      <w:r>
        <w:t>to woh sahi intention mana jaye ga aur agar for the sake of anything else hai to woh bad intention mana jaye ga phir is ki value khuda kiya nahi hogi yeh tasawwur hai islam mein.</w:t>
      </w:r>
    </w:p>
    <w:p>
      <w:pPr>
        <w:jc w:val="right"/>
      </w:pPr>
      <w:r>
        <w:t>تو وہ صحیح intention مانا جائے گا اور اگر for the sake of anything else ہے تو وہ bad intention مانا جائے گا پھر اس کی value خدا کیا نہیں ہوگی یہ تصور ہے اسلام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