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Importance of Shukr in islam 13 Feb 2014 - Maulana Wahiduddin Khan</w:t>
      </w:r>
    </w:p>
    <w:p>
      <w:r>
        <w:t>https://www.youtube.com/watch?v=mARmX7AUxUo</w:t>
      </w:r>
    </w:p>
    <w:p>
      <w:r>
        <w:rPr>
          <w:b/>
        </w:rPr>
        <w:t xml:space="preserve">[00:14] </w:t>
      </w:r>
      <w:r>
        <w:t>bismillah-hir-rahman-nir-rahim.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[00:19] </w:t>
      </w:r>
      <w:r>
        <w:t>13 farwari 2014.</w:t>
      </w:r>
    </w:p>
    <w:p>
      <w:pPr>
        <w:jc w:val="right"/>
      </w:pPr>
      <w:r>
        <w:t>13 فروری 2014۔</w:t>
      </w:r>
    </w:p>
    <w:p>
      <w:r>
        <w:rPr>
          <w:b/>
        </w:rPr>
        <w:t xml:space="preserve">[00:27] </w:t>
      </w:r>
      <w:r>
        <w:t>is waqt mein</w:t>
      </w:r>
    </w:p>
    <w:p>
      <w:pPr>
        <w:jc w:val="right"/>
      </w:pPr>
      <w:r>
        <w:t>اس وقت میں</w:t>
      </w:r>
    </w:p>
    <w:p>
      <w:r>
        <w:rPr>
          <w:b/>
        </w:rPr>
        <w:t xml:space="preserve">[00:29] </w:t>
      </w:r>
      <w:r>
        <w:t>shukr ke bare mein</w:t>
      </w:r>
    </w:p>
    <w:p>
      <w:pPr>
        <w:jc w:val="right"/>
      </w:pPr>
      <w:r>
        <w:t>شکر کے بارے میں</w:t>
      </w:r>
    </w:p>
    <w:p>
      <w:r>
        <w:rPr>
          <w:b/>
        </w:rPr>
        <w:t xml:space="preserve">[00:32] </w:t>
      </w:r>
      <w:r>
        <w:t>kuch kehna chahta hoon.</w:t>
      </w:r>
    </w:p>
    <w:p>
      <w:pPr>
        <w:jc w:val="right"/>
      </w:pPr>
      <w:r>
        <w:t>کچھ کہنا چاہتا ہوں۔</w:t>
      </w:r>
    </w:p>
    <w:p>
      <w:r>
        <w:rPr>
          <w:b/>
        </w:rPr>
        <w:t xml:space="preserve">[00:36] </w:t>
      </w:r>
      <w:r>
        <w:t>aap jante hain ke shukr islam mein</w:t>
      </w:r>
    </w:p>
    <w:p>
      <w:pPr>
        <w:jc w:val="right"/>
      </w:pPr>
      <w:r>
        <w:t>آپ جانتے ہیں کہ شکر اسلام میں</w:t>
      </w:r>
    </w:p>
    <w:p>
      <w:r>
        <w:rPr>
          <w:b/>
        </w:rPr>
        <w:t xml:space="preserve">[00:41] </w:t>
      </w:r>
      <w:r>
        <w:t>bohat ahmiyat wali cheez hai,</w:t>
      </w:r>
    </w:p>
    <w:p>
      <w:pPr>
        <w:jc w:val="right"/>
      </w:pPr>
      <w:r>
        <w:t>بہت اہمیت والی چیز ہے،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