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Quran 30 Apr 2014 - Maulana Wahiduddin Khan</w:t>
      </w:r>
    </w:p>
    <w:p>
      <w:r>
        <w:t>https://www.youtube.com/watch?v=lhFmEWbbP2E</w:t>
      </w:r>
    </w:p>
    <w:p>
      <w:r>
        <w:rPr>
          <w:b/>
        </w:rPr>
        <w:t xml:space="preserve">[00:14] </w:t>
      </w:r>
      <w:r>
        <w:t>30 aprail 2014. surah al-Ma'idah, ayat number 27 ta 31.</w:t>
      </w:r>
    </w:p>
    <w:p>
      <w:pPr>
        <w:jc w:val="right"/>
      </w:pPr>
      <w:r>
        <w:t>30 اپریل 2014۔ سورہ المائدہ، آیت نمبر 27 تا 31۔</w:t>
      </w:r>
    </w:p>
    <w:p>
      <w:r>
        <w:rPr>
          <w:b/>
        </w:rPr>
        <w:t xml:space="preserve">[00:27] </w:t>
      </w:r>
      <w:r>
        <w:t>wa-tlu 'alaihim naba'a ibn-i Adama bil-haqq, idh qarraba qurbaanan fa-tuqubbila min ahadihima wa lam yutaqabbal min-al-akhar.</w:t>
      </w:r>
    </w:p>
    <w:p>
      <w:pPr>
        <w:jc w:val="right"/>
      </w:pPr>
      <w:r>
        <w:t>وَاتْلُوا عَلَيْهِمْ نَبَىٰ ابْنِ آدَمَ بِالْحَقِّ، إذ قَرَّمَ قُرْبَانًا فَتَقُبِّلَ مِنْ أَحَدِهِمَا وَلَمْ يُتَقَبَّلْ مِنَ الْآخَرِ۔</w:t>
      </w:r>
    </w:p>
    <w:p>
      <w:r>
        <w:rPr>
          <w:b/>
        </w:rPr>
        <w:t xml:space="preserve">[00:38] </w:t>
      </w:r>
      <w:r>
        <w:t>qaala: la-aqtulannaka, qaala: innama yataqabbal-ul-lahu min-al-muttaqin. la-in basat-ta ilayya yadaka li-taqtulani, ma ana bi-basiṭi-ni yadayya ilayka li-aqtulak</w:t>
      </w:r>
    </w:p>
    <w:p>
      <w:pPr>
        <w:jc w:val="right"/>
      </w:pPr>
      <w:r>
        <w:t>قال: لَأَقْتُلَنَّكَ، قال: إنما يتقبل الله من المتقين. لَئِنْ بَسَتَّ إِلَيَّ يَدَكَ لِتَقْتُلَنِي، مَا أَنَا بِبَاسِطِينِ يَدِيَّ إِلَيْكَ لِأَقْتُلَكَ</w:t>
      </w:r>
    </w:p>
    <w:p>
      <w:r>
        <w:rPr>
          <w:b/>
        </w:rPr>
        <w:t xml:space="preserve">[00:50] </w:t>
      </w:r>
      <w:r>
        <w:t>. inni akhafu-l-laha rabba-l-'alamin. inni ureedu an tabu'a bi-ithmi wa ithmika fa-takuna min ashab-in-nar, wa dhalika jaza'u-dh-dhalimin.</w:t>
      </w:r>
    </w:p>
    <w:p>
      <w:pPr>
        <w:jc w:val="right"/>
      </w:pPr>
      <w:r>
        <w:t>. إِنِّي أَخَافُ اللَّهَ رَبَّ الْعَالَمِينَ۔ إِنِّي أُرِيدُ أَنْ تَبُوْءَ بِإِثْمِي وَإِثْمِكَ فَتَكُونَ مِنْ أَصْحَابِ النَّارِ، وَذَلِكَ جَزَاءُ الظَّالِمِينَ۔</w:t>
      </w:r>
    </w:p>
    <w:p>
      <w:r>
        <w:rPr>
          <w:b/>
        </w:rPr>
        <w:t xml:space="preserve">[01:02] </w:t>
      </w:r>
      <w:r>
        <w:t>fa-sawwalat lahu nafsuhu qatla akhihi fa-qatalahu fa-asbaha min-al-khasirin. fa-ba'ath-al-lahu ghuraban yabḥathu fi-l-arḍi li-yuriyahu kaifa yuwari saw'a akhih.</w:t>
      </w:r>
    </w:p>
    <w:p>
      <w:pPr>
        <w:jc w:val="right"/>
      </w:pPr>
      <w:r>
        <w:t>فَتَوَّعَتْ لَهُ نَفْسُهُ قَتْلَ أَخِيهِ فَقَتَلَهُ فَأَسْبَحَ مِنَ الْخَاسِرِينَ۔ فَبَعَثَ اللَّهُ غُرَابًا يَبْحَثُ فِي الْأَرْضِ لِيُرِيَهُ كَيْفَ يُوَارِي سَوْءَ أَخِيهِ۔</w:t>
      </w:r>
    </w:p>
    <w:p>
      <w:r>
        <w:rPr>
          <w:b/>
        </w:rPr>
        <w:t xml:space="preserve">[01:16] </w:t>
      </w:r>
      <w:r>
        <w:t>qaala: ya waylatā, a-juztu an akuna mithla hadha-l-ghurabi fa-uwariya saw'a akhih, fa-asbaha min-an-nadimin. aur un ko Adam ke do beton ka qissa haq ke sath sunao.</w:t>
      </w:r>
    </w:p>
    <w:p>
      <w:pPr>
        <w:jc w:val="right"/>
      </w:pPr>
      <w:r>
        <w:t>قال: یا ویلتہ، آجزتُ أن أكون مثل هذا الغراب فأُوَارِي سَوْءَ أَخِيهِ، فَأَسْبَحَ مِنَ النَّادِمِينَ۔ اور ان کو آدم کے دو بیٹوں کا قصہ حق کے ساتھ سناؤ۔</w:t>
      </w:r>
    </w:p>
    <w:p>
      <w:r>
        <w:rPr>
          <w:b/>
        </w:rPr>
        <w:t xml:space="preserve">[01:30] </w:t>
      </w:r>
      <w:r>
        <w:t>jab ke un dono ne qurbani pesh ki to un mein se aik ki qurbani qabool hui aur doosre ki qurbani qabool na hui. us ne kaha: mein tujh ko maar daloon ga.</w:t>
      </w:r>
    </w:p>
    <w:p>
      <w:pPr>
        <w:jc w:val="right"/>
      </w:pPr>
      <w:r>
        <w:t>جب کہ ان دونوں نے قربانی پیش کی تو ان میں سے ایک کی قربانی قبول ہوئی اور دوسرے کی قربانی قبول نہ ہوئی۔ اس نے کہا: میں تجھ کو مار ڈالوں گا۔</w:t>
      </w:r>
    </w:p>
    <w:p>
      <w:r>
        <w:rPr>
          <w:b/>
        </w:rPr>
        <w:t xml:space="preserve">[01:42] </w:t>
      </w:r>
      <w:r>
        <w:t>us ne jawab diya: ke Allah to sirf muttaqiyon se qabool karta hai. agar tum mujhe qatl karne ke liye hath uthao ge to mein tum ko qatl karne ke liye tum par hath nahi uthaoon ga.</w:t>
      </w:r>
    </w:p>
    <w:p>
      <w:pPr>
        <w:jc w:val="right"/>
      </w:pPr>
      <w:r>
        <w:t>اس نے جواب دیا: کہ اللہ تو صرف متقیوں سے قبول کرتا ہے۔ اگر تم مجھے قتل کرنے کے لیے ہاتھ اٹھاؤ گے تو میں تم کو قتل کرنے کے لیے تم پر ہاتھ نہیں اٹھاؤں گا۔</w:t>
      </w:r>
    </w:p>
    <w:p>
      <w:r>
        <w:rPr>
          <w:b/>
        </w:rPr>
        <w:t xml:space="preserve">[01:55] </w:t>
      </w:r>
      <w:r>
        <w:t>mein darta hoon Allah se jo sare jahan ka Rab hai. mein chahta hoon, mein chahta hoon ke mera aur apna gunah tu hi le le, phir phir tu aag walon mein shamil ho jaye.</w:t>
      </w:r>
    </w:p>
    <w:p>
      <w:pPr>
        <w:jc w:val="right"/>
      </w:pPr>
      <w:r>
        <w:t>میں ڈرتا ہوں اللہ سے جو سارے جہاں کا رب ہے۔ میں چاہتا ہوں، میں چاہتا ہوں کہ میرا اور اپنا گناہ تو ہی لے لے، پھر پھر تو آگ والوں میں شامل ہو جائے۔</w:t>
      </w:r>
    </w:p>
    <w:p>
      <w:r>
        <w:rPr>
          <w:b/>
        </w:rPr>
        <w:t xml:space="preserve">[02:11] </w:t>
      </w:r>
      <w:r>
        <w:t>aur yahi saza hai zulm karne walon ki. phir us ke nafs ne us ko apne bhai ke qatl par razi kar liya aur us ne us ko qatl kar dala.</w:t>
      </w:r>
    </w:p>
    <w:p>
      <w:pPr>
        <w:jc w:val="right"/>
      </w:pPr>
      <w:r>
        <w:t>اور یہی سزا ہے ظلم کرنے والوں کی۔ پھر اس کے نفس نے اس کو اپنے بھائی کے قتل پر راضی کر لیا اور اس نے اس کو قتل کر ڈالا۔</w:t>
      </w:r>
    </w:p>
    <w:p>
      <w:r>
        <w:rPr>
          <w:b/>
        </w:rPr>
        <w:t xml:space="preserve">[02:22] </w:t>
      </w:r>
      <w:r>
        <w:t>phir woh nuksan uthane walon mein shamil ho gaya. phir Khuda ne aik kowwe ko bheja jo zameen mein kureedta tha taake woh us ko dikhaye ke woh apne bhai ki lash ko kis tarah chupaye.</w:t>
      </w:r>
    </w:p>
    <w:p>
      <w:pPr>
        <w:jc w:val="right"/>
      </w:pPr>
      <w:r>
        <w:t>پھر وہ نقصان اٹھانے والوں میں شامل ہو گیا۔ پھر خدا نے ایک کوے کو بھیجا جو زمین میں کریدتا تھا تاکہ وہ اس کو دکھائے کہ وہ اپنے بھائی کی لاش کو کس طرح چھپائے۔</w:t>
      </w:r>
    </w:p>
    <w:p>
      <w:r>
        <w:rPr>
          <w:b/>
        </w:rPr>
        <w:t xml:space="preserve">[02:36] </w:t>
      </w:r>
      <w:r>
        <w:t>us ne kaha: afsos meri halat par ke mein is kowwe jaisa bhi na ho saka ke apne bhai ki lash ko chupa deta.</w:t>
      </w:r>
    </w:p>
    <w:p>
      <w:pPr>
        <w:jc w:val="right"/>
      </w:pPr>
      <w:r>
        <w:t>اس نے کہا: افسوس میری حالت پر کہ میں اس کوے جیسا بھی نہ ہو سکا کہ اپنے بھائی کی لاش کو چھپا دیتا۔</w:t>
      </w:r>
    </w:p>
    <w:p>
      <w:r>
        <w:rPr>
          <w:b/>
        </w:rPr>
        <w:t xml:space="preserve">[02:46] </w:t>
      </w:r>
      <w:r>
        <w:t>pas woh bohat sharminda hua. Maulana in aayaton ki wazahat farmayen.</w:t>
      </w:r>
    </w:p>
    <w:p>
      <w:pPr>
        <w:jc w:val="right"/>
      </w:pPr>
      <w:r>
        <w:t>پس وہ بہت شرمندہ ہوا۔ مولانا ان آیتوں کی وضاحت فرمائیں۔</w:t>
      </w:r>
    </w:p>
    <w:p>
      <w:r>
        <w:rPr>
          <w:b/>
        </w:rPr>
        <w:t xml:space="preserve">[02:54] </w:t>
      </w:r>
      <w:r>
        <w:t>bismillah-hir-rahman-nir-rahim.</w:t>
      </w:r>
    </w:p>
    <w:p>
      <w:pPr>
        <w:jc w:val="right"/>
      </w:pPr>
      <w:r>
        <w:t>بسم اللہ الرحمن الرحیم۔</w:t>
      </w:r>
    </w:p>
    <w:p>
      <w:r>
        <w:rPr>
          <w:b/>
        </w:rPr>
        <w:t xml:space="preserve">[03:00] </w:t>
      </w:r>
      <w:r>
        <w:t>Qur'an ki yeh aayaten jo parhi gayeen, us mein aik bohat bari naseehat hai.</w:t>
      </w:r>
    </w:p>
    <w:p>
      <w:pPr>
        <w:jc w:val="right"/>
      </w:pPr>
      <w:r>
        <w:t>قرآن کی یہ آیتیں جو پڑھی گئیں، اس میں ایک بہت بڑی نصیحت ہے۔</w:t>
      </w:r>
    </w:p>
    <w:p>
      <w:r>
        <w:rPr>
          <w:b/>
        </w:rPr>
        <w:t xml:space="preserve">[03:10] </w:t>
      </w:r>
      <w:r>
        <w:t>aksar log yeh samajhte hain ke Qur'an mein kai hisse aise hain jin mein koi abadi paigham nahi hai, woh zamani aitbar se hain yani mazi ki tareekh ki aik dastan.</w:t>
      </w:r>
    </w:p>
    <w:p>
      <w:pPr>
        <w:jc w:val="right"/>
      </w:pPr>
      <w:r>
        <w:t>اکثر لوگ یہ سمجھتے ہیں کہ قرآن میں کئی حصے ایسے ہیں جن میں کوئی ابدی پیغام نہیں ہے، وہ زمانی اعتبار سے ہیں یعنی ماضی کی تاریخ کی ایک داستان۔</w:t>
      </w:r>
    </w:p>
    <w:p>
      <w:r>
        <w:rPr>
          <w:b/>
        </w:rPr>
        <w:t xml:space="preserve">[03:29] </w:t>
      </w:r>
      <w:r>
        <w:t>lekin aisa nahi hai. aur</w:t>
      </w:r>
    </w:p>
    <w:p>
      <w:pPr>
        <w:jc w:val="right"/>
      </w:pPr>
      <w:r>
        <w:t>لیکن ایسا نہیں ہے۔ اور</w:t>
      </w:r>
    </w:p>
    <w:p>
      <w:r>
        <w:rPr>
          <w:b/>
        </w:rPr>
        <w:t xml:space="preserve">[03:35] </w:t>
      </w:r>
      <w:r>
        <w:t>yeh aayat is baat ka aik saboot hai. dekhiye, aayat ka pehla tukra yeh hai: wa tuloo alaihim naba ibna adama bil haqq.</w:t>
      </w:r>
    </w:p>
    <w:p>
      <w:pPr>
        <w:jc w:val="right"/>
      </w:pPr>
      <w:r>
        <w:t>یہ آیت اس بات کا ایک ثبوت ہے۔ دیکھیے، آیت کا پہلا ٹکڑا یہ ہے: وَاتْلُوا عَلَيْهِمْ نَبَىٰ ابْنِ آدَمَ بِالْحَقِّ۔</w:t>
      </w:r>
    </w:p>
    <w:p>
      <w:r>
        <w:rPr>
          <w:b/>
        </w:rPr>
        <w:t xml:space="preserve">[03:52] </w:t>
      </w:r>
      <w:r>
        <w:t>yani haq ke sath unhein qissa adam ke beton ka batao. yeh haq ka lafz yahan par jo hai, jo bil haqq ka jo lafz hai, is mein is baat ka ishara hai ke is mein aik aam naseehat hai.</w:t>
      </w:r>
    </w:p>
    <w:p>
      <w:pPr>
        <w:jc w:val="right"/>
      </w:pPr>
      <w:r>
        <w:t>یعنی حق کے ساتھ انہیں قصہ آدم کے بیٹوں کا بتاؤ۔ یہ حق کا لفظ یہاں پر جو ہے، جو بالحق کا جو لفظ ہے، اس میں اس بات کا اشارہ ہے کہ اس میں ایک عمومی نصیحت ہے۔</w:t>
      </w:r>
    </w:p>
    <w:p>
      <w:r>
        <w:rPr>
          <w:b/>
        </w:rPr>
        <w:t xml:space="preserve">[04:10] </w:t>
      </w:r>
      <w:r>
        <w:t>yani is mein aik aisi haqeeqat hayat batai gayi hai jis mein sare insano ke liye sabaq hai.</w:t>
      </w:r>
    </w:p>
    <w:p>
      <w:pPr>
        <w:jc w:val="right"/>
      </w:pPr>
      <w:r>
        <w:t>یعنی اس میں ایک ایسی حقیقت حیات بتائی گئی ہے جس میں سارے انسانوں کے لیے سبق ہے۔</w:t>
      </w:r>
    </w:p>
    <w:p>
      <w:r>
        <w:rPr>
          <w:b/>
        </w:rPr>
        <w:t xml:space="preserve">[04:23] </w:t>
      </w:r>
      <w:r>
        <w:t>to mein samajhta hoon ke quran ka koi bhi hissa, chahe bazoher woh zamani, waqti ya qadeem tareekh se mutaliq nazar aata ho, is mein abadi sabaq hoga.</w:t>
      </w:r>
    </w:p>
    <w:p>
      <w:pPr>
        <w:jc w:val="right"/>
      </w:pPr>
      <w:r>
        <w:t>تو میں سمجھتا ہوں کہ قرآن کا کوئی بھی حصہ، چاہے بظاہر وہ زمانی، وقتی یا قدیم تاریخ سے متعلق نظر آتا ہو، اس میں ابدی سبق ہوگا۔</w:t>
      </w:r>
    </w:p>
    <w:p>
      <w:r>
        <w:rPr>
          <w:b/>
        </w:rPr>
        <w:t xml:space="preserve">[04:41] </w:t>
      </w:r>
      <w:r>
        <w:t>ab is mein, ab in baton par ghor kijiye.</w:t>
      </w:r>
    </w:p>
    <w:p>
      <w:pPr>
        <w:jc w:val="right"/>
      </w:pPr>
      <w:r>
        <w:t>اب اس میں، اب ان باتوں پر غور کیجئے۔</w:t>
      </w:r>
    </w:p>
    <w:p>
      <w:r>
        <w:rPr>
          <w:b/>
        </w:rPr>
        <w:t xml:space="preserve">[04:49] </w:t>
      </w:r>
      <w:r>
        <w:t>ab dekhiye, is aayat se maloom hota hai ke adam ke bete ko maloom nahi tha ke apne bhai ki dead body ko kis tarah woh thikane lagaye.</w:t>
      </w:r>
    </w:p>
    <w:p>
      <w:pPr>
        <w:jc w:val="right"/>
      </w:pPr>
      <w:r>
        <w:t>اب دیکھیے، اس آیت سے معلوم ہوتا ہے کہ آدم کے بیٹے کو معلوم نہیں تھا کہ اپنے بھائی کی ڈیڈ باڈی کو کس طرح وہ ٹھکانے لگائے۔</w:t>
      </w:r>
    </w:p>
    <w:p>
      <w:r>
        <w:rPr>
          <w:b/>
        </w:rPr>
        <w:t xml:space="preserve">[05:08] </w:t>
      </w:r>
      <w:r>
        <w:t>to koway ke zariye is ko rehnumai mili.</w:t>
      </w:r>
    </w:p>
    <w:p>
      <w:pPr>
        <w:jc w:val="right"/>
      </w:pPr>
      <w:r>
        <w:t>تو کوے کے ذریعے اس کو رہنمائی ملی۔</w:t>
      </w:r>
    </w:p>
    <w:p>
      <w:r>
        <w:rPr>
          <w:b/>
        </w:rPr>
        <w:t xml:space="preserve">[05:17] </w:t>
      </w:r>
      <w:r>
        <w:t>is se maloom hua ke koway ke andar bhi insan ke liye sabaq hai.</w:t>
      </w:r>
    </w:p>
    <w:p>
      <w:pPr>
        <w:jc w:val="right"/>
      </w:pPr>
      <w:r>
        <w:t>اس سے معلوم ہوا کہ کوے کے اندر بھی انسان کے لیے سبق ہے۔</w:t>
      </w:r>
    </w:p>
    <w:p>
      <w:r>
        <w:rPr>
          <w:b/>
        </w:rPr>
        <w:t xml:space="preserve">[05:24] </w:t>
      </w:r>
      <w:r>
        <w:t>yani Allah ne rakha hai, tab hai. khaliq ne koway ke andar sabaq rakha hai, tab insan ko sabaq mil raha hai.</w:t>
      </w:r>
    </w:p>
    <w:p>
      <w:pPr>
        <w:jc w:val="right"/>
      </w:pPr>
      <w:r>
        <w:t>یعنی اللہ نے رکھا ہے، تب ہے۔ خالق نے کوے کے اندر سبق رکھا ہے، تب انسان کو سبق مل رہا ہے۔</w:t>
      </w:r>
    </w:p>
    <w:p>
      <w:r>
        <w:rPr>
          <w:b/>
        </w:rPr>
        <w:t xml:space="preserve">[05:36] </w:t>
      </w:r>
      <w:r>
        <w:t>agar Allah ne na rakha hota to sabaq milta bhi nahi.</w:t>
      </w:r>
    </w:p>
    <w:p>
      <w:pPr>
        <w:jc w:val="right"/>
      </w:pPr>
      <w:r>
        <w:t>اگر اللہ نے نہ رکھا ہوتا تو سبق ملتا بھی نہیں۔</w:t>
      </w:r>
    </w:p>
    <w:p>
      <w:r>
        <w:rPr>
          <w:b/>
        </w:rPr>
        <w:t xml:space="preserve">[05:41] </w:t>
      </w:r>
      <w:r>
        <w:t>is se maloom hua ke Allah ko matloob hai ke hum har cheez se modesty ka sabaq lein. modesty.</w:t>
      </w:r>
    </w:p>
    <w:p>
      <w:pPr>
        <w:jc w:val="right"/>
      </w:pPr>
      <w:r>
        <w:t>اس سے معلوم ہوا کہ اللہ کو مطلوب ہے کہ ہم ہر چیز سے ماڈیسٹی کا سبق لیں۔ ماڈیسٹی۔</w:t>
      </w:r>
    </w:p>
    <w:p>
      <w:r>
        <w:rPr>
          <w:b/>
        </w:rPr>
        <w:t xml:space="preserve">[05:54] </w:t>
      </w:r>
      <w:r>
        <w:t>chunancha woh adam ka beta kehta hai ke kaise ajib hai ke mein koway jaisa bhi na ho saka.</w:t>
      </w:r>
    </w:p>
    <w:p>
      <w:pPr>
        <w:jc w:val="right"/>
      </w:pPr>
      <w:r>
        <w:t>چنانچہ وہ آدم کا بیٹا کہتا ہے کہ کہ کیسے عجیب ہے کہ میں کوے جیسا بھی نہ ہو سکا۔</w:t>
      </w:r>
    </w:p>
    <w:p>
      <w:r>
        <w:rPr>
          <w:b/>
        </w:rPr>
        <w:t xml:space="preserve">[06:05] </w:t>
      </w:r>
      <w:r>
        <w:t>to Allah ne apne nizam fitrat mein yeh ittefaq ki baat nahi hai. yeh yani creation plan of god mein shamil hai.</w:t>
      </w:r>
    </w:p>
    <w:p>
      <w:pPr>
        <w:jc w:val="right"/>
      </w:pPr>
      <w:r>
        <w:t>تو اللہ نے اپنے نظام فطرت میں یہ اتفاق کی بات نہیں ہے۔ یہ یعنی کریشن پلان آف گاڈ میں شامل ہے۔</w:t>
      </w:r>
    </w:p>
    <w:p>
      <w:r>
        <w:rPr>
          <w:b/>
        </w:rPr>
        <w:t xml:space="preserve">[06:16] </w:t>
      </w:r>
      <w:r>
        <w:t>yeh creation plan of god ka aik hissa hai. Allah ne takhleeq ka nizam is tarah banaya hai ke yahan insan ko cheezon se modesty ka sabaq milta rahe.</w:t>
      </w:r>
    </w:p>
    <w:p>
      <w:pPr>
        <w:jc w:val="right"/>
      </w:pPr>
      <w:r>
        <w:t>یہ کریشن پلان آف گاڈ کا ایک حصہ ہے۔ اللہ نے تخلیق کا نظام اس طرح بنایا ہے کہ یہاں انسان کو چیزوں سے ماڈیسٹی کا سبق ملتا رہے۔</w:t>
      </w:r>
    </w:p>
    <w:p>
      <w:r>
        <w:rPr>
          <w:b/>
        </w:rPr>
        <w:t xml:space="preserve">[06:31] </w:t>
      </w:r>
      <w:r>
        <w:t>ajaz ka sabaq milta rahe. yeh khud takhleeq mein yeh shamil hai. agar aisa na hota to sabaq bhi na milta.</w:t>
      </w:r>
    </w:p>
    <w:p>
      <w:pPr>
        <w:jc w:val="right"/>
      </w:pPr>
      <w:r>
        <w:t>عجز کا سبق ملتا رہے۔ یہ خود تخلیق میں یہ شامل ہے۔ اگر ایسا نہ ہوتا تو سبق بھی نہ ملتا۔</w:t>
      </w:r>
    </w:p>
    <w:p>
      <w:r>
        <w:rPr>
          <w:b/>
        </w:rPr>
        <w:t xml:space="preserve">[06:45] </w:t>
      </w:r>
      <w:r>
        <w:t>to yeh kaisi ajib baat hai.</w:t>
      </w:r>
    </w:p>
    <w:p>
      <w:pPr>
        <w:jc w:val="right"/>
      </w:pPr>
      <w:r>
        <w:t>تو یہ کیسی عجیب بات ہے۔</w:t>
      </w:r>
    </w:p>
    <w:p>
      <w:r>
        <w:rPr>
          <w:b/>
        </w:rPr>
        <w:t xml:space="preserve">[06:50] </w:t>
      </w:r>
      <w:r>
        <w:t>kaisi ajib baat hai. aur is ka raaz kya bataya? wa asbah min an nadimeen. nadamat jo hai, yeh bohat hi aham baat hai.</w:t>
      </w:r>
    </w:p>
    <w:p>
      <w:pPr>
        <w:jc w:val="right"/>
      </w:pPr>
      <w:r>
        <w:t>کیسی عجیب بات ہے۔ اور اس کا راز کیا بتایا؟ وَاصَبْحَ مِنَ النَّادِمِينَ۔ ندامت جو ہے، یہ بہت ہی اہم بات ہے۔</w:t>
      </w:r>
    </w:p>
    <w:p>
      <w:r>
        <w:rPr>
          <w:b/>
        </w:rPr>
        <w:t xml:space="preserve">[07:03] </w:t>
      </w:r>
      <w:r>
        <w:t>nadamat ke lafzi mani to hain regret. regret. lekin nadamat jo hai, is ki asal haqeeqat kya hai?</w:t>
      </w:r>
    </w:p>
    <w:p>
      <w:pPr>
        <w:jc w:val="right"/>
      </w:pPr>
      <w:r>
        <w:t>ندامت کے لفظی معنی تو ہیں ریگریٹ۔ ریگریٹ۔ لیکن ندامت جو ہے، اس کی اصل حقیقت کیا ہے؟</w:t>
      </w:r>
    </w:p>
    <w:p>
      <w:r>
        <w:rPr>
          <w:b/>
        </w:rPr>
        <w:t xml:space="preserve">[07:11] </w:t>
      </w:r>
      <w:r>
        <w:t>yeh par ghor kijiye. asal haqeeqat yeh hai ke aap ke andar introspection ho. aap ke andar yeh madah ho ke aap apne upar rai sani karein.</w:t>
      </w:r>
    </w:p>
    <w:p>
      <w:pPr>
        <w:jc w:val="right"/>
      </w:pPr>
      <w:r>
        <w:t>یہ پر غور کیجئے۔ اصل حقیقت یہ ہے کہ آپ کے اندر انٹروسپیکشن ہو۔ آپ کے اندر یہ مادہ ہو کہ آپ اپنے اوپر رائے ثانی کریں۔</w:t>
      </w:r>
    </w:p>
    <w:p>
      <w:r>
        <w:rPr>
          <w:b/>
        </w:rPr>
        <w:t xml:space="preserve">[07:25] </w:t>
      </w:r>
      <w:r>
        <w:t>yahan tak ke aap agar payein ek achi cheez koway mein to is ka etiraf karein.</w:t>
      </w:r>
    </w:p>
    <w:p>
      <w:pPr>
        <w:jc w:val="right"/>
      </w:pPr>
      <w:r>
        <w:t>یہاں تک کہ آپ اگر پائیں ایک اچھی چیز کوے میں تو اس کا اعتراف کریں۔</w:t>
      </w:r>
    </w:p>
    <w:p>
      <w:r>
        <w:rPr>
          <w:b/>
        </w:rPr>
        <w:t xml:space="preserve">[07:35] </w:t>
      </w:r>
      <w:r>
        <w:t>to nadamat yahan par is mani mein hai ke aadmi ke andar regret hona chahiye, introspection hona chahiye.</w:t>
      </w:r>
    </w:p>
    <w:p>
      <w:pPr>
        <w:jc w:val="right"/>
      </w:pPr>
      <w:r>
        <w:t>تو ندامت یہاں پر اس معنی میں ہے کہ آدمی کے اندر ریگریٹ ہونا چاہیے، انٹروسپیکشن ہونا چاہیے۔</w:t>
      </w:r>
    </w:p>
    <w:p>
      <w:r>
        <w:rPr>
          <w:b/>
        </w:rPr>
        <w:t xml:space="preserve">[07:45] </w:t>
      </w:r>
      <w:r>
        <w:t>is ko is ka shaoor itna barha hua hona chahiye ke agar koway mein bhi ek ek naseehat hai to is ko poore etiraf ke sath woh qabool kare.</w:t>
      </w:r>
    </w:p>
    <w:p>
      <w:pPr>
        <w:jc w:val="right"/>
      </w:pPr>
      <w:r>
        <w:t>اس کو اس کا شعور اتنا بڑھا ہوا ہونا چاہیے کہ اگر کوے میں بھی ایک ایک نصیحت ہے تو اس کو پورے اعتراف کے ساتھ وہ قبول کرے۔</w:t>
      </w:r>
    </w:p>
    <w:p>
      <w:r>
        <w:rPr>
          <w:b/>
        </w:rPr>
        <w:t xml:space="preserve">[07:58] </w:t>
      </w:r>
      <w:r>
        <w:t>kaisi ajib baat hai.</w:t>
      </w:r>
    </w:p>
    <w:p>
      <w:pPr>
        <w:jc w:val="right"/>
      </w:pPr>
      <w:r>
        <w:t>کیسی عجیب بات ہے۔</w:t>
      </w:r>
    </w:p>
    <w:p>
      <w:r>
        <w:rPr>
          <w:b/>
        </w:rPr>
        <w:t xml:space="preserve">[08:02] </w:t>
      </w:r>
      <w:r>
        <w:t>bohat hi ajib baat hai.</w:t>
      </w:r>
    </w:p>
    <w:p>
      <w:pPr>
        <w:jc w:val="right"/>
      </w:pPr>
      <w:r>
        <w:t>بہت ہی عجیب بات ہے۔</w:t>
      </w:r>
    </w:p>
    <w:p>
      <w:r>
        <w:rPr>
          <w:b/>
        </w:rPr>
        <w:t xml:space="preserve">[08:08] </w:t>
      </w:r>
      <w:r>
        <w:t>to is waqe mein hamein ek quloob mila sochne ke liye. quloob mila ke tumhare liye takhleeqi jo plan hai Allah ka, us ke mutabiq cheezon mein sabaq rakha gaya hai.</w:t>
      </w:r>
    </w:p>
    <w:p>
      <w:pPr>
        <w:jc w:val="right"/>
      </w:pPr>
      <w:r>
        <w:t>تو اس واقعے میں ہمیں ایک قلوب ملا سوچنے کے لیے۔ قلوب ملا کہ تمہارے لیے تخلیقی جو پلان ہے اللہ کا، اس کے مطابق چیزوں میں سبق رکھا گیا ہے۔</w:t>
      </w:r>
    </w:p>
    <w:p>
      <w:r>
        <w:rPr>
          <w:b/>
        </w:rPr>
        <w:t xml:space="preserve">[08:23] </w:t>
      </w:r>
      <w:r>
        <w:t>aik misal hai koway ki, lekin woh us ko generalize kiya. generalize kijiye us ko. har cheez mein sabaq hai. cheunti rahe gaye tab bhi sabaq hai.</w:t>
      </w:r>
    </w:p>
    <w:p>
      <w:pPr>
        <w:jc w:val="right"/>
      </w:pPr>
      <w:r>
        <w:t>ایک مثال ہے کوے کی، لیکن وہ اس کو جنرلائز کیا۔ جنرلائز کیجئے اس کو۔ ہر چیز میں سبق ہے۔ چیونٹی رہے گئے تب بھی سبق ہے۔</w:t>
      </w:r>
    </w:p>
    <w:p>
      <w:r>
        <w:rPr>
          <w:b/>
        </w:rPr>
        <w:t xml:space="preserve">[08:35] </w:t>
      </w:r>
      <w:r>
        <w:t>chirya uray tab bhi sabaq hai. barish barsay tab bhi sabaq hai. yaani kawa jo yahan par hai, woh aik bator aik misal ke hai ke poore nature mein sabaq hai.</w:t>
      </w:r>
    </w:p>
    <w:p>
      <w:pPr>
        <w:jc w:val="right"/>
      </w:pPr>
      <w:r>
        <w:t>چڑیا اڑے تب بھی سبق ہے۔ بارش برسے تب بھی سبق ہے۔ یعنی کوا جو یہاں پر ہے، وہ ایک بطور ایک مثال کے ہے کہ پورے نیچر میں سبق ہے۔</w:t>
      </w:r>
    </w:p>
    <w:p>
      <w:r>
        <w:rPr>
          <w:b/>
        </w:rPr>
        <w:t xml:space="preserve">[08:50] </w:t>
      </w:r>
      <w:r>
        <w:t>yeh bataya gaya hai. isi liye kaha gaya hai bilhaq.</w:t>
      </w:r>
    </w:p>
    <w:p>
      <w:pPr>
        <w:jc w:val="right"/>
      </w:pPr>
      <w:r>
        <w:t>یہ بتایا گیا ہے۔ اسی لیے کہا گیا ہے بالحق۔</w:t>
      </w:r>
    </w:p>
    <w:p>
      <w:r>
        <w:rPr>
          <w:b/>
        </w:rPr>
        <w:t xml:space="preserve">[08:58] </w:t>
      </w:r>
      <w:r>
        <w:t>acha, nature mein sabaq kyun hai? is ka bhi aik raaz hai. dekhiye, insan ko Allah ne paida kiya hai azadi ke sath.</w:t>
      </w:r>
    </w:p>
    <w:p>
      <w:pPr>
        <w:jc w:val="right"/>
      </w:pPr>
      <w:r>
        <w:t>اچھا، نیچر میں سبق کیوں ہے؟ اس کا بھی ایک راز ہے۔ دیکھیں، انسان کو اللہ نے پیدا کیا ہے آزادی کے ساتھ۔</w:t>
      </w:r>
    </w:p>
    <w:p>
      <w:r>
        <w:rPr>
          <w:b/>
        </w:rPr>
        <w:t xml:space="preserve">[09:09] </w:t>
      </w:r>
      <w:r>
        <w:t>yaani freedom of choice diya gaya hai insan ko. is bana par kya hota hai? insan aksar misuse karta hai apni freedom ko.</w:t>
      </w:r>
    </w:p>
    <w:p>
      <w:pPr>
        <w:jc w:val="right"/>
      </w:pPr>
      <w:r>
        <w:t>یعنی فریڈم آف چوائس دیا گیا ہے انسان کو۔ اس بنا پر کیا ہوتا ہے؟ انسان اکثر مس یوز کرتا ہے اپنی فریڈم کو۔</w:t>
      </w:r>
    </w:p>
    <w:p>
      <w:r>
        <w:rPr>
          <w:b/>
        </w:rPr>
        <w:t xml:space="preserve">[09:22] </w:t>
      </w:r>
      <w:r>
        <w:t>misuse. to misuse karne ki wajah se woh tarah tarah ki ghaltiyon mein mubtala ho jata hai. jo jo sirat e mustaqeem hai, sirat e mustaqeem se hat jata hai.</w:t>
      </w:r>
    </w:p>
    <w:p>
      <w:pPr>
        <w:jc w:val="right"/>
      </w:pPr>
      <w:r>
        <w:t>مس یوز۔ تو مس یوز کرنے کی وجہ سے وہ طرح طرح کی غلطیوں میں مبتلا ہو جاتا ہے۔ جو جو صراط مستقیم ہے، صراط مستقیم سے ہٹ جاتا ہے۔</w:t>
      </w:r>
    </w:p>
    <w:p>
      <w:r>
        <w:rPr>
          <w:b/>
        </w:rPr>
        <w:t xml:space="preserve">[09:37] </w:t>
      </w:r>
      <w:r>
        <w:t>Allah ne tamam makhlooqat ke liye aur insan ke liye aik sirat e mustaqeem muqarrar kar diya. to insan ko chuki freedom mili hui hai, to us ko azadi hai ke apni freedom ko misuse kare.</w:t>
      </w:r>
    </w:p>
    <w:p>
      <w:pPr>
        <w:jc w:val="right"/>
      </w:pPr>
      <w:r>
        <w:t>اللہ نے تمام مخلوقات کے لیے اور انسان کے لیے ایک صراط مستقیم مقرر کر دیا۔ تو انسان کو چونکہ فریڈم ملی ہوئی ہے، تو اس کو آزادی ہے کہ اپنی فریڈم کو مس یوز کرے۔</w:t>
      </w:r>
    </w:p>
    <w:p>
      <w:r>
        <w:rPr>
          <w:b/>
        </w:rPr>
        <w:t xml:space="preserve">[09:53] </w:t>
      </w:r>
      <w:r>
        <w:t>is bana par woh bar bar aisa hota hai ke woh sirat e mustaqeem yaani right path se hat jata hai. acha, lekin doosre makhlooqat ka mamla yeh nahi hai.</w:t>
      </w:r>
    </w:p>
    <w:p>
      <w:pPr>
        <w:jc w:val="right"/>
      </w:pPr>
      <w:r>
        <w:t>اس بنا پر وہ بار بار ایسا ہوتا ہے کہ وہ صراط مستقیم یعنی رائٹ پاتھ سے ہٹ جاتا ہے۔ اچھا، لیکن دوسرے مخلوقات کا معاملہ یہ نہیں ہے۔</w:t>
      </w:r>
    </w:p>
    <w:p>
      <w:r>
        <w:rPr>
          <w:b/>
        </w:rPr>
        <w:t xml:space="preserve">[10:06] </w:t>
      </w:r>
      <w:r>
        <w:t>insan ke siwa dekhiye, yahan teen qism ki makhlooqat hain: matter, plant aur animal. material world, plant world aur animal world.</w:t>
      </w:r>
    </w:p>
    <w:p>
      <w:pPr>
        <w:jc w:val="right"/>
      </w:pPr>
      <w:r>
        <w:t>انسان کے سوا دیکھیں، یہاں تین قسم کی مخلوقات ہیں: میٹر، پلانٹ اور اینیمل۔ مٹیریل ورلڈ، پلانٹ ورلڈ اور اینیمل ورلڈ۔</w:t>
      </w:r>
    </w:p>
    <w:p>
      <w:r>
        <w:rPr>
          <w:b/>
        </w:rPr>
        <w:t xml:space="preserve">[10:19] </w:t>
      </w:r>
      <w:r>
        <w:t>insan ke siwa yeh teen aur makhlooqat hain. teeno poore tor par Allah ke qanoon mein jakri hui hain.</w:t>
      </w:r>
    </w:p>
    <w:p>
      <w:pPr>
        <w:jc w:val="right"/>
      </w:pPr>
      <w:r>
        <w:t>انسان کے سوا یہ تین اور مخلوقات ہیں۔ تینوں پورے طور پر اللہ کے قانون میں جکڑی ہوئی ہیں۔</w:t>
      </w:r>
    </w:p>
    <w:p>
      <w:r>
        <w:rPr>
          <w:b/>
        </w:rPr>
        <w:t xml:space="preserve">[10:30] </w:t>
      </w:r>
      <w:r>
        <w:t>matter mukammal tor par natural laws par chalta hai. natural laws jo hain, is se kabhi hat nahi sakta.</w:t>
      </w:r>
    </w:p>
    <w:p>
      <w:pPr>
        <w:jc w:val="right"/>
      </w:pPr>
      <w:r>
        <w:t>میٹر مکمل طور پر نیچرل لاز پر چلتا ہے۔ نیچرل لاز جو ہیں، اس سے کبھی ہٹ نہیں سکتا۔</w:t>
      </w:r>
    </w:p>
    <w:p>
      <w:r>
        <w:rPr>
          <w:b/>
        </w:rPr>
        <w:t xml:space="preserve">[10:39] </w:t>
      </w:r>
      <w:r>
        <w:t>matter aise hi dekhiye, plant hai. plant mein bhi inherent laws hain. is ke mutabiq aik seed ugta hai, aqua nikalta hai, tarah tana nikalta hai, shakhain, patay, phool, phool aur phal.</w:t>
      </w:r>
    </w:p>
    <w:p>
      <w:pPr>
        <w:jc w:val="right"/>
      </w:pPr>
      <w:r>
        <w:t>میٹر ایسے ہی دیکھیے، پلانٹ ہے۔ پلانٹ میں بھی انہیرنٹ لاز ہیں۔ اس کے مطابق ایک سیڈ اگتا ہے، اکوا نکالتا ہے، طرح تنا نکالتا ہے، شاخیں، پتے، پھل، پھول اور پھل۔</w:t>
      </w:r>
    </w:p>
    <w:p>
      <w:r>
        <w:rPr>
          <w:b/>
        </w:rPr>
        <w:t xml:space="preserve">[10:58] </w:t>
      </w:r>
      <w:r>
        <w:t>yeh sara ka sara inherent laws ke tehat hota hai. is mein kabhi farq nahi ho sakta. misal ke tor par, aisa nahi ho sakta hai ke aap aik peṛ boein aam ka, is mein niklay babool ke kaantain.</w:t>
      </w:r>
    </w:p>
    <w:p>
      <w:pPr>
        <w:jc w:val="right"/>
      </w:pPr>
      <w:r>
        <w:t>یہ سارا کا سارا انہیرنٹ لاز کے تحت ہوتا ہے۔ اس میں کبھی فرق نہیں ہو سکتا۔ مثلاً، ایسا نہیں ہو سکتا ہے کہ آپ ایک پیڑ بوئیں آم کا، اس میں نکلے بوبول کے کاٹیں۔</w:t>
      </w:r>
    </w:p>
    <w:p>
      <w:r>
        <w:rPr>
          <w:b/>
        </w:rPr>
        <w:t xml:space="preserve">[11:12] </w:t>
      </w:r>
      <w:r>
        <w:t>aisa nahi ho sakta. aap peṛ boein saib ka, is mein niklay koi aisi cheez jo aap na chahte hon.</w:t>
      </w:r>
    </w:p>
    <w:p>
      <w:pPr>
        <w:jc w:val="right"/>
      </w:pPr>
      <w:r>
        <w:t>ایسا نہیں ہو سکتا۔ آپ پیڑ بوئیں سیب کا، اس میں نکلے کوئی ایسی چیز جو آپ نہ چاہتے ہوں۔</w:t>
      </w:r>
    </w:p>
    <w:p>
      <w:r>
        <w:rPr>
          <w:b/>
        </w:rPr>
        <w:t xml:space="preserve">[11:21] </w:t>
      </w:r>
      <w:r>
        <w:t>aisa nahi ho sakta. wohi cheez niklay gi jo nature mein is ke liye rakh di gayi. yaani peṛ mukammal tor par predictable hota hai.</w:t>
      </w:r>
    </w:p>
    <w:p>
      <w:pPr>
        <w:jc w:val="right"/>
      </w:pPr>
      <w:r>
        <w:t>ایسا نہیں ہو سکتا۔ وہی چیز نکلے گی جو نیچر میں اس کے لیے رکھ دی گئی۔ یعنی پیڑ مکمل طور پر پریڈکٹیبل ہوتا ہے۔</w:t>
      </w:r>
    </w:p>
    <w:p>
      <w:r>
        <w:rPr>
          <w:b/>
        </w:rPr>
        <w:t xml:space="preserve">[11:32] </w:t>
      </w:r>
      <w:r>
        <w:t>predictable.</w:t>
      </w:r>
    </w:p>
    <w:p>
      <w:pPr>
        <w:jc w:val="right"/>
      </w:pPr>
      <w:r>
        <w:t>پریڈکٹیبل۔</w:t>
      </w:r>
    </w:p>
    <w:p>
      <w:r>
        <w:rPr>
          <w:b/>
        </w:rPr>
        <w:t xml:space="preserve">[11:38] </w:t>
      </w:r>
      <w:r>
        <w:t>gehun boein to gehun niklay ga. chawal boein to dhan boein to dhan niklay ga. aam boein to aam niklay ga.</w:t>
      </w:r>
    </w:p>
    <w:p>
      <w:pPr>
        <w:jc w:val="right"/>
      </w:pPr>
      <w:r>
        <w:t>گیہوں بوئیں تو گیہوں نکلے گا۔ چاول بوئیں تو دھان بوئیں تو دھان نکلے گا۔ آم بوئیں تو آم نکلے گا۔</w:t>
      </w:r>
    </w:p>
    <w:p>
      <w:r>
        <w:rPr>
          <w:b/>
        </w:rPr>
        <w:t xml:space="preserve">[11:47] </w:t>
      </w:r>
      <w:r>
        <w:t>saib boein to saib niklay ga. yaani plant world jo hai, mukammal tor par predictable hai. qabil e peshangoi hai.</w:t>
      </w:r>
    </w:p>
    <w:p>
      <w:pPr>
        <w:jc w:val="right"/>
      </w:pPr>
      <w:r>
        <w:t>سیب بوئیں تو سیب نکلے گا۔ یعنی پلاٹ ورلڈ جو ہے، مکمل طور پر پریڈکٹیبل ہے۔ قابل پیشنگوئی ہے۔</w:t>
      </w:r>
    </w:p>
    <w:p>
      <w:r>
        <w:rPr>
          <w:b/>
        </w:rPr>
        <w:t xml:space="preserve">[11:59] </w:t>
      </w:r>
      <w:r>
        <w:t>yahan tak ke farz ki jiye, aik aik aik aik darakht hai, aam ka darakht hai, saib ka darakht hai, is mein phal lage hue hain.</w:t>
      </w:r>
    </w:p>
    <w:p>
      <w:pPr>
        <w:jc w:val="right"/>
      </w:pPr>
      <w:r>
        <w:t>یہاں تک کہ فرض کیے، ایک ایک ایک ایک درخت ہے، آم کا درخت ہے، سیب کا درخت ہے، اس میں پھل لگے ہوئے ہیں۔</w:t>
      </w:r>
    </w:p>
    <w:p>
      <w:r>
        <w:rPr>
          <w:b/>
        </w:rPr>
        <w:t xml:space="preserve">[12:09] </w:t>
      </w:r>
      <w:r>
        <w:t>aap pathar mar rahe ho is ko phal phal torney ke liye. oopar se phal toot ke giray ga.</w:t>
      </w:r>
    </w:p>
    <w:p>
      <w:pPr>
        <w:jc w:val="right"/>
      </w:pPr>
      <w:r>
        <w:t>آپ پتھر مار رہے ہو اس کو پھل پھل توڑنے کے لیے۔ اوپر سے پھل ٹوٹ کے گرے گا۔</w:t>
      </w:r>
    </w:p>
    <w:p>
      <w:r>
        <w:rPr>
          <w:b/>
        </w:rPr>
        <w:t xml:space="preserve">[12:21] </w:t>
      </w:r>
      <w:r>
        <w:t>aur koi ehtijaj nahi, koi shikayat nahi. yaani aap pathar marenge to woh bhi pathar nahi maray ga.</w:t>
      </w:r>
    </w:p>
    <w:p>
      <w:pPr>
        <w:jc w:val="right"/>
      </w:pPr>
      <w:r>
        <w:t>اور کوئی احتجاج نہیں، کوئی شکایت نہیں۔ یعنی آپ پتھر ماریں گے تو وہ بھی پتھر نہیں مارے گا۔</w:t>
      </w:r>
    </w:p>
    <w:p>
      <w:r>
        <w:rPr>
          <w:b/>
        </w:rPr>
        <w:t xml:space="preserve">[12:30] </w:t>
      </w:r>
      <w:r>
        <w:t>aap marenge pathar, woh de ga aap ko phal.</w:t>
      </w:r>
    </w:p>
    <w:p>
      <w:pPr>
        <w:jc w:val="right"/>
      </w:pPr>
      <w:r>
        <w:t>آپ ماریں گے پتھر، وہ دے گا آپ کو پھل۔</w:t>
      </w:r>
    </w:p>
    <w:p>
      <w:r>
        <w:rPr>
          <w:b/>
        </w:rPr>
        <w:t xml:space="preserve">[12:39] </w:t>
      </w:r>
      <w:r>
        <w:t>yaani jis ko kehte hain jaise koi teesra. woh peṛ ka usool nahi hai.</w:t>
      </w:r>
    </w:p>
    <w:p>
      <w:pPr>
        <w:jc w:val="right"/>
      </w:pPr>
      <w:r>
        <w:t>یعنی جس کو کہتے ہیں جیسے کوئی تیسا۔ وہ پیڑ کا اصول نہیں ہے۔</w:t>
      </w:r>
    </w:p>
    <w:p>
      <w:r>
        <w:rPr>
          <w:b/>
        </w:rPr>
        <w:t xml:space="preserve">[12:49] </w:t>
      </w:r>
      <w:r>
        <w:t>yeh sifat hai peṛ ke andar.</w:t>
      </w:r>
    </w:p>
    <w:p>
      <w:pPr>
        <w:jc w:val="right"/>
      </w:pPr>
      <w:r>
        <w:t>یہ صفت ہے پیڑ کے اندر۔</w:t>
      </w:r>
    </w:p>
    <w:p>
      <w:r>
        <w:rPr>
          <w:b/>
        </w:rPr>
        <w:t xml:space="preserve">[13:01] </w:t>
      </w:r>
      <w:r>
        <w:t>to yeh yeh jo nature hai, material world chalta hai theek theek laws of nature ke mutabiq.</w:t>
      </w:r>
    </w:p>
    <w:p>
      <w:pPr>
        <w:jc w:val="right"/>
      </w:pPr>
      <w:r>
        <w:t>تو یہ یہ جو نیچر ہے، مٹیریل ورلڈ چلتا ہے ٹھیک ٹھیک لاز آف نیچر کے مطابق۔</w:t>
      </w:r>
    </w:p>
    <w:p>
      <w:r>
        <w:rPr>
          <w:b/>
        </w:rPr>
        <w:t xml:space="preserve">[13:13] </w:t>
      </w:r>
      <w:r>
        <w:t>plant world jo hai, woh chalta hai theek theek inherent inherent laws ke mutabiq.</w:t>
      </w:r>
    </w:p>
    <w:p>
      <w:pPr>
        <w:jc w:val="right"/>
      </w:pPr>
      <w:r>
        <w:t>پلانٹ ورلڈ جو ہے، وہ چلتا ہے ٹھیک ٹھیک انہیرنٹ انہیرنٹ لاز کے مطابق۔</w:t>
      </w:r>
    </w:p>
    <w:p>
      <w:r>
        <w:rPr>
          <w:b/>
        </w:rPr>
        <w:t xml:space="preserve">[13:21] </w:t>
      </w:r>
      <w:r>
        <w:t>is tarah se jo animals hain, woh bhi apne instincts pe chalte hain. poore poore apne instincts se woh control hote hain.</w:t>
      </w:r>
    </w:p>
    <w:p>
      <w:pPr>
        <w:jc w:val="right"/>
      </w:pPr>
      <w:r>
        <w:t>اس طریقے سے جو اینیملز ہیں، وہ بھی اپنے انسٹنکٹس پہ چلتے ہیں۔ پورے پورے اپنے انسٹنکٹس سے وہ کنٹرول ہوتے ہیں۔</w:t>
      </w:r>
    </w:p>
    <w:p>
      <w:r>
        <w:rPr>
          <w:b/>
        </w:rPr>
        <w:t xml:space="preserve">[13:35] </w:t>
      </w:r>
      <w:r>
        <w:t>is bina par in ke yahan sirat-e-mustaqeem se deviation nahi paaya jaata. yaani khaliq ne jo right path muqarrar kar diya gaya hai, usi par chalta hai material world, usi par chalta hai plant world, usi par chalta hai animal world.</w:t>
      </w:r>
    </w:p>
    <w:p>
      <w:pPr>
        <w:jc w:val="right"/>
      </w:pPr>
      <w:r>
        <w:t>اس بنا پر ان کے یہاں صراط مستقیم سے ڈیوی ایشن نہیں پایا جاتا۔ یعنی خالق نے جو رائٹ پاتھ مقرر کر دیا گیا ہے، اسی پر چلتا ہے مٹیریل ورلڈ، اسی پر چلتا ہے پلانٹ ورلڈ، اسی پر چلتا ہے اینیمل ورلڈ۔</w:t>
      </w:r>
    </w:p>
    <w:p>
      <w:r>
        <w:rPr>
          <w:b/>
        </w:rPr>
        <w:t xml:space="preserve">[13:53] </w:t>
      </w:r>
      <w:r>
        <w:t>is bina par in ke haan corruption nahi, fasad nahi, evil nahi. jabke insaan ke haan sab cheezein hain. toh goya ke insaan ke liye agarche freedom of choice diya gaya, lekin ek model de diya gaya ke is tarah chalo.</w:t>
      </w:r>
    </w:p>
    <w:p>
      <w:pPr>
        <w:jc w:val="right"/>
      </w:pPr>
      <w:r>
        <w:t>اس بنا پر ان کے ہاں کرپشن نہیں، فساد نہیں، ایول نہیں۔ جبکہ انسان کے ہاں سب چیزیں ہیں۔ تو گویا کہ انسان کے لیے اگرچہ فریڈم آف چوائس دیا گیا، لیکن ایک ماڈل دے دیا گیا کہ اس طرح چلو۔</w:t>
      </w:r>
    </w:p>
    <w:p>
      <w:r>
        <w:rPr>
          <w:b/>
        </w:rPr>
        <w:t xml:space="preserve">[14:11] </w:t>
      </w:r>
      <w:r>
        <w:t>insaan ke bahar jo do do doosri cheezein hain, material world, plant world, animal world, woh in sab mein aap ki naseehat hai.</w:t>
      </w:r>
    </w:p>
    <w:p>
      <w:pPr>
        <w:jc w:val="right"/>
      </w:pPr>
      <w:r>
        <w:t>انسان کے باہر جو دو دو دوسری چیزیں ہیں، مٹیریل ورلڈ، پلانٹ ورلڈ، اینیمل ورلڈ، وہ ان سب میں آپ کی نصیحت ہے۔</w:t>
      </w:r>
    </w:p>
    <w:p>
      <w:r>
        <w:rPr>
          <w:b/>
        </w:rPr>
        <w:t xml:space="preserve">[14:25] </w:t>
      </w:r>
      <w:r>
        <w:t>misalan, material world jo hai, poora ka poora predictable hai.</w:t>
      </w:r>
    </w:p>
    <w:p>
      <w:pPr>
        <w:jc w:val="right"/>
      </w:pPr>
      <w:r>
        <w:t>مثلاً، مٹیریل ورلڈ جو ہے، پورا کا پورا پریڈکٹیبل ہے۔</w:t>
      </w:r>
    </w:p>
    <w:p>
      <w:r>
        <w:rPr>
          <w:b/>
        </w:rPr>
        <w:t xml:space="preserve">[14:31] </w:t>
      </w:r>
      <w:r>
        <w:t>aap lohay ko ghalaayein, lohay se koi cheez banayein toh woh woh loha hi rahega, woh lakri nahi ban jayega. aap darakht lagayein, us par pathar ugayein.</w:t>
      </w:r>
    </w:p>
    <w:p>
      <w:pPr>
        <w:jc w:val="right"/>
      </w:pPr>
      <w:r>
        <w:t>آپ لوہے کو گلائیں، لوہے سے کوئی چیز بنائیں تو وہ وہ لوہا ہی رہے گا، وہ لکڑی نہیں بن جائے گا۔ آپ درخت لگائیں، اس پر پتھر اگائیں۔</w:t>
      </w:r>
    </w:p>
    <w:p>
      <w:r>
        <w:rPr>
          <w:b/>
        </w:rPr>
        <w:t xml:space="preserve">[14:43] </w:t>
      </w:r>
      <w:r>
        <w:t>aap darakht darakht lagayein aur us par woh phal latkayein toh aap pathar maarein toh woh pathar hi nahi dega aap ko, aap ko phal dega.</w:t>
      </w:r>
    </w:p>
    <w:p>
      <w:pPr>
        <w:jc w:val="right"/>
      </w:pPr>
      <w:r>
        <w:t>آپ درخت درخت لگائیں اور اس پر وہ پھل لٹکائیں تو آپ پتھر ماریں تو وہ پتھر ہی نہیں دے گا آپ کو، آپ کو پھل دے گا۔</w:t>
      </w:r>
    </w:p>
    <w:p>
      <w:r>
        <w:rPr>
          <w:b/>
        </w:rPr>
        <w:t xml:space="preserve">[14:58] </w:t>
      </w:r>
      <w:r>
        <w:t>aise hi animal hain. animal bhi bilkul apni nature par hote hain.</w:t>
      </w:r>
    </w:p>
    <w:p>
      <w:pPr>
        <w:jc w:val="right"/>
      </w:pPr>
      <w:r>
        <w:t>ایسے ہی اینیمل ہیں۔ اینیمل بھی بالکل اپنی نیچر پر ہوتے ہیں۔</w:t>
      </w:r>
    </w:p>
    <w:p>
      <w:r>
        <w:rPr>
          <w:b/>
        </w:rPr>
        <w:t xml:space="preserve">[15:07] </w:t>
      </w:r>
      <w:r>
        <w:t>hadees mein aata hai ke ahle jannat ke baray mein ke</w:t>
      </w:r>
    </w:p>
    <w:p>
      <w:pPr>
        <w:jc w:val="right"/>
      </w:pPr>
      <w:r>
        <w:t>حدیث میں آتا ہے کہ اہل جنت کے بارے میں کہ</w:t>
      </w:r>
    </w:p>
    <w:p>
      <w:r>
        <w:rPr>
          <w:b/>
        </w:rPr>
        <w:t xml:space="preserve">[15:14] </w:t>
      </w:r>
      <w:r>
        <w:t>jannat walon ke dil chidiya ke manind honge.</w:t>
      </w:r>
    </w:p>
    <w:p>
      <w:pPr>
        <w:jc w:val="right"/>
      </w:pPr>
      <w:r>
        <w:t>جنت والوں کے دل چڑیا کے مانند ہوں گے۔</w:t>
      </w:r>
    </w:p>
    <w:p>
      <w:r>
        <w:rPr>
          <w:b/>
        </w:rPr>
        <w:t xml:space="preserve">[15:20] </w:t>
      </w:r>
      <w:r>
        <w:t>chidiya ke dil mein kisi ke khilaaf keena nahi, hasad nahi, bughz nahi, ghussa nahi. is se khaali ho. yaani chidiyan poore maanon mein positive positivity par qaim hoti hain.</w:t>
      </w:r>
    </w:p>
    <w:p>
      <w:pPr>
        <w:jc w:val="right"/>
      </w:pPr>
      <w:r>
        <w:t>چڑیا کے دل میں کسی کے خلاف کینہ نہیں، حسد نہیں، بغض نہیں، غصہ نہیں۔ اس سے خالی ہو۔ یعنی چڑیاں پورے معنوں میں پازیٹیو پازیٹیوٹی پر قائم ہوتی ہیں۔</w:t>
      </w:r>
    </w:p>
    <w:p>
      <w:r>
        <w:rPr>
          <w:b/>
        </w:rPr>
        <w:t xml:space="preserve">[15:36] </w:t>
      </w:r>
      <w:r>
        <w:t>yeh insaan ko sabak hai.</w:t>
      </w:r>
    </w:p>
    <w:p>
      <w:pPr>
        <w:jc w:val="right"/>
      </w:pPr>
      <w:r>
        <w:t>یہ انسان کو سبق ہے۔</w:t>
      </w:r>
    </w:p>
    <w:p>
      <w:r>
        <w:rPr>
          <w:b/>
        </w:rPr>
        <w:t xml:space="preserve">[15:41] </w:t>
      </w:r>
      <w:r>
        <w:t>toh Allah taala ne jo nizaam banaya hai duniya mein, woh aisa hai ke har qadam par insaan ke liye sabak milta hai.</w:t>
      </w:r>
    </w:p>
    <w:p>
      <w:pPr>
        <w:jc w:val="right"/>
      </w:pPr>
      <w:r>
        <w:t>تو اللہ تعالی نے جو نظام بنایا ہے دنیا میں، وہ ایسا ہے کہ ہر قدم پر انسان کے لیے سبق ملتا ہے۔</w:t>
      </w:r>
    </w:p>
    <w:p>
      <w:r>
        <w:rPr>
          <w:b/>
        </w:rPr>
        <w:t xml:space="preserve">[15:52] </w:t>
      </w:r>
      <w:r>
        <w:t>misalan, dekhiye, sab se pehle toh insaan ko aqal di, samajh boojh di. apni aqal ko istemaal kar ke aadmi jaan sakta hai ke what is right, what is wrong.</w:t>
      </w:r>
    </w:p>
    <w:p>
      <w:pPr>
        <w:jc w:val="right"/>
      </w:pPr>
      <w:r>
        <w:t>مثلاً، دیکھیے، سب سے پہلے تو انسان کو عقل دی، سمجھ بوجھ دی۔ اپنی عقل کو استعمال کر کے آدمی جان سکتا ہے کہ واٹ از رائٹ، واٹ از رونگ۔</w:t>
      </w:r>
    </w:p>
    <w:p>
      <w:r>
        <w:rPr>
          <w:b/>
        </w:rPr>
        <w:t xml:space="preserve">[16:09] </w:t>
      </w:r>
      <w:r>
        <w:t>ek toh yeh hai. phir is ke baad dekhiye, paighambar bheje, paighambaron ke zariye kitaab bheji, wahi bheji.</w:t>
      </w:r>
    </w:p>
    <w:p>
      <w:pPr>
        <w:jc w:val="right"/>
      </w:pPr>
      <w:r>
        <w:t>ایک تو یہ ہے۔ پھر اس کے بعد دیکھیے، پیغمبر بھیجے، پیغمبروں کے ذریعے کتاب بھیجی، وحی بھیجی۔</w:t>
      </w:r>
    </w:p>
    <w:p>
      <w:r>
        <w:rPr>
          <w:b/>
        </w:rPr>
        <w:t xml:space="preserve">[16:18] </w:t>
      </w:r>
      <w:r>
        <w:t>is se aadmi jaan sakta hai ke sachai kya hai. isi ke saath jo hamare aas paas ki duniya hai, in sab ko hamare liye Allah ne role model bana diya.</w:t>
      </w:r>
    </w:p>
    <w:p>
      <w:pPr>
        <w:jc w:val="right"/>
      </w:pPr>
      <w:r>
        <w:t>اس سے آدمی جان سکتا ہے کہ سچائی کیا ہے۔ اسی کے ساتھ جو ہمارے اس پاس کی دنیا ہے، ان سب کو ہمارے لیے اللہ نے رول ماڈل بنا دیا۔</w:t>
      </w:r>
    </w:p>
    <w:p>
      <w:r>
        <w:rPr>
          <w:b/>
        </w:rPr>
        <w:t xml:space="preserve">[16:30] </w:t>
      </w:r>
      <w:r>
        <w:t>role model.</w:t>
      </w:r>
    </w:p>
    <w:p>
      <w:pPr>
        <w:jc w:val="right"/>
      </w:pPr>
      <w:r>
        <w:t>رول ماڈل۔</w:t>
      </w:r>
    </w:p>
    <w:p>
      <w:r>
        <w:rPr>
          <w:b/>
        </w:rPr>
        <w:t xml:space="preserve">[16:34] </w:t>
      </w:r>
      <w:r>
        <w:t>yaani yeh bata, yeh poora duniya bata rahi hai hum ko. yeh material world bata raha hai ke tum hamari tarah tum bhi predictable character paida karo apne andar.</w:t>
      </w:r>
    </w:p>
    <w:p>
      <w:pPr>
        <w:jc w:val="right"/>
      </w:pPr>
      <w:r>
        <w:t>یعنی یہ بتا، یہ پورا دنیا بتا رہی ہے ہم کو۔ یہ مٹیریل ورلڈ بتا رہا ہے کہ تم ہماری طرح تم بھی پریڈکٹیبل کریکٹر پیدا کرو اپنے اندر۔</w:t>
      </w:r>
    </w:p>
    <w:p>
      <w:r>
        <w:rPr>
          <w:b/>
        </w:rPr>
        <w:t xml:space="preserve">[16:47] </w:t>
      </w:r>
      <w:r>
        <w:t>qabil-e-peshangoi kirdaar. plant world bata raha hai ke dekho, grow karo. duniya mein jo tumhari rozi hai, us ko le kar ke apni shakhsiyat ka irtaqa karo.</w:t>
      </w:r>
    </w:p>
    <w:p>
      <w:pPr>
        <w:jc w:val="right"/>
      </w:pPr>
      <w:r>
        <w:t>قابل پیشنگوئی کردار۔ پلانٹ ورلڈ بتا رہا ہے کہ دیکھو، گرو کرو۔ دنیا میں جو تمہاری رزق ہے، اس کو لے کر کے اپنی شخصیت کا ارتقاء کرو۔</w:t>
      </w:r>
    </w:p>
    <w:p>
      <w:r>
        <w:rPr>
          <w:b/>
        </w:rPr>
        <w:t xml:space="preserve">[17:00] </w:t>
      </w:r>
      <w:r>
        <w:t>grow karo, grow karo, grow karo. kyunke darakht jo hai, grow karta hai. zameen se leta hai ghiza, fiza se leta hai ghiza, suraj se leta hai ghiza, aur grow karta hai, grow karta hai, grow karta hai.</w:t>
      </w:r>
    </w:p>
    <w:p>
      <w:pPr>
        <w:jc w:val="right"/>
      </w:pPr>
      <w:r>
        <w:t>گرو کرو، گرو کرو، گرو کرو۔ کیونکہ درخت جو ہے، گرو کرتا ہے۔ زمین سے لیتا ہے غذا، فضا سے لیتا ہے غذا، سورج سے لیتا ہے غذا، اور گرو کرتا ہے، گرو کرتا ہے، گرو کرتا ہے۔</w:t>
      </w:r>
    </w:p>
    <w:p>
      <w:r>
        <w:rPr>
          <w:b/>
        </w:rPr>
        <w:t xml:space="preserve">[17:15] </w:t>
      </w:r>
      <w:r>
        <w:t>toh darakht bata raha hai ke ae insaan, tu bhi aise hi kar. tere chaaron taraf rozi hai. rozi ka matlab yeh hai, yaani intellectual rozi, spiritual rozi,</w:t>
      </w:r>
    </w:p>
    <w:p>
      <w:pPr>
        <w:jc w:val="right"/>
      </w:pPr>
      <w:r>
        <w:t>تو درخت بتا رہا ہے کہ اے انسان، تو بھی ایسے ہی کر۔ تیرے چاروں طرف رزق ہے۔ رزق کا مطلب یہ ہے، یعنی انٹی انٹلیکچول رزق، اسپیریچول رزق،</w:t>
      </w:r>
    </w:p>
    <w:p>
      <w:r>
        <w:rPr>
          <w:b/>
        </w:rPr>
        <w:t xml:space="preserve">[17:31] </w:t>
      </w:r>
      <w:r>
        <w:t>naseehat aur lesson ke maani mein rozi. is ko lo, lekin apni personality ko develop karo.</w:t>
      </w:r>
    </w:p>
    <w:p>
      <w:pPr>
        <w:jc w:val="right"/>
      </w:pPr>
      <w:r>
        <w:t>نصیحت اور لیسن کے معنی میں رزق۔ اس کو لو، لیکن اپنی پرسنیلٹی کو ڈیولپ کرو۔</w:t>
      </w:r>
    </w:p>
    <w:p>
      <w:r>
        <w:rPr>
          <w:b/>
        </w:rPr>
        <w:t xml:space="preserve">[17:41] </w:t>
      </w:r>
      <w:r>
        <w:t>hata ke haiwan jo hai, woh bhi sabak tale hain. aap jaante hain ke jangalon mein haiwanat rehte hain, bohat zyada. aaj tak kabhi un ke andar first world war aur second world war nahi hui.</w:t>
      </w:r>
    </w:p>
    <w:p>
      <w:pPr>
        <w:jc w:val="right"/>
      </w:pPr>
      <w:r>
        <w:t>حتی کہ حیوان جو ہے، وہ بھی سبق تلے ہیں۔ آپ جانتے ہیں کہ جنگلوں میں حیوانات رہتے ہیں، بہت زیادہ۔ آج تک کبھی ان کے اندر فرسٹ وال وار اور سیکنڈ وال وار نہیں ہوئی۔</w:t>
      </w:r>
    </w:p>
    <w:p>
      <w:r>
        <w:rPr>
          <w:b/>
        </w:rPr>
        <w:t xml:space="preserve">[17:55] </w:t>
      </w:r>
      <w:r>
        <w:t>is tarah ki ladaiyan nahi huin. peaceful tareeqay se rehte hain. saare janwar peaceful tareeqay se rehte hain. kabhi un mein aapas mein war nahi hoti.</w:t>
      </w:r>
    </w:p>
    <w:p>
      <w:pPr>
        <w:jc w:val="right"/>
      </w:pPr>
      <w:r>
        <w:t>اس طرح کی لڑائیاں نہیں ہوئیں۔ پیس فل طریقے سے رہتے ہیں۔ سارے جانور پیس فل طریقے سے رہتے ہیں۔ کبھی ان میں آپس میں وار نہیں ہوتی۔</w:t>
      </w:r>
    </w:p>
    <w:p>
      <w:r>
        <w:rPr>
          <w:b/>
        </w:rPr>
        <w:t xml:space="preserve">[18:05] </w:t>
      </w:r>
      <w:r>
        <w:t>aise insaan karta hai.</w:t>
      </w:r>
    </w:p>
    <w:p>
      <w:pPr>
        <w:jc w:val="right"/>
      </w:pPr>
      <w:r>
        <w:t>ایسے انسان کرتا ہے۔</w:t>
      </w:r>
    </w:p>
    <w:p>
      <w:r>
        <w:rPr>
          <w:b/>
        </w:rPr>
        <w:t xml:space="preserve">[18:09] </w:t>
      </w:r>
      <w:r>
        <w:t>to goya ke animal yeh keh rahe hain insaan se ke aye insaan, tu bhi peaceful tareeqay se reh. larai ka tareeqa chhod.</w:t>
      </w:r>
    </w:p>
    <w:p>
      <w:pPr>
        <w:jc w:val="right"/>
      </w:pPr>
      <w:r>
        <w:t>تو گویا کہ اینیمل یہ کہہ رہے ہیں انسان سے کہ اے انسان، تو بھی پیس فل طریقے سے رہ۔ لڑائی کا طریقہ چھوڑ۔</w:t>
      </w:r>
    </w:p>
    <w:p>
      <w:r>
        <w:rPr>
          <w:b/>
        </w:rPr>
        <w:t xml:space="preserve">[18:20] </w:t>
      </w:r>
      <w:r>
        <w:t>larai ka tareeqa chhod.</w:t>
      </w:r>
    </w:p>
    <w:p>
      <w:pPr>
        <w:jc w:val="right"/>
      </w:pPr>
      <w:r>
        <w:t>لڑائی کا طریقہ چھوڑ۔</w:t>
      </w:r>
    </w:p>
    <w:p>
      <w:r>
        <w:rPr>
          <w:b/>
        </w:rPr>
        <w:t xml:space="preserve">[18:25] </w:t>
      </w:r>
      <w:r>
        <w:t>to jab mein is ayat par sochta hoon to mujhe lagta hai ke yeh ayat mein jo lafz bilhaq ka hai, woh bohat aham hai.</w:t>
      </w:r>
    </w:p>
    <w:p>
      <w:pPr>
        <w:jc w:val="right"/>
      </w:pPr>
      <w:r>
        <w:t>تو جب میں اس آیت پر سوچتا ہوں تو مجھے لگتا ہے کہ یہ آیت میں جو لفظ بالحق کا ہے، وہ بہت اہم ہے۔</w:t>
      </w:r>
    </w:p>
    <w:p>
      <w:r>
        <w:rPr>
          <w:b/>
        </w:rPr>
        <w:t xml:space="preserve">[18:37] </w:t>
      </w:r>
      <w:r>
        <w:t>bilhaq mein ishara maujood hai ke ghuraab ke is waqay mein, yani crow ke is waqay mein, tumhare liye bohat bari naseehat hai.</w:t>
      </w:r>
    </w:p>
    <w:p>
      <w:pPr>
        <w:jc w:val="right"/>
      </w:pPr>
      <w:r>
        <w:t>بالحق میں اشارہ موجود ہے کہ غراب کے اس واقعے میں، یعنی کرو کے اس واقعے میں، تمہارے لیے بہت بڑی نصیحت ہے۔</w:t>
      </w:r>
    </w:p>
    <w:p>
      <w:r>
        <w:rPr>
          <w:b/>
        </w:rPr>
        <w:t xml:space="preserve">[18:49] </w:t>
      </w:r>
      <w:r>
        <w:t>ek haqeeqat batai gayi hai, ek truth bataya gaya hai, ek lesson bataya gaya hai. is ko pakdo aur phir ek is ko generalize karo.</w:t>
      </w:r>
    </w:p>
    <w:p>
      <w:pPr>
        <w:jc w:val="right"/>
      </w:pPr>
      <w:r>
        <w:t>ایک حقیقت بتائی گئی ہے، ایک ٹروتھ بتایا گیا ہے، ایک لیسن بتایا گیا ہے۔ اس کو پکڑو اور پھر ایک اس کو جنرلائز کرو۔</w:t>
      </w:r>
    </w:p>
    <w:p>
      <w:r>
        <w:rPr>
          <w:b/>
        </w:rPr>
        <w:t xml:space="preserve">[19:02] </w:t>
      </w:r>
      <w:r>
        <w:t>generalize karo to sari kainat tumhare liye lesson aur naseehat ka karkhana ban jayegi.</w:t>
      </w:r>
    </w:p>
    <w:p>
      <w:pPr>
        <w:jc w:val="right"/>
      </w:pPr>
      <w:r>
        <w:t>جنرلائز کرو تو ساری کائنات تمہارے لیے لیسن اور نصیحت کا کارخانہ بن جائے گی۔</w:t>
      </w:r>
    </w:p>
    <w:p>
      <w:r>
        <w:rPr>
          <w:b/>
        </w:rPr>
        <w:t xml:space="preserve">[19:15] </w:t>
      </w:r>
      <w:r>
        <w:t>aur jar kya hai? repentance, nadamat, soch, introspection.</w:t>
      </w:r>
    </w:p>
    <w:p>
      <w:pPr>
        <w:jc w:val="right"/>
      </w:pPr>
      <w:r>
        <w:t>اور جڑ کیا ہے؟ ریپنٹنس، ندامت، سوچ، انٹراسپیکشن۔</w:t>
      </w:r>
    </w:p>
    <w:p>
      <w:r>
        <w:rPr>
          <w:b/>
        </w:rPr>
        <w:t xml:space="preserve">[19:25] </w:t>
      </w:r>
      <w:r>
        <w:t>nadamat ke mani mat samjhein ke sirf sharmindagi. sharmindagi kab aati hai? jab aap sochte hain, jab introspection aap karte hain. aap ek pathar doosre pathar par gir pade aur toot jaye pathar to us ke andar nadamat nahi aayegi.</w:t>
      </w:r>
    </w:p>
    <w:p>
      <w:pPr>
        <w:jc w:val="right"/>
      </w:pPr>
      <w:r>
        <w:t>ندامت کے معنی مت سمجھیں کہ صرف شرمندگی۔ شرمندگی کب آتی ہے؟ جب آپ سوچتے ہیں، جب انٹراسپیکشن آپ کرتے ہیں۔ آپ ایک پتھر دوسرے پتھر پر گر پڑے اور ٹوٹ جائے پتھر تو اس کے اندر ندامت نہیں آئے گی۔</w:t>
      </w:r>
    </w:p>
    <w:p>
      <w:r>
        <w:rPr>
          <w:b/>
        </w:rPr>
        <w:t xml:space="preserve">[19:43] </w:t>
      </w:r>
      <w:r>
        <w:t>ek pathar doosre pathar par gire aur woh pathar toot jaye, farz kijiye, tukre tukre ho jaye to is ka matlab nahi ke is ke nadamat aaye gi, aa jayegi ke maine toda.</w:t>
      </w:r>
    </w:p>
    <w:p>
      <w:pPr>
        <w:jc w:val="right"/>
      </w:pPr>
      <w:r>
        <w:t>ایک پتھر دوسرے پتھر پر گرے اور وہ پتھر ٹوٹ جائے، فرض کیجئے، ٹکڑے ٹکڑے ہو جائے تو اس کا مطلب نہیں کہ اس کے ندامت آئے گی، آ جائے گی کہ میں نے توڑا۔</w:t>
      </w:r>
    </w:p>
    <w:p>
      <w:r>
        <w:rPr>
          <w:b/>
        </w:rPr>
        <w:t xml:space="preserve">[19:54] </w:t>
      </w:r>
      <w:r>
        <w:t>kyun ke nadamat ek insani sifat hai. is ka taluq dimagh se hai, soch se hai. to yeh jo hai ke fasbah min an nazimeen ka matlab yeh hai ke is ka shaoor jaaga, is ka zehni faculty jaag uthi.</w:t>
      </w:r>
    </w:p>
    <w:p>
      <w:pPr>
        <w:jc w:val="right"/>
      </w:pPr>
      <w:r>
        <w:t>کیونکہ ندامت ایک انسانی صفت ہے۔ اس کا تعلق دماغ سے ہے، سوچ سے ہے۔ تو یہ جو ہے کہ فاسبہ من الناظمین کا مطلب یہ ہے کہ اس کا شعور جاگا، اس کا ذہنی فیکلٹی جاگ اٹھی۔</w:t>
      </w:r>
    </w:p>
    <w:p>
      <w:r>
        <w:rPr>
          <w:b/>
        </w:rPr>
        <w:t xml:space="preserve">[20:11] </w:t>
      </w:r>
      <w:r>
        <w:t>laga sochte hain, sochte hain, sochte hain. to is mein pehli baat yeh hai ke har waqay par socho, chahe woh kaway ka waqay kyun na ho,</w:t>
      </w:r>
    </w:p>
    <w:p>
      <w:pPr>
        <w:jc w:val="right"/>
      </w:pPr>
      <w:r>
        <w:t>لگا سوچتے ہیں، سوچتے ہیں، سوچتے ہیں۔ تو اس میں پہلی بات یہ ہے کہ ہر واقعے پر سوچو، چاہے وہ کوے کا واقعہ کیوں نہ ہو،</w:t>
      </w:r>
    </w:p>
    <w:p>
      <w:r>
        <w:rPr>
          <w:b/>
        </w:rPr>
        <w:t xml:space="preserve">[20:25] </w:t>
      </w:r>
      <w:r>
        <w:t>kaway ka ya cheunti ka waqay kyun na ho, is par socho. soch kar is ke andar sabak nikalo. yeh matlab hai nadamat ka.</w:t>
      </w:r>
    </w:p>
    <w:p>
      <w:pPr>
        <w:jc w:val="right"/>
      </w:pPr>
      <w:r>
        <w:t>کوے کا یا چیونٹی کا واقعہ کیوں نہ ہو، اس پر سوچو۔ سوچ کر اس کے اندر سبق نکالو۔ یہ مطلب ہے ندامت کا۔</w:t>
      </w:r>
    </w:p>
    <w:p>
      <w:r>
        <w:rPr>
          <w:b/>
        </w:rPr>
        <w:t xml:space="preserve">[20:42] </w:t>
      </w:r>
      <w:r>
        <w:t>aur phir is mein yeh jo hai ke kaway mein sabak rakh diya Allah taala ne insaan ke liye. kawa aap jante hain ke bohat mamooli chidiya hai.</w:t>
      </w:r>
    </w:p>
    <w:p>
      <w:pPr>
        <w:jc w:val="right"/>
      </w:pPr>
      <w:r>
        <w:t>اور پھر اس میں یہ جو ہے کہ کوے میں سبق رکھ دیا اللہ تعالی نے انسان کے لیے۔ کوا آپ جانتے ہیں کہ بہت معمولی چڑیا ہے۔</w:t>
      </w:r>
    </w:p>
    <w:p>
      <w:r>
        <w:rPr>
          <w:b/>
        </w:rPr>
        <w:t xml:space="preserve">[20:55] </w:t>
      </w:r>
      <w:r>
        <w:t>to yeh goya nature hum ko sabak de rahi hai modesty ki. aye insaan, tu kaway se bhi kam janta hai, cheunti se bhi kam janta hai.</w:t>
      </w:r>
    </w:p>
    <w:p>
      <w:pPr>
        <w:jc w:val="right"/>
      </w:pPr>
      <w:r>
        <w:t>تو یہ گویا نیچر ہم کو سبق دے رہی ہے ماڈیسٹی کی۔ اے انسان، تو کوے سے بھی کم جانتا ہے، چیونٹی سے بھی کم جانتا ہے۔</w:t>
      </w:r>
    </w:p>
    <w:p>
      <w:r>
        <w:rPr>
          <w:b/>
        </w:rPr>
        <w:t xml:space="preserve">[21:07] </w:t>
      </w:r>
      <w:r>
        <w:t>to bohat zabardast is mein yeh sabak hai ke aye insaan, kabhi bhi ghamand mat kar, organism mein mubtala na ho.</w:t>
      </w:r>
    </w:p>
    <w:p>
      <w:pPr>
        <w:jc w:val="right"/>
      </w:pPr>
      <w:r>
        <w:t>تو بہت زبردست اس میں یہ سبق ہے کہ اے انسان، کبھی بھی گھمنڈ مت کر، ارگنزم میں مبتلا نہ ہو۔</w:t>
      </w:r>
    </w:p>
    <w:p>
      <w:r>
        <w:rPr>
          <w:b/>
        </w:rPr>
        <w:t xml:space="preserve">[21:17] </w:t>
      </w:r>
      <w:r>
        <w:t>hamesha apne ko mutawazin banaye rakh, modest banaye rakh.</w:t>
      </w:r>
    </w:p>
    <w:p>
      <w:pPr>
        <w:jc w:val="right"/>
      </w:pPr>
      <w:r>
        <w:t>ہمیشہ اپنے کو متوازن بنائے رکھ، ماڈیس بنائے رکھ۔</w:t>
      </w:r>
    </w:p>
    <w:p>
      <w:r>
        <w:rPr>
          <w:b/>
        </w:rPr>
        <w:t xml:space="preserve">[21:28] </w:t>
      </w:r>
      <w:r>
        <w:t>to kaisa ajeeb sabak hai yeh!</w:t>
      </w:r>
    </w:p>
    <w:p>
      <w:pPr>
        <w:jc w:val="right"/>
      </w:pPr>
      <w:r>
        <w:t>تو کیسا عجیب سبق ہے یہ!</w:t>
      </w:r>
    </w:p>
    <w:p>
      <w:r>
        <w:rPr>
          <w:b/>
        </w:rPr>
        <w:t xml:space="preserve">[21:33] </w:t>
      </w:r>
      <w:r>
        <w:t>kaisa ajeeb sabak hai yeh! phir is mein yeh bhi sabak hai ke qatal karna, yani bhai ne bhai ko qatal kar diya.</w:t>
      </w:r>
    </w:p>
    <w:p>
      <w:pPr>
        <w:jc w:val="right"/>
      </w:pPr>
      <w:r>
        <w:t>کیسا عجیب سبق ہے یہ! پھر اس میں یہ بھی سبق ہے کہ قتل کرنا، یعنی بھائی نے بھائی کو قتل کر دیا۔</w:t>
      </w:r>
    </w:p>
    <w:p>
      <w:r>
        <w:rPr>
          <w:b/>
        </w:rPr>
        <w:t xml:space="preserve">[21:43] </w:t>
      </w:r>
      <w:r>
        <w:t>acha, qatal ke baad kya mila is ko? koi faida mila? koi khushi mili? kuch bhi nahi mila. afsos, nadamat yeh mila.</w:t>
      </w:r>
    </w:p>
    <w:p>
      <w:pPr>
        <w:jc w:val="right"/>
      </w:pPr>
      <w:r>
        <w:t>اچھا، قتل کے بعد کیا ملا اس کو؟ کوئی فائدہ ملا؟ کوئی خوشی ملی؟ کچھ بھی نہیں ملا۔ افسوس، ندامت یہ ملا۔</w:t>
      </w:r>
    </w:p>
    <w:p>
      <w:r>
        <w:rPr>
          <w:b/>
        </w:rPr>
        <w:t xml:space="preserve">[21:57] </w:t>
      </w:r>
      <w:r>
        <w:t>is mein yeh bhi sabak hai ke koi iqdam jab karo to pehle socho is ke ke is ka result, result kya hoga?</w:t>
      </w:r>
    </w:p>
    <w:p>
      <w:pPr>
        <w:jc w:val="right"/>
      </w:pPr>
      <w:r>
        <w:t>اس میں یہ بھی سبق ہے کہ کوئی اقدام جب کرو تو پہلے سوچو اس کے کہ اس کا رزلٹ، رزلٹ کیا ہوگا؟</w:t>
      </w:r>
    </w:p>
    <w:p>
      <w:r>
        <w:rPr>
          <w:b/>
        </w:rPr>
        <w:t xml:space="preserve">[22:08] </w:t>
      </w:r>
      <w:r>
        <w:t>yani bhai ne jab bhai ko mara to peshgi sochta agar yeh ke marne ke baad kya hoga? marne ke baad mujhe sharminda hona padega?</w:t>
      </w:r>
    </w:p>
    <w:p>
      <w:pPr>
        <w:jc w:val="right"/>
      </w:pPr>
      <w:r>
        <w:t>یعنی بھائی نے جب بھائی کو مارا تو پیشگی سوچتا اگر یہ کہ مارنے کے بعد کیا ہوگا؟ مارنے کے بعد مجھے شرمندہ ہونا پڑے گا؟</w:t>
      </w:r>
    </w:p>
    <w:p>
      <w:r>
        <w:rPr>
          <w:b/>
        </w:rPr>
        <w:t xml:space="preserve">[22:23] </w:t>
      </w:r>
      <w:r>
        <w:t>mujhe pata chalega ke main to kaway se bhi kam janta hoon. to agar is result ko sochta ho to qatal ka kaam na karta ho.</w:t>
      </w:r>
    </w:p>
    <w:p>
      <w:pPr>
        <w:jc w:val="right"/>
      </w:pPr>
      <w:r>
        <w:t>مجھے پتہ چلے گا کہ میں تو کوے سے بھی کم جانتا ہوں۔ تو اگر اس رزلٹ کو سوچتا ہو تو قتل کا کام نہ کرتا ہو۔</w:t>
      </w:r>
    </w:p>
    <w:p>
      <w:r>
        <w:rPr>
          <w:b/>
        </w:rPr>
        <w:t xml:space="preserve">[22:37] </w:t>
      </w:r>
      <w:r>
        <w:t>to is mein kitna bara sabak hai, kitna bara sabak hai ke aye insaan, koi jab iqdam to karo, qatal ka iqdam karo, kisi ko gaali do, kisi se ghussa karo,</w:t>
      </w:r>
    </w:p>
    <w:p>
      <w:pPr>
        <w:jc w:val="right"/>
      </w:pPr>
      <w:r>
        <w:t>تو اس میں کتنا بڑا سبق ہے، کتنا بڑا سبق ہے کہ اے انسان، کوئی جب اقدام تو کرو، قتل کا اقدام کرو، کسی کو گالی دو، کسی سے غصہ کرو،</w:t>
      </w:r>
    </w:p>
    <w:p>
      <w:r>
        <w:rPr>
          <w:b/>
        </w:rPr>
        <w:t xml:space="preserve">[22:51] </w:t>
      </w:r>
      <w:r>
        <w:t>kisi ke khilaf inteqaam ki karwai karo, kisi ka maal chheeno, to soch lo pehle ke result kya hoga, nateeja kya hoga?</w:t>
      </w:r>
    </w:p>
    <w:p>
      <w:pPr>
        <w:jc w:val="right"/>
      </w:pPr>
      <w:r>
        <w:t>کسی کے خلاف انتقام کی کارروائی کرو، کسی کا مال چھینو، تو سوچ لو پہلے کہ رزلٹ کیا ہوگا، نتیجہ کیا ہوگا؟</w:t>
      </w:r>
    </w:p>
    <w:p>
      <w:r>
        <w:rPr>
          <w:b/>
        </w:rPr>
        <w:t xml:space="preserve">[23:09] </w:t>
      </w:r>
      <w:r>
        <w:t>yani result oriented thinking bhi is ke andar maujood hai.</w:t>
      </w:r>
    </w:p>
    <w:p>
      <w:pPr>
        <w:jc w:val="right"/>
      </w:pPr>
      <w:r>
        <w:t>یعنی رزلٹ اورینٹڈ تھنکنگ بھی اس کے اندر موجود ہے۔</w:t>
      </w:r>
    </w:p>
    <w:p>
      <w:r>
        <w:rPr>
          <w:b/>
        </w:rPr>
        <w:t xml:space="preserve">[23:18] </w:t>
      </w:r>
      <w:r>
        <w:t>is ke andar kyunke dekhiye, waqia batata hai ke agarchay is nay apnay bhai ko maar dala, lekin faida toh kuch bhi nahi mila rahi is ko.</w:t>
      </w:r>
    </w:p>
    <w:p>
      <w:pPr>
        <w:jc w:val="right"/>
      </w:pPr>
      <w:r>
        <w:t>اس کے اندر کیونکہ دیکھیے، واقعہ بتاتا ہے کہ اگرچہ اس نے اپنے بھائی کو مار ڈالا، لیکن فائدہ تو کچھ بھی نہیں ملا رہی اس کو۔</w:t>
      </w:r>
    </w:p>
    <w:p>
      <w:r>
        <w:rPr>
          <w:b/>
        </w:rPr>
        <w:t xml:space="preserve">[23:29] </w:t>
      </w:r>
      <w:r>
        <w:t>jis cheez ko woh samajhta tha, ab apna nuqsan, is nuqsan ki talafi toh hui nahi, woh toh apni jagah baqi raha.</w:t>
      </w:r>
    </w:p>
    <w:p>
      <w:pPr>
        <w:jc w:val="right"/>
      </w:pPr>
      <w:r>
        <w:t>جس چیز کو وہ سمجھتا تھا، اب اپنا نقصان، اس نقصان کی تلافی تو ہوئی نہیں، وہ تو اپنی جگہ باقی رہا۔</w:t>
      </w:r>
    </w:p>
    <w:p>
      <w:r>
        <w:rPr>
          <w:b/>
        </w:rPr>
        <w:t xml:space="preserve">[23:39] </w:t>
      </w:r>
      <w:r>
        <w:t>yani bhai ko maar kar bhi is ko koi faida nahi mila. toh is mein yeh aadmi ke liye sabaq hai ke aisa kaam tum kyun karo ke itni bari, yani itna bara bhayanak waqia karne ke baad bhi toh koi milay kuch nahi?</w:t>
      </w:r>
    </w:p>
    <w:p>
      <w:pPr>
        <w:jc w:val="right"/>
      </w:pPr>
      <w:r>
        <w:t>یعنی بھائی کو مار کر بھی اس کو کوئی فائدہ نہیں ملا۔ تو اس میں یہ آدمی کے لیے سبق ہے کہ ایسا کام تم کیوں کرو کہ اتنی بڑی، یعنی اتنا بڑا بھیانک واقعہ کرنے کے بعد بھی تو کوئی ملے کچھ نہیں؟</w:t>
      </w:r>
    </w:p>
    <w:p>
      <w:r>
        <w:rPr>
          <w:b/>
        </w:rPr>
        <w:t xml:space="preserve">[24:01] </w:t>
      </w:r>
      <w:r>
        <w:t>toh bhai ko maar dalo aur milay kuch nahi?</w:t>
      </w:r>
    </w:p>
    <w:p>
      <w:pPr>
        <w:jc w:val="right"/>
      </w:pPr>
      <w:r>
        <w:t>تو بھائی کو مار ڈالو اور ملے کچھ نہیں؟</w:t>
      </w:r>
    </w:p>
    <w:p>
      <w:r>
        <w:rPr>
          <w:b/>
        </w:rPr>
        <w:t xml:space="preserve">[24:07] </w:t>
      </w:r>
      <w:r>
        <w:t>bhai ko maar dalo toh milay kuch nahi? riwayat mein aata hai ke maarne ke baad woh bhai jo tha, us ki laash ko kandhay par rakha aur diwangi ke sath ghoomta dete thay.</w:t>
      </w:r>
    </w:p>
    <w:p>
      <w:pPr>
        <w:jc w:val="right"/>
      </w:pPr>
      <w:r>
        <w:t>بھائی کو مار ڈالو تو ملے کچھ نہیں؟ روایتوں میں آتا ہے کہ مارنے کے بعد وہ بھائی جو تھا، اس کی لاش کو کندھے پر رکھا اور دیوانگی کے ساتھ گھومتا دیتے تھے۔</w:t>
      </w:r>
    </w:p>
    <w:p>
      <w:r>
        <w:rPr>
          <w:b/>
        </w:rPr>
        <w:t xml:space="preserve">[24:20] </w:t>
      </w:r>
      <w:r>
        <w:t>haye! mein nay kya kiya? haye! mein nay kya kiya? yani bhai ki dead body ko kandhay par rakh kar ke deewana war ghoomta raha idhar udhar.</w:t>
      </w:r>
    </w:p>
    <w:p>
      <w:pPr>
        <w:jc w:val="right"/>
      </w:pPr>
      <w:r>
        <w:t>ہائے! میں نے کیا کیا؟ ہائے! میں نے کیا کیا؟ یعنی بھائی کی ڈیڈ باڈی کو کندھے پر رکھ کر کے دیوانہ وار گھومتا رہا ادھر ادھر۔</w:t>
      </w:r>
    </w:p>
    <w:p>
      <w:r>
        <w:rPr>
          <w:b/>
        </w:rPr>
        <w:t xml:space="preserve">[24:30] </w:t>
      </w:r>
      <w:r>
        <w:t>yani wohin nahi hua tha waqia jahan is nay apnay bhai ko qatal kiya tha, wohin wohin nahi. kawa aaya,</w:t>
      </w:r>
    </w:p>
    <w:p>
      <w:pPr>
        <w:jc w:val="right"/>
      </w:pPr>
      <w:r>
        <w:t>یعنی وہیں نہیں ہوا تھا واقعہ جہاں اس نے اپنے بھائی کو قتل کیا تھا، وہیں وہیں نہیں۔ کوا آیا،</w:t>
      </w:r>
    </w:p>
    <w:p>
      <w:r>
        <w:rPr>
          <w:b/>
        </w:rPr>
        <w:t xml:space="preserve">[24:41] </w:t>
      </w:r>
      <w:r>
        <w:t>kawa wohin ka wohin foran foran, yani isi waqt durn andar nahi aa gaya. woh apnay bhai ki laash ko liye phirta raha gham mein aur afsos mein</w:t>
      </w:r>
    </w:p>
    <w:p>
      <w:pPr>
        <w:jc w:val="right"/>
      </w:pPr>
      <w:r>
        <w:t>کوا وہیں کا وہیں فوراً فوراً، یعنی اسی وقت درن اندر نہیں آ گیا۔ وہ اپنے بھائی کی لاش کو لیے پھرتا رہا غم میں اور افسوس میں</w:t>
      </w:r>
    </w:p>
    <w:p>
      <w:r>
        <w:rPr>
          <w:b/>
        </w:rPr>
        <w:t xml:space="preserve">[24:53] </w:t>
      </w:r>
      <w:r>
        <w:t>ke haye! mein nay kya kiya? phir aakhir mein kawa aaya.</w:t>
      </w:r>
    </w:p>
    <w:p>
      <w:pPr>
        <w:jc w:val="right"/>
      </w:pPr>
      <w:r>
        <w:t>کہ ہائے! میں نے کیا کیا؟ پھر آخر میں کوا آیا۔</w:t>
      </w:r>
    </w:p>
    <w:p>
      <w:r>
        <w:rPr>
          <w:b/>
        </w:rPr>
        <w:t xml:space="preserve">[25:01] </w:t>
      </w:r>
      <w:r>
        <w:t>toh yeh kitna bara sabaq hai ke koi iqdam karo toh pehle socho. agar iqdam mein koi nateeja nahi karne wala hai, tab toh karo, nahi toh iqdam hi mat karo,</w:t>
      </w:r>
    </w:p>
    <w:p>
      <w:pPr>
        <w:jc w:val="right"/>
      </w:pPr>
      <w:r>
        <w:t>تو یہ کتنا بڑا سبق ہے کہ کوئی اقدام کرو تو پہلے سوچو۔ اگر اقدام میں کوئی نتیجہ نہیں کرنے والا ہے، تب تو کرو، نہیں تو اقدام ہی مت کرو،</w:t>
      </w:r>
    </w:p>
    <w:p>
      <w:r>
        <w:rPr>
          <w:b/>
        </w:rPr>
        <w:t xml:space="preserve">[25:17] </w:t>
      </w:r>
      <w:r>
        <w:t>iqdam hi mat karo.</w:t>
      </w:r>
    </w:p>
    <w:p>
      <w:pPr>
        <w:jc w:val="right"/>
      </w:pPr>
      <w:r>
        <w:t>اقدام ہی مت کرو۔</w:t>
      </w:r>
    </w:p>
    <w:p>
      <w:r>
        <w:rPr>
          <w:b/>
        </w:rPr>
        <w:t xml:space="preserve">[25:22] </w:t>
      </w:r>
      <w:r>
        <w:t>mein samajhta hoon ke yeh itna bara sabaq hai jo insani tareekh ke aaghaz mein diya gaya tha. insani tareekh ke aaghaz mein ke tumhara amal jo hai,</w:t>
      </w:r>
    </w:p>
    <w:p>
      <w:pPr>
        <w:jc w:val="right"/>
      </w:pPr>
      <w:r>
        <w:t>میں سمجھتا ہوں کہ یہ اتنا بڑا سبق ہے جو انسانی تاریخ کے آغاز میں دیا گیا تھا۔ انسانی تاریخ کے آغاز میں کہ تمہارا عمل جو ہے،</w:t>
      </w:r>
    </w:p>
    <w:p>
      <w:r>
        <w:rPr>
          <w:b/>
        </w:rPr>
        <w:t xml:space="preserve">[25:35] </w:t>
      </w:r>
      <w:r>
        <w:t>result oriented rehna chahiye, warna kya hoga? afsos, nakami mein izafa, sharmindagi.</w:t>
      </w:r>
    </w:p>
    <w:p>
      <w:pPr>
        <w:jc w:val="right"/>
      </w:pPr>
      <w:r>
        <w:t>رزلٹ اورینٹڈ رہنا چاہیے، ورنہ کیا ہوگا؟ افسوس، ناکامی میں اضافہ، شرمندگی۔</w:t>
      </w:r>
    </w:p>
    <w:p>
      <w:r>
        <w:rPr>
          <w:b/>
        </w:rPr>
        <w:t xml:space="preserve">[25:46] </w:t>
      </w:r>
      <w:r>
        <w:t>zahair hai ke woh bhai jo tha, jis nay mara tha, yaqeenan sari umar woh sharminda hi raha hoga ke</w:t>
      </w:r>
    </w:p>
    <w:p>
      <w:pPr>
        <w:jc w:val="right"/>
      </w:pPr>
      <w:r>
        <w:t>ظاہر ہے کہ وہ بھائی جو تھا، جس نے مارا تھا، یقینا ساری عمر وہ شرمندہ ہی رہا ہوگا کہ</w:t>
      </w:r>
    </w:p>
    <w:p>
      <w:r>
        <w:rPr>
          <w:b/>
        </w:rPr>
        <w:t xml:space="preserve">[25:54] </w:t>
      </w:r>
      <w:r>
        <w:t>haye! mein nay kya kiya? bhai ko maar dala, mila kuch bhi nahi. aap sochiye, woh bhai sari umar hamesha raha hoga sharmindagi mein, afsos mein, rota raha hoga.</w:t>
      </w:r>
    </w:p>
    <w:p>
      <w:pPr>
        <w:jc w:val="right"/>
      </w:pPr>
      <w:r>
        <w:t>ہائے! میں نے کیا کیا؟ بھائی کو مار ڈالا، ملا کچھ بھی نہیں۔ آپ سوچیے، وہ بھائی ساری عمر ہمیشہ رہا ہوگا شرمندگی میں، افسوس میں، روتا رہا ہوگا۔</w:t>
      </w:r>
    </w:p>
    <w:p>
      <w:r>
        <w:rPr>
          <w:b/>
        </w:rPr>
        <w:t xml:space="preserve">[26:11] </w:t>
      </w:r>
      <w:r>
        <w:t>ab dekhen, kya mila is ko? apni energy zaya ki, is nay apna waqt zaya kiya, is nay. ab woh sochta hoga yaqeenan ke mein aur bhai dono taqat thay, mein us ki taqat tha</w:t>
      </w:r>
    </w:p>
    <w:p>
      <w:pPr>
        <w:jc w:val="right"/>
      </w:pPr>
      <w:r>
        <w:t>اب دیکھیں، کیا ملا اس کو؟ اپنی انرجی ضائع کی، اس نے اپنا وقت ضائع کیا، اس نے۔ اب وہ سوچتا ہوگا یقینا کہ میں اور بھائی دونوں طاقت تھے، میں اس کی طاقت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