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Develop Love for God Nov 27, 2019 - Maulana Wahiduddin Khan's Interaction with Ulama</w:t>
      </w:r>
    </w:p>
    <w:p>
      <w:r>
        <w:t>https://www.youtube.com/watch?v=550SpYYj6eM</w:t>
      </w:r>
    </w:p>
    <w:p>
      <w:r>
        <w:rPr>
          <w:b/>
        </w:rPr>
        <w:t xml:space="preserve">[00:14] </w:t>
      </w:r>
      <w:r>
        <w:t>maulana, mein nay apnay aik saathi se sawal kiya ke aaj kal kya parh rahay hain aur kya hasil kar rahay hain, toh unhon nay kaha ke sirf maloomat mil rahi hain, ma'rifat nahi mil rahi hai.</w:t>
      </w:r>
    </w:p>
    <w:p>
      <w:pPr>
        <w:jc w:val="right"/>
      </w:pPr>
      <w:r>
        <w:t>مولانا، میں نے اپنے ایک ساتھی سے سوال کیا کہ آج کل کیا پڑھ رہے ہیں اور کیا حاصل کر رہے ہیں، تو انہوں نے کہا کہ صرف معلومات مل رہی ہیں، معرفت نہیں مل رہی ہے۔</w:t>
      </w:r>
    </w:p>
    <w:p>
      <w:r>
        <w:rPr>
          <w:b/>
        </w:rPr>
        <w:t xml:space="preserve">[00:34] </w:t>
      </w:r>
      <w:r>
        <w:t>maulana, aisa kyun hota hai ke maloomat mein izafa hota hai, ma'rifat ka koi item nahi mil sakta hai, milta- mil pata hai?</w:t>
      </w:r>
    </w:p>
    <w:p>
      <w:pPr>
        <w:jc w:val="right"/>
      </w:pPr>
      <w:r>
        <w:t>مولانا، ایسا کیوں ہوتا ہے کہ معلومات میں اضافہ ہوتا ہے، معرفت کا کوئی آئٹم نہیں مل سکتا ہے، ملتا- مل پاتا ہے؟</w:t>
      </w:r>
    </w:p>
    <w:p>
      <w:r>
        <w:rPr>
          <w:b/>
        </w:rPr>
        <w:t xml:space="preserve">[00:49] </w:t>
      </w:r>
      <w:r>
        <w:t>maulana, woh iqbal sahib nay apnay kisi saathi se poocha tha aaj kal kya kar rahay hain aap, toh unhon nay kaha tha aaj kal mutala kar raha hoon lekin sirf maloomat mil rahi hai, ma'rifat nahi hasil ho pa rahi hai.</w:t>
      </w:r>
    </w:p>
    <w:p>
      <w:pPr>
        <w:jc w:val="right"/>
      </w:pPr>
      <w:r>
        <w:t>مولانا، وہ اقبال صاحب نے اپنے کسی ساتھی سے پوچھا تھا آج کل کیا کر رہے ہیں آپ، تو انہوں نے کہا تھا آج کل مطالعہ کر رہا ہوں لیکن صرف معلومات مل رہی ہے، معرفت نہیں حاصل ہو پا رہی ہے۔</w:t>
      </w:r>
    </w:p>
    <w:p>
      <w:r>
        <w:rPr>
          <w:b/>
        </w:rPr>
        <w:t xml:space="preserve">[01:03] </w:t>
      </w:r>
      <w:r>
        <w:t>toh un ka sawal yeh hai ke aisa kyun hota hai ke logon ko maloomat toh mil jati hai lekin ma'rifat nahi mil pati hai?</w:t>
      </w:r>
    </w:p>
    <w:p>
      <w:pPr>
        <w:jc w:val="right"/>
      </w:pPr>
      <w:r>
        <w:t>تو ان کا سوال یہ ہے کہ ایسا کیوں ہوتا ہے کہ لوگوں کو معلومات تو مل جاتی ہے لیکن معرفت نہیں مل پاتی ہے؟</w:t>
      </w:r>
    </w:p>
    <w:p>
      <w:r>
        <w:rPr>
          <w:b/>
        </w:rPr>
        <w:t xml:space="preserve">[01:17] </w:t>
      </w:r>
      <w:r>
        <w:t>batuie ke laqab saal ka naam azeem hain? ji. ji? ji maulana. bhai jahan tak mein samajhta hoon, hmm,</w:t>
      </w:r>
    </w:p>
    <w:p>
      <w:pPr>
        <w:jc w:val="right"/>
      </w:pPr>
      <w:r>
        <w:t>بتوئیے کہ لقب سال کا نام عظیم ہیں؟ جی۔ جی؟ جی مولانا۔ بھئی جہاں تک میں سمجھتا ہوں، ہمم،</w:t>
      </w:r>
    </w:p>
    <w:p>
      <w:r>
        <w:rPr>
          <w:b/>
        </w:rPr>
        <w:t xml:space="preserve">[01:33] </w:t>
      </w:r>
      <w:r>
        <w:t>dunya mein tamam cheezen</w:t>
      </w:r>
    </w:p>
    <w:p>
      <w:pPr>
        <w:jc w:val="right"/>
      </w:pPr>
      <w:r>
        <w:t>دنیا میں تمام چیزیں</w:t>
      </w:r>
    </w:p>
    <w:p>
      <w:r>
        <w:rPr>
          <w:b/>
        </w:rPr>
        <w:t xml:space="preserve">[01:44] </w:t>
      </w:r>
      <w:r>
        <w:t>aadmi ki apni koshish se milti hain lekin marifat</w:t>
      </w:r>
    </w:p>
    <w:p>
      <w:pPr>
        <w:jc w:val="right"/>
      </w:pPr>
      <w:r>
        <w:t>آدمی کی اپنی کوشش سے ملتی ہیں لیکن معرفت</w:t>
      </w:r>
    </w:p>
    <w:p>
      <w:r>
        <w:rPr>
          <w:b/>
        </w:rPr>
        <w:t xml:space="preserve">[01:53] </w:t>
      </w:r>
      <w:r>
        <w:t>Allah ki tofeeq se milti hai.</w:t>
      </w:r>
    </w:p>
    <w:p>
      <w:pPr>
        <w:jc w:val="right"/>
      </w:pPr>
      <w:r>
        <w:t>اللہ کی توفیق سے ملتی ہے۔</w:t>
      </w:r>
    </w:p>
    <w:p>
      <w:r>
        <w:rPr>
          <w:b/>
        </w:rPr>
        <w:t xml:space="preserve">[01:59] </w:t>
      </w:r>
      <w:r>
        <w:t>kya kya mani</w:t>
      </w:r>
    </w:p>
    <w:p>
      <w:pPr>
        <w:jc w:val="right"/>
      </w:pPr>
      <w:r>
        <w:t>کیا کیا معنی</w:t>
      </w:r>
    </w:p>
    <w:p>
      <w:r>
        <w:rPr>
          <w:b/>
        </w:rPr>
        <w:t xml:space="preserve">[02:01] </w:t>
      </w:r>
      <w:r>
        <w:t>Maulana, aap yeh keh rahe hain ke dunya mein tamam cheezen aadmi ki apni koshish se milti hain lekin marifat Allah ki tofeeq se milti</w:t>
      </w:r>
    </w:p>
    <w:p>
      <w:pPr>
        <w:jc w:val="right"/>
      </w:pPr>
      <w:r>
        <w:t>؟ مولانا، آپ یہ کہہ رہے ہیں کہ دنیا میں تمام چیزیں آدمی کی اپنی کوشش سے ملتی ہیں لیکن معرفت اللہ کی توفیق سے ملتی</w:t>
      </w:r>
    </w:p>
    <w:p>
      <w:r>
        <w:rPr>
          <w:b/>
        </w:rPr>
        <w:t xml:space="preserve">[02:08] </w:t>
      </w:r>
      <w:r>
        <w:t>hai. Hmm.</w:t>
      </w:r>
    </w:p>
    <w:p>
      <w:pPr>
        <w:jc w:val="right"/>
      </w:pPr>
      <w:r>
        <w:t>ہے۔ ہمم۔</w:t>
      </w:r>
    </w:p>
    <w:p>
      <w:r>
        <w:rPr>
          <w:b/>
        </w:rPr>
        <w:t xml:space="preserve">[02:15] </w:t>
      </w:r>
      <w:r>
        <w:t>Is ka matlab yeh hua ke aadmi ko</w:t>
      </w:r>
    </w:p>
    <w:p>
      <w:pPr>
        <w:jc w:val="right"/>
      </w:pPr>
      <w:r>
        <w:t>اس کا مطلب یہ ہوا کہ آدمی کو</w:t>
      </w:r>
    </w:p>
    <w:p>
      <w:r>
        <w:rPr>
          <w:b/>
        </w:rPr>
        <w:t xml:space="preserve">[02:27] </w:t>
      </w:r>
      <w:r>
        <w:t>qabil-e-tofeeq banana hai.</w:t>
      </w:r>
    </w:p>
    <w:p>
      <w:pPr>
        <w:jc w:val="right"/>
      </w:pPr>
      <w:r>
        <w:t>قابل توفیق بنانا ہے۔</w:t>
      </w:r>
    </w:p>
    <w:p>
      <w:r>
        <w:rPr>
          <w:b/>
        </w:rPr>
        <w:t xml:space="preserve">[02:36] </w:t>
      </w:r>
      <w:r>
        <w:t>Aadmi ko</w:t>
      </w:r>
    </w:p>
    <w:p>
      <w:pPr>
        <w:jc w:val="right"/>
      </w:pPr>
      <w:r>
        <w:t>آدمی کو</w:t>
      </w:r>
    </w:p>
    <w:p>
      <w:r>
        <w:rPr>
          <w:b/>
        </w:rPr>
        <w:t xml:space="preserve">[02:39] </w:t>
      </w:r>
      <w:r>
        <w:t>apne aap ko qabil-e-tofeeq banana hai.</w:t>
      </w:r>
    </w:p>
    <w:p>
      <w:pPr>
        <w:jc w:val="right"/>
      </w:pPr>
      <w:r>
        <w:t>اپنے آپ کو قابل توفیق بنانا ہے۔</w:t>
      </w:r>
    </w:p>
    <w:p>
      <w:r>
        <w:rPr>
          <w:b/>
        </w:rPr>
        <w:t xml:space="preserve">[02:46] </w:t>
      </w:r>
      <w:r>
        <w:t>Kya koi baat wazeh hui?</w:t>
      </w:r>
    </w:p>
    <w:p>
      <w:pPr>
        <w:jc w:val="right"/>
      </w:pPr>
      <w:r>
        <w:t>کیا کوئی بات واضح ہوئی؟</w:t>
      </w:r>
    </w:p>
    <w:p>
      <w:r>
        <w:rPr>
          <w:b/>
        </w:rPr>
        <w:t xml:space="preserve">[02:50] </w:t>
      </w:r>
      <w:r>
        <w:t>Nahi. Haan. Kya wazeh hua? Ji. Maulana, marifat ka masla tofeeq-e-ilahi se juda hua hai.</w:t>
      </w:r>
    </w:p>
    <w:p>
      <w:pPr>
        <w:jc w:val="right"/>
      </w:pPr>
      <w:r>
        <w:t>نہیں۔ ہاں۔ کیا واضح ہوا؟ جی۔ مولانا، معرفت کا مسئلہ توفیق الہی سے جڑا ہوا ہے۔</w:t>
      </w:r>
    </w:p>
    <w:p>
      <w:r>
        <w:rPr>
          <w:b/>
        </w:rPr>
        <w:t xml:space="preserve">[03:04] </w:t>
      </w:r>
      <w:r>
        <w:t>Baaki zindagi ke saare- saari baaten insaan ki khud apni koshishon se haasil hoti hain. Aur tofeeq ke liye qabil-e-tofeeq banana bohat zaroori hai.</w:t>
      </w:r>
    </w:p>
    <w:p>
      <w:pPr>
        <w:jc w:val="right"/>
      </w:pPr>
      <w:r>
        <w:t>باقی زندگی کے سارے- ساری باتیں انسان کی خود اپنی کوششوں سے حاصل ہوتی ہیں۔ اور توفیق کے لیے قابل توفیق بنانا بہت ضروری ہے۔</w:t>
      </w:r>
    </w:p>
    <w:p>
      <w:r>
        <w:rPr>
          <w:b/>
        </w:rPr>
        <w:t xml:space="preserve">[03:19] </w:t>
      </w:r>
      <w:r>
        <w:t>Tofeeq-e-ilahi paane ke liye apne aap ko qabil-e-tofeeq banana yeh asal shart hai.</w:t>
      </w:r>
    </w:p>
    <w:p>
      <w:pPr>
        <w:jc w:val="right"/>
      </w:pPr>
      <w:r>
        <w:t>توفیق الہی پانے کے لیے اپنے آپ کو قابل توفیق بنانا یہ اصل شرط ہے۔</w:t>
      </w:r>
    </w:p>
    <w:p>
      <w:r>
        <w:rPr>
          <w:b/>
        </w:rPr>
        <w:t xml:space="preserve">[03:28] </w:t>
      </w:r>
      <w:r>
        <w:t>Kya kaha unhon ne? Maulana, woh yeh keh rahe hain ke saari cheezen dunya mein aadmi ki koshish se haasil hoti hain lekin marifat ke liye tofeeq-e-ilahi zaroori hai.</w:t>
      </w:r>
    </w:p>
    <w:p>
      <w:pPr>
        <w:jc w:val="right"/>
      </w:pPr>
      <w:r>
        <w:t>کیا کہا انہوں نے؟ مولانا، وہ یہ کہہ رہے ہیں کہ ساری چیزیں دنیا میں آدمی کی کوشش سے حاصل ہوتی ہیں لیکن معرفت کے لیے توفیق الہی ضروری ہے۔</w:t>
      </w:r>
    </w:p>
    <w:p>
      <w:r>
        <w:rPr>
          <w:b/>
        </w:rPr>
        <w:t xml:space="preserve">[03:40] </w:t>
      </w:r>
      <w:r>
        <w:t>Aur tofeeq-e-ilahi ke liye aadmi ko apne aap ko tofeeq ke qabil banana zaroori hai. Ji, mera sawal hai ke qabil-e-tofeeq kaise banein?</w:t>
      </w:r>
    </w:p>
    <w:p>
      <w:pPr>
        <w:jc w:val="right"/>
      </w:pPr>
      <w:r>
        <w:t>اور توفیق الہی کے لیے آدمی کو اپنے آپ کو توفیق کے قابل بنانا ضروری ہے۔ جی، میرا سوال ہے کہ قابل توفیق کیسے بنیں؟</w:t>
      </w:r>
    </w:p>
    <w:p>
      <w:r>
        <w:rPr>
          <w:b/>
        </w:rPr>
        <w:t xml:space="preserve">[03:51] </w:t>
      </w:r>
      <w:r>
        <w:t>Asrar sahib ka sawal hai ke qabil-e-tofeeq aadmi kaise ban sakta hai?</w:t>
      </w:r>
    </w:p>
    <w:p>
      <w:pPr>
        <w:jc w:val="right"/>
      </w:pPr>
      <w:r>
        <w:t>اسرار صاحب کا سوال ہے کہ قابل توفیق آدمی کیسے بن سکتا ہے؟</w:t>
      </w:r>
    </w:p>
    <w:p>
      <w:r>
        <w:rPr>
          <w:b/>
        </w:rPr>
        <w:t xml:space="preserve">[03:56] </w:t>
      </w:r>
      <w:r>
        <w:t>Is ka jawab woh ayat hai ke "wa allazeena aamano ashaddushiddubillah".</w:t>
      </w:r>
    </w:p>
    <w:p>
      <w:pPr>
        <w:jc w:val="right"/>
      </w:pPr>
      <w:r>
        <w:t>اس کا جواب وہ آیت ہے کہ "وَالَّذِينَ آمَنُوا أَشَدُّوا بِاللَّهِ"۔</w:t>
      </w:r>
    </w:p>
    <w:p>
      <w:r>
        <w:rPr>
          <w:b/>
        </w:rPr>
        <w:t xml:space="preserve">[04:05] </w:t>
      </w:r>
      <w:r>
        <w:t>Hub- hub se clear nahi hoti baat. Hub ke mani yeh nahi ke ji jaise</w:t>
      </w:r>
    </w:p>
    <w:p>
      <w:pPr>
        <w:jc w:val="right"/>
      </w:pPr>
      <w:r>
        <w:t>حب- حب سے کلیئر نہیں ہوتی بات۔ حب کے معنی یہ نہیں کہ جی جیسے</w:t>
      </w:r>
    </w:p>
    <w:p>
      <w:r>
        <w:rPr>
          <w:b/>
        </w:rPr>
        <w:t xml:space="preserve">[04:16] </w:t>
      </w:r>
      <w:r>
        <w:t>pyar mohabbat hota hai,</w:t>
      </w:r>
    </w:p>
    <w:p>
      <w:pPr>
        <w:jc w:val="right"/>
      </w:pPr>
      <w:r>
        <w:t>پیار محبت ہوتا ہے،</w:t>
      </w:r>
    </w:p>
    <w:p>
      <w:r>
        <w:rPr>
          <w:b/>
        </w:rPr>
        <w:t xml:space="preserve">[04:21] </w:t>
      </w:r>
      <w:r>
        <w:t>wo cheez nahi hoti.</w:t>
      </w:r>
    </w:p>
    <w:p>
      <w:pPr>
        <w:jc w:val="right"/>
      </w:pPr>
      <w:r>
        <w:t>وہ چیز نہیں ہوتی۔</w:t>
      </w:r>
    </w:p>
    <w:p>
      <w:r>
        <w:rPr>
          <w:b/>
        </w:rPr>
        <w:t xml:space="preserve">[04:26] </w:t>
      </w:r>
      <w:r>
        <w:t>Is liye behtareen lafz angrezi mein hai,</w:t>
      </w:r>
    </w:p>
    <w:p>
      <w:pPr>
        <w:jc w:val="right"/>
      </w:pPr>
      <w:r>
        <w:t>اس لیے بہترین لفظ انگریزی میں ہے،</w:t>
      </w:r>
    </w:p>
    <w:p>
      <w:r>
        <w:rPr>
          <w:b/>
        </w:rPr>
        <w:t xml:space="preserve">[04:33] </w:t>
      </w:r>
      <w:r>
        <w:t>wo hai "concern".</w:t>
      </w:r>
    </w:p>
    <w:p>
      <w:pPr>
        <w:jc w:val="right"/>
      </w:pPr>
      <w:r>
        <w:t>وہ ہے "کنسرن"۔</w:t>
      </w:r>
    </w:p>
    <w:p>
      <w:r>
        <w:rPr>
          <w:b/>
        </w:rPr>
        <w:t xml:space="preserve">[04:37] </w:t>
      </w:r>
      <w:r>
        <w:t>Allah ko wahid concern banana.</w:t>
      </w:r>
    </w:p>
    <w:p>
      <w:pPr>
        <w:jc w:val="right"/>
      </w:pPr>
      <w:r>
        <w:t>اللہ کو واحد کنسرن بنانا۔</w:t>
      </w:r>
    </w:p>
    <w:p>
      <w:r>
        <w:rPr>
          <w:b/>
        </w:rPr>
        <w:t xml:space="preserve">[04:49] </w:t>
      </w:r>
      <w:r>
        <w:t>Aap dislyum nikali, concern ka mani kya hai</w:t>
      </w:r>
    </w:p>
    <w:p>
      <w:pPr>
        <w:jc w:val="right"/>
      </w:pPr>
      <w:r>
        <w:t>آپ ڈسلیوم نکالی، کنسرن کا معنی کیا ہے</w:t>
      </w:r>
    </w:p>
    <w:p>
      <w:r>
        <w:rPr>
          <w:b/>
        </w:rPr>
        <w:t xml:space="preserve">[04:52] </w:t>
      </w:r>
      <w:r>
        <w:t>concern to engage the attention of involve to be of importance.</w:t>
      </w:r>
    </w:p>
    <w:p>
      <w:pPr>
        <w:jc w:val="right"/>
      </w:pPr>
      <w:r>
        <w:t>؟ کنسرن ٹو انگیج دا اٹینشن اف انوالو ٹو بی اف امپورٹنس۔</w:t>
      </w:r>
    </w:p>
    <w:p>
      <w:r>
        <w:rPr>
          <w:b/>
        </w:rPr>
        <w:t xml:space="preserve">[05:04] </w:t>
      </w:r>
      <w:r>
        <w:t>matter that relates to or affects one.</w:t>
      </w:r>
    </w:p>
    <w:p>
      <w:pPr>
        <w:jc w:val="right"/>
      </w:pPr>
      <w:r>
        <w:t>ا میٹر دیٹ ریلیٹس ٹو اور افیکٹس ون۔</w:t>
      </w:r>
    </w:p>
    <w:p>
      <w:r>
        <w:rPr>
          <w:b/>
        </w:rPr>
        <w:t xml:space="preserve">[05:12] </w:t>
      </w:r>
      <w:r>
        <w:t>regard for our interest in someone or something.</w:t>
      </w:r>
    </w:p>
    <w:p>
      <w:pPr>
        <w:jc w:val="right"/>
      </w:pPr>
      <w:r>
        <w:t>ریگارڈ فار اور انٹرسٹ ان سم ون اور سمتھنگ۔</w:t>
      </w:r>
    </w:p>
    <w:p>
      <w:r>
        <w:rPr>
          <w:b/>
        </w:rPr>
        <w:t xml:space="preserve">[05:23] </w:t>
      </w:r>
      <w:r>
        <w:t>be of importance or interest of affect</w:t>
      </w:r>
    </w:p>
    <w:p>
      <w:pPr>
        <w:jc w:val="right"/>
      </w:pPr>
      <w:r>
        <w:t>بی اف امپورٹنس اور انٹرسٹ اف افیکٹ</w:t>
      </w:r>
    </w:p>
    <w:p>
      <w:r>
        <w:rPr>
          <w:b/>
        </w:rPr>
        <w:t xml:space="preserve">[05:29] </w:t>
      </w:r>
      <w:r>
        <w:t>wa allazina amanu ashaddud billah lekin is ka matlab hai ke jo aadmi Allah ko apna soul concern banaye,</w:t>
      </w:r>
    </w:p>
    <w:p>
      <w:pPr>
        <w:jc w:val="right"/>
      </w:pPr>
      <w:r>
        <w:t>۔ "وَالَّذِينَ آمَنُوا أَشَدُّوا بِاللَّهِ"۔ لیکن اس کا مطلب ہے کہ جو آدمی اللہ کو اپنا سول کنسرن بنائے،</w:t>
      </w:r>
    </w:p>
    <w:p>
      <w:r>
        <w:rPr>
          <w:b/>
        </w:rPr>
        <w:t xml:space="preserve">[05:43] </w:t>
      </w:r>
      <w:r>
        <w:t>dekhiye, soul concern banane ka</w:t>
      </w:r>
    </w:p>
    <w:p>
      <w:pPr>
        <w:jc w:val="right"/>
      </w:pPr>
      <w:r>
        <w:t>دیکھیے، سول کنسرن بنانے کا</w:t>
      </w:r>
    </w:p>
    <w:p>
      <w:r>
        <w:rPr>
          <w:b/>
        </w:rPr>
        <w:t xml:space="preserve">[05:56] </w:t>
      </w:r>
      <w:r>
        <w:t>kaise hota hai? hain? is ko samjhiye.</w:t>
      </w:r>
    </w:p>
    <w:p>
      <w:pPr>
        <w:jc w:val="right"/>
      </w:pPr>
      <w:r>
        <w:t>کیسے ہوتا ہے؟ ہیں؟ اس کو سمجھئے۔</w:t>
      </w:r>
    </w:p>
    <w:p>
      <w:r>
        <w:rPr>
          <w:b/>
        </w:rPr>
        <w:t xml:space="preserve">[06:17] </w:t>
      </w:r>
      <w:r>
        <w:t>insan Allah ne insan ko</w:t>
      </w:r>
    </w:p>
    <w:p>
      <w:pPr>
        <w:jc w:val="right"/>
      </w:pPr>
      <w:r>
        <w:t>انسان اللہ نے انسان کو</w:t>
      </w:r>
    </w:p>
    <w:p>
      <w:r>
        <w:rPr>
          <w:b/>
        </w:rPr>
        <w:t xml:space="preserve">[06:24] </w:t>
      </w:r>
      <w:r>
        <w:t>apne dono dono hathon se paida kiya hai. kya hai</w:t>
      </w:r>
    </w:p>
    <w:p>
      <w:pPr>
        <w:jc w:val="right"/>
      </w:pPr>
      <w:r>
        <w:t>اپنے دونوں دونوں ہاتھوں سے پیدا کیا ہے۔ کیا ہے</w:t>
      </w:r>
    </w:p>
    <w:p>
      <w:r>
        <w:rPr>
          <w:b/>
        </w:rPr>
        <w:t xml:space="preserve">[06:28] </w:t>
      </w:r>
      <w:r>
        <w:t>na? ji. hain? ji.</w:t>
      </w:r>
    </w:p>
    <w:p>
      <w:pPr>
        <w:jc w:val="right"/>
      </w:pPr>
      <w:r>
        <w:t>نا؟ جی۔ ہیں؟ جی۔</w:t>
      </w:r>
    </w:p>
    <w:p>
      <w:r>
        <w:rPr>
          <w:b/>
        </w:rPr>
        <w:t xml:space="preserve">[06:33] </w:t>
      </w:r>
      <w:r>
        <w:t>apne dono hathon se ke apna sab kuch de diya.</w:t>
      </w:r>
    </w:p>
    <w:p>
      <w:pPr>
        <w:jc w:val="right"/>
      </w:pPr>
      <w:r>
        <w:t>اپنے دونوں ہاتھوں سے کہ اپنا سب کچھ دے دیا۔</w:t>
      </w:r>
    </w:p>
    <w:p>
      <w:r>
        <w:rPr>
          <w:b/>
        </w:rPr>
        <w:t xml:space="preserve">[06:39] </w:t>
      </w:r>
      <w:r>
        <w:t>darja abadiyat mein nahi, darja raghbat mein nahi.</w:t>
      </w:r>
    </w:p>
    <w:p>
      <w:pPr>
        <w:jc w:val="right"/>
      </w:pPr>
      <w:r>
        <w:t>درجہ ابدیت میں نہیں، درجہ رغبت میں نہیں۔</w:t>
      </w:r>
    </w:p>
    <w:p>
      <w:r>
        <w:rPr>
          <w:b/>
        </w:rPr>
        <w:t xml:space="preserve">[06:53] </w:t>
      </w:r>
      <w:r>
        <w:t>to. hai lekin woh kya hai? woh discoverable hai. aap discover karenge to jaane ga to nahi jaane ga.</w:t>
      </w:r>
    </w:p>
    <w:p>
      <w:pPr>
        <w:jc w:val="right"/>
      </w:pPr>
      <w:r>
        <w:t>تو۔ ہے لیکن وہ کیا ہے؟ وہ ڈسکوریبل ہے۔ آپ ڈسکور کریں گے تو جانے گا تو نہیں جانے گا۔</w:t>
      </w:r>
    </w:p>
    <w:p>
      <w:r>
        <w:rPr>
          <w:b/>
        </w:rPr>
        <w:t xml:space="preserve">[07:17] </w:t>
      </w:r>
      <w:r>
        <w:t>aur discovery hoti hai bohat zyada sochne se. jaise ek misaal deta hoon main aap ko.</w:t>
      </w:r>
    </w:p>
    <w:p>
      <w:pPr>
        <w:jc w:val="right"/>
      </w:pPr>
      <w:r>
        <w:t>اور ڈسکوری ہوتی ہے بہت زیادہ سوچنے سے۔ جیسے ایک مثال دیتا ہوں میں آپ کو۔</w:t>
      </w:r>
    </w:p>
    <w:p>
      <w:r>
        <w:rPr>
          <w:b/>
        </w:rPr>
        <w:t xml:space="preserve">[07:30] </w:t>
      </w:r>
      <w:r>
        <w:t>aap rozana</w:t>
      </w:r>
    </w:p>
    <w:p>
      <w:pPr>
        <w:jc w:val="right"/>
      </w:pPr>
      <w:r>
        <w:t>آپ روزانہ</w:t>
      </w:r>
    </w:p>
    <w:p>
      <w:r>
        <w:rPr>
          <w:b/>
        </w:rPr>
        <w:t xml:space="preserve">[07:37] </w:t>
      </w:r>
      <w:r>
        <w:t>khana aur pani lete hain, har aadmi.</w:t>
      </w:r>
    </w:p>
    <w:p>
      <w:pPr>
        <w:jc w:val="right"/>
      </w:pPr>
      <w:r>
        <w:t>کھانا اور پانی لیتے ہیں، ہر آدمی۔</w:t>
      </w:r>
    </w:p>
    <w:p>
      <w:r>
        <w:rPr>
          <w:b/>
        </w:rPr>
        <w:t xml:space="preserve">[07:44] </w:t>
      </w:r>
      <w:r>
        <w:t>lekin kam az kam mere to koi ehsas bala nahi hua jo soche ke yeh kaise pani ban gaya, yeh kaise oxygen ban gaya, kaise khana zameen mein ugaya,</w:t>
      </w:r>
    </w:p>
    <w:p>
      <w:pPr>
        <w:jc w:val="right"/>
      </w:pPr>
      <w:r>
        <w:t>لیکن کم از کم میرے تو کوئی احساس بلا نہیں ہوا جو سوچے کہ یہ کیسے پانی بن گیا، یہ کیسے اکسیجن بن گیا، کیسے کھانا زمین میں اگایا،</w:t>
      </w:r>
    </w:p>
    <w:p>
      <w:r>
        <w:rPr>
          <w:b/>
        </w:rPr>
        <w:t xml:space="preserve">[08:01] </w:t>
      </w:r>
      <w:r>
        <w:t>phir kaise mere pait mein ja kar ke woh</w:t>
      </w:r>
    </w:p>
    <w:p>
      <w:pPr>
        <w:jc w:val="right"/>
      </w:pPr>
      <w:r>
        <w:t>پھر کیسے میرے پیٹ میں جا کر کے وہ</w:t>
      </w:r>
    </w:p>
    <w:p>
      <w:r>
        <w:rPr>
          <w:b/>
        </w:rPr>
        <w:t xml:space="preserve">[08:08] </w:t>
      </w:r>
      <w:r>
        <w:t>meri body ban gaya. main samajhta hoon ke woh angrez jo tha,</w:t>
      </w:r>
    </w:p>
    <w:p>
      <w:pPr>
        <w:jc w:val="right"/>
      </w:pPr>
      <w:r>
        <w:t>میری باڈی بن گیا۔ میں سمجھتا ہوں کہ وہ انگریز جو تھا،</w:t>
      </w:r>
    </w:p>
    <w:p>
      <w:r>
        <w:rPr>
          <w:b/>
        </w:rPr>
        <w:t xml:space="preserve">[08:15] </w:t>
      </w:r>
      <w:r>
        <w:t>koi aalim bhi hota nahi samajh paya.</w:t>
      </w:r>
    </w:p>
    <w:p>
      <w:pPr>
        <w:jc w:val="right"/>
      </w:pPr>
      <w:r>
        <w:t>کوئی عالم بھی ہوتا نہیں سمجھ پایا۔</w:t>
      </w:r>
    </w:p>
    <w:p>
      <w:r>
        <w:rPr>
          <w:b/>
        </w:rPr>
        <w:t xml:space="preserve">[08:24] </w:t>
      </w:r>
      <w:r>
        <w:t>woh- woh- woh shair likhiye aap, nikaliye is mein nikaliye.</w:t>
      </w:r>
    </w:p>
    <w:p>
      <w:pPr>
        <w:jc w:val="right"/>
      </w:pPr>
      <w:r>
        <w:t>وہ- وہ- وہ شعر لکھیے آپ، نکالیے اس میں نکالیے۔</w:t>
      </w:r>
    </w:p>
    <w:p>
      <w:r>
        <w:rPr>
          <w:b/>
        </w:rPr>
        <w:t xml:space="preserve">[08:36] </w:t>
      </w:r>
      <w:r>
        <w:t>whatever musty transfer to musty. is ka naam bataiye aur poora shair padhiye. it is very art as art as can be.</w:t>
      </w:r>
    </w:p>
    <w:p>
      <w:pPr>
        <w:jc w:val="right"/>
      </w:pPr>
      <w:r>
        <w:t>واٹ ایور مسٹی ٹرانسفر ٹو مسٹی۔ اس کا نام بتائیے اور پورا شعر پڑھیے۔ اٹ از ویری آرٹ ایز آرٹ ایز کین بی۔</w:t>
      </w:r>
    </w:p>
    <w:p>
      <w:r>
        <w:rPr>
          <w:b/>
        </w:rPr>
        <w:t xml:space="preserve">[08:49] </w:t>
      </w:r>
      <w:r>
        <w:t>it is very hard thing. it is very hard thing as hard as can be.</w:t>
      </w:r>
    </w:p>
    <w:p>
      <w:pPr>
        <w:jc w:val="right"/>
      </w:pPr>
      <w:r>
        <w:t>اٹ از ویری آرٹ تھنگ۔ اٹ از ویری آرٹ تھنگ ایز آرٹ ایز کین بی۔</w:t>
      </w:r>
    </w:p>
    <w:p>
      <w:r>
        <w:rPr>
          <w:b/>
        </w:rPr>
        <w:t xml:space="preserve">[09:00] </w:t>
      </w:r>
      <w:r>
        <w:t>whatever must be its transfer to must be.</w:t>
      </w:r>
    </w:p>
    <w:p>
      <w:pPr>
        <w:jc w:val="right"/>
      </w:pPr>
      <w:r>
        <w:t>واٹ ایور مسٹی اٹس ٹرانسفر ٹو مسٹی۔</w:t>
      </w:r>
    </w:p>
    <w:p>
      <w:r>
        <w:rPr>
          <w:b/>
        </w:rPr>
        <w:t xml:space="preserve">[09:09] </w:t>
      </w:r>
      <w:r>
        <w:t>aap ne bataya ke shair ka naam</w:t>
      </w:r>
    </w:p>
    <w:p>
      <w:pPr>
        <w:jc w:val="right"/>
      </w:pPr>
      <w:r>
        <w:t>آپ نے بتایا کہ شاعر کا نام</w:t>
      </w:r>
    </w:p>
    <w:p>
      <w:r>
        <w:rPr>
          <w:b/>
        </w:rPr>
        <w:t xml:space="preserve">[09:11] </w:t>
      </w:r>
      <w:r>
        <w:t>? walter de lamair. hain? walter de lamair. haan.</w:t>
      </w:r>
    </w:p>
    <w:p>
      <w:pPr>
        <w:jc w:val="right"/>
      </w:pPr>
      <w:r>
        <w:t>؟ والٹر ڈی لامائر۔ ہیں؟ والٹر ڈی لامائر۔ ہاں۔</w:t>
      </w:r>
    </w:p>
    <w:p>
      <w:r>
        <w:rPr>
          <w:b/>
        </w:rPr>
        <w:t xml:space="preserve">[09:21] </w:t>
      </w:r>
      <w:r>
        <w:t>kab- kab is ki death hui?</w:t>
      </w:r>
    </w:p>
    <w:p>
      <w:pPr>
        <w:jc w:val="right"/>
      </w:pPr>
      <w:r>
        <w:t>کب- کب اس کی ڈیتھ ہوئی؟</w:t>
      </w:r>
    </w:p>
    <w:p>
      <w:r>
        <w:rPr>
          <w:b/>
        </w:rPr>
        <w:t xml:space="preserve">[09:34] </w:t>
      </w:r>
      <w:r>
        <w:t>1956 mein. 1956 mein. ji. umar kitni thi?</w:t>
      </w:r>
    </w:p>
    <w:p>
      <w:pPr>
        <w:jc w:val="right"/>
      </w:pPr>
      <w:r>
        <w:t>1956 میں۔ 1956 میں۔ جی۔ عمر کتنی تھی؟</w:t>
      </w:r>
    </w:p>
    <w:p>
      <w:r>
        <w:rPr>
          <w:b/>
        </w:rPr>
        <w:t xml:space="preserve">[09:53] </w:t>
      </w:r>
      <w:r>
        <w:t>83 saal. 83 saal. ab dekhiye suniye.</w:t>
      </w:r>
    </w:p>
    <w:p>
      <w:pPr>
        <w:jc w:val="right"/>
      </w:pPr>
      <w:r>
        <w:t>83 سال۔ 83 سال۔ اب دیکھیے سنیے۔</w:t>
      </w:r>
    </w:p>
    <w:p>
      <w:r>
        <w:rPr>
          <w:b/>
        </w:rPr>
        <w:t xml:space="preserve">[10:04] </w:t>
      </w:r>
      <w:r>
        <w:t>suniye.</w:t>
      </w:r>
    </w:p>
    <w:p>
      <w:pPr>
        <w:jc w:val="right"/>
      </w:pPr>
      <w:r>
        <w:t>سنیے۔</w:t>
      </w:r>
    </w:p>
    <w:p>
      <w:r>
        <w:rPr>
          <w:b/>
        </w:rPr>
        <w:t xml:space="preserve">[10:09] </w:t>
      </w:r>
      <w:r>
        <w:t>worcester aik british poet hai. british poet hai.</w:t>
      </w:r>
    </w:p>
    <w:p>
      <w:pPr>
        <w:jc w:val="right"/>
      </w:pPr>
      <w:r>
        <w:t>ورسٹر ایک برٹش پوئیٹ ہے۔ برٹش پوئیٹ ہے۔</w:t>
      </w:r>
    </w:p>
    <w:p>
      <w:r>
        <w:rPr>
          <w:b/>
        </w:rPr>
        <w:t xml:space="preserve">[10:19] </w:t>
      </w:r>
      <w:r>
        <w:t>to woh apne ghar mein tha,</w:t>
      </w:r>
    </w:p>
    <w:p>
      <w:pPr>
        <w:jc w:val="right"/>
      </w:pPr>
      <w:r>
        <w:t>تو وہ اپنے گھر میں تھا،</w:t>
      </w:r>
    </w:p>
    <w:p>
      <w:r>
        <w:rPr>
          <w:b/>
        </w:rPr>
        <w:t xml:space="preserve">[10:23] </w:t>
      </w:r>
      <w:r>
        <w:t>apne ghar mein. to khane ka waqt hua. to mez, khane ki mez par sab khane rakhe gaye.</w:t>
      </w:r>
    </w:p>
    <w:p>
      <w:pPr>
        <w:jc w:val="right"/>
      </w:pPr>
      <w:r>
        <w:t>اپنے گھر میں۔ تو کھانے کا وقت ہوا۔ تو میز، کھانے کی میز پر سب کھانے رکھے گئے۔</w:t>
      </w:r>
    </w:p>
    <w:p>
      <w:r>
        <w:rPr>
          <w:b/>
        </w:rPr>
        <w:t xml:space="preserve">[10:40] </w:t>
      </w:r>
      <w:r>
        <w:t>to is mein aik bachcha bhi tha jo sab kha rahe thay. yeh aik kinare baitha hua dekh raha tha.</w:t>
      </w:r>
    </w:p>
    <w:p>
      <w:pPr>
        <w:jc w:val="right"/>
      </w:pPr>
      <w:r>
        <w:t>تو اس میں ایک بچہ بھی تھا جو سب کھا رہے تھے۔ یہ ایک کنارے بیٹھا ہوا دیکھ رہا تھا۔</w:t>
      </w:r>
    </w:p>
    <w:p>
      <w:r>
        <w:rPr>
          <w:b/>
        </w:rPr>
        <w:t xml:space="preserve">[10:56] </w:t>
      </w:r>
      <w:r>
        <w:t>kyun ke shair mein imagination hota hai.</w:t>
      </w:r>
    </w:p>
    <w:p>
      <w:pPr>
        <w:jc w:val="right"/>
      </w:pPr>
      <w:r>
        <w:t>کیونکہ شاعر میں امیجنیشن ہوتا ہے۔</w:t>
      </w:r>
    </w:p>
    <w:p>
      <w:r>
        <w:rPr>
          <w:b/>
        </w:rPr>
        <w:t xml:space="preserve">[11:04] </w:t>
      </w:r>
      <w:r>
        <w:t>to dekh raha hai, dekh raha hai zara. ab woh pani is ka aya. yeh khana jo yeh sab kha rahe hain, bachcha bhi kha raha hai.</w:t>
      </w:r>
    </w:p>
    <w:p>
      <w:pPr>
        <w:jc w:val="right"/>
      </w:pPr>
      <w:r>
        <w:t>تو دیکھ رہا ہے، دیکھ رہا ہے ذرا۔ اب وہ پانی اس کا آیا۔ یہ کھانا جو یہ سب کھا رہے ہیں، بچہ بھی کھا رہا ہے۔</w:t>
      </w:r>
    </w:p>
    <w:p>
      <w:r>
        <w:rPr>
          <w:b/>
        </w:rPr>
        <w:t xml:space="preserve">[11:16] </w:t>
      </w:r>
      <w:r>
        <w:t>to yahi khana to pait mein ja kar ke insaan ban- ban gaya. insaan ke andar bhi khana hi to aata hai.</w:t>
      </w:r>
    </w:p>
    <w:p>
      <w:pPr>
        <w:jc w:val="right"/>
      </w:pPr>
      <w:r>
        <w:t>تو یہی کھانا تو پیٹ میں جا کر کے انسان بن- بن گیا۔ انسان کے اندر بھی کھانا ہی تو آتا ہے۔</w:t>
      </w:r>
    </w:p>
    <w:p>
      <w:r>
        <w:rPr>
          <w:b/>
        </w:rPr>
        <w:t xml:space="preserve">[11:27] </w:t>
      </w:r>
      <w:r>
        <w:t>aur ja kar ke phir. ab woh laga sochne.</w:t>
      </w:r>
    </w:p>
    <w:p>
      <w:pPr>
        <w:jc w:val="right"/>
      </w:pPr>
      <w:r>
        <w:t>اور جا کر کے پھر۔ اب وہ لگا سوچنے۔</w:t>
      </w:r>
    </w:p>
    <w:p>
      <w:r>
        <w:rPr>
          <w:b/>
        </w:rPr>
        <w:t xml:space="preserve">[11:34] </w:t>
      </w:r>
      <w:r>
        <w:t>to us ne yeh shair kaha ke it is very art as art can be. Whatever mystery its transfer to mystery.</w:t>
      </w:r>
    </w:p>
    <w:p>
      <w:pPr>
        <w:jc w:val="right"/>
      </w:pPr>
      <w:r>
        <w:t>تو اس نے یہ شعر کہا کہ اٹ از ویری آرٹ ایز آرٹ کین بی۔ واٹ ایور مسٹی اٹس ٹرانسفر ٹو مسٹی۔</w:t>
      </w:r>
    </w:p>
    <w:p>
      <w:r>
        <w:rPr>
          <w:b/>
        </w:rPr>
        <w:t xml:space="preserve">[11:50] </w:t>
      </w:r>
      <w:r>
        <w:t>yeh bohat anokhi baat hai. sab se ziyada anokhi baat. ke insaan</w:t>
      </w:r>
    </w:p>
    <w:p>
      <w:pPr>
        <w:jc w:val="right"/>
      </w:pPr>
      <w:r>
        <w:t>یہ بہت انوکھی بات ہے۔ سب سے زیادہ انوکھی بات۔ کہ انسان</w:t>
      </w:r>
    </w:p>
    <w:p>
      <w:r>
        <w:rPr>
          <w:b/>
        </w:rPr>
        <w:t xml:space="preserve">[12:02] </w:t>
      </w:r>
      <w:r>
        <w:t>jo kuch khata hai, woh aadmi ke pait mein jaane ke baad</w:t>
      </w:r>
    </w:p>
    <w:p>
      <w:pPr>
        <w:jc w:val="right"/>
      </w:pPr>
      <w:r>
        <w:t>جو کچھ کھاتا ہے، وہ آدمی کے پیٹ میں جانے کے بعد</w:t>
      </w:r>
    </w:p>
    <w:p>
      <w:r>
        <w:rPr>
          <w:b/>
        </w:rPr>
        <w:t xml:space="preserve">[12:10] </w:t>
      </w:r>
      <w:r>
        <w:t>wahi- wahi insani wajood mein jata hai.</w:t>
      </w:r>
    </w:p>
    <w:p>
      <w:pPr>
        <w:jc w:val="right"/>
      </w:pPr>
      <w:r>
        <w:t>وہی- وہی انسانی وجود میں جاتا ہے۔</w:t>
      </w:r>
    </w:p>
    <w:p>
      <w:r>
        <w:rPr>
          <w:b/>
        </w:rPr>
        <w:t xml:space="preserve">[12:17] </w:t>
      </w:r>
      <w:r>
        <w:t>mera khayal hai ke is ke baad us ne khana nahi kha saka woh. use woh sach soch mein ghara raha.</w:t>
      </w:r>
    </w:p>
    <w:p>
      <w:pPr>
        <w:jc w:val="right"/>
      </w:pPr>
      <w:r>
        <w:t>میرا خیال ہے کہ اس کے بعد اس نے کھانا نہیں کھا سکا وہ۔ اسے وہ سچ سوچ میں غرق رہا۔</w:t>
      </w:r>
    </w:p>
    <w:p>
      <w:r>
        <w:rPr>
          <w:b/>
        </w:rPr>
        <w:t xml:space="preserve">[12:36] </w:t>
      </w:r>
      <w:r>
        <w:t>to mein apne guest se is mein shamil karta hoon ke us ne sirf khane, mez, mez ke khane ka bhi socha ho raha hai.</w:t>
      </w:r>
    </w:p>
    <w:p>
      <w:pPr>
        <w:jc w:val="right"/>
      </w:pPr>
      <w:r>
        <w:t>تو میں اپنے گیسٹ سے اس میں شامل کرتا ہوں کہ اس نے صرف کھانے، میز، میز کے کھانے کا بھی سوچا ہو رہا ہے۔</w:t>
      </w:r>
    </w:p>
    <w:p>
      <w:r>
        <w:rPr>
          <w:b/>
        </w:rPr>
        <w:t xml:space="preserve">[12:50] </w:t>
      </w:r>
      <w:r>
        <w:t>dekhein yeh- yeh- yeh give chawal, yeh khana kaise ban gaya?</w:t>
      </w:r>
    </w:p>
    <w:p>
      <w:pPr>
        <w:jc w:val="right"/>
      </w:pPr>
      <w:r>
        <w:t>دیکھیں یہ- یہ- یہ گیو چاول، یہ کھانا کیسے بن گیا؟</w:t>
      </w:r>
    </w:p>
    <w:p>
      <w:r>
        <w:rPr>
          <w:b/>
        </w:rPr>
        <w:t xml:space="preserve">[12:59] </w:t>
      </w:r>
      <w:r>
        <w:t>yeh soil, zameen mein soil hai, zar-khez mitti. woh zar-khez mitti se cheezein bani.</w:t>
      </w:r>
    </w:p>
    <w:p>
      <w:pPr>
        <w:jc w:val="right"/>
      </w:pPr>
      <w:r>
        <w:t>یہ سوائل، زمین میں سوائل ہے، زرخیز مٹی۔ وہ زرخیز مٹی سے چیزیں بنی۔</w:t>
      </w:r>
    </w:p>
    <w:p>
      <w:r>
        <w:rPr>
          <w:b/>
        </w:rPr>
        <w:t xml:space="preserve">[13:18] </w:t>
      </w:r>
      <w:r>
        <w:t>phir zar-khez mitti kaise bani? pani diya gaya is mein, phir is mein cheezein ugna shuru huin.</w:t>
      </w:r>
    </w:p>
    <w:p>
      <w:pPr>
        <w:jc w:val="right"/>
      </w:pPr>
      <w:r>
        <w:t>پھر زرخیز مٹی کیسے بنی؟ پانی دیا گیا اس میں، پھر اس میں چیزیں اگنا شروع ہوئیں۔</w:t>
      </w:r>
    </w:p>
    <w:p>
      <w:r>
        <w:rPr>
          <w:b/>
        </w:rPr>
        <w:t xml:space="preserve">[13:28] </w:t>
      </w:r>
      <w:r>
        <w:t>yeh kaise hua?</w:t>
      </w:r>
    </w:p>
    <w:p>
      <w:pPr>
        <w:jc w:val="right"/>
      </w:pPr>
      <w:r>
        <w:t>یہ کیسے ہوا؟</w:t>
      </w:r>
    </w:p>
    <w:p>
      <w:r>
        <w:rPr>
          <w:b/>
        </w:rPr>
        <w:t xml:space="preserve">[13:37] </w:t>
      </w:r>
      <w:r>
        <w:t>to sari kainat tak pahunch gaya. us ki soch sari kainat tak pahunch gayi.</w:t>
      </w:r>
    </w:p>
    <w:p>
      <w:pPr>
        <w:jc w:val="right"/>
      </w:pPr>
      <w:r>
        <w:t>تو ساری کائنات تک پہنچ گیا۔ اس کی سوچ ساری کائنات تک پہنچ گئی۔</w:t>
      </w:r>
    </w:p>
    <w:p>
      <w:r>
        <w:rPr>
          <w:b/>
        </w:rPr>
        <w:t xml:space="preserve">[13:48] </w:t>
      </w:r>
      <w:r>
        <w:t>to itna ziyada is mein woh hairat mein pada ke woh khana hi nahi khaya us ne.</w:t>
      </w:r>
    </w:p>
    <w:p>
      <w:pPr>
        <w:jc w:val="right"/>
      </w:pPr>
      <w:r>
        <w:t>تو اتنا زیادہ اس میں وہ حیرت میں پڑا کہ وہ کھانا ہی نہیں کھایا اس نے۔</w:t>
      </w:r>
    </w:p>
    <w:p>
      <w:r>
        <w:rPr>
          <w:b/>
        </w:rPr>
        <w:t xml:space="preserve">[13:58] </w:t>
      </w:r>
      <w:r>
        <w:t>to woh to ek secular aadmi tha. woh to ek secular aadmi tha. agar yahi waqea ek muslim par guzre, ek momin par,</w:t>
      </w:r>
    </w:p>
    <w:p>
      <w:pPr>
        <w:jc w:val="right"/>
      </w:pPr>
      <w:r>
        <w:t>تو وہ تو ایک سیکولر آدمی تھا۔ وہ تو ایک سیکولر آدمی تھا۔ اگر یہی واقعہ ایک مسلم پر گزرے، ایک مومن پر،</w:t>
      </w:r>
    </w:p>
    <w:p>
      <w:r>
        <w:rPr>
          <w:b/>
        </w:rPr>
        <w:t xml:space="preserve">[14:16] </w:t>
      </w:r>
      <w:r>
        <w:t>to apne rab ke liye is se itna zyada</w:t>
      </w:r>
    </w:p>
    <w:p>
      <w:pPr>
        <w:jc w:val="right"/>
      </w:pPr>
      <w:r>
        <w:t>تو اپنے رب کے لیے اس سے اتنا زیادہ</w:t>
      </w:r>
    </w:p>
    <w:p>
      <w:r>
        <w:rPr>
          <w:b/>
        </w:rPr>
        <w:t xml:space="preserve">[14:25] </w:t>
      </w:r>
      <w:r>
        <w:t>taalluq badhega ke mere rab ne mere liye hisab kiya.</w:t>
      </w:r>
    </w:p>
    <w:p>
      <w:pPr>
        <w:jc w:val="right"/>
      </w:pPr>
      <w:r>
        <w:t>تعلق بڑھے گا کہ میرے رب نے میرے لیے احتساب کیا۔</w:t>
      </w:r>
    </w:p>
    <w:p>
      <w:r>
        <w:rPr>
          <w:b/>
        </w:rPr>
        <w:t xml:space="preserve">[14:39] </w:t>
      </w:r>
      <w:r>
        <w:t>yeh poori kainaat ko merikhidmat mein laga diya. sakhar alaikum wa ma khalaqtu.</w:t>
      </w:r>
    </w:p>
    <w:p>
      <w:pPr>
        <w:jc w:val="right"/>
      </w:pPr>
      <w:r>
        <w:t>یہ پوری کائنات کو میری خدمت میں لگا دیا۔ صخر علیکم وما خلقت۔</w:t>
      </w:r>
    </w:p>
    <w:p>
      <w:r>
        <w:rPr>
          <w:b/>
        </w:rPr>
        <w:t xml:space="preserve">[14:59] </w:t>
      </w:r>
      <w:r>
        <w:t>to woh ek- ek qissa maine sunaya hai is se pehle. main samajhta hoon ke woh qissa is- is ka woh hai.</w:t>
      </w:r>
    </w:p>
    <w:p>
      <w:pPr>
        <w:jc w:val="right"/>
      </w:pPr>
      <w:r>
        <w:t>تو وہ ایک- ایک قصہ میں نے سنایا ہے اس سے پہلے۔ میں سمجھتا ہوں کہ وہ قصہ اس- اس کا وہ ہے۔</w:t>
      </w:r>
    </w:p>
    <w:p>
      <w:r>
        <w:rPr>
          <w:b/>
        </w:rPr>
        <w:t xml:space="preserve">[15:10] </w:t>
      </w:r>
      <w:r>
        <w:t>yaani woh angrez shayar ka qissa hai aur sunata hoon aap ko. woh ek aam insaan ka hai.</w:t>
      </w:r>
    </w:p>
    <w:p>
      <w:pPr>
        <w:jc w:val="right"/>
      </w:pPr>
      <w:r>
        <w:t>یعنی وہ انگریز شاعر کا قصہ ہے اور سناتا ہوں آپ کو۔ وہ ایک عام انسان کا ہے۔</w:t>
      </w:r>
    </w:p>
    <w:p>
      <w:r>
        <w:rPr>
          <w:b/>
        </w:rPr>
        <w:t xml:space="preserve">[15:23] </w:t>
      </w:r>
      <w:r>
        <w:t>hamare</w:t>
      </w:r>
    </w:p>
    <w:p>
      <w:pPr>
        <w:jc w:val="right"/>
      </w:pPr>
      <w:r>
        <w:t>ہمارے</w:t>
      </w:r>
    </w:p>
    <w:p>
      <w:r>
        <w:rPr>
          <w:b/>
        </w:rPr>
        <w:t xml:space="preserve">[15:26] </w:t>
      </w:r>
      <w:r>
        <w:t>aadab garh mein ek gaon hai kota. kota mein ek sahib the, abul furqan.</w:t>
      </w:r>
    </w:p>
    <w:p>
      <w:pPr>
        <w:jc w:val="right"/>
      </w:pPr>
      <w:r>
        <w:t>آدب گڑھ میں ایک گاؤں ہے کوٹہ۔ کوٹہ میں ایک صاحب تھے، ابوالفرقان۔</w:t>
      </w:r>
    </w:p>
    <w:p>
      <w:r>
        <w:rPr>
          <w:b/>
        </w:rPr>
        <w:t xml:space="preserve">[15:37] </w:t>
      </w:r>
      <w:r>
        <w:t>abul furqan.</w:t>
      </w:r>
    </w:p>
    <w:p>
      <w:pPr>
        <w:jc w:val="right"/>
      </w:pPr>
      <w:r>
        <w:t>ابوالفرقان۔</w:t>
      </w:r>
    </w:p>
    <w:p>
      <w:r>
        <w:rPr>
          <w:b/>
        </w:rPr>
        <w:t xml:space="preserve">[15:41] </w:t>
      </w:r>
      <w:r>
        <w:t>to mera un se milna julna hota tha. hamare rishtedar bhi the woh.</w:t>
      </w:r>
    </w:p>
    <w:p>
      <w:pPr>
        <w:jc w:val="right"/>
      </w:pPr>
      <w:r>
        <w:t>تو میرا ان سے ملنا جلنا ہوتا تھا۔ ہمارے رشتہ دار بھی تھے وہ۔</w:t>
      </w:r>
    </w:p>
    <w:p>
      <w:r>
        <w:rPr>
          <w:b/>
        </w:rPr>
        <w:t xml:space="preserve">[15:50] </w:t>
      </w:r>
      <w:r>
        <w:t>to woh ek martaba dilli aaye. to unhone kaha ke main jana chahta hoon ek apne gaon ke aadmi se milne ke liye.</w:t>
      </w:r>
    </w:p>
    <w:p>
      <w:pPr>
        <w:jc w:val="right"/>
      </w:pPr>
      <w:r>
        <w:t>تو وہ ایک مرتبہ دہلی آئے۔ تو انہوں نے کہا کہ میں جانا چاہتا ہوں ایک اپنے گاؤں کے آدمی سے ملنے کے لیے۔</w:t>
      </w:r>
    </w:p>
    <w:p>
      <w:r>
        <w:rPr>
          <w:b/>
        </w:rPr>
        <w:t xml:space="preserve">[16:00] </w:t>
      </w:r>
      <w:r>
        <w:t>gaon ka, isi area ka. ek- ek aam aadmi, mamooli parha likha aadmi, dehati.</w:t>
      </w:r>
    </w:p>
    <w:p>
      <w:pPr>
        <w:jc w:val="right"/>
      </w:pPr>
      <w:r>
        <w:t>گاؤں کا، اسی ایریا کا۔ ایک- ایک عام آدمی، معمولی پڑھ لکھا آدمی، دیہاتی۔</w:t>
      </w:r>
    </w:p>
    <w:p>
      <w:r>
        <w:rPr>
          <w:b/>
        </w:rPr>
        <w:t xml:space="preserve">[16:11] </w:t>
      </w:r>
      <w:r>
        <w:t>us se milne ke liye gaye. unhone bataya ke woh sanjar ghazi ke zamane mein un ka woh karta tha khidmat.</w:t>
      </w:r>
    </w:p>
    <w:p>
      <w:pPr>
        <w:jc w:val="right"/>
      </w:pPr>
      <w:r>
        <w:t>اس سے ملنے کے لیے گئے۔ انہوں نے بتایا کہ وہ سرجر غازی کے زمانے میں ان کا وہ کرتا تھا خدمت۔</w:t>
      </w:r>
    </w:p>
    <w:p>
      <w:r>
        <w:rPr>
          <w:b/>
        </w:rPr>
        <w:t xml:space="preserve">[16:26] </w:t>
      </w:r>
      <w:r>
        <w:t>ab bohat hi zyada wafadar, bohat hi zyada wafadar. to ek aap ko pata hoga ke ek zamane mein sanjar ghazi is poori india ko is ki mutthi mein tha.</w:t>
      </w:r>
    </w:p>
    <w:p>
      <w:pPr>
        <w:jc w:val="right"/>
      </w:pPr>
      <w:r>
        <w:t>اب بہت ہی زیادہ وفادار، بہت ہی زیادہ وفادار۔ تو ایک آپ کو پتہ ہوگا کہ ایک زمانے میں سنجر غازی اس پوری انڈیا کو اس کی مٹھی میں تھا۔</w:t>
      </w:r>
    </w:p>
    <w:p>
      <w:r>
        <w:rPr>
          <w:b/>
        </w:rPr>
        <w:t xml:space="preserve">[16:42] </w:t>
      </w:r>
      <w:r>
        <w:t>to election hua to raj sahiba ka member is ko bana diya.</w:t>
      </w:r>
    </w:p>
    <w:p>
      <w:pPr>
        <w:jc w:val="right"/>
      </w:pPr>
      <w:r>
        <w:t>تو الیکشن ہوا تو راج صاحبہ کا ممبر اس کو بنا دیا۔</w:t>
      </w:r>
    </w:p>
    <w:p>
      <w:r>
        <w:rPr>
          <w:b/>
        </w:rPr>
        <w:t xml:space="preserve">[16:51] </w:t>
      </w:r>
      <w:r>
        <w:t>is dehati aadmi ko raj sahiba namuna diya. ab woh bechara rehta tha gaon mein, ek mamooli ghar mein. to abul furqan sahib is se milne gaye dilli mein.</w:t>
      </w:r>
    </w:p>
    <w:p>
      <w:pPr>
        <w:jc w:val="right"/>
      </w:pPr>
      <w:r>
        <w:t>اس دیہاتی آدمی کو راج صاحبہ نمونہ دیا۔ اب وہ بیچارہ رہتا تھا گاؤں میں، ایک معمولی گھر میں۔ تو ابوالفرقان صاحب اس سے ملنے گئے دہلی میں۔</w:t>
      </w:r>
    </w:p>
    <w:p>
      <w:r>
        <w:rPr>
          <w:b/>
        </w:rPr>
        <w:t xml:space="preserve">[17:06] </w:t>
      </w:r>
      <w:r>
        <w:t>to ab rehta tha woh raj sahiba, woh yaani ab ab rehta tha woh</w:t>
      </w:r>
    </w:p>
    <w:p>
      <w:pPr>
        <w:jc w:val="right"/>
      </w:pPr>
      <w:r>
        <w:t>تو اب رہتا تھا وہ راج صاحبہ، وہ یعنی اب اب رہتا تھا وہ</w:t>
      </w:r>
    </w:p>
    <w:p>
      <w:r>
        <w:rPr>
          <w:b/>
        </w:rPr>
        <w:t xml:space="preserve">[17:21] </w:t>
      </w:r>
      <w:r>
        <w:t>parliament ke member ke liye, memberon ke liye jo jaane ka intezam hai, us mein bohat shandar ghar hoti hai, hota hai, car hoti hai aur sab safed hoti hai.</w:t>
      </w:r>
    </w:p>
    <w:p>
      <w:pPr>
        <w:jc w:val="right"/>
      </w:pPr>
      <w:r>
        <w:t>پارلیمنٹ کے ممبر کے لیے، ممبروں کے لیے جو جانے کا انتظام ہے، اس میں بہت شاندار گھر ہوتی ہے، ہوتا ہے، کار ہوتی ہے اور سب سفید ہوتی ہے۔</w:t>
      </w:r>
    </w:p>
    <w:p>
      <w:r>
        <w:rPr>
          <w:b/>
        </w:rPr>
        <w:t xml:space="preserve">[17:41] </w:t>
      </w:r>
      <w:r>
        <w:t>to raj sahib member ban gaya aur us ko ek- ek shandar yaani rehaishgah mil gayi new delhi mein.</w:t>
      </w:r>
    </w:p>
    <w:p>
      <w:pPr>
        <w:jc w:val="right"/>
      </w:pPr>
      <w:r>
        <w:t>تو راج صاحب ممبر بن گیا اور اس کو ایک- ایک شاندار یعنی رہائش گاہ مل گئی نیو ڈیوڈلی میں۔</w:t>
      </w:r>
    </w:p>
    <w:p>
      <w:r>
        <w:rPr>
          <w:b/>
        </w:rPr>
        <w:t xml:space="preserve">[17:54] </w:t>
      </w:r>
      <w:r>
        <w:t>to abul furqan sahib jab us se milne gaye</w:t>
      </w:r>
    </w:p>
    <w:p>
      <w:pPr>
        <w:jc w:val="right"/>
      </w:pPr>
      <w:r>
        <w:t>تو ابوالفرقان صاحب جب اس سے ملنے گئے</w:t>
      </w:r>
    </w:p>
    <w:p>
      <w:r>
        <w:rPr>
          <w:b/>
        </w:rPr>
        <w:t xml:space="preserve">[18:01] </w:t>
      </w:r>
      <w:r>
        <w:t>to un ka purana janne wala tha woh.</w:t>
      </w:r>
    </w:p>
    <w:p>
      <w:pPr>
        <w:jc w:val="right"/>
      </w:pPr>
      <w:r>
        <w:t>تو ان کا پرانا جاننے والا تھا وہ۔</w:t>
      </w:r>
    </w:p>
    <w:p>
      <w:r>
        <w:rPr>
          <w:b/>
        </w:rPr>
        <w:t xml:space="preserve">[18:08] </w:t>
      </w:r>
      <w:r>
        <w:t>to woh batata laga, batane laga ke raju woh.</w:t>
      </w:r>
    </w:p>
    <w:p>
      <w:pPr>
        <w:jc w:val="right"/>
      </w:pPr>
      <w:r>
        <w:t>تو وہ بتاتا لگا، بتانے لگا کہ راجو وہ۔</w:t>
      </w:r>
    </w:p>
    <w:p>
      <w:r>
        <w:rPr>
          <w:b/>
        </w:rPr>
        <w:t xml:space="preserve">[18:17] </w:t>
      </w:r>
      <w:r>
        <w:t>sanjar babu kehta tha yeh sab sanjar babu ki der hai. is ka munh sa aur kuch nikalta hi nahi tha.</w:t>
      </w:r>
    </w:p>
    <w:p>
      <w:pPr>
        <w:jc w:val="right"/>
      </w:pPr>
      <w:r>
        <w:t>سنجر بابو کہتا تھا یہ سب سنجر بابو کی دیر ہے۔ اس کا منہ سا اور کچھ نکلتا ہی نہیں تھا۔</w:t>
      </w:r>
    </w:p>
    <w:p>
      <w:r>
        <w:rPr>
          <w:b/>
        </w:rPr>
        <w:t xml:space="preserve">[18:26] </w:t>
      </w:r>
      <w:r>
        <w:t>yeh sab sanjar babu ki der hai.</w:t>
      </w:r>
    </w:p>
    <w:p>
      <w:pPr>
        <w:jc w:val="right"/>
      </w:pPr>
      <w:r>
        <w:t>یہ سب سنجر بابو کی دیر ہے۔</w:t>
      </w:r>
    </w:p>
    <w:p>
      <w:r>
        <w:rPr>
          <w:b/>
        </w:rPr>
        <w:t xml:space="preserve">[18:30] </w:t>
      </w:r>
      <w:r>
        <w:t>apna mila hua jo tha woh sab daal diya us ne sanjar babu ke khane mein. apna kuch nahi jo kuch hai sanjar babu.</w:t>
      </w:r>
    </w:p>
    <w:p>
      <w:pPr>
        <w:jc w:val="right"/>
      </w:pPr>
      <w:r>
        <w:t>اپنا ملا ہوا جو تھا وہ سب ڈال دیا اس نے سنجر بابو کے خانے میں۔ اپنا کچھ نہیں جو کچھ ہے سنجر بابو۔</w:t>
      </w:r>
    </w:p>
    <w:p>
      <w:r>
        <w:rPr>
          <w:b/>
        </w:rPr>
        <w:t xml:space="preserve">[18:41] </w:t>
      </w:r>
      <w:r>
        <w:t>to yeh sab sanjar babu ki der hai. yeh sab sanjar babu ki der hai.</w:t>
      </w:r>
    </w:p>
    <w:p>
      <w:pPr>
        <w:jc w:val="right"/>
      </w:pPr>
      <w:r>
        <w:t>تو یہ سب سنجر بابو کی دیر ہے۔ یہ سب سنجر بابو کی دیر ہے۔</w:t>
      </w:r>
    </w:p>
    <w:p>
      <w:r>
        <w:rPr>
          <w:b/>
        </w:rPr>
        <w:t xml:space="preserve">[18:50] </w:t>
      </w:r>
      <w:r>
        <w:t>to Allah ko sole concern banana is waqt hota hai jab ke aadmi Allah ke ehtiyat ko daryaft kare.</w:t>
      </w:r>
    </w:p>
    <w:p>
      <w:pPr>
        <w:jc w:val="right"/>
      </w:pPr>
      <w:r>
        <w:t>تو اللہ کو سول کنسرن بنانا اس وقت ہوتا ہے جب کہ آدمی اللہ کے احتیاط کو دریافت کرے۔</w:t>
      </w:r>
    </w:p>
    <w:p>
      <w:r>
        <w:rPr>
          <w:b/>
        </w:rPr>
        <w:t xml:space="preserve">[19:04] </w:t>
      </w:r>
      <w:r>
        <w:t>Allah ke ehtiyat ko daryaft kare ke kitna bara rahim o kareem hai woh Khuda. yeh sab cheezein ab is ko poori kainat de di.</w:t>
      </w:r>
    </w:p>
    <w:p>
      <w:pPr>
        <w:jc w:val="right"/>
      </w:pPr>
      <w:r>
        <w:t>اللہ کے احتیاط کو دریافت کرے کہ کتنا بڑا رحیم و کریم ہے وہ خدا۔ یہ سب چیزیں اب اس کو پوری کائنات دے دی۔</w:t>
      </w:r>
    </w:p>
    <w:p>
      <w:r>
        <w:rPr>
          <w:b/>
        </w:rPr>
        <w:t xml:space="preserve">[19:16] </w:t>
      </w:r>
      <w:r>
        <w:t>us ne aasman de diya, suraj, chand de diya. kya kya de diya? oxygen ka intezam kiya, pani ka intezam kiya.</w:t>
      </w:r>
    </w:p>
    <w:p>
      <w:pPr>
        <w:jc w:val="right"/>
      </w:pPr>
      <w:r>
        <w:t>اس نے آسمان دے دیا، سورج، چاند دے دیا۔ کیا کیا دے دیا؟ اکسیجن کا انتظام کیا، پانی کا انتظام کیا۔</w:t>
      </w:r>
    </w:p>
    <w:p>
      <w:r>
        <w:rPr>
          <w:b/>
        </w:rPr>
        <w:t xml:space="preserve">[19:29] </w:t>
      </w:r>
      <w:r>
        <w:t>to yeh sara jo hai</w:t>
      </w:r>
    </w:p>
    <w:p>
      <w:pPr>
        <w:jc w:val="right"/>
      </w:pPr>
      <w:r>
        <w:t>تو یہ سارا جو ہے</w:t>
      </w:r>
    </w:p>
    <w:p>
      <w:r>
        <w:rPr>
          <w:b/>
        </w:rPr>
        <w:t xml:space="preserve">[19:38] </w:t>
      </w:r>
      <w:r>
        <w:t>woh kya ayat hai Quran ki? Quran mein itna ayat hai ke is par ghore o fikr karunga. Kitab anzalna ilaika mubarak</w:t>
      </w:r>
    </w:p>
    <w:p>
      <w:pPr>
        <w:jc w:val="right"/>
      </w:pPr>
      <w:r>
        <w:t>وہ کیا آیت ہے قرآن کی؟ قرآن میں اتنا آیت ہے کہ اس پر غور و فکر کروں گا۔ کتاب انزلنا الیک مبارک</w:t>
      </w:r>
    </w:p>
    <w:p>
      <w:r>
        <w:rPr>
          <w:b/>
        </w:rPr>
        <w:t xml:space="preserve">[19:53] </w:t>
      </w:r>
      <w:r>
        <w:t>to is ka raaz jo hai tadabbur hai. yeh tadabbur ayat thi. yaani hum apni zaban mein kahunga ke taake woh discover karein,</w:t>
      </w:r>
    </w:p>
    <w:p>
      <w:pPr>
        <w:jc w:val="right"/>
      </w:pPr>
      <w:r>
        <w:t>تو اس کا راز جو ہے تدبر ہے۔ یہ تدبر آیت تھی۔ یعنی ہم اپنی زبان میں کہوں گا کہ تاکہ وہ ڈسکور کریں،</w:t>
      </w:r>
    </w:p>
    <w:p>
      <w:r>
        <w:rPr>
          <w:b/>
        </w:rPr>
        <w:t xml:space="preserve">[20:06] </w:t>
      </w:r>
      <w:r>
        <w:t>daryaft karein Allah ki nematton ko, Allah ki ehtiyat ko, Allah ki raham o karam ko daryaft karein.</w:t>
      </w:r>
    </w:p>
    <w:p>
      <w:pPr>
        <w:jc w:val="right"/>
      </w:pPr>
      <w:r>
        <w:t>دریافت کریں اللہ کی نعمتوں کو، اللہ کی احتیاط کو، اللہ کی رحم و کرم کو دریافت کریں۔</w:t>
      </w:r>
    </w:p>
    <w:p>
      <w:r>
        <w:rPr>
          <w:b/>
        </w:rPr>
        <w:t xml:space="preserve">[20:21] </w:t>
      </w:r>
      <w:r>
        <w:t>to jo woh hai ke allazina amanu ashhad billah. amanu ka mani kya hai? amanu ka mani jo daryaft, jo discovery ke satah par Allah ko paate hain.</w:t>
      </w:r>
    </w:p>
    <w:p>
      <w:pPr>
        <w:jc w:val="right"/>
      </w:pPr>
      <w:r>
        <w:t>تو جو وہ ہے کہ الذین آمنوا اشھد باللہ۔ آمنوا کا معنی کیا ہے؟ آمنوا کا معنی جو دریافت، جو ڈسکوری کے سطح پر اللہ کو پاتے ہیں۔</w:t>
      </w:r>
    </w:p>
    <w:p>
      <w:r>
        <w:rPr>
          <w:b/>
        </w:rPr>
        <w:t xml:space="preserve">[20:38] </w:t>
      </w:r>
      <w:r>
        <w:t>jo Allah ke jis jo discovery ke satah par Allah ko paate hain.</w:t>
      </w:r>
    </w:p>
    <w:p>
      <w:pPr>
        <w:jc w:val="right"/>
      </w:pPr>
      <w:r>
        <w:t>جو اللہ کے جس جو ڈسکوری کے سطح پر اللہ کو پاتے ہیں۔</w:t>
      </w:r>
    </w:p>
    <w:p>
      <w:r>
        <w:rPr>
          <w:b/>
        </w:rPr>
        <w:t xml:space="preserve">[20:48] </w:t>
      </w:r>
      <w:r>
        <w:t>to un ka haal wahi hota hai. yeh sab Allah Rabbul Alameen ki der hai.</w:t>
      </w:r>
    </w:p>
    <w:p>
      <w:pPr>
        <w:jc w:val="right"/>
      </w:pPr>
      <w:r>
        <w:t>تو ان کا حال وہی ہوتا ہے۔ یہ سب اللہ رب العالمین کی دیر ہے۔</w:t>
      </w:r>
    </w:p>
    <w:p>
      <w:r>
        <w:rPr>
          <w:b/>
        </w:rPr>
        <w:t xml:space="preserve">[21:00] </w:t>
      </w:r>
      <w:r>
        <w:t>is darje ka imaan</w:t>
      </w:r>
    </w:p>
    <w:p>
      <w:pPr>
        <w:jc w:val="right"/>
      </w:pPr>
      <w:r>
        <w:t>اس درجے کا ایمان</w:t>
      </w:r>
    </w:p>
    <w:p>
      <w:r>
        <w:rPr>
          <w:b/>
        </w:rPr>
        <w:t xml:space="preserve">[21:07] </w:t>
      </w:r>
      <w:r>
        <w:t>jab kisi ko milta hai</w:t>
      </w:r>
    </w:p>
    <w:p>
      <w:pPr>
        <w:jc w:val="right"/>
      </w:pPr>
      <w:r>
        <w:t>جب کسی کو ملتا ہے</w:t>
      </w:r>
    </w:p>
    <w:p>
      <w:r>
        <w:rPr>
          <w:b/>
        </w:rPr>
        <w:t xml:space="preserve">[21:15] </w:t>
      </w:r>
      <w:r>
        <w:t>tab woh is is se</w:t>
      </w:r>
    </w:p>
    <w:p>
      <w:pPr>
        <w:jc w:val="right"/>
      </w:pPr>
      <w:r>
        <w:t>تب وہ اس اس سے</w:t>
      </w:r>
    </w:p>
    <w:p>
      <w:r>
        <w:rPr>
          <w:b/>
        </w:rPr>
        <w:t xml:space="preserve">[21:32] </w:t>
      </w:r>
      <w:r>
        <w:t>tab woh woh insan banta hai</w:t>
      </w:r>
    </w:p>
    <w:p>
      <w:pPr>
        <w:jc w:val="right"/>
      </w:pPr>
      <w:r>
        <w:t>تب وہ وہ انسان بنتا ہے</w:t>
      </w:r>
    </w:p>
    <w:p>
      <w:r>
        <w:rPr>
          <w:b/>
        </w:rPr>
        <w:t xml:space="preserve">[21:40] </w:t>
      </w:r>
      <w:r>
        <w:t>jo dekhe aur baghair dekhe Khuda ko dekhe.</w:t>
      </w:r>
    </w:p>
    <w:p>
      <w:pPr>
        <w:jc w:val="right"/>
      </w:pPr>
      <w:r>
        <w:t>جو دیکھے اور بغیر دیکھے خدا کو دیکھے۔</w:t>
      </w:r>
    </w:p>
    <w:p>
      <w:r>
        <w:rPr>
          <w:b/>
        </w:rPr>
        <w:t xml:space="preserve">[22:00] </w:t>
      </w:r>
      <w:r>
        <w:t>woh kya hadith hai? Jibrael mein kya hai? woh hadith hai Jibrael mein: "Anta abdullah kaannaka tarahu, falamma tarahu fa innahu yarak".</w:t>
      </w:r>
    </w:p>
    <w:p>
      <w:pPr>
        <w:jc w:val="right"/>
      </w:pPr>
      <w:r>
        <w:t>وہ کیا حدیث ہے؟ جبرائیل میں کیا ہے؟ وہ حدیث ہے جبرائیل میں: "انت عبداللہ کانک تراہو فلم تراہو فینہ یراک"۔</w:t>
      </w:r>
    </w:p>
    <w:p>
      <w:r>
        <w:rPr>
          <w:b/>
        </w:rPr>
        <w:t xml:space="preserve">[22:13] </w:t>
      </w:r>
      <w:r>
        <w:t>kaannaka tarahu. ji. yeh ji.</w:t>
      </w:r>
    </w:p>
    <w:p>
      <w:pPr>
        <w:jc w:val="right"/>
      </w:pPr>
      <w:r>
        <w:t>کانک تراہو۔ جی۔ یہ جی۔</w:t>
      </w:r>
    </w:p>
    <w:p>
      <w:r>
        <w:rPr>
          <w:b/>
        </w:rPr>
        <w:t xml:space="preserve">[22:18] </w:t>
      </w:r>
      <w:r>
        <w:t>to jab aap itna zyada sochein, itna zyada sochein, zyada sochein to woh kaannaka tarahu ka darja aap ko mil jata hai. kaannaka tarahu.</w:t>
      </w:r>
    </w:p>
    <w:p>
      <w:pPr>
        <w:jc w:val="right"/>
      </w:pPr>
      <w:r>
        <w:t>تو جب آپ اتنا زیادہ سوچیں، اتنا زیادہ سوچیں، زیادہ سوچیں تو وہ کانک تراہو کا درجہ آپ کو مل جاتا ہے۔ کانک تراہو۔</w:t>
      </w:r>
    </w:p>
    <w:p>
      <w:r>
        <w:rPr>
          <w:b/>
        </w:rPr>
        <w:t xml:space="preserve">[22:34] </w:t>
      </w:r>
      <w:r>
        <w:t>tab woh imaan hota hai, tab woh daryaft hoti hai.</w:t>
      </w:r>
    </w:p>
    <w:p>
      <w:pPr>
        <w:jc w:val="right"/>
      </w:pPr>
      <w:r>
        <w:t>تب وہ ایمان ہوتا ہے، تب وہ دریافت ہوتی ہے۔</w:t>
      </w:r>
    </w:p>
    <w:p>
      <w:r>
        <w:rPr>
          <w:b/>
        </w:rPr>
        <w:t xml:space="preserve">[22:42] </w:t>
      </w:r>
      <w:r>
        <w:t>tab is ko marifat ka woh woh darja hasil hota hai</w:t>
      </w:r>
    </w:p>
    <w:p>
      <w:pPr>
        <w:jc w:val="right"/>
      </w:pPr>
      <w:r>
        <w:t>تب اس کو معرفت کا وہ وہ درجہ حاصل ہوتا ہے</w:t>
      </w:r>
    </w:p>
    <w:p>
      <w:r>
        <w:rPr>
          <w:b/>
        </w:rPr>
        <w:t xml:space="preserve">[22:47] </w:t>
      </w:r>
      <w:r>
        <w:t>ke sahib mein jo baat ki clear hai.</w:t>
      </w:r>
    </w:p>
    <w:p>
      <w:pPr>
        <w:jc w:val="right"/>
      </w:pPr>
      <w:r>
        <w:t>کہ صاحب میں جو بات کی کلیر ہے۔</w:t>
      </w:r>
    </w:p>
    <w:p>
      <w:r>
        <w:rPr>
          <w:b/>
        </w:rPr>
        <w:t xml:space="preserve">[22:58] </w:t>
      </w:r>
      <w:r>
        <w:t>haan Maulana, baat aap ki clear hai Maulana ke Khuda ko sole concern banana, Khuda ki ehtiyat par musalsal tadabbur karte rehna.</w:t>
      </w:r>
    </w:p>
    <w:p>
      <w:pPr>
        <w:jc w:val="right"/>
      </w:pPr>
      <w:r>
        <w:t>ہاں مولانا، بات آپ کی کلیئر ہے مولانا کہ خدا کو سول کنسرن بنانا، خدا کی احتیاط پر مسلسل تدبر کرتے رہنا۔</w:t>
      </w:r>
    </w:p>
    <w:p>
      <w:r>
        <w:rPr>
          <w:b/>
        </w:rPr>
        <w:t xml:space="preserve">[23:20] </w:t>
      </w:r>
      <w:r>
        <w:t>clear hai Maulana, bilkul. kya kaha unhone? unhone kaha ke Khuda ko sole concern banana aur musalsal Khuda ke bare mein sochte rehna yahi cheez hai tawfeeq ka milna.</w:t>
      </w:r>
    </w:p>
    <w:p>
      <w:pPr>
        <w:jc w:val="right"/>
      </w:pPr>
      <w:r>
        <w:t>کلیئر ہے مولانا، بالکل۔ کیا کہا انہوں نے؟ انہوں نے کہا کہ خدا کو سول کنسرن بنانا اور مسلسل خدا کے بارے میں سوچتے رہنا یہی چیز ہے توفیق کا ملنا۔</w:t>
      </w:r>
    </w:p>
    <w:p>
      <w:r>
        <w:rPr>
          <w:b/>
        </w:rPr>
        <w:t xml:space="preserve">[23:32] </w:t>
      </w:r>
      <w:r>
        <w:t>achha, aur koi sahib ka hai?</w:t>
      </w:r>
    </w:p>
    <w:p>
      <w:pPr>
        <w:jc w:val="right"/>
      </w:pPr>
      <w:r>
        <w:t>اچھا، اور کوئی صاحب کا ہے؟</w:t>
      </w:r>
    </w:p>
    <w:p>
      <w:r>
        <w:rPr>
          <w:b/>
        </w:rPr>
        <w:t xml:space="preserve">[23:46] </w:t>
      </w:r>
      <w:r>
        <w:t>bahut achha</w:t>
      </w:r>
    </w:p>
    <w:p>
      <w:pPr>
        <w:jc w:val="right"/>
      </w:pPr>
      <w:r>
        <w:t>بہت اچھا</w:t>
      </w:r>
    </w:p>
    <w:p>
      <w:r>
        <w:rPr>
          <w:b/>
        </w:rPr>
        <w:t xml:space="preserve">[23:50] </w:t>
      </w:r>
      <w:r>
        <w:t>yani Maulana, Allah ta'ala ki tofeeq ko tofeeq kis ko milti hai? To isi shakhs ko milti hai jo ehtiyat e KhudaWandi ko le kar woh khoob soche aur Khuda ko sole concern, sole concern banaye.</w:t>
      </w:r>
    </w:p>
    <w:p>
      <w:pPr>
        <w:jc w:val="right"/>
      </w:pPr>
      <w:r>
        <w:t>یعنی مولانا، اللہ تعالی کی توفیق کو توفیق کس کو ملتی ہے؟ تو اسی شخص کو ملتی ہے جو احتیاط خداوندی کو لے کر وہ خوب سوچے اور خدا کو سول کنسرن، سول کنسرن بنائے۔</w:t>
      </w:r>
    </w:p>
    <w:p>
      <w:r>
        <w:rPr>
          <w:b/>
        </w:rPr>
        <w:t xml:space="preserve">[24:09] </w:t>
      </w:r>
      <w:r>
        <w:t>To tabhi ja kar woh chala uthega, pukaar uthega ke yeh sab kuch Allah Rabbul Alameen ka deen hai. To is tarah ki marifat hasil ho to tabhi us ko woh darja hasil hoga kaana kaana ka trahu ke Khuda ko dekhe baghair dekhne ka tajurba us ne kar liya.</w:t>
      </w:r>
    </w:p>
    <w:p>
      <w:pPr>
        <w:jc w:val="right"/>
      </w:pPr>
      <w:r>
        <w:t>تو تبھی جا کر وہ چلا اٹھے گا، پکار اٹھے گا کہ یہ سب کچھ اللہ رب العالمین کا دین ہے۔ تو اس طرح کی معرفت حاصل ہو تو تبھی اس کو وہ درجہ حاصل ہوگا کانہ کانہ کا تراہو کہ خدا کو دیکھے بغیر دیکھنے کا تجربہ اس نے کر لیا۔</w:t>
      </w:r>
    </w:p>
    <w:p>
      <w:r>
        <w:rPr>
          <w:b/>
        </w:rPr>
        <w:t xml:space="preserve">[24:35] </w:t>
      </w:r>
      <w:r>
        <w:t>Dekhein, main to in cheezon par itna zyada sochta hoon. Ji, shayad Maulana ko pata hoga yeh baat ke mere mind mein yeh sawal aaya</w:t>
      </w:r>
    </w:p>
    <w:p>
      <w:pPr>
        <w:jc w:val="right"/>
      </w:pPr>
      <w:r>
        <w:t>دیکھیں، میں تو ان چیزوں پر اتنا زیادہ سوچتا ہوں۔ جی، شاید مولانا کو پتہ ہوگا یہ بات کہ میرے مائنڈ میں یہ سوال آیا</w:t>
      </w:r>
    </w:p>
    <w:p>
      <w:r>
        <w:rPr>
          <w:b/>
        </w:rPr>
        <w:t xml:space="preserve">[24:52] </w:t>
      </w:r>
      <w:r>
        <w:t>ke jo hadeeson mein aata hai ke Rasool Allah jab jaate the,</w:t>
      </w:r>
    </w:p>
    <w:p>
      <w:pPr>
        <w:jc w:val="right"/>
      </w:pPr>
      <w:r>
        <w:t>کہ جو حدیثوں میں آتا ہے کہ رسول اللہ جب جاتے تھے،</w:t>
      </w:r>
    </w:p>
    <w:p>
      <w:r>
        <w:rPr>
          <w:b/>
        </w:rPr>
        <w:t xml:space="preserve">[25:04] </w:t>
      </w:r>
      <w:r>
        <w:t>kya kya kehte hain is ko?</w:t>
      </w:r>
    </w:p>
    <w:p>
      <w:pPr>
        <w:jc w:val="right"/>
      </w:pPr>
      <w:r>
        <w:t>کیا کیا کہتے ہیں اس کو؟</w:t>
      </w:r>
    </w:p>
    <w:p>
      <w:r>
        <w:rPr>
          <w:b/>
        </w:rPr>
        <w:t xml:space="preserve">[25:12] </w:t>
      </w:r>
      <w:r>
        <w:t>Hamare Hira? Nahi, nahi, qaza e hajat ke liye. Baitul Khalaas. Qaza e hajat ke liye to is liye jaate the, kehte the ke</w:t>
      </w:r>
    </w:p>
    <w:p>
      <w:pPr>
        <w:jc w:val="right"/>
      </w:pPr>
      <w:r>
        <w:t>ہمارے حرا؟ نہیں، نہیں، قضا حاجت کے لیے۔ بیت الخلاص۔ قضا حاجت کے لیے تو اس لیے جاتے تھے، کہتے تھے کہ</w:t>
      </w:r>
    </w:p>
    <w:p>
      <w:r>
        <w:rPr>
          <w:b/>
        </w:rPr>
        <w:t xml:space="preserve">[25:28] </w:t>
      </w:r>
      <w:r>
        <w:t>kya kehte the? Ghufranak</w:t>
      </w:r>
    </w:p>
    <w:p>
      <w:pPr>
        <w:jc w:val="right"/>
      </w:pPr>
      <w:r>
        <w:t>کیا کہتے تھے؟ غفرانک</w:t>
      </w:r>
    </w:p>
    <w:p>
      <w:r>
        <w:rPr>
          <w:b/>
        </w:rPr>
        <w:t xml:space="preserve">[25:30] </w:t>
      </w:r>
      <w:r>
        <w:t>. Haan, Ghufranak. Main kehta hoon ke tareekh woh hai kisi se socha nahi hoga ke Rasool Allah sahib ko bhejte the.</w:t>
      </w:r>
    </w:p>
    <w:p>
      <w:pPr>
        <w:jc w:val="right"/>
      </w:pPr>
      <w:r>
        <w:t>۔ ہاں، غفرانک۔ میں کہتا ہوں کہ تاریخ وہ ہے کسی سے سوچا نہیں ہوگا کہ رسول اللہ صاحب کو بھیجتے تھے۔</w:t>
      </w:r>
    </w:p>
    <w:p>
      <w:r>
        <w:rPr>
          <w:b/>
        </w:rPr>
        <w:t xml:space="preserve">[25:41] </w:t>
      </w:r>
      <w:r>
        <w:t>Ji, aap jante hain kisi ko? Nahi, nahi, nahi, nahi, nahi, nahi, nahi, Maulana.</w:t>
      </w:r>
    </w:p>
    <w:p>
      <w:pPr>
        <w:jc w:val="right"/>
      </w:pPr>
      <w:r>
        <w:t>جی، آپ جانتے ہیں کسی کو؟ نہیں، نہیں، نہیں، نہیں، نہیں، نہیں، نہیں، مولانا۔</w:t>
      </w:r>
    </w:p>
    <w:p>
      <w:r>
        <w:rPr>
          <w:b/>
        </w:rPr>
        <w:t xml:space="preserve">[25:48] </w:t>
      </w:r>
      <w:r>
        <w:t>Kyunke main ne is mamle mein alag se daryaft kiya tha ke yeh qaza e hayat ke baad kya hota hai?</w:t>
      </w:r>
    </w:p>
    <w:p>
      <w:pPr>
        <w:jc w:val="right"/>
      </w:pPr>
      <w:r>
        <w:t>کیونکہ میں نے اس معاملے میں الگ سے دریافت کیا تھا کہ یہ قضا حیات کے بعد کیا ہوتا ہے؟</w:t>
      </w:r>
    </w:p>
    <w:p>
      <w:r>
        <w:rPr>
          <w:b/>
        </w:rPr>
        <w:t xml:space="preserve">[26:04] </w:t>
      </w:r>
      <w:r>
        <w:t>Kya hota hai?</w:t>
      </w:r>
    </w:p>
    <w:p>
      <w:pPr>
        <w:jc w:val="right"/>
      </w:pPr>
      <w:r>
        <w:t>کیا ہوتا ہے؟</w:t>
      </w:r>
    </w:p>
    <w:p>
      <w:r>
        <w:rPr>
          <w:b/>
        </w:rPr>
        <w:t xml:space="preserve">[26:14] </w:t>
      </w:r>
      <w:r>
        <w:t>Is ka naam kya hai? Jo system hai? Siphon.</w:t>
      </w:r>
    </w:p>
    <w:p>
      <w:pPr>
        <w:jc w:val="right"/>
      </w:pPr>
      <w:r>
        <w:t>اس کا نام کیا ہے؟ جو سسٹم ہے؟ سائفن۔</w:t>
      </w:r>
    </w:p>
    <w:p>
      <w:r>
        <w:rPr>
          <w:b/>
        </w:rPr>
        <w:t xml:space="preserve">[26:19] </w:t>
      </w:r>
      <w:r>
        <w:t>Siphon. Aap ko ta'ajjub hoga ke jab hum gaon mein rehta tha, gaon mein Dilli, Dilli aaya nahi tha.</w:t>
      </w:r>
    </w:p>
    <w:p>
      <w:pPr>
        <w:jc w:val="right"/>
      </w:pPr>
      <w:r>
        <w:t>سائفن۔ آپ کو تعجب ہوگا کہ جب ہم گاؤں میں رہتا تھا، گاؤں میں دہلی، دہلی آیا نہیں تھا۔</w:t>
      </w:r>
    </w:p>
    <w:p>
      <w:r>
        <w:rPr>
          <w:b/>
        </w:rPr>
        <w:t xml:space="preserve">[26:35] </w:t>
      </w:r>
      <w:r>
        <w:t>Dilli aaya nahi tha. Bahut purani ki baat hai. Ghaleban yeh baat hai 1936 ki.</w:t>
      </w:r>
    </w:p>
    <w:p>
      <w:pPr>
        <w:jc w:val="right"/>
      </w:pPr>
      <w:r>
        <w:t>دہلی آیا نہیں تھا۔ بہت پرانی کی بات ہے۔ غالباً یہ بات ہے 1936 کی۔</w:t>
      </w:r>
    </w:p>
    <w:p>
      <w:r>
        <w:rPr>
          <w:b/>
        </w:rPr>
        <w:t xml:space="preserve">[26:47] </w:t>
      </w:r>
      <w:r>
        <w:t>Kitne saal ho gaye? 1936 ko 83 saal ho gaye, Maulana.</w:t>
      </w:r>
    </w:p>
    <w:p>
      <w:pPr>
        <w:jc w:val="right"/>
      </w:pPr>
      <w:r>
        <w:t>کتنے سال ہو گئے؟ 1936 کو 83 سال ہو گئے، مولانا۔</w:t>
      </w:r>
    </w:p>
    <w:p>
      <w:r>
        <w:rPr>
          <w:b/>
        </w:rPr>
        <w:t xml:space="preserve">[26:52] </w:t>
      </w:r>
      <w:r>
        <w:t>Hain 83 saal. Oof, aap samajh lijiye.</w:t>
      </w:r>
    </w:p>
    <w:p>
      <w:pPr>
        <w:jc w:val="right"/>
      </w:pPr>
      <w:r>
        <w:t>ہیں 83 سال۔ اوف، آپ سمجھ لیجئے۔</w:t>
      </w:r>
    </w:p>
    <w:p>
      <w:r>
        <w:rPr>
          <w:b/>
        </w:rPr>
        <w:t xml:space="preserve">[27:00] </w:t>
      </w:r>
      <w:r>
        <w:t>Jab pehli Wizarat Bazi ka is ki karte the, entry government yani 15 August se pehle ki baat hai yeh.</w:t>
      </w:r>
    </w:p>
    <w:p>
      <w:pPr>
        <w:jc w:val="right"/>
      </w:pPr>
      <w:r>
        <w:t>جب پہلی وزارت بزی کا اس کی کرتے تھے، انٹری گورنمنٹ یعنی 15 اگست سے پہلے کی بات ہے یہ۔</w:t>
      </w:r>
    </w:p>
    <w:p>
      <w:r>
        <w:rPr>
          <w:b/>
        </w:rPr>
        <w:t xml:space="preserve">[27:14] </w:t>
      </w:r>
      <w:r>
        <w:t>To us waqt main ne, main sochta rehta tha ke yeh jo hauzah hai, is ka kya yani kya is ka haal hai?</w:t>
      </w:r>
    </w:p>
    <w:p>
      <w:pPr>
        <w:jc w:val="right"/>
      </w:pPr>
      <w:r>
        <w:t>تو اس وقت میں نے، میں سوچتا رہتا تھا کہ یہ جو حوضہ ہے، اس کا کیا یعنی کیا اس کا حال ہے؟</w:t>
      </w:r>
    </w:p>
    <w:p>
      <w:r>
        <w:rPr>
          <w:b/>
        </w:rPr>
        <w:t xml:space="preserve">[27:31] </w:t>
      </w:r>
      <w:r>
        <w:t>Hamare gaon mein aisa koi intezam hi nahi tha ke woh badboo aur masla.</w:t>
      </w:r>
    </w:p>
    <w:p>
      <w:pPr>
        <w:jc w:val="right"/>
      </w:pPr>
      <w:r>
        <w:t>ہمارے گاؤں میں ایسا کوئی انتظام ہی نہیں تھا کہ وہ بدبو اور مسئلہ۔</w:t>
      </w:r>
    </w:p>
    <w:p>
      <w:r>
        <w:rPr>
          <w:b/>
        </w:rPr>
        <w:t xml:space="preserve">[27:45] </w:t>
      </w:r>
      <w:r>
        <w:t>To main ne is zamane mein Congress ne ek kaam kiya tha.</w:t>
      </w:r>
    </w:p>
    <w:p>
      <w:pPr>
        <w:jc w:val="right"/>
      </w:pPr>
      <w:r>
        <w:t>تو میں نے اس زمانے میں کانگریس نے ایک کام کیا تھا۔</w:t>
      </w:r>
    </w:p>
    <w:p>
      <w:r>
        <w:rPr>
          <w:b/>
        </w:rPr>
        <w:t xml:space="preserve">[27:54] </w:t>
      </w:r>
      <w:r>
        <w:t>To ek karod qism ka tha, woh us ko kehte the privy latrine. Latrine, privy latrine.</w:t>
      </w:r>
    </w:p>
    <w:p>
      <w:pPr>
        <w:jc w:val="right"/>
      </w:pPr>
      <w:r>
        <w:t>تو ایک کروڑ قسم کا تھا، وہ اس کو کہتے تھے پرایا لیٹرڈ۔ لیٹرڈ، پرایا لیٹرڈ۔</w:t>
      </w:r>
    </w:p>
    <w:p>
      <w:r>
        <w:rPr>
          <w:b/>
        </w:rPr>
        <w:t xml:space="preserve">[28:05] </w:t>
      </w:r>
      <w:r>
        <w:t>Yeh Congress zamane mein koi unhon ne tayyar kiya tha ke woh upar gaon, gaon mein banaya jata tha aur is mein woh faza aur is mein jata tha waghera.</w:t>
      </w:r>
    </w:p>
    <w:p>
      <w:pPr>
        <w:jc w:val="right"/>
      </w:pPr>
      <w:r>
        <w:t>یہ کانگریس زمانے میں کوئی انہوں نے تیار کیا تھا کہ وہ اوپر گاؤں، گاؤں میں بنایا جاتا تھا اور اس میں وہ فضا اور اس میں جاتا تھا وغیرہ۔</w:t>
      </w:r>
    </w:p>
    <w:p>
      <w:r>
        <w:rPr>
          <w:b/>
        </w:rPr>
        <w:t xml:space="preserve">[28:22] </w:t>
      </w:r>
      <w:r>
        <w:t>To woh karod qism ka tha. To privy latrine hum ne Khudara akhbar nikalta tha, Qaumi Akhbar, Qaumi Akhbar.</w:t>
      </w:r>
    </w:p>
    <w:p>
      <w:pPr>
        <w:jc w:val="right"/>
      </w:pPr>
      <w:r>
        <w:t>تو وہ کروڑ قسم کا تھا۔ تو پرایا لیٹرڈ ہم نے خدارا اخبار نکالتا تھا، قومی اخبار، قومی اخبار۔</w:t>
      </w:r>
    </w:p>
    <w:p>
      <w:r>
        <w:rPr>
          <w:b/>
        </w:rPr>
        <w:t xml:space="preserve">[28:34] </w:t>
      </w:r>
      <w:r>
        <w:t>To is mein hum ne parha tha yeh qissa privy latrine ka. To hamare gaon ke paas ek station tha, Rani ki Sarai.</w:t>
      </w:r>
    </w:p>
    <w:p>
      <w:pPr>
        <w:jc w:val="right"/>
      </w:pPr>
      <w:r>
        <w:t>تو اس میں ہم نے پڑھا تھا یہ قصہ پرایا لیٹرڈ کا۔ تو ہمارے گاؤں کے پاس ایک اسٹیشن تھا، رانی کے سرائے۔</w:t>
      </w:r>
    </w:p>
    <w:p>
      <w:r>
        <w:rPr>
          <w:b/>
        </w:rPr>
        <w:t xml:space="preserve">[28:45] </w:t>
      </w:r>
      <w:r>
        <w:t>to hum rani ke saraye gaye, wahan dekha to ek yani saada qism ka ek banaya tha unhon ne.</w:t>
      </w:r>
    </w:p>
    <w:p>
      <w:pPr>
        <w:jc w:val="right"/>
      </w:pPr>
      <w:r>
        <w:t>تو ہم رانی کے سرائے گئے، وہاں دیکھا تو ایک یعنی سادہ قسم کا ایک بنایا تھا انہوں نے۔</w:t>
      </w:r>
    </w:p>
    <w:p>
      <w:r>
        <w:rPr>
          <w:b/>
        </w:rPr>
        <w:t xml:space="preserve">[28:58] </w:t>
      </w:r>
      <w:r>
        <w:t>to wo is zamane mein shayad dedh so mein milta tha, wo ghaliban.</w:t>
      </w:r>
    </w:p>
    <w:p>
      <w:pPr>
        <w:jc w:val="right"/>
      </w:pPr>
      <w:r>
        <w:t>تو وہ اس زمانے میں شاید ڈیڑھ سو میں ملتا تھا، وہ غالباً۔</w:t>
      </w:r>
    </w:p>
    <w:p>
      <w:r>
        <w:rPr>
          <w:b/>
        </w:rPr>
        <w:t xml:space="preserve">[29:09] </w:t>
      </w:r>
      <w:r>
        <w:t>to main, main, mera jo mulazim tha, suraj, us ko le kar main gaya. aur wahan par hum ne</w:t>
      </w:r>
    </w:p>
    <w:p>
      <w:pPr>
        <w:jc w:val="right"/>
      </w:pPr>
      <w:r>
        <w:t>تو میں، میں، میرا جو ملازم تھا، سورج، اس کو لے کر میں گیا۔ اور وہاں پر ہم نے</w:t>
      </w:r>
    </w:p>
    <w:p>
      <w:r>
        <w:rPr>
          <w:b/>
        </w:rPr>
        <w:t xml:space="preserve">[29:22] </w:t>
      </w:r>
      <w:r>
        <w:t>dekha to phir ek ek seat hum ne khareeda.</w:t>
      </w:r>
    </w:p>
    <w:p>
      <w:pPr>
        <w:jc w:val="right"/>
      </w:pPr>
      <w:r>
        <w:t>دیکھا تو پھر ایک ایک سیٹ ہم نے خریدا۔</w:t>
      </w:r>
    </w:p>
    <w:p>
      <w:r>
        <w:rPr>
          <w:b/>
        </w:rPr>
        <w:t xml:space="preserve">[29:31] </w:t>
      </w:r>
      <w:r>
        <w:t>wo jo mila tha, shayad shayad dedh so rupay mein. to hum yeh ek ka hota tha, na? ek ka jis goya kheenchti thi, kheenchta tha.</w:t>
      </w:r>
    </w:p>
    <w:p>
      <w:pPr>
        <w:jc w:val="right"/>
      </w:pPr>
      <w:r>
        <w:t>وہ جو ملا تھا، شاید شاید ڈیڑھ سو روپے میں۔ تو ہم یہ ایک کا ہوتا تھا، نا؟ ایک کا جس گویا کھینچتی تھی، کھینچتا تھا۔</w:t>
      </w:r>
    </w:p>
    <w:p>
      <w:r>
        <w:rPr>
          <w:b/>
        </w:rPr>
        <w:t xml:space="preserve">[29:45] </w:t>
      </w:r>
      <w:r>
        <w:t>us pe us ko le aaye apne gaon aur us ko banwaya. matlab mera yeh concern tha, tha zabardast.</w:t>
      </w:r>
    </w:p>
    <w:p>
      <w:pPr>
        <w:jc w:val="right"/>
      </w:pPr>
      <w:r>
        <w:t>اس پہ اس کو لے آئے اپنے گاؤں اور اس کو بنوایا۔ مطلب میرا یہ کنسرن تھا، تھا زبردست۔</w:t>
      </w:r>
    </w:p>
    <w:p>
      <w:r>
        <w:rPr>
          <w:b/>
        </w:rPr>
        <w:t xml:space="preserve">[29:56] </w:t>
      </w:r>
      <w:r>
        <w:t>to hote hote hum ne poori science ki daryaft ki,</w:t>
      </w:r>
    </w:p>
    <w:p>
      <w:pPr>
        <w:jc w:val="right"/>
      </w:pPr>
      <w:r>
        <w:t>تو ہوتے ہوتے ہم نے پوری سائنس کی دریافت کی،</w:t>
      </w:r>
    </w:p>
    <w:p>
      <w:r>
        <w:rPr>
          <w:b/>
        </w:rPr>
        <w:t xml:space="preserve">[30:04] </w:t>
      </w:r>
      <w:r>
        <w:t>siphon ki poori science.</w:t>
      </w:r>
    </w:p>
    <w:p>
      <w:pPr>
        <w:jc w:val="right"/>
      </w:pPr>
      <w:r>
        <w:t>سائفن کی پوری سائنس۔</w:t>
      </w:r>
    </w:p>
    <w:p>
      <w:r>
        <w:rPr>
          <w:b/>
        </w:rPr>
        <w:t xml:space="preserve">[30:10] </w:t>
      </w:r>
      <w:r>
        <w:t>aur jo</w:t>
      </w:r>
    </w:p>
    <w:p>
      <w:pPr>
        <w:jc w:val="right"/>
      </w:pPr>
      <w:r>
        <w:t>اور جو</w:t>
      </w:r>
    </w:p>
    <w:p>
      <w:r>
        <w:rPr>
          <w:b/>
        </w:rPr>
        <w:t xml:space="preserve">[30:20] </w:t>
      </w:r>
      <w:r>
        <w:t>mein milne aaya tha,</w:t>
      </w:r>
    </w:p>
    <w:p>
      <w:pPr>
        <w:jc w:val="right"/>
      </w:pPr>
      <w:r>
        <w:t>میں ملنے آیا تھا،</w:t>
      </w:r>
    </w:p>
    <w:p>
      <w:r>
        <w:rPr>
          <w:b/>
        </w:rPr>
        <w:t xml:space="preserve">[30:27] </w:t>
      </w:r>
      <w:r>
        <w:t>doctor tahir hussain jamiya mein wo karte thay. is zamane mein</w:t>
      </w:r>
    </w:p>
    <w:p>
      <w:pPr>
        <w:jc w:val="right"/>
      </w:pPr>
      <w:r>
        <w:t>ڈاکٹر طاہر حسین جامعہ میں وہ کرتے تھے۔ اس زمانے میں</w:t>
      </w:r>
    </w:p>
    <w:p>
      <w:r>
        <w:rPr>
          <w:b/>
        </w:rPr>
        <w:t xml:space="preserve">[30:36] </w:t>
      </w:r>
      <w:r>
        <w:t>shayad 1932 ka zamana hoga. to hum suntay thay ke un ka jo kamra hai, wo bethnay ka, setting room un ka hai.</w:t>
      </w:r>
    </w:p>
    <w:p>
      <w:pPr>
        <w:jc w:val="right"/>
      </w:pPr>
      <w:r>
        <w:t>شاید 1932 کا زمانہ ہوگا۔ تو ہم سنتے تھے کہ ان کا جو کمرہ ہے، وہ بیٹھنے کا، سیٹنگ روم ان کا ہے۔</w:t>
      </w:r>
    </w:p>
    <w:p>
      <w:r>
        <w:rPr>
          <w:b/>
        </w:rPr>
        <w:t xml:space="preserve">[30:48] </w:t>
      </w:r>
      <w:r>
        <w:t>wahan par</w:t>
      </w:r>
    </w:p>
    <w:p>
      <w:pPr>
        <w:jc w:val="right"/>
      </w:pPr>
      <w:r>
        <w:t>وہاں پر</w:t>
      </w:r>
    </w:p>
    <w:p>
      <w:r>
        <w:rPr>
          <w:b/>
        </w:rPr>
        <w:t xml:space="preserve">[30:52] </w:t>
      </w:r>
      <w:r>
        <w:t>wo hai, wo is zamane mein kehtay thay badrakhla. ab wo usay badbu nahi hoti, usi ke paas wo khud rehtay hain.</w:t>
      </w:r>
    </w:p>
    <w:p>
      <w:pPr>
        <w:jc w:val="right"/>
      </w:pPr>
      <w:r>
        <w:t>وہ ہے، وہ اس زمانے میں کہتے تھے بدرخلا۔ اب وہ اسے بدبو نہیں ہوتی، اسی کے پاس وہ خود رہتے ہیں۔</w:t>
      </w:r>
    </w:p>
    <w:p>
      <w:r>
        <w:rPr>
          <w:b/>
        </w:rPr>
        <w:t xml:space="preserve">[31:02] </w:t>
      </w:r>
      <w:r>
        <w:t>wo to aap sochtay hain ke qatra zyada mere isi mein tha. to aakhir mein ne is ki poori science daryaft ki,</w:t>
      </w:r>
    </w:p>
    <w:p>
      <w:pPr>
        <w:jc w:val="right"/>
      </w:pPr>
      <w:r>
        <w:t>وہ تو آپ سوچتے ہیں کہ قطرہ زیادہ میرے اسی میں تھا۔ تو آخر میں میں نے اس کی پوری سائنس دریافت کی،</w:t>
      </w:r>
    </w:p>
    <w:p>
      <w:r>
        <w:rPr>
          <w:b/>
        </w:rPr>
        <w:t xml:space="preserve">[31:17] </w:t>
      </w:r>
      <w:r>
        <w:t>poori science. to Maulana kehta hai, Allah taala ka ajeeb o ghareeb ek nemat hai ke ek poora nizam bana rakha hai.</w:t>
      </w:r>
    </w:p>
    <w:p>
      <w:pPr>
        <w:jc w:val="right"/>
      </w:pPr>
      <w:r>
        <w:t>پوری سائنس۔ تو مولانا کہتا ہے، اللہ تعالی کا عجیب و غریب ایک نعمت ہے کہ ایک پورا نظام بنا رکھا ہے۔</w:t>
      </w:r>
    </w:p>
    <w:p>
      <w:r>
        <w:rPr>
          <w:b/>
        </w:rPr>
        <w:t xml:space="preserve">[31:28] </w:t>
      </w:r>
      <w:r>
        <w:t>is is ko istemal kar ke aap us ko</w:t>
      </w:r>
    </w:p>
    <w:p>
      <w:pPr>
        <w:jc w:val="right"/>
      </w:pPr>
      <w:r>
        <w:t>اس اس کو استعمال کر کے آپ اس کو</w:t>
      </w:r>
    </w:p>
    <w:p>
      <w:r>
        <w:rPr>
          <w:b/>
        </w:rPr>
        <w:t xml:space="preserve">[31:36] </w:t>
      </w:r>
      <w:r>
        <w:t>yani</w:t>
      </w:r>
    </w:p>
    <w:p>
      <w:pPr>
        <w:jc w:val="right"/>
      </w:pPr>
      <w:r>
        <w:t>یعنی</w:t>
      </w:r>
    </w:p>
    <w:p>
      <w:r>
        <w:rPr>
          <w:b/>
        </w:rPr>
        <w:t xml:space="preserve">[31:44] </w:t>
      </w:r>
      <w:r>
        <w:t>gosh gosh kar saktay hain. tab meri yahan tak jab main pohancha to meri daryaft yeh hui ke arab mein ghaliban jo hunafa jo wo karte thay, hunafa ghaliban hunafa ka culture tha,</w:t>
      </w:r>
    </w:p>
    <w:p>
      <w:pPr>
        <w:jc w:val="right"/>
      </w:pPr>
      <w:r>
        <w:t>گوش گوش کر سکتے ہیں۔ تب میری یہاں تک جب میں پہنچا تو میری دریافت یہ ہوئی کہ عرب میں غالباً جو حنفاء جو وہ کرتے تھے، حنفاء غالباً حنفاء کا کلچر تھا،</w:t>
      </w:r>
    </w:p>
    <w:p>
      <w:r>
        <w:rPr>
          <w:b/>
        </w:rPr>
        <w:t xml:space="preserve">[32:04] </w:t>
      </w:r>
      <w:r>
        <w:t>culture. to wo yeh kaha karte thay, lutatay thay wo. to lagatay, lagatay thay to</w:t>
      </w:r>
    </w:p>
    <w:p>
      <w:pPr>
        <w:jc w:val="right"/>
      </w:pPr>
      <w:r>
        <w:t>کلچر۔ تو وہ یہ کہا کرتے تھے، لٹاتے تھے وہ۔ تو لگاتے، لگاتے تھے تو</w:t>
      </w:r>
    </w:p>
    <w:p>
      <w:r>
        <w:rPr>
          <w:b/>
        </w:rPr>
        <w:t xml:space="preserve">[32:19] </w:t>
      </w:r>
      <w:r>
        <w:t>kya kehtay thay?</w:t>
      </w:r>
    </w:p>
    <w:p>
      <w:pPr>
        <w:jc w:val="right"/>
      </w:pPr>
      <w:r>
        <w:t>کیا کہتے تھے؟</w:t>
      </w:r>
    </w:p>
    <w:p>
      <w:r>
        <w:rPr>
          <w:b/>
        </w:rPr>
        <w:t xml:space="preserve">[32:23] </w:t>
      </w:r>
      <w:r>
        <w:t>ghufran</w:t>
      </w:r>
    </w:p>
    <w:p>
      <w:pPr>
        <w:jc w:val="right"/>
      </w:pPr>
      <w:r>
        <w:t>غفران</w:t>
      </w:r>
    </w:p>
    <w:p>
      <w:r>
        <w:rPr>
          <w:b/>
        </w:rPr>
        <w:t xml:space="preserve">[32:24] </w:t>
      </w:r>
      <w:r>
        <w:t>k, ghufranaka hain. ghufranaka, ghufranaka. phir jab main ne baat ko parha, shahid Allah ki ki kitab to shahid Allah ne likha hai ke is Allah ki jo sunnatain hain, jin ko hum sunnat kehtay hain,</w:t>
      </w:r>
    </w:p>
    <w:p>
      <w:pPr>
        <w:jc w:val="right"/>
      </w:pPr>
      <w:r>
        <w:t>ک، غفرانک ہیں۔ غفرانک، غفرانک۔ پھر جب میں نے بات کو پڑھا، شاہد اللہ کی کی کتاب تو شاہد اللہ نے لکھا ہے کہ اس اللہ کی جو سنتیں ہیں، جن کو ہم سنت کہتے ہیں،</w:t>
      </w:r>
    </w:p>
    <w:p>
      <w:r>
        <w:rPr>
          <w:b/>
        </w:rPr>
        <w:t xml:space="preserve">[32:40] </w:t>
      </w:r>
      <w:r>
        <w:t>to sab sunnat irshad nahi hain. wo adat arab, us mein kai aisi cheezain jo adat arab hain,</w:t>
      </w:r>
    </w:p>
    <w:p>
      <w:pPr>
        <w:jc w:val="right"/>
      </w:pPr>
      <w:r>
        <w:t>تو سب سنت ارشاد نہیں ہیں۔ وہ عادت عرب، اس میں کئی ایسی چیزیں جو عادت عرب ہیں،</w:t>
      </w:r>
    </w:p>
    <w:p>
      <w:r>
        <w:rPr>
          <w:b/>
        </w:rPr>
        <w:t xml:space="preserve">[32:54] </w:t>
      </w:r>
      <w:r>
        <w:t>mislan dadi ka khulasa waghera, yeh adat arab hai. to main ne is mein izafa kiya ke yeh ghufran ka kehna, yeh bhi adat arab tha.</w:t>
      </w:r>
    </w:p>
    <w:p>
      <w:pPr>
        <w:jc w:val="right"/>
      </w:pPr>
      <w:r>
        <w:t>مثلاً داڑھی کا خلاص وغیرہ، یہ عادت عرب ہے۔ تو میں نے اس میں اضافہ کیا کہ یہ غفران کا کہنا، یہ بھی عادت عرب تھا۔</w:t>
      </w:r>
    </w:p>
    <w:p>
      <w:r>
        <w:rPr>
          <w:b/>
        </w:rPr>
        <w:t xml:space="preserve">[33:04] </w:t>
      </w:r>
      <w:r>
        <w:t>hanfa ka</w:t>
      </w:r>
    </w:p>
    <w:p>
      <w:pPr>
        <w:jc w:val="right"/>
      </w:pPr>
      <w:r>
        <w:t>حنفاء کا</w:t>
      </w:r>
    </w:p>
    <w:p>
      <w:r>
        <w:rPr>
          <w:b/>
        </w:rPr>
        <w:t xml:space="preserve">[33:10] </w:t>
      </w:r>
      <w:r>
        <w:t>itna sab daryaft kiya to aap ghor kijye ke jo mere andar aya ke allah ne insan ke liye kitna zyada reham qareeb qareeb hai, wo to us ko tasawwur nahi kar sakte aap.</w:t>
      </w:r>
    </w:p>
    <w:p>
      <w:pPr>
        <w:jc w:val="right"/>
      </w:pPr>
      <w:r>
        <w:t>اتنا سب دریافت کیا تو آپ غور کیجئے کہ جو میرے اندر آیا کہ اللہ نے انسان کے لیے کتنا زیادہ رحم قریب قریب ہے، وہ تو اس کو تصور نہیں کر سکتے آپ۔</w:t>
      </w:r>
    </w:p>
    <w:p>
      <w:r>
        <w:rPr>
          <w:b/>
        </w:rPr>
        <w:t xml:space="preserve">[33:31] </w:t>
      </w:r>
      <w:r>
        <w:t>jab aadmi yahan ka yeh hal hota hai, tab ashadd billah ata hai.</w:t>
      </w:r>
    </w:p>
    <w:p>
      <w:pPr>
        <w:jc w:val="right"/>
      </w:pPr>
      <w:r>
        <w:t>جب آدمی یہاں کا یہ حال ہوتا ہے، تب اشد باللہ آتا ہے۔</w:t>
      </w:r>
    </w:p>
    <w:p>
      <w:r>
        <w:rPr>
          <w:b/>
        </w:rPr>
        <w:t xml:space="preserve">[33:39] </w:t>
      </w:r>
      <w:r>
        <w:t>jab ashadd billah ata hai, tab ja kar ke sab chezen hasil hoti hain.</w:t>
      </w:r>
    </w:p>
    <w:p>
      <w:pPr>
        <w:jc w:val="right"/>
      </w:pPr>
      <w:r>
        <w:t>جب اشد باللہ آتا ہے، تب جا کر کے سب چیزیں حاصل ہوتی ہیں۔</w:t>
      </w:r>
    </w:p>
    <w:p>
      <w:r>
        <w:rPr>
          <w:b/>
        </w:rPr>
        <w:t xml:space="preserve">[33:49] </w:t>
      </w:r>
      <w:r>
        <w:t>ab in se puchiye ke unhein koi shakhs bataye ke kya hai itna sab aap ne yani</w:t>
      </w:r>
    </w:p>
    <w:p>
      <w:pPr>
        <w:jc w:val="right"/>
      </w:pPr>
      <w:r>
        <w:t>اب ان سے پوچھیے کہ انہیں کوئی شخص بتائے کہ کیا ہے اتنا سب آپ نے یعنی</w:t>
      </w:r>
    </w:p>
    <w:p>
      <w:r>
        <w:rPr>
          <w:b/>
        </w:rPr>
        <w:t xml:space="preserve">[34:02] </w:t>
      </w:r>
      <w:r>
        <w:t>kisi ek point ko le kar ke ke chawal kaise banta hai, gehun kaise banti hai. Ek sirf ek cheez ko le kar ke itni sab kawish ki hai aap ne ya aap ke kisi aalim ne ya shah ibn taimiya ne ya ibn qaiyim ne kisi ne kiya?</w:t>
      </w:r>
    </w:p>
    <w:p>
      <w:pPr>
        <w:jc w:val="right"/>
      </w:pPr>
      <w:r>
        <w:t>کسی ایک پوائنٹ کو لے کر کے کہ چاول کیسے بنتا ہے، گیہوں کیسے بنتی ہے۔ ایک صرف ایک چیز کو لے کر کے اتنی سب کاوش کی ہے آپ نے یا آپ کے کسی عالم نے یا شاہ ابن تیمیہ نے یا ابن قیم نے کسی نے کیا؟</w:t>
      </w:r>
    </w:p>
    <w:p>
      <w:r>
        <w:rPr>
          <w:b/>
        </w:rPr>
        <w:t xml:space="preserve">[34:23] </w:t>
      </w:r>
      <w:r>
        <w:t>yeh puchiye, aisa to nahi hai maulana. Mere ilm mein</w:t>
      </w:r>
    </w:p>
    <w:p>
      <w:pPr>
        <w:jc w:val="right"/>
      </w:pPr>
      <w:r>
        <w:t>یہ پوچھیے، ایسا تو نہیں ہے مولانا۔ میرے علم میں</w:t>
      </w:r>
    </w:p>
    <w:p>
      <w:r>
        <w:rPr>
          <w:b/>
        </w:rPr>
        <w:t xml:space="preserve">[34:35] </w:t>
      </w:r>
      <w:r>
        <w:t>maulana, hum ne ab tak jo kuch logon se jana hai aur jo kuch dekha hai, main ne kisi ko ab tak nahi paya ke jo ehtiyat ilahi par ek ek par itna zyada ghor kar ke kaise aakhri had tak khuda ka shukr ada kar karte hain, khuda ki discovery karte hain.</w:t>
      </w:r>
    </w:p>
    <w:p>
      <w:pPr>
        <w:jc w:val="right"/>
      </w:pPr>
      <w:r>
        <w:t>مولانا، ہم نے اب تک جو کچھ لوگوں سے جانا ہے اور جو کچھ دیکھا ہے، میں نے کسی کو اب تک نہیں پایا کہ جو احتیاط الہی پر ایک ایک پر اتنا زیادہ غور کر کے کیسے آخری حد تک خدا کا شکر ادا کر کرتے ہیں، خدا کی ڈسکوری کرتے ہیں۔</w:t>
      </w:r>
    </w:p>
    <w:p>
      <w:r>
        <w:rPr>
          <w:b/>
        </w:rPr>
        <w:t xml:space="preserve">[34:56] </w:t>
      </w:r>
      <w:r>
        <w:t>aisa main ne nahi paya maulana, kisi ko na ibn taimiya ko, na shah waliullah sahib ko. Kya keh rahe hain maulana?</w:t>
      </w:r>
    </w:p>
    <w:p>
      <w:pPr>
        <w:jc w:val="right"/>
      </w:pPr>
      <w:r>
        <w:t>ایسا میں نے نہیں پایا مولانا، کسی کو نہ ابن تیمیہ کو، نہ شاہ ولی اللہ صاحب کو۔ کیا کہہ رہے ہیں مولانا؟</w:t>
      </w:r>
    </w:p>
    <w:p>
      <w:r>
        <w:rPr>
          <w:b/>
        </w:rPr>
        <w:t xml:space="preserve">[35:06] </w:t>
      </w:r>
      <w:r>
        <w:t>iqbal sahib yeh keh rahe hain ke unhon ne mukhtalif aalimoon ko ko dekha hai. To jis mukhtalif aalimoon ko unhon ne parha hai, haan, to jis tareeqe se aap ek ek cheez ko le kar shukr ka item discover karte hain, us type se kisi ne ek ek cheez ko le kar aise gehrai ke sath item discover nahi kiya.</w:t>
      </w:r>
    </w:p>
    <w:p>
      <w:pPr>
        <w:jc w:val="right"/>
      </w:pPr>
      <w:r>
        <w:t>اقبال صاحب یہ کہہ رہے ہیں کہ انہوں نے مختلف عالموں کو کو دیکھا ہے۔ تو جس مختلف عالموں کو انہوں نے پڑھا ہے، ہاں، تو جس طریقے سے آپ ایک ایک چیز کو لے کر شکر کا آئٹم ڈسکور کرتے ہیں، اس ٹائپ سے کسی نے ایک ایک چیز کو لے کر ایسے گہرائی کے ساتھ آئٹم ڈسکور نہیں کیا۔</w:t>
      </w:r>
    </w:p>
    <w:p>
      <w:r>
        <w:rPr>
          <w:b/>
        </w:rPr>
        <w:t xml:space="preserve">[35:28] </w:t>
      </w:r>
      <w:r>
        <w:t>to aap yaqeen kijye, jab main ab bathroom mein jata hoon na, ab bathroom se nikalta hoon na, to shukr mein dooba hua hota hoon.</w:t>
      </w:r>
    </w:p>
    <w:p>
      <w:pPr>
        <w:jc w:val="right"/>
      </w:pPr>
      <w:r>
        <w:t>تو آپ یقین کیجئے، جب میں اب باتھ روم میں جاتا ہوں نا، اب باتھ روم سے نکلتا ہوں نا، تو شکر میں ڈوبا ہوا ہوتا ہوں۔</w:t>
      </w:r>
    </w:p>
    <w:p>
      <w:r>
        <w:rPr>
          <w:b/>
        </w:rPr>
        <w:t xml:space="preserve">[35:46] </w:t>
      </w:r>
      <w:r>
        <w:t>ghufran ne kaha nahi, shukriya. Shukriya ne kaha main dooba hota hoon. Mujhe bataiye, kisi aalim ne aisa kiya hai?</w:t>
      </w:r>
    </w:p>
    <w:p>
      <w:pPr>
        <w:jc w:val="right"/>
      </w:pPr>
      <w:r>
        <w:t>غفران نے کہا نہیں، شکریہ۔ شکریہ نے کہا میں ڈوبا ہوتا ہوں۔ مجھے بتائیے، کسی عالم نے ایسا کیا ہے؟</w:t>
      </w:r>
    </w:p>
    <w:p>
      <w:r>
        <w:rPr>
          <w:b/>
        </w:rPr>
        <w:t xml:space="preserve">[35:56] </w:t>
      </w:r>
      <w:r>
        <w:t>nahi mol</w:t>
      </w:r>
    </w:p>
    <w:p>
      <w:pPr>
        <w:jc w:val="right"/>
      </w:pPr>
      <w:r>
        <w:t>نہیں مول</w:t>
      </w:r>
    </w:p>
    <w:p>
      <w:r>
        <w:rPr>
          <w:b/>
        </w:rPr>
        <w:t xml:space="preserve">[35:57] </w:t>
      </w:r>
      <w:r>
        <w:t>ana, hain nahi. Wo bolne hain, asrar sahib bolne hain nahi.</w:t>
      </w:r>
    </w:p>
    <w:p>
      <w:pPr>
        <w:jc w:val="right"/>
      </w:pPr>
      <w:r>
        <w:t>انا، ہیں نہیں۔ وہ بولنے ہیں، اسرار صاحب بولنے ہیں نہیں۔</w:t>
      </w:r>
    </w:p>
    <w:p>
      <w:r>
        <w:rPr>
          <w:b/>
        </w:rPr>
        <w:t xml:space="preserve">[36:08] </w:t>
      </w:r>
      <w:r>
        <w:t>to yahi hai marifat ka jo aala darja hai na, wo discovery item hai.</w:t>
      </w:r>
    </w:p>
    <w:p>
      <w:pPr>
        <w:jc w:val="right"/>
      </w:pPr>
      <w:r>
        <w:t>تو یہی ہے معرفت کا جو اعلیٰ درجہ ہے نا، وہ ڈسکوری آئٹم ہے۔</w:t>
      </w:r>
    </w:p>
    <w:p>
      <w:r>
        <w:rPr>
          <w:b/>
        </w:rPr>
        <w:t xml:space="preserve">[36:24] </w:t>
      </w:r>
      <w:r>
        <w:t>jab aap ko discovery ke darje mein</w:t>
      </w:r>
    </w:p>
    <w:p>
      <w:pPr>
        <w:jc w:val="right"/>
      </w:pPr>
      <w:r>
        <w:t>جب آپ کو ڈسکوری کے درجے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