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Maulana on Eid 14 Oct 2007 - Maulana Wahiduddin Khan</w:t>
      </w:r>
    </w:p>
    <w:p>
      <w:r>
        <w:t>https://www.youtube.com/watch?v=DwpvHoeAswo</w:t>
      </w:r>
    </w:p>
    <w:p>
      <w:r>
        <w:rPr>
          <w:b/>
        </w:rPr>
        <w:t xml:space="preserve">[00:14] </w:t>
      </w:r>
      <w:r>
        <w:t>bismillah rahman rahim, wasallallahu ala nabiyyil karim.</w:t>
      </w:r>
    </w:p>
    <w:p>
      <w:pPr>
        <w:jc w:val="right"/>
      </w:pPr>
      <w:r>
        <w:t>بسم اللہ الرحمن الرحیم، وصلی اللہ علی النبی الکریم۔</w:t>
      </w:r>
    </w:p>
    <w:p>
      <w:r>
        <w:rPr>
          <w:b/>
        </w:rPr>
        <w:t xml:space="preserve">[00:22] </w:t>
      </w:r>
      <w:r>
        <w:t>rab ishrah li sadri, wa yassir li amri, wahlul uqdatan min lisani, yafqahu qawli.</w:t>
      </w:r>
    </w:p>
    <w:p>
      <w:pPr>
        <w:jc w:val="right"/>
      </w:pPr>
      <w:r>
        <w:t>رب اشرح لی صدری، ویسر لی امری، واحل العقدۃ من لسانی، یفقہ قولی۔</w:t>
      </w:r>
    </w:p>
    <w:p>
      <w:r>
        <w:rPr>
          <w:b/>
        </w:rPr>
        <w:t xml:space="preserve">[00:34] </w:t>
      </w:r>
      <w:r>
        <w:t>dekhiye, is baat ko samajh lijye ke</w:t>
      </w:r>
    </w:p>
    <w:p>
      <w:pPr>
        <w:jc w:val="right"/>
      </w:pPr>
      <w:r>
        <w:t>دیکھیے، اس بات کو سمجھ لیجیے کہ</w:t>
      </w:r>
    </w:p>
    <w:p>
      <w:r>
        <w:rPr>
          <w:b/>
        </w:rPr>
        <w:t xml:space="preserve">[00:44] </w:t>
      </w:r>
      <w:r>
        <w:t>"I don't know" is the beginning of knowledge.</w:t>
      </w:r>
    </w:p>
    <w:p>
      <w:pPr>
        <w:jc w:val="right"/>
      </w:pPr>
      <w:r>
        <w:t>"I don't know" is the beginning of knowledge.</w:t>
      </w:r>
    </w:p>
    <w:p>
      <w:r>
        <w:rPr>
          <w:b/>
        </w:rPr>
        <w:t xml:space="preserve">[00:51] </w:t>
      </w:r>
      <w:r>
        <w:t>agar mere dil mein sach much yeh baat aa jaye, sach much aa jaye ke main nahi janta, tab samjhiye ke main ilm ke domain mein pahunch gaya.</w:t>
      </w:r>
    </w:p>
    <w:p>
      <w:pPr>
        <w:jc w:val="right"/>
      </w:pPr>
      <w:r>
        <w:t>اگر میرے دل میں سچ مچ یہ بات آ جائے، سچ مچ آ جائے کہ میں نہیں جانتا، تب سمجھیے کہ میں علم کے ڈومین میں پہنچ گیا۔</w:t>
      </w:r>
    </w:p>
    <w:p>
      <w:r>
        <w:rPr>
          <w:b/>
        </w:rPr>
        <w:t xml:space="preserve">[01:10] </w:t>
      </w:r>
      <w:r>
        <w:t>persian ki ek bohat achi wo hai ke "an kas ke nadanat o badanat ke nadanat,</w:t>
      </w:r>
    </w:p>
    <w:p>
      <w:pPr>
        <w:jc w:val="right"/>
      </w:pPr>
      <w:r>
        <w:t>پرشین کی ایک بہت اچھی وہ ہے کہ "آنکس کے ندانت و بدانت کے ندانت،</w:t>
      </w:r>
    </w:p>
    <w:p>
      <w:r>
        <w:rPr>
          <w:b/>
        </w:rPr>
        <w:t xml:space="preserve">[01:20] </w:t>
      </w:r>
      <w:r>
        <w:t>anees khare lang bumandal be rasant"۔ yeh do teen line hain, mein is ka sirf translation batata hoon ke jo aadmi yeh samjhe ke mein jaanta hoon,</w:t>
      </w:r>
    </w:p>
    <w:p>
      <w:pPr>
        <w:jc w:val="right"/>
      </w:pPr>
      <w:r>
        <w:t>انیس خرے لنگ بمندل بے رسانت"۔ یہ دو تین لائن ہیں، میں اس کا صرف ٹرانسلیشن بتاتا ہوں کہ جو آدمی یہ سمجھے کہ میں جانتا ہوں،</w:t>
      </w:r>
    </w:p>
    <w:p>
      <w:r>
        <w:rPr>
          <w:b/>
        </w:rPr>
        <w:t xml:space="preserve">[01:33] </w:t>
      </w:r>
      <w:r>
        <w:t>woh kuch bhi nahi jaane ga.</w:t>
      </w:r>
    </w:p>
    <w:p>
      <w:pPr>
        <w:jc w:val="right"/>
      </w:pPr>
      <w:r>
        <w:t>وہ کچھ بھی نہیں جانے گا۔</w:t>
      </w:r>
    </w:p>
    <w:p>
      <w:r>
        <w:rPr>
          <w:b/>
        </w:rPr>
        <w:t xml:space="preserve">[01:39] </w:t>
      </w:r>
      <w:r>
        <w:t>aur jo aadmi yeh samjhe ke mein to jaanta hi nahi, wahi kuch jaan le ga.</w:t>
      </w:r>
    </w:p>
    <w:p>
      <w:pPr>
        <w:jc w:val="right"/>
      </w:pPr>
      <w:r>
        <w:t>اور جو آدمی یہ سمجھے کہ میں تو جانتا ہی نہیں، وہی کچھ جان لے گا۔</w:t>
      </w:r>
    </w:p>
    <w:p>
      <w:r>
        <w:rPr>
          <w:b/>
        </w:rPr>
        <w:t xml:space="preserve">[01:49] </w:t>
      </w:r>
      <w:r>
        <w:t>to kal mein soch raha tha, kal mein ne kuch article dekhe, kuch bohat hi well known Muslim thinkers ke,</w:t>
      </w:r>
    </w:p>
    <w:p>
      <w:pPr>
        <w:jc w:val="right"/>
      </w:pPr>
      <w:r>
        <w:t>تو کل میں سوچ رہا تھا، کل میں نے کچھ آرٹیکل دیکھے، کچھ بہت ہی ویل نون مسلم تھنکرز کے،</w:t>
      </w:r>
    </w:p>
    <w:p>
      <w:r>
        <w:rPr>
          <w:b/>
        </w:rPr>
        <w:t xml:space="preserve">[02:03] </w:t>
      </w:r>
      <w:r>
        <w:t>Muslim scholars ke, sab mein confusion, sab mein clarity nahi.</w:t>
      </w:r>
    </w:p>
    <w:p>
      <w:pPr>
        <w:jc w:val="right"/>
      </w:pPr>
      <w:r>
        <w:t>مسلم سکالرز کے، سب میں کنفیوژن، سب میں کلیرٹی نہیں۔</w:t>
      </w:r>
    </w:p>
    <w:p>
      <w:r>
        <w:rPr>
          <w:b/>
        </w:rPr>
        <w:t xml:space="preserve">[02:16] </w:t>
      </w:r>
      <w:r>
        <w:t>to mein sochne laga ke aakhir yeh kyun aisa hai, yaani kam az kam mein apne jo kuch parha mein ne, us ke lehaz se mein yeh kehta hoon ke is zamane ke jo bhi likhne wale hain, Muslim hi nahi, non Muslim bhi,</w:t>
      </w:r>
    </w:p>
    <w:p>
      <w:pPr>
        <w:jc w:val="right"/>
      </w:pPr>
      <w:r>
        <w:t>تو میں سوچنے لگا کہ آخر یہ کیوں ایسا ہے، یعنی کم از کم میں اپنے جو کچھ پڑھا میں نے، اس کے لحاظ سے میں یہ کہتا ہوں کہ اس زمانے کے جو بھی لکھنے والے ہیں، مسلم ہی نہیں، نان مسلم بھی،</w:t>
      </w:r>
    </w:p>
    <w:p>
      <w:r>
        <w:rPr>
          <w:b/>
        </w:rPr>
        <w:t xml:space="preserve">[02:30] </w:t>
      </w:r>
      <w:r>
        <w:t>jo bhi parhta hoon, koi kitab ya koi article, us mein confusion rehta hai, koi clear cut baat nahi hoti.</w:t>
      </w:r>
    </w:p>
    <w:p>
      <w:pPr>
        <w:jc w:val="right"/>
      </w:pPr>
      <w:r>
        <w:t>جو بھی پڑھتا ہوں، کوئی کتاب یا کوئی آرٹیکل، اس میں کنفیوژن رہتا ہے، کوئی کلیئر کٹ بات نہیں ہوتی۔</w:t>
      </w:r>
    </w:p>
    <w:p>
      <w:r>
        <w:rPr>
          <w:b/>
        </w:rPr>
        <w:t xml:space="preserve">[02:43] </w:t>
      </w:r>
      <w:r>
        <w:t>to mein is nateeje pohancha ke yeh sab log jo hain, is feeling mein jee rahe hain ke hum to jante hain, aur isi baat ko humein batana hai, jo hum jante hain, isi baat ko humein batana hai.</w:t>
      </w:r>
    </w:p>
    <w:p>
      <w:pPr>
        <w:jc w:val="right"/>
      </w:pPr>
      <w:r>
        <w:t>تو میں اس نتیجے پہنچا کہ یہ سب لوگ جو ہیں، اس فیلنگ میں جی رہے ہیں کہ ہم تو جانتے ہیں، اور اسی بات کو ہمیں بتانا ہے، جو ہم جانتے ہیں، اسی بات کو ہمیں بتانا ہے۔</w:t>
      </w:r>
    </w:p>
    <w:p>
      <w:r>
        <w:rPr>
          <w:b/>
        </w:rPr>
        <w:t xml:space="preserve">[03:00] </w:t>
      </w:r>
      <w:r>
        <w:t>to yeh log ka starting point jo hai, woh yeh hai ke "I know"۔ mein samajhta hoon ke yeh koi starting point nahi hai.</w:t>
      </w:r>
    </w:p>
    <w:p>
      <w:pPr>
        <w:jc w:val="right"/>
      </w:pPr>
      <w:r>
        <w:t>تو یہ لوگ کا سٹارٹنگ پوائنٹ جو ہے، وہ یہ ہے کہ "I know"۔ میں سمجھتا ہوں کہ یہ کوئی سٹارٹنگ پوائنٹ نہیں ہے۔</w:t>
      </w:r>
    </w:p>
    <w:p>
      <w:r>
        <w:rPr>
          <w:b/>
        </w:rPr>
        <w:t xml:space="preserve">[03:10] </w:t>
      </w:r>
      <w:r>
        <w:t>yeh starting point yeh hai ke "I don't know"۔ aisa kyun hai?</w:t>
      </w:r>
    </w:p>
    <w:p>
      <w:pPr>
        <w:jc w:val="right"/>
      </w:pPr>
      <w:r>
        <w:t>یہ سٹارٹنگ پوائنٹ یہ ہے کہ "I don't know"۔ ایسا کیوں ہے؟</w:t>
      </w:r>
    </w:p>
    <w:p>
      <w:r>
        <w:rPr>
          <w:b/>
        </w:rPr>
        <w:t xml:space="preserve">[03:21] </w:t>
      </w:r>
      <w:r>
        <w:t>dekhiye, ilm ka jo reservoir hai, woh Khuda hai. ilm ka jo reservoir hai, woh Khuda hai. Khuda all powerful hai.</w:t>
      </w:r>
    </w:p>
    <w:p>
      <w:pPr>
        <w:jc w:val="right"/>
      </w:pPr>
      <w:r>
        <w:t>دیکھیے، علم کا جو ریزروائر ہے، وہ خدا ہے۔ علم کا جو ریزروائر ہے، وہ خدا ہے۔ خدا ال پاور فل ہے۔</w:t>
      </w:r>
    </w:p>
    <w:p>
      <w:r>
        <w:rPr>
          <w:b/>
        </w:rPr>
        <w:t xml:space="preserve">[03:33] </w:t>
      </w:r>
      <w:r>
        <w:t>Khuda sari greatness Khuda ke liye hai. sara wisdom Khuda ke paas hai.</w:t>
      </w:r>
    </w:p>
    <w:p>
      <w:pPr>
        <w:jc w:val="right"/>
      </w:pPr>
      <w:r>
        <w:t>خدا ساری گریٹنس خدا کے لیے ہے۔ سارا وزڈم خدا کے پاس ہے۔</w:t>
      </w:r>
    </w:p>
    <w:p>
      <w:r>
        <w:rPr>
          <w:b/>
        </w:rPr>
        <w:t xml:space="preserve">[03:44] </w:t>
      </w:r>
      <w:r>
        <w:t>to bohat si hadeesein is</w:t>
      </w:r>
    </w:p>
    <w:p>
      <w:pPr>
        <w:jc w:val="right"/>
      </w:pPr>
      <w:r>
        <w:t>تو بہت سی حدیثیں اس</w:t>
      </w:r>
    </w:p>
    <w:p>
      <w:r>
        <w:rPr>
          <w:b/>
        </w:rPr>
        <w:t xml:space="preserve">[03:51] </w:t>
      </w:r>
      <w:r>
        <w:t>baat ko batati hain ke jo insaan Khuda ke muqable mein apne helpless ko, helplessness ko daryaft kar le, yeh jaan le ke mein "God is great and I am not great",</w:t>
      </w:r>
    </w:p>
    <w:p>
      <w:pPr>
        <w:jc w:val="right"/>
      </w:pPr>
      <w:r>
        <w:t>بات کو بتاتی ہیں کہ جو انسان خدا کے مقابلے میں اپنے ہیلپ لیس کو، ہیلپ لیسنس کو دریافت کر لے، یہ جان لے کہ میں "گاڈ از گریٹ اینڈ آئی ایم ناٹ گریٹ"،</w:t>
      </w:r>
    </w:p>
    <w:p>
      <w:r>
        <w:rPr>
          <w:b/>
        </w:rPr>
        <w:t xml:space="preserve">[04:08] </w:t>
      </w:r>
      <w:r>
        <w:t>tabhi Khuda se is ka sanbh banta hai.</w:t>
      </w:r>
    </w:p>
    <w:p>
      <w:pPr>
        <w:jc w:val="right"/>
      </w:pPr>
      <w:r>
        <w:t>تبھی خدا سے اس کا سنبھ بنتا ہے۔</w:t>
      </w:r>
    </w:p>
    <w:p>
      <w:r>
        <w:rPr>
          <w:b/>
        </w:rPr>
        <w:t xml:space="preserve">[04:14] </w:t>
      </w:r>
      <w:r>
        <w:t>jaise kal mein ek article parh raha tha, ek bohat hi well known, yaani thinker kehna chahiye, to unhone "Allah Akbar" ka matlab kiya hai bataya.</w:t>
      </w:r>
    </w:p>
    <w:p>
      <w:pPr>
        <w:jc w:val="right"/>
      </w:pPr>
      <w:r>
        <w:t>جیسے کل میں ایک آرٹیکل پڑھ رہا تھا، ایک بہت ہی ویل نون، یعنی تھنکر کہنا چاہیے، تو انہوں نے "اللہ اکبر" کا مطلب کیا ہے بتایا۔</w:t>
      </w:r>
    </w:p>
    <w:p>
      <w:r>
        <w:rPr>
          <w:b/>
        </w:rPr>
        <w:t xml:space="preserve">[04:26] </w:t>
      </w:r>
      <w:r>
        <w:t>"Allah Akbar" ka matlab hai "God is great"۔ "God is great"۔ to bohat dhoom se woh keh rahe the ke "God is great" ka matlab yeh hai ke hum Khuda ki greatness ko duniya mein establish karein,</w:t>
      </w:r>
    </w:p>
    <w:p>
      <w:pPr>
        <w:jc w:val="right"/>
      </w:pPr>
      <w:r>
        <w:t>"اللہ اکبر" کا مطلب ہے "گاڈ از گریٹ"۔ "گاڈ از گریٹ"۔ تو بہت دھوم سے وہ کہہ رہے تھے کہ "گاڈ از گریٹ" کا مطلب یہ ہے کہ ہم خدا کی گریٹنس کو دنیا میں اسٹیبلش کریں،</w:t>
      </w:r>
    </w:p>
    <w:p>
      <w:r>
        <w:rPr>
          <w:b/>
        </w:rPr>
        <w:t xml:space="preserve">[04:44] </w:t>
      </w:r>
      <w:r>
        <w:t>duniya mein yaani kingdom of God banayein, sare jo system hai, us ko todein aur divine system ko duniya mein establish karein, yaani Khuda ki بڑai ko duniya mein hum qaim karein.</w:t>
      </w:r>
    </w:p>
    <w:p>
      <w:pPr>
        <w:jc w:val="right"/>
      </w:pPr>
      <w:r>
        <w:t>دنیا میں یعنی کنگڈم آف گاڈ بنائیں، سارے جو سسٹم ہے، اس کو توڑیں اور ڈیوائن سسٹم کو دنیا میں اسٹیبلش کریں، یعنی خدا کی بڑائی کو دنیا میں ہم قائم کریں۔</w:t>
      </w:r>
    </w:p>
    <w:p>
      <w:r>
        <w:rPr>
          <w:b/>
        </w:rPr>
        <w:t xml:space="preserve">[05:04] </w:t>
      </w:r>
      <w:r>
        <w:t>yeh matlab hai "Allah Akbar" ka,</w:t>
      </w:r>
    </w:p>
    <w:p>
      <w:pPr>
        <w:jc w:val="right"/>
      </w:pPr>
      <w:r>
        <w:t>یہ مطلب ہے "اللہ اکبر" کا،</w:t>
      </w:r>
    </w:p>
    <w:p>
      <w:r>
        <w:rPr>
          <w:b/>
        </w:rPr>
        <w:t xml:space="preserve">[05:09] </w:t>
      </w:r>
      <w:r>
        <w:t>kyun ke yeh kai jagah Quran mein hai bar bar ke "wa kabbir takbeera"۔ Khuda ki بڑai kar.</w:t>
      </w:r>
    </w:p>
    <w:p>
      <w:pPr>
        <w:jc w:val="right"/>
      </w:pPr>
      <w:r>
        <w:t>کیونکہ یہ کئی جگہ قرآن میں ہے بار بار کہ "وکبر تکبیرا"۔ خدا کی بڑائی کر۔</w:t>
      </w:r>
    </w:p>
    <w:p>
      <w:r>
        <w:rPr>
          <w:b/>
        </w:rPr>
        <w:t xml:space="preserve">[05:19] </w:t>
      </w:r>
      <w:r>
        <w:t>ab dekhein ke Khuda ki بڑai ko unhone rest of the world se joṛ diya, apne aap se nahi joṛa.</w:t>
      </w:r>
    </w:p>
    <w:p>
      <w:pPr>
        <w:jc w:val="right"/>
      </w:pPr>
      <w:r>
        <w:t>اب دیکھیں کہ خدا کی بڑائی کو انہوں نے ریسٹ آف دا ورلڈ سے جوڑ دیا، اپنے آپ سے نہیں جوڑا۔</w:t>
      </w:r>
    </w:p>
    <w:p>
      <w:r>
        <w:rPr>
          <w:b/>
        </w:rPr>
        <w:t xml:space="preserve">[05:29] </w:t>
      </w:r>
      <w:r>
        <w:t>apne aap se joṛen agar to aap payein ge ke "God is great and I am not great"۔ "God is all powerful, I am not powerful"۔</w:t>
      </w:r>
    </w:p>
    <w:p>
      <w:pPr>
        <w:jc w:val="right"/>
      </w:pPr>
      <w:r>
        <w:t>اپنے آپ سے جوڑیں اگر تو آپ پائیں گے کہ "گاڈ از گریٹ اینڈ آئی ایم ناٹ گریٹ"۔ "گاڈ از ال پاور فل، آئی ایم ناٹ پاور فل"۔</w:t>
      </w:r>
    </w:p>
    <w:p>
      <w:r>
        <w:rPr>
          <w:b/>
        </w:rPr>
        <w:t xml:space="preserve">[05:42] </w:t>
      </w:r>
      <w:r>
        <w:t>"God is everything, I am nothing"۔ tab Khuda se aap ka sanbh banega, tab Khuda se aap ko inspiration milega.</w:t>
      </w:r>
    </w:p>
    <w:p>
      <w:pPr>
        <w:jc w:val="right"/>
      </w:pPr>
      <w:r>
        <w:t>"گاڈ از ایوری تھنگ، آئی ایم نتھنگ"۔ تب خدا سے آپ کا سنبھ بنے گا، تب خدا سے آپ کو انسپیریشن ملے گا۔</w:t>
      </w:r>
    </w:p>
    <w:p>
      <w:r>
        <w:rPr>
          <w:b/>
        </w:rPr>
        <w:t xml:space="preserve">[05:54] </w:t>
      </w:r>
      <w:r>
        <w:t>ab "Allah Akbar" par itni dhoom se woh bol rahe the aur nikala hai is mein se kiya ke duniya mein Khuda ka jhanda gaṛo.</w:t>
      </w:r>
    </w:p>
    <w:p>
      <w:pPr>
        <w:jc w:val="right"/>
      </w:pPr>
      <w:r>
        <w:t>اب "اللہ اکبر" پر اتنی دھوم سے وہ بول رہے تھے اور نکالا ہے اس میں سے کیا کہ دنیا میں خدا کا جھنڈا گاڑو۔</w:t>
      </w:r>
    </w:p>
    <w:p>
      <w:r>
        <w:rPr>
          <w:b/>
        </w:rPr>
        <w:t xml:space="preserve">[06:07] </w:t>
      </w:r>
      <w:r>
        <w:t>aur yeh bhi keh diya unhone ke Islam mein summum bonum kiya hai? Jihad hai. summum bonum jihad hai. ladna, laṛ kar ke Khuda ka jhanda gaṛna.</w:t>
      </w:r>
    </w:p>
    <w:p>
      <w:pPr>
        <w:jc w:val="right"/>
      </w:pPr>
      <w:r>
        <w:t>اور یہ بھی کہہ دیا انہوں نے کہ اسلام میں سمم بونم کیا ہے؟ جہاد ہے۔ سمم بونم جہاد ہے۔ لڑنا، لڑ کر کے خدا کا جھنڈا گاڑنا۔</w:t>
      </w:r>
    </w:p>
    <w:p>
      <w:r>
        <w:rPr>
          <w:b/>
        </w:rPr>
        <w:t xml:space="preserve">[06:19] </w:t>
      </w:r>
      <w:r>
        <w:t>sab nirthak baatein hain, nirthak. "Allah o Akbar" ka matlab hai ke aap apne upar Khuda ka jhanda gaadein. Apne ko jab aap nothing banayenge to Khuda se aap ka sunbh ban jayega.</w:t>
      </w:r>
    </w:p>
    <w:p>
      <w:pPr>
        <w:jc w:val="right"/>
      </w:pPr>
      <w:r>
        <w:t>سب نیرتھک باتیں ہیں، نیرتھک۔ "اللہ اکبر" کا مطلب ہے کہ آپ اپنے اوپر خدا کا جھنڈا گاڑیں۔ اپنے کو جب آپ نتھنگ بنائیں گے تو خدا سے آپ کا سنبھ بن جائے گا۔</w:t>
      </w:r>
    </w:p>
    <w:p>
      <w:r>
        <w:rPr>
          <w:b/>
        </w:rPr>
        <w:t xml:space="preserve">[06:33] </w:t>
      </w:r>
      <w:r>
        <w:t>phir aap ko Khuda se inspiration milne lagega. Jaise ek glass pani bhara hua hai to us mein aap aur pani nahi daal sakte.</w:t>
      </w:r>
    </w:p>
    <w:p>
      <w:pPr>
        <w:jc w:val="right"/>
      </w:pPr>
      <w:r>
        <w:t>پھر آپ کو خدا سے انسپیریشن ملنے لگے گا۔ جیسے ایک گلاس پانی بھرا ہوا ہے تو اس میں آپ اور پانی نہیں ڈال سکتے۔</w:t>
      </w:r>
    </w:p>
    <w:p>
      <w:r>
        <w:rPr>
          <w:b/>
        </w:rPr>
        <w:t xml:space="preserve">[06:44] </w:t>
      </w:r>
      <w:r>
        <w:t>already bhara hua hai to aap kya us mein daalenge? Jab khali ho tabhi daal payenge aap is mein.</w:t>
      </w:r>
    </w:p>
    <w:p>
      <w:pPr>
        <w:jc w:val="right"/>
      </w:pPr>
      <w:r>
        <w:t>الریڈی بھرا ہوا ہے تو آپ کیا اس میں ڈالیں گے؟ جب خالی ہو تبھی ڈال پائیں گے آپ اس میں۔</w:t>
      </w:r>
    </w:p>
    <w:p>
      <w:r>
        <w:rPr>
          <w:b/>
        </w:rPr>
        <w:t xml:space="preserve">[06:53] </w:t>
      </w:r>
      <w:r>
        <w:t>jo glass khali ho us ke andar aap pani daal sakte hain. Jo glass bhara hua hai us mein aap kya daalenge? Woh to jayenge to bahar nikal jayega. Woh to apne ko jab empty feel karte hain,</w:t>
      </w:r>
    </w:p>
    <w:p>
      <w:pPr>
        <w:jc w:val="right"/>
      </w:pPr>
      <w:r>
        <w:t>جو گلاس خالی ہو اس کے اندر آپ پانی ڈال سکتے ہیں۔ جو گلاس بھرا ہوا ہے اس میں آپ کیا ڈالیں گے؟ وہ تو جائیں گے تو باہر نکل جائے گا۔ وہ تو اپنے کو جب ایمپٹی فیل کرتے ہیں،</w:t>
      </w:r>
    </w:p>
    <w:p>
      <w:r>
        <w:rPr>
          <w:b/>
        </w:rPr>
        <w:t xml:space="preserve">[07:07] </w:t>
      </w:r>
      <w:r>
        <w:t>empty, tab aap wahan pahunchenge jahan Khuda aap ke andar pani daale, Khuda ki blessing aaye, aur tabhi aap Khuda ki blessing ke ya Khuda ke inspiration ke recipient bante hain.</w:t>
      </w:r>
    </w:p>
    <w:p>
      <w:pPr>
        <w:jc w:val="right"/>
      </w:pPr>
      <w:r>
        <w:t>ایمپٹی، تب آپ وہاں پہنچتے ہیں جہاں خدا آپ کے اندر پانی ڈالے، خدا کی بلیسنگ آئے، اور تبھی آپ خدا کی بلیسنگ کے یا خدا کے انسپیریشن کے ریسیپینٹ بنتے ہیں۔</w:t>
      </w:r>
    </w:p>
    <w:p>
      <w:r>
        <w:rPr>
          <w:b/>
        </w:rPr>
        <w:t xml:space="preserve">[07:25] </w:t>
      </w:r>
      <w:r>
        <w:t>recipient. Otherwise you are not a recipient. To Khuda ki rehmat to aayegi lekin aap tak pahunchegi nahi. Woh to baharhal mein ne jis cheez ko jaana hai woh yahi hai ke</w:t>
      </w:r>
    </w:p>
    <w:p>
      <w:pPr>
        <w:jc w:val="right"/>
      </w:pPr>
      <w:r>
        <w:t>ریسیپینٹ۔ ادروائز یو آر ناٹ اے ریسیپینٹ۔ تو خدا کی رحمت تو آئے گی لیکن آپ تک پہنچے گی نہیں۔ وہ تو بہرحال میں نے جس چیز کو جانا ہے وہ یہی ہے کہ</w:t>
      </w:r>
    </w:p>
    <w:p>
      <w:r>
        <w:rPr>
          <w:b/>
        </w:rPr>
        <w:t xml:space="preserve">[07:44] </w:t>
      </w:r>
      <w:r>
        <w:t>apne nahi ko jo discover kar le wahi hai ke</w:t>
      </w:r>
    </w:p>
    <w:p>
      <w:pPr>
        <w:jc w:val="right"/>
      </w:pPr>
      <w:r>
        <w:t>اپنے نہیں کو جو ڈسکور کر لے وہی ہے کہ</w:t>
      </w:r>
    </w:p>
    <w:p>
      <w:r>
        <w:rPr>
          <w:b/>
        </w:rPr>
        <w:t xml:space="preserve">[07:53] </w:t>
      </w:r>
      <w:r>
        <w:t>destination ko pahunchta hai. Apne nahi ko discover kare to matlab wahi ke us ne apne pehle ko khali kar liya. Jab khali kar liya to us par Khuda ki blessing aayegi.</w:t>
      </w:r>
    </w:p>
    <w:p>
      <w:pPr>
        <w:jc w:val="right"/>
      </w:pPr>
      <w:r>
        <w:t>ڈیسٹینیشن کو پہنچتا ہے۔ اپنے نہیں کو ڈسکور کرے تو مطلب وہی کہ اس نے اپنے پہلے کو خالی کر لیا۔ جب خالی کر لیا تو اس پر خدا کی بلیسنگ آئے گی۔</w:t>
      </w:r>
    </w:p>
    <w:p>
      <w:r>
        <w:rPr>
          <w:b/>
        </w:rPr>
        <w:t xml:space="preserve">[08:11] </w:t>
      </w:r>
      <w:r>
        <w:t>ab mein aap ko ek example deta hoon, aaj hi ki, woh bhi aaj hi ki misaal hai.</w:t>
      </w:r>
    </w:p>
    <w:p>
      <w:pPr>
        <w:jc w:val="right"/>
      </w:pPr>
      <w:r>
        <w:t>اب میں آپ کو ایک ایگزامپل دیتا ہوں، آج ہی کی، وہ بھی آج ہی کی مثال ہے۔</w:t>
      </w:r>
    </w:p>
    <w:p>
      <w:r>
        <w:rPr>
          <w:b/>
        </w:rPr>
        <w:t xml:space="preserve">[08:18] </w:t>
      </w:r>
      <w:r>
        <w:t>ek sahab mujh se mile to unhon ne kaha ke ulma yeh kehte hain ke sahab madarse mein zakat do. Yeh bohat galat baat hai.</w:t>
      </w:r>
    </w:p>
    <w:p>
      <w:pPr>
        <w:jc w:val="right"/>
      </w:pPr>
      <w:r>
        <w:t>ایک صاحب مجھ سے ملے تو انہوں نے کہا کہ علماء یہ کہتے ہیں کہ صاحب مدرسے میں زکوۃ دو۔ یہ بہت غلط بات ہے۔</w:t>
      </w:r>
    </w:p>
    <w:p>
      <w:r>
        <w:rPr>
          <w:b/>
        </w:rPr>
        <w:t xml:space="preserve">[08:29] </w:t>
      </w:r>
      <w:r>
        <w:t>hum ne Quran ka translation padha hai to Surah Toba mein ayat hai, us mein aath head hain, aath head hain, us mein madarsa to aata nahi.</w:t>
      </w:r>
    </w:p>
    <w:p>
      <w:pPr>
        <w:jc w:val="right"/>
      </w:pPr>
      <w:r>
        <w:t>ہم نے قرآن کا ٹرانسلیشن پڑھا ہے تو سورہ توبہ میں آیت ہے، اس میں آٹھ ہیڈ ہیں، آٹھ ہیڈ ہیں، اس میں مدرسہ تو آتا نہیں۔</w:t>
      </w:r>
    </w:p>
    <w:p>
      <w:r>
        <w:rPr>
          <w:b/>
        </w:rPr>
        <w:t xml:space="preserve">[08:43] </w:t>
      </w:r>
      <w:r>
        <w:t>woh kehte hain ke madarse mein aap ko zakat dena chahiye lekin madarsa to us mein likha hua nahi. To madarse mein jab kehte hain zakat do to yeh bohat galat kaam karte hain yeh log.</w:t>
      </w:r>
    </w:p>
    <w:p>
      <w:pPr>
        <w:jc w:val="right"/>
      </w:pPr>
      <w:r>
        <w:t>وہ کہتے ہیں کہ مدرسے میں آپ کو زکوۃ دینا چاہیے لیکن مدرسہ تو اس میں لکھا ہوا نہیں۔ تو مدرسے میں جب کہتے ہیں زکوۃ دو تو یہ بہت غلط کام کرتے ہیں یہ لوگ۔</w:t>
      </w:r>
    </w:p>
    <w:p>
      <w:r>
        <w:rPr>
          <w:b/>
        </w:rPr>
        <w:t xml:space="preserve">[08:57] </w:t>
      </w:r>
      <w:r>
        <w:t>ab dekhein ke yeh kitna, yaani bohat hi stepped baat hai. Yeh bohat hi stepped baat hai.</w:t>
      </w:r>
    </w:p>
    <w:p>
      <w:pPr>
        <w:jc w:val="right"/>
      </w:pPr>
      <w:r>
        <w:t>اب دیکھیں کہ یہ کتنا، یعنی بہت ہی سٹیپڈ بات ہے۔ یہ بہت ہی سٹیپڈ بات ہے۔</w:t>
      </w:r>
    </w:p>
    <w:p>
      <w:r>
        <w:rPr>
          <w:b/>
        </w:rPr>
        <w:t xml:space="preserve">[09:05] </w:t>
      </w:r>
      <w:r>
        <w:t>is liye ke dekhiye Quran mein hai: "Innamas sadaqatu lil fuqara". Sadaqa yahan sadaqa matlab hota hai zakat.</w:t>
      </w:r>
    </w:p>
    <w:p>
      <w:pPr>
        <w:jc w:val="right"/>
      </w:pPr>
      <w:r>
        <w:t>اس لیے کہ دیکھیے قرآن میں ہے: "انم الصدقات للفقراء"۔ صدقہ یہاں صدقہ مطلب ہوتا ہے زکوۃ۔</w:t>
      </w:r>
    </w:p>
    <w:p>
      <w:r>
        <w:rPr>
          <w:b/>
        </w:rPr>
        <w:t xml:space="preserve">[09:15] </w:t>
      </w:r>
      <w:r>
        <w:t>zakat hai fuqara ke liye aur falan ke liye, falan ke liye, falan ke liye. Aath bataye hain to us mein se pehla hai fuqara. Fuqara means yaani ghareeb log.</w:t>
      </w:r>
    </w:p>
    <w:p>
      <w:pPr>
        <w:jc w:val="right"/>
      </w:pPr>
      <w:r>
        <w:t>زکوۃ ہے فقراء کے لیے اور فلاں کے لیے، فلاں کے لیے، فلاں کے لیے۔ آٹھ بتائے ہیں تو اس میں سے پہلا ہے فقراء۔ فقراء مینز یعنی غریب لوگ۔</w:t>
      </w:r>
    </w:p>
    <w:p>
      <w:r>
        <w:rPr>
          <w:b/>
        </w:rPr>
        <w:t xml:space="preserve">[09:28] </w:t>
      </w:r>
      <w:r>
        <w:t>"Innamas sadaqatu lil fuqara". To jo ulma yeh kehte hain ke madarse mein dijiye to woh, woh is ka matlab un ka hota hai fuqara madarsa ko dijiye.</w:t>
      </w:r>
    </w:p>
    <w:p>
      <w:pPr>
        <w:jc w:val="right"/>
      </w:pPr>
      <w:r>
        <w:t>"انم الصدقات للفقراء"۔ تو جو علماء یہ کہتے ہیں کہ مدرسے میں دیجئے تو وہ، وہ اس کا مطلب ان کا ہوتا ہے فقراء مدرسہ کو دیجئے۔</w:t>
      </w:r>
    </w:p>
    <w:p>
      <w:r>
        <w:rPr>
          <w:b/>
        </w:rPr>
        <w:t xml:space="preserve">[09:41] </w:t>
      </w:r>
      <w:r>
        <w:t>jo ulma yeh kehte hain ke madarse mein aap zakat dein, is ka matlab kya hota hai? Fuqara madarsa ko dijiye. Kyun ke fuqara jo hain madarse ke, aisa to nahi ke fuqara jo hain sirf bahar hain, madarse mein nahi hain.</w:t>
      </w:r>
    </w:p>
    <w:p>
      <w:pPr>
        <w:jc w:val="right"/>
      </w:pPr>
      <w:r>
        <w:t>جو علماء یہ کہتے ہیں کہ مدرسے میں آپ زکوۃ دیں، اس کا مطلب کیا ہوتا ہے؟ فقراء مدرسہ کو دیجئے۔ کیونکہ فقراء جو ہیں مدرسے کے، ایسا تو نہیں کہ فقراء جو ہیں صرف باہر ہیں، مدرسے میں نہیں ہیں۔</w:t>
      </w:r>
    </w:p>
    <w:p>
      <w:r>
        <w:rPr>
          <w:b/>
        </w:rPr>
        <w:t xml:space="preserve">[09:56] </w:t>
      </w:r>
      <w:r>
        <w:t>madarsa jo hai excluded nahi hai. Fuqara agar bahar hain to fuqara madarse mein bhi hain. Bas unhon ne le liya ke sahab madarsa ka to us mein hai hi nahi.</w:t>
      </w:r>
    </w:p>
    <w:p>
      <w:pPr>
        <w:jc w:val="right"/>
      </w:pPr>
      <w:r>
        <w:t>مدرسہ جو ہے ایکسکلوڈڈ نہیں ہے۔ فقراء اگر باہر ہیں تو فقراء مدرسے میں بھی ہیں۔ بس انہوں نے لے لیا کہ صاحب مدرسہ کا تو اس میں ہے ہی نہیں۔</w:t>
      </w:r>
    </w:p>
    <w:p>
      <w:r>
        <w:rPr>
          <w:b/>
        </w:rPr>
        <w:t xml:space="preserve">[10:06] </w:t>
      </w:r>
      <w:r>
        <w:t>to madarse ke liye kyun kehte hain yeh log? Ab ilm kam hone se aisa hota hai ke aadmi baat ko samajh nahi pata, sirf translation padh kar nahi jaan pata.</w:t>
      </w:r>
    </w:p>
    <w:p>
      <w:pPr>
        <w:jc w:val="right"/>
      </w:pPr>
      <w:r>
        <w:t>تو مدرسے کے لیے کیوں کہتے ہیں یہ لوگ؟ اب علم کم ہونے سے ایسا ہوتا ہے کہ آدمی بات کو سمجھ نہیں پاتا، صرف ٹرانسلیشن پڑھ کر نہیں جان پاتا۔</w:t>
      </w:r>
    </w:p>
    <w:p>
      <w:r>
        <w:rPr>
          <w:b/>
        </w:rPr>
        <w:t xml:space="preserve">[10:18] </w:t>
      </w:r>
      <w:r>
        <w:t>to Quran mein hai ke sadaqat ko ya zakat ko fuqara ko do. To us mein unhon ne ulma ne yeh kaha ke fuqara madarsa ko bhi is mein include karo.</w:t>
      </w:r>
    </w:p>
    <w:p>
      <w:pPr>
        <w:jc w:val="right"/>
      </w:pPr>
      <w:r>
        <w:t>تو قرآن میں ہے کہ صدقات کو یا زکوۃ کو فقراء کو دو۔ تو اس میں انہوں نے علماء نے یہ کہا کہ فقراء مدرسہ کو بھی اس میں انکلوڈ کرو۔</w:t>
      </w:r>
    </w:p>
    <w:p>
      <w:r>
        <w:rPr>
          <w:b/>
        </w:rPr>
        <w:t xml:space="preserve">[10:32] </w:t>
      </w:r>
      <w:r>
        <w:t>ab is pe woh behas kar rahe hain. Sari duniya mein aaj kal ek trend bana hai ke hum sirf translation padhenge Quran ka. Yaani woh log jo Arabic language nahi jante, un mein yahan se le ke America tak aur translation padh padh kar ke yahi sab, yahi sab contention karte hain, yahi sab behasein nikalte hain.</w:t>
      </w:r>
    </w:p>
    <w:p>
      <w:pPr>
        <w:jc w:val="right"/>
      </w:pPr>
      <w:r>
        <w:t>اب اس پہ وہ بحث کر رہے ہیں۔ ساری دنیا میں آج کل ایک ٹرینڈ بنا ہے کہ ہم صرف ٹرانسلیشن پڑھیں گے قرآن کا۔ یعنی وہ لوگ جو عربک لینگویج نہیں جانتے، ان میں یہاں سے لے کے امریکہ تک اور ٹرانسلیشن پڑھ پڑھ کر کے یہی سب، یہی سب کنٹینشن کرتے ہیں، یہی سب بحثیں نکالتے ہیں۔</w:t>
      </w:r>
    </w:p>
    <w:p>
      <w:r>
        <w:rPr>
          <w:b/>
        </w:rPr>
        <w:t xml:space="preserve">[10:53] </w:t>
      </w:r>
      <w:r>
        <w:t>translation padh kar ke apna matlab nikalenge. Un ko na is se matlab hai commentary kya hai, na is se matlab hai ke ulma ne kya kaha hai. To ilm na ho ya ilm kam ho to koi burai nahi hai, lekin over confidence bura hai.</w:t>
      </w:r>
    </w:p>
    <w:p>
      <w:pPr>
        <w:jc w:val="right"/>
      </w:pPr>
      <w:r>
        <w:t>ٹرانسلیشن پڑھ کر کے اپنا مطلب نکالیں گے۔ ان کو نہ اس سے مطلب ہے کمنٹری کیا ہے، نہ اس سے مطلب ہے کہ علماء نے کیا کہا ہے۔ تو علم نہ ہو یا علم کم ہو تو کوئی برائی نہیں ہے، لیکن اوور کانفیڈنس برا ہے۔</w:t>
      </w:r>
    </w:p>
    <w:p>
      <w:r>
        <w:rPr>
          <w:b/>
        </w:rPr>
        <w:t xml:space="preserve">[11:15] </w:t>
      </w:r>
      <w:r>
        <w:t>buri cheez hai over confidence. Kam ilm hai, samajh liya mere paas sara ilm aa gaya to yeh hai over confidence. Khair, dekhein aaj hai Eid ka din to Times of India mein bohat mota mota tha likha hua: "Eid Mubarak".</w:t>
      </w:r>
    </w:p>
    <w:p>
      <w:pPr>
        <w:jc w:val="right"/>
      </w:pPr>
      <w:r>
        <w:t>بری چیز ہے اوور کانفیڈنس۔ کم علم ہے، سمجھ لیا میرے پاس سارا علم آ گیا تو یہ ہے اوور کانفیڈنس۔ خیر، دیکھیں آج ہے عید کا دن تو ٹائمز آف انڈیا میں بہت موٹا موٹا تھا لکھا ہوا: "عید مبارک"۔</w:t>
      </w:r>
    </w:p>
    <w:p>
      <w:r>
        <w:rPr>
          <w:b/>
        </w:rPr>
        <w:t xml:space="preserve">[11:38] </w:t>
      </w:r>
      <w:r>
        <w:t>Eid Mubarak. Is ko mein ne padha to mere mind mein aaya</w:t>
      </w:r>
    </w:p>
    <w:p>
      <w:pPr>
        <w:jc w:val="right"/>
      </w:pPr>
      <w:r>
        <w:t>عید مبارک۔ اس کو میں نے پڑھا تو میرے مائنڈ میں آیا</w:t>
      </w:r>
    </w:p>
    <w:p>
      <w:r>
        <w:rPr>
          <w:b/>
        </w:rPr>
        <w:t xml:space="preserve">[11:46] </w:t>
      </w:r>
      <w:r>
        <w:t>ke Eid Mubarak nahi balkeh Eid Reminder. Eid Mubarak nahi balkeh Eid Reminder.</w:t>
      </w:r>
    </w:p>
    <w:p>
      <w:pPr>
        <w:jc w:val="right"/>
      </w:pPr>
      <w:r>
        <w:t>کہ عید مبارک نہیں بلکہ عید ریمائنڈر۔ عید مبارک نہیں بلکہ عید ریمائنڈر۔</w:t>
      </w:r>
    </w:p>
    <w:p>
      <w:r>
        <w:rPr>
          <w:b/>
        </w:rPr>
        <w:t xml:space="preserve">[11:57] </w:t>
      </w:r>
      <w:r>
        <w:t>yani eid ka din aap ko reminder kar raha hai kisi cheez ko. mubarak kya? eid mubarak ka matlab yeh sirf hua karne ka din hai. jab aap kehte hain eid mubarak to iska matlab kya hua?</w:t>
      </w:r>
    </w:p>
    <w:p>
      <w:pPr>
        <w:jc w:val="right"/>
      </w:pPr>
      <w:r>
        <w:t>یعنی عید کا دن آپ کو ریمائنڈ کر رہا ہے کسی چیز کو۔ مبارک کیا؟ عید مبارک کا مطلب یہ صرف ہوا کرنے کا دن ہے۔ جب آپ کہتے ہیں عید مبارک تو اس کا مطلب کیا ہوا؟</w:t>
      </w:r>
    </w:p>
    <w:p>
      <w:r>
        <w:rPr>
          <w:b/>
        </w:rPr>
        <w:t xml:space="preserve">[12:11] </w:t>
      </w:r>
      <w:r>
        <w:t>ke enjoy karo, hua karo, outing karo, khao pio. yeh matlab banta hai. main samajhta hoon ke yeh sahi baat nahi hai.</w:t>
      </w:r>
    </w:p>
    <w:p>
      <w:pPr>
        <w:jc w:val="right"/>
      </w:pPr>
      <w:r>
        <w:t>کہ انجوائے کرو، ہوا کرو، آؤٹنگ کرو، کھاؤ پیو۔ یہ مطلب بنتا ہے۔ میں سمجھتا ہوں کہ یہ صحیح بات نہیں ہے۔</w:t>
      </w:r>
    </w:p>
    <w:p>
      <w:r>
        <w:rPr>
          <w:b/>
        </w:rPr>
        <w:t xml:space="preserve">[12:22] </w:t>
      </w:r>
      <w:r>
        <w:t>sahaba ke zamane mein koi nahi kehta tha eid mubarak, eid mubarak. yeh to ab chala hai. yeh eid, main samajhta hoon ke eid jo hai woh reminder hai.</w:t>
      </w:r>
    </w:p>
    <w:p>
      <w:pPr>
        <w:jc w:val="right"/>
      </w:pPr>
      <w:r>
        <w:t>صحابہ کے زمانے میں کوئی نہیں کہتا تھا عید مبارک، عید مبارک۔ یہ تو اب چلا ہے۔ یہ عید، میں سمجھتا ہوں کہ عید جو ہے وہ ریمائنڈر ہے۔</w:t>
      </w:r>
    </w:p>
    <w:p>
      <w:r>
        <w:rPr>
          <w:b/>
        </w:rPr>
        <w:t xml:space="preserve">[12:33] </w:t>
      </w:r>
      <w:r>
        <w:t>woh kis baat ka? is baat ka ke aap Khuda ki blessing ko discover karen.</w:t>
      </w:r>
    </w:p>
    <w:p>
      <w:pPr>
        <w:jc w:val="right"/>
      </w:pPr>
      <w:r>
        <w:t>وہ کس بات کا؟ اس بات کا کہ آپ خدا کی بلیسنگ کو ڈسکور کریں۔</w:t>
      </w:r>
    </w:p>
    <w:p>
      <w:r>
        <w:rPr>
          <w:b/>
        </w:rPr>
        <w:t xml:space="preserve">[12:46] </w:t>
      </w:r>
      <w:r>
        <w:t>discover karen. yani jo roze ka mahina guzara aap ne jab ke us nematoun se apne ko aap ne, yani is se aap ne mahroom kiya.</w:t>
      </w:r>
    </w:p>
    <w:p>
      <w:pPr>
        <w:jc w:val="right"/>
      </w:pPr>
      <w:r>
        <w:t>ڈسکور کریں۔ یعنی جو روزے کا مہینہ گزارا آپ نے جب کہ اس نعمتوں سے اپنے کو آپ نے، یعنی اس سے آپ نے محروم کیا۔</w:t>
      </w:r>
    </w:p>
    <w:p>
      <w:r>
        <w:rPr>
          <w:b/>
        </w:rPr>
        <w:t xml:space="preserve">[13:02] </w:t>
      </w:r>
      <w:r>
        <w:t>ab eid ke din woh nematein aap ko aayen, aap ke paas khana peena. to khana peena kitni bari nemat hai, us ko discover karen.</w:t>
      </w:r>
    </w:p>
    <w:p>
      <w:pPr>
        <w:jc w:val="right"/>
      </w:pPr>
      <w:r>
        <w:t>اب عید کے دن وہ نعمتیں آپ کو آئیں، آپ کے پاس کھانا پینا۔ تو کھانا پینا کتنی بڑی نعمت ہے، اس کو ڈسکور کریں۔</w:t>
      </w:r>
    </w:p>
    <w:p>
      <w:r>
        <w:rPr>
          <w:b/>
        </w:rPr>
        <w:t xml:space="preserve">[13:13] </w:t>
      </w:r>
      <w:r>
        <w:t>yeh kaise mujhe samajh mein aaya ke subah aap ne mujh ko chawal, ek anda diya, ubla hua anda.</w:t>
      </w:r>
    </w:p>
    <w:p>
      <w:pPr>
        <w:jc w:val="right"/>
      </w:pPr>
      <w:r>
        <w:t>یہ کیسے مجھے سمجھ میں آیا کہ صبح آپ نے مجھ کو چاول، ایک انڈا دیا، ابلا ہوا انڈا۔</w:t>
      </w:r>
    </w:p>
    <w:p>
      <w:r>
        <w:rPr>
          <w:b/>
        </w:rPr>
        <w:t xml:space="preserve">[13:26] </w:t>
      </w:r>
      <w:r>
        <w:t>to jab se, jaise hi woh ubla hua anda mere samne aaya to achaanak jaise aisa laga ke Khuda ne direct taur par jo universal factory hai Khuda ki, us ko order diya ke ek ek anda is bande ko le kar pesh karo.</w:t>
      </w:r>
    </w:p>
    <w:p>
      <w:pPr>
        <w:jc w:val="right"/>
      </w:pPr>
      <w:r>
        <w:t>تو جب سے، جیسے ہی وہ ابلا ہوا انڈا میرے سامنے آیا تو اچانک جیسے ایسا لگا کہ خدا نے ڈائریکٹ طور پر جو یونیورسل فیکٹری ہے خدا کی، اس کو آرڈر دیا کہ ایک ایک انڈا اس بندے کو لے کر پیش کرو۔</w:t>
      </w:r>
    </w:p>
    <w:p>
      <w:r>
        <w:rPr>
          <w:b/>
        </w:rPr>
        <w:t xml:space="preserve">[13:43] </w:t>
      </w:r>
      <w:r>
        <w:t>yani abhi abhi ban kar aaya hai. yeh</w:t>
      </w:r>
    </w:p>
    <w:p>
      <w:pPr>
        <w:jc w:val="right"/>
      </w:pPr>
      <w:r>
        <w:t>یعنی ابھی ابھی بن کر آیا ہے۔ یہ</w:t>
      </w:r>
    </w:p>
    <w:p>
      <w:r>
        <w:rPr>
          <w:b/>
        </w:rPr>
        <w:t xml:space="preserve">[13:48] </w:t>
      </w:r>
      <w:r>
        <w:t>to hota kya hai ke hum rozana aap khate hain lekin hum for granted le lete hain ke maine market se khareeda hai, is liye mujhe mil gaya.</w:t>
      </w:r>
    </w:p>
    <w:p>
      <w:pPr>
        <w:jc w:val="right"/>
      </w:pPr>
      <w:r>
        <w:t>تو ہوتا کیا ہے کہ ہم روزانہ آپ کھاتے ہیں لیکن ہم فار گرانٹڈ لے لیتے ہیں کہ میں نے مارکیٹ سے خریدا ہے، اس لیے مجھے مل گیا۔</w:t>
      </w:r>
    </w:p>
    <w:p>
      <w:r>
        <w:rPr>
          <w:b/>
        </w:rPr>
        <w:t xml:space="preserve">[13:59] </w:t>
      </w:r>
      <w:r>
        <w:t>mere kitchen mein tha, is liye mujhe mil gaya. yeh nahi ke Khuda ne bheja hai, Khuda se mujhe mila hua hai. jaise aap jante hain ke ek hoti hai coffee, us ko instant coffee kehte hain.</w:t>
      </w:r>
    </w:p>
    <w:p>
      <w:pPr>
        <w:jc w:val="right"/>
      </w:pPr>
      <w:r>
        <w:t>میرے کچن میں تھا، اس لیے مجھے مل گیا۔ یہ نہیں کہ خدا نے بھیجا ہے، خدا سے مجھے ملا ہوا ہے۔ جیسے آپ جانتے ہیں کہ ایک ہوتی ہے کافی، اس کو انسٹنٹ کافی کہتے ہیں۔</w:t>
      </w:r>
    </w:p>
    <w:p>
      <w:r>
        <w:rPr>
          <w:b/>
        </w:rPr>
        <w:t xml:space="preserve">[14:11] </w:t>
      </w:r>
      <w:r>
        <w:t>instant coffee foran ban jati hai, ban jati hai. woh to yeh bhi, yeh jo hai nematein, instant nematein hain, abhi abhi Khuda ki taraf se aa rahi hain.</w:t>
      </w:r>
    </w:p>
    <w:p>
      <w:pPr>
        <w:jc w:val="right"/>
      </w:pPr>
      <w:r>
        <w:t>انسٹنٹ کافی فوراً بن جاتی ہے، بن جاتی ہے۔ وہ تو یہ بھی، یہ جو ہے نعمتیں، انسٹنٹ نعمتیں ہیں، ابھی ابھی خدا کی طرف سے آ رہی ہیں۔</w:t>
      </w:r>
    </w:p>
    <w:p>
      <w:r>
        <w:rPr>
          <w:b/>
        </w:rPr>
        <w:t xml:space="preserve">[14:23] </w:t>
      </w:r>
      <w:r>
        <w:t>to jab aap apne ko samjhen ke main to helpless hoon, mere paas to kuch bhi nahi hai, main mahroom hoon, tabhi aap samajh payenge is raaz ko ke nematon ki discovery kya cheez hai.</w:t>
      </w:r>
    </w:p>
    <w:p>
      <w:pPr>
        <w:jc w:val="right"/>
      </w:pPr>
      <w:r>
        <w:t>تو جب آپ اپنے کو سمجھیں کہ میں تو ہیلپ لیس ہوں، میرے پاس تو کچھ بھی نہیں ہے، میں محروم ہوں، تبھی آپ سمجھ پائیں گے اس راز کو کہ نعمتوں کی ڈسکوری کیا چیز ہے۔</w:t>
      </w:r>
    </w:p>
    <w:p>
      <w:r>
        <w:rPr>
          <w:b/>
        </w:rPr>
        <w:t xml:space="preserve">[14:38] </w:t>
      </w:r>
      <w:r>
        <w:t>warna nematon ko aap for granted lete rahenge aur woh jazba shukr ka aap ke andar, woh thrill jo hai, shukr kya hai?</w:t>
      </w:r>
    </w:p>
    <w:p>
      <w:pPr>
        <w:jc w:val="right"/>
      </w:pPr>
      <w:r>
        <w:t>ورنہ نعمتوں کو آپ فار گرانٹڈ لیتے رہیں گے اور وہ جذبہ شکر کا آپ کے اندر، وہ تھرل جو ہے، شکر کیا ہے؟</w:t>
      </w:r>
    </w:p>
    <w:p>
      <w:r>
        <w:rPr>
          <w:b/>
        </w:rPr>
        <w:t xml:space="preserve">[14:47] </w:t>
      </w:r>
      <w:r>
        <w:t>thrill ek shukr naam hai, ek thrill ka, ek thrill ka naam shukr hai. aap sochiye ke ek anda kaise bana? poori universe is ke peeche lagi, tab ek anda bana.</w:t>
      </w:r>
    </w:p>
    <w:p>
      <w:pPr>
        <w:jc w:val="right"/>
      </w:pPr>
      <w:r>
        <w:t>تھرل ایک شکر نام ہے، ایک تھرل کا، ایک تھرل کا نام شکر ہے۔ آپ سوچیے کہ ایک انڈا کیسے بنا؟ پوری یونیورس اس کے پیچھے لگی، تب ایک انڈا بنا۔</w:t>
      </w:r>
    </w:p>
    <w:p>
      <w:r>
        <w:rPr>
          <w:b/>
        </w:rPr>
        <w:t xml:space="preserve">[14:59] </w:t>
      </w:r>
      <w:r>
        <w:t>kyun? yeh zameen aap jante hain ke ek chattan thi, kuch bhi nahi tha yahan par, ek cheenti bhi nahi thi, ek ghaas bhi nahi thi.</w:t>
      </w:r>
    </w:p>
    <w:p>
      <w:pPr>
        <w:jc w:val="right"/>
      </w:pPr>
      <w:r>
        <w:t>کیوں؟ یہ زمین آپ جانتے ہیں کہ ایک چٹان تھی، کچھ بھی نہیں تھا یہاں پر، ایک چیونٹی بھی نہیں تھی، ایک گھاس بھی نہیں تھی۔</w:t>
      </w:r>
    </w:p>
    <w:p>
      <w:r>
        <w:rPr>
          <w:b/>
        </w:rPr>
        <w:t xml:space="preserve">[15:10] </w:t>
      </w:r>
      <w:r>
        <w:t>phir Khuda ne barish barsai, phir zameen pe saal bana, phir plant aaya, plant ke baad phir animal aaye, phir insan aaya.</w:t>
      </w:r>
    </w:p>
    <w:p>
      <w:pPr>
        <w:jc w:val="right"/>
      </w:pPr>
      <w:r>
        <w:t>پھر خدا نے بارش برسائی، پھر زمین پہ سال بنا، پھر پلانٹ آیا، پلانٹ کے بعد پھر اینیمل آئے، پھر انسان آیا۔</w:t>
      </w:r>
    </w:p>
    <w:p>
      <w:r>
        <w:rPr>
          <w:b/>
        </w:rPr>
        <w:t xml:space="preserve">[15:22] </w:t>
      </w:r>
      <w:r>
        <w:t>is mein million billion saal lag gaye, tab ja kar ke cheezein bani jo aap ko mil rahi hain. hamara is mein koi hissa nahi hai.</w:t>
      </w:r>
    </w:p>
    <w:p>
      <w:pPr>
        <w:jc w:val="right"/>
      </w:pPr>
      <w:r>
        <w:t>اس میں ملین بلین سال لگ گئے، تب جا کر کے چیزیں بنی جو آپ کو مل رہی ہیں۔ ہمارا اس میں کوئی حصہ نہیں ہے۔</w:t>
      </w:r>
    </w:p>
    <w:p>
      <w:r>
        <w:rPr>
          <w:b/>
        </w:rPr>
        <w:t xml:space="preserve">[15:32] </w:t>
      </w:r>
      <w:r>
        <w:t>yani koi cheez jo hum ek chawal ya ek ek roti khate hain to is mein one percent bhi hamara koi hissa nahi hota. woh sab Khuda ka gift hota hai.</w:t>
      </w:r>
    </w:p>
    <w:p>
      <w:pPr>
        <w:jc w:val="right"/>
      </w:pPr>
      <w:r>
        <w:t>یعنی کوئی چیز جو ہم ایک چاول یا ایک ایک روٹی کھاتے ہیں تو اس میں ون پرسنٹ بھی ہمارا کوئی حصہ نہیں ہوتا۔ وہ سب خدا کا گفٹ ہوتا ہے۔</w:t>
      </w:r>
    </w:p>
    <w:p>
      <w:r>
        <w:rPr>
          <w:b/>
        </w:rPr>
        <w:t xml:space="preserve">[15:46] </w:t>
      </w:r>
      <w:r>
        <w:t>ek ek bar ek sahib se meri mulaqat hui, woh ek businessman the. to jis zamane mein mila, woh bohat sad rehte the.</w:t>
      </w:r>
    </w:p>
    <w:p>
      <w:pPr>
        <w:jc w:val="right"/>
      </w:pPr>
      <w:r>
        <w:t>ایک ایک بار ایک صاحب سے میری ملاقات ہوئی، وہ ایک بزنس مین تھے۔ تو جس زمانے میں ملا، وہ بہت سیڈ رہتے تھے۔</w:t>
      </w:r>
    </w:p>
    <w:p>
      <w:r>
        <w:rPr>
          <w:b/>
        </w:rPr>
        <w:t xml:space="preserve">[16:00] </w:t>
      </w:r>
      <w:r>
        <w:t>business bhi, office nahi jate the. woh un ka dil business se bhi hat gaya tha. to pata yeh chala ke un ki biwi ka death ho gayi hai, is liye woh itna sad rehte hain, bohat hi zyada yani dejected feeling mein rehte hain.</w:t>
      </w:r>
    </w:p>
    <w:p>
      <w:pPr>
        <w:jc w:val="right"/>
      </w:pPr>
      <w:r>
        <w:t>بزنس بھی، آفس نہیں جاتے تھے۔ وہ ان کا دل بزنس سے بھی ہٹ گیا تھا۔ تو پتہ یہ چلا کہ ان کی بیوی کا کا ڈیتھ ہو گئی ہے، اس لیے وہ اتنا سیڈ رہتے ہیں، بہت ہی زیادہ یعنی ڈیجیکٹڈ فیلنگ میں رہتے ہیں۔</w:t>
      </w:r>
    </w:p>
    <w:p>
      <w:r>
        <w:rPr>
          <w:b/>
        </w:rPr>
        <w:t xml:space="preserve">[16:16] </w:t>
      </w:r>
      <w:r>
        <w:t>woh to main ne un se poocha ke bhai aap ke itne din beet gaye, biwi ko maray hue, abhi tak isi mein aap itna zyada gum hain to kyun?</w:t>
      </w:r>
    </w:p>
    <w:p>
      <w:pPr>
        <w:jc w:val="right"/>
      </w:pPr>
      <w:r>
        <w:t>وہ تو میں نے ان سے پوچھا کہ بھئی آپ کے اتنے دن بیت گئے، بیوی کو مرے ہوئے، ابھی تک اسی میں آپ اتنا زیادہ گم ہیں تو کیوں؟</w:t>
      </w:r>
    </w:p>
    <w:p>
      <w:r>
        <w:rPr>
          <w:b/>
        </w:rPr>
        <w:t xml:space="preserve">[16:28] </w:t>
      </w:r>
      <w:r>
        <w:t>kya baat thi aap ki biwi mein? aap kya abhi bhi aap ke paas cheezein hain to biwi mein kyun itna zyada gum hain aap?</w:t>
      </w:r>
    </w:p>
    <w:p>
      <w:pPr>
        <w:jc w:val="right"/>
      </w:pPr>
      <w:r>
        <w:t>کیا بات تھی آپ کی بیوی میں؟ آپ کیا ابھی بھی آپ کے پاس چیزیں ہیں تو بیوی میں کیوں اتنا زیادہ گم ہیں آپ؟</w:t>
      </w:r>
    </w:p>
    <w:p>
      <w:r>
        <w:rPr>
          <w:b/>
        </w:rPr>
        <w:t xml:space="preserve">[16:38] </w:t>
      </w:r>
      <w:r>
        <w:t>to unhon ne kaha ke sahib kya bataun aap ko? kya un ki qualities thin? to main ne kuch to misaal dijiye.</w:t>
      </w:r>
    </w:p>
    <w:p>
      <w:pPr>
        <w:jc w:val="right"/>
      </w:pPr>
      <w:r>
        <w:t>تو انہوں نے کہا کہ صاحب کیا بتاؤں آپ کو؟ کیا ان کی کوالٹیز تھیں؟ تو میں نے کچھ تو مثال دیجیے۔</w:t>
      </w:r>
    </w:p>
    <w:p>
      <w:r>
        <w:rPr>
          <w:b/>
        </w:rPr>
        <w:t xml:space="preserve">[16:47] </w:t>
      </w:r>
      <w:r>
        <w:t>to aaj ek din aisa hua ke hum kisi kahan gaye party mein, wahan khaya piya. raat ko aaye to gyarah baj gaya tha.</w:t>
      </w:r>
    </w:p>
    <w:p>
      <w:pPr>
        <w:jc w:val="right"/>
      </w:pPr>
      <w:r>
        <w:t>تو آج ایک دن ایسا ہوا کہ ہم کسی کہاں گئے پارٹی میں، وہاں کھایا پیا۔ رات کو آئے تو گیارہ بج گیا تھا۔</w:t>
      </w:r>
    </w:p>
    <w:p>
      <w:r>
        <w:rPr>
          <w:b/>
        </w:rPr>
        <w:t xml:space="preserve">[16:59] </w:t>
      </w:r>
      <w:r>
        <w:t>to biwi se main ne kaha ke dekho, wahan par saare item the, ek item nahi tha. unhon ne kaha kon sa item?</w:t>
      </w:r>
    </w:p>
    <w:p>
      <w:pPr>
        <w:jc w:val="right"/>
      </w:pPr>
      <w:r>
        <w:t>تو بیوی سے میں نے کہا کہ دیکھو، وہاں پر سارے آئٹم تھے، ایک آئٹم نہیں تھا۔ انہوں نے کہا کون سا آئٹم؟</w:t>
      </w:r>
    </w:p>
    <w:p>
      <w:r>
        <w:rPr>
          <w:b/>
        </w:rPr>
        <w:t xml:space="preserve">[17:10] </w:t>
      </w:r>
      <w:r>
        <w:t>unhon ne kaha ke ice cream nahi thi wahan par. kaha kuch nahi hai bhai, abhi main bana kar deti hoon. to wo kitchen mein gaein.</w:t>
      </w:r>
    </w:p>
    <w:p>
      <w:pPr>
        <w:jc w:val="right"/>
      </w:pPr>
      <w:r>
        <w:t>انہوں نے کہا کہ آئس کریم نہیں تھی وہاں پر۔ کہا کچھ نہیں ہے بھئی، ابھی میں بنا کر دیتی ہوں۔ تو وہ کچن میں گئیں۔</w:t>
      </w:r>
    </w:p>
    <w:p>
      <w:r>
        <w:rPr>
          <w:b/>
        </w:rPr>
        <w:t xml:space="preserve">[17:18] </w:t>
      </w:r>
      <w:r>
        <w:t>aap jante hain aaj kal jo paase wale log hain jin ke paas saman sab hota hai kitchen mein, to wo wahan bhi instant ban jati hai.</w:t>
      </w:r>
    </w:p>
    <w:p>
      <w:pPr>
        <w:jc w:val="right"/>
      </w:pPr>
      <w:r>
        <w:t>آپ جانتے ہیں آج کل جو پاسے والے لوگ ہیں جن کے پاس سامان سب ہوتا ہے کچن میں، تو وہ وہاں بھی انسٹنٹ بن جاتی ہے۔</w:t>
      </w:r>
    </w:p>
    <w:p>
      <w:r>
        <w:rPr>
          <w:b/>
        </w:rPr>
        <w:t xml:space="preserve">[17:27] </w:t>
      </w:r>
      <w:r>
        <w:t>wo yaani wahan bhi instant coffee, instant coffee, instant ice cream tayyar ho jati hai. to gaein aur thori dair mein wo le kar aa gaein aur bohat khush ho kar khaya is ko.</w:t>
      </w:r>
    </w:p>
    <w:p>
      <w:pPr>
        <w:jc w:val="right"/>
      </w:pPr>
      <w:r>
        <w:t>وہ یعنی وہاں بھی انسٹنٹ کافی، انسٹنٹ کافی، انسٹنٹ آئس کریم تیار ہو جاتی ہے۔ تو گئیں اور تھوڑی دیر میں وہ لے کے آ گئیں اور بہت خوش ہو کر کھایا اس کو۔</w:t>
      </w:r>
    </w:p>
    <w:p>
      <w:r>
        <w:rPr>
          <w:b/>
        </w:rPr>
        <w:t xml:space="preserve">[17:43] </w:t>
      </w:r>
      <w:r>
        <w:t>unhon ne, main ne kaha ke aap biwi ke liye itna yeh sara credit biwi ko de rahe hain. aap sochiye ke ice cream banane wala asal to biwi thori hai, aap ki asal to Khuda hai.</w:t>
      </w:r>
    </w:p>
    <w:p>
      <w:pPr>
        <w:jc w:val="right"/>
      </w:pPr>
      <w:r>
        <w:t>انہوں نے، میں نے کہا کہ آپ بیوی کے لیے اتنا یہ سارا کریڈٹ بیوی کو دے رہے ہیں۔ آپ سوچیے کہ آئس کریم بنانے والا اصل تو بیوی تھوڑی ہے، آپ کی اصل تو خدا ہے۔</w:t>
      </w:r>
    </w:p>
    <w:p>
      <w:r>
        <w:rPr>
          <w:b/>
        </w:rPr>
        <w:t xml:space="preserve">[17:57] </w:t>
      </w:r>
      <w:r>
        <w:t>yeh sara saman cooking range se le kar ke doodh tak, shakar tak, koi bhi cheez jo hai is dunya mein jis ki help se aap banate hain, koi cheez wo to Khuda ka creation hai.</w:t>
      </w:r>
    </w:p>
    <w:p>
      <w:pPr>
        <w:jc w:val="right"/>
      </w:pPr>
      <w:r>
        <w:t>یہ سارا سامان کوکنگ رینج سے لے کر کے دودھ تک، شکر تک، کوئی بھی چیز جو ہے اس دنیا میں جس کی ہیلپ سے آپ بناتے ہیں، کوئی چیز وہ تو خدا کا کریشن ہے۔</w:t>
      </w:r>
    </w:p>
    <w:p>
      <w:r>
        <w:rPr>
          <w:b/>
        </w:rPr>
        <w:t xml:space="preserve">[18:13] </w:t>
      </w:r>
      <w:r>
        <w:t>to dekhiye, main samajhta hoon ke imaan kya hai? imaan yeh hai, imaan yeh ke jo cheez aap ko mil rahi hai, yaani aap ko mil rahi hai apne paise se, apni koshish se, apne ghar walon ki taraf se, is ko aap Khuda ki taraf se samhein.</w:t>
      </w:r>
    </w:p>
    <w:p>
      <w:pPr>
        <w:jc w:val="right"/>
      </w:pPr>
      <w:r>
        <w:t>تو دیکھیے، میں سمجھتا ہوں کہ ایمان کیا ہے؟ ایمان یہ ہے، ایمان یہ کہ جو چیز آپ کو مل رہی ہے، یعنی آپ کو مل رہی ہے اپنے پیسے سے، اپنی کوشش سے، اپنے گھر والوں کی طرف سے، اس کو آپ خدا کی طرف سے سمجھیں۔</w:t>
      </w:r>
    </w:p>
    <w:p>
      <w:r>
        <w:rPr>
          <w:b/>
        </w:rPr>
        <w:t xml:space="preserve">[18:39] </w:t>
      </w:r>
      <w:r>
        <w:t>yeh ek discovery hai,</w:t>
      </w:r>
    </w:p>
    <w:p>
      <w:pPr>
        <w:jc w:val="right"/>
      </w:pPr>
      <w:r>
        <w:t>یہ ایک ڈسکوری ہے،</w:t>
      </w:r>
    </w:p>
    <w:p>
      <w:r>
        <w:rPr>
          <w:b/>
        </w:rPr>
        <w:t xml:space="preserve">[18:44] </w:t>
      </w:r>
      <w:r>
        <w:t>yeh ek discovery hai kyun ke asal mein dene wala Khuda hi hai. asal mein to dene wala Khuda hi hai.</w:t>
      </w:r>
    </w:p>
    <w:p>
      <w:pPr>
        <w:jc w:val="right"/>
      </w:pPr>
      <w:r>
        <w:t>یہ ایک ڈسکوری ہے کیونکہ اصل میں دینے والا خدا ہی ہے۔ اصل میں تو دینے والا خدا ہی ہے۔</w:t>
      </w:r>
    </w:p>
    <w:p>
      <w:r>
        <w:rPr>
          <w:b/>
        </w:rPr>
        <w:t xml:space="preserve">[18:53] </w:t>
      </w:r>
      <w:r>
        <w:t>hazrat Abu Bakr jo khalifa the, bohat bara un ka empire tha, us zamane mein ho chuka tha. ek bar unhon ne peene ke liye pyas lagi, pani manga kuch to un ko ek glass shehad ka sharbat laya gaya,</w:t>
      </w:r>
    </w:p>
    <w:p>
      <w:pPr>
        <w:jc w:val="right"/>
      </w:pPr>
      <w:r>
        <w:t>حضرت ابوبکر جو خلیفہ تھے، بہت بڑا ان کا ایمپائر تھا، اس زمانے میں ہو چکا تھا۔ ایک بار انہوں نے پینے کے لیے پیاس لگی، پانی مانگا کچھ تو ان کو ایک گلاس شہد کا شربت لایا گیا،</w:t>
      </w:r>
    </w:p>
    <w:p>
      <w:r>
        <w:rPr>
          <w:b/>
        </w:rPr>
        <w:t xml:space="preserve">[19:10] </w:t>
      </w:r>
      <w:r>
        <w:t>yaani pani mein shehad mila kar ke laya gaya. to is ko dekh kar ke wo rone lage. wo ab ghor kijiye ke ek shakhs jo khalifa hai, shehad ka sharbat jo samne laya jata hai, to wo rone kyun laga?</w:t>
      </w:r>
    </w:p>
    <w:p>
      <w:pPr>
        <w:jc w:val="right"/>
      </w:pPr>
      <w:r>
        <w:t>یعنی پانی میں شہد ملا کر کے لایا گیا۔ تو اس کو دیکھ کر کے وہ رونے لگے۔ وہ اب غور کیجئے کہ ایک شخص جو خلیفہ ہے، شہد کا شربت جو سامنے لایا جاتا ہے، تو وہ رونے کیوں لگا؟</w:t>
      </w:r>
    </w:p>
    <w:p>
      <w:r>
        <w:rPr>
          <w:b/>
        </w:rPr>
        <w:t xml:space="preserve">[19:27] </w:t>
      </w:r>
      <w:r>
        <w:t>to unhon ne ek bohat bari baat kahi. unhon ne kaha ke yahi wo cheezein hain is ke bare mein hai ke</w:t>
      </w:r>
    </w:p>
    <w:p>
      <w:pPr>
        <w:jc w:val="right"/>
      </w:pPr>
      <w:r>
        <w:t>تو انہوں نے ایک بہت بڑی بات کہی۔ انہوں نے کہا کہ یہی وہ چیزیں ہیں اس کے بارے میں ہے کہ</w:t>
      </w:r>
    </w:p>
    <w:p>
      <w:r>
        <w:rPr>
          <w:b/>
        </w:rPr>
        <w:t xml:space="preserve">[19:46] </w:t>
      </w:r>
      <w:r>
        <w:t>tum se poocha jae ga is din nematon ke bare mein. you will be asked, you will be questioned on that day about these blessings, these boons.</w:t>
      </w:r>
    </w:p>
    <w:p>
      <w:pPr>
        <w:jc w:val="right"/>
      </w:pPr>
      <w:r>
        <w:t>تم سے پوچھا جائے گا اس دن نعمتوں کے بارے میں۔ یو بی بی اسکڈ، یو بی کوسچنڈ ان دیٹ ڈے اباؤٹ دیز بلیسنگز، دیز بونز۔</w:t>
      </w:r>
    </w:p>
    <w:p>
      <w:r>
        <w:rPr>
          <w:b/>
        </w:rPr>
        <w:t xml:space="preserve">[20:06] </w:t>
      </w:r>
      <w:r>
        <w:t>poocha jae ga ke matlab kya hai? yaad rakhiye, kya matlab hai? poocha jae ga, poocha jae ga. matlab yeh hai ke yeh jo cheez tum ko mili, chahe wo ice cream ho, chahe shehad ka sharbat ho, yeh roti ho, chawal ho, ek kapra ho, koi bhi cheez ho,</w:t>
      </w:r>
    </w:p>
    <w:p>
      <w:pPr>
        <w:jc w:val="right"/>
      </w:pPr>
      <w:r>
        <w:t>پوچھا جائے گا کہ مطلب کیا ہے؟ یاد رکھیے، کیا مطلب ہے؟ پوچھا جائے گا، پوچھا جائے گا۔ مطلب یہ ہے کہ یہ جو چیز تم کو ملی، چاہے وہ آئس کریم ہو، چاہے شہد کا شربت ہو، یہ روٹی ہو، چاول ہو، ایک کپڑا ہو، کوئی بھی چیز ہو،</w:t>
      </w:r>
    </w:p>
    <w:p>
      <w:r>
        <w:rPr>
          <w:b/>
        </w:rPr>
        <w:t xml:space="preserve">[20:23] </w:t>
      </w:r>
      <w:r>
        <w:t>ya aap ko jo mila hua hai ke aap dekhte hain, aap chalte hain, yeh sab kuch jo mila hua hai, isi ke bare mein poocha jae ga ke tum ne is ko samajh liya hai ke meri kamai thi, main is ka malik tha,</w:t>
      </w:r>
    </w:p>
    <w:p>
      <w:pPr>
        <w:jc w:val="right"/>
      </w:pPr>
      <w:r>
        <w:t>یا آپ کو جو ملا ہوا ہے کہ آپ دیکھتے ہیں، آپ چلتے ہیں، یہ سب کچھ جو ملا ہوا ہے، اسی کے بارے میں پوچھا جائے گا کہ تم نے اس کو سمجھ لیا ہے کہ میری کمائی تھی، میں اس کا مالک تھا،</w:t>
      </w:r>
    </w:p>
    <w:p>
      <w:r>
        <w:rPr>
          <w:b/>
        </w:rPr>
        <w:t xml:space="preserve">[20:41] </w:t>
      </w:r>
      <w:r>
        <w:t>ya is ka dene wala koi aur tha. jaise aadmi ek to animal jo hote hain, jungle mein kha rahe hain, pi rahe hain, daud rahe hain, unhein pata nahi ke dene wala kon hai.</w:t>
      </w:r>
    </w:p>
    <w:p>
      <w:pPr>
        <w:jc w:val="right"/>
      </w:pPr>
      <w:r>
        <w:t>یا اس کا دینے والا کوئی اور تھا۔ جیسے آدمی ایک تو اینیمل جو ہوتے ہیں، جنگل میں کھا رہے ہیں، پی رہے ہیں، دوڑ رہے ہیں، انہیں پتہ نہیں کہ دینے والا کون ہے۔</w:t>
      </w:r>
    </w:p>
    <w:p>
      <w:r>
        <w:rPr>
          <w:b/>
        </w:rPr>
        <w:t xml:space="preserve">[20:55] </w:t>
      </w:r>
      <w:r>
        <w:t>animal ki poori life is tarah guzarti hai ke wo wo bhi khate hain, wo bhi peete hain, wo bhi un ko bhi oxygen ki zaroorat hoti hai, wo aap ke oxygen mein saans lete hain, un ko bhi light chahiye,</w:t>
      </w:r>
    </w:p>
    <w:p>
      <w:pPr>
        <w:jc w:val="right"/>
      </w:pPr>
      <w:r>
        <w:t>اینیمل کی پوری لائف اس طرح گزرتی ہے کہ وہ وہ بھی کھاتے ہیں، وہ بھی پیتے ہیں، وہ بھی ان کو بھی اکسیجن کی ضرورت ہوتی ہے، وہ آپ کے اکسیجن میں سانس لیتے ہیں، ان کو بھی لائٹ چاہیے،</w:t>
      </w:r>
    </w:p>
    <w:p>
      <w:r>
        <w:rPr>
          <w:b/>
        </w:rPr>
        <w:t xml:space="preserve">[21:11] </w:t>
      </w:r>
      <w:r>
        <w:t>yaani wo bhi hamare tarike se light se faida uthate hain, oxygen mein saans lete hain, pani peete hain, chara khate hain, daudte hain, khule maidan mein.</w:t>
      </w:r>
    </w:p>
    <w:p>
      <w:pPr>
        <w:jc w:val="right"/>
      </w:pPr>
      <w:r>
        <w:t>یعنی وہ بھی ہمارے طریقے سے لائٹ سے فائدہ اٹھاتے ہیں، اکسیجن میں سانس لیتے ہیں، پانی پیتے ہیں، چارہ کھاتے ہیں، دوڑتے ہیں، کھلے میدان میں۔</w:t>
      </w:r>
    </w:p>
    <w:p>
      <w:r>
        <w:rPr>
          <w:b/>
        </w:rPr>
        <w:t xml:space="preserve">[21:26] </w:t>
      </w:r>
      <w:r>
        <w:t>wo sab kuch jo hum karte hain, wo bhi karte hain animal. to hum mein un mein difference kya hai? un ko Khuda ne itni aqal nahi di hai ke wo discover kar sakein ke yeh dene wala Khuda hai.</w:t>
      </w:r>
    </w:p>
    <w:p>
      <w:pPr>
        <w:jc w:val="right"/>
      </w:pPr>
      <w:r>
        <w:t>وہ سب کچھ جو ہم کرتے ہیں، وہ بھی کرتے ہیں اینیمل۔ تو ہم میں ان میں ڈیفرنس کیا ہے؟ ان کو خدا نے اتنی عقل نہیں دی ہے کہ وہ ڈسکور کر سکیں کہ یہ دینے والا خدا ہے۔</w:t>
      </w:r>
    </w:p>
    <w:p>
      <w:r>
        <w:rPr>
          <w:b/>
        </w:rPr>
        <w:t xml:space="preserve">[21:41] </w:t>
      </w:r>
      <w:r>
        <w:t>kisi animal ke paas yeh aqal nahi hai, animal ke paas yeh soch nahi hai ke wo jaan sakein ke yeh yeh dene wala Khuda hai.</w:t>
      </w:r>
    </w:p>
    <w:p>
      <w:pPr>
        <w:jc w:val="right"/>
      </w:pPr>
      <w:r>
        <w:t>کسی اینیمل کے پاس یہ عقل نہیں ہے، اینیمل کے پاس یہ سوچ نہیں ہے کہ وہ جان سکیں کہ یہ یہ دینے والا خدا ہے۔</w:t>
      </w:r>
    </w:p>
    <w:p>
      <w:r>
        <w:rPr>
          <w:b/>
        </w:rPr>
        <w:t xml:space="preserve">[21:53] </w:t>
      </w:r>
      <w:r>
        <w:t>yaani creation aur creator ka concept hi un ke mind mein nahi hai. bas jee rahe hain, uchal kood kar rahe hain, mar gae. agar isi tarah insan bhi jeee dunya mein ke enjoy kar raha hai, enjoy kar raha hai, enjoy kar raha hai, mar gaya to wo just like animal tha is dunya mein.</w:t>
      </w:r>
    </w:p>
    <w:p>
      <w:pPr>
        <w:jc w:val="right"/>
      </w:pPr>
      <w:r>
        <w:t>یعنی کریشن اور کریٹر کا کانسیپٹ ہی ان کے مائنڈ میں نہیں ہے۔ بس جی رہے ہیں، اچھل کود کر رہے ہیں، مر گئے۔ اگر اسی طرح انسان بھی جیے دنیا میں کہ انجوائے کر رہا ہے، انجوائے کر رہا ہے، انجوائے کر رہا ہے، مر گیا تو وہ جسٹ لائک اینیمل تھا اس دنیا میں۔</w:t>
      </w:r>
    </w:p>
    <w:p>
      <w:r>
        <w:rPr>
          <w:b/>
        </w:rPr>
        <w:t xml:space="preserve">[22:18] </w:t>
      </w:r>
      <w:r>
        <w:t>ya aaj kal jo aap jante hain concept hai ke kamao, enjoy karo, kamao, enjoy karo, is ka matlab kya hai? ke animal wali life batao, just like animal.</w:t>
      </w:r>
    </w:p>
    <w:p>
      <w:pPr>
        <w:jc w:val="right"/>
      </w:pPr>
      <w:r>
        <w:t>یا آج کل جو آپ جانتے ہیں کانسیپٹ ہے کہ کماؤ، انجوائے کرو، کماؤ، انجوائے کرو، اس کا مطلب کیا ہے؟ کہ اینیمل والی لائف بتاؤ، جسٹ لائک اینیمل۔</w:t>
      </w:r>
    </w:p>
    <w:p>
      <w:r>
        <w:rPr>
          <w:b/>
        </w:rPr>
        <w:t xml:space="preserve">[22:30] </w:t>
      </w:r>
      <w:r>
        <w:t>bhai, animal bhi to yahi hai. to yeh jo concept hai ke kamao aur enjoy karo, yeh hai animal culture, animal thinking, animal mind.</w:t>
      </w:r>
    </w:p>
    <w:p>
      <w:pPr>
        <w:jc w:val="right"/>
      </w:pPr>
      <w:r>
        <w:t>بھئی، اینیمل بھی تو یہی ہے۔ تو یہ جو کانسیپٹ ہے کہ کماؤ اور انجوائے کرو، یہ ہے اینیمل کلچر، اینیمل تھنکنگ، اینیمل مائنڈ۔</w:t>
      </w:r>
    </w:p>
    <w:p>
      <w:r>
        <w:rPr>
          <w:b/>
        </w:rPr>
        <w:t xml:space="preserve">[22:46] </w:t>
      </w:r>
      <w:r>
        <w:t>to unhon ne jo kaha ke is ka matlab kya tha? ke jo log dunya mein animal like jin hon ne zindagi guzari,</w:t>
      </w:r>
    </w:p>
    <w:p>
      <w:pPr>
        <w:jc w:val="right"/>
      </w:pPr>
      <w:r>
        <w:t>تو انہوں نے جو کہا کہ اس کا مطلب کیا تھا؟ کہ جو لوگ دنیا میں اینیمل لائک جنہوں نے زندگی گزاری،</w:t>
      </w:r>
    </w:p>
    <w:p>
      <w:r>
        <w:rPr>
          <w:b/>
        </w:rPr>
        <w:t xml:space="preserve">[23:01] </w:t>
      </w:r>
      <w:r>
        <w:t>wo to jaen ge hell mein. insan ko di gayi hai samajh, aqal. agar wo bhi animal ki tarah rahe ke kamaye, enjoy kare, kamaye, enjoy kare to yahi baat like animal.</w:t>
      </w:r>
    </w:p>
    <w:p>
      <w:pPr>
        <w:jc w:val="right"/>
      </w:pPr>
      <w:r>
        <w:t>وہ تو جائیں گے ہیل میں۔ انسان کو دی گئی ہے سمجھ، عقل۔ اگر وہ بھی اینیمل کی طرح رہے کہ کمائے، انجوائے کرے، کمائے، انجوائے کرے تو یہی بات لائک اینیمل۔</w:t>
      </w:r>
    </w:p>
    <w:p>
      <w:r>
        <w:rPr>
          <w:b/>
        </w:rPr>
        <w:t xml:space="preserve">[23:18] </w:t>
      </w:r>
      <w:r>
        <w:t>to woh bhi animal hi ke sath hi hell mein daal diya jayega. is ko prioritize nahi milne wali hai. yeh hai yani khuda ki jo nematein hain, jo boons hain, jo blessing hai,</w:t>
      </w:r>
    </w:p>
    <w:p>
      <w:pPr>
        <w:jc w:val="right"/>
      </w:pPr>
      <w:r>
        <w:t>تو وہ بھی اینیمل ہی کے ساتھ ہیل میں ڈال دیا جائے گا۔ اس کو پرائیورائز نہیں ملنے والی ہے۔ یہ ہے یعنی خدا کی جو نعمتیں ہیں، جو بونز ہیں، جو بلیسنگ ہے،</w:t>
      </w:r>
    </w:p>
    <w:p>
      <w:r>
        <w:rPr>
          <w:b/>
        </w:rPr>
        <w:t xml:space="preserve">[23:39] </w:t>
      </w:r>
      <w:r>
        <w:t>is ko lete hain sabhi koi, sabhi log hain, lekin is ko humein discover karna hai. to main is par soch raha tha to maine socha ke eid ka din jo hai, jo discovery ka din hai ke bhook pyas ke tajrube ke baad jab koi cheez milti hai aap ko to zyada ehsas hota hai aap ko,</w:t>
      </w:r>
    </w:p>
    <w:p>
      <w:pPr>
        <w:jc w:val="right"/>
      </w:pPr>
      <w:r>
        <w:t>اس کو لیتے ہیں سبھی کوئی، سبھی لوگ ہیں، لیکن اس کو ہمیں ڈسکور کرنا ہے۔ تو میں اس پر سوچ رہا تھا تو میں نے سوچا کہ عید کا دن جو ہے، جو ڈسکوری کا دن ہے کہ بھوک پیاس کے تجربے کے بعد جب کوئی چیز ملتی ہے آپ کو تو زیادہ احساس ہوتا ہے آپ کو،</w:t>
      </w:r>
    </w:p>
    <w:p>
      <w:r>
        <w:rPr>
          <w:b/>
        </w:rPr>
        <w:t xml:space="preserve">[24:01] </w:t>
      </w:r>
      <w:r>
        <w:t>zyada gehri feeling ke sath is ko aap peete hain ya khate hain. to khuda ne goya is tarike se aap ko mauqa diya ke cheezon ko aap jo ab tak for granted liye hue thay,</w:t>
      </w:r>
    </w:p>
    <w:p>
      <w:pPr>
        <w:jc w:val="right"/>
      </w:pPr>
      <w:r>
        <w:t>زیادہ گہری فیلنگ کے ساتھ اس کو آپ پیتے ہیں یا کھاتے ہیں۔ تو خدا نے گویا اس طریقے سے آپ کو موقع دیا کہ چیزوں کو آپ جو اب تک فار گرانٹڈ لیے ہوئے تھے،</w:t>
      </w:r>
    </w:p>
    <w:p>
      <w:r>
        <w:rPr>
          <w:b/>
        </w:rPr>
        <w:t xml:space="preserve">[24:16] </w:t>
      </w:r>
      <w:r>
        <w:t>is ko bator khuda ki direct blessing lein ya discover karein. main samajhta hoon ke yahi iman hai, yahi islam hai.</w:t>
      </w:r>
    </w:p>
    <w:p>
      <w:pPr>
        <w:jc w:val="right"/>
      </w:pPr>
      <w:r>
        <w:t>اس کو بطور خدا کی ڈائریکٹ بلیسنگ لیں یا ڈسکور کریں۔ میں سمجھتا ہوں کہ یہی ایمان ہے، یہی اسلام ہے۔</w:t>
      </w:r>
    </w:p>
    <w:p>
      <w:r>
        <w:rPr>
          <w:b/>
        </w:rPr>
        <w:t xml:space="preserve">[24:29] </w:t>
      </w:r>
      <w:r>
        <w:t>meri samajh mein baat jo aati hai, woh yeh aati hai ke agar koi aadmi animal ki tarah duniya mein jiya, yahi animal ki tarah jeena hai ke kamao, enjoy karo, kamao, enjoy karo.</w:t>
      </w:r>
    </w:p>
    <w:p>
      <w:pPr>
        <w:jc w:val="right"/>
      </w:pPr>
      <w:r>
        <w:t>میری سمجھ میں بات جو آتی ہے، وہ یہ آتی ہے کہ اگر کوئی آدمی اینیمل کی طرح دنیا میں جیا، یہی اینیمل کی طرح جینا ہے کہ کماؤ، انجوائے کرو، کماؤ، انجوائے کرو۔</w:t>
      </w:r>
    </w:p>
    <w:p>
      <w:r>
        <w:rPr>
          <w:b/>
        </w:rPr>
        <w:t xml:space="preserve">[24:42] </w:t>
      </w:r>
      <w:r>
        <w:t>to agar koi animal ki tarah duniya mein raha, usi ke liye hell hai, usi ke liye hell hai. aur jo is tarah nahi raha,</w:t>
      </w:r>
    </w:p>
    <w:p>
      <w:pPr>
        <w:jc w:val="right"/>
      </w:pPr>
      <w:r>
        <w:t>تو اگر کوئی اینیمل کی طرح دنیا میں رہا، اسی کے لیے ہیل ہے، اسی کے لیے ہیل ہے۔ اور جو اس طرح نہیں رہا،</w:t>
      </w:r>
    </w:p>
    <w:p>
      <w:r>
        <w:rPr>
          <w:b/>
        </w:rPr>
        <w:t xml:space="preserve">[24:58] </w:t>
      </w:r>
      <w:r>
        <w:t>usi ke liye paradise hai. to animal</w:t>
      </w:r>
    </w:p>
    <w:p>
      <w:pPr>
        <w:jc w:val="right"/>
      </w:pPr>
      <w:r>
        <w:t>اسی کے لیے پیرڈائز ہے۔ تو اینیمل</w:t>
      </w:r>
    </w:p>
    <w:p>
      <w:r>
        <w:rPr>
          <w:b/>
        </w:rPr>
        <w:t xml:space="preserve">[25:06] </w:t>
      </w:r>
      <w:r>
        <w:t>mein insan mein jab yeh difference hai ke khuda ne insan ko aql diya hai, mind diya hai, soch diya hai, to is ke is ke test is level par hai.</w:t>
      </w:r>
    </w:p>
    <w:p>
      <w:pPr>
        <w:jc w:val="right"/>
      </w:pPr>
      <w:r>
        <w:t>میں انسان میں جب یہ ڈیفرنس ہے کہ خدا نے انسان کو عقل دیا ہے، مائنڈ دیا ہے، سوچ دیا ہے، تو اس کے اس کے ٹیسٹ اس لیول پر ہے۔</w:t>
      </w:r>
    </w:p>
    <w:p>
      <w:r>
        <w:rPr>
          <w:b/>
        </w:rPr>
        <w:t xml:space="preserve">[25:16] </w:t>
      </w:r>
      <w:r>
        <w:t>animal ka koi test nahi hai kyunke in ko aql hi nahi hai. jab soch rahi hai to aap is ke test bhi nahi le sakte. aap is ko insan ko jab aql di hai to is ka matlab yeh hai ke</w:t>
      </w:r>
    </w:p>
    <w:p>
      <w:pPr>
        <w:jc w:val="right"/>
      </w:pPr>
      <w:r>
        <w:t>اینیمل کا کوئی ٹیسٹ نہیں ہے کیونکہ ان کو عقل ہی نہیں ہے۔ جب سوچ رہی ہے تو آپ اس کے ٹیسٹ بھی نہیں لے سکتے۔ آپ اس کو انسان کو جب عقل دی ہے تو اس کا مطلب یہ ہے کہ</w:t>
      </w:r>
    </w:p>
    <w:p>
      <w:r>
        <w:rPr>
          <w:b/>
        </w:rPr>
        <w:t xml:space="preserve">[25:33] </w:t>
      </w:r>
      <w:r>
        <w:t>alag kar diya khuda ne insan ko animal se. to isi wajah se insan ki pooch hogi.</w:t>
      </w:r>
    </w:p>
    <w:p>
      <w:pPr>
        <w:jc w:val="right"/>
      </w:pPr>
      <w:r>
        <w:t>الگ کر دیا خدا نے انسان کو اینیمل سے۔ تو اسی وجہ سے انسان کی پوچھ ہوگی۔</w:t>
      </w:r>
    </w:p>
    <w:p>
      <w:r>
        <w:rPr>
          <w:b/>
        </w:rPr>
        <w:t xml:space="preserve">[25:44] </w:t>
      </w:r>
      <w:r>
        <w:t>dekhein, yeh ayat jo hai animal ke bare mein nahi hai.</w:t>
      </w:r>
    </w:p>
    <w:p>
      <w:pPr>
        <w:jc w:val="right"/>
      </w:pPr>
      <w:r>
        <w:t>دیکھیں، یہ آیت جو ہے اینیمل کے بارے میں نہیں ہے۔</w:t>
      </w:r>
    </w:p>
    <w:p>
      <w:r>
        <w:rPr>
          <w:b/>
        </w:rPr>
        <w:t xml:space="preserve">[25:49] </w:t>
      </w:r>
      <w:r>
        <w:t>you will be questioned on that day about the boons of God.</w:t>
      </w:r>
    </w:p>
    <w:p>
      <w:pPr>
        <w:jc w:val="right"/>
      </w:pPr>
      <w:r>
        <w:t>یو بی کوسچنڈ ان دیٹ ڈے اباؤٹ دا بونز اف گاڈ۔</w:t>
      </w:r>
    </w:p>
    <w:p>
      <w:r>
        <w:rPr>
          <w:b/>
        </w:rPr>
        <w:t xml:space="preserve">[25:56] </w:t>
      </w:r>
      <w:r>
        <w:t>yeh baat sirf insan ke liye hai ke tum se poocha jayega is din date of judgment ko jo cheezein di gayi hain duniya mein tum ko.</w:t>
      </w:r>
    </w:p>
    <w:p>
      <w:pPr>
        <w:jc w:val="right"/>
      </w:pPr>
      <w:r>
        <w:t>یہ بات صرف انسان کے لیے ہے کہ تم سے پوچھا جائے گا اس دن ڈیٹ اف ججمنٹ کو جو چیزیں دی گئی ہیں دنیا میں تم کو۔</w:t>
      </w:r>
    </w:p>
    <w:p>
      <w:r>
        <w:rPr>
          <w:b/>
        </w:rPr>
        <w:t xml:space="preserve">[26:09] </w:t>
      </w:r>
      <w:r>
        <w:t>to un se animal se agar aap kahein to is ko samjhaya gaya nahi. kya matlab is ka hai? animal ke samne khare ho kar ke aap yeh bolein to is ke andar yeh itni samajh nahi hai ke woh jaan sake ke aap kya keh rahe hain.</w:t>
      </w:r>
    </w:p>
    <w:p>
      <w:pPr>
        <w:jc w:val="right"/>
      </w:pPr>
      <w:r>
        <w:t>تو ان سے اینیمل سے اگر آپ کہیں تو اس کو سمجھائی گئی نہیں۔ کیا مطلب اس کا ہے؟ اینیمل کے سامنے کھڑے ہو کر کہ آپ یہ بولیں تو اس کے اندر یہ اتنی سمجھ نہیں ہے کہ وہ جان سکے کہ آپ کیا کہہ رہے ہیں۔</w:t>
      </w:r>
    </w:p>
    <w:p>
      <w:r>
        <w:rPr>
          <w:b/>
        </w:rPr>
        <w:t xml:space="preserve">[26:25] </w:t>
      </w:r>
      <w:r>
        <w:t>is liye is ki pooch nahi hai. insan jaan sakta hai ke aap ne is se kya kaha, samajh sakta hai. insan discover kar sakta hai ke maine nahi banaya water ko, maine nahi banaya hawa ko, maine nahi banaya oxygen ko.</w:t>
      </w:r>
    </w:p>
    <w:p>
      <w:pPr>
        <w:jc w:val="right"/>
      </w:pPr>
      <w:r>
        <w:t>اس لیے اس کی پوچھ نہیں ہے۔ انسان جان سکتا ہے کہ آپ نے اس سے کیا کہا، سمجھ سکتا ہے۔ انسان ڈسکور کر سکتا ہے کہ میں نے نہیں بنایا واٹر کو، میں نے نہیں بنایا ہوا کو، میں نے نہیں بنایا اکسیجن کو۔</w:t>
      </w:r>
    </w:p>
    <w:p>
      <w:r>
        <w:rPr>
          <w:b/>
        </w:rPr>
        <w:t xml:space="preserve">[26:46] </w:t>
      </w:r>
      <w:r>
        <w:t>animal nahi jaan sakta, insan jaan sakta hai. to chunke insan jaan sakta hai, is liye is ki pakad hai, isi liye is ki pakad hai.</w:t>
      </w:r>
    </w:p>
    <w:p>
      <w:pPr>
        <w:jc w:val="right"/>
      </w:pPr>
      <w:r>
        <w:t>اینیمل نہیں جان سکتا، انسان جان سکتا ہے۔ تو چونکہ انسان جان سکتا ہے، اس لیے اس کی پکڑ ہے، اسی لیے اس کی پکڑ ہے۔</w:t>
      </w:r>
    </w:p>
    <w:p>
      <w:r>
        <w:rPr>
          <w:b/>
        </w:rPr>
        <w:t xml:space="preserve">[27:00] </w:t>
      </w:r>
      <w:r>
        <w:t>to bas samajhta hoon ke eid ke din, eid ka din hona chahiye discovery ka din, mubarakbad ka din nahi, discovery ka din.</w:t>
      </w:r>
    </w:p>
    <w:p>
      <w:pPr>
        <w:jc w:val="right"/>
      </w:pPr>
      <w:r>
        <w:t>تو بس سمجھتا ہوں کہ عید کے دن، عید کا دن ہونا چاہیے ڈسکوری کا دن، مبارکباد کا دن نہیں، ڈسکوری کا دن۔</w:t>
      </w:r>
    </w:p>
    <w:p>
      <w:r>
        <w:rPr>
          <w:b/>
        </w:rPr>
        <w:t xml:space="preserve">[27:13] </w:t>
      </w:r>
      <w:r>
        <w:t>is baat ki discovery ke pani khuda ki nemat hai, khana khuda ki nemat hai, har cheez jo hai woh khuda ki nemat hai.</w:t>
      </w:r>
    </w:p>
    <w:p>
      <w:pPr>
        <w:jc w:val="right"/>
      </w:pPr>
      <w:r>
        <w:t>اس بات کی ڈسکوری کہ پانی خدا کی نعمت ہے، کھانا خدا کی نعمت ہے، ہر چیز جو ہے وہ خدا کی نعمت ہے۔</w:t>
      </w:r>
    </w:p>
    <w:p>
      <w:r>
        <w:rPr>
          <w:b/>
        </w:rPr>
        <w:t xml:space="preserve">[27:25] </w:t>
      </w:r>
      <w:r>
        <w:t>jin cheezon ko hum for granted liye hue thay, is ko as a boon discover karna aur shukr ke ehsas se thrill aa jana hamare dil mein, yeh hai eid ke din ka matlab.</w:t>
      </w:r>
    </w:p>
    <w:p>
      <w:pPr>
        <w:jc w:val="right"/>
      </w:pPr>
      <w:r>
        <w:t>جن چیزوں کو ہم فار گرانٹڈ لیے ہوئے تھے، اس کو ایز اے بون ڈسکور کرنا اور شکر کے احساس سے تھرل آ جانا ہمارے دل میں، یہ ہے عید کے دن کا مطلب۔</w:t>
      </w:r>
    </w:p>
    <w:p>
      <w:r>
        <w:rPr>
          <w:b/>
        </w:rPr>
        <w:t xml:space="preserve">[27:54] </w:t>
      </w:r>
      <w:r>
        <w:t>in and brain. so how are we accountable for that?</w:t>
      </w:r>
    </w:p>
    <w:p>
      <w:pPr>
        <w:jc w:val="right"/>
      </w:pPr>
      <w:r>
        <w:t>ان اور برین۔ سو ہاؤ آر وی اکاؤنٹیبل فار دیٹ؟</w:t>
      </w:r>
    </w:p>
    <w:p>
      <w:r>
        <w:rPr>
          <w:b/>
        </w:rPr>
        <w:t xml:space="preserve">[28:00] </w:t>
      </w:r>
      <w:r>
        <w:t>haan, dekhiye ke</w:t>
      </w:r>
    </w:p>
    <w:p>
      <w:pPr>
        <w:jc w:val="right"/>
      </w:pPr>
      <w:r>
        <w:t>ہاں، دیکھیے کہ</w:t>
      </w:r>
    </w:p>
    <w:p>
      <w:r>
        <w:rPr>
          <w:b/>
        </w:rPr>
        <w:t xml:space="preserve">[28:06] </w:t>
      </w:r>
      <w:r>
        <w:t>jaisi unhone jawab diya hai ke jaisa ilm, waisi baz purs. baz purs ko bolte hain accountability. jis darje ka ilm aap ke paas hai, jitna jitna ilm,</w:t>
      </w:r>
    </w:p>
    <w:p>
      <w:pPr>
        <w:jc w:val="right"/>
      </w:pPr>
      <w:r>
        <w:t>جیسی انہوں نے جواب دیا ہے کہ جیسا علم، ویسی باز پرس۔ باز پرس کو بولتے ہیں اکاؤنٹیبلٹی۔ جس درجے کا علم آپ کے پاس ہے، جتنا جتنا علم،</w:t>
      </w:r>
    </w:p>
    <w:p>
      <w:r>
        <w:rPr>
          <w:b/>
        </w:rPr>
        <w:t xml:space="preserve">[28:23] </w:t>
      </w:r>
      <w:r>
        <w:t>usi ke barabar accountability hai. to koi aisa aadmi duniya mein nahi hai jo ek dam animal ho, ek dam pathar ho.</w:t>
      </w:r>
    </w:p>
    <w:p>
      <w:pPr>
        <w:jc w:val="right"/>
      </w:pPr>
      <w:r>
        <w:t>اسی کے برابر اکاؤنٹیبلٹی ہے۔ تو کوئی ایسا آدمی دنیا میں نہیں ہے جو ایک دم اینیمل ہو، ایک دم پتھر ہو۔</w:t>
      </w:r>
    </w:p>
    <w:p>
      <w:r>
        <w:rPr>
          <w:b/>
        </w:rPr>
        <w:t xml:space="preserve">[28:32] </w:t>
      </w:r>
      <w:r>
        <w:t>kuch to janta hai woh. to jitna woh janta hai, to khuda ko pata hai ke is ko kitna aata hai. hamare dehat mein ek misl hai,</w:t>
      </w:r>
    </w:p>
    <w:p>
      <w:pPr>
        <w:jc w:val="right"/>
      </w:pPr>
      <w:r>
        <w:t>کچھ تو جانتا ہے وہ۔ تو جتنا وہ جانتا ہے، تو خدا کو پتہ ہے کہ اس کو کتنا آتا ہے۔ ہمارے دیہات میں ایک مثل ہے،</w:t>
      </w:r>
    </w:p>
    <w:p>
      <w:r>
        <w:rPr>
          <w:b/>
        </w:rPr>
        <w:t xml:space="preserve">[28:48] </w:t>
      </w:r>
      <w:r>
        <w:t>ek ek dehat mein ek waqea hua. hamare dehat mein gurr ka jo season hota hai, gurr ka season. to gurr ke season mein woh banti hai, is ko kehte hain bheli.</w:t>
      </w:r>
    </w:p>
    <w:p>
      <w:pPr>
        <w:jc w:val="right"/>
      </w:pPr>
      <w:r>
        <w:t>ایک ایک دیہات میں ایک واقعہ ہوا۔ ہمارے دیہات میں گڑ کا جو سیزن ہوتا ہے، گڑ کا سیزن۔ تو گڑ کے سیزن میں وہ بنتی ہے، اس کو کہتے ہیں بھیلی۔</w:t>
      </w:r>
    </w:p>
    <w:p>
      <w:r>
        <w:rPr>
          <w:b/>
        </w:rPr>
        <w:t xml:space="preserve">[29:00] </w:t>
      </w:r>
      <w:r>
        <w:t>bheeli kehte hain gurr jo hai, aise gol gol banate hain, haath se banate hain gol gol. yaani samjhiye ke dehati mithai samajh lein us ko.</w:t>
      </w:r>
    </w:p>
    <w:p>
      <w:pPr>
        <w:jc w:val="right"/>
      </w:pPr>
      <w:r>
        <w:t>بھیلی کہتے ہیں گڑ جو ہے، ایسے گول گول بناتے ہیں، ہاتھ سے بناتے ہیں گول گول۔ یعنی سمجھئے کہ دیہاتی مٹھائی سمجھ لیں اس کو۔</w:t>
      </w:r>
    </w:p>
    <w:p>
      <w:r>
        <w:rPr>
          <w:b/>
        </w:rPr>
        <w:t xml:space="preserve">[29:12] </w:t>
      </w:r>
      <w:r>
        <w:t>to to woh rakha jata hai is mein bare se bartan mein, aur sab ko distribute kiya jata hai. to gaon ke log aate hain, sab ko distribute kiya jata hai.</w:t>
      </w:r>
    </w:p>
    <w:p>
      <w:pPr>
        <w:jc w:val="right"/>
      </w:pPr>
      <w:r>
        <w:t>تو تو وہ رکھا جاتا ہے اس میں بڑے سے برتن میں، اور سب کو ڈسٹریبیوٹ کیا جاتا ہے۔ تو گاؤں کے لوگ آتے ہیں، سب کو ڈسٹریبیوٹ کیا جاتا ہے۔</w:t>
      </w:r>
    </w:p>
    <w:p>
      <w:r>
        <w:rPr>
          <w:b/>
        </w:rPr>
        <w:t xml:space="preserve">[29:22] </w:t>
      </w:r>
      <w:r>
        <w:t>woh toh ek andha aadmi, woh distribute kar raha tha. toh uska aa gaya pota.</w:t>
      </w:r>
    </w:p>
    <w:p>
      <w:pPr>
        <w:jc w:val="right"/>
      </w:pPr>
      <w:r>
        <w:t>وہ تو ایک اندھا آدمی، وہ ڈسٹریبیوٹ کر رہا تھا۔ تو اس کا آگیا پوتا۔</w:t>
      </w:r>
    </w:p>
    <w:p>
      <w:r>
        <w:rPr>
          <w:b/>
        </w:rPr>
        <w:t xml:space="preserve">[29:33] </w:t>
      </w:r>
      <w:r>
        <w:t>toh potay ko dene ke liye uska awaaz pehchan gaya ke mera pota hai. toh usne dhoond kar ke jo bari si thi, woh usko diya.</w:t>
      </w:r>
    </w:p>
    <w:p>
      <w:pPr>
        <w:jc w:val="right"/>
      </w:pPr>
      <w:r>
        <w:t>تو پوتے کو دینے کے لیے اس کا آواز پہچان گیا کہ میرا پوتا ہے۔ تو اس نے ڈھونڈ کر کے جو بڑی سی تھی، وہ اس کو دیا۔</w:t>
      </w:r>
    </w:p>
    <w:p>
      <w:r>
        <w:rPr>
          <w:b/>
        </w:rPr>
        <w:t xml:space="preserve">[29:41] </w:t>
      </w:r>
      <w:r>
        <w:t>usne us par misl bani ke andha baante bheeli chun chun. ke andha jo hai, pehchan pehchan kar distribute kar raha hai.</w:t>
      </w:r>
    </w:p>
    <w:p>
      <w:pPr>
        <w:jc w:val="right"/>
      </w:pPr>
      <w:r>
        <w:t>اس نے اس پر مثل بنی کہ اندھا بانٹے بھیلی چن چن۔ کہ اندھا جو ہے، پہچان پہچان کر ڈسٹریبیوٹ کر رہا ہے۔</w:t>
      </w:r>
    </w:p>
    <w:p>
      <w:r>
        <w:rPr>
          <w:b/>
        </w:rPr>
        <w:t xml:space="preserve">[29:55] </w:t>
      </w:r>
      <w:r>
        <w:t>aur log aaye thay, uthaye diya, uthaye diya, uthaye diya. jab uska apna pota aa gaya toh use aise dekh kar ke jo bara tha, woh diya. ab woh andha bhi tha aur jahil bhi tha, phir bhi hoti hai ghalti.</w:t>
      </w:r>
    </w:p>
    <w:p>
      <w:pPr>
        <w:jc w:val="right"/>
      </w:pPr>
      <w:r>
        <w:t>اور لوگ آئے تھے، اٹھائے دیا، اٹھائے دیا، اٹھائے دیا۔ جب اس کا اپنا پوتا آ گیا تو اسے ایسے دیکھ کر کے جو بڑا تھا، وہ دیا۔ اب وہ اندھا بھی تھا اور جاہل بھی تھا، پھر بھی ہوتی ہے غلطی۔</w:t>
      </w:r>
    </w:p>
    <w:p>
      <w:r>
        <w:rPr>
          <w:b/>
        </w:rPr>
        <w:t xml:space="preserve">[30:09] </w:t>
      </w:r>
      <w:r>
        <w:t>agar ek ek gaaye jo hai, phat ke baant rahi ho toh gaaye ko yeh samajh nahi hai. toh behal, main ek aalim ne yahi kaha ke jitni kisi ki samajh hai, usi ke aitbaar se uski pakar hai.</w:t>
      </w:r>
    </w:p>
    <w:p>
      <w:pPr>
        <w:jc w:val="right"/>
      </w:pPr>
      <w:r>
        <w:t>اگر ایک ایک گائے جو ہے، پھٹ کے بانٹ رہی ہو تو گائے کو یہ سمجھ نہیں ہے۔ تو بہرحال، میں ایک عالم نے یہی کہا کہ جتنی کسی کی سمجھ ہے، اسی کے اعتبار سے اس کی پکڑ ہے۔</w:t>
      </w:r>
    </w:p>
    <w:p>
      <w:r>
        <w:rPr>
          <w:b/>
        </w:rPr>
        <w:t xml:space="preserve">[30:26] </w:t>
      </w:r>
      <w:r>
        <w:t>unhone lafz istemal kiya tha mawakhza. mawakhza ke maani hote hain responsibility, accountability, pakar. jo jitni samajh, utni pakar.</w:t>
      </w:r>
    </w:p>
    <w:p>
      <w:pPr>
        <w:jc w:val="right"/>
      </w:pPr>
      <w:r>
        <w:t>انہوں نے لفظ استعمال کیا تھا مواخذہ۔ مواخذہ کے معنی ہوتے ہیں ریسپانسبیلٹی، اکاؤنٹیبلٹی، پکڑ۔ جو جتنی سمجھ، اتنی پکڑ۔</w:t>
      </w:r>
    </w:p>
    <w:p>
      <w:r>
        <w:rPr>
          <w:b/>
        </w:rPr>
        <w:t xml:space="preserve">[30:38] </w:t>
      </w:r>
      <w:r>
        <w:t>samajh se oopar pakar nahi hogi, aur samajh ke barabar chhoot nahi hogi.</w:t>
      </w:r>
    </w:p>
    <w:p>
      <w:pPr>
        <w:jc w:val="right"/>
      </w:pPr>
      <w:r>
        <w:t>سمجھ سے اوپر پکڑ نہیں ہوگی، اور سمجھ کے برابر چھوٹ نہیں ہوگی۔</w:t>
      </w:r>
    </w:p>
    <w:p>
      <w:r>
        <w:rPr>
          <w:b/>
        </w:rPr>
        <w:t xml:space="preserve">[30:45] </w:t>
      </w:r>
      <w:r>
        <w:t>yeh hai maamla. are are not we supposed to acquire learning?</w:t>
      </w:r>
    </w:p>
    <w:p>
      <w:pPr>
        <w:jc w:val="right"/>
      </w:pPr>
      <w:r>
        <w:t>یہ ہے معاملہ۔ ار ار ناٹ وی سپوز ٹو اکوائر لرننگ؟</w:t>
      </w:r>
    </w:p>
    <w:p>
      <w:r>
        <w:rPr>
          <w:b/>
        </w:rPr>
        <w:t xml:space="preserve">[30:50] </w:t>
      </w:r>
      <w:r>
        <w:t>there are so many scholars, so many ways of acquiring learning. haan, dekhein, jannat ke bare mein aata hai quran mein ke jannat ke do do jannatein hain, do category jannaton ki hain.</w:t>
      </w:r>
    </w:p>
    <w:p>
      <w:pPr>
        <w:jc w:val="right"/>
      </w:pPr>
      <w:r>
        <w:t>دیر ار سو مینی سکالرز، سو مینی ویز اف اکوائرنگ لرننگ۔ ہاں، دیکھیں، جنت کے بارے میں آتا ہے قرآن میں کہ جنت کے دو دو جنتیں ہیں، دو کیٹگری جنتوں کی ہیں۔</w:t>
      </w:r>
    </w:p>
    <w:p>
      <w:r>
        <w:rPr>
          <w:b/>
        </w:rPr>
        <w:t xml:space="preserve">[31:06] </w:t>
      </w:r>
      <w:r>
        <w:t>hadith mein aata hai ke do so jannatein hain, matlab 200 categories of paradise. toh ab aadmi ke apne uske upar hai ke kis darje ke paradise mein woh jana chahta hai.</w:t>
      </w:r>
    </w:p>
    <w:p>
      <w:pPr>
        <w:jc w:val="right"/>
      </w:pPr>
      <w:r>
        <w:t>حدیث میں آتا ہے کہ دو سو جنتیں ہیں، مطلب 200 کیٹگریز اف پیرڈائز۔ تو اب آدمی کے اپنے اس کے اوپر ہے کہ کس درجے کے پیرڈائز میں وہ جانا چاہتا ہے۔</w:t>
      </w:r>
    </w:p>
    <w:p>
      <w:r>
        <w:rPr>
          <w:b/>
        </w:rPr>
        <w:t xml:space="preserve">[31:24] </w:t>
      </w:r>
      <w:r>
        <w:t>main ne ek misaal di thi aap ko, agar yaad ho, spiritual class mein ke ek bohat beautiful garden hai, bohat acha. main ne wahan ka garden dekha, washington mein jo woh hai,</w:t>
      </w:r>
    </w:p>
    <w:p>
      <w:pPr>
        <w:jc w:val="right"/>
      </w:pPr>
      <w:r>
        <w:t>میں نے ایک مثال دی تھی آپ کو، اگر یاد ہو، اسپریچول کلاس میں کہ ایک بہت بیوٹی فل گارڈن ہے، بہت اچھا۔ میں نے وہاں کا گارڈن دیکھا، واشنگٹن میں جو وہ ہے،</w:t>
      </w:r>
    </w:p>
    <w:p>
      <w:r>
        <w:rPr>
          <w:b/>
        </w:rPr>
        <w:t xml:space="preserve">[31:39] </w:t>
      </w:r>
      <w:r>
        <w:t>white house ke paas, bohat hi zabardast garden hai, woh bohat hi beautiful. toh ek ache garden mein do aadmi jaate hain, ek professor of botany hai, ek chota bachha hai.</w:t>
      </w:r>
    </w:p>
    <w:p>
      <w:pPr>
        <w:jc w:val="right"/>
      </w:pPr>
      <w:r>
        <w:t>وائٹ ہاؤس کے پاس، بہت ہی زبردست گارڈن ہے، وہ بہت ہی بیوٹی فل۔ تو ایک اچھے گارڈن میں دو آدمی جاتے ہیں، ایک پروفیسر اف باٹنی ہے، ایک چھوٹا بچہ ہے۔</w:t>
      </w:r>
    </w:p>
    <w:p>
      <w:r>
        <w:rPr>
          <w:b/>
        </w:rPr>
        <w:t xml:space="preserve">[31:52] </w:t>
      </w:r>
      <w:r>
        <w:t>toh bachha dekh kar khoob uchhle koode ga, khoob khush hoga. lekin professor of botany jo hai, woh uski meaning tak jayega, uski gehrai tak jayega, uska enjoy ke level bohat ooncha hoga.</w:t>
      </w:r>
    </w:p>
    <w:p>
      <w:pPr>
        <w:jc w:val="right"/>
      </w:pPr>
      <w:r>
        <w:t>تو بچہ دیکھ کر خوب اچھلے کودے گا، خوب خوش ہوگا۔ لیکن پروفیسر اف باٹنی جو ہے، وہ اس کی میننگ تک جائے گا، اس کی گہرائی تک جائے گا، اس کا انجوائے کے لیول بہت اونچا ہوگا۔</w:t>
      </w:r>
    </w:p>
    <w:p>
      <w:r>
        <w:rPr>
          <w:b/>
        </w:rPr>
        <w:t xml:space="preserve">[32:08] </w:t>
      </w:r>
      <w:r>
        <w:t>toh dono hain garden mein, lekin level of enjoy bohat hi different hai. toh jis aadmi ko jannat ka ooncha level chahiye, toh usko wahi karna padega mehnat.</w:t>
      </w:r>
    </w:p>
    <w:p>
      <w:pPr>
        <w:jc w:val="right"/>
      </w:pPr>
      <w:r>
        <w:t>تو دونوں ہیں گارڈن میں، لیکن لیول اف انجوائے بہت ہی ڈفرنٹ ہے۔ تو جس آدمی کو جنت کا اونچا لیول چاہیے، تو اس کو وہی کرنا پڑے گا محنت۔</w:t>
      </w:r>
    </w:p>
    <w:p>
      <w:r>
        <w:rPr>
          <w:b/>
        </w:rPr>
        <w:t xml:space="preserve">[32:23] </w:t>
      </w:r>
      <w:r>
        <w:t>jaise hamare apne ek grand son hain, woh is waqt france gaye hue hain. toh unko yeh pata chala ke france mein engineering ki parhai bohat achi hoti hai, is mein usko bohat badh jata hai.</w:t>
      </w:r>
    </w:p>
    <w:p>
      <w:pPr>
        <w:jc w:val="right"/>
      </w:pPr>
      <w:r>
        <w:t>جیسے ہمارے اپنے ایک گرینڈ سن ہیں، وہ اس وقت فرانس گئے ہوئے ہیں۔ تو ان کو یہ پتہ چلا کہ فرانس میں انجینئرنگ کی پڑھائی بہت اچھی ہوتی ہے، اس میں اس کو بہت بڑھ جاتا ہے۔</w:t>
      </w:r>
    </w:p>
    <w:p>
      <w:r>
        <w:rPr>
          <w:b/>
        </w:rPr>
        <w:t xml:space="preserve">[32:38] </w:t>
      </w:r>
      <w:r>
        <w:t>toh agarche aap. isi tarah se main kahunga ke jo aadmi jannat ka ooncha darja lena chahta ho toh usko strict karni padegi. yahan par main ek bata doon aap ko ke ek hai ikhlas aur ek hai woh yaani marifat.</w:t>
      </w:r>
    </w:p>
    <w:p>
      <w:pPr>
        <w:jc w:val="right"/>
      </w:pPr>
      <w:r>
        <w:t>تو اگرچہ آپ۔ اسی طرح سے میں کہوں گا کہ جو آدمی جنت کا اونچا درجہ لینا چاہتا ہو تو اس کو اسٹرکٹ کرنی پڑے گی۔ یہاں پر میں ایک بتا دوں آپ کو کہ ایک ہے اخلاص اور ایک ہے وہ یعنی معرفت۔</w:t>
      </w:r>
    </w:p>
    <w:p>
      <w:r>
        <w:rPr>
          <w:b/>
        </w:rPr>
        <w:t xml:space="preserve">[33:01] </w:t>
      </w:r>
      <w:r>
        <w:t>marifat kehte hain realization, ikhlas kehte hain sincerity. ikhlas, marifat, sincerity aur realization.</w:t>
      </w:r>
    </w:p>
    <w:p>
      <w:pPr>
        <w:jc w:val="right"/>
      </w:pPr>
      <w:r>
        <w:t>معرفت کہتے ہیں ریلائزیشن، اخلاص کہتے ہیں سنسیرٹی۔ اخلاص، معرفت، سنسیرٹی اور ریلائزیشن۔</w:t>
      </w:r>
    </w:p>
    <w:p>
      <w:r>
        <w:rPr>
          <w:b/>
        </w:rPr>
        <w:t xml:space="preserve">[33:12] </w:t>
      </w:r>
      <w:r>
        <w:t>toh jannat mein jaane ke liye jo jo basic jo condition hai woh hai ikhlas. khuda ke bare mein mخلص hona, khuda, akhirat,</w:t>
      </w:r>
    </w:p>
    <w:p>
      <w:pPr>
        <w:jc w:val="right"/>
      </w:pPr>
      <w:r>
        <w:t>تو جنت میں جانے کے لیے جو جو بیسک جو کنڈیشن ہے وہ ہے اخلاص۔ خدا کے بارے میں مخلص ہونا، خدا، آخرت،</w:t>
      </w:r>
    </w:p>
    <w:p>
      <w:r>
        <w:rPr>
          <w:b/>
        </w:rPr>
        <w:t xml:space="preserve">[33:25] </w:t>
      </w:r>
      <w:r>
        <w:t>prophet, quran, in cheezon ke bare mein mخلص hona, sach sach sincere hona, poori sincerity ke sath usko manna.</w:t>
      </w:r>
    </w:p>
    <w:p>
      <w:pPr>
        <w:jc w:val="right"/>
      </w:pPr>
      <w:r>
        <w:t>پرافٹ، قرآن، ان چیزوں کے بارے میں مخلص ہونا، سچ مچ سنسیئر ہونا، پوری سنسیرٹی کے ساتھ اس کو ماننا۔</w:t>
      </w:r>
    </w:p>
    <w:p>
      <w:r>
        <w:rPr>
          <w:b/>
        </w:rPr>
        <w:t xml:space="preserve">[33:35] </w:t>
      </w:r>
      <w:r>
        <w:t>jis ke andar yeh paya jaye, usko khuda paradise dega. lekin jo darja hai, do so darje, woh determine hoga marifat par, realization par ke jitna realization, waise ooncha darja.</w:t>
      </w:r>
    </w:p>
    <w:p>
      <w:pPr>
        <w:jc w:val="right"/>
      </w:pPr>
      <w:r>
        <w:t>جس کے اندر یہ پایا جائے، اس کو خدا پیرڈائز دے گا۔ لیکن جو درجہ ہے، دو سو درجے، وہ ڈیٹرمن ہوگا معرفت پر، ریلائزیشن پر کہ جتنا ریلائزیشن، ویسے اونچا درجہ۔</w:t>
      </w:r>
    </w:p>
    <w:p>
      <w:r>
        <w:rPr>
          <w:b/>
        </w:rPr>
        <w:t xml:space="preserve">[33:54] </w:t>
      </w:r>
      <w:r>
        <w:t>toh entry toh mil jayegi ikhlas par, lekin taraqqi nahi milegi ikhlas par.</w:t>
      </w:r>
    </w:p>
    <w:p>
      <w:pPr>
        <w:jc w:val="right"/>
      </w:pPr>
      <w:r>
        <w:t>تو انٹری تو مل جائے گی اخلاص پر، لیکن ترقی نہیں ملے گی اخلاص پر۔</w:t>
      </w:r>
    </w:p>
    <w:p>
      <w:r>
        <w:rPr>
          <w:b/>
        </w:rPr>
        <w:t xml:space="preserve">[34:03] </w:t>
      </w:r>
      <w:r>
        <w:t>toh yaad rakhiye, ek hai ikhlas ka darja, ek hai marifat ka darja. toh jis ke andar ikhlas paya jayega, usko paradise mein entry mil jayegi.</w:t>
      </w:r>
    </w:p>
    <w:p>
      <w:pPr>
        <w:jc w:val="right"/>
      </w:pPr>
      <w:r>
        <w:t>تو یاد رکھیے، ایک ہے اخلاص کا درجہ، ایک ہے معرفت کا درجہ۔ تو جس کے اندر اخلاص پایا جائے گا، اس کو پیرڈائز میں انٹری مل جائے گی۔</w:t>
      </w:r>
    </w:p>
    <w:p>
      <w:r>
        <w:rPr>
          <w:b/>
        </w:rPr>
        <w:t xml:space="preserve">[34:16] </w:t>
      </w:r>
      <w:r>
        <w:t>lekin kis darje mein usko settle kiya jaye? do so darje mein se kis mein woh settle kiya jaye? usko hadith mein aata hai ke ek aur doosre ke beech mein itni zyada doori hogi ke hazar saal tak chalta rahe aadmi, tab pahunchega wahan, bohat tez ghoday mein baith kar ke.</w:t>
      </w:r>
    </w:p>
    <w:p>
      <w:pPr>
        <w:jc w:val="right"/>
      </w:pPr>
      <w:r>
        <w:t>لیکن کس درجے میں اس کو سیٹل کیا جائے؟ دو سو درجے میں سے کس میں وہ سیٹل کیا جائے؟ اس کو حدیث میں آتا ہے کہ ایک اور دوسرے کے بیچ میں اتنی زیادہ دوری ہوگی کہ ہزار سال تک چلتا رہے آدمی، تب پہنچے گا وہاں، بہت تیز گھوڑے میں بیٹھ کر کے۔</w:t>
      </w:r>
    </w:p>
    <w:p>
      <w:r>
        <w:rPr>
          <w:b/>
        </w:rPr>
        <w:t xml:space="preserve">[34:35] </w:t>
      </w:r>
      <w:r>
        <w:t>to gazwan ke har darja bohat hi bara hoga, bohat hi bara hoga.</w:t>
      </w:r>
    </w:p>
    <w:p>
      <w:pPr>
        <w:jc w:val="right"/>
      </w:pPr>
      <w:r>
        <w:t>تو گزوان کے ہر درجہ بہت ہی بڑا ہوگا، بہت ہی بڑا ہوگا۔</w:t>
      </w:r>
    </w:p>
    <w:p>
      <w:r>
        <w:rPr>
          <w:b/>
        </w:rPr>
        <w:t xml:space="preserve">[34:42] </w:t>
      </w:r>
      <w:r>
        <w:t>to to do cheezein hain: ikhlas aur maarfat. to entry to mil jayegi jis ke andar ikhlas paya jaye, lekin jannat ke kis darje mein us ko settle kiya jaye,</w:t>
      </w:r>
    </w:p>
    <w:p>
      <w:pPr>
        <w:jc w:val="right"/>
      </w:pPr>
      <w:r>
        <w:t>تو تو دو چیزیں ہیں: اخلاص اور معرفت۔ تو انٹری تو مل جائے گی جس کے اندر اخلاص پایا جائے، لیکن جنت کے کس درجے میں اس کو سیٹل کیا جائے،</w:t>
      </w:r>
    </w:p>
    <w:p>
      <w:r>
        <w:rPr>
          <w:b/>
        </w:rPr>
        <w:t xml:space="preserve">[35:00] </w:t>
      </w:r>
      <w:r>
        <w:t>wo is ki maarfat ko dekh kar hoga faisla. is ka jitna bara realization, utni bari paradise.</w:t>
      </w:r>
    </w:p>
    <w:p>
      <w:pPr>
        <w:jc w:val="right"/>
      </w:pPr>
      <w:r>
        <w:t>وہ اس کی معرفت کو دیکھ کر ہوگا فیصلہ۔ اس کا جتنا بڑا ریلائزیشن، اتنی بڑی پیرڈائز۔</w:t>
      </w:r>
    </w:p>
    <w:p>
      <w:r>
        <w:rPr>
          <w:b/>
        </w:rPr>
        <w:t xml:space="preserve">[35:10] </w:t>
      </w:r>
      <w:r>
        <w:t>Molana, what Roshni is mein kaise hoga? Kaise hue ga dono ka? Kya aap phir se kahiye? I am saying, Molana Sahib, that wa</w:t>
      </w:r>
    </w:p>
    <w:p>
      <w:pPr>
        <w:jc w:val="right"/>
      </w:pPr>
      <w:r>
        <w:t>مولانا، واٹ روشننگ اس میں کیسے ہوگا؟ کیسے ہوئے گا دونوں کا؟ کیا آپ پھر سے کہیے؟ آئی ایم سینگ، مولانا صاحب، دیٹ وا</w:t>
      </w:r>
    </w:p>
    <w:p>
      <w:r>
        <w:rPr>
          <w:b/>
        </w:rPr>
        <w:t xml:space="preserve">[35:19] </w:t>
      </w:r>
      <w:r>
        <w:t>t role? what is the relevance of conditioning? de conditioning and conditioning? because one can not aspire something unless you experience it.</w:t>
      </w:r>
    </w:p>
    <w:p>
      <w:pPr>
        <w:jc w:val="right"/>
      </w:pPr>
      <w:r>
        <w:t>ٹ رول؟ واٹ از دی ریلیونس اف کنڈیشننگ؟ ڈی کنڈیشننگ اور کنڈیشننگ؟ بیکاز ون کین ناٹ اسپائر سمتھنگ انلیس یو ایکسپیرینس اٹ۔</w:t>
      </w:r>
    </w:p>
    <w:p>
      <w:r>
        <w:rPr>
          <w:b/>
        </w:rPr>
        <w:t xml:space="preserve">[35:33] </w:t>
      </w:r>
      <w:r>
        <w:t>to matlab hai ke de conditioning ke baghair experience nahi hoga? yeh keh rahe hain aap? hmm, dekhiye, de conditioning to hamein karni padegi apni, wo to karni karni hai.</w:t>
      </w:r>
    </w:p>
    <w:p>
      <w:pPr>
        <w:jc w:val="right"/>
      </w:pPr>
      <w:r>
        <w:t>تو مطلب ہے کہ ڈی کنڈیشننگ کے بغیر ایکسپیرینس نہیں ہوگا؟ یہ کہہ رہے ہیں آپ؟ ہمم، دیکھیں، ڈی کنڈیشننگ تو ہمیں کرنی پڑے گی اپنی، وہ تو کرنی کرنی ہے۔</w:t>
      </w:r>
    </w:p>
    <w:p>
      <w:r>
        <w:rPr>
          <w:b/>
        </w:rPr>
        <w:t xml:space="preserve">[35:44] </w:t>
      </w:r>
      <w:r>
        <w:t>aur molana sahib, jaise hum keh rahe hain, that jaise bachpan se le kar ab tak bachon ko padhaya jata hai ke soul applicability of the mind is only for career, money making and career and education.</w:t>
      </w:r>
    </w:p>
    <w:p>
      <w:pPr>
        <w:jc w:val="right"/>
      </w:pPr>
      <w:r>
        <w:t>اور مولانا صاحب، جیسے ہم کہہ رہے ہیں، دیٹ جیسے بچپن سے لے کر اب تک بچوں کو پڑھایا جاتا ہے کہ سول ایپلیکیبلٹی اف دا مائنڈ از اونلی فار کریئر، منی میکنگ اینڈ کریئر اینڈ ایجوکیشن۔</w:t>
      </w:r>
    </w:p>
    <w:p>
      <w:r>
        <w:rPr>
          <w:b/>
        </w:rPr>
        <w:t xml:space="preserve">[35:55] </w:t>
      </w:r>
      <w:r>
        <w:t>khuda ki taraf aur yeh higher level ki aspiration jannat ke liye, yeh to batai nahi jati. molana sahib, poore kaheen par bhi</w:t>
      </w:r>
    </w:p>
    <w:p>
      <w:pPr>
        <w:jc w:val="right"/>
      </w:pPr>
      <w:r>
        <w:t>خدا کی طرف اور یہ ہائیر لیول کی ایسپیریشن جنت کے لیے، یہ تو بتائی نہیں جاتی۔ مولانا صاحب، پورے کہیں پر بھی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