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Quran A book of Universal Guidance Maulana Wahiduddin Khan</w:t>
      </w:r>
    </w:p>
    <w:p>
      <w:r>
        <w:t>https://www.youtube.com/watch?v=XXfkkqcIPhk</w:t>
      </w:r>
    </w:p>
    <w:p>
      <w:r>
        <w:rPr>
          <w:b/>
        </w:rPr>
        <w:t xml:space="preserve">[00:13] </w:t>
      </w:r>
      <w:r>
        <w:t>bismillah rahman rahim, wasallallahu ala nabiyyil karim. rab ishrah li sadri, wa yassir li amri, wah 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[00:31] </w:t>
      </w:r>
      <w:r>
        <w:t>quran mein ek se zyada bar yeh baat kahi gayi hai ke quran ek eternal book hai, li yakuuna lil alamin nazira.</w:t>
      </w:r>
    </w:p>
    <w:p>
      <w:pPr>
        <w:jc w:val="right"/>
      </w:pPr>
      <w:r>
        <w:t>قرآن میں ایک سے زیادہ بار یہ بات کہی گئی ہے کہ قرآن ایک ایٹرنل بک ہے، لیکون للعالمین نظیرہ۔</w:t>
      </w:r>
    </w:p>
    <w:p>
      <w:r>
        <w:rPr>
          <w:b/>
        </w:rPr>
        <w:t xml:space="preserve">[00:42] </w:t>
      </w:r>
      <w:r>
        <w:t>yani poori history ke liye yeh bheja gaya hai bator ek guide book ke.</w:t>
      </w:r>
    </w:p>
    <w:p>
      <w:pPr>
        <w:jc w:val="right"/>
      </w:pPr>
      <w:r>
        <w:t>یعنی پوری ہسٹری کے لیے یہ بھیجا گیا ہے بطور ایک گائیڈ بک کے۔</w:t>
      </w:r>
    </w:p>
    <w:p>
      <w:r>
        <w:rPr>
          <w:b/>
        </w:rPr>
        <w:t xml:space="preserve">[00:52] </w:t>
      </w:r>
      <w:r>
        <w:t>different tareeqe se yeh baat quran mein kai bar kahi gayi hai, hadith mein bhi hai ke poori humanity ke liye, sari history mein paida hone walon ke liye, eternally yeh kitab aayi hai is ki hidayat ke liye.</w:t>
      </w:r>
    </w:p>
    <w:p>
      <w:pPr>
        <w:jc w:val="right"/>
      </w:pPr>
      <w:r>
        <w:t>ڈفرنٹ طریقے سے یہ بات قرآن میں کئی بار کہی گئی ہے، حدیث میں بھی ہے کہ پوری ہیومینٹی کے لیے، ساری ہسٹری میں پیدا ہونے والوں کے لیے، ایٹرنلی یہ کتاب آئی ہے اس کی ہدایت کے لیے۔</w:t>
      </w:r>
    </w:p>
    <w:p>
      <w:r>
        <w:rPr>
          <w:b/>
        </w:rPr>
        <w:t xml:space="preserve">[01:14] </w:t>
      </w:r>
      <w:r>
        <w:t>yeh ek bohat bada challenge hai, bohat bada challenge hai. yani yeh baat kahi gayi thi seven century AD mein,</w:t>
      </w:r>
    </w:p>
    <w:p>
      <w:pPr>
        <w:jc w:val="right"/>
      </w:pPr>
      <w:r>
        <w:t>یہ ایک بہت بڑا چیلنج ہے، بہت بڑا چیلنج ہے۔ یعنی یہ بات کہی گئی تھی سیون سینچری اے ڈی میں،</w:t>
      </w:r>
    </w:p>
    <w:p>
      <w:r>
        <w:rPr>
          <w:b/>
        </w:rPr>
        <w:t xml:space="preserve">[01:27] </w:t>
      </w:r>
      <w:r>
        <w:t>yani seven century ke first quarter mein. abhi sari history padi hui thi, abhi jo unfold hone wali thi.</w:t>
      </w:r>
    </w:p>
    <w:p>
      <w:pPr>
        <w:jc w:val="right"/>
      </w:pPr>
      <w:r>
        <w:t>یعنی سیون سینچری کے فرسٹ کوارٹر میں۔ ابھی ساری ہسٹری پڑی ہوئی تھی، ابھی جو ان فولڈ ہونے والی تھی۔</w:t>
      </w:r>
    </w:p>
    <w:p>
      <w:r>
        <w:rPr>
          <w:b/>
        </w:rPr>
        <w:t xml:space="preserve">[01:39] </w:t>
      </w:r>
      <w:r>
        <w:t>to is ka matlab yeh hai ke aage ki naslen, baad ke log, yani future generations ko ek criterion de diya gaya ke judge kar lo ke eternally is ki baaten sahi sabit hoti rahengi, koi baat is galat nahi niklegi.</w:t>
      </w:r>
    </w:p>
    <w:p>
      <w:pPr>
        <w:jc w:val="right"/>
      </w:pPr>
      <w:r>
        <w:t>تو اس کا مطلب یہ ہے کہ آگے کی نسلیں، بعد کے لوگ، یعنی فیوچر جنریشنز کو ایک کرائٹیرین دے دیا گیا کہ جج کر لو کہ ایٹرنلی اس کی باتیں صحیح ثابت ہوتی رہیں گی، کوئی بات اس غلط نہیں نکلے گی۔</w:t>
      </w:r>
    </w:p>
    <w:p>
      <w:r>
        <w:rPr>
          <w:b/>
        </w:rPr>
        <w:t xml:space="preserve">[01:57] </w:t>
      </w:r>
      <w:r>
        <w:t>is qism ka challenge khud apne aap mein ek anokha challenge hai,</w:t>
      </w:r>
    </w:p>
    <w:p>
      <w:pPr>
        <w:jc w:val="right"/>
      </w:pPr>
      <w:r>
        <w:t>اس قسم کا چیلنج خود اپنے آپ میں ایک انوکھا چیلنج ہے،</w:t>
      </w:r>
    </w:p>
    <w:p>
      <w:r>
        <w:rPr>
          <w:b/>
        </w:rPr>
        <w:t xml:space="preserve">[02:04] </w:t>
      </w:r>
      <w:r>
        <w:t>kyun ke kisi bhi book mein, religious book mein, aisa koi statement maujud nahi. quran exceptionally yeh statement de raha hai ke ek eternal kitab hai aur sari history ke liye woh guide book hai.</w:t>
      </w:r>
    </w:p>
    <w:p>
      <w:pPr>
        <w:jc w:val="right"/>
      </w:pPr>
      <w:r>
        <w:t>کیونکہ کسی بھی بک میں، ریلیجیس بک میں، ایسا کوئی سٹیٹمنٹ موجود نہیں۔ قرآن ایکسیپشنلی یہ سٹیٹمنٹ دے رہا ہے کہ ایک ایٹرنل کتاب ہے اور ساری ہسٹری کے لیے وہ گائیڈ بک ہے۔</w:t>
      </w:r>
    </w:p>
    <w:p>
      <w:r>
        <w:rPr>
          <w:b/>
        </w:rPr>
        <w:t xml:space="preserve">[02:24] </w:t>
      </w:r>
      <w:r>
        <w:t>to main yahan par kehna chahunga ke kuch insanon ne is tarah ke claim kiye hain, lekin sab ke claim jo hain, baad ki history mein galat sabit hua.</w:t>
      </w:r>
    </w:p>
    <w:p>
      <w:pPr>
        <w:jc w:val="right"/>
      </w:pPr>
      <w:r>
        <w:t>تو میں یہاں پر کہنا چاہوں گا کہ کچھ انسانوں نے اس طرح کے کلیم کیے ہیں، لیکن سب کے کلیم جو ہیں، بعد کی ہسٹری میں غلط ثابت ہوئی۔</w:t>
      </w:r>
    </w:p>
    <w:p>
      <w:r>
        <w:rPr>
          <w:b/>
        </w:rPr>
        <w:t xml:space="preserve">[02:41] </w:t>
      </w:r>
      <w:r>
        <w:t>to yeh ek aisi baat hai ke isi se aap judge kar ke samajh sakte hain ke quran khudae kitab hai ya nahi hai.</w:t>
      </w:r>
    </w:p>
    <w:p>
      <w:pPr>
        <w:jc w:val="right"/>
      </w:pPr>
      <w:r>
        <w:t>تو یہ ایک ایسی بات ہے کہ اسی سے آپ جج کر کے سمجھ سکتے ہیں کہ قرآن خدائے کتاب ہے یا نہیں ہے۔</w:t>
      </w:r>
    </w:p>
    <w:p>
      <w:r>
        <w:rPr>
          <w:b/>
        </w:rPr>
        <w:t xml:space="preserve">[02:53] </w:t>
      </w:r>
      <w:r>
        <w:t>jaise France ka jo thinker tha, Rousseau, us ki book hai social contract. to woh political philosopher tha, woh woh samajhta tha ke political role jo hai, wahi sab kuch shape karta hai.</w:t>
      </w:r>
    </w:p>
    <w:p>
      <w:pPr>
        <w:jc w:val="right"/>
      </w:pPr>
      <w:r>
        <w:t>جیسے فرانس کا جو تھنکر تھا، روسو، اس کی بک ہے سوشل کنٹریکٹ۔ تو وہ پولیٹیکل فلاسفر تھا، وہ وہ سمجھتا تھا کہ پولیٹیکل رول جو ہے، وہی سب کچھ شیپ کرتا ہے۔</w:t>
      </w:r>
    </w:p>
    <w:p>
      <w:r>
        <w:rPr>
          <w:b/>
        </w:rPr>
        <w:t xml:space="preserve">[03:10] </w:t>
      </w:r>
      <w:r>
        <w:t>insan ki destiny jo hai, political</w:t>
      </w:r>
    </w:p>
    <w:p>
      <w:pPr>
        <w:jc w:val="right"/>
      </w:pPr>
      <w:r>
        <w:t>انسان کی ڈسٹنی جو ہے، پولیٹیکل</w:t>
      </w:r>
    </w:p>
    <w:p>
      <w:r>
        <w:rPr>
          <w:b/>
        </w:rPr>
        <w:t xml:space="preserve">[03:15] </w:t>
      </w:r>
      <w:r>
        <w:t>power se shape hoti hai. to us ke zamane mein kingship thi, to us ki kitab jo hai, social contract, us ka pehla sentence hai ke "man was born free,</w:t>
      </w:r>
    </w:p>
    <w:p>
      <w:pPr>
        <w:jc w:val="right"/>
      </w:pPr>
      <w:r>
        <w:t>پاور سے شیپ ہوتی ہے۔ تو اس کے زمانے میں کنگ شپ تھی، تو اس کی کتاب جو ہے، سوشل کنٹریکٹ، اس کا پہلا سینٹنس ہے کہ "مین واز بورن فری،</w:t>
      </w:r>
    </w:p>
    <w:p>
      <w:r>
        <w:rPr>
          <w:b/>
        </w:rPr>
        <w:t xml:space="preserve">[03:31] </w:t>
      </w:r>
      <w:r>
        <w:t>but I see him in chains". to us ke baad, us ke mutabiq, political chain na rahe to insan free ho jayega. sab se bari evil jo thi, woh political chain thi.</w:t>
      </w:r>
    </w:p>
    <w:p>
      <w:pPr>
        <w:jc w:val="right"/>
      </w:pPr>
      <w:r>
        <w:t>بٹ آئی سی ہم ان چین"۔ تو اس کے بعد، اس کے مطابق، پولیٹیکل چین نہ رہے تو انسان فری ہو جائے گا۔ سب سے بڑی ایول جو تھی، وہ پولیٹیکل چین تھی۔</w:t>
      </w:r>
    </w:p>
    <w:p>
      <w:r>
        <w:rPr>
          <w:b/>
        </w:rPr>
        <w:t xml:space="preserve">[03:46] </w:t>
      </w:r>
      <w:r>
        <w:t>lekin aap jante hain ke baad ko history badli. yeh baat kab ki hai? jab ke land based economy hua karti thi.</w:t>
      </w:r>
    </w:p>
    <w:p>
      <w:pPr>
        <w:jc w:val="right"/>
      </w:pPr>
      <w:r>
        <w:t>لیکن آپ جانتے ہیں کہ بعد کو ہسٹری بدلی۔ یہ بات کب کی ہے؟ جب کہ لینڈ بیسڈ اکانومی ہوا کرتی تھی۔</w:t>
      </w:r>
    </w:p>
    <w:p>
      <w:r>
        <w:rPr>
          <w:b/>
        </w:rPr>
        <w:t xml:space="preserve">[03:59] </w:t>
      </w:r>
      <w:r>
        <w:t>land based economy khatam ho gayi. yaad rakhen, kingship ki jo hamari importance thi, land based economy ne, us ke baad us ki irrelevance ho gayi.</w:t>
      </w:r>
    </w:p>
    <w:p>
      <w:pPr>
        <w:jc w:val="right"/>
      </w:pPr>
      <w:r>
        <w:t>لینڈ بیسڈ اکانومی ختم ہوگئی۔ یاد رکھیں، کنگ شپ کی جو ہماری امپورٹنس تھی، لینڈ بیسڈ اکانومی نے، اس کے بعد اس کی اریلیونٹ ہو گیا۔</w:t>
      </w:r>
    </w:p>
    <w:p>
      <w:r>
        <w:rPr>
          <w:b/>
        </w:rPr>
        <w:t xml:space="preserve">[04:08] </w:t>
      </w:r>
      <w:r>
        <w:t>yeh institution jab industrial revolution aaya to decentralized ho gaya sara mamla. de centralize kar diya.</w:t>
      </w:r>
    </w:p>
    <w:p>
      <w:pPr>
        <w:jc w:val="right"/>
      </w:pPr>
      <w:r>
        <w:t>یہ انسٹیٹیوشن جب انڈسٹریل ریولیوشن آیا تو ڈی سینٹرلائزڈ ہو گیا سارا معاملہ۔ ڈی سینٹرلائز کر دیا۔</w:t>
      </w:r>
    </w:p>
    <w:p>
      <w:r>
        <w:rPr>
          <w:b/>
        </w:rPr>
        <w:t xml:space="preserve">[04:19] </w:t>
      </w:r>
      <w:r>
        <w:t>industrial revolution ne sare cheezon ko de centralize kar diya. ab bohat se doosre institution aa gaye: industry, business, journalism, education.</w:t>
      </w:r>
    </w:p>
    <w:p>
      <w:pPr>
        <w:jc w:val="right"/>
      </w:pPr>
      <w:r>
        <w:t>انڈسٹریل ریولیوشن نے سارے چیزوں کو ڈی سینٹرلائز کر دیا۔ اب بہت سے دوسرے انسٹیٹیوشن آ گئے: انڈسٹری، بزنس، جرنلزم، ایجوکیشن۔</w:t>
      </w:r>
    </w:p>
    <w:p>
      <w:r>
        <w:rPr>
          <w:b/>
        </w:rPr>
        <w:t xml:space="preserve">[04:34] </w:t>
      </w:r>
      <w:r>
        <w:t>to political power reduce ho gaya. ab dekhen ke us ne jo samjha tha ke political power hi zindagi ko shape karta hai, to kitna zyada us ka andaza galat tha.</w:t>
      </w:r>
    </w:p>
    <w:p>
      <w:pPr>
        <w:jc w:val="right"/>
      </w:pPr>
      <w:r>
        <w:t>تو پولیٹیکل پاور ریڈیوس ہو گیا۔ اب دیکھیں کہ اس نے جو سمجھا تھا کہ پولیٹیکل پاور ہی زندگی کو شیپ کرتا ہے، تو کتنا زیادہ اس کا اندازہ غلط تھا۔</w:t>
      </w:r>
    </w:p>
    <w:p>
      <w:r>
        <w:rPr>
          <w:b/>
        </w:rPr>
        <w:t xml:space="preserve">[04:48] </w:t>
      </w:r>
      <w:r>
        <w:t>us ne zindagi ko kitna kam samjha tha, kyun ke us waqt tak industrial revolution nahi aaya tha.</w:t>
      </w:r>
    </w:p>
    <w:p>
      <w:pPr>
        <w:jc w:val="right"/>
      </w:pPr>
      <w:r>
        <w:t>اس نے زندگی کو کتنا کم سمجھا تھا، کیونکہ اس وقت تک انڈسٹریل ریولیوشن نہیں آیا تھا۔</w:t>
      </w:r>
    </w:p>
    <w:p>
      <w:r>
        <w:rPr>
          <w:b/>
        </w:rPr>
        <w:t xml:space="preserve">[04:56] </w:t>
      </w:r>
      <w:r>
        <w:t>to agricultural daur mein us ki baat bazahir sahi lagti thi, lekin jab industrial revolution aaya to us ki baat galat ho gayi.</w:t>
      </w:r>
    </w:p>
    <w:p>
      <w:pPr>
        <w:jc w:val="right"/>
      </w:pPr>
      <w:r>
        <w:t>تو ایگریکلچرل دور میں اس کی بات بظاہر صحیح لگتی تھی، لیکن جب انڈسٹریل ریولیوشن آیا تو اس کی بات غلط ہو گئی۔</w:t>
      </w:r>
    </w:p>
    <w:p>
      <w:r>
        <w:rPr>
          <w:b/>
        </w:rPr>
        <w:t xml:space="preserve">[05:08] </w:t>
      </w:r>
      <w:r>
        <w:t>industrial revolution shuru ho chuka tha us ke zamane mein, lekin abhi woh bohat hi initial stage mein tha, poori tarah zahir nahi hua tha. to ab aaj ka insan, aap jante hain, pehle ka insan agar political masters ke kabze mein hua karta tha to aaj industrial masters ke kabze mein hai insan.</w:t>
      </w:r>
    </w:p>
    <w:p>
      <w:pPr>
        <w:jc w:val="right"/>
      </w:pPr>
      <w:r>
        <w:t>انڈسٹریل ریولیوشن شروع ہو چکا تھا اس کے زمانے میں، لیکن ابھی وہ بہت ہی انیشل اسٹیج میں تھا، پوری طرح ظاہر نہیں ہوا تھا۔ تو اب آج کا انسان، آپ جانتے ہیں، پہلے کا انسان اگر پولیٹیکل ماسٹرز کے قبضے میں ہوا کرتا تھا تو آج انڈسٹریل ماسٹرز کے قبضے میں ہے انسان۔</w:t>
      </w:r>
    </w:p>
    <w:p>
      <w:r>
        <w:rPr>
          <w:b/>
        </w:rPr>
        <w:t xml:space="preserve">[05:32] </w:t>
      </w:r>
      <w:r>
        <w:t>economy aaj role kar rahi hai, economic powers role kar rahi hain. yani political powers peechay chali gayi hain, lekin jo economic giant hain, woh role kar rahay hain dunya ko.</w:t>
      </w:r>
    </w:p>
    <w:p>
      <w:pPr>
        <w:jc w:val="right"/>
      </w:pPr>
      <w:r>
        <w:t>اکانومی آج رول کر رہی ہے، اکنامک پاورز رول کر رہی ہیں۔ یعنی پولیٹیکل پاورز پیچھے چلی گئی ہیں، لیکن جو اکنامک جائنٹ ہیں، وہ رول کر رہے ہیں دنیا کو۔</w:t>
      </w:r>
    </w:p>
    <w:p>
      <w:r>
        <w:rPr>
          <w:b/>
        </w:rPr>
        <w:t xml:space="preserve">[05:45] </w:t>
      </w:r>
      <w:r>
        <w:t>to is ki baat galat sabit ho gayi. aisay hi marx ne kaha ke sab se bara evil jo hai, private economy hai, private ownership hai.</w:t>
      </w:r>
    </w:p>
    <w:p>
      <w:pPr>
        <w:jc w:val="right"/>
      </w:pPr>
      <w:r>
        <w:t>تو اس کی بات غلط ثابت ہوگئی۔ ایسے ہی مارس نے کہا کہ سب سے بڑا ایول جو ہے، پرائیویٹ اکانومی ہے، پرائیویٹ اونرشپ ہے۔</w:t>
      </w:r>
    </w:p>
    <w:p>
      <w:r>
        <w:rPr>
          <w:b/>
        </w:rPr>
        <w:t xml:space="preserve">[05:58] </w:t>
      </w:r>
      <w:r>
        <w:t>aur poori dunya mein aik hangama khara hua. galbraith ne apni aik kitaab mein likha tha ke jitna popularity hui marx ke ideas ko, utni popularity kabhi kisi bhi idea ko nahi hui.</w:t>
      </w:r>
    </w:p>
    <w:p>
      <w:pPr>
        <w:jc w:val="right"/>
      </w:pPr>
      <w:r>
        <w:t>اور پوری دنیا میں ایک ہنگامہ کھڑا ہوا۔ گالبریت نے اپنی ایک کتاب میں لکھا تھا کہ جتنا پاپولیرٹی ہوئی مارس کے آئیڈیاز کو، اتنی پاپولیرٹی کبھی کسی بھی آئیڈیا کو نہیں ہوئی۔</w:t>
      </w:r>
    </w:p>
    <w:p>
      <w:r>
        <w:rPr>
          <w:b/>
        </w:rPr>
        <w:t xml:space="preserve">[06:15] </w:t>
      </w:r>
      <w:r>
        <w:t>itna bara is ke ideas itnay phailay dunya mein, lekin aap jantay hain ke aaj koi is ko mannay wala nahi hai. yani russia mein communist rule qaim hua, 75 years tak chalta raha,</w:t>
      </w:r>
    </w:p>
    <w:p>
      <w:pPr>
        <w:jc w:val="right"/>
      </w:pPr>
      <w:r>
        <w:t>اتنا بڑا اس کے آئیڈیاز اتنے پھیلے دنیا میں، لیکن آپ جانتے ہیں کہ آج کوئی اس کو ماننے والا نہیں ہے۔ یعنی رشیا میں کمیونسٹ رول قائم ہوا، 75 ایئرز تک چلتا رہا،</w:t>
      </w:r>
    </w:p>
    <w:p>
      <w:r>
        <w:rPr>
          <w:b/>
        </w:rPr>
        <w:t xml:space="preserve">[06:35] </w:t>
      </w:r>
      <w:r>
        <w:t>aur is ke baad woh collapse kar gaya. ab koi yeh mannay wala nahi dunya mein ke sab se bara evil jo hai, private ownership hai.</w:t>
      </w:r>
    </w:p>
    <w:p>
      <w:pPr>
        <w:jc w:val="right"/>
      </w:pPr>
      <w:r>
        <w:t>اور اس کے بعد وہ کولیپس کر گیا۔ اب کوئی یہ ماننے والا نہیں دنیا میں کہ سب سے بڑا ایول جو ہے، پرائیویٹ اونرشپ ہے۔</w:t>
      </w:r>
    </w:p>
    <w:p>
      <w:r>
        <w:rPr>
          <w:b/>
        </w:rPr>
        <w:t xml:space="preserve">[06:46] </w:t>
      </w:r>
      <w:r>
        <w:t>koi ab aisa dunya mein mannay wala nahi hai. hoga agar to kisi janglal mein rehta hoga, woh kisi cell mein rehta hoga. woh kuch aisay communist hain jo janglon mein rehtay hain, abhi woh isi tarah sochtay hain.</w:t>
      </w:r>
    </w:p>
    <w:p>
      <w:pPr>
        <w:jc w:val="right"/>
      </w:pPr>
      <w:r>
        <w:t>کوئی اب ایسا دنیا میں ماننے والا نہیں ہے۔ ہوگا اگر تو کسی جنگل میں رہتا ہوگا، وہ کسی سیل میں رہتا ہوگا۔ وہ کچھ ایسے کمیونسٹ ہیں جو جنگلوں میں رہتے ہیں، ابھی وہ اسی طرح سوچتے ہیں۔</w:t>
      </w:r>
    </w:p>
    <w:p>
      <w:r>
        <w:rPr>
          <w:b/>
        </w:rPr>
        <w:t xml:space="preserve">[06:58] </w:t>
      </w:r>
      <w:r>
        <w:t>lekin yeh hamari universities mein, hamaray institutions mein, hamaray seminar mein ab koi aisa bolnay wala nahi hai. jo kaha ke marx ka jo concept tha, baad ki history ne us ko discard kar diya.</w:t>
      </w:r>
    </w:p>
    <w:p>
      <w:pPr>
        <w:jc w:val="right"/>
      </w:pPr>
      <w:r>
        <w:t>لیکن یہ ہماری یونیورسٹیوں میں، ہمارے انسٹیٹیوشنز میں، ہمارے سیمینار میں اب کوئی ایسا بولنے والا نہیں ہے۔ جو کہا کہ مارس کا جو کانسیپٹ تھا، بعد کی ہسٹری نے اس کو ڈسکارڈ کر دیا۔</w:t>
      </w:r>
    </w:p>
    <w:p>
      <w:r>
        <w:rPr>
          <w:b/>
        </w:rPr>
        <w:t xml:space="preserve">[07:16] </w:t>
      </w:r>
      <w:r>
        <w:t>us ko discard kar diya. to jo bhi koi bola hai future ke baray mein, koi statement diya hai, woh galat sabit ho gaya.</w:t>
      </w:r>
    </w:p>
    <w:p>
      <w:pPr>
        <w:jc w:val="right"/>
      </w:pPr>
      <w:r>
        <w:t>اس کو ڈسکارڈ کر دیا۔ تو جو بھی کوئی بولا ہے فیوچر کے بارے میں، کوئی سٹیٹمنٹ دیا ہے، وہ غلط ثابت ہو گیا۔</w:t>
      </w:r>
    </w:p>
    <w:p>
      <w:r>
        <w:rPr>
          <w:b/>
        </w:rPr>
        <w:t xml:space="preserve">[07:26] </w:t>
      </w:r>
      <w:r>
        <w:t>hamaray apnay desh mein mahatma gandhi ne kaha tha ke "mera mission halaat ke aansu poochna hai". unhon ne samjha tha ke british rule jo hai, us se logon ki aankhon mein aansu hain, aur jab hamara nature rule hoga to aansu poochnay jayengay.</w:t>
      </w:r>
    </w:p>
    <w:p>
      <w:pPr>
        <w:jc w:val="right"/>
      </w:pPr>
      <w:r>
        <w:t>ہمارے اپنے دیش میں مہاتما گاندھی نے کہا تھا کہ "میرا مشن حالات کے آنسو پوچھنا ہے"۔ انہوں نے سمجھا تھا کہ برٹش رول جو ہے، اس سے لوگوں کی آنکھوں میں آنسو ہیں، اور جب ہمارا نیچر رول ہوگا تو آنسو پوچھ جائیں گے۔</w:t>
      </w:r>
    </w:p>
    <w:p>
      <w:r>
        <w:rPr>
          <w:b/>
        </w:rPr>
        <w:t xml:space="preserve">[07:42] </w:t>
      </w:r>
      <w:r>
        <w:t>maloom hua ke abhi galat andaaza tha. main nahi samajhta ke aaj ka insan ziyada khush hai us zamanay ke muqablay mein, aur ab koi ronay wala nahi hai.</w:t>
      </w:r>
    </w:p>
    <w:p>
      <w:pPr>
        <w:jc w:val="right"/>
      </w:pPr>
      <w:r>
        <w:t>معلوم ہوا کہ ابھی غلط اندازہ تھا۔ میں نہیں سمجھتا کہ آج کا انسان زیادہ خوش ہے اس زمانے کے مقابلے میں، اور اب کوئی رونے والا نہیں ہے۔</w:t>
      </w:r>
    </w:p>
    <w:p>
      <w:r>
        <w:rPr>
          <w:b/>
        </w:rPr>
        <w:t xml:space="preserve">[07:54] </w:t>
      </w:r>
      <w:r>
        <w:t>aaj logon ke aansu mein, aankhon mein aansu nahi hain. main nahi samajhta ke koi aisa keh sakta ho. to yeh yeh samajhna ke british rule jo hai, us ki wajah se logon ki aankhon mein aansu hain, aur jab natural rule aa jayega to aansu, aankhon mein aansu nahi rahengay,</w:t>
      </w:r>
    </w:p>
    <w:p>
      <w:pPr>
        <w:jc w:val="right"/>
      </w:pPr>
      <w:r>
        <w:t>آج لوگوں کے آنسو میں، آنکھوں میں آنسو نہیں ہیں۔ میں نہیں سمجھتا کہ کوئی ایسا کہہ سکتا ہو۔ تو یہ یہ سمجھنا کہ برٹش رول جو ہے، اس کی وجہ سے لوگوں کی آنکھوں میں آنسو ہیں، اور جب نیچرل رول آ جائے گا تو آنسو، آنکھوں میں آنسو نہیں رہیں گے،</w:t>
      </w:r>
    </w:p>
    <w:p>
      <w:r>
        <w:rPr>
          <w:b/>
        </w:rPr>
        <w:t xml:space="preserve">[08:12] </w:t>
      </w:r>
      <w:r>
        <w:t>yeh baad ki history ne us ko galat sabit kar diya. ab main aap ko aik aur example deta hoon scientific field ki.</w:t>
      </w:r>
    </w:p>
    <w:p>
      <w:pPr>
        <w:jc w:val="right"/>
      </w:pPr>
      <w:r>
        <w:t>یہ بعد کی ہسٹری نے اس کو غلط ثابت کر دیا۔ اب میں آپ کو ایک اور ایگزامپل دیتا ہوں سائنٹیفک فیلڈ کی۔</w:t>
      </w:r>
    </w:p>
    <w:p>
      <w:r>
        <w:rPr>
          <w:b/>
        </w:rPr>
        <w:t xml:space="preserve">[08:28] </w:t>
      </w:r>
      <w:r>
        <w:t>dekhen, Hazrat Masih ki wiladat se pehlay, yani Christian era se pehlay, aik shakhs paida hua Greece mein, Yunan mein.</w:t>
      </w:r>
    </w:p>
    <w:p>
      <w:pPr>
        <w:jc w:val="right"/>
      </w:pPr>
      <w:r>
        <w:t>دیکھیں، حضرت مسیح کی ولادت سے پہلے، یعنی کرسچن ایرا سے پہلے، ایک شخص پیدا ہوا گریس میں، یونان میں۔</w:t>
      </w:r>
    </w:p>
    <w:p>
      <w:r>
        <w:rPr>
          <w:b/>
        </w:rPr>
        <w:t xml:space="preserve">[08:43] </w:t>
      </w:r>
      <w:r>
        <w:t>us ka naam tha Aristarchus. Aristarchus us ne yeh theory pesh ki, yani aik model us ne banaya solar system ka model.</w:t>
      </w:r>
    </w:p>
    <w:p>
      <w:pPr>
        <w:jc w:val="right"/>
      </w:pPr>
      <w:r>
        <w:t>اس کا نام تھا ارسٹارکس۔ ارسٹارکس اس نے یہ تھیوری پیش کی، یعنی ایک ماڈل اس نے بنایا سولر سسٹم کا ماڈل۔</w:t>
      </w:r>
    </w:p>
    <w:p>
      <w:r>
        <w:rPr>
          <w:b/>
        </w:rPr>
        <w:t xml:space="preserve">[08:55] </w:t>
      </w:r>
      <w:r>
        <w:t>us mein sun jo hai, yani suraj jo hai, beech mein tha, aur zameen us ke gird ghoomti thi. yani heliocentric model sab se pehlay bana diya tha dunya ko Aristarchus ne,</w:t>
      </w:r>
    </w:p>
    <w:p>
      <w:pPr>
        <w:jc w:val="right"/>
      </w:pPr>
      <w:r>
        <w:t>اس میں سن جو ہے، یعنی سورج جو ہے، بیچ میں تھا، اور زمین اس کے گرد گھومتی تھی۔ یعنی ہیلیو سینٹرک ماڈل سب سے پہلے بنا دیا تھا دنیا کو ارسٹارکس نے،</w:t>
      </w:r>
    </w:p>
    <w:p>
      <w:r>
        <w:rPr>
          <w:b/>
        </w:rPr>
        <w:t xml:space="preserve">[09:13] </w:t>
      </w:r>
      <w:r>
        <w:t>jo paida hua Hazrat Masih ke se pehlay, lekin woh chala nahi.</w:t>
      </w:r>
    </w:p>
    <w:p>
      <w:pPr>
        <w:jc w:val="right"/>
      </w:pPr>
      <w:r>
        <w:t>جو پیدا ہوا حضرت مسیح کے سے پہلے، لیکن وہ چلا نہیں۔</w:t>
      </w:r>
    </w:p>
    <w:p>
      <w:r>
        <w:rPr>
          <w:b/>
        </w:rPr>
        <w:t xml:space="preserve">[09:21] </w:t>
      </w:r>
      <w:r>
        <w:t>kyun? is ke baad Ptolemy, Ptolemy ne jo nazariya pesh kiya, woh chala. Ptolemy ka nazariya jo tha, woh geocentric model tha ke zameen beech mein hai aur suraj us ke gird ghoom raha hai.</w:t>
      </w:r>
    </w:p>
    <w:p>
      <w:pPr>
        <w:jc w:val="right"/>
      </w:pPr>
      <w:r>
        <w:t>کیوں؟ اس کے بعد ٹالمی، ٹالمی نے جو نظریہ پیش کیا، وہ چلا۔ ٹالمی کا نظریہ جو تھا، وہ جیو سینٹرک ماڈل تھا کہ زمین بیچ میں ہے اور سورج اس کے گرد گھوم رہا ہے۔</w:t>
      </w:r>
    </w:p>
    <w:p>
      <w:r>
        <w:rPr>
          <w:b/>
        </w:rPr>
        <w:t xml:space="preserve">[09:37] </w:t>
      </w:r>
      <w:r>
        <w:t>to geocentric model jo Ptolemy ne pesh kiya tha, us ko Aristarchus ne maan liya aur Christian church ne maan liya.</w:t>
      </w:r>
    </w:p>
    <w:p>
      <w:pPr>
        <w:jc w:val="right"/>
      </w:pPr>
      <w:r>
        <w:t>تو جیو سینٹرک ماڈل جو ٹالمی نے پیش کیا تھا، اس کو ارسٹارٹل نے مان لیا اور کرسچن چرچ نے مان لیا۔</w:t>
      </w:r>
    </w:p>
    <w:p>
      <w:r>
        <w:rPr>
          <w:b/>
        </w:rPr>
        <w:t xml:space="preserve">[09:46] </w:t>
      </w:r>
      <w:r>
        <w:t>to Ptolemy ki theory dunya bhar mein phail gayi, sari dunya mein phail gayi. Ptolemy ki theory kyunke Aristarchus ne maan liya tha aur church ne maan liya tha us ko.</w:t>
      </w:r>
    </w:p>
    <w:p>
      <w:pPr>
        <w:jc w:val="right"/>
      </w:pPr>
      <w:r>
        <w:t>تو ٹالمی کی تھیوری دنیا بھر میں پھیل گئی، ساری دنیا میں پھیل گئی۔ ٹالمی کی تھیوری کیونکہ ارسٹارٹل نے مان لیا تھا اور چرچ نے مان لیا تھا اس کو۔</w:t>
      </w:r>
    </w:p>
    <w:p>
      <w:r>
        <w:rPr>
          <w:b/>
        </w:rPr>
        <w:t xml:space="preserve">[09:57] </w:t>
      </w:r>
      <w:r>
        <w:t>to aik lambi history mein aik lamba period guzra hai jab ke sari dunya mein yahi samjha jata tha ke zameen markaz mein hai aur suraj us ke gird ghoom raha hai.</w:t>
      </w:r>
    </w:p>
    <w:p>
      <w:pPr>
        <w:jc w:val="right"/>
      </w:pPr>
      <w:r>
        <w:t>تو ایک لمبی ہسٹری میں ایک لمبا پیریڈ گزرا ہے جب کہ ساری دنیا میں یہی سمجھا جاتا تھا کہ زمین مرکز میں ہے اور سورج اس کے گرد گھوم رہا ہے۔</w:t>
      </w:r>
    </w:p>
    <w:p>
      <w:r>
        <w:rPr>
          <w:b/>
        </w:rPr>
        <w:t xml:space="preserve">[10:09] </w:t>
      </w:r>
      <w:r>
        <w:t>matlab geocentric theory. is ke baad Galileo ke zamanay mein telescope bani aur phir se study ki gayi.</w:t>
      </w:r>
    </w:p>
    <w:p>
      <w:pPr>
        <w:jc w:val="right"/>
      </w:pPr>
      <w:r>
        <w:t>مطلب جیو سینٹرک تھیوری۔ اس کے بعد گلیلیو کے زمانے میں ٹیلیسکوپ بنی اور پھر سے اسٹڈی کی گئی۔</w:t>
      </w:r>
    </w:p>
    <w:p>
      <w:r>
        <w:rPr>
          <w:b/>
        </w:rPr>
        <w:t xml:space="preserve">[10:20] </w:t>
      </w:r>
      <w:r>
        <w:t>to Copernicus ne baqayda jo phir se study ki to maloom hua ke yeh nazariya galat hai. center mein suraj hai, zameen aur doosray planets us ke gird ghoom rahay hain.</w:t>
      </w:r>
    </w:p>
    <w:p>
      <w:pPr>
        <w:jc w:val="right"/>
      </w:pPr>
      <w:r>
        <w:t>تو کوپرنیکس نے باقاعدہ جو پھر سے اسٹڈی کی تو معلوم ہوا کہ یہ نظریہ غلط ہے۔ سینٹر میں سورج ہے، زمین اور دوسرے پلینٹس اس کے گرد گھوم رہے ہیں۔</w:t>
      </w:r>
    </w:p>
    <w:p>
      <w:r>
        <w:rPr>
          <w:b/>
        </w:rPr>
        <w:t xml:space="preserve">[10:31] </w:t>
      </w:r>
      <w:r>
        <w:t>matlab heliocentric theory. ab is ke baad Kepler ne aur Newton ne mazeed aur study ki to yeh cheez establish ho gayi. yani Copernicus ke baad Kepler aur Newton aaye aur doosray log aaye, unhon ne study kar ke bataya ke yeh heliocentric theory sahi hai, geocentric theory sahi nahi hai.</w:t>
      </w:r>
    </w:p>
    <w:p>
      <w:pPr>
        <w:jc w:val="right"/>
      </w:pPr>
      <w:r>
        <w:t>مطلب ہیلیو سینٹرک تھیوری۔ اب اس کے بعد کپلر نے اور نیوٹن نے مزید اور اسٹڈی کی تو یہ چیز اسٹیبلش ہو گئی۔ یعنی کوپرنیکس کے بعد کپلر اور نیوٹن آئے اور دوسرے لوگ آئے، انہوں نے اسٹڈی کر کے بتایا کہ یہ ہیلیو سینٹرک تھیوری صحیح ہے، جیو سینٹرک تھیوری صحیح نہیں ہے۔</w:t>
      </w:r>
    </w:p>
    <w:p>
      <w:r>
        <w:rPr>
          <w:b/>
        </w:rPr>
        <w:t xml:space="preserve">[10:52] </w:t>
      </w:r>
      <w:r>
        <w:t>ab dekhen, Ptolemy ke zamanay mein geocentric theory ko sahi maan liya gaya tha, church ne sahi maan liya, Aristarchus ne sahi maan liya. baad ko discard ho gaya, woh baad ko discard ho gaya.</w:t>
      </w:r>
    </w:p>
    <w:p>
      <w:pPr>
        <w:jc w:val="right"/>
      </w:pPr>
      <w:r>
        <w:t>اب دیکھیں، ٹالمی کے زمانے میں جیو سینٹرک تھیوری کو صحیح مان لیا گیا تھا، چرچ نے صحیح مان لیا، ارسٹارٹل نے صحیح مان لیا۔ بعد کو ڈسکارڈ ہو گیا، وہ بعد کو ڈسکارڈ ہو گیا۔</w:t>
      </w:r>
    </w:p>
    <w:p>
      <w:r>
        <w:rPr>
          <w:b/>
        </w:rPr>
        <w:t xml:space="preserve">[11:07] </w:t>
      </w:r>
      <w:r>
        <w:t>to main yeh kahunga "li lauhil alamin" naziray ko le kar ke kisi cheez ki eternity, yani koi book, yeh book aik eternal book hai.</w:t>
      </w:r>
    </w:p>
    <w:p>
      <w:pPr>
        <w:jc w:val="right"/>
      </w:pPr>
      <w:r>
        <w:t>تو میں یہ کہوں گا لیکون للعالمین نظیرہ کو لے کر کہ کسی چیز کی ایٹرنیٹی، یعنی کوئی بک، یہ بک ایک ایٹرنل بک ہے۔</w:t>
      </w:r>
    </w:p>
    <w:p>
      <w:r>
        <w:rPr>
          <w:b/>
        </w:rPr>
        <w:t xml:space="preserve">[11:21] </w:t>
      </w:r>
      <w:r>
        <w:t>yani Quran yeh claim karta hai ke yeh eternal book hai, it is a book for all times and for all generations.</w:t>
      </w:r>
    </w:p>
    <w:p>
      <w:pPr>
        <w:jc w:val="right"/>
      </w:pPr>
      <w:r>
        <w:t>یعنی قرآن یہ کلیم کرتا ہے کہ یہ ایٹرنل بک ہے، لیکون للعالمین نظیرہ، ایٹرنل گائیڈ ہے ہیومینٹی کے لیے۔ تو اس کا ایک کرائٹیرین یہ ہے کہ فیوچر کی نالج، بعد کے زمانے میں جو ڈسکوریز ہوں، وہ اس کو ڈسکارڈ نہ کر سکیں۔</w:t>
      </w:r>
    </w:p>
    <w:p>
      <w:r>
        <w:rPr>
          <w:b/>
        </w:rPr>
        <w:t xml:space="preserve">[11:43] </w:t>
      </w:r>
      <w:r>
        <w:t>to yeh establish ho jayega ke haan, yeh eternal guidance hai, yeh abadi kitab hai.</w:t>
      </w:r>
    </w:p>
    <w:p>
      <w:pPr>
        <w:jc w:val="right"/>
      </w:pPr>
      <w:r>
        <w:t>تو یہ اسٹیبلش ہو جائے گا کہ ہاں، یہ ایٹرنل گائیڈنس ہے، یہ ابدی کتاب ہے۔</w:t>
      </w:r>
    </w:p>
    <w:p>
      <w:r>
        <w:rPr>
          <w:b/>
        </w:rPr>
        <w:t xml:space="preserve">[11:54] </w:t>
      </w:r>
      <w:r>
        <w:t>jab aadmi pesh kare kisi cheez ko, kisi theory ko, kisi concept ko, kisi book ko, us zamane mein woh usne jo claim kiya hai, woh claim future ki study se radd ho jaye, future ki study se woh woh disprove ho jaye, to us maane ke woh kitab eternal nahi rahegi.</w:t>
      </w:r>
    </w:p>
    <w:p>
      <w:pPr>
        <w:jc w:val="right"/>
      </w:pPr>
      <w:r>
        <w:t>جب آدمی پیش کرے کسی چیز کو، کسی تھیوری کو، کسی کانسیپٹ کو، کسی بک کو، اس زمانے میں وہ اس نے جو کلیم کیا ہے، وہ کلیم فیوچر کی اسٹڈی سے رد ہو جائے، فیوچر کی اسٹڈی سے وہ وہ ڈسپروو ہو جائے، تو اس معنی کہ وہ کتاب ایٹرنل نہیں رہے گی۔</w:t>
      </w:r>
    </w:p>
    <w:p>
      <w:r>
        <w:rPr>
          <w:b/>
        </w:rPr>
        <w:t xml:space="preserve">[12:16] </w:t>
      </w:r>
      <w:r>
        <w:t>to aap dekhen, sab book, sab book ke sath yahi ho raha hai, sari kitabon ke sath yahi ho raha hai. jitni bhi books hain pehle ke zamane ki, woh sab scientific age mein sab ki sab discard ho rahi hain.</w:t>
      </w:r>
    </w:p>
    <w:p>
      <w:pPr>
        <w:jc w:val="right"/>
      </w:pPr>
      <w:r>
        <w:t>تو آپ دیکھیں، سب بک، سب بک کے ساتھ یہی ہو رہا ہے، ساری کتابوں کے ساتھ یہی ہو رہا ہے۔ جتنی بھی بکس ہیں پہلے کے زمانے کی، وہ سب سائنٹیفک ایج میں سب کی سب ڈسکارڈ ہو رہی ہیں۔</w:t>
      </w:r>
    </w:p>
    <w:p>
      <w:r>
        <w:rPr>
          <w:b/>
        </w:rPr>
        <w:t xml:space="preserve">[12:28] </w:t>
      </w:r>
      <w:r>
        <w:t>lekin quran jo hai, exception, ek exceptional book hai. ek exception hai ke baad ki koi bhi discovery, baad ki koi bhi research, baad ka koi bhi knowledge, usko discard nahi kar saki.</w:t>
      </w:r>
    </w:p>
    <w:p>
      <w:pPr>
        <w:jc w:val="right"/>
      </w:pPr>
      <w:r>
        <w:t>لیکن قرآن جو ہے، ایکسیپشن، ایک ایکسیپشنل بک ہے۔ ایک ایکسیپشن ہے کہ بعد کی کوئی بھی ڈسکوری، بعد کی کوئی بھی ریسرچ، بعد کا کوئی بھی نالج، اس کو ڈسکارڈ نہیں کر سکی۔</w:t>
      </w:r>
    </w:p>
    <w:p>
      <w:r>
        <w:rPr>
          <w:b/>
        </w:rPr>
        <w:t xml:space="preserve">[12:47] </w:t>
      </w:r>
      <w:r>
        <w:t>yeh waqia ek exceptional waqia hai aur yeh apne aap mein is baat ka proof hai. yani jo pehli quran ke jo shuru mein jo claim kiya gaya tha ke "zalik al kitab la raiba fi" ke yeh khuda ki kitab hai,</w:t>
      </w:r>
    </w:p>
    <w:p>
      <w:pPr>
        <w:jc w:val="right"/>
      </w:pPr>
      <w:r>
        <w:t>یہ واقعہ ایک ایکسیپشنل واقعہ ہے اور یہ اپنے آپ میں اس بات کا پروف ہے۔ یعنی جو پہلی قرآن کے جو شروع میں جو کلیم کیا گیا تھا کہ "ذالک الکتاب الارب فی" کہ یہ خدا کی کتاب ہے،</w:t>
      </w:r>
    </w:p>
    <w:p>
      <w:r>
        <w:rPr>
          <w:b/>
        </w:rPr>
        <w:t xml:space="preserve">[13:03] </w:t>
      </w:r>
      <w:r>
        <w:t>is mein koi shakk nahi, to woh chaudah sau saal se barabar establish hua chala ja raha hai. barabar jo evidence aati hain baad ke zamane ke, woh sab usko proof karti chali ja rahi hain.</w:t>
      </w:r>
    </w:p>
    <w:p>
      <w:pPr>
        <w:jc w:val="right"/>
      </w:pPr>
      <w:r>
        <w:t>اس میں کوئی شک نہیں، تو وہ چودہ سو سال سے برابر اسٹیبلش ہوا چلا جا رہا ہے۔ برابر جو ایویڈنس آتی ہیں بعد کے زمانے کے، وہ سب اس کو پروف کرتی چلی جا رہی ہیں۔</w:t>
      </w:r>
    </w:p>
    <w:p>
      <w:r>
        <w:rPr>
          <w:b/>
        </w:rPr>
        <w:t xml:space="preserve">[13:19] </w:t>
      </w:r>
      <w:r>
        <w:t>to is par maine aap yeh kitab jo meri hai, "God Arised", isi par yeh kitab hai.</w:t>
      </w:r>
    </w:p>
    <w:p>
      <w:pPr>
        <w:jc w:val="right"/>
      </w:pPr>
      <w:r>
        <w:t>تو اس پر میں نے آپ یہ کتاب جو میری ہے، "گاڈ ارائزڈ"، اسی پر یہ کتاب ہے۔</w:t>
      </w:r>
    </w:p>
    <w:p>
      <w:r>
        <w:rPr>
          <w:b/>
        </w:rPr>
        <w:t xml:space="preserve">[13:30] </w:t>
      </w:r>
      <w:r>
        <w:t>isko aap padh sakte hain, is mein bahut sari is qism ki information hai. to us waqt mein aap ko iska ek quotation pesh karna chahunga.</w:t>
      </w:r>
    </w:p>
    <w:p>
      <w:pPr>
        <w:jc w:val="right"/>
      </w:pPr>
      <w:r>
        <w:t>اس کو آپ پڑھ سکتے ہیں، اس میں بہت ساری اس قسم کی انفارمیشن ہے۔ تو اس وقت میں آپ کو اس کا ایک کوٹیشن پیش کرنا چاہوں گا۔</w:t>
      </w:r>
    </w:p>
    <w:p>
      <w:r>
        <w:rPr>
          <w:b/>
        </w:rPr>
        <w:t xml:space="preserve">[13:41] </w:t>
      </w:r>
      <w:r>
        <w:t>dekhen, yeh yeh ek incident hai, ek waqia hai jo main pesh kar raha hoon. India mein ek saheb the, unka naam tha Inayatullah Mashriqi.</w:t>
      </w:r>
    </w:p>
    <w:p>
      <w:pPr>
        <w:jc w:val="right"/>
      </w:pPr>
      <w:r>
        <w:t>دیکھیں، یہ یہ ایک انسیڈنٹ ہے، ایک واقعہ ہے جو میں پیش کر رہا ہوں۔ انڈیا میں ایک صاحب تھے، ان کا نام تھا عنایت اللہ مشرقی۔</w:t>
      </w:r>
    </w:p>
    <w:p>
      <w:r>
        <w:rPr>
          <w:b/>
        </w:rPr>
        <w:t xml:space="preserve">[13:52] </w:t>
      </w:r>
      <w:r>
        <w:t>woh Punjab ke the, ab mar chuke hain. woh Inayatullah Mashriqi to unko Allama Inayatullah Mashriqi kaha jata tha.</w:t>
      </w:r>
    </w:p>
    <w:p>
      <w:pPr>
        <w:jc w:val="right"/>
      </w:pPr>
      <w:r>
        <w:t>وہ پنجاب کے تھے، اب مر چکے ہیں۔ وہ عنایت اللہ مشرقی تو ان کو علامہ عنایت اللہ مشرقی کہا جاتا تھا۔</w:t>
      </w:r>
    </w:p>
    <w:p>
      <w:r>
        <w:rPr>
          <w:b/>
        </w:rPr>
        <w:t xml:space="preserve">[14:03] </w:t>
      </w:r>
      <w:r>
        <w:t>to unhone Oxford mein padha tha aur wahan unke student the, woh jo Sir James engineering ke student the, woh mathematics mein bahut acha unka mind tha.</w:t>
      </w:r>
    </w:p>
    <w:p>
      <w:pPr>
        <w:jc w:val="right"/>
      </w:pPr>
      <w:r>
        <w:t>تو انہوں نے اکسفورڈ میں پڑھا تھا اور وہاں ان کے اسٹوڈنٹ تھے، وہ جو سرجیم انجینئرنگ کے اسٹوڈنٹ تھے، وہ میتھمیٹکس میں بہت اچھا ان کا مائنڈ تھا۔</w:t>
      </w:r>
    </w:p>
    <w:p>
      <w:r>
        <w:rPr>
          <w:b/>
        </w:rPr>
        <w:t xml:space="preserve">[14:16] </w:t>
      </w:r>
      <w:r>
        <w:t>to unhone apna ek waqia likha hai is mein ke main baad ko jab ke woh padh kar aa chuke the India, phir woh gaye to wahan par unse mile to unhone quran ki ek ayat pesh ki.</w:t>
      </w:r>
    </w:p>
    <w:p>
      <w:pPr>
        <w:jc w:val="right"/>
      </w:pPr>
      <w:r>
        <w:t>تو انہوں نے اپنا ایک واقعہ لکھا ہے اس میں کہ میں بعد کو جب کہ وہ پڑھ کر آ چکے تھے انڈیا، پھر وہ گئے تو وہاں پر ان سے ملے تو انہوں نے قرآن کی ایک آیت پیش کی۔</w:t>
      </w:r>
    </w:p>
    <w:p>
      <w:r>
        <w:rPr>
          <w:b/>
        </w:rPr>
        <w:t xml:space="preserve">[14:31] </w:t>
      </w:r>
      <w:r>
        <w:t>to Sir James ne kaha ke agar yeh ayat quran mein hai to yeh meri witness hai quran ke liye ke woh khuda ki kitab hai. yeh jo qissa hai Inayatullah Mashriqi ka bayan kiya hua, woh maine is kitab mein quote kiya hai.</w:t>
      </w:r>
    </w:p>
    <w:p>
      <w:pPr>
        <w:jc w:val="right"/>
      </w:pPr>
      <w:r>
        <w:t>تو جے ایم جیز نے کہا کہ اگر یہ آیت قرآن میں ہے تو یہ میری وٹنس ہے قرآن کے لیے کہ وہ خدا کی کتاب ہے۔ یہ جو قصہ ہے عنایت اللہ مشرقی کا بیان کیا ہوا، وہ میں نے اس کتاب میں کوٹ کیا ہے۔</w:t>
      </w:r>
    </w:p>
    <w:p>
      <w:r>
        <w:rPr>
          <w:b/>
        </w:rPr>
        <w:t xml:space="preserve">[14:48] </w:t>
      </w:r>
      <w:r>
        <w:t>to main chahta hoon ke aap isko sunen. aap isko padh kar sunen, zara zor do. this is on page 227.</w:t>
      </w:r>
    </w:p>
    <w:p>
      <w:pPr>
        <w:jc w:val="right"/>
      </w:pPr>
      <w:r>
        <w:t>تو میں چاہتا ہوں کہ آپ اس کو سنیں۔ آپ اس کو پڑھ کے سنیں، ذرا زور دو۔ دس از ان پیج 227۔</w:t>
      </w:r>
    </w:p>
    <w:p>
      <w:r>
        <w:rPr>
          <w:b/>
        </w:rPr>
        <w:t xml:space="preserve">[15:00] </w:t>
      </w:r>
      <w:r>
        <w:t>to sum up, here is an incident which occurred in England as related by Inayatullah Mashriqi. it was Sunday, he writes the year 1909.</w:t>
      </w:r>
    </w:p>
    <w:p>
      <w:pPr>
        <w:jc w:val="right"/>
      </w:pPr>
      <w:r>
        <w:t>ٹو سم اپ، ہیر از این انسیڈنٹ وچ اکرڈ ان انگلینڈ ایز ریلیٹڈ بائے عنایت اللہ مشرقی۔ اٹ واز سنڈے، ہی رائٹس دا ایئر 1909۔</w:t>
      </w:r>
    </w:p>
    <w:p>
      <w:r>
        <w:rPr>
          <w:b/>
        </w:rPr>
        <w:t xml:space="preserve">[15:13] </w:t>
      </w:r>
      <w:r>
        <w:t>it was raining hard. i had gone out on some errand when i saw the famous Cambridge University astronomer Sir James Jeans with a bible clutched under his arm in his way to church.</w:t>
      </w:r>
    </w:p>
    <w:p>
      <w:pPr>
        <w:jc w:val="right"/>
      </w:pPr>
      <w:r>
        <w:t>اٹ واز ریننگ ہارڈ۔ آئی ہیڈ گون آؤٹ ان سم ایرینڈ وین آئی سو دی فیمس کیمبرج یونیورسٹی ایسٹرونمر سر جیمز جینز ود ا بائبل کلش انڈر ہز آرم ان ہز وے ٹو چرچ۔</w:t>
      </w:r>
    </w:p>
    <w:p>
      <w:r>
        <w:rPr>
          <w:b/>
        </w:rPr>
        <w:t xml:space="preserve">[15:29] </w:t>
      </w:r>
      <w:r>
        <w:t>coming closer, i greeted him, but he did not reply. when i greeted him again, he looked at me and asked, "what do you want?" two things i replied.</w:t>
      </w:r>
    </w:p>
    <w:p>
      <w:pPr>
        <w:jc w:val="right"/>
      </w:pPr>
      <w:r>
        <w:t>کمنگ کلوزر، آئی گریٹڈ ہم، بٹ ہی ڈیڈ ناٹ ریپلائی۔ وین آئی گریٹڈ ہم اگین، ہی لوکڈ ایٹ می اینڈ اسکڈ، "واٹ ڈو یو وانٹ؟" ٹو تھنگز آئی ریپلائیڈ۔</w:t>
      </w:r>
    </w:p>
    <w:p>
      <w:r>
        <w:rPr>
          <w:b/>
        </w:rPr>
        <w:t xml:space="preserve">[15:42] </w:t>
      </w:r>
      <w:r>
        <w:t>firstly, the rain is pouring down, but you have not open your umbrella. Sir James smiled at his own absent mindedness and opened his umbrella.</w:t>
      </w:r>
    </w:p>
    <w:p>
      <w:pPr>
        <w:jc w:val="right"/>
      </w:pPr>
      <w:r>
        <w:t>فرسٹلی، دا رین از پورنگ ڈاؤن، بٹ یو ہیو ناٹ اوپن یور امبریلا۔ سر جیمز سمائلڈ ایٹ ہز اون ایبسنٹ مائنڈڈنس اینڈ اوپنڈ ہز امبریلا۔</w:t>
      </w:r>
    </w:p>
    <w:p>
      <w:r>
        <w:rPr>
          <w:b/>
        </w:rPr>
        <w:t xml:space="preserve">[15:54] </w:t>
      </w:r>
      <w:r>
        <w:t>secondly, i continued, "i would like to know that a man of universal fame such as yourself is doing that is going to pray in church." Sir James paused for a while, then looking at me, he said,</w:t>
      </w:r>
    </w:p>
    <w:p>
      <w:pPr>
        <w:jc w:val="right"/>
      </w:pPr>
      <w:r>
        <w:t>سیکنڈلی، آئی کنٹینیوڈ، "آئی وڈ لائک ٹو نو دیٹ ا مین اف یونیورسل فیم سچ ایز یور سیلف از ڈوئنگ دیٹ از گوئنگ ٹو پری ان چرچ۔" سر جیمز پازڈ فار ا وائل، دین لوکنگ ایٹ می، ہی سیڈ،</w:t>
      </w:r>
    </w:p>
    <w:p>
      <w:r>
        <w:rPr>
          <w:b/>
        </w:rPr>
        <w:t xml:space="preserve">[16:11] </w:t>
      </w:r>
      <w:r>
        <w:t>"come and have tea with me this evening." so i went along to his house that afternoon. at exactly four o clock, lady Jeans appeared.</w:t>
      </w:r>
    </w:p>
    <w:p>
      <w:pPr>
        <w:jc w:val="right"/>
      </w:pPr>
      <w:r>
        <w:t>"کم اینڈ ہیو ٹی ود می دس ایوننگ۔" سو آئی وینٹ الونگ ٹو ہز ہاؤس دیٹ افٹرنون۔ ایٹ ایگزیکٹلی فور او کلاک، لیڈی جیمز اپیئرڈ۔</w:t>
      </w:r>
    </w:p>
    <w:p>
      <w:r>
        <w:rPr>
          <w:b/>
        </w:rPr>
        <w:t xml:space="preserve">[16:24] </w:t>
      </w:r>
      <w:r>
        <w:t>"Sir James is waiting for you," she said. i went inside where tea was ready on the table. Sir James was lost in thought.</w:t>
      </w:r>
    </w:p>
    <w:p>
      <w:pPr>
        <w:jc w:val="right"/>
      </w:pPr>
      <w:r>
        <w:t>"سر جیمز از ویٹنگ فار یو،" شی سیڈ۔ آئی وینٹ انسائیڈ ویر ٹی واز ریڈی ان دا ٹیبل۔ سر جیمز واز لاسٹ ان تھاٹ۔</w:t>
      </w:r>
    </w:p>
    <w:p>
      <w:r>
        <w:rPr>
          <w:b/>
        </w:rPr>
        <w:t xml:space="preserve">[16:34] </w:t>
      </w:r>
      <w:r>
        <w:t>"what was your question again?" he asked. and without waiting for an answer, he went off into an inspiring description of the creation of the celestial bodies and the astonishing order to which they adhere, the incredible distances over which they travel and the unfailing regularity which they maintain,</w:t>
      </w:r>
    </w:p>
    <w:p>
      <w:pPr>
        <w:jc w:val="right"/>
      </w:pPr>
      <w:r>
        <w:t>"واٹ واز یور کوئسچن اگین؟" ہی اسکڈ۔ اینڈ وداؤٹ ویٹنگ فار این انسر، ہی وینٹ اف انٹو این انسپائرنگ ڈسکرپشن اف دی کریشن اف دی سیلیسٹیئل باڈیز اینڈ دی اسٹونشنگ آرڈر ٹو وچ دے ایڈھیئر، دی انکریڈیبل ڈسٹنسز اوور وچ دے ٹریول اینڈ دی ان فیلنگ ریگولیرٹی وچ دے مینٹین،</w:t>
      </w:r>
    </w:p>
    <w:p>
      <w:r>
        <w:rPr>
          <w:b/>
        </w:rPr>
        <w:t xml:space="preserve">[16:56] </w:t>
      </w:r>
      <w:r>
        <w:t>their intricate journeys through space in their orbits, their mutual attraction and their never wavering from the path chosen for them, no matter how complicated it might be.</w:t>
      </w:r>
    </w:p>
    <w:p>
      <w:pPr>
        <w:jc w:val="right"/>
      </w:pPr>
      <w:r>
        <w:t>دیر انٹریکیٹ جرنیز تھرو سپیس ان دیر اربٹس، دیر میوچول اٹریکشن اینڈ دیر نیور ویورنگ فرام دی پاتھ چوزن فار دیم، نو میٹر ہاؤ کمپلیکیٹڈ اٹ مائٹ بی۔</w:t>
      </w:r>
    </w:p>
    <w:p>
      <w:r>
        <w:rPr>
          <w:b/>
        </w:rPr>
        <w:t xml:space="preserve">[17:09] </w:t>
      </w:r>
      <w:r>
        <w:t>his vivid account of the power and majesty of God made my heart begin to tremble. as for him, the hair on his head was standing up straight.</w:t>
      </w:r>
    </w:p>
    <w:p>
      <w:pPr>
        <w:jc w:val="right"/>
      </w:pPr>
      <w:r>
        <w:t>ہز ویوڈ اکاؤنٹ اف دی پاور اینڈ میجسٹی اف گاڈ میڈ مائی ہارٹ بیگن ٹو ٹریبل۔ ایز فار ہم، دا ہیئر ان ہز ہیڈ واز سٹینڈنگ اپ سٹریٹ۔</w:t>
      </w:r>
    </w:p>
    <w:p>
      <w:r>
        <w:rPr>
          <w:b/>
        </w:rPr>
        <w:t xml:space="preserve">[17:22] </w:t>
      </w:r>
      <w:r>
        <w:t>His eyes was shining with a and wonder. Capitation at the thought of God's all knowing and all powerful nature made his hands tremble and his voice falter.</w:t>
      </w:r>
    </w:p>
    <w:p>
      <w:pPr>
        <w:jc w:val="right"/>
      </w:pPr>
      <w:r>
        <w:t>ہز ائیز واز شائننگ ود اے اینڈ ونڈر۔ کیپیٹیشن ایٹ دی تھاٹ اف گاڈز ال نوئنگ اینڈ ال پاور فل نیچر میڈ ہز ہینڈز ٹریبل اینڈ ہز وائس فالٹر۔</w:t>
      </w:r>
    </w:p>
    <w:p>
      <w:r>
        <w:rPr>
          <w:b/>
        </w:rPr>
        <w:t xml:space="preserve">[17:34] </w:t>
      </w:r>
      <w:r>
        <w:t>"You know, Inayatullah Khan," he said, "when I behold God's marvelous feats of creation, my whole being trembles in awe and His majesty.</w:t>
      </w:r>
    </w:p>
    <w:p>
      <w:pPr>
        <w:jc w:val="right"/>
      </w:pPr>
      <w:r>
        <w:t>"یو نو، عنایت اللہ خان،" ہی سیڈ، "وین آئی بیہولڈ گاڈز مارولیس فیٹس اف کریشن، مائی ہول بینگ ٹریبلز ان اے اینڈ ہز میجسٹی۔</w:t>
      </w:r>
    </w:p>
    <w:p>
      <w:r>
        <w:rPr>
          <w:b/>
        </w:rPr>
        <w:t xml:space="preserve">[17:45] </w:t>
      </w:r>
      <w:r>
        <w:t>wen i go to church, i bow my head and say, 'lord, how great you</w:t>
      </w:r>
    </w:p>
    <w:p>
      <w:pPr>
        <w:jc w:val="right"/>
      </w:pPr>
      <w:r>
        <w:t>وین آئی گو ٹو چرچ، آئی بو مائی ہیڈ اینڈ سے، 'لارڈ، ہاؤ گریٹ یو</w:t>
      </w:r>
    </w:p>
    <w:p>
      <w:r>
        <w:rPr>
          <w:b/>
        </w:rPr>
        <w:t xml:space="preserve">[17:51] </w:t>
      </w:r>
      <w:r>
        <w:t>are', and not only my lips, but every particle of my body joins in uttering these words. i obtain incredible peace and joy from my prayer.</w:t>
      </w:r>
    </w:p>
    <w:p>
      <w:pPr>
        <w:jc w:val="right"/>
      </w:pPr>
      <w:r>
        <w:t>آر'، اینڈ ناٹ اونلی مائی لپس، بٹ ایوری پارٹیکل اف مائی باڈی جوائنز ان اٹرنگ دیز ورڈز۔ آئی ابٹین انکریڈیبل پیس اینڈ جوائے فرام مائی پریر۔</w:t>
      </w:r>
    </w:p>
    <w:p>
      <w:r>
        <w:rPr>
          <w:b/>
        </w:rPr>
        <w:t xml:space="preserve">[18:03] </w:t>
      </w:r>
      <w:r>
        <w:t>compared to others, i receive a thousand times more fulfillment from my prayer. so tell me, anayatullah khan, now do you understand why i go to church?' sir james jeans' words left anayatullah mashriqi's mind spinning.</w:t>
      </w:r>
    </w:p>
    <w:p>
      <w:pPr>
        <w:jc w:val="right"/>
      </w:pPr>
      <w:r>
        <w:t>کمپیر ٹو ادر، آئی ریسیو اے تھاؤزنڈ ٹائمز مور فلفلمنٹ فرام مائی پریر۔ سو ٹیل می، عنایت اللہ خان، ناؤ ڈو یو انڈرسٹینڈ وائی آئی گو ٹو چرچ؟" سر جیمز جینز ورڈز لیفٹ عنایت اللہ مشرقیز مائنڈ سپننگ۔</w:t>
      </w:r>
    </w:p>
    <w:p>
      <w:r>
        <w:rPr>
          <w:b/>
        </w:rPr>
        <w:t xml:space="preserve">[18:21] </w:t>
      </w:r>
      <w:r>
        <w:t>"sir," he said, "your inspiring words have made a deep impression on me. i am reminded of a verse of the quran which if i may be allowed, i should like to quote." "of course," sir james replied.</w:t>
      </w:r>
    </w:p>
    <w:p>
      <w:pPr>
        <w:jc w:val="right"/>
      </w:pPr>
      <w:r>
        <w:t>"سر،" ہی سیڈ، "یور انسپائرنگ ورڈز ہیو میڈ اے ڈیپ امپریشن ان می۔ آئی ایم ریمائنڈڈ اف اے ورس اف دی قرآن وچ اف آئی می بی الاؤڈ، آئی شوڈ لائک ٹو کوٹ۔" "اف کورس،" سر جیمز ریپلائیڈ۔</w:t>
      </w:r>
    </w:p>
    <w:p>
      <w:r>
        <w:rPr>
          <w:b/>
        </w:rPr>
        <w:t xml:space="preserve">[18:36] </w:t>
      </w:r>
      <w:r>
        <w:t>Inayatullah Khan recited this verse.</w:t>
      </w:r>
    </w:p>
    <w:p>
      <w:pPr>
        <w:jc w:val="right"/>
      </w:pPr>
      <w:r>
        <w:t>عنایت اللہ خان دین ریسائیٹڈ دس ورس۔</w:t>
      </w:r>
    </w:p>
    <w:p>
      <w:r>
        <w:rPr>
          <w:b/>
        </w:rPr>
        <w:t xml:space="preserve">[18:40] </w:t>
      </w:r>
      <w:r>
        <w:t>This is chapter 35, verse number 27 to 28.</w:t>
      </w:r>
    </w:p>
    <w:p>
      <w:pPr>
        <w:jc w:val="right"/>
      </w:pPr>
      <w:r>
        <w:t>دس از چیپٹر 35، ورس نمبر 27 ٹو 28۔</w:t>
      </w:r>
    </w:p>
    <w:p>
      <w:r>
        <w:rPr>
          <w:b/>
        </w:rPr>
        <w:t xml:space="preserve">[18:45] </w:t>
      </w:r>
      <w:r>
        <w:t>"In the mountains, there are streaks of various shades of red and white."</w:t>
      </w:r>
    </w:p>
    <w:p>
      <w:pPr>
        <w:jc w:val="right"/>
      </w:pPr>
      <w:r>
        <w:t>"ان دی ماؤنٹینز، دیر آر سٹریکس اف ویریس شیڈز اف ریڈ اینڈ وائٹ۔"</w:t>
      </w:r>
    </w:p>
    <w:p>
      <w:r>
        <w:rPr>
          <w:b/>
        </w:rPr>
        <w:t xml:space="preserve">[18:51] </w:t>
      </w:r>
      <w:r>
        <w:t>dekhein, quran ka jo wording hai, woh yeh hai ke "wamaral jibalu jududun baydun muh talifun alwanun wa gharabiyun</w:t>
      </w:r>
    </w:p>
    <w:p>
      <w:pPr>
        <w:jc w:val="right"/>
      </w:pPr>
      <w:r>
        <w:t>دیکھیں، قرآن کا جو ورڈنگ ہے، وہ یہ ہے کہ "ومرل جبال جودد بیضن حمر مختلف الوان وغرابی</w:t>
      </w:r>
    </w:p>
    <w:p>
      <w:r>
        <w:rPr>
          <w:b/>
        </w:rPr>
        <w:t xml:space="preserve">[19:00] </w:t>
      </w:r>
      <w:r>
        <w:t>wa sawadun innama yakhshullah min ibadihil ulamaa."</w:t>
      </w:r>
    </w:p>
    <w:p>
      <w:pPr>
        <w:jc w:val="right"/>
      </w:pPr>
      <w:r>
        <w:t>وسود انما یخش اللہ من عبادہ العلماء۔"</w:t>
      </w:r>
    </w:p>
    <w:p>
      <w:r>
        <w:rPr>
          <w:b/>
        </w:rPr>
        <w:t xml:space="preserve">[19:07] </w:t>
      </w:r>
      <w:r>
        <w:t>ab aap translate parhiye is ko.</w:t>
      </w:r>
    </w:p>
    <w:p>
      <w:pPr>
        <w:jc w:val="right"/>
      </w:pPr>
      <w:r>
        <w:t>اب آپ ٹرانسلیٹ پڑھیے اس کو۔</w:t>
      </w:r>
    </w:p>
    <w:p>
      <w:r>
        <w:rPr>
          <w:b/>
        </w:rPr>
        <w:t xml:space="preserve">[19:10] </w:t>
      </w:r>
      <w:r>
        <w:t>"in the mountains, there are streaks of various shades of red and white and jet black rocks. man, beasts and cattle have their different colors too.</w:t>
      </w:r>
    </w:p>
    <w:p>
      <w:pPr>
        <w:jc w:val="right"/>
      </w:pPr>
      <w:r>
        <w:t>"ان دی ماؤنٹینز، دیر آر سٹریکس اف ویریس شیڈز اف ریڈ اینڈ وائٹ اینڈ جیٹ بلیک راکس۔ مین، بیس اینڈ کیٹل ہیو دیر ڈفرنٹ کلرز ٹو۔</w:t>
      </w:r>
    </w:p>
    <w:p>
      <w:r>
        <w:rPr>
          <w:b/>
        </w:rPr>
        <w:t xml:space="preserve">[19:23] </w:t>
      </w:r>
      <w:r>
        <w:t>from among his servants, it is the learned who fear god." "what was that?" exclaimed sir james.</w:t>
      </w:r>
    </w:p>
    <w:p>
      <w:pPr>
        <w:jc w:val="right"/>
      </w:pPr>
      <w:r>
        <w:t>فرام امنگ ہز سرونٹس، اٹ از دی لرنڈ ہو فیئر گاڈ۔" "واٹ واز دیٹ؟" ایکسکلیمڈ سر جیمز۔</w:t>
      </w:r>
    </w:p>
    <w:p>
      <w:r>
        <w:rPr>
          <w:b/>
        </w:rPr>
        <w:t xml:space="preserve">[19:31] </w:t>
      </w:r>
      <w:r>
        <w:t>"it is those alone who have knowledge who fear god." "wonder</w:t>
      </w:r>
    </w:p>
    <w:p>
      <w:pPr>
        <w:jc w:val="right"/>
      </w:pPr>
      <w:r>
        <w:t>"اٹ از دوز الون ہو ہیو نالج ہو فیئر گاڈ۔" "ونڈ</w:t>
      </w:r>
    </w:p>
    <w:p>
      <w:r>
        <w:rPr>
          <w:b/>
        </w:rPr>
        <w:t xml:space="preserve">[19:37] </w:t>
      </w:r>
      <w:r>
        <w:t>ful! how extraordinary! it has taken me fifty years of continual study and observation to realize this fact." "who taught it to muhammad?</w:t>
      </w:r>
    </w:p>
    <w:p>
      <w:pPr>
        <w:jc w:val="right"/>
      </w:pPr>
      <w:r>
        <w:t>رفل! ہاؤ ایکسٹرا ارڈینری! اٹ ہیز ٹیکن می ففٹی ایئرز اف کنٹینیول سٹڈی اینڈ ابزرویشن ٹو ریلائز دس فیکٹ۔" "ہو ٹاٹ اٹ ٹو محمد؟</w:t>
      </w:r>
    </w:p>
    <w:p>
      <w:r>
        <w:rPr>
          <w:b/>
        </w:rPr>
        <w:t xml:space="preserve">[19:48] </w:t>
      </w:r>
      <w:r>
        <w:t>is this really in the quran? if so, you can record my testimony that the quran that the quran is an inspired book." "muhammad was illiterate.</w:t>
      </w:r>
    </w:p>
    <w:p>
      <w:pPr>
        <w:jc w:val="right"/>
      </w:pPr>
      <w:r>
        <w:t>از دس ریلی ان دی قرآن؟ اف سو، یو کین ریکارڈ مائی ٹیسٹیمونی دیٹ دی قرآن دیٹ دی قرآن از این انسپائرڈ بک۔" "محمد واز الٹریٹ۔</w:t>
      </w:r>
    </w:p>
    <w:p>
      <w:r>
        <w:rPr>
          <w:b/>
        </w:rPr>
        <w:t xml:space="preserve">[20:00] </w:t>
      </w:r>
      <w:r>
        <w:t>he could not have learned this immensely important fact in his own. god must have taught it to him. incredible!</w:t>
      </w:r>
    </w:p>
    <w:p>
      <w:pPr>
        <w:jc w:val="right"/>
      </w:pPr>
      <w:r>
        <w:t>ہی کڈ ناٹ ہیو لرن دس ایمنسلی امپورٹنٹ فیکٹ ان ہز اون۔ گاڈ مسٹ ہیو ٹاٹ اٹ ٹو ہم۔ انکریڈیبل!</w:t>
      </w:r>
    </w:p>
    <w:p>
      <w:r>
        <w:rPr>
          <w:b/>
        </w:rPr>
        <w:t xml:space="preserve">[20:08] </w:t>
      </w:r>
      <w:r>
        <w:t>how extra ar</w:t>
      </w:r>
    </w:p>
    <w:p>
      <w:pPr>
        <w:jc w:val="right"/>
      </w:pPr>
      <w:r>
        <w:t>ہاؤ ایکسٹرا ار</w:t>
      </w:r>
    </w:p>
    <w:p>
      <w:r>
        <w:rPr>
          <w:b/>
        </w:rPr>
        <w:t xml:space="preserve">[20:09] </w:t>
      </w:r>
      <w:r>
        <w:t>dinary!" yeh hai yeh meri kitab hai "God Arose". is mein jo bahut sari informations hain, is mein se ek baat yeh thi.</w:t>
      </w:r>
    </w:p>
    <w:p>
      <w:pPr>
        <w:jc w:val="right"/>
      </w:pPr>
      <w:r>
        <w:t>ڈینری!" یہ ہے یہ میری کتاب ہے "گاڈ ارائزڈ"۔ اس میں جو بہت ساری انفارمیشنز ہیں، اس میں سے ایک بات یہ تھی۔</w:t>
      </w:r>
    </w:p>
    <w:p>
      <w:r>
        <w:rPr>
          <w:b/>
        </w:rPr>
        <w:t xml:space="preserve">[20:22] </w:t>
      </w:r>
      <w:r>
        <w:t>to yeh is mein ek bahut bari baat aap dekh sakte hain ke ilm pe barhne se Quran ke conviction mein Quran ka per conviction barhna,</w:t>
      </w:r>
    </w:p>
    <w:p>
      <w:pPr>
        <w:jc w:val="right"/>
      </w:pPr>
      <w:r>
        <w:t>تو یہ اس میں ایک بہت بڑی بات آپ دیکھ سکتے ہیں کہ علم پہ بڑھنے سے قرآن کے کنوکشن میں قرآن کا پر کنوکشن بڑھنا،</w:t>
      </w:r>
    </w:p>
    <w:p>
      <w:r>
        <w:rPr>
          <w:b/>
        </w:rPr>
        <w:t xml:space="preserve">[20:38] </w:t>
      </w:r>
      <w:r>
        <w:t>yani ilm ke barhne se Quran par conviction barhna, ilm ke izafe se Quran par iman barhna, yeh kitni bari baat hai.</w:t>
      </w:r>
    </w:p>
    <w:p>
      <w:pPr>
        <w:jc w:val="right"/>
      </w:pPr>
      <w:r>
        <w:t>یعنی علم کے بڑھنے سے قرآن پر کنوکشن بڑھنا، علم کے اضافے سے قرآن پر ایمان بڑھنا، یہ کتنی بڑی بات ہے۔</w:t>
      </w:r>
    </w:p>
    <w:p>
      <w:r>
        <w:rPr>
          <w:b/>
        </w:rPr>
        <w:t xml:space="preserve">[20:49] </w:t>
      </w:r>
      <w:r>
        <w:t>duniya ki jitni bhi kitaben hain, pehle zamane ki hain, pehle zamane ki, to jab ilm barha, woh sari kitabon se logon ka yaqin hat gaya.</w:t>
      </w:r>
    </w:p>
    <w:p>
      <w:pPr>
        <w:jc w:val="right"/>
      </w:pPr>
      <w:r>
        <w:t>دنیا کی جتنی بھی کتابیں ہیں، پہلے زمانے کی ہیں، پہلے زمانے کی، تو جب علم بڑھا، وہ ساری کتابوں سے لوگوں کا یقین ہٹ گیا۔</w:t>
      </w:r>
    </w:p>
    <w:p>
      <w:r>
        <w:rPr>
          <w:b/>
        </w:rPr>
        <w:t xml:space="preserve">[21:02] </w:t>
      </w:r>
      <w:r>
        <w:t>koi bhi kitab aisi nahi hai, ab pechli kitabon mein se jo as a better belief to log mante hain us ko, lekin is tarah nahi mante ke ilm ki kasrat pura utar chuka hai, to us ko scientific book ke taur par mante hon.</w:t>
      </w:r>
    </w:p>
    <w:p>
      <w:pPr>
        <w:jc w:val="right"/>
      </w:pPr>
      <w:r>
        <w:t>کوئی بھی کتاب ایسی نہیں ہے، اب پچھلی کتابوں میں سے جو ایز اے بیٹر بیلیف تو لوگ مانتے ہیں اس کو، لیکن اس طرح نہیں مانتے کہ علم کی کثرت پورا اتر چکا ہے، تو اس کو سائنٹیفک بک کے طور پر مانتے ہوں۔</w:t>
      </w:r>
    </w:p>
    <w:p>
      <w:r>
        <w:rPr>
          <w:b/>
        </w:rPr>
        <w:t xml:space="preserve">[21:15] </w:t>
      </w:r>
      <w:r>
        <w:t>woh to ek exception hai Quran ke sath ke jitna zyada ilm barhta hai, utna zyada conviction barhta hai Quran ke sachai par.</w:t>
      </w:r>
    </w:p>
    <w:p>
      <w:pPr>
        <w:jc w:val="right"/>
      </w:pPr>
      <w:r>
        <w:t>وہ تو ایک ایکسیپشن ہے قرآن کے ساتھ کہ جتنا زیادہ علم بڑھتا ہے، اتنا زیادہ کنوکشن بڑھتا ہے قرآن کے سچائی پر۔</w:t>
      </w:r>
    </w:p>
    <w:p>
      <w:r>
        <w:rPr>
          <w:b/>
        </w:rPr>
        <w:t xml:space="preserve">[21:27] </w:t>
      </w:r>
      <w:r>
        <w:t>yeh kitni bari baat hai.</w:t>
      </w:r>
    </w:p>
    <w:p>
      <w:pPr>
        <w:jc w:val="right"/>
      </w:pPr>
      <w:r>
        <w:t>یہ کتنی بڑی بات ہے۔</w:t>
      </w:r>
    </w:p>
    <w:p>
      <w:r>
        <w:rPr>
          <w:b/>
        </w:rPr>
        <w:t xml:space="preserve">[21:28] </w:t>
      </w:r>
      <w:r>
        <w:t>kya is ke baad bhi koi proof chahiye yeh manne ke liye? Quran book of God hai.</w:t>
      </w:r>
    </w:p>
    <w:p>
      <w:pPr>
        <w:jc w:val="right"/>
      </w:pPr>
      <w:r>
        <w:t>کیا اس کے بعد بھی کوئی پروف چاہیے یہ ماننے کے لیے؟ قرآن بک اف گاڈ ہے۔</w:t>
      </w:r>
    </w:p>
    <w:p>
      <w:r>
        <w:rPr>
          <w:b/>
        </w:rPr>
        <w:t xml:space="preserve">[21:36] </w:t>
      </w:r>
      <w:r>
        <w:t>main nahi samajhta ke koi bhi sincere aadmi is mein doubt kar sakta ho. yahi yeh baat apne aap mein is baat ka proof hai ke quran book of god hai ke ilm ke jitna barhe to quran ki sachai aur bhi khulti chali jaye, aur bhi khulti chali jaye.</w:t>
      </w:r>
    </w:p>
    <w:p>
      <w:pPr>
        <w:jc w:val="right"/>
      </w:pPr>
      <w:r>
        <w:t>میں نہیں سمجھتا کہ کوئی بھی سنسیئر آدمی اس میں ڈاؤٹ کر سکتا ہو۔ یہی یہ بات اپنے آپ میں اس بات کا پروف ہے کہ قرآن بک اف گاڈ ہے کہ علم کے جتنا بڑھے تو قرآن کی سچائی اور بھی کھلتی چلی جائے، اور بھی کھلتی چلی جائے۔</w:t>
      </w:r>
    </w:p>
    <w:p>
      <w:r>
        <w:rPr>
          <w:b/>
        </w:rPr>
        <w:t xml:space="preserve">[21:57] </w:t>
      </w:r>
      <w:r>
        <w:t>to siwaye khuda ke, kaun aisi book de sakta tha jis mein jis mein yeh quality pai jaye? ab main aap ko kuch aur misalen dena chahunga.</w:t>
      </w:r>
    </w:p>
    <w:p>
      <w:pPr>
        <w:jc w:val="right"/>
      </w:pPr>
      <w:r>
        <w:t>تو سوائے خدا کے، کون ایسی بک دے سکتا تھا جس میں جس میں یہ کوالٹی پائی جائے؟ اب میں آپ کو کچھ اور مثالیں دینا چاہوں گا۔</w:t>
      </w:r>
    </w:p>
    <w:p>
      <w:r>
        <w:rPr>
          <w:b/>
        </w:rPr>
        <w:t xml:space="preserve">[22:17] </w:t>
      </w:r>
      <w:r>
        <w:t>dekhen, Quran jaisa ke aap jante hain, utra. haan, yeh baat main yahan arz kar doon ke Quran jo hai, main yeh nahi manta ke Quran koi afzal kitab hai.</w:t>
      </w:r>
    </w:p>
    <w:p>
      <w:pPr>
        <w:jc w:val="right"/>
      </w:pPr>
      <w:r>
        <w:t>دیکھیں، قرآن جیسا کہ آپ جانتے ہیں، اترا۔ ہاں، یہ بات میں یہاں عرض کر دوں کہ قرآن جو ہے، میں یہ نہیں مانتا کہ قرآن کوئی افضل کتاب ہے۔</w:t>
      </w:r>
    </w:p>
    <w:p>
      <w:r>
        <w:rPr>
          <w:b/>
        </w:rPr>
        <w:t xml:space="preserve">[22:30] </w:t>
      </w:r>
      <w:r>
        <w:t>Quran mehfooz kitaab hai, yaani preserved kitaab hai. Jitne bhi paighambar aaye, sab Khuda hi ki kitaab laaye.</w:t>
      </w:r>
    </w:p>
    <w:p>
      <w:pPr>
        <w:jc w:val="right"/>
      </w:pPr>
      <w:r>
        <w:t>قرآن محفوظ کتاب ہے، یعنی پریزروڈ کتاب ہے۔ جتنے بھی پیغمبر آئے، سب خدا ہی کی کتاب لائے۔</w:t>
      </w:r>
    </w:p>
    <w:p>
      <w:r>
        <w:rPr>
          <w:b/>
        </w:rPr>
        <w:t xml:space="preserve">[22:41] </w:t>
      </w:r>
      <w:r>
        <w:t>Quran jaisi kitaab bhi woh bhi laaye, lekin un ki kitaabein preserve nahin raheen. To mera yeh kehna nahin hai ke Quran koi afzal kitaab hai.</w:t>
      </w:r>
    </w:p>
    <w:p>
      <w:pPr>
        <w:jc w:val="right"/>
      </w:pPr>
      <w:r>
        <w:t>قرآن جیسی کتاب بھی وہ بھی لائے، لیکن ان کی کتابیں پریزرو نہیں رہیں۔ تو میرا یہ کہنا نہیں ہے کہ قرآن کوئی افضل کتاب ہے۔</w:t>
      </w:r>
    </w:p>
    <w:p>
      <w:r>
        <w:rPr>
          <w:b/>
        </w:rPr>
        <w:t xml:space="preserve">[22:52] </w:t>
      </w:r>
      <w:r>
        <w:t>saari kitaabein hi afzal theen jo jo paighambaron ke upar utreen. sirf yeh ek baat hai ke Quran ek preserve book hai, mehfooz kitaab hai.</w:t>
      </w:r>
    </w:p>
    <w:p>
      <w:pPr>
        <w:jc w:val="right"/>
      </w:pPr>
      <w:r>
        <w:t>ساری کتابیں ہی افضل تھیں جو جو پیغمبروں کے اوپر اتریں۔ صرف یہ ایک بات ہے کہ قرآن ایک پریزرو بک ہے، محفوظ کتاب ہے۔</w:t>
      </w:r>
    </w:p>
    <w:p>
      <w:r>
        <w:rPr>
          <w:b/>
        </w:rPr>
        <w:t xml:space="preserve">[23:02] </w:t>
      </w:r>
      <w:r>
        <w:t>pichhli kitaabein agar mehfooz hoteen to un mein bhi yeh sifat hoti, kyunke yeh baatein aaj bhi prove hoti chali jaati hain. un ki koi baat discard na hoti.</w:t>
      </w:r>
    </w:p>
    <w:p>
      <w:pPr>
        <w:jc w:val="right"/>
      </w:pPr>
      <w:r>
        <w:t>پچھلی کتابیں اگر محفوظ ہوتیں تو ان میں بھی یہ صفت ہوتی، کیونکہ یہ باتیں آج بھی پروف ہوتی چلی جاتی ہیں۔ ان کی کوئی بات ڈسکارڈ نہ ہوتی۔</w:t>
      </w:r>
    </w:p>
    <w:p>
      <w:r>
        <w:rPr>
          <w:b/>
        </w:rPr>
        <w:t xml:space="preserve">[23:13] </w:t>
      </w:r>
      <w:r>
        <w:t>to chunke pichhli kitaabein preserve nahin reh sakeen, to is wajah se woh hamare liye, yaani ek tareekhi tareekhi kitaab ban gaein.</w:t>
      </w:r>
    </w:p>
    <w:p>
      <w:pPr>
        <w:jc w:val="right"/>
      </w:pPr>
      <w:r>
        <w:t>تو چونکہ پچھلی کتابیں پریزرو نہیں رہ سکیں، تو اس وجہ سے وہ ہمارے لیے، یعنی ایک تاریخی تاریخی کتاب بن گئیں۔</w:t>
      </w:r>
    </w:p>
    <w:p>
      <w:r>
        <w:rPr>
          <w:b/>
        </w:rPr>
        <w:t xml:space="preserve">[23:25] </w:t>
      </w:r>
      <w:r>
        <w:t>woh lekin Quran jo hai, us ki language, us ka text dono poori tarah mehfooz hai, poori tarah preserve hai. us ki language bhi wahi qawi hai jo pehle thi, aur us ka text bhi wahi qawi hai jo pehle kitaab.</w:t>
      </w:r>
    </w:p>
    <w:p>
      <w:pPr>
        <w:jc w:val="right"/>
      </w:pPr>
      <w:r>
        <w:t>وہ لیکن قرآن جو ہے، اس کی لینگویج، اس کا ٹیکسٹ دونوں پوری طرح محفوظ ہے، پوری طرح پریزرو ہے۔ اس کی لینگویج بھی وہی قوی ہے جو پہلے تھی، اور اس کا ٹیکسٹ بھی وہی قوی ہے جو پہلے کتاب۔</w:t>
      </w:r>
    </w:p>
    <w:p>
      <w:r>
        <w:rPr>
          <w:b/>
        </w:rPr>
        <w:t xml:space="preserve">[23:40] </w:t>
      </w:r>
      <w:r>
        <w:t>is sense mein main kehta hoon, Quran ko pesh karta hoon. Main to kaha ke Quran pichhli tamam kitabon ka hi ek agla edition hai, ek mehfooz edition.</w:t>
      </w:r>
    </w:p>
    <w:p>
      <w:pPr>
        <w:jc w:val="right"/>
      </w:pPr>
      <w:r>
        <w:t>اس سینس میں میں کہتا ہوں، قرآن کو پیش کرتا ہوں۔ میں تو کہا کہ قرآن پچھلی تمام کتابوں کا کا ہی ایک اگلا ایڈیشن ہے، ایک محفوظ ایڈیشن۔</w:t>
      </w:r>
    </w:p>
    <w:p>
      <w:r>
        <w:rPr>
          <w:b/>
        </w:rPr>
        <w:t xml:space="preserve">[23:54] </w:t>
      </w:r>
      <w:r>
        <w:t>to main yeh keh raha tha</w:t>
      </w:r>
    </w:p>
    <w:p>
      <w:pPr>
        <w:jc w:val="right"/>
      </w:pPr>
      <w:r>
        <w:t>تو میں یہ کہہ رہا تھا</w:t>
      </w:r>
    </w:p>
    <w:p>
      <w:r>
        <w:rPr>
          <w:b/>
        </w:rPr>
        <w:t xml:space="preserve">[23:58] </w:t>
      </w:r>
      <w:r>
        <w:t>ke Quran utra seventh century ke first quarter mein. Jaisa ke aap jaante hain, koi akhathe, yaani is tareeqe se nahin hota, jaise ke jaise ke ek book hua karti hai, is tarah se.</w:t>
      </w:r>
    </w:p>
    <w:p>
      <w:pPr>
        <w:jc w:val="right"/>
      </w:pPr>
      <w:r>
        <w:t>کہ قرآن اترا سیون سینچری کے فرسٹ کوارٹر میں۔ جیسا کہ آپ جانتے ہیں، کوئی اکٹھے، یعنی اس طریقے سے نہیں ہوتا، جیسے کہ جیسے کہ ایک بک ہوا کرتی ہے، اس طرح سے۔</w:t>
      </w:r>
    </w:p>
    <w:p>
      <w:r>
        <w:rPr>
          <w:b/>
        </w:rPr>
        <w:t xml:space="preserve">[24:13] </w:t>
      </w:r>
      <w:r>
        <w:t>balkeh woh jo kehte hain ke najman najman utra, yaani aakhir, yaani periodical ki periodical book tha, goya ke woh thoda thoda utarta raha, yahan tak ke woh compile kar ke ek book banai gayi.</w:t>
      </w:r>
    </w:p>
    <w:p>
      <w:pPr>
        <w:jc w:val="right"/>
      </w:pPr>
      <w:r>
        <w:t>بلکہ وہ جو کہتے ہیں کہ نجمن نجمن اترا، یعنی آخر، یعنی پیریڈیکل کی پیریڈیکل بک تھا، گویا کہ وہ تھوڑا تھوڑا اترتا رہا، یہاں تک کہ وہ کمپائل کر کے ایک بک بنائی گئی۔</w:t>
      </w:r>
    </w:p>
    <w:p>
      <w:r>
        <w:rPr>
          <w:b/>
        </w:rPr>
        <w:t xml:space="preserve">[24:28] </w:t>
      </w:r>
      <w:r>
        <w:t>to aaj ka quran jo hai, woh compilation hai. to yeh kitaab utri seven century ke first quarter mein.</w:t>
      </w:r>
    </w:p>
    <w:p>
      <w:pPr>
        <w:jc w:val="right"/>
      </w:pPr>
      <w:r>
        <w:t>تو آج کا قرآن جو ہے، وہ کمپائلیشن ہے۔ تو یہ کتاب اتری سیون سینچری کے فرسٹ کوارٹر میں۔</w:t>
      </w:r>
    </w:p>
    <w:p>
      <w:r>
        <w:rPr>
          <w:b/>
        </w:rPr>
        <w:t xml:space="preserve">[24:41] </w:t>
      </w:r>
      <w:r>
        <w:t>us waqt kya position thi? us waqt yeh thi ke astronomy ke nahin wajood mein aayi thi. tab tab astrology hua karti thi.</w:t>
      </w:r>
    </w:p>
    <w:p>
      <w:pPr>
        <w:jc w:val="right"/>
      </w:pPr>
      <w:r>
        <w:t>اس وقت کیا پوزیشن تھی؟ اس وقت یہ تھی کہ اسٹرانومی کے نہیں وجود میں آئی تھی۔ تب تب اسٹرالوجی ہوا کرتی تھی۔</w:t>
      </w:r>
    </w:p>
    <w:p>
      <w:r>
        <w:rPr>
          <w:b/>
        </w:rPr>
        <w:t xml:space="preserve">[24:51] </w:t>
      </w:r>
      <w:r>
        <w:t>astronomy ka word hi us waqt nahin tha duniya mein. astrology thi us waqt, aur astrology thi. saari ki saari superstition tha is mein, superstition aur kuch nahin.</w:t>
      </w:r>
    </w:p>
    <w:p>
      <w:pPr>
        <w:jc w:val="right"/>
      </w:pPr>
      <w:r>
        <w:t>اسٹرانومی کا ورڈ ہی اس وقت نہیں تھا دنیا میں۔ اسٹرالوجی تھی اس وقت، اور اسٹرالوجی تھی۔ ساری کی ساری سپریسیشن تھا اس میں، سپریسیشن اور کچھ نہیں۔</w:t>
      </w:r>
    </w:p>
    <w:p>
      <w:r>
        <w:rPr>
          <w:b/>
        </w:rPr>
        <w:t xml:space="preserve">[25:03] </w:t>
      </w:r>
      <w:r>
        <w:t>jaise is zamane ke log samajhte the ke aasman mein jo sitare hain, to woh koi lag bhag ten thousand hain. aap sochiye ke aaj to itne zyada sitare maloom ho chuke hain ke aap ginti nahin kar sakte.</w:t>
      </w:r>
    </w:p>
    <w:p>
      <w:pPr>
        <w:jc w:val="right"/>
      </w:pPr>
      <w:r>
        <w:t>جیسے اس زمانے کے لوگ سمجھتے تھے کہ آسمان میں جو ستارے ہیں، تو وہ کوئی لگ بھگ ٹین تھاؤزنڈ ہیں۔ آپ سوچیے کہ آج تو اتنے زیادہ ستارے معلوم ہو چکے ہیں کہ آپ گنتی نہیں کر سکتے۔</w:t>
      </w:r>
    </w:p>
    <w:p>
      <w:r>
        <w:rPr>
          <w:b/>
        </w:rPr>
        <w:t xml:space="preserve">[25:15] </w:t>
      </w:r>
      <w:r>
        <w:t>aap un ki ginti nahin ho sakti hai. to kitna kam ilm tha insaan ko us waqt ke ten thousand sitare maante the log, aur yeh bhi pata nahin tha un ko ke sitare bohat bade bade hain.</w:t>
      </w:r>
    </w:p>
    <w:p>
      <w:pPr>
        <w:jc w:val="right"/>
      </w:pPr>
      <w:r>
        <w:t>آپ ان کی گنتی نہیں ہو سکتی ہے۔ تو کتنا کم علم تھا انسان کو اس وقت کہ ٹین تھاؤزنڈ ستارے مانتے تھے لوگ، اور یہ بھی پتہ نہیں تھا ان کو کہ ستارے بہت بڑے بڑے ہیں۔</w:t>
      </w:r>
    </w:p>
    <w:p>
      <w:r>
        <w:rPr>
          <w:b/>
        </w:rPr>
        <w:t xml:space="preserve">[25:29] </w:t>
      </w:r>
      <w:r>
        <w:t>yahan tak ke samajhte the ke devta log jo hain, to devta log jo hain, un ka yaani un ki mehfil sajane ke liye yeh lamp jalaye jaate hain.</w:t>
      </w:r>
    </w:p>
    <w:p>
      <w:pPr>
        <w:jc w:val="right"/>
      </w:pPr>
      <w:r>
        <w:t>یہاں تک کہ سمجھتے تھے کہ دیوتا لوگ جو ہیں، تو دیوتا لوگ جو ہیں، ان کا یعنی ان کی محفل سجانے کے لیے یہ لیمپ جلائے جاتے ہیں۔</w:t>
      </w:r>
    </w:p>
    <w:p>
      <w:r>
        <w:rPr>
          <w:b/>
        </w:rPr>
        <w:t xml:space="preserve">[25:40] </w:t>
      </w:r>
      <w:r>
        <w:t>yaani sitaron ko lamp samajhte the, kyunke tab telescope nahin bani thi. tab insaan ne yaani jaana nahin tha.</w:t>
      </w:r>
    </w:p>
    <w:p>
      <w:pPr>
        <w:jc w:val="right"/>
      </w:pPr>
      <w:r>
        <w:t>یعنی ستاروں کو لیمپ سمجھتے تھے، کیونکہ تب ٹیلیسکوپ نہیں بنی تھی۔ تب انسان نے یعنی جانا نہیں تھا۔</w:t>
      </w:r>
    </w:p>
    <w:p>
      <w:r>
        <w:rPr>
          <w:b/>
        </w:rPr>
        <w:t xml:space="preserve">[25:49] </w:t>
      </w:r>
      <w:r>
        <w:t>is ko jo observation hua hai, ab is ka pata nahin tha insaan ko. aaj jo observatory mein jis tarah se dikhaya tha, to woh sab nahin tha us zamane mein.</w:t>
      </w:r>
    </w:p>
    <w:p>
      <w:pPr>
        <w:jc w:val="right"/>
      </w:pPr>
      <w:r>
        <w:t>اس کو جو ابزرویشن ہوا ہے، اب اس کا پتہ نہیں تھا انسان کو۔ آج جو ابزرویٹری میں جس طرح سے دکھایا تھا، تو وہ سب نہیں تھا اس زمانے میں۔</w:t>
      </w:r>
    </w:p>
    <w:p>
      <w:r>
        <w:rPr>
          <w:b/>
        </w:rPr>
        <w:t xml:space="preserve">[26:01] </w:t>
      </w:r>
      <w:r>
        <w:t>to bohat hi kam knowledge thi logon ko space ke bare mein, universe ke bare mein, star aur planets ke bare mein.</w:t>
      </w:r>
    </w:p>
    <w:p>
      <w:pPr>
        <w:jc w:val="right"/>
      </w:pPr>
      <w:r>
        <w:t>تو بہت ہی کم نالج تھی لوگوں کو سپیس کے بارے میں، یونیورس کے بارے میں، اسٹار اور پلینٹس کے بارے میں۔</w:t>
      </w:r>
    </w:p>
    <w:p>
      <w:r>
        <w:rPr>
          <w:b/>
        </w:rPr>
        <w:t xml:space="preserve">[26:10] </w:t>
      </w:r>
      <w:r>
        <w:t>bohat hi kam knowledge thi. isi liye aisi aisi baatein maan li theen un logon ne, jo aisi baatein maan li theen jo yaani jin ka sachai se koi ta'alluq nahin tha.</w:t>
      </w:r>
    </w:p>
    <w:p>
      <w:pPr>
        <w:jc w:val="right"/>
      </w:pPr>
      <w:r>
        <w:t>بہت ہی کم نالج تھی۔ اسی لیے ایسی ایسی باتیں مان لی تھیں ان لوگوں نے، جو ایسی باتیں مان لی تھیں جو یعنی جن کا سچائی سے کوئی تعلق نہیں تھا۔</w:t>
      </w:r>
    </w:p>
    <w:p>
      <w:r>
        <w:rPr>
          <w:b/>
        </w:rPr>
        <w:t xml:space="preserve">[26:28] </w:t>
      </w:r>
      <w:r>
        <w:t>to baad ke zamane mein, jaise ke jo log yeh maante the ke sitare jo hain, koi lamp hain jo raat ko jalaye jaate hain, to woh direct discard ho gaya.</w:t>
      </w:r>
    </w:p>
    <w:p>
      <w:pPr>
        <w:jc w:val="right"/>
      </w:pPr>
      <w:r>
        <w:t>تو بعد کے زمانے میں، جیسے کہ جو لوگ یہ مانتے تھے کہ ستارے جو ہیں، کوئی لیمپ ہیں جو رات کو جلائے جاتے ہیں، تو وہ ڈائریکٹ ڈسکارڈ ہو گیا۔</w:t>
      </w:r>
    </w:p>
    <w:p>
      <w:r>
        <w:rPr>
          <w:b/>
        </w:rPr>
        <w:t xml:space="preserve">[26:38] </w:t>
      </w:r>
      <w:r>
        <w:t>woh jo jo log maante the ke woh hardly ten thousand sitare hain, woh sab discard ho gaya. woh to quran jo hai, us mein aisi koi cheez nahin hai.</w:t>
      </w:r>
    </w:p>
    <w:p>
      <w:pPr>
        <w:jc w:val="right"/>
      </w:pPr>
      <w:r>
        <w:t>وہ جو جو لوگ مانتے تھے کہ وہ ہارڈلی ٹین تھاؤزنڈ ستارے ہیں، وہ سب ڈسکارڈ ہو گیا۔ وہ تو قرآن جو ہے، اس میں ایسی کوئی چیز نہیں ہے۔</w:t>
      </w:r>
    </w:p>
    <w:p>
      <w:r>
        <w:rPr>
          <w:b/>
        </w:rPr>
        <w:t xml:space="preserve">[26:48] </w:t>
      </w:r>
      <w:r>
        <w:t>aap dekh dekh sakte jo baad ka ilm jis ko discard kar de, discard kar de. balkeh woh, balkeh woh us ki yaani certify karta chala ja raha hai, us ki tasdeeq karta chala ja raha hai.</w:t>
      </w:r>
    </w:p>
    <w:p>
      <w:pPr>
        <w:jc w:val="right"/>
      </w:pPr>
      <w:r>
        <w:t>آپ دیکھ دیکھ سکتے جو بعد کا علم جس کو ڈسکارڈ کر دے، ڈسکارڈ کر دے۔ بلکہ وہ، بلکہ وہ اس کی یعنی سرٹیفائی کرتا چلا جا رہا ہے، اس کی تصدیق کرتا چلا جا رہا ہے۔</w:t>
      </w:r>
    </w:p>
    <w:p>
      <w:r>
        <w:rPr>
          <w:b/>
        </w:rPr>
        <w:t xml:space="preserve">[27:06] </w:t>
      </w:r>
      <w:r>
        <w:t>ab main ek baat aap ko kahoon ga, is par aap ghaur kijiye ke is zamane mein jo concept tha, woh yeh tha ke sab kuch matter hai.</w:t>
      </w:r>
    </w:p>
    <w:p>
      <w:pPr>
        <w:jc w:val="right"/>
      </w:pPr>
      <w:r>
        <w:t>اب میں ایک بات آپ کو کہوں گا، اس پر آپ غور کیجئے کہ اس زمانے میں جو کانسیپٹ تھا، وہ یہ تھا کہ سب کچھ میٹر ہے۔</w:t>
      </w:r>
    </w:p>
    <w:p>
      <w:r>
        <w:rPr>
          <w:b/>
        </w:rPr>
        <w:t xml:space="preserve">[27:18] </w:t>
      </w:r>
      <w:r>
        <w:t>Yunan mein, yaani Greece mein, ek philosopher paida hua jis ne atom ka concept diya. atom yaani har cheez jo hai, tiny ek ek maade se bani hai jis ko atom kaha us ne.</w:t>
      </w:r>
    </w:p>
    <w:p>
      <w:pPr>
        <w:jc w:val="right"/>
      </w:pPr>
      <w:r>
        <w:t>یونان میں، یعنی گریس میں، ایک فلاسفر پیدا ہوا جس نے ایٹم کا کانسیپٹ دیا۔ ایٹم یعنی ہر چیز جو ہے، ٹائنی ایک ایک مادے سے بنی ہے جس کو ایٹم کہا اس نے۔</w:t>
      </w:r>
    </w:p>
    <w:p>
      <w:r>
        <w:rPr>
          <w:b/>
        </w:rPr>
        <w:t xml:space="preserve">[27:35] </w:t>
      </w:r>
      <w:r>
        <w:t>yeh sari cheezen jo hain, aakhir mein woh hain meter hain. To meter ka jo unit hai, woh hai atom, aur atom jo hai, thos hai.</w:t>
      </w:r>
    </w:p>
    <w:p>
      <w:pPr>
        <w:jc w:val="right"/>
      </w:pPr>
      <w:r>
        <w:t>یہ ساری چیزیں جو ہیں، آخر میں وہ ہیں میٹر ہیں۔ تو میٹر کا جو یونٹ ہے، وہ ہے ایٹم، اور ایٹم جو ہے، ٹھوس ہے۔</w:t>
      </w:r>
    </w:p>
    <w:p>
      <w:r>
        <w:rPr>
          <w:b/>
        </w:rPr>
        <w:t xml:space="preserve">[27:46] </w:t>
      </w:r>
      <w:r>
        <w:t>Is ko arabi kitabon mein likhaya gaya tha "jazlait jaza". Thos goya sari universe jo hai, sari cheezen thos cheezon se bani hain.</w:t>
      </w:r>
    </w:p>
    <w:p>
      <w:pPr>
        <w:jc w:val="right"/>
      </w:pPr>
      <w:r>
        <w:t>اس کو عربی کتابوں میں لکھایا گیا تھا "جزلایت جزہ"۔ ٹھوس گویا ساری یونیورس جو ہے، ساری چیزیں ٹھوس چیزوں سے بنی ہیں۔</w:t>
      </w:r>
    </w:p>
    <w:p>
      <w:r>
        <w:rPr>
          <w:b/>
        </w:rPr>
        <w:t xml:space="preserve">[27:58] </w:t>
      </w:r>
      <w:r>
        <w:t>To Newton ke zamane mein yeh behas hui ke light kya cheez hai. Light jo hai, dekhne mein thos lagti nahin. To Newton ne kya kaha?</w:t>
      </w:r>
    </w:p>
    <w:p>
      <w:pPr>
        <w:jc w:val="right"/>
      </w:pPr>
      <w:r>
        <w:t>تو نیوٹن کے زمانے میں یہ بحث ہوئی کہ لائٹ کیا چیز ہے۔ لائٹ جو ہے، دیکھنے میں ٹھوس لگتی نہیں۔ تو نیوٹن نے کیا کہا؟</w:t>
      </w:r>
    </w:p>
    <w:p>
      <w:r>
        <w:rPr>
          <w:b/>
        </w:rPr>
        <w:t xml:space="preserve">[28:08] </w:t>
      </w:r>
      <w:r>
        <w:t>Ke is ko bhi us ne material cheez bata diya. To is ka jo theory hai, is ko kaha jata hai "corpuscles theory of light" yani roshan zarat.</w:t>
      </w:r>
    </w:p>
    <w:p>
      <w:pPr>
        <w:jc w:val="right"/>
      </w:pPr>
      <w:r>
        <w:t>کہ اس کو بھی اس نے مٹیریل چیز بتا دیا۔ تو اس کا جو تھیوری ہے، اس کو کہا جاتا ہے "کارپسز تھیوری اف لائٹ" یعنی روشن ذرات۔</w:t>
      </w:r>
    </w:p>
    <w:p>
      <w:r>
        <w:rPr>
          <w:b/>
        </w:rPr>
        <w:t xml:space="preserve">[28:22] </w:t>
      </w:r>
      <w:r>
        <w:t>Roshan zarat yani is ka manna yeh tha ke roshan particles hain, yani material particles jo nikalte hain is se, lamp se ya is se jo aap jalate hain,</w:t>
      </w:r>
    </w:p>
    <w:p>
      <w:pPr>
        <w:jc w:val="right"/>
      </w:pPr>
      <w:r>
        <w:t>روشن ذرات یعنی اس کا ماننا یہ تھا کہ روشن پارٹیکلز ہیں، یعنی مٹیریل پارٹیکلز جو نکلتے ہیں اس سے، لیمپ سے یا اس سے جو آپ جلاتے ہیں،</w:t>
      </w:r>
    </w:p>
    <w:p>
      <w:r>
        <w:rPr>
          <w:b/>
        </w:rPr>
        <w:t xml:space="preserve">[28:37] </w:t>
      </w:r>
      <w:r>
        <w:t>Woh woh fiza mein bikhar jate hain. To roshni ko us ne kaha madi zarat, roshan madi zarat jo kehte thay "corpuscles theory of light".</w:t>
      </w:r>
    </w:p>
    <w:p>
      <w:pPr>
        <w:jc w:val="right"/>
      </w:pPr>
      <w:r>
        <w:t>وہ وہ فضا میں بکھر جاتے ہیں۔ تو روشنی کو اس نے کہا مادی ذرات، روشن مادی ذرات جو کہتے تھے "کارپسز تھیوری اف لائٹ"۔</w:t>
      </w:r>
    </w:p>
    <w:p>
      <w:r>
        <w:rPr>
          <w:b/>
        </w:rPr>
        <w:t xml:space="preserve">[28:50] </w:t>
      </w:r>
      <w:r>
        <w:t>To ek muddat guzri hai jab ke Newton ka yeh nazariya chhaya hua tha. Lekin is ke baad aap jante hain ke Rutherford paida hua, Einstein paida hua, aur doosre log paida hue.</w:t>
      </w:r>
    </w:p>
    <w:p>
      <w:pPr>
        <w:jc w:val="right"/>
      </w:pPr>
      <w:r>
        <w:t>تو ایک مدت گزری ہے جب کہ نیوٹن کا یہ نظریہ چھایا ہوا تھا۔ لیکن اس کے بعد آپ جانتے ہیں کہ ردر فورڈ پیدا ہوا، ائنسٹین پیدا ہوا، اور دوسرے لوگ پیدا ہوئے۔</w:t>
      </w:r>
    </w:p>
    <w:p>
      <w:r>
        <w:rPr>
          <w:b/>
        </w:rPr>
        <w:t xml:space="preserve">[29:01] </w:t>
      </w:r>
      <w:r>
        <w:t>Unhon ne atom ko jo research ki to atom split ho gaya. Yani atom bhi toot kar ke maloom hua ke atom koi yani unit nahin hai, material world ka unit nahin hai.</w:t>
      </w:r>
    </w:p>
    <w:p>
      <w:pPr>
        <w:jc w:val="right"/>
      </w:pPr>
      <w:r>
        <w:t>انہوں نے ایٹم کو جو ریسرچ کی تو ایٹم اسپلٹ ہو گیا۔ یعنی ایٹم بھی ٹوٹ کر کے معلوم ہوا کہ ایٹم کوئی یعنی یونٹ نہیں ہے، مٹیریل ورلڈ کا یونٹ نہیں ہے۔</w:t>
      </w:r>
    </w:p>
    <w:p>
      <w:r>
        <w:rPr>
          <w:b/>
        </w:rPr>
        <w:t xml:space="preserve">[29:14] </w:t>
      </w:r>
      <w:r>
        <w:t>Woh toota jab toota to maloom hua ke is mein to electron, proton hain, woh dikhai nahin detay. To sara world jo hai, kya ban gaya?</w:t>
      </w:r>
    </w:p>
    <w:p>
      <w:pPr>
        <w:jc w:val="right"/>
      </w:pPr>
      <w:r>
        <w:t>وہ ٹوٹا جب ٹوٹا تو معلوم ہوا کہ اس میں تو الیکٹران، پروٹان ہیں، وہ دکھائی نہیں دیتے۔ تو سارا ورلڈ جو ہے، کیا بن گیا؟</w:t>
      </w:r>
    </w:p>
    <w:p>
      <w:r>
        <w:rPr>
          <w:b/>
        </w:rPr>
        <w:t xml:space="preserve">[29:23] </w:t>
      </w:r>
      <w:r>
        <w:t>"Unobservable downs of electron". Ek scientist ke language mein, ek scientist ne kaha ke yeh jo material world hamara hai, woh hai "unobservable downs of electrons".</w:t>
      </w:r>
    </w:p>
    <w:p>
      <w:pPr>
        <w:jc w:val="right"/>
      </w:pPr>
      <w:r>
        <w:t>"ان ابزرویبل ڈاؤنز اف الیکٹران"۔ ایک سائنٹسٹ کے لینگویج میں، ایک سائنٹسٹ نے کہا کہ یہ جو مٹیریل ورلڈ ہمارا ہے، وہ ہے "ان ابزرویبل ڈاؤنز اف الیکٹرانز"۔</w:t>
      </w:r>
    </w:p>
    <w:p>
      <w:r>
        <w:rPr>
          <w:b/>
        </w:rPr>
        <w:t xml:space="preserve">[29:38] </w:t>
      </w:r>
      <w:r>
        <w:t>Yeh ban gaya. Yeh main is liye keh raha hoon ke dekhiye, jab Quran aaya to kya hua? Quran ne jo concept diya, is mein har cheez unseen thi.</w:t>
      </w:r>
    </w:p>
    <w:p>
      <w:pPr>
        <w:jc w:val="right"/>
      </w:pPr>
      <w:r>
        <w:t>یہ بن گیا۔ یہ میں اس لیے کہہ رہا ہوں کہ دیکھیے، جب قرآن آیا تو کیا ہوا؟ قرآن نے جو کانسیپٹ دیا، اس میں ہر چیز ان سین تھی۔</w:t>
      </w:r>
    </w:p>
    <w:p>
      <w:r>
        <w:rPr>
          <w:b/>
        </w:rPr>
        <w:t xml:space="preserve">[29:52] </w:t>
      </w:r>
      <w:r>
        <w:t>Khuda unseen hai, yani God jo hai, woh ek unseen hasti hai. Jo revelation aata hai prophet ke paas, woh unseen hai.</w:t>
      </w:r>
    </w:p>
    <w:p>
      <w:pPr>
        <w:jc w:val="right"/>
      </w:pPr>
      <w:r>
        <w:t>خدا ان سین ہے، یعنی گاڈ جو ہے، وہ ایک ان سین ہستی ہے۔ جو ریولیشن آتا ہے پرافٹ کے پاس، وہ ان سین ہے۔</w:t>
      </w:r>
    </w:p>
    <w:p>
      <w:r>
        <w:rPr>
          <w:b/>
        </w:rPr>
        <w:t xml:space="preserve">[30:05] </w:t>
      </w:r>
      <w:r>
        <w:t>Angel unseen hai, paradise unseen hai, hell unseen hai. Jo sara world jis ko hum kehte hain ke world hereafter, woh sab unseen hai.</w:t>
      </w:r>
    </w:p>
    <w:p>
      <w:pPr>
        <w:jc w:val="right"/>
      </w:pPr>
      <w:r>
        <w:t>اینجل ان سین ہے، پیراڈائز ان سین ہے، ہیل ان سین ہے۔ جو سارا ورلڈ جس کو ہم کہتے ہیں کہ ورلڈ ہیئر افٹر، وہ سب ان سین ہے۔</w:t>
      </w:r>
    </w:p>
    <w:p>
      <w:r>
        <w:rPr>
          <w:b/>
        </w:rPr>
        <w:t xml:space="preserve">[30:20] </w:t>
      </w:r>
      <w:r>
        <w:t>To inhi unseen cheezon par base kiya Quran ne apne system ko. Quran ka jo belief system hai, woh unseen cheezon par base karta hai.</w:t>
      </w:r>
    </w:p>
    <w:p>
      <w:pPr>
        <w:jc w:val="right"/>
      </w:pPr>
      <w:r>
        <w:t>تو انہی ان سین چیزوں پر بیس کیا قرآن نے اپنے سسٹم کو۔ قرآن کا جو بیلیف سسٹم ہے، وہ ان سین چیزوں پر بیس کرتا ہے۔</w:t>
      </w:r>
    </w:p>
    <w:p>
      <w:r>
        <w:rPr>
          <w:b/>
        </w:rPr>
        <w:t xml:space="preserve">[30:30] </w:t>
      </w:r>
      <w:r>
        <w:t>To ab yahan par dekhiye ke ilm jo hai, insan ka jo ilm hai, human knowledge, woh base kar rahi thi seen cheezon par, observable cheezon par, yani atom par.</w:t>
      </w:r>
    </w:p>
    <w:p>
      <w:pPr>
        <w:jc w:val="right"/>
      </w:pPr>
      <w:r>
        <w:t>تو اب یہاں پر دیکھیے کہ علم جو ہے، انسان کا جو علم ہے، ہیومن نالج، وہ بیس کر رہی تھی سین چیزوں پر، ابزرویبل چیزوں پر، یعنی ایٹم پر۔</w:t>
      </w:r>
    </w:p>
    <w:p>
      <w:r>
        <w:rPr>
          <w:b/>
        </w:rPr>
        <w:t xml:space="preserve">[30:43] </w:t>
      </w:r>
      <w:r>
        <w:t>Woh yeh maan rahe thay ke sara jo hai, universe of fact jo hai, woh atom ka majmooa hai, yani observable cheez hai.</w:t>
      </w:r>
    </w:p>
    <w:p>
      <w:pPr>
        <w:jc w:val="right"/>
      </w:pPr>
      <w:r>
        <w:t>وہ یہ مان رہے تھے کہ سارا جو ہے، یونیورس اف فیکٹ جو ہے، وہ ایٹم کا مجموعہ ہے، یعنی ابزرویبل چیز ہے۔</w:t>
      </w:r>
    </w:p>
    <w:p>
      <w:r>
        <w:rPr>
          <w:b/>
        </w:rPr>
        <w:t xml:space="preserve">[30:54] </w:t>
      </w:r>
      <w:r>
        <w:t>Sab kuch is ke muqable mein jo pesh kiya Quran ne, to woh aise belief thay, aise aisi baaten thi jo observable nahin thi.</w:t>
      </w:r>
    </w:p>
    <w:p>
      <w:pPr>
        <w:jc w:val="right"/>
      </w:pPr>
      <w:r>
        <w:t>سب کچھ اس کے مقابلے میں جو پیش کیا قرآن نے، تو وہ ایسے بیلیف تھے، ایسے ایسی باتیں تھیں جو ابزرویبل نہیں تھیں۔</w:t>
      </w:r>
    </w:p>
    <w:p>
      <w:r>
        <w:rPr>
          <w:b/>
        </w:rPr>
        <w:t xml:space="preserve">[31:06] </w:t>
      </w:r>
      <w:r>
        <w:t>To unobservable, to is ko mani ke observable duniya mein unobservable duniya ka message diya gaya ke tum samajhte ho ke fact jo hai, woh observable hai, lekin nahin, fact unseen hai.</w:t>
      </w:r>
    </w:p>
    <w:p>
      <w:pPr>
        <w:jc w:val="right"/>
      </w:pPr>
      <w:r>
        <w:t>تو ان ابزرویبل، تو اس کو معنی کہ ابزرویبل دنیا میں ان ابزرویبل دنیا کا میسج دیا گیا کہ تم سمجھتے ہو کہ فیکٹ جو ہے، وہ ابزرویبل ہے، لیکن نہیں، فیکٹ ان ابزرویبل ہے۔</w:t>
      </w:r>
    </w:p>
    <w:p>
      <w:r>
        <w:rPr>
          <w:b/>
        </w:rPr>
        <w:t xml:space="preserve">[31:23] </w:t>
      </w:r>
      <w:r>
        <w:t>Ab yeh bilkul hi yani contradiction tha ilm insani mein aur ilm Qurani mein. Ilm insani mein aur ilm Qurani mein contradiction tha.</w:t>
      </w:r>
    </w:p>
    <w:p>
      <w:pPr>
        <w:jc w:val="right"/>
      </w:pPr>
      <w:r>
        <w:t>اب یہ بالکل ہی یعنی کنٹراڈکشن تھا علم انسانی میں اور علم قرآنی میں۔ علم انسانی میں اور علم قرآنی میں کنٹراڈکشن تھا۔</w:t>
      </w:r>
    </w:p>
    <w:p>
      <w:r>
        <w:rPr>
          <w:b/>
        </w:rPr>
        <w:t xml:space="preserve">[31:36] </w:t>
      </w:r>
      <w:r>
        <w:t>Yeh charchaa hazar saal tak chalta raha. Yeh yeh contradiction hazar saal tak chalta raha. Log yeh samajhte rahe ke Quran ka jo belief system hai ya Quran ka jo ideology hai, woh ideology ilm insani se proof nahin ho sakti.</w:t>
      </w:r>
    </w:p>
    <w:p>
      <w:pPr>
        <w:jc w:val="right"/>
      </w:pPr>
      <w:r>
        <w:t>یہ چرچہ ہزار سال تک چلتا رہا۔ یہ یہ کنٹراڈکشن ہزار سال تک چلتا رہا۔ لوگ یہ سمجھتے رہے کہ قرآن کا جو بیلیف سسٹم ہے یا قرآن کا جو آئیڈیالوجی ہے، وہ آئیڈیالوجی علم انسانی سے پروف نہیں ہو سکتی۔</w:t>
      </w:r>
    </w:p>
    <w:p>
      <w:r>
        <w:rPr>
          <w:b/>
        </w:rPr>
        <w:t xml:space="preserve">[31:52] </w:t>
      </w:r>
      <w:r>
        <w:t>Yeh human knowledge se is ko proof nahin kiya sakta, kyunke human knowledge base karti hai observable cheezon par. Aur yahan par sab kuch unseen hai, na dikhai dene wala.</w:t>
      </w:r>
    </w:p>
    <w:p>
      <w:pPr>
        <w:jc w:val="right"/>
      </w:pPr>
      <w:r>
        <w:t>یہ ہیومن نالج سے اس کو پروف نہیں کیا سکتا، کیونکہ ہیومن نالج بیس کرتی ہے ابزرویبل چیزوں پر۔ اور یہاں پر سب کچھ ان ابزرویبل ہے، نہ دکھائی دینے والا۔</w:t>
      </w:r>
    </w:p>
    <w:p>
      <w:r>
        <w:rPr>
          <w:b/>
        </w:rPr>
        <w:t xml:space="preserve">[32:04] </w:t>
      </w:r>
      <w:r>
        <w:t>Lekin jab aisa hua, yani yeh aap jante hain ke is se pehle, yani Einstein se pehle, sari research insan jo chalti thi, woh micro world pe chalti thi.</w:t>
      </w:r>
    </w:p>
    <w:p>
      <w:pPr>
        <w:jc w:val="right"/>
      </w:pPr>
      <w:r>
        <w:t>لیکن جب ایسا ہوا، یعنی یہ آپ جانتے ہیں کہ اس سے پہلے، یعنی ائنسٹین سے پہلے، ساری ریسرچ انسان جو چلتی تھی، وہ مائیکرو ورلڈ پہ چلتی تھی۔</w:t>
      </w:r>
    </w:p>
    <w:p>
      <w:r>
        <w:rPr>
          <w:b/>
        </w:rPr>
        <w:t xml:space="preserve">[32:19] </w:t>
      </w:r>
      <w:r>
        <w:t>Lekin jab atom toot gaya to sari research kahan pahunch gayi? Micro world pe pahunch gayi. To micro world jo tha, woh observable tha, lekin micro world jo hai, observable nahin hai,</w:t>
      </w:r>
    </w:p>
    <w:p>
      <w:pPr>
        <w:jc w:val="right"/>
      </w:pPr>
      <w:r>
        <w:t>لیکن جب ایٹم ٹوٹ گیا تو ساری ریسرچ کہاں پہنچ گئی؟ مائیکرو ورلڈ پہ پہنچ گئی۔ تو مائیکرو ورلڈ جو تھا، وہ ابزرویبل تھا، لیکن مائیکرو ورلڈ جو ہے، ابزرویبل نہیں ہے،</w:t>
      </w:r>
    </w:p>
    <w:p>
      <w:r>
        <w:rPr>
          <w:b/>
        </w:rPr>
        <w:t xml:space="preserve">[32:33] </w:t>
      </w:r>
      <w:r>
        <w:t>Kyunke yahan pe to wohi hai jo main ne arz kiya ke un, yani yeh unobservable downs of electron ban gaya jo observable nahin hai.</w:t>
      </w:r>
    </w:p>
    <w:p>
      <w:pPr>
        <w:jc w:val="right"/>
      </w:pPr>
      <w:r>
        <w:t>کیونکہ یہاں پہ تو وہی ہے جو میں نے عرض کیا کہ ان، یعنی یہ ان ابزرویبل ڈاؤنز اف الیکٹران بن گیا جو ابزرویبل نہیں ہے۔</w:t>
      </w:r>
    </w:p>
    <w:p>
      <w:r>
        <w:rPr>
          <w:b/>
        </w:rPr>
        <w:t xml:space="preserve">[32:46] </w:t>
      </w:r>
      <w:r>
        <w:t>To sari cheezen jo hain, pehle samajhte thay log ke atom ka atom se bani hain. To samjha jata tha ke cheezen observable hain, lekin jab atom toot gaya aur reduce ho kar electron ban gaya to woh observable nahin raha.</w:t>
      </w:r>
    </w:p>
    <w:p>
      <w:pPr>
        <w:jc w:val="right"/>
      </w:pPr>
      <w:r>
        <w:t>تو ساری چیزیں جو ہیں، پہلے سمجھتے تھے لوگ کہ ایٹم کا ایٹم سے بنی ہیں۔ تو سمجھا جاتا تھا کہ چیزیں ابزرویبل ہیں، لیکن جب ایٹم ٹوٹ گیا اور ریڈیوس ہو کر الیکٹران بن گیا تو وہ ابزرویبل نہیں رہا۔</w:t>
      </w:r>
    </w:p>
    <w:p>
      <w:r>
        <w:rPr>
          <w:b/>
        </w:rPr>
        <w:t xml:space="preserve">[33:06] </w:t>
      </w:r>
      <w:r>
        <w:t>ab is ki wajah se logic mein ek bohat bara change aaya. logic mein, logic mein woh kya?</w:t>
      </w:r>
    </w:p>
    <w:p>
      <w:pPr>
        <w:jc w:val="right"/>
      </w:pPr>
      <w:r>
        <w:t>اب اس کی وجہ سے لاجک میں ایک بہت بڑا چینج آیا۔ لاجک میں، لاجک میں وہ کیا؟</w:t>
      </w:r>
    </w:p>
    <w:p>
      <w:r>
        <w:rPr>
          <w:b/>
        </w:rPr>
        <w:t xml:space="preserve">[33:16] </w:t>
      </w:r>
      <w:r>
        <w:t>is se pehle logic jo hai, yeh thi jo jis ko kehte hain logical positivism ki philosophy. jo thi, woh sara ka sara is ka base is par tha ke wahi cheezein real hain jo dikhai dein.</w:t>
      </w:r>
    </w:p>
    <w:p>
      <w:pPr>
        <w:jc w:val="right"/>
      </w:pPr>
      <w:r>
        <w:t>اس سے پہلے لاجک جو ہے، یہ تھی جو جس کو کہتے ہیں لاجیکل پوزیٹیوزم کی فلاسفی۔ جو تھی، وہ سارا کا سارا اس کا بیس اس پر تھا کہ وہی چیزیں ریئل ہیں جو دکھائی دیں۔</w:t>
      </w:r>
    </w:p>
    <w:p>
      <w:r>
        <w:rPr>
          <w:b/>
        </w:rPr>
        <w:t xml:space="preserve">[33:32] </w:t>
      </w:r>
      <w:r>
        <w:t>to is ka matlab yeh tha ke logic jo bhi aap qaim karein, woh dikhai dene wali cheezon par qaim hogi.</w:t>
      </w:r>
    </w:p>
    <w:p>
      <w:pPr>
        <w:jc w:val="right"/>
      </w:pPr>
      <w:r>
        <w:t>تو اس کا مطلب یہ تھا کہ لاجک جو بھی آپ قائم کریں، وہ دکھائی دینے والی چیزوں پر قائم ہوگی۔</w:t>
      </w:r>
    </w:p>
    <w:p>
      <w:r>
        <w:rPr>
          <w:b/>
        </w:rPr>
        <w:t xml:space="preserve">[33:40] </w:t>
      </w:r>
      <w:r>
        <w:t>jo jo cheez dikhai na de, us par koi logic qaim nahi ho sakti hai. to reasoning jo thi, woh woh base karti thi dikhai dene wali cheezon par.</w:t>
      </w:r>
    </w:p>
    <w:p>
      <w:pPr>
        <w:jc w:val="right"/>
      </w:pPr>
      <w:r>
        <w:t>جو جو چیز دکھائی نہ دے، اس پر کوئی لاجک قائم نہیں ہو سکتی ہے۔ تو ریزننگ جو تھی، وہ وہ بیس کرتی تھی دکھائی دینے والی چیزوں پر۔</w:t>
      </w:r>
    </w:p>
    <w:p>
      <w:r>
        <w:rPr>
          <w:b/>
        </w:rPr>
        <w:t xml:space="preserve">[33:50] </w:t>
      </w:r>
      <w:r>
        <w:t>is ka matlab kya hua? ke inferential argument ko valid nahi maana jata tha. pehle direct argument, yani jo dikhai de cheez, us par jo argument kiya jata tha,</w:t>
      </w:r>
    </w:p>
    <w:p>
      <w:pPr>
        <w:jc w:val="right"/>
      </w:pPr>
      <w:r>
        <w:t>اس کا مطلب کیا ہوا؟ کہ انفلوئنشل ارگیومنٹ کو ویلڈ نہیں مانا جاتا تھا۔ پہلے ڈائریکٹ ارگیومنٹ، یعنی جو دکھائی دے چیز، اس پر جو ارگیومنٹ کیا جاتا تھا،</w:t>
      </w:r>
    </w:p>
    <w:p>
      <w:r>
        <w:rPr>
          <w:b/>
        </w:rPr>
        <w:t xml:space="preserve">[34:04] </w:t>
      </w:r>
      <w:r>
        <w:t>to us ko mein keh raha hoon direct argument. to direct argument to valid tha, lekin inferential argument jo hai, valid nahi tha, kyunke is mein humein manna padta tha woh cheezein jis ko hum dekh nahi rahe hain.</w:t>
      </w:r>
    </w:p>
    <w:p>
      <w:pPr>
        <w:jc w:val="right"/>
      </w:pPr>
      <w:r>
        <w:t>تو اس کو میں کہہ رہا ہوں ڈائریکٹ ارگیومنٹ۔ تو ڈائریکٹ ارگیومنٹ تو ویلڈ تھا، لیکن انفلوئنشل ارگیومنٹ جو ہے، ویلڈ نہیں تھا، کیونکہ اس میں ہمیں ماننا پڑتا تھا وہ چیزیں جس کو ہم دیکھ نہیں رہے ہیں۔</w:t>
      </w:r>
    </w:p>
    <w:p>
      <w:r>
        <w:rPr>
          <w:b/>
        </w:rPr>
        <w:t xml:space="preserve">[34:16] </w:t>
      </w:r>
      <w:r>
        <w:t>lekin jab atom split ho gaya, jab pata chala ke sari duniya hi electron ka ek ek downs of electron hai, to is ka matlab kya hua?</w:t>
      </w:r>
    </w:p>
    <w:p>
      <w:pPr>
        <w:jc w:val="right"/>
      </w:pPr>
      <w:r>
        <w:t>لیکن جب ایٹم اسپلٹ ہو گیا، جب پتہ چلا کہ ساری دنیا ہی الیکٹران کا ایک ایک ڈاؤنز اف الیکٹران ہے، تو اس کا مطلب کیا ہوا؟</w:t>
      </w:r>
    </w:p>
    <w:p>
      <w:r>
        <w:rPr>
          <w:b/>
        </w:rPr>
        <w:t xml:space="preserve">[34:25] </w:t>
      </w:r>
      <w:r>
        <w:t>ke inferential argument jo hai, woh valid argument ban gaya, kyunke electron ko bhi aap bata nahi sakte baghair inference ke. agar aap yeh yeh batana chahein ke duniya jo hai, electron proton ka majmooa hai,</w:t>
      </w:r>
    </w:p>
    <w:p>
      <w:pPr>
        <w:jc w:val="right"/>
      </w:pPr>
      <w:r>
        <w:t>کہ انفلوئنشل ارگیومنٹ جو ہے، وہ ویلڈ ارگیومنٹ بن گیا، کیونکہ الیکٹران کو بھی آپ بتا نہیں سکتے بغیر انفرنس کے۔ اگر آپ یہ یہ بتانا چاہیں کہ دنیا جو ہے، الیکٹران پروٹان کا مجموعہ ہے،</w:t>
      </w:r>
    </w:p>
    <w:p>
      <w:r>
        <w:rPr>
          <w:b/>
        </w:rPr>
        <w:t xml:space="preserve">[34:40] </w:t>
      </w:r>
      <w:r>
        <w:t>to aap ko inferential argument ka ka sahara lena padta hai, kyunke wahan par dekh sakte nahi aap us ko. observation mein woh aata nahi hai, woh aap tol nahi sakte, us ko measure nahi kar sakte,</w:t>
      </w:r>
    </w:p>
    <w:p>
      <w:pPr>
        <w:jc w:val="right"/>
      </w:pPr>
      <w:r>
        <w:t>تو آپ کو انفلوئنشل ارگیومنٹ کا کا سہارا لینا پڑتا ہے، کیونکہ وہاں پر دیکھ سکتے نہیں آپ اس کو۔ ابزرویشن میں وہ آتا نہیں ہے، وہ آپ تول نہیں سکتے، اس کو میژر نہیں کر سکتے،</w:t>
      </w:r>
    </w:p>
    <w:p>
      <w:r>
        <w:rPr>
          <w:b/>
        </w:rPr>
        <w:t xml:space="preserve">[34:55] </w:t>
      </w:r>
      <w:r>
        <w:t>us ko napne aur tolne ki language mein aap bayan nahi kar sakte. to is maani kuch effect ko le kar ke aap inference karte hain. kuch effect jaise ke x-ray machine mein aap jayein to wahan par aadmi aap khara karega, aap ko ek switch dabaye ga,</w:t>
      </w:r>
    </w:p>
    <w:p>
      <w:pPr>
        <w:jc w:val="right"/>
      </w:pPr>
      <w:r>
        <w:t>اس کو ناپنے اور تولنے کی لینگویج میں آپ بیان نہیں کر سکتے۔ تو اس معنی کچھ ایفیکٹ کو لے کر کے آپ انفرنس کرتے ہیں۔ کچھ ایفیکٹ جیسے کہ ایکس رے مشین میں آپ جائیں تو وہاں پر آدمی آپ کھڑا کرے گا، آپ کو ایک سوئچ دبائے گا،</w:t>
      </w:r>
    </w:p>
    <w:p>
      <w:r>
        <w:rPr>
          <w:b/>
        </w:rPr>
        <w:t xml:space="preserve">[35:15] </w:t>
      </w:r>
      <w:r>
        <w:t>to aap dekhein ke aap ka photo aa gaya. lekin kaise photo aa gaya? is machine aur aap ke mein jo distance hai, wahan to vacuum dikhai parta hai.</w:t>
      </w:r>
    </w:p>
    <w:p>
      <w:pPr>
        <w:jc w:val="right"/>
      </w:pPr>
      <w:r>
        <w:t>تو آپ دیکھیں کہ آپ کا فوٹو آ گیا۔ لیکن کیسے فوٹو آ گیا؟ اس مشین اور آپ کے میں جو ڈسٹنس ہے، وہاں تو ویکیوم دکھائی پڑتا ہے۔</w:t>
      </w:r>
    </w:p>
    <w:p>
      <w:r>
        <w:rPr>
          <w:b/>
        </w:rPr>
        <w:t xml:space="preserve">[35:28] </w:t>
      </w:r>
      <w:r>
        <w:t>machine yahan hai, wahan us ne switch dabai, aap yahan khare hain, aur is ke baad aap aap ka photo aa gaya us par ek plate par.</w:t>
      </w:r>
    </w:p>
    <w:p>
      <w:pPr>
        <w:jc w:val="right"/>
      </w:pPr>
      <w:r>
        <w:t>مشین یہاں ہے، وہاں اس نے سوئچ دبائی، آپ یہاں کھڑے ہیں، اور اس کے بعد آپ آپ کا فوٹو آ گیا اس پر ایک پلیٹ پر۔</w:t>
      </w:r>
    </w:p>
    <w:p>
      <w:r>
        <w:rPr>
          <w:b/>
        </w:rPr>
        <w:t xml:space="preserve">[35:37] </w:t>
      </w:r>
      <w:r>
        <w:t>to yeh kaise hua aisa? to maana jata hai ke unseen rays ke zariye hua, kyunke woh unseen thi, koi naam nahi de sakte they.</w:t>
      </w:r>
    </w:p>
    <w:p>
      <w:pPr>
        <w:jc w:val="right"/>
      </w:pPr>
      <w:r>
        <w:t>تو یہ کیسے ہوا ایسا؟ تو مانا جاتا ہے کہ ان سین ریز کے ذریعے ہوا، کیونکہ وہ ان سین تھیں، کوئی نام نہیں دے سکتے تھے۔</w:t>
      </w:r>
    </w:p>
    <w:p>
      <w:r>
        <w:rPr>
          <w:b/>
        </w:rPr>
        <w:t xml:space="preserve">[35:48] </w:t>
      </w:r>
      <w:r>
        <w:t>ise kaha gaya x-rays. x-rays is ka naam de diya gaya. x x-rays koi matlab nahi hai. to ab chunke aisi cheezein hamare janne mein aayin jo dikhai nahi deti, phir bhi woh hain, woh exist kar rahi hain ke hum rays ko dekh nahi rahe hain, x x-rays ko, lekin is ka effect wahan par plate par aa raha hai.</w:t>
      </w:r>
    </w:p>
    <w:p>
      <w:pPr>
        <w:jc w:val="right"/>
      </w:pPr>
      <w:r>
        <w:t>اسے کہا گیا ایکس ریز۔ ایکس ریز اس کا نام دے دیا گیا۔ ایکس ایکس ریز کوئی مطلب نہیں ہے۔ تو اب چونکہ ایسی چیزیں ہمارے جاننے میں آئیں جو دکھائی نہیں دیتی، پھر بھی وہ ہیں، وہ ایگزسٹ کر رہی ہیں کہ ہم ریز کو دیکھ نہیں رہے ہیں، ایکس ایکس ریز کو، لیکن اس کا ایفیکٹ وہاں پر پلیٹ پر آ رہا ہے۔</w:t>
      </w:r>
    </w:p>
    <w:p>
      <w:r>
        <w:rPr>
          <w:b/>
        </w:rPr>
        <w:t xml:space="preserve">[36:12] </w:t>
      </w:r>
      <w:r>
        <w:t>is tarah se yani effect ko dekh kar ke us par us ko prove karna, effect ko dekh kar ke istadlal karna, yeh hai inferential argument.</w:t>
      </w:r>
    </w:p>
    <w:p>
      <w:pPr>
        <w:jc w:val="right"/>
      </w:pPr>
      <w:r>
        <w:t>اس طرح سے یعنی ایفیکٹ کو دیکھ کر کے اس پر اس کو پروف کرنا، ایفیکٹ کو دیکھ کر کے استدلال کرنا، یہ ہے انفلوئنشل ارگیومنٹ۔</w:t>
      </w:r>
    </w:p>
    <w:p>
      <w:r>
        <w:rPr>
          <w:b/>
        </w:rPr>
        <w:t xml:space="preserve">[36:27] </w:t>
      </w:r>
      <w:r>
        <w:t>to inferential argument ko science mein valid maan liya gaya. kyun? agar na maane valid to sari science hi khatam ho jati hai. agar scientist insist kare ke mein inference ko nahi manta,</w:t>
      </w:r>
    </w:p>
    <w:p>
      <w:pPr>
        <w:jc w:val="right"/>
      </w:pPr>
      <w:r>
        <w:t>تو انفلوئنشل ارگیومنٹ کو سائنس میں ویلڈ مان لیا گیا۔ کیوں؟ اگر نہ مانے ویلڈ تو ساری سائنس ہی ختم ہو جاتی ہے۔ اگر سائنٹسٹ انسسٹ کرے کہ میں انفرنس کو نہیں مانتا،</w:t>
      </w:r>
    </w:p>
    <w:p>
      <w:r>
        <w:rPr>
          <w:b/>
        </w:rPr>
        <w:t xml:space="preserve">[36:41] </w:t>
      </w:r>
      <w:r>
        <w:t>mein direct argument hi ko manunga, to sari science ko lapet dena pare ga. to is zamane ki jo modern science hai, woh sab base kar rahi hai inferential argument par.</w:t>
      </w:r>
    </w:p>
    <w:p>
      <w:pPr>
        <w:jc w:val="right"/>
      </w:pPr>
      <w:r>
        <w:t>میں ڈائریکٹ ارگیومنٹ ہی کو مانوں گا، تو ساری سائنس کو لپیٹ دینا پڑے گا۔ تو اس زمانے کی جو ماڈرن سائنس ہے، وہ سب بیس کر رہی ہے انفلوئنشل ارگیومنٹ پر۔</w:t>
      </w:r>
    </w:p>
    <w:p>
      <w:r>
        <w:rPr>
          <w:b/>
        </w:rPr>
        <w:t xml:space="preserve">[36:52] </w:t>
      </w:r>
      <w:r>
        <w:t>ab dekhiye ke aap peechay jaiye, aap jis zamane mein Quran utra, tab kya zamana tha? woh yeh zamana tha ke cheezein jo hain, apni aakhri nature material hain,</w:t>
      </w:r>
    </w:p>
    <w:p>
      <w:pPr>
        <w:jc w:val="right"/>
      </w:pPr>
      <w:r>
        <w:t>اب دیکھیے کہ آپ پیچھے جائیے، آپ جس زمانے میں قرآن اترا، تب کیا زمانہ تھا؟ وہ یہ زمانہ تھا کہ چیزیں جو ہیں، اپنی آخری نیچر مٹیریل ہیں،</w:t>
      </w:r>
    </w:p>
    <w:p>
      <w:r>
        <w:rPr>
          <w:b/>
        </w:rPr>
        <w:t xml:space="preserve">[37:06] </w:t>
      </w:r>
      <w:r>
        <w:t>is liye direct argument hi valid argument hai. lekin ilm ka darya aage barha, barhte barhte wahan pahunch gaya ke yeh pata chala ke nahi, cheezein aakhri is mein material nahi hain, aakhir mein electron proton hai jo observable nahi hai.</w:t>
      </w:r>
    </w:p>
    <w:p>
      <w:pPr>
        <w:jc w:val="right"/>
      </w:pPr>
      <w:r>
        <w:t>اس لیے ڈائریکٹ ارگیومنٹ ہی ویلڈ ارگیومنٹ ہے۔ لیکن علم کا دریا آگے بڑھا، بڑھتے بڑھتے وہاں پہنچ گیا کہ یہ پتہ چلا کہ نہیں، چیزیں آخری اس میں مٹیریل نہیں ہیں، آخر میں الیکٹران پروٹان ہے جو ابزرویبل نہیں ہے۔</w:t>
      </w:r>
    </w:p>
    <w:p>
      <w:r>
        <w:rPr>
          <w:b/>
        </w:rPr>
        <w:t xml:space="preserve">[37:24] </w:t>
      </w:r>
      <w:r>
        <w:t>woh to us waqt ilmi daleel nahi qaim ho sakti thi Quran ke upar, kyunke woh available nahi thi.</w:t>
      </w:r>
    </w:p>
    <w:p>
      <w:pPr>
        <w:jc w:val="right"/>
      </w:pPr>
      <w:r>
        <w:t>وہ تو اس وقت علمی دلیل نہیں قائم ہو سکتی تھی قرآن کے اوپر، کیونکہ وہ اویلیبل نہیں تھی۔</w:t>
      </w:r>
    </w:p>
    <w:p>
      <w:r>
        <w:rPr>
          <w:b/>
        </w:rPr>
        <w:t xml:space="preserve">[37:32] </w:t>
      </w:r>
      <w:r>
        <w:t>ilmi daleel is is pichli tareekh ke mutabiq ab jo zamana aa gaya, to ilmi daleel available ho gayi, ilmi reasoning available ho gaya, kyunke science mein bhi aur insani jo ilm hai, us mein bhi inferential argument ko valid maana ja chuka hai,</w:t>
      </w:r>
    </w:p>
    <w:p>
      <w:pPr>
        <w:jc w:val="right"/>
      </w:pPr>
      <w:r>
        <w:t>علمی دلیل اس اس پچھلی تاریخ کے مطابق اب جو زمانہ آ گیا، تو علمی دلیل اویلیبل ہو گئی، علمی ریزننگ اویلیبل ہو گیا، کیونکہ سائنس میں بھی اور انسانی جو علم ہے، اس میں بھی انفلوئنشل ارگیومنٹ کو ویلڈ مانا جا چکا ہے،</w:t>
      </w:r>
    </w:p>
    <w:p>
      <w:r>
        <w:rPr>
          <w:b/>
        </w:rPr>
        <w:t xml:space="preserve">[37:52] </w:t>
      </w:r>
      <w:r>
        <w:t>aur wahi argument available hai Quran mein ya Islam mein. to yahan par woh difference khatam ho gaya, woh difference khatam ho gaya. ab dekhein ke kitni bari baat hai ke Quran ne ailan kiya tha ke cheezein apni aakhri aakhri aitbar se observable nahi hain,</w:t>
      </w:r>
    </w:p>
    <w:p>
      <w:pPr>
        <w:jc w:val="right"/>
      </w:pPr>
      <w:r>
        <w:t>اور وہی ارگیومنٹ اویلیبل ہے قرآن میں یا اسلام میں۔ تو یہاں پر وہ ڈیفرنس ختم ہو گیا، وہ ڈیفرنس ختم ہو گیا۔ اب دیکھیں کہ کتنی بڑی بات ہے کہ قرآن نے اعلان کیا تھا کہ چیزیں اپنی آخری آخری اعتبار سے ابزرویبل نہیں ہیں،</w:t>
      </w:r>
    </w:p>
    <w:p>
      <w:r>
        <w:rPr>
          <w:b/>
        </w:rPr>
        <w:t xml:space="preserve">[38:10] </w:t>
      </w:r>
      <w:r>
        <w:t>aur ilm insani keh raha tha ke nahi, observable hain. lekin jab baat ko agla chapter khula, ilm ka agla chapter to maloom hua ke Quran ka jo claim tha, woh sahi tha.</w:t>
      </w:r>
    </w:p>
    <w:p>
      <w:pPr>
        <w:jc w:val="right"/>
      </w:pPr>
      <w:r>
        <w:t>اور علم انسانی کہہ رہا تھا کہ نہیں، ابزرویبل ہیں۔ لیکن جب بات کو اگلا چیپٹر کھلا، علم کا اگلا چیپٹر تو معلوم ہوا کہ قرآن کا جو کلیم تھا، وہ صحیح تھا۔</w:t>
      </w:r>
    </w:p>
    <w:p>
      <w:r>
        <w:rPr>
          <w:b/>
        </w:rPr>
        <w:t xml:space="preserve">[38:22] </w:t>
      </w:r>
      <w:r>
        <w:t>cheezein observable nahi hain baghair observation ke, humein un ki inference kar ke janna pare ga. agar hum insist karein observation par to hum chunke dekhte nahi hain, is liye hum maan bhi nahi sakte us ko.</w:t>
      </w:r>
    </w:p>
    <w:p>
      <w:pPr>
        <w:jc w:val="right"/>
      </w:pPr>
      <w:r>
        <w:t>چیزیں ابزرویبل نہیں ہیں بغیر ابزرویشن کے، ہمیں ان کی انفرنس کر کے جاننا پڑے گا۔ اگر ہم انسسٹ کریں ابزرویشن پر تو ہم چونکہ دیکھتے نہیں ہیں، اس لیے ہم مان بھی نہیں سکتے اس کو۔</w:t>
      </w:r>
    </w:p>
    <w:p>
      <w:r>
        <w:rPr>
          <w:b/>
        </w:rPr>
        <w:t xml:space="preserve">[38:37] </w:t>
      </w:r>
      <w:r>
        <w:t>to kitni bari baat hai ke inferential argument jo us waqt valid nahi maana jata tha, ab us ko valid manna para insan ko, aur Quran ki baat hi aakhir mein prevail kar gayi.</w:t>
      </w:r>
    </w:p>
    <w:p>
      <w:pPr>
        <w:jc w:val="right"/>
      </w:pPr>
      <w:r>
        <w:t>تو کتنی بڑی بات ہے کہ انفلوئنشل ارگیومنٹ جو اس وقت ویلڈ نہیں مانا جاتا تھا، اب اس کو ویلڈ ماننا پڑا انسان کو، اور قرآن کی بات ہی آخر میں پریویل کر گئی۔</w:t>
      </w:r>
    </w:p>
    <w:p>
      <w:r>
        <w:rPr>
          <w:b/>
        </w:rPr>
        <w:t xml:space="preserve">[38:50] </w:t>
      </w:r>
      <w:r>
        <w:t>kitni bari baat hai yeh!</w:t>
      </w:r>
    </w:p>
    <w:p>
      <w:pPr>
        <w:jc w:val="right"/>
      </w:pPr>
      <w:r>
        <w:t>کتنی بڑی بات ہے یہ!</w:t>
      </w:r>
    </w:p>
    <w:p>
      <w:r>
        <w:rPr>
          <w:b/>
        </w:rPr>
        <w:t xml:space="preserve">[38:52] </w:t>
      </w:r>
      <w:r>
        <w:t>to is tarah ki bohat sari baatein hain jo yeh proof kar rahi hain ke quran book of god hai. kyun? book of god hi yani yani khuda hi samajh sakta tha ke history kidhar ja rahi hai, history of thought kidhar ja rahi hai,</w:t>
      </w:r>
    </w:p>
    <w:p>
      <w:pPr>
        <w:jc w:val="right"/>
      </w:pPr>
      <w:r>
        <w:t>تو اس طرح کی بہت ساری باتیں ہیں جو یہ پروف کر رہی ہیں کہ قرآن بک اف گاڈ ہے۔ کیوں؟ بک اف گاڈ ہی یعنی یعنی خدا ہی سمجھ سکتا تھا کہ ہسٹری کدھر جا رہی ہے، ہسٹری اف تھاٹ کدھر جا رہی ہے،</w:t>
      </w:r>
    </w:p>
    <w:p>
      <w:r>
        <w:rPr>
          <w:b/>
        </w:rPr>
        <w:t xml:space="preserve">[39:08] </w:t>
      </w:r>
      <w:r>
        <w:t>yani river of knowledge kidhar beh raha hai. river of knowledge jo hai, woh aage disprove karega ya prove karega islam ki sachaiyon ko.</w:t>
      </w:r>
    </w:p>
    <w:p>
      <w:pPr>
        <w:jc w:val="right"/>
      </w:pPr>
      <w:r>
        <w:t>یعنی ریور اف نالج کدھر بہہ رہا ہے۔ ریور اف نالج جو ہے، وہ آگے ڈس پروف کرے گا یا پروف کرے گا اسلام کی سچائیوں کو۔</w:t>
      </w:r>
    </w:p>
    <w:p>
      <w:r>
        <w:rPr>
          <w:b/>
        </w:rPr>
        <w:t xml:space="preserve">[39:21] </w:t>
      </w:r>
      <w:r>
        <w:t>to river of</w:t>
      </w:r>
    </w:p>
    <w:p>
      <w:pPr>
        <w:jc w:val="right"/>
      </w:pPr>
      <w:r>
        <w:t>تو ریور اف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