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Inspiring Story of Maryam (Mary) in the Quran</w:t>
        <w:br/>
        <w:t>August 25, 2024</w:t>
      </w:r>
    </w:p>
    <w:p>
      <w:r>
        <w:t>https://youtu.be/O6VKl5oOu_s</w:t>
      </w:r>
    </w:p>
    <w:p>
      <w:r>
        <w:rPr>
          <w:b/>
        </w:rPr>
        <w:t xml:space="preserve">[00:11] </w:t>
      </w:r>
      <w:r>
        <w:t>Bismillah Rahman Rahim. Rab ishrah li sadri, wa yassir li amri, wah lul uqdatan min lisani yafqahu qawli.</w:t>
      </w:r>
    </w:p>
    <w:p>
      <w:pPr>
        <w:jc w:val="right"/>
      </w:pPr>
      <w:r>
        <w:t>بسم اللہ الرحمن الرحیم۔ رب اشرح لی صدری، ویسر لی امری، واحل العقدۃ من لسانی یفقہ قولی۔</w:t>
      </w:r>
    </w:p>
    <w:p>
      <w:r>
        <w:rPr>
          <w:b/>
        </w:rPr>
        <w:t xml:space="preserve">[00:22] </w:t>
      </w:r>
      <w:r>
        <w:t>Today I want to share with you a great story. It's about one of the greatest women who ever walked on this planet.</w:t>
      </w:r>
    </w:p>
    <w:p>
      <w:pPr>
        <w:jc w:val="right"/>
      </w:pPr>
      <w:r>
        <w:t>Today I want to share with you a great story. It's about one of the greatest women who ever walked on this planet.</w:t>
      </w:r>
    </w:p>
    <w:p>
      <w:r>
        <w:rPr>
          <w:b/>
        </w:rPr>
        <w:t xml:space="preserve">[00:32] </w:t>
      </w:r>
      <w:r>
        <w:t>She is Maryam, Mary peace be upon her.</w:t>
      </w:r>
    </w:p>
    <w:p>
      <w:pPr>
        <w:jc w:val="right"/>
      </w:pPr>
      <w:r>
        <w:t>She is Maryam, Mary peace be upon her.</w:t>
      </w:r>
    </w:p>
    <w:p>
      <w:r>
        <w:rPr>
          <w:b/>
        </w:rPr>
        <w:t xml:space="preserve">[00:38] </w:t>
      </w:r>
      <w:r>
        <w:t>Maryam's father was Imran, and her mother was Hannah bint Faqood. In Christian history, she is known as Annie, or Saint Annie.</w:t>
      </w:r>
    </w:p>
    <w:p>
      <w:pPr>
        <w:jc w:val="right"/>
      </w:pPr>
      <w:r>
        <w:t>Maryam's father was Imran, and her mother was Hannah bint Faqood. In Christian history, she is known as Annie, or Saint Annie.</w:t>
      </w:r>
    </w:p>
    <w:p>
      <w:r>
        <w:rPr>
          <w:b/>
        </w:rPr>
        <w:t xml:space="preserve">[00:53] </w:t>
      </w:r>
      <w:r>
        <w:t>Imran was the brother of Prophet Zakariya alaihis salam. And Surah Al Imran, chapter number three, is named after his family, the family of Imran,</w:t>
      </w:r>
    </w:p>
    <w:p>
      <w:pPr>
        <w:jc w:val="right"/>
      </w:pPr>
      <w:r>
        <w:t>Imran was the brother of Prophet Zakariya alaihis salam. And Surah Al Imran, chapter number three, is named after his family, the family of Imran,</w:t>
      </w:r>
    </w:p>
    <w:p>
      <w:r>
        <w:rPr>
          <w:b/>
        </w:rPr>
        <w:t xml:space="preserve">[01:07] </w:t>
      </w:r>
      <w:r>
        <w:t>Aal Imran.</w:t>
      </w:r>
    </w:p>
    <w:p>
      <w:pPr>
        <w:jc w:val="right"/>
      </w:pPr>
      <w:r>
        <w:t>آل عمران.</w:t>
      </w:r>
    </w:p>
    <w:p>
      <w:r>
        <w:rPr>
          <w:b/>
        </w:rPr>
        <w:t xml:space="preserve">[01:10] </w:t>
      </w:r>
      <w:r>
        <w:t>So, the family of Maryam belonged to a lineage of prophets, starting from Ibrahim alaihis salam, to Isaac, to Yaqub, to Yusuf, to Musa,</w:t>
      </w:r>
    </w:p>
    <w:p>
      <w:pPr>
        <w:jc w:val="right"/>
      </w:pPr>
      <w:r>
        <w:t>So, the family of Maryam belonged to a lineage of prophets, starting from Ibrahim alaihis salam, to Isaac, to Yaqub, to Yusuf, to Musa,</w:t>
      </w:r>
    </w:p>
    <w:p>
      <w:r>
        <w:rPr>
          <w:b/>
        </w:rPr>
        <w:t xml:space="preserve">[01:26] </w:t>
      </w:r>
      <w:r>
        <w:t>Aaron, and David, and Suleiman, and Ilyas, and Zakariya, and Yahya, and Isa alaihimussalam.</w:t>
      </w:r>
    </w:p>
    <w:p>
      <w:pPr>
        <w:jc w:val="right"/>
      </w:pPr>
      <w:r>
        <w:t>Aaron, and David, and Suleiman, and Ilyas, and Zakariya, and Yahya, and Isa alaihimussalam.</w:t>
      </w:r>
    </w:p>
    <w:p>
      <w:r>
        <w:rPr>
          <w:b/>
        </w:rPr>
        <w:t xml:space="preserve">[01:37] </w:t>
      </w:r>
      <w:r>
        <w:t>So, you can see how noble and how righteous, pious family of the prophets Maryam belonged to.</w:t>
      </w:r>
    </w:p>
    <w:p>
      <w:pPr>
        <w:jc w:val="right"/>
      </w:pPr>
      <w:r>
        <w:t>So, you can see how noble and how righteous, pious family of the prophets Maryam belonged to.</w:t>
      </w:r>
    </w:p>
    <w:p>
      <w:r>
        <w:rPr>
          <w:b/>
        </w:rPr>
        <w:t xml:space="preserve">[01:48] </w:t>
      </w:r>
      <w:r>
        <w:t>Prophet Muhammad sallallahu alaihi wasallam once said that four women have perfected their iman, have perfected their faith, and Maryam was one of them.</w:t>
      </w:r>
    </w:p>
    <w:p>
      <w:pPr>
        <w:jc w:val="right"/>
      </w:pPr>
      <w:r>
        <w:t>Prophet Muhammad صلی اللہ علیہ وسلم once said that four women have perfected their iman, have perfected their faith, and Maryam was one of them.</w:t>
      </w:r>
    </w:p>
    <w:p>
      <w:r>
        <w:rPr>
          <w:b/>
        </w:rPr>
        <w:t xml:space="preserve">[02:01] </w:t>
      </w:r>
      <w:r>
        <w:t>And the others are Asiya, the wife of Pharaoh, and Khadija radiallahu anha and Fatima radiallahu anha.</w:t>
      </w:r>
    </w:p>
    <w:p>
      <w:pPr>
        <w:jc w:val="right"/>
      </w:pPr>
      <w:r>
        <w:t>And the others are Asiya, the wife of Pharaoh, and Khadija radiallahu anha and Fatima radiallahu anha.</w:t>
      </w:r>
    </w:p>
    <w:p>
      <w:r>
        <w:rPr>
          <w:b/>
        </w:rPr>
        <w:t xml:space="preserve">[02:13] </w:t>
      </w:r>
      <w:r>
        <w:t>So, Mary is undoubtedly one of the greatest women of all time. And in Surah Al Imran, her birth is mentioned.</w:t>
      </w:r>
    </w:p>
    <w:p>
      <w:pPr>
        <w:jc w:val="right"/>
      </w:pPr>
      <w:r>
        <w:t>So, Mary is undoubtedly one of the greatest women of all time. And in Surah Al Imran, her birth is mentioned.</w:t>
      </w:r>
    </w:p>
    <w:p>
      <w:r>
        <w:rPr>
          <w:b/>
        </w:rPr>
        <w:t xml:space="preserve">[02:26] </w:t>
      </w:r>
      <w:r>
        <w:t>The Quran says, Hannah, the wife of Imran, said, "Is qalat Imra to Imran, Rabbi inni nazartu laka ma fi batni muharrah." Remember when the wife of Imran said, "My Lord, I have dedicated what is in my womb entirely to Your service." فَتَقَبَّلْ مِنِّي , "So accept it from M</w:t>
      </w:r>
    </w:p>
    <w:p>
      <w:pPr>
        <w:jc w:val="right"/>
      </w:pPr>
      <w:r>
        <w:t>The Quran says, Hannah, the wife of Imran, said, "Is qalat Imra to Imran, Rabbi inni nazartu laka ma fi batni muharrah." Remember when the wife of Imran said, "My Lord, I have dedicated what is in my womb entirely to Your service." فَتَقَبَّلْ مِنِّي , "So accept it from M</w:t>
      </w:r>
    </w:p>
    <w:p>
      <w:r>
        <w:rPr>
          <w:b/>
        </w:rPr>
        <w:t xml:space="preserve">[02:56] </w:t>
      </w:r>
      <w:r>
        <w:t>e." إِنَّكَ أَنتَ السَّمِيعُ الْعَلِيمُ , "You are all-knowing, all-hearing." So, Maryam's mother, Hannah, promised to Allah to dedicate her child to the service of the temple,</w:t>
      </w:r>
    </w:p>
    <w:p>
      <w:pPr>
        <w:jc w:val="right"/>
      </w:pPr>
      <w:r>
        <w:t>e." إِنَّكَ أَنتَ السَّمِيعُ الْعَلِيمُ , "You are all-knowing, all-hearing." So, Maryam's mother, Hannah, promised to Allah to dedicate her child to the service of the temple,</w:t>
      </w:r>
    </w:p>
    <w:p>
      <w:r>
        <w:rPr>
          <w:b/>
        </w:rPr>
        <w:t xml:space="preserve">[03:15] </w:t>
      </w:r>
      <w:r>
        <w:t>who was yet to be born, so that he can study, he can learn the holy book, and he can acquire knowledge, and he ultimately becomes a priest and will be free from all other responsibilities.</w:t>
      </w:r>
    </w:p>
    <w:p>
      <w:pPr>
        <w:jc w:val="right"/>
      </w:pPr>
      <w:r>
        <w:t>who was yet to be born, so that he can study, he can learn the holy book, and he can acquire knowledge, and he ultimately becomes a priest and will be free from all other responsibilities.</w:t>
      </w:r>
    </w:p>
    <w:p>
      <w:r>
        <w:rPr>
          <w:b/>
        </w:rPr>
        <w:t xml:space="preserve">[03:33] </w:t>
      </w:r>
      <w:r>
        <w:t>The Quran says, "Falamma wadaatha." When she gave birth, she said, qalat, "Rabbi inni wadaathuha unsa." "My Lord, I have given birth to a girl." To which God responded, "Wallahu a'lam bima wadaath." "I already know to whom You have given birth to."</w:t>
      </w:r>
    </w:p>
    <w:p>
      <w:pPr>
        <w:jc w:val="right"/>
      </w:pPr>
      <w:r>
        <w:t>The Quran says, "Falamma wadaatha." When she gave birth, she said, qalat, "Rabbi inni wadaathuha unsa." "My Lord, I have given birth to a girl." To which God responded, "Wallahu a'lam bima wadaath." "I already know to whom You have given birth to."</w:t>
      </w:r>
    </w:p>
    <w:p>
      <w:r>
        <w:rPr>
          <w:b/>
        </w:rPr>
        <w:t xml:space="preserve">[03:56] </w:t>
      </w:r>
      <w:r>
        <w:t>Hannah was expecting to give birth to a child, to a male child, to a boy, as she wanted him to become a priest.</w:t>
      </w:r>
    </w:p>
    <w:p>
      <w:pPr>
        <w:jc w:val="right"/>
      </w:pPr>
      <w:r>
        <w:t>Hannah was expecting to give birth to a child, to a male child, to a boy, as she wanted him to become a priest.</w:t>
      </w:r>
    </w:p>
    <w:p>
      <w:r>
        <w:rPr>
          <w:b/>
        </w:rPr>
        <w:t xml:space="preserve">[04:10] </w:t>
      </w:r>
      <w:r>
        <w:t>But she was disappointed, a bit apologetic, when she saw that a girl was born</w:t>
      </w:r>
    </w:p>
    <w:p>
      <w:pPr>
        <w:jc w:val="right"/>
      </w:pPr>
      <w:r>
        <w:t>But she was disappointed, a bit apologetic, when she saw that a girl was born</w:t>
      </w:r>
    </w:p>
    <w:p>
      <w:r>
        <w:rPr>
          <w:b/>
        </w:rPr>
        <w:t xml:space="preserve">[04:19] </w:t>
      </w:r>
      <w:r>
        <w:t>. In those days, only men were given the responsibility of becoming a priest. So, but God said, "Allah already knows whom You have given birth to.</w:t>
      </w:r>
    </w:p>
    <w:p>
      <w:pPr>
        <w:jc w:val="right"/>
      </w:pPr>
      <w:r>
        <w:t>. In those days, only men were given the responsibility of becoming a priest. So, but God said, "Allah already knows whom You have given birth to.</w:t>
      </w:r>
    </w:p>
    <w:p>
      <w:r>
        <w:rPr>
          <w:b/>
        </w:rPr>
        <w:t xml:space="preserve">[04:35] </w:t>
      </w:r>
      <w:r>
        <w:t>There is no need of disappointment</w:t>
      </w:r>
    </w:p>
    <w:p>
      <w:pPr>
        <w:jc w:val="right"/>
      </w:pPr>
      <w:r>
        <w:t>There is no need of disappointment</w:t>
      </w:r>
    </w:p>
    <w:p>
      <w:r>
        <w:rPr>
          <w:b/>
        </w:rPr>
        <w:t xml:space="preserve">[04:37] </w:t>
      </w:r>
      <w:r>
        <w:t>Allah has another plan for her, a much bigger plan. And the girl child, whom You have given birth, would become a legend, a legendary figure.</w:t>
      </w:r>
    </w:p>
    <w:p>
      <w:pPr>
        <w:jc w:val="right"/>
      </w:pPr>
      <w:r>
        <w:t>. Allah has another plan for her, a much bigger plan. And the girl child, whom You have given birth, would become a legend, a legendary figure.</w:t>
      </w:r>
    </w:p>
    <w:p>
      <w:r>
        <w:rPr>
          <w:b/>
        </w:rPr>
        <w:t xml:space="preserve">[04:52] </w:t>
      </w:r>
      <w:r>
        <w:t>People would look up to her. They will draw inspirations from her, and they will emulate her life.</w:t>
      </w:r>
    </w:p>
    <w:p>
      <w:pPr>
        <w:jc w:val="right"/>
      </w:pPr>
      <w:r>
        <w:t>People would look up to her. They will draw inspirations from her, and they will emulate her life.</w:t>
      </w:r>
    </w:p>
    <w:p>
      <w:r>
        <w:rPr>
          <w:b/>
        </w:rPr>
        <w:t xml:space="preserve">[05:01] </w:t>
      </w:r>
      <w:r>
        <w:t>She will be a great source of inspiration for all time.</w:t>
      </w:r>
    </w:p>
    <w:p>
      <w:pPr>
        <w:jc w:val="right"/>
      </w:pPr>
      <w:r>
        <w:t>She will be a great source of inspiration for all time.</w:t>
      </w:r>
    </w:p>
    <w:p>
      <w:r>
        <w:rPr>
          <w:b/>
        </w:rPr>
        <w:t xml:space="preserve">[05:07] </w:t>
      </w:r>
      <w:r>
        <w:t>" Sometimes, we have other expectations. We have other ambitions.</w:t>
      </w:r>
    </w:p>
    <w:p>
      <w:pPr>
        <w:jc w:val="right"/>
      </w:pPr>
      <w:r>
        <w:t>" Sometimes, we have other expectations. We have other ambitions.</w:t>
      </w:r>
    </w:p>
    <w:p>
      <w:r>
        <w:rPr>
          <w:b/>
        </w:rPr>
        <w:t xml:space="preserve">[05:17] </w:t>
      </w:r>
      <w:r>
        <w:t>But God has planned something else for you. So, you should be contented at what God has given you.</w:t>
      </w:r>
    </w:p>
    <w:p>
      <w:pPr>
        <w:jc w:val="right"/>
      </w:pPr>
      <w:r>
        <w:t>But God has planned something else for you. So, you should be contented at what God has given you.</w:t>
      </w:r>
    </w:p>
    <w:p>
      <w:r>
        <w:rPr>
          <w:b/>
        </w:rPr>
        <w:t xml:space="preserve">[05:26] </w:t>
      </w:r>
      <w:r>
        <w:t>So, this is how Maryam was born. And when she grew up, she was sent to the temple, and Zakariya alaihis salam was her guardian.</w:t>
      </w:r>
    </w:p>
    <w:p>
      <w:pPr>
        <w:jc w:val="right"/>
      </w:pPr>
      <w:r>
        <w:t>So, this is how Maryam was born. And when she grew up, she was sent to the temple, and Zakariya alaihis salam was her guardian.</w:t>
      </w:r>
    </w:p>
    <w:p>
      <w:r>
        <w:rPr>
          <w:b/>
        </w:rPr>
        <w:t xml:space="preserve">[05:39] </w:t>
      </w:r>
      <w:r>
        <w:t>Prophet Zakariya was her teacher. Having a prophet as your teacher is such a great blessing. And he was the head priest of the temple as well</w:t>
      </w:r>
    </w:p>
    <w:p>
      <w:pPr>
        <w:jc w:val="right"/>
      </w:pPr>
      <w:r>
        <w:t>Prophet Zakariya was her teacher. Having a prophet as your teacher is such a great blessing. And he was the head priest of the temple as well</w:t>
      </w:r>
    </w:p>
    <w:p>
      <w:r>
        <w:rPr>
          <w:b/>
        </w:rPr>
        <w:t xml:space="preserve">[05:50] </w:t>
      </w:r>
      <w:r>
        <w:t>The Quran says, "Wa kaffa laha Zakariya." And she was entrusted in the care of Zakariya. So, she started living in the temple under the care of her uncle, Prophet Zakariya alaihis salam.</w:t>
      </w:r>
    </w:p>
    <w:p>
      <w:pPr>
        <w:jc w:val="right"/>
      </w:pPr>
      <w:r>
        <w:t>. The Quran says, "Wa kaffa laha Zakariya." And she was entrusted in the care of Zakariya. So, she started living in the temple under the care of her uncle, Prophet Zakariya alaihis salam.</w:t>
      </w:r>
    </w:p>
    <w:p>
      <w:r>
        <w:rPr>
          <w:b/>
        </w:rPr>
        <w:t xml:space="preserve">[06:09] </w:t>
      </w:r>
      <w:r>
        <w:t>The temple mount was built by Suleiman alaihis salam, Solomon. And it doesn't exist now.</w:t>
      </w:r>
    </w:p>
    <w:p>
      <w:pPr>
        <w:jc w:val="right"/>
      </w:pPr>
      <w:r>
        <w:t>The temple mount was built by Suleiman alaihis salam, Solomon. And it doesn't exist now.</w:t>
      </w:r>
    </w:p>
    <w:p>
      <w:r>
        <w:rPr>
          <w:b/>
        </w:rPr>
        <w:t xml:space="preserve">[06:17] </w:t>
      </w:r>
      <w:r>
        <w:t>It was destroyed long back</w:t>
      </w:r>
    </w:p>
    <w:p>
      <w:pPr>
        <w:jc w:val="right"/>
      </w:pPr>
      <w:r>
        <w:t>It was destroyed long back</w:t>
      </w:r>
    </w:p>
    <w:p>
      <w:r>
        <w:rPr>
          <w:b/>
        </w:rPr>
        <w:t xml:space="preserve">[06:20] </w:t>
      </w:r>
      <w:r>
        <w:t>But the compound of the Al-Aqsa Mosque, which is quite a big compound, like 35 acres, you have Al-Aqsa Mosque there, and Qubbat as-Sakhra, and some gardens, and some other little monuments.</w:t>
      </w:r>
    </w:p>
    <w:p>
      <w:pPr>
        <w:jc w:val="right"/>
      </w:pPr>
      <w:r>
        <w:t>. But the compound of the Al-Aqsa Mosque, which is quite a big compound, like 35 acres, you have Al-Aqsa Mosque there, and Qubbat as-Sakhra, and some gardens, and some other little monuments.</w:t>
      </w:r>
    </w:p>
    <w:p>
      <w:r>
        <w:rPr>
          <w:b/>
        </w:rPr>
        <w:t xml:space="preserve">[06:34] </w:t>
      </w:r>
      <w:r>
        <w:t>So, that compound is now called Al-Haram Sharif, the Noble Sanctu</w:t>
      </w:r>
    </w:p>
    <w:p>
      <w:pPr>
        <w:jc w:val="right"/>
      </w:pPr>
      <w:r>
        <w:t>So, that compound is now called Al-Haram Sharif, the Noble Sanctu</w:t>
      </w:r>
    </w:p>
    <w:p>
      <w:r>
        <w:rPr>
          <w:b/>
        </w:rPr>
        <w:t xml:space="preserve">[06:40] </w:t>
      </w:r>
      <w:r>
        <w:t>ary. So, this is the compound, this is the compound which was the site of the original temple mount, in which Maryam was given as a to acquire knowledge.</w:t>
      </w:r>
    </w:p>
    <w:p>
      <w:pPr>
        <w:jc w:val="right"/>
      </w:pPr>
      <w:r>
        <w:t>ary. So, this is the compound, this is the compound which was the site of the original temple mount, in which Maryam was given as a to acquire knowledge.</w:t>
      </w:r>
    </w:p>
    <w:p>
      <w:r>
        <w:rPr>
          <w:b/>
        </w:rPr>
        <w:t xml:space="preserve">[06:56] </w:t>
      </w:r>
      <w:r>
        <w:t>So, the Quran says, "Kullamah daxala alaiha Zakariya al-Mahrab, wajada indaha rizqah." Whenever, every time Zakariya visited her in her chamber, he found some provision,</w:t>
      </w:r>
    </w:p>
    <w:p>
      <w:pPr>
        <w:jc w:val="right"/>
      </w:pPr>
      <w:r>
        <w:t>So, the Quran says, "Kullamah daxala alaiha Zakariya al-Mahrab, wajada indaha rizqah." Whenever, every time Zakariya visited her in her chamber, he found some provision,</w:t>
      </w:r>
    </w:p>
    <w:p>
      <w:r>
        <w:rPr>
          <w:b/>
        </w:rPr>
        <w:t xml:space="preserve">[07:13] </w:t>
      </w:r>
      <w:r>
        <w:t>some rizq. And he would ask Maryam, "Qala ya Maryam, anna lakiھذا?" "O Maryam, O Mary, where did you get it from?</w:t>
      </w:r>
    </w:p>
    <w:p>
      <w:pPr>
        <w:jc w:val="right"/>
      </w:pPr>
      <w:r>
        <w:t>some rizq. And he would ask Maryam, "Qala ya Maryam, anna lakiھذا?" "O Maryam, O Mary, where did you get it from?</w:t>
      </w:r>
    </w:p>
    <w:p>
      <w:r>
        <w:rPr>
          <w:b/>
        </w:rPr>
        <w:t xml:space="preserve">[07:26] </w:t>
      </w:r>
      <w:r>
        <w:t>Where do you get this provision from?" And she would say, "Qalat huwa min indillah, innallaha yarzuqu man yashao bighayri hisaab." "This is from God," she replied.</w:t>
      </w:r>
    </w:p>
    <w:p>
      <w:pPr>
        <w:jc w:val="right"/>
      </w:pPr>
      <w:r>
        <w:t>Where do you get this provision from?" And she would say, "Qalat huwa min indillah, innallaha yarzuqu man yashao bighayri hisaab." "This is from God," she replied.</w:t>
      </w:r>
    </w:p>
    <w:p>
      <w:r>
        <w:rPr>
          <w:b/>
        </w:rPr>
        <w:t xml:space="preserve">[07:41] </w:t>
      </w:r>
      <w:r>
        <w:t>"God provides whomsoever without measure</w:t>
      </w:r>
    </w:p>
    <w:p>
      <w:pPr>
        <w:jc w:val="right"/>
      </w:pPr>
      <w:r>
        <w:t>"God provides whomsoever without measure</w:t>
      </w:r>
    </w:p>
    <w:p>
      <w:r>
        <w:rPr>
          <w:b/>
        </w:rPr>
        <w:t xml:space="preserve">[07:48] </w:t>
      </w:r>
      <w:r>
        <w:t>." Most of the people think that Maryam was receiving off-season fruits, like summer fruits in winter and winter fruits in summer.</w:t>
      </w:r>
    </w:p>
    <w:p>
      <w:pPr>
        <w:jc w:val="right"/>
      </w:pPr>
      <w:r>
        <w:t>." Most of the people think that Maryam was receiving off-season fruits, like summer fruits in winter and winter fruits in summer.</w:t>
      </w:r>
    </w:p>
    <w:p>
      <w:r>
        <w:rPr>
          <w:b/>
        </w:rPr>
        <w:t xml:space="preserve">[08:05] </w:t>
      </w:r>
      <w:r>
        <w:t>This is a very literal interpretation.</w:t>
      </w:r>
    </w:p>
    <w:p>
      <w:pPr>
        <w:jc w:val="right"/>
      </w:pPr>
      <w:r>
        <w:t>This is a very literal interpretation.</w:t>
      </w:r>
    </w:p>
    <w:p>
      <w:r>
        <w:rPr>
          <w:b/>
        </w:rPr>
        <w:t xml:space="preserve">[08:09] </w:t>
      </w:r>
      <w:r>
        <w:t>Wherever the word rizq is used in the Quran, most of the time it means spiritual provision, spiritual food, not physical food.</w:t>
      </w:r>
    </w:p>
    <w:p>
      <w:pPr>
        <w:jc w:val="right"/>
      </w:pPr>
      <w:r>
        <w:t>Wherever the word rizq is used in the Quran, most of the time it means spiritual provision, spiritual food, not physical food.</w:t>
      </w:r>
    </w:p>
    <w:p>
      <w:r>
        <w:rPr>
          <w:b/>
        </w:rPr>
        <w:t xml:space="preserve">[08:20] </w:t>
      </w:r>
      <w:r>
        <w:t>So, whenever Zakariya alaihis salam met Maryam and spoke with her, she would talk about deep spiritual matter</w:t>
      </w:r>
    </w:p>
    <w:p>
      <w:pPr>
        <w:jc w:val="right"/>
      </w:pPr>
      <w:r>
        <w:t>So, whenever Zakariya alaihis salam met Maryam and spoke with her, she would talk about deep spiritual matter</w:t>
      </w:r>
    </w:p>
    <w:p>
      <w:r>
        <w:rPr>
          <w:b/>
        </w:rPr>
        <w:t xml:space="preserve">[08:31] </w:t>
      </w:r>
      <w:r>
        <w:t>s. So, Zakariya alaihis salam was amazed by her high level of spiritual knowledge. And he asked, "Where do you get this spiritual nourishment from?" She would reply, "This is from God." Seeing that God has provided her such deep spiritual wisdom and spiritual knowledge, Zakariya alaihis salam was immediately inspired.</w:t>
      </w:r>
    </w:p>
    <w:p>
      <w:pPr>
        <w:jc w:val="right"/>
      </w:pPr>
      <w:r>
        <w:t>s. So, Zakariya alaihis salam was amazed by her high level of spiritual knowledge. And he asked, "Where do you get this spiritual nourishment from?" She would reply, "This is from God." Seeing that God has provided her such deep spiritual wisdom and spiritual knowledge, Zakariya alaihis salam was immediately inspired.</w:t>
      </w:r>
    </w:p>
    <w:p>
      <w:r>
        <w:rPr>
          <w:b/>
        </w:rPr>
        <w:t xml:space="preserve">[08:59] </w:t>
      </w:r>
      <w:r>
        <w:t>So, he turned to God in prayer.</w:t>
      </w:r>
    </w:p>
    <w:p>
      <w:pPr>
        <w:jc w:val="right"/>
      </w:pPr>
      <w:r>
        <w:t>So, he turned to God in prayer.</w:t>
      </w:r>
    </w:p>
    <w:p>
      <w:r>
        <w:rPr>
          <w:b/>
        </w:rPr>
        <w:t xml:space="preserve">[09:05] </w:t>
      </w:r>
      <w:r>
        <w:t>And the Quran says, "Isnada rabbahu nidaan khafiyya." When he called upon his Lord in low voice, this is a very important verse, he called upon his Lord in low voice.</w:t>
      </w:r>
    </w:p>
    <w:p>
      <w:pPr>
        <w:jc w:val="right"/>
      </w:pPr>
      <w:r>
        <w:t>And the Quran says, "Isnada rabbahu nidaan khafiyya." When he called upon his Lord in low voice, this is a very important verse, he called upon his Lord in low voice.</w:t>
      </w:r>
    </w:p>
    <w:p>
      <w:r>
        <w:rPr>
          <w:b/>
        </w:rPr>
        <w:t xml:space="preserve">[09:22] </w:t>
      </w:r>
      <w:r>
        <w:t>Low voice means gentle and humble prayer, in hushed tone, a soft prayer, a prayer that comes from the heart</w:t>
      </w:r>
    </w:p>
    <w:p>
      <w:pPr>
        <w:jc w:val="right"/>
      </w:pPr>
      <w:r>
        <w:t>Low voice means gentle and humble prayer, in hushed tone, a soft prayer, a prayer that comes from the heart</w:t>
      </w:r>
    </w:p>
    <w:p>
      <w:r>
        <w:rPr>
          <w:b/>
        </w:rPr>
        <w:t xml:space="preserve">[09:36] </w:t>
      </w:r>
      <w:r>
        <w:t>. So, he said, "Qala Rabbi inni wahnal azmu minni wa sha'ala rasu shaybah." "My Lord, my bones have weakened,</w:t>
      </w:r>
    </w:p>
    <w:p>
      <w:pPr>
        <w:jc w:val="right"/>
      </w:pPr>
      <w:r>
        <w:t>. So, he said, "Qala Rabbi inni wahnal azmu minni wa sha'ala rasu shaybah." "My Lord, my bones have weakened,</w:t>
      </w:r>
    </w:p>
    <w:p>
      <w:r>
        <w:rPr>
          <w:b/>
        </w:rPr>
        <w:t xml:space="preserve">[09:50] </w:t>
      </w:r>
      <w:r>
        <w:t>and my head has turned white due to old age."</w:t>
      </w:r>
    </w:p>
    <w:p>
      <w:pPr>
        <w:jc w:val="right"/>
      </w:pPr>
      <w:r>
        <w:t>and my head has turned white due to old age."</w:t>
      </w:r>
    </w:p>
    <w:p>
      <w:r>
        <w:rPr>
          <w:b/>
        </w:rPr>
        <w:t xml:space="preserve">[09:57] </w:t>
      </w:r>
      <w:r>
        <w:t>And he says, "Walam akum biddaaika rabbi shakiyya." "Lord, I have never been disappointed in my prayer to You." This is a very amazing way of making dua.</w:t>
      </w:r>
    </w:p>
    <w:p>
      <w:pPr>
        <w:jc w:val="right"/>
      </w:pPr>
      <w:r>
        <w:t>And he says, "Walam akum biddaaika rabbi shakiyya." "Lord, I have never been disappointed in my prayer to You." This is a very amazing way of making dua.</w:t>
      </w:r>
    </w:p>
    <w:p>
      <w:r>
        <w:rPr>
          <w:b/>
        </w:rPr>
        <w:t xml:space="preserve">[10:13] </w:t>
      </w:r>
      <w:r>
        <w:t>"I was never disappointed praying to You. You have never turned down my prayer, my requests.</w:t>
      </w:r>
    </w:p>
    <w:p>
      <w:pPr>
        <w:jc w:val="right"/>
      </w:pPr>
      <w:r>
        <w:t>"I was never disappointed praying to You. You have never turned down my prayer, my requests.</w:t>
      </w:r>
    </w:p>
    <w:p>
      <w:r>
        <w:rPr>
          <w:b/>
        </w:rPr>
        <w:t xml:space="preserve">[10:22] </w:t>
      </w:r>
      <w:r>
        <w:t>You have never sent me empty-handed.</w:t>
      </w:r>
    </w:p>
    <w:p>
      <w:pPr>
        <w:jc w:val="right"/>
      </w:pPr>
      <w:r>
        <w:t>You have never sent me empty-handed.</w:t>
      </w:r>
    </w:p>
    <w:p>
      <w:r>
        <w:rPr>
          <w:b/>
        </w:rPr>
        <w:t xml:space="preserve">[10:25] </w:t>
      </w:r>
      <w:r>
        <w:t>" "تو نے مجھے کبھی خالی ہاتھ نہیں بھیجا، جب بھی میں نے تجھ سے دعا کی۔" "You have always heard my prayer. You have always responded to me." So, look, he is so hopeful.</w:t>
      </w:r>
    </w:p>
    <w:p>
      <w:pPr>
        <w:jc w:val="right"/>
      </w:pPr>
      <w:r>
        <w:t>" "تو نے مجھے کبھی خالی ہاتھ نہیں بھیجا، جب بھی میں نے تجھ سے دعا کی۔" "You have always heard my prayer. You have always responded to me." So, look, he is so hopeful.</w:t>
      </w:r>
    </w:p>
    <w:p>
      <w:r>
        <w:rPr>
          <w:b/>
        </w:rPr>
        <w:t xml:space="preserve">[10:40] </w:t>
      </w:r>
      <w:r>
        <w:t>He is so hopeful that God will surely accept his prayer. So, one should be hopeful when he prays to Allah.</w:t>
      </w:r>
    </w:p>
    <w:p>
      <w:pPr>
        <w:jc w:val="right"/>
      </w:pPr>
      <w:r>
        <w:t>He is so hopeful that God will surely accept his prayer. So, one should be hopeful when he prays to Allah.</w:t>
      </w:r>
    </w:p>
    <w:p>
      <w:r>
        <w:rPr>
          <w:b/>
        </w:rPr>
        <w:t xml:space="preserve">[10:49] </w:t>
      </w:r>
      <w:r>
        <w:t>One should be optimistic that his prayer will definitely be answered by God</w:t>
      </w:r>
    </w:p>
    <w:p>
      <w:pPr>
        <w:jc w:val="right"/>
      </w:pPr>
      <w:r>
        <w:t>One should be optimistic that his prayer will definitely be answered by God</w:t>
      </w:r>
    </w:p>
    <w:p>
      <w:r>
        <w:rPr>
          <w:b/>
        </w:rPr>
        <w:t xml:space="preserve">[10:55] </w:t>
      </w:r>
      <w:r>
        <w:t>. And secondly, which is also very important, that Zakariya alaihis salam is telling his problems to Allah, his difficulties to Allah.</w:t>
      </w:r>
    </w:p>
    <w:p>
      <w:pPr>
        <w:jc w:val="right"/>
      </w:pPr>
      <w:r>
        <w:t>. And secondly, which is also very important, that Zakariya alaihis salam is telling his problems to Allah, his difficulties to Allah.</w:t>
      </w:r>
    </w:p>
    <w:p>
      <w:r>
        <w:rPr>
          <w:b/>
        </w:rPr>
        <w:t xml:space="preserve">[11:06] </w:t>
      </w:r>
      <w:r>
        <w:t>Do you think God doesn't know about us? He knows everything. But when you make dua like this, you tell your problems to Allah, then your prayers are filled with spirit.</w:t>
      </w:r>
    </w:p>
    <w:p>
      <w:pPr>
        <w:jc w:val="right"/>
      </w:pPr>
      <w:r>
        <w:t>Do you think God doesn't know about us? He knows everything. But when you make dua like this, you tell your problems to Allah, then your prayers are filled with spirit.</w:t>
      </w:r>
    </w:p>
    <w:p>
      <w:r>
        <w:rPr>
          <w:b/>
        </w:rPr>
        <w:t xml:space="preserve">[11:22] </w:t>
      </w:r>
      <w:r>
        <w:t>یعنی کیفیت بیدار ہو جاتی ہے۔ And then the chances of acceptance of such dua become very high.</w:t>
      </w:r>
    </w:p>
    <w:p>
      <w:pPr>
        <w:jc w:val="right"/>
      </w:pPr>
      <w:r>
        <w:t>یعنی کیفیت بیدار ہو جاتی ہے۔ And then the chances of acceptance of such dua become very high.</w:t>
      </w:r>
    </w:p>
    <w:p>
      <w:r>
        <w:rPr>
          <w:b/>
        </w:rPr>
        <w:t xml:space="preserve">[11:31] </w:t>
      </w:r>
      <w:r>
        <w:t>And he says, "Wa inni khiftu l-mawaliya min warai wa kanait imrati aqirah." "Now I fear my kinsmen</w:t>
      </w:r>
    </w:p>
    <w:p>
      <w:pPr>
        <w:jc w:val="right"/>
      </w:pPr>
      <w:r>
        <w:t>And he says, "Wa inni khiftu l-mawaliya min warai wa kanait imrati aqirah." "Now I fear my kinsmen</w:t>
      </w:r>
    </w:p>
    <w:p>
      <w:r>
        <w:rPr>
          <w:b/>
        </w:rPr>
        <w:t xml:space="preserve">[11:41] </w:t>
      </w:r>
      <w:r>
        <w:t>when I am gone. I have no hope of their continuing my dava mission.</w:t>
      </w:r>
    </w:p>
    <w:p>
      <w:pPr>
        <w:jc w:val="right"/>
      </w:pPr>
      <w:r>
        <w:t>when I am gone. I have no hope of their continuing my dava mission.</w:t>
      </w:r>
    </w:p>
    <w:p>
      <w:r>
        <w:rPr>
          <w:b/>
        </w:rPr>
        <w:t xml:space="preserve">[11:51] </w:t>
      </w:r>
      <w:r>
        <w:t>And my wife has passed the childbearing age." فَهَبْ لِي مِنْ لَدُونِكَ وَلِّيَّ "So grant me a successor from Yourself."یرثنی ویرث من آل یعقوب</w:t>
      </w:r>
    </w:p>
    <w:p>
      <w:pPr>
        <w:jc w:val="right"/>
      </w:pPr>
      <w:r>
        <w:t>And my wife has passed the childbearing age." فَهَبْ لِي مِنْ لَدُونِكَ وَلِّيَّ "So grant me a successor from Yourself."یرثنی ویرث من آل یعقوب</w:t>
      </w:r>
    </w:p>
    <w:p>
      <w:r>
        <w:rPr>
          <w:b/>
        </w:rPr>
        <w:t xml:space="preserve">[12:09] </w:t>
      </w:r>
      <w:r>
        <w:t>"To be my heir, my heir, and to be the heir of the blessings of the house of Yaqub." وَاجْعَلْ لَهُ رَبِّي رَضِيًّا "And O my Lord, make him acceptable to You." So, Prophet Zakariya alaihis salam is not asking for a son, but he is worried that he has become old now and he will be gone.</w:t>
      </w:r>
    </w:p>
    <w:p>
      <w:pPr>
        <w:jc w:val="right"/>
      </w:pPr>
      <w:r>
        <w:t>"To be my heir, my heir, and to be the heir of the blessings of the house of Yaqub." وَاجْعَلْ لَهُ رَبِّي رَضِيًّا "And O my Lord, make him acceptable to You." So, Prophet Zakariya alaihis salam is not asking for a son, but he is worried that he has become old now and he will be gone.</w:t>
      </w:r>
    </w:p>
    <w:p>
      <w:r>
        <w:rPr>
          <w:b/>
        </w:rPr>
        <w:t xml:space="preserve">[12:38] </w:t>
      </w:r>
      <w:r>
        <w:t>He will be gone, so who will continue his dava mission? So, his concern is that dava mission, dava which he has been doing,</w:t>
      </w:r>
    </w:p>
    <w:p>
      <w:pPr>
        <w:jc w:val="right"/>
      </w:pPr>
      <w:r>
        <w:t>He will be gone, so who will continue his dava mission? So, his concern is that dava mission, dava which he has been doing,</w:t>
      </w:r>
    </w:p>
    <w:p>
      <w:r>
        <w:rPr>
          <w:b/>
        </w:rPr>
        <w:t xml:space="preserve">[12:51] </w:t>
      </w:r>
      <w:r>
        <w:t>should be continued after he is gone, after he is no more. So, actually, he is praying for a prophet, he is not praying for a son.</w:t>
      </w:r>
    </w:p>
    <w:p>
      <w:pPr>
        <w:jc w:val="right"/>
      </w:pPr>
      <w:r>
        <w:t>should be continued after he is gone, after he is no more. So, actually, he is praying for a prophet, he is not praying for a son.</w:t>
      </w:r>
    </w:p>
    <w:p>
      <w:r>
        <w:rPr>
          <w:b/>
        </w:rPr>
        <w:t xml:space="preserve">[13:01] </w:t>
      </w:r>
      <w:r>
        <w:t>And Allah responded immediately,right away. Allah said, "Ya Zakariya, O Zakariya,</w:t>
      </w:r>
    </w:p>
    <w:p>
      <w:pPr>
        <w:jc w:val="right"/>
      </w:pPr>
      <w:r>
        <w:t>And Allah responded immediately,right away. Allah said, "Ya Zakariya, O Zakariya,</w:t>
      </w:r>
    </w:p>
    <w:p>
      <w:r>
        <w:rPr>
          <w:b/>
        </w:rPr>
        <w:t xml:space="preserve">[13:11] </w:t>
      </w:r>
      <w:r>
        <w:t>إِنَّا نُبَشِّرُكَ بِغُلَامٍ</w:t>
      </w:r>
    </w:p>
    <w:p>
      <w:pPr>
        <w:jc w:val="right"/>
      </w:pPr>
      <w:r>
        <w:t>إِنَّا نُبَشِّرُكَ بِغُلَامٍ</w:t>
      </w:r>
    </w:p>
    <w:p>
      <w:r>
        <w:rPr>
          <w:b/>
        </w:rPr>
        <w:t xml:space="preserve">[13:17] </w:t>
      </w:r>
      <w:r>
        <w:t>يا زكريا إِنَّا نُبَشِّرُكَ بِغُلَامٍ إِنْ إِسْمَهُ يَحْيٰى</w:t>
      </w:r>
    </w:p>
    <w:p>
      <w:pPr>
        <w:jc w:val="right"/>
      </w:pPr>
      <w:r>
        <w:t>يا زكريا إِنَّا نُبَشِّرُكَ بِغُلَامٍ إِنْ إِسْمَهُ يَحْيٰى</w:t>
      </w:r>
    </w:p>
    <w:p>
      <w:r>
        <w:rPr>
          <w:b/>
        </w:rPr>
        <w:t xml:space="preserve">[13:25] </w:t>
      </w:r>
      <w:r>
        <w:t>O Zakariya, we bring you good news of a son whose name shall be John Yahya. وَلَمْ نَجَعَ لَهُ مِنْ قَبْلُ سَمِيعًا We have not given such a name to anyone befor</w:t>
      </w:r>
    </w:p>
    <w:p>
      <w:pPr>
        <w:jc w:val="right"/>
      </w:pPr>
      <w:r>
        <w:t>O Zakariya, we bring you good news of a son whose name shall be John Yahya. وَلَمْ نَجَعَ لَهُ مِنْ قَبْلُ سَمِيعًا We have not given such a name to anyone befor</w:t>
      </w:r>
    </w:p>
    <w:p>
      <w:r>
        <w:rPr>
          <w:b/>
        </w:rPr>
        <w:t xml:space="preserve">[13:41] </w:t>
      </w:r>
      <w:r>
        <w:t>e This means that not only name, but his qualities were so great that no one ever had that quality.</w:t>
      </w:r>
    </w:p>
    <w:p>
      <w:pPr>
        <w:jc w:val="right"/>
      </w:pPr>
      <w:r>
        <w:t>e. This means that not only name, but his qualities were so great that no one ever had that quality.</w:t>
      </w:r>
    </w:p>
    <w:p>
      <w:r>
        <w:rPr>
          <w:b/>
        </w:rPr>
        <w:t xml:space="preserve">[13:53] </w:t>
      </w:r>
      <w:r>
        <w:t>لَمْ نَجَعَ لَهُ مِنْ قَبْلُ سَمِيعًا So, the story of Zakariya alaihis salam and Yahya alaihis salam, John, is actually like an introduction,</w:t>
      </w:r>
    </w:p>
    <w:p>
      <w:pPr>
        <w:jc w:val="right"/>
      </w:pPr>
      <w:r>
        <w:t>لَمْ نَجَعَ لَهُ مِنْ قَبْلُ سَمِيعًا So, the story of Zakariya alaihis salam and Yahya alaihis salam, John, is actually like an introduction,</w:t>
      </w:r>
    </w:p>
    <w:p>
      <w:r>
        <w:rPr>
          <w:b/>
        </w:rPr>
        <w:t xml:space="preserve">[14:06] </w:t>
      </w:r>
      <w:r>
        <w:t>a preface to the story of Jesus.</w:t>
      </w:r>
    </w:p>
    <w:p>
      <w:pPr>
        <w:jc w:val="right"/>
      </w:pPr>
      <w:r>
        <w:t>a preface to the story of Jesus.</w:t>
      </w:r>
    </w:p>
    <w:p>
      <w:r>
        <w:rPr>
          <w:b/>
        </w:rPr>
        <w:t xml:space="preserve">[14:14] </w:t>
      </w:r>
      <w:r>
        <w:t>Because as we move forward, InshaAllah, we will see that the story of John and the story of Jesus are quite similar.</w:t>
      </w:r>
    </w:p>
    <w:p>
      <w:pPr>
        <w:jc w:val="right"/>
      </w:pPr>
      <w:r>
        <w:t>Because as we move forward, InshaAllah, we will see that the story of John and the story of Jesus are quite similar.</w:t>
      </w:r>
    </w:p>
    <w:p>
      <w:r>
        <w:rPr>
          <w:b/>
        </w:rPr>
        <w:t xml:space="preserve">[14:26] </w:t>
      </w:r>
      <w:r>
        <w:t>And in the sense that God has used a similar expression for both the prophets.</w:t>
      </w:r>
    </w:p>
    <w:p>
      <w:pPr>
        <w:jc w:val="right"/>
      </w:pPr>
      <w:r>
        <w:t>And in the sense that God has used a similar expression for both the prophets.</w:t>
      </w:r>
    </w:p>
    <w:p>
      <w:r>
        <w:rPr>
          <w:b/>
        </w:rPr>
        <w:t xml:space="preserve">[14:35] </w:t>
      </w:r>
      <w:r>
        <w:t>And the story of Zakariya alaihis salam is very inspiring because it teaches us how to make dua, how to connect with God in humility, in submission.</w:t>
      </w:r>
    </w:p>
    <w:p>
      <w:pPr>
        <w:jc w:val="right"/>
      </w:pPr>
      <w:r>
        <w:t>And the story of Zakariya alaihis salam is very inspiring because it teaches us how to make dua, how to connect with God in humility, in submission.</w:t>
      </w:r>
    </w:p>
    <w:p>
      <w:r>
        <w:rPr>
          <w:b/>
        </w:rPr>
        <w:t xml:space="preserve">[14:48] </w:t>
      </w:r>
      <w:r>
        <w:t>So, if we connect with God in this way, our prayers will surely be answered. So, now we move to verse number 16 from where the story of Maryam starts.</w:t>
      </w:r>
    </w:p>
    <w:p>
      <w:pPr>
        <w:jc w:val="right"/>
      </w:pPr>
      <w:r>
        <w:t>So, if we connect with God in this way, our prayers will surely be answered. So, now we move to verse number 16 from where the story of Maryam starts.</w:t>
      </w:r>
    </w:p>
    <w:p>
      <w:r>
        <w:rPr>
          <w:b/>
        </w:rPr>
        <w:t xml:space="preserve">[15:05] </w:t>
      </w:r>
      <w:r>
        <w:t>Wa-zkur fi-l-kitabi Maryam "Remember Maryam in the book." This means reflect on the story of Mary as given in Surah Maryam.</w:t>
      </w:r>
    </w:p>
    <w:p>
      <w:pPr>
        <w:jc w:val="right"/>
      </w:pPr>
      <w:r>
        <w:t>وَاذْكُرْ فِي الْكِتَابِ مَرْيَمَ "Remember Maryam in the book." This means reflect on the story of Mary as given in Surah Maryam.</w:t>
      </w:r>
    </w:p>
    <w:p>
      <w:r>
        <w:rPr>
          <w:b/>
        </w:rPr>
        <w:t xml:space="preserve">[15:21] </w:t>
      </w:r>
      <w:r>
        <w:t>Remember means this is not a storytelling. This is an item of Ma'rifat. This is an item of Tadabbur.</w:t>
      </w:r>
    </w:p>
    <w:p>
      <w:pPr>
        <w:jc w:val="right"/>
      </w:pPr>
      <w:r>
        <w:t>Remember means this is not a storytelling. This is an item of Ma'rifat. This is an item of Tadabbur.</w:t>
      </w:r>
    </w:p>
    <w:p>
      <w:r>
        <w:rPr>
          <w:b/>
        </w:rPr>
        <w:t xml:space="preserve">[15:30] </w:t>
      </w:r>
      <w:r>
        <w:t>You should understand the deeper meanings of the stor</w:t>
      </w:r>
    </w:p>
    <w:p>
      <w:pPr>
        <w:jc w:val="right"/>
      </w:pPr>
      <w:r>
        <w:t>You should understand the deeper meanings of the stor</w:t>
      </w:r>
    </w:p>
    <w:p>
      <w:r>
        <w:rPr>
          <w:b/>
        </w:rPr>
        <w:t xml:space="preserve">[15:35] </w:t>
      </w:r>
      <w:r>
        <w:t>y. Think deeply, think deeply, contemplate on it, draw lessons from it, also share it with others, pass the valuable lessons that you draw from this story to others.</w:t>
      </w:r>
    </w:p>
    <w:p>
      <w:pPr>
        <w:jc w:val="right"/>
      </w:pPr>
      <w:r>
        <w:t>y. Think deeply, think deeply, contemplate on it, draw lessons from it, also share it with others, pass the valuable lessons that you draw from this story to others.</w:t>
      </w:r>
    </w:p>
    <w:p>
      <w:r>
        <w:rPr>
          <w:b/>
        </w:rPr>
        <w:t xml:space="preserve">[15:52] </w:t>
      </w:r>
      <w:r>
        <w:t>And then the Quran says, idh-h-taba-z-at min ahliha makaanan sharqiyyan "When she separated herself from her people to the eastern sid</w:t>
      </w:r>
    </w:p>
    <w:p>
      <w:pPr>
        <w:jc w:val="right"/>
      </w:pPr>
      <w:r>
        <w:t>And then the Quran says, اِذِنْ تَبَزَتْ مِنْ أَهْلِهَا مَكَانًا شَرْقِيًّا "When she separated herself from her people to the eastern sid</w:t>
      </w:r>
    </w:p>
    <w:p>
      <w:r>
        <w:rPr>
          <w:b/>
        </w:rPr>
        <w:t xml:space="preserve">[16:04] </w:t>
      </w:r>
      <w:r>
        <w:t>e, Maryam was staying in the temple, and she isolated herself to a private chamber on the eastern side of the temple.</w:t>
      </w:r>
    </w:p>
    <w:p>
      <w:pPr>
        <w:jc w:val="right"/>
      </w:pPr>
      <w:r>
        <w:t>e, Maryam was staying in the temple, and she isolated herself to a private chamber on the eastern side of the temple.</w:t>
      </w:r>
    </w:p>
    <w:p>
      <w:r>
        <w:rPr>
          <w:b/>
        </w:rPr>
        <w:t xml:space="preserve">[16:21] </w:t>
      </w:r>
      <w:r>
        <w:t>That might be a more secluded area, and not many people would be visiting ther</w:t>
      </w:r>
    </w:p>
    <w:p>
      <w:pPr>
        <w:jc w:val="right"/>
      </w:pPr>
      <w:r>
        <w:t>That might be a more secluded area, and not many people would be visiting ther</w:t>
      </w:r>
    </w:p>
    <w:p>
      <w:r>
        <w:rPr>
          <w:b/>
        </w:rPr>
        <w:t xml:space="preserve">[16:28] </w:t>
      </w:r>
      <w:r>
        <w:t>e. And so, it was like her spiritual corner, a place dedicated for worship and devotion.</w:t>
      </w:r>
    </w:p>
    <w:p>
      <w:pPr>
        <w:jc w:val="right"/>
      </w:pPr>
      <w:r>
        <w:t>e. And so, it was like her spiritual corner, a place dedicated for worship and devotion.</w:t>
      </w:r>
    </w:p>
    <w:p>
      <w:r>
        <w:rPr>
          <w:b/>
        </w:rPr>
        <w:t xml:space="preserve">[16:38] </w:t>
      </w:r>
      <w:r>
        <w:t>A very quiet corner where she could whisper to God in silence and solitude. And the Quran says, fa-t-takhadha min dooni-him hijaaban "So she kept herself in seclusion from her people</w:t>
      </w:r>
    </w:p>
    <w:p>
      <w:pPr>
        <w:jc w:val="right"/>
      </w:pPr>
      <w:r>
        <w:t>A very quiet corner where she could whisper to God in silence and solitude. And the Quran says, فَاتَّخَذَتْ مِنْ دُونِهِمْ حِجَابًا "So she kept herself in seclusion from her people</w:t>
      </w:r>
    </w:p>
    <w:p>
      <w:r>
        <w:rPr>
          <w:b/>
        </w:rPr>
        <w:t xml:space="preserve">[16:54] </w:t>
      </w:r>
      <w:r>
        <w:t>." She kept her seclusion means that she might have set up some kind of a screen or a barrier or a curtain to remove all kinds of distractions.</w:t>
      </w:r>
    </w:p>
    <w:p>
      <w:pPr>
        <w:jc w:val="right"/>
      </w:pPr>
      <w:r>
        <w:t>." She kept her seclusion means that she might have set up some kind of a screen or a barrier or a curtain to remove all kinds of distractions.</w:t>
      </w:r>
    </w:p>
    <w:p>
      <w:r>
        <w:rPr>
          <w:b/>
        </w:rPr>
        <w:t xml:space="preserve">[17:08] </w:t>
      </w:r>
      <w:r>
        <w:t>So there, she would spend most of her time in seclusion, in contemplation, remembrance, and spiritual growth</w:t>
      </w:r>
    </w:p>
    <w:p>
      <w:pPr>
        <w:jc w:val="right"/>
      </w:pPr>
      <w:r>
        <w:t>So there, she would spend most of her time in seclusion, in contemplation, remembrance, and spiritual growth</w:t>
      </w:r>
    </w:p>
    <w:p>
      <w:r>
        <w:rPr>
          <w:b/>
        </w:rPr>
        <w:t xml:space="preserve">[17:17] </w:t>
      </w:r>
      <w:r>
        <w:t>. So, it was like a, like her, it was like I'tikaf for her, where she could spend time with zero distractions.</w:t>
      </w:r>
    </w:p>
    <w:p>
      <w:pPr>
        <w:jc w:val="right"/>
      </w:pPr>
      <w:r>
        <w:t>. So, it was like a, like her, it was like I'tikaf for her, where she could spend time with zero distractions.</w:t>
      </w:r>
    </w:p>
    <w:p>
      <w:r>
        <w:rPr>
          <w:b/>
        </w:rPr>
        <w:t xml:space="preserve">[17:30] </w:t>
      </w:r>
      <w:r>
        <w:t>And at this moment, Allah sent an angel to her when she was like in I'tikaf. Fa-arsalna ilayha ru</w:t>
      </w:r>
    </w:p>
    <w:p>
      <w:pPr>
        <w:jc w:val="right"/>
      </w:pPr>
      <w:r>
        <w:t>And at this moment, Allah sent an angel to her when she was like in I'tikaf. فَأَرْسَلْنَا إِلَيْهَا ر</w:t>
      </w:r>
    </w:p>
    <w:p>
      <w:r>
        <w:rPr>
          <w:b/>
        </w:rPr>
        <w:t xml:space="preserve">[17:39] </w:t>
      </w:r>
      <w:r>
        <w:t>hana "So we sent," rouhana means our rooh or our spirit, meaning our our angel or our Jibreel.</w:t>
      </w:r>
    </w:p>
    <w:p>
      <w:pPr>
        <w:jc w:val="right"/>
      </w:pPr>
      <w:r>
        <w:t>ُوحَنَا "So we sent," rouhana means our rooh or our spirit, meaning our our angel or our Jibreel.</w:t>
      </w:r>
    </w:p>
    <w:p>
      <w:r>
        <w:rPr>
          <w:b/>
        </w:rPr>
        <w:t xml:space="preserve">[17:50] </w:t>
      </w:r>
      <w:r>
        <w:t>So, Jibreel came to Maryam alaihis salam. And Jibreel appeared to Maryam in a human form so that she is not frightened.</w:t>
      </w:r>
    </w:p>
    <w:p>
      <w:pPr>
        <w:jc w:val="right"/>
      </w:pPr>
      <w:r>
        <w:t>So, Jibreel came to Maryam alaihis salam. And Jibreel appeared to Maryam in a human form so that she is not frightened.</w:t>
      </w:r>
    </w:p>
    <w:p>
      <w:r>
        <w:rPr>
          <w:b/>
        </w:rPr>
        <w:t xml:space="preserve">[18:06] </w:t>
      </w:r>
      <w:r>
        <w:t>If Jibreel would have come in his original form, she must have infanted. Because the Prophet Muhammad sallallahu alaihi wa sallam saw Jibreel twice in his original form.</w:t>
      </w:r>
    </w:p>
    <w:p>
      <w:pPr>
        <w:jc w:val="right"/>
      </w:pPr>
      <w:r>
        <w:t>If Jibreel would have come in his original form, she must have infanted. Because the Prophet Muhammad صلى الله عليه وسلم saw Jibreel twice in his original form.</w:t>
      </w:r>
    </w:p>
    <w:p>
      <w:r>
        <w:rPr>
          <w:b/>
        </w:rPr>
        <w:t xml:space="preserve">[18:19] </w:t>
      </w:r>
      <w:r>
        <w:t>And he described him that his foot was on the ground and his head was in the sky.</w:t>
      </w:r>
    </w:p>
    <w:p>
      <w:pPr>
        <w:jc w:val="right"/>
      </w:pPr>
      <w:r>
        <w:t>And he described him that his foot was on the ground and his head was in the sky.</w:t>
      </w:r>
    </w:p>
    <w:p>
      <w:r>
        <w:rPr>
          <w:b/>
        </w:rPr>
        <w:t xml:space="preserve">[18:29] </w:t>
      </w:r>
      <w:r>
        <w:t>And two of his wings were so large that it covered the entire horizon.</w:t>
      </w:r>
    </w:p>
    <w:p>
      <w:pPr>
        <w:jc w:val="right"/>
      </w:pPr>
      <w:r>
        <w:t>And two of his wings were so large that it covered the entire horizon.</w:t>
      </w:r>
    </w:p>
    <w:p>
      <w:r>
        <w:rPr>
          <w:b/>
        </w:rPr>
        <w:t xml:space="preserve">[18:35] </w:t>
      </w:r>
      <w:r>
        <w:t>So, a creature like this if appeared, it would have appeared. It was, it must be very difficult for Maryam.</w:t>
      </w:r>
    </w:p>
    <w:p>
      <w:pPr>
        <w:jc w:val="right"/>
      </w:pPr>
      <w:r>
        <w:t>So, a creature like this if appeared, it would have appeared. It was, it must be very difficult for Maryam.</w:t>
      </w:r>
    </w:p>
    <w:p>
      <w:r>
        <w:rPr>
          <w:b/>
        </w:rPr>
        <w:t xml:space="preserve">[18:45] </w:t>
      </w:r>
      <w:r>
        <w:t>So, he came in a human form so that she is not frightened. Fa-tamath-thala alayha basharan sawiyyan "So he presented to Maryam as a perfect m</w:t>
      </w:r>
    </w:p>
    <w:p>
      <w:pPr>
        <w:jc w:val="right"/>
      </w:pPr>
      <w:r>
        <w:t>So, he came in a human form so that she is not frightened. فَتَمَثَّلَ عَلَيْهَا بَشْرًا سَوِيًّا "So he presented to Maryam as a perfect m</w:t>
      </w:r>
    </w:p>
    <w:p>
      <w:r>
        <w:rPr>
          <w:b/>
        </w:rPr>
        <w:t xml:space="preserve">[18:59] </w:t>
      </w:r>
      <w:r>
        <w:t>an. The angel presented himself to Maryam as a very attractive, charming, handsome, good-looking, handsome man, a good-looking man, so that she is not frightened.</w:t>
      </w:r>
    </w:p>
    <w:p>
      <w:pPr>
        <w:jc w:val="right"/>
      </w:pPr>
      <w:r>
        <w:t>an. The angel presented himself to Maryam as a very attractive, charming, handsome, good-looking, handsome man, a good-looking man, so that she is not frightened.</w:t>
      </w:r>
    </w:p>
    <w:p>
      <w:r>
        <w:rPr>
          <w:b/>
        </w:rPr>
        <w:t xml:space="preserve">[19:13] </w:t>
      </w:r>
      <w:r>
        <w:t>This provided some level of confidence, some level of ease and comfort to Maryam.</w:t>
      </w:r>
    </w:p>
    <w:p>
      <w:pPr>
        <w:jc w:val="right"/>
      </w:pPr>
      <w:r>
        <w:t>This provided some level of confidence, some level of ease and comfort to Maryam.</w:t>
      </w:r>
    </w:p>
    <w:p>
      <w:r>
        <w:rPr>
          <w:b/>
        </w:rPr>
        <w:t xml:space="preserve">[19:20] </w:t>
      </w:r>
      <w:r>
        <w:t>So, when she saw, she was panicked and she said, qaalat inni a'oozu birrahmaan qaalat inni a'oozu birrahmaan mink in kunta taqiyyan "I seek refuge in the compassionate God from you if you fear Allah."</w:t>
      </w:r>
    </w:p>
    <w:p>
      <w:pPr>
        <w:jc w:val="right"/>
      </w:pPr>
      <w:r>
        <w:t>So, when she saw, she was panicked and she said, قَالَتْ إِنِّي أَعُوذُ بِالرَّحْمٰنِ قَالَتْ إِنِّي أَعُوذُ بِالرَّحْمٰنِ مِنْكَ إِنْ كُنْتَ تَقِيًّا "I seek refuge in the compassionate God from you if you fear Allah.</w:t>
      </w:r>
    </w:p>
    <w:p>
      <w:r>
        <w:rPr>
          <w:b/>
        </w:rPr>
        <w:t xml:space="preserve">[19:41] </w:t>
      </w:r>
      <w:r>
        <w:t>If you are a God-fearing person, you should go away</w:t>
      </w:r>
    </w:p>
    <w:p>
      <w:pPr>
        <w:jc w:val="right"/>
      </w:pPr>
      <w:r>
        <w:t>If you are a God-fearing person, you should go away</w:t>
      </w:r>
    </w:p>
    <w:p>
      <w:r>
        <w:rPr>
          <w:b/>
        </w:rPr>
        <w:t xml:space="preserve">[19:48] </w:t>
      </w:r>
      <w:r>
        <w:t>". When Maryam suddenly saw the stranger standing in front of her, who came without her permission in her private space, she was panicked and she said, "I seek refuge of the compassionate God from you."</w:t>
      </w:r>
    </w:p>
    <w:p>
      <w:pPr>
        <w:jc w:val="right"/>
      </w:pPr>
      <w:r>
        <w:t>." When Maryam suddenly saw the stranger standing in front of her, who came without her permission in her private space, she was panicked and she said, "I seek refuge of the compassionate God from you.</w:t>
      </w:r>
    </w:p>
    <w:p>
      <w:r>
        <w:rPr>
          <w:b/>
        </w:rPr>
        <w:t xml:space="preserve">[20:06] </w:t>
      </w:r>
      <w:r>
        <w:t>If you fear God, do not come near me. Go away, go back</w:t>
      </w:r>
    </w:p>
    <w:p>
      <w:pPr>
        <w:jc w:val="right"/>
      </w:pPr>
      <w:r>
        <w:t>If you fear God, do not come near me. Go away, go back</w:t>
      </w:r>
    </w:p>
    <w:p>
      <w:r>
        <w:rPr>
          <w:b/>
        </w:rPr>
        <w:t xml:space="preserve">[20:12] </w:t>
      </w:r>
      <w:r>
        <w:t>". But despite her fear, the angel's noble and presentable appearance allowed her to speak to him and listen to what he said.</w:t>
      </w:r>
    </w:p>
    <w:p>
      <w:pPr>
        <w:jc w:val="right"/>
      </w:pPr>
      <w:r>
        <w:t>." But despite her fear, the angel's noble and presentable appearance allowed her to speak to him and listen to what he said.</w:t>
      </w:r>
    </w:p>
    <w:p>
      <w:r>
        <w:rPr>
          <w:b/>
        </w:rPr>
        <w:t xml:space="preserve">[20:27] </w:t>
      </w:r>
      <w:r>
        <w:t>And the angel said, qaala innama ana rasoolu rabbiki "The angel said, 'I am only the messenger of Your Lord.'" li'a</w:t>
      </w:r>
    </w:p>
    <w:p>
      <w:pPr>
        <w:jc w:val="right"/>
      </w:pPr>
      <w:r>
        <w:t>And the angel said, قَالَ إِنَّمَا أَنَا رَسُولُ رَبِّكِ "The angel said, 'I am only the messenger of Your Lord.'" لِأ</w:t>
      </w:r>
    </w:p>
    <w:p>
      <w:r>
        <w:rPr>
          <w:b/>
        </w:rPr>
        <w:t xml:space="preserve">[20:40] </w:t>
      </w:r>
      <w:r>
        <w:t>hba laka ghulaaman zakiyyan "And I shall bestow upon you the gift of a pure son." So, the angel said to Maryam that, "I have come to give you the good news of a pure son, a remarkable human being who will be endowed with purity." qaalat anna yakoonu li ghulaamun</w:t>
      </w:r>
    </w:p>
    <w:p>
      <w:pPr>
        <w:jc w:val="right"/>
      </w:pPr>
      <w:r>
        <w:t>َهْبَ لَكِ غُلَامًا زَكِيًّا "And I shall bestow upon you the gift of a pure son." So, the angel said to Maryam that, "I have come to give you the good news of a pure son, a remarkable human being who will be endowed with purity." قَالَتْ أَنَّا يَكُونُ لِي غُلَامٌ</w:t>
      </w:r>
    </w:p>
    <w:p>
      <w:r>
        <w:rPr>
          <w:b/>
        </w:rPr>
        <w:t xml:space="preserve">[21:07] </w:t>
      </w:r>
      <w:r>
        <w:t>"How can I have a son?" She said, "How can I have a son?" walam yamsasnee basharun "When no man has ever touched me." walam aku baghiyyan "And nor am I unchaste." So, hearing the angel's message,</w:t>
      </w:r>
    </w:p>
    <w:p>
      <w:pPr>
        <w:jc w:val="right"/>
      </w:pPr>
      <w:r>
        <w:t>"How can I have a son?" She said, "How can I have a son?" وَلَمْ يَمْسَسْنِي بَشَرٌ "When no man has ever touched me." وَلَمْ أَكُ بَغِيًّا "And nor am I unchaste." So, hearing the angel's message,</w:t>
      </w:r>
    </w:p>
    <w:p>
      <w:r>
        <w:rPr>
          <w:b/>
        </w:rPr>
        <w:t xml:space="preserve">[21:28] </w:t>
      </w:r>
      <w:r>
        <w:t>Maryam was panicked. She said, "I fear Allah. I am a God-fearing person</w:t>
      </w:r>
    </w:p>
    <w:p>
      <w:pPr>
        <w:jc w:val="right"/>
      </w:pPr>
      <w:r>
        <w:t>Maryam was panicked. She said, "I fear Allah. I am a God-fearing person</w:t>
      </w:r>
    </w:p>
    <w:p>
      <w:r>
        <w:rPr>
          <w:b/>
        </w:rPr>
        <w:t xml:space="preserve">[21:34] </w:t>
      </w:r>
      <w:r>
        <w:t>. How is it possible that I will have a son? I am unmarried." So, the angel said, qaala kadhaliki "The angel replied,</w:t>
      </w:r>
    </w:p>
    <w:p>
      <w:pPr>
        <w:jc w:val="right"/>
      </w:pPr>
      <w:r>
        <w:t>. How is it possible that I will have a son? I am unmarried." So, the angel said, قَالَ كَذَلِكِ "The angel replied,</w:t>
      </w:r>
    </w:p>
    <w:p>
      <w:r>
        <w:rPr>
          <w:b/>
        </w:rPr>
        <w:t xml:space="preserve">[21:47] </w:t>
      </w:r>
      <w:r>
        <w:t>'So shall it be. It will be done.'" qaala rabbuka huwa alayya haiyyun "Your Lord says, 'It's easy for me.'" God just has to say 'be,' and it comes into existence.</w:t>
      </w:r>
    </w:p>
    <w:p>
      <w:pPr>
        <w:jc w:val="right"/>
      </w:pPr>
      <w:r>
        <w:t>'So shall it be. It will be done.'" قَالَ رَبُّكِ هُوَ عَلَيَّ حَيٍّ "Your Lord says, 'It's easy for me.'" God just has to say 'be,' and it comes into existence.</w:t>
      </w:r>
    </w:p>
    <w:p>
      <w:r>
        <w:rPr>
          <w:b/>
        </w:rPr>
        <w:t xml:space="preserve">[22:04] </w:t>
      </w:r>
      <w:r>
        <w:t>So, God brought Adam into being without parents. He will bring Jesus into being in a miraculous way as well.</w:t>
      </w:r>
    </w:p>
    <w:p>
      <w:pPr>
        <w:jc w:val="right"/>
      </w:pPr>
      <w:r>
        <w:t>So, God brought Adam into being without parents. He will bring Jesus into being in a miraculous way as well.</w:t>
      </w:r>
    </w:p>
    <w:p>
      <w:r>
        <w:rPr>
          <w:b/>
        </w:rPr>
        <w:t xml:space="preserve">[22:15] </w:t>
      </w:r>
      <w:r>
        <w:t>And the Quran says, inna mathala eesa in dallaha kamathali aadama khalqahum min turaabin thumma qaala lahu kun fayakoonu "The example of Jesus to Allah is like that of Adam.</w:t>
      </w:r>
    </w:p>
    <w:p>
      <w:pPr>
        <w:jc w:val="right"/>
      </w:pPr>
      <w:r>
        <w:t>And the Quran says, إِنَّ مَثَلَ عِيسَى إِنْ دَلَّهِ كَمَثَلِ آَدَمٍ خَلَقَهُمْ مِنْ تُرَابٍ ثُمَّ قَالَ لَهُ كُنْ فَيَكُونُ "The example of Jesus to Allah is like that of Adam.</w:t>
      </w:r>
    </w:p>
    <w:p>
      <w:r>
        <w:rPr>
          <w:b/>
        </w:rPr>
        <w:t xml:space="preserve">[22:33] </w:t>
      </w:r>
      <w:r>
        <w:t>He created him from dust and He said to him, 'Be,' and he was." So, this is a very powerful argument.</w:t>
      </w:r>
    </w:p>
    <w:p>
      <w:pPr>
        <w:jc w:val="right"/>
      </w:pPr>
      <w:r>
        <w:t>He created him from dust and He said to him, 'Be,' and he was." So, this is a very powerful argument.</w:t>
      </w:r>
    </w:p>
    <w:p>
      <w:r>
        <w:rPr>
          <w:b/>
        </w:rPr>
        <w:t xml:space="preserve">[22:42] </w:t>
      </w:r>
      <w:r>
        <w:t>If Allah can create Adam without parents, He can also... uh, uh, why can He not create Jesus with one parent?</w:t>
      </w:r>
    </w:p>
    <w:p>
      <w:pPr>
        <w:jc w:val="right"/>
      </w:pPr>
      <w:r>
        <w:t>If Allah can create Adam without parents, He can also... uh, uh, why can He not create Jesus with one parent?</w:t>
      </w:r>
    </w:p>
    <w:p>
      <w:r>
        <w:rPr>
          <w:b/>
        </w:rPr>
        <w:t xml:space="preserve">[22:52] </w:t>
      </w:r>
      <w:r>
        <w:t>So, the angel further says to Maryam, walinaj'ala lahu aayatan lilnaasi "We shall make him</w:t>
      </w:r>
    </w:p>
    <w:p>
      <w:pPr>
        <w:jc w:val="right"/>
      </w:pPr>
      <w:r>
        <w:t>So, the angel further says to Maryam, وَلِنَجْعَ لَهُ آَيَةً لِلنَّاسِ "We shall make him</w:t>
      </w:r>
    </w:p>
    <w:p>
      <w:r>
        <w:rPr>
          <w:b/>
        </w:rPr>
        <w:t xml:space="preserve">[23:02] </w:t>
      </w:r>
      <w:r>
        <w:t>..." God God says that, "We shall make him a sign," aayatan walinaj'ala lahu aayatan lilnaasi "We shall make him a sign to people," warahmah minna "and and and mercy from us," wakana amrun maqdiyyan "This matter has been decided.</w:t>
      </w:r>
    </w:p>
    <w:p>
      <w:pPr>
        <w:jc w:val="right"/>
      </w:pPr>
      <w:r>
        <w:t>..." God God says that, "We shall make him a sign," آَيَةً وَلِنَجْعَ لَهُ آَيَةً لِلنَّاسِ "We shall make him a sign to people," وَرَحْمَةً مِنَّا "and and and mercy from us," وَكَانَ أَمْرًا مَقْضِيًّا "This matter has been decided.</w:t>
      </w:r>
    </w:p>
    <w:p>
      <w:r>
        <w:rPr>
          <w:b/>
        </w:rPr>
        <w:t xml:space="preserve">[23:22] </w:t>
      </w:r>
      <w:r>
        <w:t>It is decreed. This this is something which has already been decreed, already been decided by Al</w:t>
      </w:r>
    </w:p>
    <w:p>
      <w:pPr>
        <w:jc w:val="right"/>
      </w:pPr>
      <w:r>
        <w:t>It is decreed. This this is something which has already been decreed, already been decided by Al</w:t>
      </w:r>
    </w:p>
    <w:p>
      <w:r>
        <w:rPr>
          <w:b/>
        </w:rPr>
        <w:t xml:space="preserve">[23:29] </w:t>
      </w:r>
      <w:r>
        <w:t>lah. Allah has decreed it, and it is it will surely going to happen." So, the angel encouraged Maryam, saying that, "This child is a great sign of God.</w:t>
      </w:r>
    </w:p>
    <w:p>
      <w:pPr>
        <w:jc w:val="right"/>
      </w:pPr>
      <w:r>
        <w:t>lah. Allah has decreed it, and it is it will surely going to happen." So, the angel encouraged Maryam, saying that, "This child is a great sign of God.</w:t>
      </w:r>
    </w:p>
    <w:p>
      <w:r>
        <w:rPr>
          <w:b/>
        </w:rPr>
        <w:t xml:space="preserve">[23:44] </w:t>
      </w:r>
      <w:r>
        <w:t>He will lead people to Allah. He will He will be a very clear sign, and He will be a mercy for people, a reminder, a gift for people</w:t>
      </w:r>
    </w:p>
    <w:p>
      <w:pPr>
        <w:jc w:val="right"/>
      </w:pPr>
      <w:r>
        <w:t>He will lead people to Allah. He will He will be a very clear sign, and He will be a mercy for people, a reminder, a gift for people</w:t>
      </w:r>
    </w:p>
    <w:p>
      <w:r>
        <w:rPr>
          <w:b/>
        </w:rPr>
        <w:t xml:space="preserve">[23:53] </w:t>
      </w:r>
      <w:r>
        <w:t>. He will guide people to the path that will lead them to eternal paradise and eternal success." And the angel also encouraged Mary, saying, ya maryamu ya maryamu aqoomi lirabbiki "O Mary, remain truly devout and dedicated to Your Lord." wasjudi</w:t>
      </w:r>
    </w:p>
    <w:p>
      <w:pPr>
        <w:jc w:val="right"/>
      </w:pPr>
      <w:r>
        <w:t>. He will guide people to the path that will lead them to eternal paradise and eternal success." And the angel also encouraged Mary, saying, يَا مَرْيَمُ يَا مَرْيَمُ اُقْمُتِي لِرَبِّكِ "O Mary, remain truly devout and dedicated to Your Lord." وَاسْجُدِي</w:t>
      </w:r>
    </w:p>
    <w:p>
      <w:r>
        <w:rPr>
          <w:b/>
        </w:rPr>
        <w:t xml:space="preserve">[24:20] </w:t>
      </w:r>
      <w:r>
        <w:t>ya maryamu ya maryamu aqoomi lirabbiki wasjudi "O Maryam, remain truly devout and truly dedicated to Your Lord.</w:t>
      </w:r>
    </w:p>
    <w:p>
      <w:pPr>
        <w:jc w:val="right"/>
      </w:pPr>
      <w:r>
        <w:t>يَا مَرْيَمُ يَا مَرْيَمُ اُقْمُتِي لِرَبِّكِ وَاسْجُدِي "O Maryam, remain truly devout and truly dedicated to Your Lord.</w:t>
      </w:r>
    </w:p>
    <w:p>
      <w:r>
        <w:rPr>
          <w:b/>
        </w:rPr>
        <w:t xml:space="preserve">[24:31] </w:t>
      </w:r>
      <w:r>
        <w:t>Wasjudi and prostrate yourself in worship, warkayima arrakeen, and bow down with those who bow down." So, these two postures in namaz are mentioned here: ruku and sajdah.</w:t>
      </w:r>
    </w:p>
    <w:p>
      <w:pPr>
        <w:jc w:val="right"/>
      </w:pPr>
      <w:r>
        <w:t>Wasjudi and prostrate yourself in worship, warkayima arrakeen, and bow down with those who bow down." So, these two postures in namaz are mentioned here: ruku and sajdah.</w:t>
      </w:r>
    </w:p>
    <w:p>
      <w:r>
        <w:rPr>
          <w:b/>
        </w:rPr>
        <w:t xml:space="preserve">[24:50] </w:t>
      </w:r>
      <w:r>
        <w:t>And you are closest to God when you are in sajdah. When you are closest to Allah, when your forehead touches the ground.</w:t>
      </w:r>
    </w:p>
    <w:p>
      <w:pPr>
        <w:jc w:val="right"/>
      </w:pPr>
      <w:r>
        <w:t>And you are closest to God when you are in sajdah. When you are closest to Allah, when your forehead touches the ground.</w:t>
      </w:r>
    </w:p>
    <w:p>
      <w:r>
        <w:rPr>
          <w:b/>
        </w:rPr>
        <w:t xml:space="preserve">[25:01] </w:t>
      </w:r>
      <w:r>
        <w:t>So, the angel is telling Maryam that you should focus on getting closer to Allah through namaz, through worship, through ibadah.</w:t>
      </w:r>
    </w:p>
    <w:p>
      <w:pPr>
        <w:jc w:val="right"/>
      </w:pPr>
      <w:r>
        <w:t>So, the angel is telling Maryam that you should focus on getting closer to Allah through namaz, through worship, through ibadah.</w:t>
      </w:r>
    </w:p>
    <w:p>
      <w:r>
        <w:rPr>
          <w:b/>
        </w:rPr>
        <w:t xml:space="preserve">[25:12] </w:t>
      </w:r>
      <w:r>
        <w:t>Then the Quran says, fah malat-ha fanta-bazat bihi makanān qasiyyan "So she conceived H</w:t>
      </w:r>
    </w:p>
    <w:p>
      <w:pPr>
        <w:jc w:val="right"/>
      </w:pPr>
      <w:r>
        <w:t>Then the Quran says, فَهَمْ لَتْهُ فَانْتَبَزَتْ بِهِ مَكَانًا قَسِيًّا "So she conceived H</w:t>
      </w:r>
    </w:p>
    <w:p>
      <w:r>
        <w:rPr>
          <w:b/>
        </w:rPr>
        <w:t xml:space="preserve">[25:19] </w:t>
      </w:r>
      <w:r>
        <w:t>im, she conceived Jesus, and withdrew with Him, with Jesus, to a faraway place, to a faraway place, makānān qasiyya." So, she moved to a faraway place, to a remote place.</w:t>
      </w:r>
    </w:p>
    <w:p>
      <w:pPr>
        <w:jc w:val="right"/>
      </w:pPr>
      <w:r>
        <w:t>im, she conceived Jesus, and withdrew with Him, with Jesus, to a faraway place, to a faraway place, makānān qasiyya." So, she moved to a faraway place, to a remote place.</w:t>
      </w:r>
    </w:p>
    <w:p>
      <w:r>
        <w:rPr>
          <w:b/>
        </w:rPr>
        <w:t xml:space="preserve">[25:36] </w:t>
      </w:r>
      <w:r>
        <w:t>She went to Bethlehem, which is also the birthplace of Isa alaihis salam, Jesus. At that time, it was not inhabited, and it was an isolated</w:t>
      </w:r>
    </w:p>
    <w:p>
      <w:pPr>
        <w:jc w:val="right"/>
      </w:pPr>
      <w:r>
        <w:t>She went to Bethlehem, which is also the birthplace of Isa alaihis salam, Jesus. At that time, it was not inhabited, and it was an isolated</w:t>
      </w:r>
    </w:p>
    <w:p>
      <w:r>
        <w:rPr>
          <w:b/>
        </w:rPr>
        <w:t xml:space="preserve">[25:48] </w:t>
      </w:r>
      <w:r>
        <w:t>place. So, she completely isolated herself. She hid herself from the society.</w:t>
      </w:r>
    </w:p>
    <w:p>
      <w:pPr>
        <w:jc w:val="right"/>
      </w:pPr>
      <w:r>
        <w:t>place. So, she completely isolated herself. She hid herself from the society.</w:t>
      </w:r>
    </w:p>
    <w:p>
      <w:r>
        <w:rPr>
          <w:b/>
        </w:rPr>
        <w:t xml:space="preserve">[25:56] </w:t>
      </w:r>
      <w:r>
        <w:t>You can imagine how difficult this must have been to leave his house, to leave her house, and to leave her family at such a difficult time.</w:t>
      </w:r>
    </w:p>
    <w:p>
      <w:pPr>
        <w:jc w:val="right"/>
      </w:pPr>
      <w:r>
        <w:t>You can imagine how difficult this must have been to leave his house, to leave her house, and to leave her family at such a difficult time.</w:t>
      </w:r>
    </w:p>
    <w:p>
      <w:r>
        <w:rPr>
          <w:b/>
        </w:rPr>
        <w:t xml:space="preserve">[26:09] </w:t>
      </w:r>
      <w:r>
        <w:t>A time when she did, she needed, a time when she needed her family the most</w:t>
      </w:r>
    </w:p>
    <w:p>
      <w:pPr>
        <w:jc w:val="right"/>
      </w:pPr>
      <w:r>
        <w:t>A time when she did, she needed, a time when she needed her family the most</w:t>
      </w:r>
    </w:p>
    <w:p>
      <w:r>
        <w:rPr>
          <w:b/>
        </w:rPr>
        <w:t xml:space="preserve">[26:14] </w:t>
      </w:r>
      <w:r>
        <w:t>. As she moved to Bethlehem, where she could live away, she could live away from the eyes of people.</w:t>
      </w:r>
    </w:p>
    <w:p>
      <w:pPr>
        <w:jc w:val="right"/>
      </w:pPr>
      <w:r>
        <w:t>. As she moved to Bethlehem, where she could live away, she could live away from the eyes of people.</w:t>
      </w:r>
    </w:p>
    <w:p>
      <w:r>
        <w:rPr>
          <w:b/>
        </w:rPr>
        <w:t xml:space="preserve">[26:23] </w:t>
      </w:r>
      <w:r>
        <w:t>In Surah Al-Mu'minun, chapter number 23, it is said that she went to an elevated place, like a small hill, ila rabbatin dhāti qarārin wa ma'īnin "A place of rest and safety, qarar,</w:t>
      </w:r>
    </w:p>
    <w:p>
      <w:pPr>
        <w:jc w:val="right"/>
      </w:pPr>
      <w:r>
        <w:t>In Surah Al-Mu'minun, chapter number 23, it is said that she went to an elevated place, like a small hill, إِلَى رَبَّةٍ ذَاتِ قَرَارٍ وَمَعِينٍ "A place of rest and safety, qarar,</w:t>
      </w:r>
    </w:p>
    <w:p>
      <w:r>
        <w:rPr>
          <w:b/>
        </w:rPr>
        <w:t xml:space="preserve">[26:42] </w:t>
      </w:r>
      <w:r>
        <w:t>where water is av</w:t>
      </w:r>
    </w:p>
    <w:p>
      <w:pPr>
        <w:jc w:val="right"/>
      </w:pPr>
      <w:r>
        <w:t>where water is av</w:t>
      </w:r>
    </w:p>
    <w:p>
      <w:r>
        <w:rPr>
          <w:b/>
        </w:rPr>
        <w:t xml:space="preserve">[26:43] </w:t>
      </w:r>
      <w:r>
        <w:t>ailable." Ma'in means a place where water is available. So, she went to a place which was safe, and she could rest there, and water was also available there.</w:t>
      </w:r>
    </w:p>
    <w:p>
      <w:pPr>
        <w:jc w:val="right"/>
      </w:pPr>
      <w:r>
        <w:t>ailable." Ma'in means a place where water is available. So, she went to a place which was safe, and she could rest there, and water was also available there.</w:t>
      </w:r>
    </w:p>
    <w:p>
      <w:r>
        <w:rPr>
          <w:b/>
        </w:rPr>
        <w:t xml:space="preserve">[26:57] </w:t>
      </w:r>
      <w:r>
        <w:t>fajaa'aha al-makhādh ila jiz'i nakhlatin qālat yā laitanī mittu qabla hādhā wa kuntu nasīyan mansīyyan</w:t>
      </w:r>
    </w:p>
    <w:p>
      <w:pPr>
        <w:jc w:val="right"/>
      </w:pPr>
      <w:r>
        <w:t>فَجَاءَهَا المَخَاذُ إِلَى جِزْءٍ نَخْلَتِ قَالَتْ يَا لَيْتَنِ مِتُّ قَبْلَ هَذَا وَكُنْتُ نَسِيًّا مَنْسِيًّا</w:t>
      </w:r>
    </w:p>
    <w:p>
      <w:r>
        <w:rPr>
          <w:b/>
        </w:rPr>
        <w:t xml:space="preserve">[27:08] </w:t>
      </w:r>
      <w:r>
        <w:t>"When the pangs of childbirth drove her to the trunk of a palm tree, she said, 'Oh, I wish I had died before all this and became a thing forgotten, completely forgotten, utterly forgotten.</w:t>
      </w:r>
    </w:p>
    <w:p>
      <w:pPr>
        <w:jc w:val="right"/>
      </w:pPr>
      <w:r>
        <w:t>"When the pangs of childbirth drove her to the trunk of a palm tree, she said, 'Oh, I wish I had died before all this and became a thing forgotten, completely forgotten, utterly forgotten.</w:t>
      </w:r>
    </w:p>
    <w:p>
      <w:r>
        <w:rPr>
          <w:b/>
        </w:rPr>
        <w:t xml:space="preserve">[27:25] </w:t>
      </w:r>
      <w:r>
        <w:t>I wish I had passed into oblivion.'" This is an incredible verse. It captures the difficulti</w:t>
      </w:r>
    </w:p>
    <w:p>
      <w:pPr>
        <w:jc w:val="right"/>
      </w:pPr>
      <w:r>
        <w:t>I wish I had passed into oblivion.'" This is an incredible verse. It captures the difficulti</w:t>
      </w:r>
    </w:p>
    <w:p>
      <w:r>
        <w:rPr>
          <w:b/>
        </w:rPr>
        <w:t xml:space="preserve">[27:35] </w:t>
      </w:r>
      <w:r>
        <w:t>es. It captures the difficulty and her pain at that moment. So, she sought support from the trunk of a palm tree.</w:t>
      </w:r>
    </w:p>
    <w:p>
      <w:pPr>
        <w:jc w:val="right"/>
      </w:pPr>
      <w:r>
        <w:t>es. It captures the difficulty and her pain at that moment. So, she sought support from the trunk of a palm tree.</w:t>
      </w:r>
    </w:p>
    <w:p>
      <w:r>
        <w:rPr>
          <w:b/>
        </w:rPr>
        <w:t xml:space="preserve">[27:45] </w:t>
      </w:r>
      <w:r>
        <w:t>She sat under the tree to get some support. And we can imagine her difficult circumstances she was passing through.</w:t>
      </w:r>
    </w:p>
    <w:p>
      <w:pPr>
        <w:jc w:val="right"/>
      </w:pPr>
      <w:r>
        <w:t>She sat under the tree to get some support. And we can imagine her difficult circumstances she was passing through.</w:t>
      </w:r>
    </w:p>
    <w:p>
      <w:r>
        <w:rPr>
          <w:b/>
        </w:rPr>
        <w:t xml:space="preserve">[27:55] </w:t>
      </w:r>
      <w:r>
        <w:t>So difficult and so trying that she uttered such extreme words, "And I wish I had died before all th</w:t>
      </w:r>
    </w:p>
    <w:p>
      <w:pPr>
        <w:jc w:val="right"/>
      </w:pPr>
      <w:r>
        <w:t>So difficult and so trying that she uttered such extreme words, "And I wish I had died before all th</w:t>
      </w:r>
    </w:p>
    <w:p>
      <w:r>
        <w:rPr>
          <w:b/>
        </w:rPr>
        <w:t xml:space="preserve">[28:03] </w:t>
      </w:r>
      <w:r>
        <w:t>is. I wish I had died and my very existence would have been wiped out from the minds of people, from the memory of people.</w:t>
      </w:r>
    </w:p>
    <w:p>
      <w:pPr>
        <w:jc w:val="right"/>
      </w:pPr>
      <w:r>
        <w:t>is. I wish I had died and my very existence would have been wiped out from the minds of people, from the memory of people.</w:t>
      </w:r>
    </w:p>
    <w:p>
      <w:r>
        <w:rPr>
          <w:b/>
        </w:rPr>
        <w:t xml:space="preserve">[28:12] </w:t>
      </w:r>
      <w:r>
        <w:t>How am I going to deal with all that? The gossip, the slander, the defamation, the the blemish. How am I going to deal with all this?</w:t>
      </w:r>
    </w:p>
    <w:p>
      <w:pPr>
        <w:jc w:val="right"/>
      </w:pPr>
      <w:r>
        <w:t>How am I going to deal with all that? The gossip, the slander, the defamation, the the blemish. How am I going to deal with all this?</w:t>
      </w:r>
    </w:p>
    <w:p>
      <w:r>
        <w:rPr>
          <w:b/>
        </w:rPr>
        <w:t xml:space="preserve">[28:22] </w:t>
      </w:r>
      <w:r>
        <w:t>I wish God would have taken me up before all this, completely wiped out from the memory of people, completely gone as if I never existed.</w:t>
      </w:r>
    </w:p>
    <w:p>
      <w:pPr>
        <w:jc w:val="right"/>
      </w:pPr>
      <w:r>
        <w:t>I wish God would have taken me up before all this, completely wiped out from the memory of people, completely gone as if I never existed.</w:t>
      </w:r>
    </w:p>
    <w:p>
      <w:r>
        <w:rPr>
          <w:b/>
        </w:rPr>
        <w:t xml:space="preserve">[28:33] </w:t>
      </w:r>
      <w:r>
        <w:t>" So, these were her feelings, which show how difficult circumstances she was passing through. And in in in such difficult and challenging times, Maryam had only one hope that God's angel should appear and consoles her and encourages her and gives some solace and some hope.</w:t>
      </w:r>
    </w:p>
    <w:p>
      <w:pPr>
        <w:jc w:val="right"/>
      </w:pPr>
      <w:r>
        <w:t>" So, these were her feelings, which show how difficult circumstances she was passing through. And in in in such difficult and challenging times, Maryam had only one hope that God's angel should appear and consoles her and encourages her and gives some solace and some hope.</w:t>
      </w:r>
    </w:p>
    <w:p>
      <w:r>
        <w:rPr>
          <w:b/>
        </w:rPr>
        <w:t xml:space="preserve">[28:57] </w:t>
      </w:r>
      <w:r>
        <w:t>And exactly that happened.</w:t>
      </w:r>
    </w:p>
    <w:p>
      <w:pPr>
        <w:jc w:val="right"/>
      </w:pPr>
      <w:r>
        <w:t>And exactly that happened.</w:t>
      </w:r>
    </w:p>
    <w:p>
      <w:r>
        <w:rPr>
          <w:b/>
        </w:rPr>
        <w:t xml:space="preserve">[28:59] </w:t>
      </w:r>
      <w:r>
        <w:t>At that very moment, the angel came. But the angel came not in front of her, out of modesty. The angel was down that place, down that hill, that rabua.</w:t>
      </w:r>
    </w:p>
    <w:p>
      <w:pPr>
        <w:jc w:val="right"/>
      </w:pPr>
      <w:r>
        <w:t>At that very moment, the angel came. But the angel came not in front of her, out of modesty. The angel was down that place, down that hill, that rabua.</w:t>
      </w:r>
    </w:p>
    <w:p>
      <w:r>
        <w:rPr>
          <w:b/>
        </w:rPr>
        <w:t xml:space="preserve">[29:13] </w:t>
      </w:r>
      <w:r>
        <w:t>You can imagine there is a little hill, there is a palm tree, and Maryam is sitting up here, and the stream is flowing down, and the angel is down here, below the rabua, the hillock or the little hill.</w:t>
      </w:r>
    </w:p>
    <w:p>
      <w:pPr>
        <w:jc w:val="right"/>
      </w:pPr>
      <w:r>
        <w:t>You can imagine there is a little hill, there is a palm tree, and Maryam is sitting up here, and the stream is flowing down, and the angel is down here, below the rabua, the hillock or the little hill.</w:t>
      </w:r>
    </w:p>
    <w:p>
      <w:r>
        <w:rPr>
          <w:b/>
        </w:rPr>
        <w:t xml:space="preserve">[29:30] </w:t>
      </w:r>
      <w:r>
        <w:t>So, fanādahā the angel called out from a distance, fanādahā min tahtihā</w:t>
      </w:r>
    </w:p>
    <w:p>
      <w:pPr>
        <w:jc w:val="right"/>
      </w:pPr>
      <w:r>
        <w:t>So, فَنَادَهَا the angel called out from a distance, فَنَادَهَا مِنْ تَهْتِهَا</w:t>
      </w:r>
    </w:p>
    <w:p>
      <w:r>
        <w:rPr>
          <w:b/>
        </w:rPr>
        <w:t xml:space="preserve">[29:38] </w:t>
      </w:r>
      <w:r>
        <w:t>fanādahā min tahtihā But a voice called out to her from below, allā tahzanī "Don't grieve, don't be sad, don't despair, don't lose hope." qad jā'a laka rabbuki tah tikī sarīyyan "Your Lord has provided a brook,</w:t>
      </w:r>
    </w:p>
    <w:p>
      <w:pPr>
        <w:jc w:val="right"/>
      </w:pPr>
      <w:r>
        <w:t>فَنَادَهَا مِنْ تَهْتِهَا But a voice called out to her from below, أَلَّا تَهْزِنِي "Don't grieve, don't be sad, don't despair, don't lose hope." قَدْ جَاءَ لَكَ رَبُّكِ تَهْتِكِ سَرِيًّا "Your Lord has provided a brook,</w:t>
      </w:r>
    </w:p>
    <w:p>
      <w:r>
        <w:rPr>
          <w:b/>
        </w:rPr>
        <w:t xml:space="preserve">[30:03] </w:t>
      </w:r>
      <w:r>
        <w:t>a riverlet, a stream that runs at your feet."</w:t>
      </w:r>
    </w:p>
    <w:p>
      <w:pPr>
        <w:jc w:val="right"/>
      </w:pPr>
      <w:r>
        <w:t>a riverlet, a stream that runs at your feet."</w:t>
      </w:r>
    </w:p>
    <w:p>
      <w:r>
        <w:rPr>
          <w:b/>
        </w:rPr>
        <w:t xml:space="preserve">[30:12] </w:t>
      </w:r>
      <w:r>
        <w:t>So, the angel said that whatever is happening, whatever was happening, whatever was going on, was in accordance to God's plan.</w:t>
      </w:r>
    </w:p>
    <w:p>
      <w:pPr>
        <w:jc w:val="right"/>
      </w:pPr>
      <w:r>
        <w:t>So, the angel said that whatever is happening, whatever was happening, whatever was going on, was in accordance to God's plan.</w:t>
      </w:r>
    </w:p>
    <w:p>
      <w:r>
        <w:rPr>
          <w:b/>
        </w:rPr>
        <w:t xml:space="preserve">[30:24] </w:t>
      </w:r>
      <w:r>
        <w:t>She should bring fresh water, fresh spring water, and eat fresh ripe dates. So, Maryam was sitting there on the little hill, and a stream of fresh water was flowing at her feet.</w:t>
      </w:r>
    </w:p>
    <w:p>
      <w:pPr>
        <w:jc w:val="right"/>
      </w:pPr>
      <w:r>
        <w:t>She should bring fresh water, fresh spring water, and eat fresh ripe dates. So, Maryam was sitting there on the little hill, and a stream of fresh water was flowing at her feet.</w:t>
      </w:r>
    </w:p>
    <w:p>
      <w:r>
        <w:rPr>
          <w:b/>
        </w:rPr>
        <w:t xml:space="preserve">[30:40] </w:t>
      </w:r>
      <w:r>
        <w:t>The angel was comforting her, "Don't be sad, don't grieve."</w:t>
      </w:r>
    </w:p>
    <w:p>
      <w:pPr>
        <w:jc w:val="right"/>
      </w:pPr>
      <w:r>
        <w:t>The angel was comforting her, "Don't be sad, don't grieve."</w:t>
      </w:r>
    </w:p>
    <w:p>
      <w:r>
        <w:rPr>
          <w:b/>
        </w:rPr>
        <w:t xml:space="preserve">[31:03] </w:t>
      </w:r>
      <w:r>
        <w:t>So, the angel was comforting her, "You are the mother of a great Prophet.</w:t>
      </w:r>
    </w:p>
    <w:p>
      <w:pPr>
        <w:jc w:val="right"/>
      </w:pPr>
      <w:r>
        <w:t>So, the angel was comforting her, "You are the mother of a great Prophet.</w:t>
      </w:r>
    </w:p>
    <w:p>
      <w:r>
        <w:rPr>
          <w:b/>
        </w:rPr>
        <w:t xml:space="preserve">[31:11] </w:t>
      </w:r>
      <w:r>
        <w:t>You will be a legend. People will look up to you.</w:t>
      </w:r>
    </w:p>
    <w:p>
      <w:pPr>
        <w:jc w:val="right"/>
      </w:pPr>
      <w:r>
        <w:t>You will be a legend. People will look up to you.</w:t>
      </w:r>
    </w:p>
    <w:p>
      <w:r>
        <w:rPr>
          <w:b/>
        </w:rPr>
        <w:t xml:space="preserve">[31:33] </w:t>
      </w:r>
      <w:r>
        <w:t>You are part of an amazing miracle.</w:t>
      </w:r>
    </w:p>
    <w:p>
      <w:pPr>
        <w:jc w:val="right"/>
      </w:pPr>
      <w:r>
        <w:t>You are part of an amazing miracle.</w:t>
      </w:r>
    </w:p>
    <w:p>
      <w:r>
        <w:rPr>
          <w:b/>
        </w:rPr>
        <w:t xml:space="preserve">[31:37] </w:t>
      </w:r>
      <w:r>
        <w:t>" So, this gave some kind of confidence, solace, and hope to Maryam.</w:t>
      </w:r>
    </w:p>
    <w:p>
      <w:pPr>
        <w:jc w:val="right"/>
      </w:pPr>
      <w:r>
        <w:t>" So, this gave some kind of confidence, solace, and hope to Maryam.</w:t>
      </w:r>
    </w:p>
    <w:p>
      <w:r>
        <w:rPr>
          <w:b/>
        </w:rPr>
        <w:t xml:space="preserve">[31:46] </w:t>
      </w:r>
      <w:r>
        <w:t>And the angel said, wa hazzi ilayki bijiz'in nakhla "And if you shake the trunk of the palm tree," tusāqit 'alayki rutbun janniyyah "Fresh ripe dates shall fall upon you."</w:t>
      </w:r>
    </w:p>
    <w:p>
      <w:pPr>
        <w:jc w:val="right"/>
      </w:pPr>
      <w:r>
        <w:t>And the angel said, وَهُزِّي إِلَيْكِ بِجِزْءٍ نَخْلَى "And if you shake the trunk of the palm tree," تُساقِط عَلَيْكِ رُتْبٌ جَنِيَّةٌ "Fresh ripe dates shall fall upon you."</w:t>
      </w:r>
    </w:p>
    <w:p>
      <w:r>
        <w:rPr>
          <w:b/>
        </w:rPr>
        <w:t xml:space="preserve">[32:06] </w:t>
      </w:r>
      <w:r>
        <w:t>Ripe dates are called rutub, and dry dates are called tamar. So, rutub is mentioned here, fresh ripe tasty dates.</w:t>
      </w:r>
    </w:p>
    <w:p>
      <w:pPr>
        <w:jc w:val="right"/>
      </w:pPr>
      <w:r>
        <w:t>Ripe dates are called rutub, and dry dates are called tamar. So, rutub is mentioned here, fresh ripe tasty dates.</w:t>
      </w:r>
    </w:p>
    <w:p>
      <w:r>
        <w:rPr>
          <w:b/>
        </w:rPr>
        <w:t xml:space="preserve">[32:17] </w:t>
      </w:r>
      <w:r>
        <w:t>So, the angel said, "You just touch the tree," because everything was miraculous happening there. "So, you just touch the tree, and fresh ripe tasty dates will fall on you.</w:t>
      </w:r>
    </w:p>
    <w:p>
      <w:pPr>
        <w:jc w:val="right"/>
      </w:pPr>
      <w:r>
        <w:t>So, the angel said, "You just touch the tree," because everything was miraculous happening there. "So, you just touch the tree, and fresh ripe tasty dates will fall on you.</w:t>
      </w:r>
    </w:p>
    <w:p>
      <w:r>
        <w:rPr>
          <w:b/>
        </w:rPr>
        <w:t xml:space="preserve">[32:32] </w:t>
      </w:r>
      <w:r>
        <w:t>The tree will rain upon you fresh and tasty dates."</w:t>
      </w:r>
    </w:p>
    <w:p>
      <w:pPr>
        <w:jc w:val="right"/>
      </w:pPr>
      <w:r>
        <w:t>The tree will rain upon you fresh and tasty dates."</w:t>
      </w:r>
    </w:p>
    <w:p>
      <w:r>
        <w:rPr>
          <w:b/>
        </w:rPr>
        <w:t xml:space="preserve">[32:37] </w:t>
      </w:r>
      <w:r>
        <w:t>This shows that Allah always supports the believer in their trials. And the angel said, fakulli washrabi wa qirri 'aynan "So eat and drink and cool your eyes." This phrase,</w:t>
      </w:r>
    </w:p>
    <w:p>
      <w:pPr>
        <w:jc w:val="right"/>
      </w:pPr>
      <w:r>
        <w:t>This shows that Allah always supports the believer in their trials. And the angel said, فَكُلِّ وَاشْرَبِ وَقَرِّرْ عَيْنَا "So eat and drink and cool your eyes." This phrase,</w:t>
      </w:r>
    </w:p>
    <w:p>
      <w:r>
        <w:rPr>
          <w:b/>
        </w:rPr>
        <w:t xml:space="preserve">[33:00] </w:t>
      </w:r>
      <w:r>
        <w:t>cool your eyes, has been used in the Quran in a number of places.</w:t>
      </w:r>
    </w:p>
    <w:p>
      <w:pPr>
        <w:jc w:val="right"/>
      </w:pPr>
      <w:r>
        <w:t>cool your eyes, has been used in the Quran in a number of places.</w:t>
      </w:r>
    </w:p>
    <w:p>
      <w:r>
        <w:rPr>
          <w:b/>
        </w:rPr>
        <w:t xml:space="preserve">[33:06] </w:t>
      </w:r>
      <w:r>
        <w:t>Like the Pharaoh's wife, Asiya, when she found the baby Musa in the river, she said to Pharaoh, "Let us adopt him, and he will become the coolness of her eyes.</w:t>
      </w:r>
    </w:p>
    <w:p>
      <w:pPr>
        <w:jc w:val="right"/>
      </w:pPr>
      <w:r>
        <w:t>Like the Pharaoh's wife, Asiya, when she found the baby Musa in the river, she said to Pharaoh, "Let us adopt him, and he will become the coolness of her eyes.</w:t>
      </w:r>
    </w:p>
    <w:p>
      <w:r>
        <w:rPr>
          <w:b/>
        </w:rPr>
        <w:t xml:space="preserve">[33:33] </w:t>
      </w:r>
      <w:r>
        <w:t>" And to which</w:t>
      </w:r>
    </w:p>
    <w:p>
      <w:pPr>
        <w:jc w:val="right"/>
      </w:pPr>
      <w:r>
        <w:t>" And to which</w:t>
      </w:r>
    </w:p>
    <w:p>
      <w:r>
        <w:rPr>
          <w:b/>
        </w:rPr>
        <w:t xml:space="preserve">[33:36] </w:t>
      </w:r>
      <w:r>
        <w:t>Fir'aun said, "Lucky Walali, he will be the coolness of your eyes, not my eyes." So, exactly the same happened.</w:t>
      </w:r>
    </w:p>
    <w:p>
      <w:pPr>
        <w:jc w:val="right"/>
      </w:pPr>
      <w:r>
        <w:t>Fir'aun said, "Lucky Walali, he will be the coolness of your eyes, not my eyes." So, exactly the same happened.</w:t>
      </w:r>
    </w:p>
    <w:p>
      <w:r>
        <w:rPr>
          <w:b/>
        </w:rPr>
        <w:t xml:space="preserve">[33:48] </w:t>
      </w:r>
      <w:r>
        <w:t>And there is also a beautiful prayer in the Quran, rabbana hablana min azwajina wa dhurriyyatina qurrata a'yunin waj'alna lilmuttaqina imama</w:t>
      </w:r>
    </w:p>
    <w:p>
      <w:pPr>
        <w:jc w:val="right"/>
      </w:pPr>
      <w:r>
        <w:t>And there is also a beautiful prayer in the Quran, رَبَّنَا هَبْلَنَا مِنْ أَزْوَاجِنَا وَذُرِّيَاتِنَا قُرَّةَ آَيُنٍ وَجْعَلْنَا لِلْمُتَّقِينَ إِمَام</w:t>
      </w:r>
    </w:p>
    <w:p>
      <w:r>
        <w:rPr>
          <w:b/>
        </w:rPr>
        <w:t xml:space="preserve">[34:01] </w:t>
      </w:r>
      <w:r>
        <w:t>an "Our Lord, give us in our spouses and in our children the coolness of eyes, and make us the leader, the Imam of the righteous." So, the angel reassures Maryam that she need not worry</w:t>
      </w:r>
    </w:p>
    <w:p>
      <w:pPr>
        <w:jc w:val="right"/>
      </w:pPr>
      <w:r>
        <w:t>ًا "Our Lord, give us in our spouses and in our children the coolness of eyes, and make us the leader, the Imam of the righteous." So, the angel reassures Maryam that she need not worry</w:t>
      </w:r>
    </w:p>
    <w:p>
      <w:r>
        <w:rPr>
          <w:b/>
        </w:rPr>
        <w:t xml:space="preserve">[34:23] </w:t>
      </w:r>
      <w:r>
        <w:t>. The difficulties she faces will soon be gone, and the baby will bring immense joy, immense relief, cooling her eyes.</w:t>
      </w:r>
    </w:p>
    <w:p>
      <w:pPr>
        <w:jc w:val="right"/>
      </w:pPr>
      <w:r>
        <w:t>. The difficulties she faces will soon be gone, and the baby will bring immense joy, immense relief, cooling her eyes.</w:t>
      </w:r>
    </w:p>
    <w:p>
      <w:r>
        <w:rPr>
          <w:b/>
        </w:rPr>
        <w:t xml:space="preserve">[34:37] </w:t>
      </w:r>
      <w:r>
        <w:t>So, we learn here that challenging times are often followed by immense blessings from Allah</w:t>
      </w:r>
    </w:p>
    <w:p>
      <w:pPr>
        <w:jc w:val="right"/>
      </w:pPr>
      <w:r>
        <w:t>So, we learn here that challenging times are often followed by immense blessings from Allah</w:t>
      </w:r>
    </w:p>
    <w:p>
      <w:r>
        <w:rPr>
          <w:b/>
        </w:rPr>
        <w:t xml:space="preserve">[34:47] </w:t>
      </w:r>
      <w:r>
        <w:t>. And the angel told Maryam, fa'imma tara'inna minal bashari ahadan "And if you see any human being," fa quli inni nazartu lirrahmāni sawman "So tell him, 'I have kept a fast of silence for the compassionate God.'" falan ukallima al yawma insiyyan "I will not speak to any human being today."</w:t>
      </w:r>
    </w:p>
    <w:p>
      <w:pPr>
        <w:jc w:val="right"/>
      </w:pPr>
      <w:r>
        <w:t>. And the angel told Maryam, فَإِمَّا تَرَأِيْنَّ مِنَ الْبَشْرِ أَحَدًا "And if you see any human being," فَقُولِي إِنِّي نَزَرْتُ لِلرَّحْمٰنِ سُومًا "So tell him, 'I have kept a fast of silence for the compassionate God.'" فَلَنْ أُكَلِّمَ الْيَوْمَ إِنْسِيًّا "I will not speak to any human being today."</w:t>
      </w:r>
    </w:p>
    <w:p>
      <w:r>
        <w:rPr>
          <w:b/>
        </w:rPr>
        <w:t xml:space="preserve">[35:15] </w:t>
      </w:r>
      <w:r>
        <w:t>So, the angel said that as far as the child is concerned, he is a miracle of God. He Himself is sufficient to defend you.</w:t>
      </w:r>
    </w:p>
    <w:p>
      <w:pPr>
        <w:jc w:val="right"/>
      </w:pPr>
      <w:r>
        <w:t>So, the angel said that as far as the child is concerned, he is a miracle of God. He Himself is sufficient to defend you.</w:t>
      </w:r>
    </w:p>
    <w:p>
      <w:r>
        <w:rPr>
          <w:b/>
        </w:rPr>
        <w:t xml:space="preserve">[35:27] </w:t>
      </w:r>
      <w:r>
        <w:t>You just take a vow of silence, and if anyone approaches you, you should point to the child who would Himself give a reply and free you from any blame.</w:t>
      </w:r>
    </w:p>
    <w:p>
      <w:pPr>
        <w:jc w:val="right"/>
      </w:pPr>
      <w:r>
        <w:t>You just take a vow of silence, and if anyone approaches you, you should point to the child who would Himself give a reply and free you from any blame.</w:t>
      </w:r>
    </w:p>
    <w:p>
      <w:r>
        <w:rPr>
          <w:b/>
        </w:rPr>
        <w:t xml:space="preserve">[35:41] </w:t>
      </w:r>
      <w:r>
        <w:t>This will also protect her from the burden of defending herself. So, fa'atat bihi qawmaha tahmaluh "Then she came to her people holding the child, carrying the infant Jesus in her arms.</w:t>
      </w:r>
    </w:p>
    <w:p>
      <w:pPr>
        <w:jc w:val="right"/>
      </w:pPr>
      <w:r>
        <w:t>This will also protect her from the burden of defending herself. So, فَأَتَتْ بِهِ قَوْمَهَا تَهْمِلُهُ "Then she came to her people holding the child, carrying the infant Jesus in her arms.</w:t>
      </w:r>
    </w:p>
    <w:p>
      <w:r>
        <w:rPr>
          <w:b/>
        </w:rPr>
        <w:t xml:space="preserve">[36:01] </w:t>
      </w:r>
      <w:r>
        <w:t>But this time she was confident. She was confident that Allah was watching over her and helping her through the angel.</w:t>
      </w:r>
    </w:p>
    <w:p>
      <w:pPr>
        <w:jc w:val="right"/>
      </w:pPr>
      <w:r>
        <w:t>But this time she was confident. She was confident that Allah was watching over her and helping her through the angel.</w:t>
      </w:r>
    </w:p>
    <w:p>
      <w:r>
        <w:rPr>
          <w:b/>
        </w:rPr>
        <w:t xml:space="preserve">[36:12] </w:t>
      </w:r>
      <w:r>
        <w:t>She was confident that God will help her and surely deliver her from this challenging situation.</w:t>
      </w:r>
    </w:p>
    <w:p>
      <w:pPr>
        <w:jc w:val="right"/>
      </w:pPr>
      <w:r>
        <w:t>She was confident that God will help her and surely deliver her from this challenging situation.</w:t>
      </w:r>
    </w:p>
    <w:p>
      <w:r>
        <w:rPr>
          <w:b/>
        </w:rPr>
        <w:t xml:space="preserve">[36:21] </w:t>
      </w:r>
      <w:r>
        <w:t>She was holding the Prophet of God in His hands. She was holding a living miracle in her hands. So, that brought a level of confidence in her.</w:t>
      </w:r>
    </w:p>
    <w:p>
      <w:pPr>
        <w:jc w:val="right"/>
      </w:pPr>
      <w:r>
        <w:t>She was holding the Prophet of God in His hands. She was holding a living miracle in her hands. So, that brought a level of confidence in her.</w:t>
      </w:r>
    </w:p>
    <w:p>
      <w:r>
        <w:rPr>
          <w:b/>
        </w:rPr>
        <w:t xml:space="preserve">[36:34] </w:t>
      </w:r>
      <w:r>
        <w:t>She knew that Allah will surely help her and surely defend h</w:t>
      </w:r>
    </w:p>
    <w:p>
      <w:pPr>
        <w:jc w:val="right"/>
      </w:pPr>
      <w:r>
        <w:t>She knew that Allah will surely help her and surely defend h</w:t>
      </w:r>
    </w:p>
    <w:p>
      <w:r>
        <w:rPr>
          <w:b/>
        </w:rPr>
        <w:t xml:space="preserve">[36:39] </w:t>
      </w:r>
      <w:r>
        <w:t>er. So, people gathered all around her and they said, qalu ya maryam laqad jit shai'an fariyya "Fariya" means in Urdu we can say, keh tum ne kiya toofan dha diya,</w:t>
      </w:r>
    </w:p>
    <w:p>
      <w:pPr>
        <w:jc w:val="right"/>
      </w:pPr>
      <w:r>
        <w:t>er. So, people gathered all around her and they said, قَالُوا يَا مَرْيَمُ لَقَدْ جِيتِ شَيْئًا فَرِيًّا "Fariya" means in Urdu we can say, کہ تم نے کیا طوفان ڈھا دیا،</w:t>
      </w:r>
    </w:p>
    <w:p>
      <w:r>
        <w:rPr>
          <w:b/>
        </w:rPr>
        <w:t xml:space="preserve">[36:56] </w:t>
      </w:r>
      <w:r>
        <w:t>tum ne kiya toofan dha diya. O Maryam, you have brought something so horrible, something so terrible.</w:t>
      </w:r>
    </w:p>
    <w:p>
      <w:pPr>
        <w:jc w:val="right"/>
      </w:pPr>
      <w:r>
        <w:t>تم نے کیا طوفان ڈھا دیا۔ O Maryam, you have brought something so horrible, something so terrible.</w:t>
      </w:r>
    </w:p>
    <w:p>
      <w:r>
        <w:rPr>
          <w:b/>
        </w:rPr>
        <w:t xml:space="preserve">[37:05] </w:t>
      </w:r>
      <w:r>
        <w:t>So, the people gathered all around her and they questioned her about many things. How can you do something so horrible, something so terrible?</w:t>
      </w:r>
    </w:p>
    <w:p>
      <w:pPr>
        <w:jc w:val="right"/>
      </w:pPr>
      <w:r>
        <w:t>So, the people gathered all around her and they questioned her about many things. How can you do something so horrible, something so terrible?</w:t>
      </w:r>
    </w:p>
    <w:p>
      <w:r>
        <w:rPr>
          <w:b/>
        </w:rPr>
        <w:t xml:space="preserve">[37:14] </w:t>
      </w:r>
      <w:r>
        <w:t>How could you do that? So, they started accusing her, they started arguing with her, but she kept silent, she kept quiet.</w:t>
      </w:r>
    </w:p>
    <w:p>
      <w:pPr>
        <w:jc w:val="right"/>
      </w:pPr>
      <w:r>
        <w:t>How could you do that? So, they started accusing her, they started arguing with her, but she kept silent, she kept quiet.</w:t>
      </w:r>
    </w:p>
    <w:p>
      <w:r>
        <w:rPr>
          <w:b/>
        </w:rPr>
        <w:t xml:space="preserve">[37:26] </w:t>
      </w:r>
      <w:r>
        <w:t>They addressed her as, ya ukhti haroon "Oh, the sister of Aaron,</w:t>
      </w:r>
    </w:p>
    <w:p>
      <w:pPr>
        <w:jc w:val="right"/>
      </w:pPr>
      <w:r>
        <w:t>They addressed her as, یا اُختِ ہارون "Oh, the sister of Aaron,</w:t>
      </w:r>
    </w:p>
    <w:p>
      <w:r>
        <w:rPr>
          <w:b/>
        </w:rPr>
        <w:t xml:space="preserve">[37:32] </w:t>
      </w:r>
      <w:r>
        <w:t>oh, the sister of Harun, the Prophet Harun." They meant that you are just like Prophet Harun, you belong to such a noble family, you belong to a family which has a lineage of great Prophets.</w:t>
      </w:r>
    </w:p>
    <w:p>
      <w:pPr>
        <w:jc w:val="right"/>
      </w:pPr>
      <w:r>
        <w:t>oh, the sister of Harun, the Prophet Harun." They meant that you are just like Prophet Harun, you belong to such a noble family, you belong to a family which has a lineage of great Prophets.</w:t>
      </w:r>
    </w:p>
    <w:p>
      <w:r>
        <w:rPr>
          <w:b/>
        </w:rPr>
        <w:t xml:space="preserve">[37:48] </w:t>
      </w:r>
      <w:r>
        <w:t>So, how can you do this? Such you belong to such a noble lineage, you belong to the family of the Prophets. How can you do that?</w:t>
      </w:r>
    </w:p>
    <w:p>
      <w:pPr>
        <w:jc w:val="right"/>
      </w:pPr>
      <w:r>
        <w:t>So, how can you do this? Such you belong to such a noble lineage, you belong to the family of the Prophets. How can you do that?</w:t>
      </w:r>
    </w:p>
    <w:p>
      <w:r>
        <w:rPr>
          <w:b/>
        </w:rPr>
        <w:t xml:space="preserve">[37:58] </w:t>
      </w:r>
      <w:r>
        <w:t>They said, ma kaana abuki imra'a saw'in wa ma kaanat ummuki baghiyyan "Your father was not an evil man, and your mother was not an unchaste woman." They reminded Maryam about her noble family, about her noble parents.</w:t>
      </w:r>
    </w:p>
    <w:p>
      <w:pPr>
        <w:jc w:val="right"/>
      </w:pPr>
      <w:r>
        <w:t>They said, مَا كَانَ أَبُوكِ إِمْرَىٰ سَوْئٍ وَمَا كَانَتْ أُمُّكِ بَغِيًّا "Your father was not an evil man, and your mother was not an unchaste woman." They reminded Maryam about her noble family, about her noble parents.</w:t>
      </w:r>
    </w:p>
    <w:p>
      <w:r>
        <w:rPr>
          <w:b/>
        </w:rPr>
        <w:t xml:space="preserve">[38:17] </w:t>
      </w:r>
      <w:r>
        <w:t>They were pious, righteous people; they belonged to the family of Prophets.</w:t>
      </w:r>
    </w:p>
    <w:p>
      <w:pPr>
        <w:jc w:val="right"/>
      </w:pPr>
      <w:r>
        <w:t>They were pious, righteous people; they belonged to the family of Prophets.</w:t>
      </w:r>
    </w:p>
    <w:p>
      <w:r>
        <w:rPr>
          <w:b/>
        </w:rPr>
        <w:t xml:space="preserve">[38:23] </w:t>
      </w:r>
      <w:r>
        <w:t>So, they questioned, how could you do something so atrocious, so atrocious, so strange, so bad? So, they gathered all around her and started accusing her, questioning her, shouting at her, fa ashara ilaih "She pointed towards the baby; she was holding the baby Jesus, the infant Jesus, in her hand.</w:t>
      </w:r>
    </w:p>
    <w:p>
      <w:pPr>
        <w:jc w:val="right"/>
      </w:pPr>
      <w:r>
        <w:t>So, they questioned, how could you do something so atrocious, so atrocious, so strange, so bad? So, they gathered all around her and started accusing her, questioning her, shouting at her, فَأَشَارَتْ إِلَيْهِ "She pointed towards the baby; she was holding the baby Jesus, the infant Jesus, in her hand.</w:t>
      </w:r>
    </w:p>
    <w:p>
      <w:r>
        <w:rPr>
          <w:b/>
        </w:rPr>
        <w:t xml:space="preserve">[38:48] </w:t>
      </w:r>
      <w:r>
        <w:t>She just pointed towards the baby."</w:t>
      </w:r>
    </w:p>
    <w:p>
      <w:pPr>
        <w:jc w:val="right"/>
      </w:pPr>
      <w:r>
        <w:t>She just pointed towards the baby."</w:t>
      </w:r>
    </w:p>
    <w:p>
      <w:r>
        <w:rPr>
          <w:b/>
        </w:rPr>
        <w:t xml:space="preserve">[38:52] </w:t>
      </w:r>
      <w:r>
        <w:t>As per the angel's advice, Maryam remained silent and pointed to the child. She indicated that this was no ordinary child.</w:t>
      </w:r>
    </w:p>
    <w:p>
      <w:pPr>
        <w:jc w:val="right"/>
      </w:pPr>
      <w:r>
        <w:t>As per the angel's advice, Maryam remained silent and pointed to the child. She indicated that this was no ordinary child.</w:t>
      </w:r>
    </w:p>
    <w:p>
      <w:r>
        <w:rPr>
          <w:b/>
        </w:rPr>
        <w:t xml:space="preserve">[39:04] </w:t>
      </w:r>
      <w:r>
        <w:t>If you want some proof, they should speak to this child directly. Even he is an infant, he is a little child, but he will understand you and respond to you clearly.</w:t>
      </w:r>
    </w:p>
    <w:p>
      <w:pPr>
        <w:jc w:val="right"/>
      </w:pPr>
      <w:r>
        <w:t>If you want some proof, they should speak to this child directly. Even he is an infant, he is a little child, but he will understand you and respond to you clearly.</w:t>
      </w:r>
    </w:p>
    <w:p>
      <w:r>
        <w:rPr>
          <w:b/>
        </w:rPr>
        <w:t xml:space="preserve">[39:20] </w:t>
      </w:r>
      <w:r>
        <w:t>But they were all surprised, and they couldn't understand what does that mean. So, they said, qalu kaifa nukallimu man kaana fil bahdi sabiyyan "How can we talk to someone who is a child in the cradle, who is a newborn child?" So, despite Mary's pointing towards the baby,</w:t>
      </w:r>
    </w:p>
    <w:p>
      <w:pPr>
        <w:jc w:val="right"/>
      </w:pPr>
      <w:r>
        <w:t>But they were all surprised, and they couldn't understand what does that mean. So, they said, قَالُوا كَيْفَ نُكَلِّمُ مَنْ كَانَ فِي الْبَهْدِ سَبِيًّا "How can we talk to someone who is a child in the cradle, who is a newborn child?" So, despite Mary's pointing towards the baby,</w:t>
      </w:r>
    </w:p>
    <w:p>
      <w:r>
        <w:rPr>
          <w:b/>
        </w:rPr>
        <w:t xml:space="preserve">[39:43] </w:t>
      </w:r>
      <w:r>
        <w:t>the people couldn't understand</w:t>
      </w:r>
    </w:p>
    <w:p>
      <w:pPr>
        <w:jc w:val="right"/>
      </w:pPr>
      <w:r>
        <w:t>the people couldn't understand</w:t>
      </w:r>
    </w:p>
    <w:p>
      <w:r>
        <w:rPr>
          <w:b/>
        </w:rPr>
        <w:t xml:space="preserve">[39:45] </w:t>
      </w:r>
      <w:r>
        <w:t>how can we talk to such a small child, infant, who is in the lap of his mother?</w:t>
      </w:r>
    </w:p>
    <w:p>
      <w:pPr>
        <w:jc w:val="right"/>
      </w:pPr>
      <w:r>
        <w:t>how can we talk to such a small child, infant, who is in the lap of his mother?</w:t>
      </w:r>
    </w:p>
    <w:p>
      <w:r>
        <w:rPr>
          <w:b/>
        </w:rPr>
        <w:t xml:space="preserve">[39:54] </w:t>
      </w:r>
      <w:r>
        <w:t>And they became angry, they became agitated. So, the next moment, a miracle happened, which baffled them all.</w:t>
      </w:r>
    </w:p>
    <w:p>
      <w:pPr>
        <w:jc w:val="right"/>
      </w:pPr>
      <w:r>
        <w:t>And they became angry, they became agitated. So, the next moment, a miracle happened, which baffled them all.</w:t>
      </w:r>
    </w:p>
    <w:p>
      <w:r>
        <w:rPr>
          <w:b/>
        </w:rPr>
        <w:t xml:space="preserve">[40:03] </w:t>
      </w:r>
      <w:r>
        <w:t>They were all completely shocked, and it was one of the greatest miracles of Allah</w:t>
      </w:r>
    </w:p>
    <w:p>
      <w:pPr>
        <w:jc w:val="right"/>
      </w:pPr>
      <w:r>
        <w:t>They were all completely shocked, and it was one of the greatest miracles of Allah</w:t>
      </w:r>
    </w:p>
    <w:p>
      <w:r>
        <w:rPr>
          <w:b/>
        </w:rPr>
        <w:t xml:space="preserve">[40:09] </w:t>
      </w:r>
      <w:r>
        <w:t>. Suddenly, the child, baby Jesus, started speaking on his own. And look what he said. He said, qala inni abdu Allah "I am undoubtedly the servant of God." The first word of Jesus was, "I am Abdullah." "I am the servant of God.</w:t>
      </w:r>
    </w:p>
    <w:p>
      <w:pPr>
        <w:jc w:val="right"/>
      </w:pPr>
      <w:r>
        <w:t>. Suddenly, the child, baby Jesus, started speaking on his own. And look what he said. He said, قَالَ إِنِّي عَبْدُ اللَّهِ "I am undoubtedly the servant of God." The first word of Jesus was, "I am Abdullah." "I am the servant of God.</w:t>
      </w:r>
    </w:p>
    <w:p>
      <w:r>
        <w:rPr>
          <w:b/>
        </w:rPr>
        <w:t xml:space="preserve">[40:35] </w:t>
      </w:r>
      <w:r>
        <w:t>I am the slave of God. I am not a son</w:t>
      </w:r>
    </w:p>
    <w:p>
      <w:pPr>
        <w:jc w:val="right"/>
      </w:pPr>
      <w:r>
        <w:t>I am the slave of God. I am not a son</w:t>
      </w:r>
    </w:p>
    <w:p>
      <w:r>
        <w:rPr>
          <w:b/>
        </w:rPr>
        <w:t xml:space="preserve">[40:38] </w:t>
      </w:r>
      <w:r>
        <w:t>of God. I am not Ibnullah. I am Abdullah. I am the servant of God. I am the slave of God. Yes, my birth was miraculous, but still I am the servant of God.</w:t>
      </w:r>
    </w:p>
    <w:p>
      <w:pPr>
        <w:jc w:val="right"/>
      </w:pPr>
      <w:r>
        <w:t>of God. I am not Ibnullah. I am Abdullah. I am the servant of God. I am the slave of God. Yes, my birth was miraculous, but still I am the servant of God.</w:t>
      </w:r>
    </w:p>
    <w:p>
      <w:r>
        <w:rPr>
          <w:b/>
        </w:rPr>
        <w:t xml:space="preserve">[40:51] </w:t>
      </w:r>
      <w:r>
        <w:t>I am accountable to Him. I am a human being. I am not divine. I am not a deity. Don't worship me.</w:t>
      </w:r>
    </w:p>
    <w:p>
      <w:pPr>
        <w:jc w:val="right"/>
      </w:pPr>
      <w:r>
        <w:t>I am accountable to Him. I am a human being. I am not divine. I am not a deity. Don't worship me.</w:t>
      </w:r>
    </w:p>
    <w:p>
      <w:r>
        <w:rPr>
          <w:b/>
        </w:rPr>
        <w:t xml:space="preserve">[40:59] </w:t>
      </w:r>
      <w:r>
        <w:t>Worship the Creator who created all of us." And</w:t>
      </w:r>
    </w:p>
    <w:p>
      <w:pPr>
        <w:jc w:val="right"/>
      </w:pPr>
      <w:r>
        <w:t>Worship the Creator who created all of us." And</w:t>
      </w:r>
    </w:p>
    <w:p>
      <w:r>
        <w:rPr>
          <w:b/>
        </w:rPr>
        <w:t xml:space="preserve">[41:04] </w:t>
      </w:r>
      <w:r>
        <w:t>then he said, "a'tani al-kitab wa ja'alani nabiyyan" "He has given me the book and made me the Prophet." The book refers here to the Gospel.</w:t>
      </w:r>
    </w:p>
    <w:p>
      <w:pPr>
        <w:jc w:val="right"/>
      </w:pPr>
      <w:r>
        <w:t>then he said, "أَعْتَانِي الْكِتَابَ وَجَعَلَنِي نَبِيًّا" "He has given me the book and made me the Prophet." The book refers here to the Gospel.</w:t>
      </w:r>
    </w:p>
    <w:p>
      <w:r>
        <w:rPr>
          <w:b/>
        </w:rPr>
        <w:t xml:space="preserve">[41:16] </w:t>
      </w:r>
      <w:r>
        <w:t>The Gospel was revealed to Jesus. The Gospel in the Bible, it is called the Gospel or Good News, and it is now part of the New Testament</w:t>
      </w:r>
    </w:p>
    <w:p>
      <w:pPr>
        <w:jc w:val="right"/>
      </w:pPr>
      <w:r>
        <w:t>The Gospel was revealed to Jesus. The Gospel in the Bible, it is called the Gospel or Good News, and it is now part of the New Testament</w:t>
      </w:r>
    </w:p>
    <w:p>
      <w:r>
        <w:rPr>
          <w:b/>
        </w:rPr>
        <w:t xml:space="preserve">[41:28] </w:t>
      </w:r>
      <w:r>
        <w:t>. So, the Gospel or Gospel contains mostly spiritual message, motivational content, and inspirational content.</w:t>
      </w:r>
    </w:p>
    <w:p>
      <w:pPr>
        <w:jc w:val="right"/>
      </w:pPr>
      <w:r>
        <w:t>. So, the Gospel or Gospel contains mostly spiritual message, motivational content, and inspirational content.</w:t>
      </w:r>
    </w:p>
    <w:p>
      <w:r>
        <w:rPr>
          <w:b/>
        </w:rPr>
        <w:t xml:space="preserve">[41:40] </w:t>
      </w:r>
      <w:r>
        <w:t>And he said, "wa ja'alani nabiyyan" The infant Jesus said, "He made me a Prophet. I am a messenger of Allah</w:t>
      </w:r>
    </w:p>
    <w:p>
      <w:pPr>
        <w:jc w:val="right"/>
      </w:pPr>
      <w:r>
        <w:t>And he said, "وَجَعَلَنِي نَبِيًّا" The infant Jesus said, "He made me a Prophet. I am a messenger of Allah</w:t>
      </w:r>
    </w:p>
    <w:p>
      <w:r>
        <w:rPr>
          <w:b/>
        </w:rPr>
        <w:t xml:space="preserve">[41:49] </w:t>
      </w:r>
      <w:r>
        <w:t>. I belong to the long chain of the Prophets, starting from Prophet Adam alaihis salam." "wa ja'alani mubarak an ayna ma kuntu" He said, "God has made me blessed wherever I may be.</w:t>
      </w:r>
    </w:p>
    <w:p>
      <w:pPr>
        <w:jc w:val="right"/>
      </w:pPr>
      <w:r>
        <w:t>. I belong to the long chain of the Prophets, starting from Prophet Adam alaihis salam." "وَجَعَلَنِي مُبَارَكًا أَيْنَ مَا كُنتُ" He said, "God has made me blessed wherever I may be.</w:t>
      </w:r>
    </w:p>
    <w:p>
      <w:r>
        <w:rPr>
          <w:b/>
        </w:rPr>
        <w:t xml:space="preserve">[42:03] </w:t>
      </w:r>
      <w:r>
        <w:t>I will be a source of divine knowledge. Those who follow my teachings will receive blessings from God.</w:t>
      </w:r>
    </w:p>
    <w:p>
      <w:pPr>
        <w:jc w:val="right"/>
      </w:pPr>
      <w:r>
        <w:t>I will be a source of divine knowledge. Those who follow my teachings will receive blessings from God.</w:t>
      </w:r>
    </w:p>
    <w:p>
      <w:r>
        <w:rPr>
          <w:b/>
        </w:rPr>
        <w:t xml:space="preserve">[42:11] </w:t>
      </w:r>
      <w:r>
        <w:t>All the Prophets brought the same teachings that helped people to come closer to God.</w:t>
      </w:r>
    </w:p>
    <w:p>
      <w:pPr>
        <w:jc w:val="right"/>
      </w:pPr>
      <w:r>
        <w:t>All the Prophets brought the same teachings that helped people to come closer to God.</w:t>
      </w:r>
    </w:p>
    <w:p>
      <w:r>
        <w:rPr>
          <w:b/>
        </w:rPr>
        <w:t xml:space="preserve">[42:18] </w:t>
      </w:r>
      <w:r>
        <w:t>My teachings will uplift people's spirituality. My teachings will provide peace and comfort to people.</w:t>
      </w:r>
    </w:p>
    <w:p>
      <w:pPr>
        <w:jc w:val="right"/>
      </w:pPr>
      <w:r>
        <w:t>My teachings will uplift people's spirituality. My teachings will provide peace and comfort to people.</w:t>
      </w:r>
    </w:p>
    <w:p>
      <w:r>
        <w:rPr>
          <w:b/>
        </w:rPr>
        <w:t xml:space="preserve">[42:27] </w:t>
      </w:r>
      <w:r>
        <w:t>And my teachings will help them enter Paradise." So, in this way, Jesus was a blessed person.</w:t>
      </w:r>
    </w:p>
    <w:p>
      <w:pPr>
        <w:jc w:val="right"/>
      </w:pPr>
      <w:r>
        <w:t>And my teachings will help them enter Paradise." So, in this way, Jesus was a blessed person.</w:t>
      </w:r>
    </w:p>
    <w:p>
      <w:r>
        <w:rPr>
          <w:b/>
        </w:rPr>
        <w:t xml:space="preserve">[42:38] </w:t>
      </w:r>
      <w:r>
        <w:t>"wa awsani bis-salati waz-zakati ma dumtu hayyan" "He has enjoyed me, prayer, and almsgiving throughout my lif</w:t>
      </w:r>
    </w:p>
    <w:p>
      <w:pPr>
        <w:jc w:val="right"/>
      </w:pPr>
      <w:r>
        <w:t>"وَأَوْصَانِي بِالصَّلَاةِ وَالزَّكَاةِ مَا دُمْتُ حَيًّا" "He has enjoyed me, prayer, and almsgiving throughout my lif</w:t>
      </w:r>
    </w:p>
    <w:p>
      <w:r>
        <w:rPr>
          <w:b/>
        </w:rPr>
        <w:t xml:space="preserve">[42:48] </w:t>
      </w:r>
      <w:r>
        <w:t>e. So, my Lord has commanded me to perform Salah, to perform Namaz, and pay Zakat, charity." This shows that Zakat and Namaz, Namaz and Zakat were part of all the previous Prophets.</w:t>
      </w:r>
    </w:p>
    <w:p>
      <w:pPr>
        <w:jc w:val="right"/>
      </w:pPr>
      <w:r>
        <w:t>e. So, my Lord has commanded me to perform Salah, to perform Namaz, and pay Zakat, charity." This shows that Zakat and Namaz, Namaz and Zakat were part of all the previous Prophets.</w:t>
      </w:r>
    </w:p>
    <w:p>
      <w:r>
        <w:rPr>
          <w:b/>
        </w:rPr>
        <w:t xml:space="preserve">[43:11] </w:t>
      </w:r>
      <w:r>
        <w:t>So, prayer is one of the best ways to connect to the Almighty, to strengthen your connection with Allah, to get nearness with the Creator.</w:t>
      </w:r>
    </w:p>
    <w:p>
      <w:pPr>
        <w:jc w:val="right"/>
      </w:pPr>
      <w:r>
        <w:t>So, prayer is one of the best ways to connect to the Almighty, to strengthen your connection with Allah, to get nearness with the Creator.</w:t>
      </w:r>
    </w:p>
    <w:p>
      <w:r>
        <w:rPr>
          <w:b/>
        </w:rPr>
        <w:t xml:space="preserve">[43:24] </w:t>
      </w:r>
      <w:r>
        <w:t>And the Quran says, "wasjud waqtarib" "Do Sajda and and come closer." And the first question that will be asked on the Day of Judgment will be about Namaz, about Salah.</w:t>
      </w:r>
    </w:p>
    <w:p>
      <w:pPr>
        <w:jc w:val="right"/>
      </w:pPr>
      <w:r>
        <w:t>And the Quran says, "وَاسْجُدْ وَاقْتَرِبْ" "Do Sajda and and come closer." And the first question that will be asked on the Day of Judgment will be about Namaz, about Salah.</w:t>
      </w:r>
    </w:p>
    <w:p>
      <w:r>
        <w:rPr>
          <w:b/>
        </w:rPr>
        <w:t xml:space="preserve">[43:39] </w:t>
      </w:r>
      <w:r>
        <w:t>And what is more import</w:t>
      </w:r>
    </w:p>
    <w:p>
      <w:pPr>
        <w:jc w:val="right"/>
      </w:pPr>
      <w:r>
        <w:t>And what is more import</w:t>
      </w:r>
    </w:p>
    <w:p>
      <w:r>
        <w:rPr>
          <w:b/>
        </w:rPr>
        <w:t xml:space="preserve">[43:42] </w:t>
      </w:r>
      <w:r>
        <w:t>ant, that Namaz or Salah should be filled with the Spirit, Khushu, not just ritualistic. "alladhina hum fi salatihim khashi'un" The Quran says, those who are in their prayer with Khushu.</w:t>
      </w:r>
    </w:p>
    <w:p>
      <w:pPr>
        <w:jc w:val="right"/>
      </w:pPr>
      <w:r>
        <w:t>ant, that Namaz or Salah should be filled with the Spirit, Khushu, not just ritualistic. "الَّذِينَ هُمْ فِي صَلَاتِهِمْ خَاشِعُونَ" The Quran says, those who are in their prayer with Khushu.</w:t>
      </w:r>
    </w:p>
    <w:p>
      <w:r>
        <w:rPr>
          <w:b/>
        </w:rPr>
        <w:t xml:space="preserve">[44:00] </w:t>
      </w:r>
      <w:r>
        <w:t>And Zakat is also an equally important pillar of Islam</w:t>
      </w:r>
    </w:p>
    <w:p>
      <w:pPr>
        <w:jc w:val="right"/>
      </w:pPr>
      <w:r>
        <w:t>And Zakat is also an equally important pillar of Islam</w:t>
      </w:r>
    </w:p>
    <w:p>
      <w:r>
        <w:rPr>
          <w:b/>
        </w:rPr>
        <w:t xml:space="preserve">[44:05] </w:t>
      </w:r>
      <w:r>
        <w:t>. And then Jesus says, "wa barram biwalidati wa lam yaj'alni jabbaran shaqiyyan" "He has made me dutiful towards my mother.</w:t>
      </w:r>
    </w:p>
    <w:p>
      <w:pPr>
        <w:jc w:val="right"/>
      </w:pPr>
      <w:r>
        <w:t>. And then Jesus says, "وَبَرَّمْ بِوَالِدَتِي وَلَمْ يَجَعَلْنِي جَبَّارًا شَقِيًّا" "He has made me dutiful towards my mother.</w:t>
      </w:r>
    </w:p>
    <w:p>
      <w:r>
        <w:rPr>
          <w:b/>
        </w:rPr>
        <w:t xml:space="preserve">[44:18] </w:t>
      </w:r>
      <w:r>
        <w:t>He has not made me arrogant or wicked." And this is also a very beautiful verse. It shows how soft-hearted, how kind-hearted and gentle Jesus must have be</w:t>
      </w:r>
    </w:p>
    <w:p>
      <w:pPr>
        <w:jc w:val="right"/>
      </w:pPr>
      <w:r>
        <w:t>He has not made me arrogant or wicked." And this is also a very beautiful verse. It shows how soft-hearted, how kind-hearted and gentle Jesus must have be</w:t>
      </w:r>
    </w:p>
    <w:p>
      <w:r>
        <w:rPr>
          <w:b/>
        </w:rPr>
        <w:t xml:space="preserve">[44:32] </w:t>
      </w:r>
      <w:r>
        <w:t>en. And in the Bible, He has said, "If someone takes your shirt, you give him your coat as well."</w:t>
      </w:r>
    </w:p>
    <w:p>
      <w:pPr>
        <w:jc w:val="right"/>
      </w:pPr>
      <w:r>
        <w:t>en. And in the Bible, He has said, "If someone takes your shirt, you give him your coat as well."</w:t>
      </w:r>
    </w:p>
    <w:p>
      <w:r>
        <w:rPr>
          <w:b/>
        </w:rPr>
        <w:t xml:space="preserve">[44:40] </w:t>
      </w:r>
      <w:r>
        <w:t>And then</w:t>
      </w:r>
    </w:p>
    <w:p>
      <w:pPr>
        <w:jc w:val="right"/>
      </w:pPr>
      <w:r>
        <w:t>And then</w:t>
      </w:r>
    </w:p>
    <w:p>
      <w:r>
        <w:rPr>
          <w:b/>
        </w:rPr>
        <w:t xml:space="preserve">[44:44] </w:t>
      </w:r>
      <w:r>
        <w:t>He says, "was-salamu alayya yawma wulidtu wa yawma amutu wa yawma ub'athu hayyan" "Blessed, blessed was I on the day I was born, and blessed I shall be on the day I will die, and on the day I am raised to life again."</w:t>
      </w:r>
    </w:p>
    <w:p>
      <w:pPr>
        <w:jc w:val="right"/>
      </w:pPr>
      <w:r>
        <w:t>He says, "وَالسَّلَامُ عَلَيَّ يَوْمَ وُلِدْتُ وَيَوْمَ أَمُوتُ وَيَوْمَ أُبْعَسُ حَيًّا" "Blessed, blessed was I on the day I was born, and blessed I shall be on the day I will die, and on the day I am raised to life again."</w:t>
      </w:r>
    </w:p>
    <w:p>
      <w:r>
        <w:rPr>
          <w:b/>
        </w:rPr>
        <w:t xml:space="preserve">[45:07] </w:t>
      </w:r>
      <w:r>
        <w:t>So, my birth was blessed by Allah. I was a miracle of Allah. My birth was a blessing of Allah.</w:t>
      </w:r>
    </w:p>
    <w:p>
      <w:pPr>
        <w:jc w:val="right"/>
      </w:pPr>
      <w:r>
        <w:t>So, my birth was blessed by Allah. I was a miracle of Allah. My birth was a blessing of Allah.</w:t>
      </w:r>
    </w:p>
    <w:p>
      <w:r>
        <w:rPr>
          <w:b/>
        </w:rPr>
        <w:t xml:space="preserve">[45:16] </w:t>
      </w:r>
      <w:r>
        <w:t>And my death will be an honorable death. My death will not be a difficult death. My death will be an honorable death. And if, uh, in in in life to come, in the hereafter, I will be united with the righteous, with the Prophets, with the truthful, with the</w:t>
      </w:r>
    </w:p>
    <w:p>
      <w:pPr>
        <w:jc w:val="right"/>
      </w:pPr>
      <w:r>
        <w:t>And my death will be an honorable death. My death will not be a difficult death. My death will be an honorable death. And if, uh, in in in life to come, in the hereafter, I will be united with the righteous, with the Prophets, with the truthful, with the</w:t>
      </w:r>
    </w:p>
    <w:p>
      <w:r>
        <w:rPr>
          <w:b/>
        </w:rPr>
        <w:t xml:space="preserve">[45:33] </w:t>
      </w:r>
      <w:r>
        <w:t>martyrs. So, uh, these were the words of Jesus which He spoke in the cradle. Uh, uh, though it's very short, but so meaningful, so meaningful.</w:t>
      </w:r>
    </w:p>
    <w:p>
      <w:pPr>
        <w:jc w:val="right"/>
      </w:pPr>
      <w:r>
        <w:t>martyrs. So, uh, these were the words of Jesus which He spoke in the cradle. Uh, uh, though it's very short, but so meaningful, so meaningful.</w:t>
      </w:r>
    </w:p>
    <w:p>
      <w:r>
        <w:rPr>
          <w:b/>
        </w:rPr>
        <w:t xml:space="preserve">[45:47] </w:t>
      </w:r>
      <w:r>
        <w:t>It's like in in in Hindi, we say, we say, "gagar mein sagar" , an ocean in a pot.</w:t>
      </w:r>
    </w:p>
    <w:p>
      <w:pPr>
        <w:jc w:val="right"/>
      </w:pPr>
      <w:r>
        <w:t>It's like in in in Hindi, we say, we say, "गागर में सागर" , an ocean in a pot.</w:t>
      </w:r>
    </w:p>
    <w:p>
      <w:r>
        <w:rPr>
          <w:b/>
        </w:rPr>
        <w:t xml:space="preserve">[45:55] </w:t>
      </w:r>
      <w:r>
        <w:t>So, uh, then then it says, "zalika isa bin maryam aul alhaqq alladhi fihi yamtaroona" Such was Jesus, the Son of Mary.</w:t>
      </w:r>
    </w:p>
    <w:p>
      <w:pPr>
        <w:jc w:val="right"/>
      </w:pPr>
      <w:r>
        <w:t>So, uh, then then it says, "ذَٰلِكَ عِيسَى بْنَ مَرْيَمِۚ اَوْلَ الْحَقِّ الَّذِي فِيهِ يَمْتَرُونَ" Such was Jesus, the Son of Mary.</w:t>
      </w:r>
    </w:p>
    <w:p>
      <w:r>
        <w:rPr>
          <w:b/>
        </w:rPr>
        <w:t xml:space="preserve">[46:04] </w:t>
      </w:r>
      <w:r>
        <w:t>That is the whole truth about which they still dispute, they still argue about. So, Allah has told the true story of Jesus, the true story of Isa alaihis salam.</w:t>
      </w:r>
    </w:p>
    <w:p>
      <w:pPr>
        <w:jc w:val="right"/>
      </w:pPr>
      <w:r>
        <w:t>That is the whole truth about which they still dispute, they still argue about. So, Allah has told the true story of Jesus, the true story of Isa alaihis salam.</w:t>
      </w:r>
    </w:p>
    <w:p>
      <w:r>
        <w:rPr>
          <w:b/>
        </w:rPr>
        <w:t xml:space="preserve">[46:15] </w:t>
      </w:r>
      <w:r>
        <w:t>This is the true story of of Jesus and the Son of</w:t>
      </w:r>
    </w:p>
    <w:p>
      <w:pPr>
        <w:jc w:val="right"/>
      </w:pPr>
      <w:r>
        <w:t>This is the true story of of Jesus and the Son of</w:t>
      </w:r>
    </w:p>
    <w:p>
      <w:r>
        <w:rPr>
          <w:b/>
        </w:rPr>
        <w:t xml:space="preserve">[46:20] </w:t>
      </w:r>
      <w:r>
        <w:t>Mary. "ma kana lillahi an yattakhiza min waladin subhanahu" It doesn't befit the majesty of God that that He should beget a Son.</w:t>
      </w:r>
    </w:p>
    <w:p>
      <w:pPr>
        <w:jc w:val="right"/>
      </w:pPr>
      <w:r>
        <w:t>Mary. "مَا كَانَ لِلَّهِ أَنْ يَتَّخِذَ مِنْ وَلَدٍ سُبْحَانَهُ" It doesn't befit the majesty of God that that He should beget a Son.</w:t>
      </w:r>
    </w:p>
    <w:p>
      <w:r>
        <w:rPr>
          <w:b/>
        </w:rPr>
        <w:t xml:space="preserve">[46:32] </w:t>
      </w:r>
      <w:r>
        <w:t>Glory be to Him. He is far above that. It's a very powerful verse. It completely, it is completely unbefitting to Allah to have</w:t>
      </w:r>
    </w:p>
    <w:p>
      <w:pPr>
        <w:jc w:val="right"/>
      </w:pPr>
      <w:r>
        <w:t>Glory be to Him. He is far above that. It's a very powerful verse. It completely, it is completely unbefitting to Allah to have</w:t>
      </w:r>
    </w:p>
    <w:p>
      <w:r>
        <w:rPr>
          <w:b/>
        </w:rPr>
        <w:t xml:space="preserve">[46:46] </w:t>
      </w:r>
      <w:r>
        <w:t>a Son. It is utterly inappropriate for Allah to take a Son. Subhana. Subhana is an exclamatory word.</w:t>
      </w:r>
    </w:p>
    <w:p>
      <w:pPr>
        <w:jc w:val="right"/>
      </w:pPr>
      <w:r>
        <w:t>a Son. It is utterly inappropriate for Allah to take a Son. Subhana. Subhana is an exclamatory word.</w:t>
      </w:r>
    </w:p>
    <w:p>
      <w:r>
        <w:rPr>
          <w:b/>
        </w:rPr>
        <w:t xml:space="preserve">[46:56] </w:t>
      </w:r>
      <w:r>
        <w:t>Subhana. How absolutely perfect is Allah? How flawless? And Allah is the Creator of heaven and earth.</w:t>
      </w:r>
    </w:p>
    <w:p>
      <w:pPr>
        <w:jc w:val="right"/>
      </w:pPr>
      <w:r>
        <w:t>Subhana. How absolutely perfect is Allah? How flawless? And Allah is the Creator of heaven and earth.</w:t>
      </w:r>
    </w:p>
    <w:p>
      <w:r>
        <w:rPr>
          <w:b/>
        </w:rPr>
        <w:t xml:space="preserve">[47:05] </w:t>
      </w:r>
      <w:r>
        <w:t>How can He take a Son? So, the idea of sonship of Jesus is very emphatically refuted here and denied</w:t>
      </w:r>
    </w:p>
    <w:p>
      <w:pPr>
        <w:jc w:val="right"/>
      </w:pPr>
      <w:r>
        <w:t>How can He take a Son? So, the idea of sonship of Jesus is very emphatically refuted here and denied</w:t>
      </w:r>
    </w:p>
    <w:p>
      <w:r>
        <w:rPr>
          <w:b/>
        </w:rPr>
        <w:t xml:space="preserve">[47:16] </w:t>
      </w:r>
      <w:r>
        <w:t>. It is complete denial and complete refutation that God could take a Son. "idha qada amran fainnama yaqoolu lahu kun fayakoon" When He decrees anything, He only says it be, and it is.</w:t>
      </w:r>
    </w:p>
    <w:p>
      <w:pPr>
        <w:jc w:val="right"/>
      </w:pPr>
      <w:r>
        <w:t>. It is complete denial and complete refutation that God could take a Son. "إِذَا قَدَى أَمْرًا فَإِنَّمَا يَقُولُ لَهُ كُنْ فَيَكُونُ" When He decrees anything, He only says it be, and it is.</w:t>
      </w:r>
    </w:p>
    <w:p>
      <w:r>
        <w:rPr>
          <w:b/>
        </w:rPr>
        <w:t xml:space="preserve">[47:33] </w:t>
      </w:r>
      <w:r>
        <w:t>This is also a very powerful verse. He is God, He is the Creator. He is not human. He has no limitation.</w:t>
      </w:r>
    </w:p>
    <w:p>
      <w:pPr>
        <w:jc w:val="right"/>
      </w:pPr>
      <w:r>
        <w:t>This is also a very powerful verse. He is God, He is the Creator. He is not human. He has no limitation.</w:t>
      </w:r>
    </w:p>
    <w:p>
      <w:r>
        <w:rPr>
          <w:b/>
        </w:rPr>
        <w:t xml:space="preserve">[47:43] </w:t>
      </w:r>
      <w:r>
        <w:t>Whenever He wants to create anything, He simply says be, and it is done. He created every human being in the same way.</w:t>
      </w:r>
    </w:p>
    <w:p>
      <w:pPr>
        <w:jc w:val="right"/>
      </w:pPr>
      <w:r>
        <w:t>Whenever He wants to create anything, He simply says be, and it is done. He created every human being in the same way.</w:t>
      </w:r>
    </w:p>
    <w:p>
      <w:r>
        <w:rPr>
          <w:b/>
        </w:rPr>
        <w:t xml:space="preserve">[47:56] </w:t>
      </w:r>
      <w:r>
        <w:t>And when we think in this way, I think there is no difference. Everything seems to be a miracle. If Jesus is a miracle, every human being is a miracle as well.</w:t>
      </w:r>
    </w:p>
    <w:p>
      <w:pPr>
        <w:jc w:val="right"/>
      </w:pPr>
      <w:r>
        <w:t>And when we think in this way, I think there is no difference. Everything seems to be a miracle. If Jesus is a miracle, every human being is a miracle as well.</w:t>
      </w:r>
    </w:p>
    <w:p>
      <w:r>
        <w:rPr>
          <w:b/>
        </w:rPr>
        <w:t xml:space="preserve">[48:10] </w:t>
      </w:r>
      <w:r>
        <w:t>No</w:t>
      </w:r>
    </w:p>
    <w:p>
      <w:pPr>
        <w:jc w:val="right"/>
      </w:pPr>
      <w:r>
        <w:t>No</w:t>
      </w:r>
    </w:p>
    <w:p>
      <w:r>
        <w:rPr>
          <w:b/>
        </w:rPr>
        <w:t xml:space="preserve">[48:11] </w:t>
      </w:r>
      <w:r>
        <w:t>difference. Even the tiny particle of sand to the mighty galaxies, everything is a miracle. Sun, moon, planet—everything is a miracle.</w:t>
      </w:r>
    </w:p>
    <w:p>
      <w:pPr>
        <w:jc w:val="right"/>
      </w:pPr>
      <w:r>
        <w:t>difference. Even the tiny particle of sand to the mighty galaxies, everything is a miracle. Sun, moon, planet—everything is a miracle.</w:t>
      </w:r>
    </w:p>
    <w:p>
      <w:r>
        <w:rPr>
          <w:b/>
        </w:rPr>
        <w:t xml:space="preserve">[48:22] </w:t>
      </w:r>
      <w:r>
        <w:t>If you think in this way, you will realize that the birth of Jesus was a similar miracle. No difference.</w:t>
      </w:r>
    </w:p>
    <w:p>
      <w:pPr>
        <w:jc w:val="right"/>
      </w:pPr>
      <w:r>
        <w:t>If you think in this way, you will realize that the birth of Jesus was a similar miracle. No difference.</w:t>
      </w:r>
    </w:p>
    <w:p>
      <w:r>
        <w:rPr>
          <w:b/>
        </w:rPr>
        <w:t xml:space="preserve">[48:30] </w:t>
      </w:r>
      <w:r>
        <w:t>"wa inna allaha rabbi warabbukum fa'abudooh hadha siratun mustaqeem" Allah is my Lord and your Lord.</w:t>
      </w:r>
    </w:p>
    <w:p>
      <w:pPr>
        <w:jc w:val="right"/>
      </w:pPr>
      <w:r>
        <w:t>"وَإِنَّ اللَّهَ رَبِّي وَرَبُّكُمْ فَاعْبُدُوهُۚ هٰذَا صِرَاطٌ مُسْتَقِيمٌ" Allah is my Lord and your Lord.</w:t>
      </w:r>
    </w:p>
    <w:p>
      <w:r>
        <w:rPr>
          <w:b/>
        </w:rPr>
        <w:t xml:space="preserve">[48:39] </w:t>
      </w:r>
      <w:r>
        <w:t>So, worship Him alon</w:t>
      </w:r>
    </w:p>
    <w:p>
      <w:pPr>
        <w:jc w:val="right"/>
      </w:pPr>
      <w:r>
        <w:t>So, worship Him alon</w:t>
      </w:r>
    </w:p>
    <w:p>
      <w:r>
        <w:rPr>
          <w:b/>
        </w:rPr>
        <w:t xml:space="preserve">[48:41] </w:t>
      </w:r>
      <w:r>
        <w:t>e. This is the straight path. This is also a very nice, amazing verse. In a very short ayah, it summarizes the essence of Iman.</w:t>
      </w:r>
    </w:p>
    <w:p>
      <w:pPr>
        <w:jc w:val="right"/>
      </w:pPr>
      <w:r>
        <w:t>e. This is the straight path. This is also a very nice, amazing verse. In a very short ayah, it summarizes the essence of Iman.</w:t>
      </w:r>
    </w:p>
    <w:p>
      <w:r>
        <w:rPr>
          <w:b/>
        </w:rPr>
        <w:t xml:space="preserve">[48:56] </w:t>
      </w:r>
      <w:r>
        <w:t>It's Islam in a nutshell. Allah is my Lord and Allah is your Lord. He created all of us.</w:t>
      </w:r>
    </w:p>
    <w:p>
      <w:pPr>
        <w:jc w:val="right"/>
      </w:pPr>
      <w:r>
        <w:t>It's Islam in a nutshell. Allah is my Lord and Allah is your Lord. He created all of us.</w:t>
      </w:r>
    </w:p>
    <w:p>
      <w:r>
        <w:rPr>
          <w:b/>
        </w:rPr>
        <w:t xml:space="preserve">[49:05] </w:t>
      </w:r>
      <w:r>
        <w:t>He will judge us on the Day of Judgment and decide our eternal future</w:t>
      </w:r>
    </w:p>
    <w:p>
      <w:pPr>
        <w:jc w:val="right"/>
      </w:pPr>
      <w:r>
        <w:t>He will judge us on the Day of Judgment and decide our eternal future</w:t>
      </w:r>
    </w:p>
    <w:p>
      <w:r>
        <w:rPr>
          <w:b/>
        </w:rPr>
        <w:t xml:space="preserve">[49:10] </w:t>
      </w:r>
      <w:r>
        <w:t>. Allah is taking care of us in this world, and He will continue to take care of us in the hereafter. This is Lord, so worship Him.</w:t>
      </w:r>
    </w:p>
    <w:p>
      <w:pPr>
        <w:jc w:val="right"/>
      </w:pPr>
      <w:r>
        <w:t>. Allah is taking care of us in this world, and He will continue to take care of us in the hereafter. This is Lord, so worship Him.</w:t>
      </w:r>
    </w:p>
    <w:p>
      <w:r>
        <w:rPr>
          <w:b/>
        </w:rPr>
        <w:t xml:space="preserve">[49:19] </w:t>
      </w:r>
      <w:r>
        <w:t>This is theright path. So, this is very important and beautifully summarizes the essence of faith, the essence of Deen in one single verse.</w:t>
      </w:r>
    </w:p>
    <w:p>
      <w:pPr>
        <w:jc w:val="right"/>
      </w:pPr>
      <w:r>
        <w:t>This is theright path. So, this is very important and beautifully summarizes the essence of faith, the essence of Deen in one single verse.</w:t>
      </w:r>
    </w:p>
    <w:p>
      <w:r>
        <w:rPr>
          <w:b/>
        </w:rPr>
        <w:t xml:space="preserve">[49:31] </w:t>
      </w:r>
      <w:r>
        <w:t>So, this ends the story of Maryam. Such an incredible story.</w:t>
      </w:r>
    </w:p>
    <w:p>
      <w:pPr>
        <w:jc w:val="right"/>
      </w:pPr>
      <w:r>
        <w:t>So, this ends the story of Maryam. Such an incredible story.</w:t>
      </w:r>
    </w:p>
    <w:p>
      <w:r>
        <w:rPr>
          <w:b/>
        </w:rPr>
        <w:t xml:space="preserve">[49:38] </w:t>
      </w:r>
      <w:r>
        <w:t>And Maryam was one of the most remarkable women who walked on this planet. Her story is a great source of inspiration for all of us.</w:t>
      </w:r>
    </w:p>
    <w:p>
      <w:pPr>
        <w:jc w:val="right"/>
      </w:pPr>
      <w:r>
        <w:t>And Maryam was one of the most remarkable women who walked on this planet. Her story is a great source of inspiration for all of us.</w:t>
      </w:r>
    </w:p>
    <w:p>
      <w:r>
        <w:rPr>
          <w:b/>
        </w:rPr>
        <w:t xml:space="preserve">[49:49] </w:t>
      </w:r>
      <w:r>
        <w:t>And Maryam was a real role model for us. The story has so many takeaways that we can apply in our lives.</w:t>
      </w:r>
    </w:p>
    <w:p>
      <w:pPr>
        <w:jc w:val="right"/>
      </w:pPr>
      <w:r>
        <w:t>And Maryam was a real role model for us. The story has so many takeaways that we can apply in our lives.</w:t>
      </w:r>
    </w:p>
    <w:p>
      <w:r>
        <w:rPr>
          <w:b/>
        </w:rPr>
        <w:t xml:space="preserve">[50:00] </w:t>
      </w:r>
      <w:r>
        <w:t>And I pray to Allah that He allows us to understand the deeper meaning of the story of Mary</w:t>
      </w:r>
    </w:p>
    <w:p>
      <w:pPr>
        <w:jc w:val="right"/>
      </w:pPr>
      <w:r>
        <w:t>And I pray to Allah that He allows us to understand the deeper meaning of the story of Mary</w:t>
      </w:r>
    </w:p>
    <w:p>
      <w:r>
        <w:rPr>
          <w:b/>
        </w:rPr>
        <w:t xml:space="preserve">[50:07] </w:t>
      </w:r>
      <w:r>
        <w:t>am. May Allah enable us to apply these messages which we have learned and grow our spirituality, our Iman, our faith.</w:t>
      </w:r>
    </w:p>
    <w:p>
      <w:pPr>
        <w:jc w:val="right"/>
      </w:pPr>
      <w:r>
        <w:t>am. May Allah enable us to apply these messages which we have learned and grow our spirituality, our Iman, our faith.</w:t>
      </w:r>
    </w:p>
    <w:p>
      <w:r>
        <w:rPr>
          <w:b/>
        </w:rPr>
        <w:t xml:space="preserve">[50:16] </w:t>
      </w:r>
      <w:r>
        <w:t>And we pray to Allah to bless her and to reunite us with her in Jannatul Firdous al-A'la.</w:t>
      </w:r>
    </w:p>
    <w:p>
      <w:pPr>
        <w:jc w:val="right"/>
      </w:pPr>
      <w:r>
        <w:t>And we pray to Allah to bless her and to reunite us with her in Jannatul Firdous al-A'la.</w:t>
      </w:r>
    </w:p>
    <w:p>
      <w:r>
        <w:rPr>
          <w:b/>
        </w:rPr>
        <w:t xml:space="preserve">[50:27] </w:t>
      </w:r>
      <w:r>
        <w:t>wa sallallahu ta'ala 'ala khair khalqihi Muhammad wa 'ala aalihi wa ashabihi ajma'een birahmatika ya arhamar rahimin</w:t>
      </w:r>
    </w:p>
    <w:p>
      <w:pPr>
        <w:jc w:val="right"/>
      </w:pPr>
      <w:r>
        <w:t>وصلى الله تعالی علی خیر خلقہ محمد وعلی آلہ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