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Process of Personality Development June 30, 2013</w:t>
      </w:r>
    </w:p>
    <w:p>
      <w:r>
        <w:t>https://youtu.be/CSSFRydcJlo</w:t>
      </w:r>
    </w:p>
    <w:p>
      <w:r>
        <w:rPr>
          <w:b/>
        </w:rPr>
        <w:t xml:space="preserve">[00:37] </w:t>
      </w:r>
      <w:r>
        <w:t>aaj</w:t>
      </w:r>
    </w:p>
    <w:p>
      <w:pPr>
        <w:jc w:val="right"/>
      </w:pPr>
      <w:r>
        <w:t>آج</w:t>
      </w:r>
    </w:p>
    <w:p>
      <w:r>
        <w:rPr>
          <w:b/>
        </w:rPr>
        <w:t xml:space="preserve">[00:40] </w:t>
      </w:r>
      <w:r>
        <w:t>june 2013 ki 30 tareekh hai. aaj ke liye jo topic hai woh hai the process of</w:t>
      </w:r>
    </w:p>
    <w:p>
      <w:pPr>
        <w:jc w:val="right"/>
      </w:pPr>
      <w:r>
        <w:t>جون 2013 کی 30 تاریخ ہے۔ آج کے لیے جو ٹاپک ہے وہ ہے the process of</w:t>
      </w:r>
    </w:p>
    <w:p>
      <w:r>
        <w:rPr>
          <w:b/>
        </w:rPr>
        <w:t xml:space="preserve">[01:00] </w:t>
      </w:r>
      <w:r>
        <w:t>personality development yani taameer-e-seerat.</w:t>
      </w:r>
    </w:p>
    <w:p>
      <w:pPr>
        <w:jc w:val="right"/>
      </w:pPr>
      <w:r>
        <w:t>personality development یعنی تعمیر سیرت۔</w:t>
      </w:r>
    </w:p>
    <w:p>
      <w:r>
        <w:rPr>
          <w:b/>
        </w:rPr>
        <w:t xml:space="preserve">[01:10] </w:t>
      </w:r>
      <w:r>
        <w:t>yeh jo mozu aaj maine liya hai is ki ek background hai.</w:t>
      </w:r>
    </w:p>
    <w:p>
      <w:pPr>
        <w:jc w:val="right"/>
      </w:pPr>
      <w:r>
        <w:t>یہ جو موضوع آج میں نے لیا ہے اس کی ایک بیک گراؤنڈ ہے۔</w:t>
      </w:r>
    </w:p>
    <w:p>
      <w:r>
        <w:rPr>
          <w:b/>
        </w:rPr>
        <w:t xml:space="preserve">[01:21] </w:t>
      </w:r>
      <w:r>
        <w:t>is se pehle maine kaha tha ke mind ka trigger hona yeh bohat zyada important hai.</w:t>
      </w:r>
    </w:p>
    <w:p>
      <w:pPr>
        <w:jc w:val="right"/>
      </w:pPr>
      <w:r>
        <w:t>اس سے پہلے میں نے کہا تھا کہ مائنڈ کا ٹریگر ہونا یہ بہت زیادہ امپورٹنٹ ہے۔</w:t>
      </w:r>
    </w:p>
    <w:p>
      <w:r>
        <w:rPr>
          <w:b/>
        </w:rPr>
        <w:t xml:space="preserve">[01:31] </w:t>
      </w:r>
      <w:r>
        <w:t>aap jab bohat zyada prepared hotey hain tab mind trigger hota hai.</w:t>
      </w:r>
    </w:p>
    <w:p>
      <w:pPr>
        <w:jc w:val="right"/>
      </w:pPr>
      <w:r>
        <w:t>آپ جب بہت زیادہ پریپیئرڈ ہوتے ہیں تب مائنڈ ٹریگر ہوتا ہے۔</w:t>
      </w:r>
    </w:p>
    <w:p>
      <w:r>
        <w:rPr>
          <w:b/>
        </w:rPr>
        <w:t xml:space="preserve">[01:39] </w:t>
      </w:r>
      <w:r>
        <w:t>yeh sab ka hota hai apne apne lehaz se, lekin logon ka hota hai dunya ke mamlat mein, business mein, job mein, bachon ke liye, apne material interest ke liye.</w:t>
      </w:r>
    </w:p>
    <w:p>
      <w:pPr>
        <w:jc w:val="right"/>
      </w:pPr>
      <w:r>
        <w:t>یہ سب کا ہوتا ہے اپنے اپنے لحاظ سے، لیکن لوگوں کا ہوتا ہے دنیا کے معاملات میں، بزنس میں، جاب میں، بچوں کے لیے، اپنے مٹیریل انٹرسٹ کے لیے۔</w:t>
      </w:r>
    </w:p>
    <w:p>
      <w:r>
        <w:rPr>
          <w:b/>
        </w:rPr>
        <w:t xml:space="preserve">[01:56] </w:t>
      </w:r>
      <w:r>
        <w:t>momin woh hai jis ka mind trigger ho aakhirat ke liye. har cheez mein us ko Allah yaad aaye, jannat yaad aaye, aakhirat yaad aaye.</w:t>
      </w:r>
    </w:p>
    <w:p>
      <w:pPr>
        <w:jc w:val="right"/>
      </w:pPr>
      <w:r>
        <w:t>مومن وہ ہے جس کا مائنڈ ٹریگر ہو آخرت کے لیے۔ ہر چیز میں اس کو اللہ یاد آئے، جنت یاد آئے، آخرت یاد آئے۔</w:t>
      </w:r>
    </w:p>
    <w:p>
      <w:r>
        <w:rPr>
          <w:b/>
        </w:rPr>
        <w:t xml:space="preserve">[02:08] </w:t>
      </w:r>
      <w:r>
        <w:t>to yeh trigger hona jo hai bohat hi important hai. dekhiye, marifat ke liye kaha jata hai ke tadabbur zaroori hai.</w:t>
      </w:r>
    </w:p>
    <w:p>
      <w:pPr>
        <w:jc w:val="right"/>
      </w:pPr>
      <w:r>
        <w:t>تو یہ ٹریگر ہونا جو ہے بہت ہی امپورٹنٹ ہے۔ دیکھیے، معرفت کے لیے کہا جاتا ہے کہ تدبر ضروری ہے۔</w:t>
      </w:r>
    </w:p>
    <w:p>
      <w:r>
        <w:rPr>
          <w:b/>
        </w:rPr>
        <w:t xml:space="preserve">[02:18] </w:t>
      </w:r>
      <w:r>
        <w:t>lekin main samajhta hoon ke marifat mein taraqqi ke liye sirf tadabbur kaafi nahi hai. trigger hone ki sifat zaroori</w:t>
      </w:r>
    </w:p>
    <w:p>
      <w:pPr>
        <w:jc w:val="right"/>
      </w:pPr>
      <w:r>
        <w:t>لیکن میں سمجھتا ہوں کہ معرفت میں ترقی کے لیے صرف تدبر کافی نہیں ہے۔ ٹریگر ہونے کی صفت ضروری</w:t>
      </w:r>
    </w:p>
    <w:p>
      <w:r>
        <w:rPr>
          <w:b/>
        </w:rPr>
        <w:t xml:space="preserve">[02:27] </w:t>
      </w:r>
      <w:r>
        <w:t>hai. agar aap itne zyada mentally prepared nahi hain, intellectually itne prepared nahi hain ke aap ka mind trigger hota rahe to aap kitni hi study karein, tadabbur karein,</w:t>
      </w:r>
    </w:p>
    <w:p>
      <w:pPr>
        <w:jc w:val="right"/>
      </w:pPr>
      <w:r>
        <w:t>ہے۔ اگر آپ اتنے زیادہ مینٹلی پریپیئرڈ نہیں ہیں، انٹلیکچولی اتنے پریپیئرڈ نہیں ہیں کہ آپ کا مائنڈ ٹریگر ہوتا رہے تو آپ کتنی ہی سٹڈی کریں، تدبر کریں،</w:t>
      </w:r>
    </w:p>
    <w:p>
      <w:r>
        <w:rPr>
          <w:b/>
        </w:rPr>
        <w:t xml:space="preserve">[02:43] </w:t>
      </w:r>
      <w:r>
        <w:t>aap ko aap ki marifat mein irtaqa nahi hoga.</w:t>
      </w:r>
    </w:p>
    <w:p>
      <w:pPr>
        <w:jc w:val="right"/>
      </w:pPr>
      <w:r>
        <w:t>آپ کو آپ کی معرفت میں ارتقاء نہیں ہوگا۔</w:t>
      </w:r>
    </w:p>
    <w:p>
      <w:r>
        <w:rPr>
          <w:b/>
        </w:rPr>
        <w:t xml:space="preserve">[02:51] </w:t>
      </w:r>
      <w:r>
        <w:t>dekhiye, yeh baat ajeeb nahi hai. Quran mein yeh tasawwur maujood hai.</w:t>
      </w:r>
    </w:p>
    <w:p>
      <w:pPr>
        <w:jc w:val="right"/>
      </w:pPr>
      <w:r>
        <w:t>دیکھیے، یہ بات عجیب نہیں ہے۔ قرآن میں یہ تصور موجود ہے۔</w:t>
      </w:r>
    </w:p>
    <w:p>
      <w:r>
        <w:rPr>
          <w:b/>
        </w:rPr>
        <w:t xml:space="preserve">[02:58] </w:t>
      </w:r>
      <w:r>
        <w:t>trigger hone ka lafz trigger to ek istilaah hai jo bani hai jab dunya mein gun aayi. gun mein trigger hota hai tab yeh istilaah bani hai.</w:t>
      </w:r>
    </w:p>
    <w:p>
      <w:pPr>
        <w:jc w:val="right"/>
      </w:pPr>
      <w:r>
        <w:t>ٹریگر ہونے کا لفظ ٹریگر تو ایک اصطلاح ہے جو بنی ہے جب دنیا میں گن آئی۔ گن میں ٹریگر ہوتا ہے تب یہ اصطلاح بنی ہے۔</w:t>
      </w:r>
    </w:p>
    <w:p>
      <w:r>
        <w:rPr>
          <w:b/>
        </w:rPr>
        <w:t xml:space="preserve">[03:09] </w:t>
      </w:r>
      <w:r>
        <w:t>to pehle gun hoti nahi thi. Quran mein yahi concept aaya hai. is is ke liye lafz hai tosam.</w:t>
      </w:r>
    </w:p>
    <w:p>
      <w:pPr>
        <w:jc w:val="right"/>
      </w:pPr>
      <w:r>
        <w:t>تو پہلے گن ہوتی نہیں تھی۔ قرآن میں یہی کانسیپٹ آیا ہے۔ اس اس کے لیے لفظ ہے توسم۔</w:t>
      </w:r>
    </w:p>
    <w:p>
      <w:r>
        <w:rPr>
          <w:b/>
        </w:rPr>
        <w:t xml:space="preserve">[03:18] </w:t>
      </w:r>
      <w:r>
        <w:t>tosam ka matlab hai ke kisi cheez ko dekh kar aap ka mind jo hai trigger ho jaye aur ek ek aap ek ek khaas baat tak pahunch sakein.</w:t>
      </w:r>
    </w:p>
    <w:p>
      <w:pPr>
        <w:jc w:val="right"/>
      </w:pPr>
      <w:r>
        <w:t>توسم کا مطلب ہے کہ کسی چیز کو دیکھ کر آپ کا مائنڈ جو ہے ٹریگر ہو جائے اور ایک ایک آپ ایک ایک خاص بات تک پہنچ سکیں۔</w:t>
      </w:r>
    </w:p>
    <w:p>
      <w:r>
        <w:rPr>
          <w:b/>
        </w:rPr>
        <w:t xml:space="preserve">[03:30] </w:t>
      </w:r>
      <w:r>
        <w:t>main aap ko misaal deta hoon. Rasool aur Sahaba Rasool ke haan yeh cheez maujood thi. lafz trigger to nahi tha lekin tosam ke naam se maujood tha.</w:t>
      </w:r>
    </w:p>
    <w:p>
      <w:pPr>
        <w:jc w:val="right"/>
      </w:pPr>
      <w:r>
        <w:t>میں آپ کو مثال دیتا ہوں۔ رسول اور صحابہ رسول کے ہاں یہ چیز موجود تھی۔ لفظ ٹریگر تو نہیں تھا لیکن توسم کے نام سے موجود تھی۔</w:t>
      </w:r>
    </w:p>
    <w:p>
      <w:r>
        <w:rPr>
          <w:b/>
        </w:rPr>
        <w:t xml:space="preserve">[03:43] </w:t>
      </w:r>
      <w:r>
        <w:t>Quran mein dekhiye, Surah Al-Hijr mein yeh aayat hai ke inna fi zalika la'ayatil lilmutawassimeen yeh Surah Al-Hijr mein hai inna fi zalika la'ayatil lilmutawassimeen yani cheezon mein nishaniyan hain tosam karne walon ke liye.</w:t>
      </w:r>
    </w:p>
    <w:p>
      <w:pPr>
        <w:jc w:val="right"/>
      </w:pPr>
      <w:r>
        <w:t>قرآن میں دیکھیے، سورہ الحجر میں یہ آیت ہے کہ إن فی ذالک لآیات للمتوسمين یہ سورہ الحجر میں ہے إن فی ذالک لآيات للمتوسمين یعنی چیزوں میں نشانیاں ہیں توسم کرنے والوں کے لیے۔</w:t>
      </w:r>
    </w:p>
    <w:p>
      <w:r>
        <w:rPr>
          <w:b/>
        </w:rPr>
        <w:t xml:space="preserve">[04:09] </w:t>
      </w:r>
      <w:r>
        <w:t>aaj kal ki zaban mein main kahunga ke jin ka mind trigger ho jaye, woh nishaniyan aap dekhenge to kuch thoda bahut aap sabak le lenge, is se bara sabak nahi le payenge.</w:t>
      </w:r>
    </w:p>
    <w:p>
      <w:pPr>
        <w:jc w:val="right"/>
      </w:pPr>
      <w:r>
        <w:t>آج کل کی زبان میں میں کہوں گا کہ جن کا مائنڈ ٹریگر ہو جائے، وہ نشانیاں آپ دیکھیں گے تو کچھ تھوڑا بہت آپ سبق لے لیں گے، اس سے بڑا سبق نہیں لے پائیں گے۔</w:t>
      </w:r>
    </w:p>
    <w:p>
      <w:r>
        <w:rPr>
          <w:b/>
        </w:rPr>
        <w:t xml:space="preserve">[04:22] </w:t>
      </w:r>
      <w:r>
        <w:t>main is ki ek misaal deta hoon. Rasool Allah Sal Allahu Alaihi Wasallam ne ek baar dekha ke kuch chidiya hain aur bohat hi masoomana andaaz mein woh apna masghool hain.</w:t>
      </w:r>
    </w:p>
    <w:p>
      <w:pPr>
        <w:jc w:val="right"/>
      </w:pPr>
      <w:r>
        <w:t>میں اس کی ایک مثال دیتا ہوں۔ رسول اللہ صلی اللہ علیہ وسلم نے ایک بار دیکھا کہ کچھ چڑیا ہیں اور بہت ہی معصومانہ انداز میں وہ اپنا مشغول ہیں۔</w:t>
      </w:r>
    </w:p>
    <w:p>
      <w:r>
        <w:rPr>
          <w:b/>
        </w:rPr>
        <w:t xml:space="preserve">[04:39] </w:t>
      </w:r>
      <w:r>
        <w:t>aap jante hain ke chidiya sar ta pa innocent hoti hain, innocent masoom.</w:t>
      </w:r>
    </w:p>
    <w:p>
      <w:pPr>
        <w:jc w:val="right"/>
      </w:pPr>
      <w:r>
        <w:t>آپ جانتے ہیں کہ چڑیا سر تپا انوسنٹ ہوتی ہیں، انوسنٹ معصوم۔</w:t>
      </w:r>
    </w:p>
    <w:p>
      <w:r>
        <w:rPr>
          <w:b/>
        </w:rPr>
        <w:t xml:space="preserve">[04:44] </w:t>
      </w:r>
      <w:r>
        <w:t>un ka behakna, un ka udna, har cheez mein masoomiyat hoti hai jo batati hai ke un ke dil mein kisi ke liye keena nahi, nafrat nahi, kuch bhi nahi.</w:t>
      </w:r>
    </w:p>
    <w:p>
      <w:pPr>
        <w:jc w:val="right"/>
      </w:pPr>
      <w:r>
        <w:t>ان کا بہکنا، ان کا اڑنا، ہر چیز میں معصومیت ہوتی ہے جو بتاتی ہے کہ ان کے دل میں کسی کے لیے کینہ نہیں، نفرت نہیں، کچھ بھی نہیں۔</w:t>
      </w:r>
    </w:p>
    <w:p>
      <w:r>
        <w:rPr>
          <w:b/>
        </w:rPr>
        <w:t xml:space="preserve">[04:57] </w:t>
      </w:r>
      <w:r>
        <w:t>to Rasool Allah Sal Allahu Alaihi Wasallam ne ek baar dekha chidiyon ko to aap ne farmaya ke ahle jannat isi tarah ke honge.</w:t>
      </w:r>
    </w:p>
    <w:p>
      <w:pPr>
        <w:jc w:val="right"/>
      </w:pPr>
      <w:r>
        <w:t>تو رسول اللہ صلی اللہ علیہ وسلم نے ایک بار دیکھا چڑیوں کو تو آپ نے فرمایا کہ اہل جنت اسی طرح کے ہوں گے۔</w:t>
      </w:r>
    </w:p>
    <w:p>
      <w:r>
        <w:rPr>
          <w:b/>
        </w:rPr>
        <w:t xml:space="preserve">[05:07] </w:t>
      </w:r>
      <w:r>
        <w:t>ahle jannat ke bare mein aap ne farmaya ke af'idatuhum kaf'idatit tair</w:t>
      </w:r>
    </w:p>
    <w:p>
      <w:pPr>
        <w:jc w:val="right"/>
      </w:pPr>
      <w:r>
        <w:t>اہل جنت کے بارے میں آپ نے فرمایا کہ أفَيْدَتُهُمْ كَفَيْدَةِ الطَّيْرِ</w:t>
      </w:r>
    </w:p>
    <w:p>
      <w:r>
        <w:rPr>
          <w:b/>
        </w:rPr>
        <w:t xml:space="preserve">[05:14] </w:t>
      </w:r>
      <w:r>
        <w:t>jannat walon ke dil chidiyon ki tarah honge. yani aise log jin ke dil mein peace hi peace hai, mohabbat hi mohabbat hai, khair khwahi khair khwahi hai, kisi ke liye negative thought nahi.</w:t>
      </w:r>
    </w:p>
    <w:p>
      <w:pPr>
        <w:jc w:val="right"/>
      </w:pPr>
      <w:r>
        <w:t>جنت والوں کے دل چڑیوں کی طرح ہوں گے۔ یعنی ایسے لوگ جن کے دل میں پیس ہی پیس ہے، محبت ہی محبت ہے، خیر خواہی خیر خواہی ہے، کسی کے لیے نیگیٹیو تھاٹ نہیں۔</w:t>
      </w:r>
    </w:p>
    <w:p>
      <w:r>
        <w:rPr>
          <w:b/>
        </w:rPr>
        <w:t xml:space="preserve">[05:30] </w:t>
      </w:r>
      <w:r>
        <w:t>to yahan pe dekhiye, yeh isi ki misaal hai ke aap ne dekha chidiyon ko, aap ka mind trigger ho gaya, is mein aap ko jannat ki tasweer nazar aayi.</w:t>
      </w:r>
    </w:p>
    <w:p>
      <w:pPr>
        <w:jc w:val="right"/>
      </w:pPr>
      <w:r>
        <w:t>تو یہاں پہ دیکھیے، یہ اسی کی مثال ہے کہ آپ نے دیکھا چڑیوں کو، آپ کا مائنڈ ٹریگر ہو گیا، اس میں آپ کو جنت کی تصویر نظر آئی۔</w:t>
      </w:r>
    </w:p>
    <w:p>
      <w:r>
        <w:rPr>
          <w:b/>
        </w:rPr>
        <w:t xml:space="preserve">[05:43] </w:t>
      </w:r>
      <w:r>
        <w:t>to yaad rakhiye, agar aap ke andar tosam ki sifat nahi hai to aap ko kabhi bhi zyada bare paimane par intellectual development naseeb nahi hoga.</w:t>
      </w:r>
    </w:p>
    <w:p>
      <w:pPr>
        <w:jc w:val="right"/>
      </w:pPr>
      <w:r>
        <w:t>تو یاد رکھیے، اگر آپ کے اندر توسم کی صفت نہیں ہے تو آپ کو کبھی بھی زیادہ بڑے پیمانے پر انٹلیکچول ڈیولپمنٹ نصیب نہیں ہوگا۔</w:t>
      </w:r>
    </w:p>
    <w:p>
      <w:r>
        <w:rPr>
          <w:b/>
        </w:rPr>
        <w:t xml:space="preserve">[05:57] </w:t>
      </w:r>
      <w:r>
        <w:t>aap ko marifat mein zyada taraqqi ke marhalay nahi aayenge.</w:t>
      </w:r>
    </w:p>
    <w:p>
      <w:pPr>
        <w:jc w:val="right"/>
      </w:pPr>
      <w:r>
        <w:t>آپ کو معرفت میں زیادہ ترقی کے مراحل نہیں آئیں گے۔</w:t>
      </w:r>
    </w:p>
    <w:p>
      <w:r>
        <w:rPr>
          <w:b/>
        </w:rPr>
        <w:t xml:space="preserve">[06:04] </w:t>
      </w:r>
      <w:r>
        <w:t>to mushahida aur mutala aur tadabbur yeh sab bohat mufeed cheezein hain, lekin zyada bari taraqqi ke liye zaroori hai tosam, mind ka trigger ho jana.</w:t>
      </w:r>
    </w:p>
    <w:p>
      <w:pPr>
        <w:jc w:val="right"/>
      </w:pPr>
      <w:r>
        <w:t>تو مشاہدہ اور مطالعہ اور تدبر یہ سب بہت مفید چیزیں ہیں، لیکن زیادہ بڑی ترقی کے لیے ضروری ہے توسم، مائنڈ کا ٹریگر ہو جانا۔</w:t>
      </w:r>
    </w:p>
    <w:p>
      <w:r>
        <w:rPr>
          <w:b/>
        </w:rPr>
        <w:t xml:space="preserve">[06:20] </w:t>
      </w:r>
      <w:r>
        <w:t>tareekh mein jo jitni bari bari daryaften hui hain, bari bari daryaften, woh sab isi waqt hui hain jab kisi ka mind trigger ho gaya.</w:t>
      </w:r>
    </w:p>
    <w:p>
      <w:pPr>
        <w:jc w:val="right"/>
      </w:pPr>
      <w:r>
        <w:t>تاریخ میں جو جتنی بڑی بڑی دریافتیں ہوئی ہیں، بڑی بڑی دریافتیں، وہ سب اسی وقت ہوئی ہیں جب کسی کا مائنڈ ٹریگر ہو گیا۔</w:t>
      </w:r>
    </w:p>
    <w:p>
      <w:r>
        <w:rPr>
          <w:b/>
        </w:rPr>
        <w:t xml:space="preserve">[06:31] </w:t>
      </w:r>
      <w:r>
        <w:t>to main aap ko naseehat karta hoon ke aap apne aap ko tayyar karein ke aas paas ki cheezon ko dekh kar aap ka mind trigger hota rahe, tab aap ko bara rohani irtaqa, bara spiritual development naseeb hoga.</w:t>
      </w:r>
    </w:p>
    <w:p>
      <w:pPr>
        <w:jc w:val="right"/>
      </w:pPr>
      <w:r>
        <w:t>تو میں آپ کو نصیحت کرتا ہوں کہ آپ اپنے آپ کو تیار کریں کہ اس پاس کی چیزوں کو دیکھ کر آپ کا مائنڈ ٹریگر ہوتا رہے، تب آپ کو بڑا روحانی ارتقاء، بڑا اسپریچول ڈیولپمنٹ نصیب ہوگا۔</w:t>
      </w:r>
    </w:p>
    <w:p>
      <w:r>
        <w:rPr>
          <w:b/>
        </w:rPr>
        <w:t xml:space="preserve">[06:52] </w:t>
      </w:r>
      <w:r>
        <w:t>aisa hi ek waqia aaj pesh aaya.</w:t>
      </w:r>
    </w:p>
    <w:p>
      <w:pPr>
        <w:jc w:val="right"/>
      </w:pPr>
      <w:r>
        <w:t>ایسا ہی ایک واقعہ آج پیش آیا۔</w:t>
      </w:r>
    </w:p>
    <w:p>
      <w:r>
        <w:rPr>
          <w:b/>
        </w:rPr>
        <w:t xml:space="preserve">[07:00] </w:t>
      </w:r>
      <w:r>
        <w:t>dekhiye, yeh aaj ka akhbar hai, aaj ka angrezi akhbar, is mein aap dekh rahe hain ke heading hai "no your potential".</w:t>
      </w:r>
    </w:p>
    <w:p>
      <w:pPr>
        <w:jc w:val="right"/>
      </w:pPr>
      <w:r>
        <w:t>دیکھیے، یہ آج کا اخبار ہے، آج کا انگریزی اخبار، اس میں آپ دیکھ رہے ہیں کہ ہیڈنگ ہے "نو یور پوٹینشل"۔</w:t>
      </w:r>
    </w:p>
    <w:p>
      <w:r>
        <w:rPr>
          <w:b/>
        </w:rPr>
        <w:t xml:space="preserve">[07:15] </w:t>
      </w:r>
      <w:r>
        <w:t>"no your potential"</w:t>
      </w:r>
    </w:p>
    <w:p>
      <w:pPr>
        <w:jc w:val="right"/>
      </w:pPr>
      <w:r>
        <w:t>"نو یور پوٹینشل"</w:t>
      </w:r>
    </w:p>
    <w:p>
      <w:r>
        <w:rPr>
          <w:b/>
        </w:rPr>
        <w:t xml:space="preserve">[07:18] </w:t>
      </w:r>
      <w:r>
        <w:t>to is tarah ke article akhbaron mein barabar aate rehte hain, lekin sab ka kya matlab hota hai? "no your money potential".</w:t>
      </w:r>
    </w:p>
    <w:p>
      <w:pPr>
        <w:jc w:val="right"/>
      </w:pPr>
      <w:r>
        <w:t>تو اس طرح کے آرٹیکل اخباروں میں برابر آتے رہتے ہیں، لیکن سب کا کیا مطلب ہوتا ہے؟ "نو یور منی پوٹینشل"۔</w:t>
      </w:r>
    </w:p>
    <w:p>
      <w:r>
        <w:rPr>
          <w:b/>
        </w:rPr>
        <w:t xml:space="preserve">[07:30] </w:t>
      </w:r>
      <w:r>
        <w:t>"no your money potential" yani paisa kamane ke bare mein kaise kaise tum kamyab ho sakte ho, yeh batane ke liye. to mera mind is ko le kar trigger trigger hua aur quran ki kuch aayatein mujhe yaad aayin.</w:t>
      </w:r>
    </w:p>
    <w:p>
      <w:pPr>
        <w:jc w:val="right"/>
      </w:pPr>
      <w:r>
        <w:t>"نو یور منی پوٹینشل" یعنی پیسہ کمانے کے بارے میں کیسے کیسے تم کامیاب ہو سکتے ہو، یہ بتانے کے لیے۔ تو میرا مائنڈ اس کو لے کر ٹریگر ٹریگر ہوا اور قرآن کی کچھ آیتیں مجھے یاد آئیں۔</w:t>
      </w:r>
    </w:p>
    <w:p>
      <w:r>
        <w:rPr>
          <w:b/>
        </w:rPr>
        <w:t xml:space="preserve">[07:47] </w:t>
      </w:r>
      <w:r>
        <w:t>maine socha ke yeh to madi insan ki baat hai, materialist ki baat hai. jo insan sachcha iman wala hota hai,</w:t>
      </w:r>
    </w:p>
    <w:p>
      <w:pPr>
        <w:jc w:val="right"/>
      </w:pPr>
      <w:r>
        <w:t>میں نے سوچا کہ یہ تو مادی انسان کی بات ہے، مٹیریلسٹ کی بات ہے۔ جو انسان سچا ایمان والا ہوتا ہے،</w:t>
      </w:r>
    </w:p>
    <w:p>
      <w:r>
        <w:rPr>
          <w:b/>
        </w:rPr>
        <w:t xml:space="preserve">[08:01] </w:t>
      </w:r>
      <w:r>
        <w:t>iska mind trigger hota hai kis ke liye? aakhirat ke liye. cheezon ko dekh kar use aakhirat yaad aati hai, jannat yaad aati hai, allah ki yaad aati hai.</w:t>
      </w:r>
    </w:p>
    <w:p>
      <w:pPr>
        <w:jc w:val="right"/>
      </w:pPr>
      <w:r>
        <w:t>اس کا مائنڈ ٹریگر ہوتا ہے کس کے لیے؟ آخرت کے لیے۔ چیزوں کو دیکھ کر اسے آخرت یاد آتی ہے، جنت یاد آتی ہے، اللہ کی یاد آتی ہے۔</w:t>
      </w:r>
    </w:p>
    <w:p>
      <w:r>
        <w:rPr>
          <w:b/>
        </w:rPr>
        <w:t xml:space="preserve">[08:13] </w:t>
      </w:r>
      <w:r>
        <w:t>to</w:t>
      </w:r>
    </w:p>
    <w:p>
      <w:pPr>
        <w:jc w:val="right"/>
      </w:pPr>
      <w:r>
        <w:t>تو</w:t>
      </w:r>
    </w:p>
    <w:p>
      <w:r>
        <w:rPr>
          <w:b/>
        </w:rPr>
        <w:t xml:space="preserve">[08:15] </w:t>
      </w:r>
      <w:r>
        <w:t>is ko padh kar mujhe do aayatein yaad aayin. dekhiye, ek aayat hai wa la tansar nasibaka min ad-dunya duniya se apna hissa lena na bhoolo.</w:t>
      </w:r>
    </w:p>
    <w:p>
      <w:pPr>
        <w:jc w:val="right"/>
      </w:pPr>
      <w:r>
        <w:t>اس کو پڑھ کر مجھے دو آیاتیں یاد آئیں۔ دیکھیے، ایک آیت ہے ولا تنصر نصیبك من الدنیا دنیا سے اپنا حصہ لینا نہ بھولو۔</w:t>
      </w:r>
    </w:p>
    <w:p>
      <w:r>
        <w:rPr>
          <w:b/>
        </w:rPr>
        <w:t xml:space="preserve">[08:31] </w:t>
      </w:r>
      <w:r>
        <w:t>yeh surah al-qasas mein hai, aayat number 77.</w:t>
      </w:r>
    </w:p>
    <w:p>
      <w:pPr>
        <w:jc w:val="right"/>
      </w:pPr>
      <w:r>
        <w:t>یہ سورہ القصص میں ہے، آیت نمبر 77۔</w:t>
      </w:r>
    </w:p>
    <w:p>
      <w:r>
        <w:rPr>
          <w:b/>
        </w:rPr>
        <w:t xml:space="preserve">[08:39] </w:t>
      </w:r>
      <w:r>
        <w:t>al-qasas 77 wa la tansar nasibaka min ad-dunya aur duniya se apna hissa lena na bhoolo.</w:t>
      </w:r>
    </w:p>
    <w:p>
      <w:pPr>
        <w:jc w:val="right"/>
      </w:pPr>
      <w:r>
        <w:t>القصص 77 ولا تنصر نصیبك من الدنیا اور دنیا سے اپنا حصہ لینا نہ بھولو۔</w:t>
      </w:r>
    </w:p>
    <w:p>
      <w:r>
        <w:rPr>
          <w:b/>
        </w:rPr>
        <w:t xml:space="preserve">[08:49] </w:t>
      </w:r>
      <w:r>
        <w:t>to aam taur par samjhte hain ke is ke maani ke duniya se duniya ka hissa, lekin yeh bilkul galat baat hai. aap is ke aage peeche jo context hai, is ko le kar ghor karo</w:t>
      </w:r>
    </w:p>
    <w:p>
      <w:pPr>
        <w:jc w:val="right"/>
      </w:pPr>
      <w:r>
        <w:t>تو عام طور پر سمجھتے ہیں کہ اس کے معنی کہ دنیا سے دنیا کا حصہ، لیکن یہ بالکل غلط بات ہے۔ آپ اس کے آگے پیچھے جو کنٹیکسٹ ہے، اس کو لے کر غور کریں</w:t>
      </w:r>
    </w:p>
    <w:p>
      <w:r>
        <w:rPr>
          <w:b/>
        </w:rPr>
        <w:t xml:space="preserve">[09:02] </w:t>
      </w:r>
      <w:r>
        <w:t>. to yahan nasib se murad nasib duniya nahi hai, nasib aakhirat hai. yani duniya se aakhirat ka hissa lena na bhoolo.</w:t>
      </w:r>
    </w:p>
    <w:p>
      <w:pPr>
        <w:jc w:val="right"/>
      </w:pPr>
      <w:r>
        <w:t>۔ تو یہاں نصیب سے مراد نصیب دنیا نہیں ہے، نصیب آخرت ہے۔ یعنی دنیا سے آخرت کا حصہ لینا نہ بھولو۔</w:t>
      </w:r>
    </w:p>
    <w:p>
      <w:r>
        <w:rPr>
          <w:b/>
        </w:rPr>
        <w:t xml:space="preserve">[09:19] </w:t>
      </w:r>
      <w:r>
        <w:t>duniya se aakhirat ka hissa lena na bhoolo. is ki misaal wahi jo maine aap se arz kiya ke rasool allah ne chidiyon ko dekha.</w:t>
      </w:r>
    </w:p>
    <w:p>
      <w:pPr>
        <w:jc w:val="right"/>
      </w:pPr>
      <w:r>
        <w:t>دنیا سے آخرت کا حصہ لینا نہ بھولو۔ اس کی مثال وہی جو میں نے آپ سے عرض کیا کہ رسول اللہ نے چڑیوں کو دیکھا۔</w:t>
      </w:r>
    </w:p>
    <w:p>
      <w:r>
        <w:rPr>
          <w:b/>
        </w:rPr>
        <w:t xml:space="preserve">[09:31] </w:t>
      </w:r>
      <w:r>
        <w:t>ek insan agar shikari hai aur chidiyon ko dekhega to kya karega? woh woh is ko maar kar chahega ke main is ko qabza karoon.</w:t>
      </w:r>
    </w:p>
    <w:p>
      <w:pPr>
        <w:jc w:val="right"/>
      </w:pPr>
      <w:r>
        <w:t>ایک انسان اگر شکاری ہے اور چڑیوں کو دیکھے گا تو کیا کرے گا؟ وہ وہ اس کو مار کر چاہے گا کہ میں اس کو قبضہ کروں۔</w:t>
      </w:r>
    </w:p>
    <w:p>
      <w:r>
        <w:rPr>
          <w:b/>
        </w:rPr>
        <w:t xml:space="preserve">[09:45] </w:t>
      </w:r>
      <w:r>
        <w:t>is ko banduq, gun chalayega ya teer chalayega. to woh duniya se duniya hi ka hissa le raha hai. lekin rasool allah sallallahu alaihi wasallam ne farmaya ke momin ke momin ke jannat wale aise hain honge jaise ke chidiyan.</w:t>
      </w:r>
    </w:p>
    <w:p>
      <w:pPr>
        <w:jc w:val="right"/>
      </w:pPr>
      <w:r>
        <w:t>اس کو بندوق، گن چلائے گا یا تیر چلائے گا۔ تو وہ دنیا سے دنیا ہی کا حصہ لے رہا ہے۔ لیکن رسول اللہ صلی اللہ علیہ وسلم نے فرمایا کہ مومن کے مومن کے جنت والے ایسے ہیں ہوں گے جیسے کہ چڑیاں۔</w:t>
      </w:r>
    </w:p>
    <w:p>
      <w:r>
        <w:rPr>
          <w:b/>
        </w:rPr>
        <w:t xml:space="preserve">[10:04] </w:t>
      </w:r>
      <w:r>
        <w:t>to aap ne duniya se aakhirat ka hissa liya. yani ek hai duniya se duniya ka hissa lena,</w:t>
      </w:r>
    </w:p>
    <w:p>
      <w:pPr>
        <w:jc w:val="right"/>
      </w:pPr>
      <w:r>
        <w:t>تو آپ نے دنیا سے آخرت کا حصہ لیا۔ یعنی ایک ہے دنیا سے دنیا کا حصہ لینا،</w:t>
      </w:r>
    </w:p>
    <w:p>
      <w:r>
        <w:rPr>
          <w:b/>
        </w:rPr>
        <w:t xml:space="preserve">[10:12] </w:t>
      </w:r>
      <w:r>
        <w:t>yeh ghair momin ka tareeqa hai, aur ek hai duniya se aakhirat ka hissa lena, woh momin ka tareeqa hai. to is tarah ke jo chhapte hain article ke "no your potential", apne potential ko jano,</w:t>
      </w:r>
    </w:p>
    <w:p>
      <w:pPr>
        <w:jc w:val="right"/>
      </w:pPr>
      <w:r>
        <w:t>یہ غیر مومن کا طریقہ ہے، اور ایک ہے دنیا سے آخرت کا حصہ لینا، وہ مومن کا طریقہ ہے۔ تو اس طرح کے جو چھپتے ہیں آرٹیکل کہ "نو یور پوٹینشل"، اپنے پوٹینشل کو جانو،</w:t>
      </w:r>
    </w:p>
    <w:p>
      <w:r>
        <w:rPr>
          <w:b/>
        </w:rPr>
        <w:t xml:space="preserve">[10:30] </w:t>
      </w:r>
      <w:r>
        <w:t>apne imkan ko jano, apne balkiyon ko jano, is maani mein hote hain money ke bare mein, kamai ke bare mein, aur zyada kamai ke bare mein.</w:t>
      </w:r>
    </w:p>
    <w:p>
      <w:pPr>
        <w:jc w:val="right"/>
      </w:pPr>
      <w:r>
        <w:t>اپنے امکان کو جانو، اپنے بلقیوں کو جانو، اس معنی میں ہوتے ہیں منی کے بارے میں، کمائی کے بارے میں، اور زیادہ کمائی کے بارے میں۔</w:t>
      </w:r>
    </w:p>
    <w:p>
      <w:r>
        <w:rPr>
          <w:b/>
        </w:rPr>
        <w:t xml:space="preserve">[10:43] </w:t>
      </w:r>
      <w:r>
        <w:t>lekin</w:t>
      </w:r>
    </w:p>
    <w:p>
      <w:pPr>
        <w:jc w:val="right"/>
      </w:pPr>
      <w:r>
        <w:t>لیکن</w:t>
      </w:r>
    </w:p>
    <w:p>
      <w:r>
        <w:rPr>
          <w:b/>
        </w:rPr>
        <w:t xml:space="preserve">[10:44] </w:t>
      </w:r>
      <w:r>
        <w:t>momin jo hai, duniya mein momin bhi aata hai potential le kar. har aadmi dekhiye, jo paida hota hai, woh potential se bharpoor hota hai,</w:t>
      </w:r>
    </w:p>
    <w:p>
      <w:pPr>
        <w:jc w:val="right"/>
      </w:pPr>
      <w:r>
        <w:t>مومن جو ہے، دنیا میں مومن بھی آتا ہے پوٹینشل لے کر۔ ہر آدمی دیکھیے، جو پیدا ہوتا ہے، وہ پوٹینشل سے بھرپور ہوتا ہے،</w:t>
      </w:r>
    </w:p>
    <w:p>
      <w:r>
        <w:rPr>
          <w:b/>
        </w:rPr>
        <w:t xml:space="preserve">[10:58] </w:t>
      </w:r>
      <w:r>
        <w:t>bharpoor hota hai.</w:t>
      </w:r>
    </w:p>
    <w:p>
      <w:pPr>
        <w:jc w:val="right"/>
      </w:pPr>
      <w:r>
        <w:t>بھرپور ہوتا ہے۔</w:t>
      </w:r>
    </w:p>
    <w:p>
      <w:r>
        <w:rPr>
          <w:b/>
        </w:rPr>
        <w:t xml:space="preserve">[11:02] </w:t>
      </w:r>
      <w:r>
        <w:t>ab aap ke upar hai ke aap is ko kahan istemal karein, is ko kahan istemal karein.</w:t>
      </w:r>
    </w:p>
    <w:p>
      <w:pPr>
        <w:jc w:val="right"/>
      </w:pPr>
      <w:r>
        <w:t>اب آپ کے اوپر ہے کہ آپ اس کو کہاں استعمال کریں، اس کو کہاں استعمال کریں۔</w:t>
      </w:r>
    </w:p>
    <w:p>
      <w:r>
        <w:rPr>
          <w:b/>
        </w:rPr>
        <w:t xml:space="preserve">[11:10] </w:t>
      </w:r>
      <w:r>
        <w:t>to aam taur par majority jo hai, woh kya</w:t>
      </w:r>
    </w:p>
    <w:p>
      <w:pPr>
        <w:jc w:val="right"/>
      </w:pPr>
      <w:r>
        <w:t>تو عام طور پر میجورٹی جو ہے، وہ کیا</w:t>
      </w:r>
    </w:p>
    <w:p>
      <w:r>
        <w:rPr>
          <w:b/>
        </w:rPr>
        <w:t xml:space="preserve">[11:13] </w:t>
      </w:r>
      <w:r>
        <w:t>karti hai? duniya ke aitbar se istemal karti hai is ko. momin woh hai jo aakhirat ke liye istemal kare. wa la tansar nasibaka min ad-dunya ke maani yeh nahi hai ke duniya se duniya lena na bhoolo, balki yeh hai ke duniya se aakhirat ko lena na bhoolo.</w:t>
      </w:r>
    </w:p>
    <w:p>
      <w:pPr>
        <w:jc w:val="right"/>
      </w:pPr>
      <w:r>
        <w:t>کرتی ہے؟ دنیا کے اعتبار سے استعمال کرتی ہے اس کو۔ مومن وہ ہے جو آخرت کے لیے استعمال کرے۔ ولا تنصر نصیبك من الدنیا کے معنی یہ نہیں ہے کہ دنیا سے دنیا لینا نہ بھولو، بلکہ یہ ہے کہ دنیا سے آخرت کو لینا نہ بھولو۔</w:t>
      </w:r>
    </w:p>
    <w:p>
      <w:r>
        <w:rPr>
          <w:b/>
        </w:rPr>
        <w:t xml:space="preserve">[11:34] </w:t>
      </w:r>
      <w:r>
        <w:t>to</w:t>
      </w:r>
    </w:p>
    <w:p>
      <w:pPr>
        <w:jc w:val="right"/>
      </w:pPr>
      <w:r>
        <w:t>تو</w:t>
      </w:r>
    </w:p>
    <w:p>
      <w:r>
        <w:rPr>
          <w:b/>
        </w:rPr>
        <w:t xml:space="preserve">[11:41] </w:t>
      </w:r>
      <w:r>
        <w:t>is mazmoon mein sahi ek baat, ek baat sahi kahi gayi ke is insaan ke andar strong desire hoti hain, bohat hi taqatwar desire, strong desire.</w:t>
      </w:r>
    </w:p>
    <w:p>
      <w:pPr>
        <w:jc w:val="right"/>
      </w:pPr>
      <w:r>
        <w:t>اس مضمون میں صحیح ایک بات، ایک بات صحیح کہی گئی کہ اس انسان کے اندر اسٹرانگ ڈیزائر ہوتی ہیں، بہت ہی طاقتور ڈیزائر، اسٹرانگ ڈیزائر۔</w:t>
      </w:r>
    </w:p>
    <w:p>
      <w:r>
        <w:rPr>
          <w:b/>
        </w:rPr>
        <w:t xml:space="preserve">[11:52] </w:t>
      </w:r>
      <w:r>
        <w:t>to is ko bhi is ne dunya ke aitbaar se apply kiya hai.</w:t>
      </w:r>
    </w:p>
    <w:p>
      <w:pPr>
        <w:jc w:val="right"/>
      </w:pPr>
      <w:r>
        <w:t>تو اس کو بھی اس نے دنیا کے اعتبار سے اپلائی کیا ہے۔</w:t>
      </w:r>
    </w:p>
    <w:p>
      <w:r>
        <w:rPr>
          <w:b/>
        </w:rPr>
        <w:t xml:space="preserve">[11:56] </w:t>
      </w:r>
      <w:r>
        <w:t>is ko le kar mujhe ek bohat hi important baat samajh aayi ke strong desire jo hai, yeh sab se bara fitna hai insaan ke liye.</w:t>
      </w:r>
    </w:p>
    <w:p>
      <w:pPr>
        <w:jc w:val="right"/>
      </w:pPr>
      <w:r>
        <w:t>اس کو لے کر مجھے ایک بہت ہی امپورٹنٹ بات سمجھ آئی کہ اسٹرانگ ڈیزائر جو ہے، یہ سب سے بڑا فتنہ ہے انسان کے لیے۔</w:t>
      </w:r>
    </w:p>
    <w:p>
      <w:r>
        <w:rPr>
          <w:b/>
        </w:rPr>
        <w:t xml:space="preserve">[12:08] </w:t>
      </w:r>
      <w:r>
        <w:t>is ki misaal hai Hazrat Adam. insaan ka maamla yeh hai ke is ke andar jo be-panah khwahish hai, to woh kisi had par rukna nahi jaanta.</w:t>
      </w:r>
    </w:p>
    <w:p>
      <w:pPr>
        <w:jc w:val="right"/>
      </w:pPr>
      <w:r>
        <w:t>اس کی مثال ہے حضرت آدم۔ انسان کا معاملہ یہ ہے کہ اس کے اندر جو بے پناہ خواہش ہے، تو وہ کسی حد پر رکنا نہیں جانتا۔</w:t>
      </w:r>
    </w:p>
    <w:p>
      <w:r>
        <w:rPr>
          <w:b/>
        </w:rPr>
        <w:t xml:space="preserve">[12:20] </w:t>
      </w:r>
      <w:r>
        <w:t>woh woh chahta hai ke sab kuch use use mil jaye.</w:t>
      </w:r>
    </w:p>
    <w:p>
      <w:pPr>
        <w:jc w:val="right"/>
      </w:pPr>
      <w:r>
        <w:t>وہ وہ چاہتا ہے کہ سب کچھ اسے اسے مل جائے۔</w:t>
      </w:r>
    </w:p>
    <w:p>
      <w:r>
        <w:rPr>
          <w:b/>
        </w:rPr>
        <w:t xml:space="preserve">[12:26] </w:t>
      </w:r>
      <w:r>
        <w:t>aap jante hain ke Hazrat Adam ko jannat mein rakha gaya tha aur poori jannat un ke liye khol di gayi thi. is mein be-shumar darakht thay, sab darakht un ke liye</w:t>
      </w:r>
    </w:p>
    <w:p>
      <w:pPr>
        <w:jc w:val="right"/>
      </w:pPr>
      <w:r>
        <w:t>آپ جانتے ہیں کہ حضرت آدم کو جنت میں رکھا گیا تھا اور پوری جنت ان کے لیے کھول دی گئی تھی۔ اس میں بے شمار درخت تھے، سب درخت ان کے لیے</w:t>
      </w:r>
    </w:p>
    <w:p>
      <w:r>
        <w:rPr>
          <w:b/>
        </w:rPr>
        <w:t xml:space="preserve">[12:41] </w:t>
      </w:r>
      <w:r>
        <w:t>khule hue thay. ek darakht ke baray mein kaha gaya ke is darakht ke paas mat jana, is ka phal mat khana. la taqrab al-shajarah fa takuna min al-zaleemeen</w:t>
      </w:r>
    </w:p>
    <w:p>
      <w:pPr>
        <w:jc w:val="right"/>
      </w:pPr>
      <w:r>
        <w:t>کھلے ہوئے تھے۔ ایک درخت کے بارے میں کہا گیا کہ اس درخت کے پاس مت جانا، اس کا پھل مت کھانا۔ لا تقرب الشجرہ فتكون من الظالمين</w:t>
      </w:r>
    </w:p>
    <w:p>
      <w:r>
        <w:rPr>
          <w:b/>
        </w:rPr>
        <w:t xml:space="preserve">[12:56] </w:t>
      </w:r>
      <w:r>
        <w:t>to kya hua ke un ke zehan mein yahi raha ke is darakht mein kya hai, is ko bhi mujhe lena hai. to bohat hi strong temptation hai aadmi ke andar in cheezon ke liye jo abhi us ko mili nahi.</w:t>
      </w:r>
    </w:p>
    <w:p>
      <w:pPr>
        <w:jc w:val="right"/>
      </w:pPr>
      <w:r>
        <w:t>تو کیا ہوا کہ ان کے ذہن میں یہی رہا کہ اس درخت میں کیا ہے، اس کو بھی مجھے لینا ہے۔ تو بہت ہی اسٹرانگ ٹیمپٹیشن ہے آدمی کے اندر ان چیزوں کے لیے جو ابھی اس کو ملی نہیں۔</w:t>
      </w:r>
    </w:p>
    <w:p>
      <w:r>
        <w:rPr>
          <w:b/>
        </w:rPr>
        <w:t xml:space="preserve">[13:15] </w:t>
      </w:r>
      <w:r>
        <w:t>bohat hi strong temptation.</w:t>
      </w:r>
    </w:p>
    <w:p>
      <w:pPr>
        <w:jc w:val="right"/>
      </w:pPr>
      <w:r>
        <w:t>بہت ہی اسٹرانگ ٹیمپٹیشن۔</w:t>
      </w:r>
    </w:p>
    <w:p>
      <w:r>
        <w:rPr>
          <w:b/>
        </w:rPr>
        <w:t xml:space="preserve">[13:18] </w:t>
      </w:r>
      <w:r>
        <w:t>insaan ka mizaj yeh hai ke agar us ko 99 percent de diya jaye, sirf ek percent na mile, yani so mein 99 de diya jaye, sirf ek na diya gaya ho, to usi ek ke liye woh jump karega,</w:t>
      </w:r>
    </w:p>
    <w:p>
      <w:pPr>
        <w:jc w:val="right"/>
      </w:pPr>
      <w:r>
        <w:t>انسان کا مزاج یہ ہے کہ اگر اس کو 99 پرسنٹ دے دیا جائے، صرف ایک پرسنٹ نہ ملے، یعنی سو میں 99 دے دیا جائے، صرف ایک نہ دیا گیا ہو، تو اسی ایک کے لیے وہ جمپ کرے گا،</w:t>
      </w:r>
    </w:p>
    <w:p>
      <w:r>
        <w:rPr>
          <w:b/>
        </w:rPr>
        <w:t xml:space="preserve">[13:37] </w:t>
      </w:r>
      <w:r>
        <w:t>jaisa Adam ne kiya. to Adam ki shakal mein Allah taala ne dikhaya ke insaan ka jo nature hai, jo us ke andar strong temptation hai, strong desire hai, us ki wajah se aisa karta hai woh ke 99 de do, tab bhi woh one percent ke liye jump karega.</w:t>
      </w:r>
    </w:p>
    <w:p>
      <w:pPr>
        <w:jc w:val="right"/>
      </w:pPr>
      <w:r>
        <w:t>جیسا آدم نے کیا۔ تو آدم کی شکل میں اللہ تعالی نے دکھایا کہ انسان کا جو نیچر ہے، جو اس کے اندر اسٹرانگ ٹیمپٹیشن ہے، اسٹرانگ ڈیزائر ہے، اس کی وجہ سے ایسا کرتا ہے وہ کہ 99 دے دو، تب بھی وہ ون پرسنٹ کے لیے جمپ کرے گا۔</w:t>
      </w:r>
    </w:p>
    <w:p>
      <w:r>
        <w:rPr>
          <w:b/>
        </w:rPr>
        <w:t xml:space="preserve">[14:02] </w:t>
      </w:r>
      <w:r>
        <w:t>lekin yeh jo rai jo hai, is ko humein divert karna hai aakhirat ke liye. yahi insaan ka imtehan hai. yeh insaan ka imtehan hai.</w:t>
      </w:r>
    </w:p>
    <w:p>
      <w:pPr>
        <w:jc w:val="right"/>
      </w:pPr>
      <w:r>
        <w:t>لیکن یہ جو رائے جو ہے، اس کو ہمیں ڈائیورٹ کرنا ہے آخرت کے لیے۔ یہی انسان کا امتحان ہے۔ یہ انسان کا امتحان ہے۔</w:t>
      </w:r>
    </w:p>
    <w:p>
      <w:r>
        <w:rPr>
          <w:b/>
        </w:rPr>
        <w:t xml:space="preserve">[14:13] </w:t>
      </w:r>
      <w:r>
        <w:t>dekhiye, Quran ke mutale se maine samjha hai ke insaan ke andar do cheezein aisi hain jo hamare liye test ki cheezein hain.</w:t>
      </w:r>
    </w:p>
    <w:p>
      <w:pPr>
        <w:jc w:val="right"/>
      </w:pPr>
      <w:r>
        <w:t>دیکھیے، قرآن کے مطالعے سے میں نے سمجھا ہے کہ انسان کے اندر دو چیزیں ایسی ہیں جو ہمارے لیے ٹیسٹ کی چیزیں ہیں۔</w:t>
      </w:r>
    </w:p>
    <w:p>
      <w:r>
        <w:rPr>
          <w:b/>
        </w:rPr>
        <w:t xml:space="preserve">[14:23] </w:t>
      </w:r>
      <w:r>
        <w:t>test isi mein test hai. isi mein beshtar log fail hote hain.</w:t>
      </w:r>
    </w:p>
    <w:p>
      <w:pPr>
        <w:jc w:val="right"/>
      </w:pPr>
      <w:r>
        <w:t>ٹیسٹ اسی میں ٹیسٹ ہے۔ اسی میں بیشتر لوگ فیل ہوتے ہیں۔</w:t>
      </w:r>
    </w:p>
    <w:p>
      <w:r>
        <w:rPr>
          <w:b/>
        </w:rPr>
        <w:t xml:space="preserve">[14:30] </w:t>
      </w:r>
      <w:r>
        <w:t>ek hai azadi. to azadi ko majority jo hai, woh misuse karti hai.</w:t>
      </w:r>
    </w:p>
    <w:p>
      <w:pPr>
        <w:jc w:val="right"/>
      </w:pPr>
      <w:r>
        <w:t>ایک ہے آزادی۔ تو آزادی کو میجورٹی جو ہے، وہ مس یوز کرتی ہے۔</w:t>
      </w:r>
    </w:p>
    <w:p>
      <w:r>
        <w:rPr>
          <w:b/>
        </w:rPr>
        <w:t xml:space="preserve">[14:40] </w:t>
      </w:r>
      <w:r>
        <w:t>majority jo hai, misuse karti hai azadi ko. isi mein fail ho jati hai woh. doosri cheez yeh hai ke Allah taala ne jo potential diya hai aap ko, jo salahiyat di hai,</w:t>
      </w:r>
    </w:p>
    <w:p>
      <w:pPr>
        <w:jc w:val="right"/>
      </w:pPr>
      <w:r>
        <w:t>میجورٹی جو ہے، مس یوز کرتی ہے آزادی کو۔ اسی میں فیل ہو جاتی ہے وہ۔ دوسری چیز یہ ہے کہ اللہ تعالی نے جو پوٹینشل دیا ہے آپ کو، جو صلاحیت دی ہے،</w:t>
      </w:r>
    </w:p>
    <w:p>
      <w:r>
        <w:rPr>
          <w:b/>
        </w:rPr>
        <w:t xml:space="preserve">[14:53] </w:t>
      </w:r>
      <w:r>
        <w:t>un ko aap under utilize na karein.</w:t>
      </w:r>
    </w:p>
    <w:p>
      <w:pPr>
        <w:jc w:val="right"/>
      </w:pPr>
      <w:r>
        <w:t>ان کو آپ انڈر یوٹیلائز نہ کریں۔</w:t>
      </w:r>
    </w:p>
    <w:p>
      <w:r>
        <w:rPr>
          <w:b/>
        </w:rPr>
        <w:t xml:space="preserve">[14:59] </w:t>
      </w:r>
      <w:r>
        <w:t>money ke liye agar aap apne aap ko istemal karte hain to aap apne potential ko under utilize kar rahe hain.</w:t>
      </w:r>
    </w:p>
    <w:p>
      <w:pPr>
        <w:jc w:val="right"/>
      </w:pPr>
      <w:r>
        <w:t>منی کے لیے اگر آپ اپنے آپ کو استعمال کرتے ہیں تو آپ اپنے پوٹینشل کو انڈر یوٹیلائز کر رہے ہیں۔</w:t>
      </w:r>
    </w:p>
    <w:p>
      <w:r>
        <w:rPr>
          <w:b/>
        </w:rPr>
        <w:t xml:space="preserve">[15:10] </w:t>
      </w:r>
      <w:r>
        <w:t>yahi do imtehan insaan ka hai. azadi ko misuse karna bhi galat hai aur apni di hui salahiyaton ko under utilize karna bhi galat hai.</w:t>
      </w:r>
    </w:p>
    <w:p>
      <w:pPr>
        <w:jc w:val="right"/>
      </w:pPr>
      <w:r>
        <w:t>یہی دو امتحان انسان کا ہے۔ آزادی کو مس یوز کرنا بھی غلط ہے اور اپنی دی ہوئی صلاحیتوں کو انڈر یوٹیلائز کرنا بھی غلط ہے۔</w:t>
      </w:r>
    </w:p>
    <w:p>
      <w:r>
        <w:rPr>
          <w:b/>
        </w:rPr>
        <w:t xml:space="preserve">[15:23] </w:t>
      </w:r>
      <w:r>
        <w:t>is mein yaad rakhiye, sirf degree ka farq hai.</w:t>
      </w:r>
    </w:p>
    <w:p>
      <w:pPr>
        <w:jc w:val="right"/>
      </w:pPr>
      <w:r>
        <w:t>اس میں یاد رکھیے، صرف ڈگری کا فرق ہے۔</w:t>
      </w:r>
    </w:p>
    <w:p>
      <w:r>
        <w:rPr>
          <w:b/>
        </w:rPr>
        <w:t xml:space="preserve">[15:27] </w:t>
      </w:r>
      <w:r>
        <w:t>degree ka farq haq ke haqeeqat ka farq nahi hai. under utilize karna kya hai? to mujhe ek waqia yaad aata hai.</w:t>
      </w:r>
    </w:p>
    <w:p>
      <w:pPr>
        <w:jc w:val="right"/>
      </w:pPr>
      <w:r>
        <w:t>ڈگری کا فرق حق کے حقیقت کا فرق نہیں ہے۔ انڈر یوٹیلائز کرنا کیا ہے؟ تو مجھے ایک واقعہ یاد آتا ہے۔</w:t>
      </w:r>
    </w:p>
    <w:p>
      <w:r>
        <w:rPr>
          <w:b/>
        </w:rPr>
        <w:t xml:space="preserve">[15:36] </w:t>
      </w:r>
      <w:r>
        <w:t>hamare India mein ek bohat baray aalim thay, Maulana Abu al-Hasan Ali Nadwi. woh Nawaiyat al-Uloom, Lucknow ka jo bohat bara madrasa hai,</w:t>
      </w:r>
    </w:p>
    <w:p>
      <w:pPr>
        <w:jc w:val="right"/>
      </w:pPr>
      <w:r>
        <w:t>ہمارے انڈیا میں ایک بہت بڑے عالم تھے، مولانا ابو الحسن علی رضوی۔ وہ نویت العلماء، لسنین لکھنو کا جو بہت بڑا مدرسہ ہے،</w:t>
      </w:r>
    </w:p>
    <w:p>
      <w:r>
        <w:rPr>
          <w:b/>
        </w:rPr>
        <w:t xml:space="preserve">[15:47] </w:t>
      </w:r>
      <w:r>
        <w:t>us ke woh nazim thay. to ek waqia mujhe bataya gaya ke ek baar woh Delhi aaye to kuch Nadwi log, jo Nadwa se faraghat kar ke yahan safarat khano mein service kar rahe thay,</w:t>
      </w:r>
    </w:p>
    <w:p>
      <w:pPr>
        <w:jc w:val="right"/>
      </w:pPr>
      <w:r>
        <w:t>اس کے وہ ناظم تھے۔ تو ایک واقعہ مجھے بتایا گیا کہ ایک بار وہ دلی آئے تو کچھ ندوی لوگ، جو ندوے سے فراغت کر کے یہاں سفارت خانوں میں سروس کر رہے تھے،</w:t>
      </w:r>
    </w:p>
    <w:p>
      <w:r>
        <w:rPr>
          <w:b/>
        </w:rPr>
        <w:t xml:space="preserve">[16:08] </w:t>
      </w:r>
      <w:r>
        <w:t>kyun ke Nadwa mein dekhiye, Arabi zaban ka likhna bolna sikhaya jata hai. to aise logon ki zaroorat hoti hai safarat khano ko, Arab safarat khano ko.</w:t>
      </w:r>
    </w:p>
    <w:p>
      <w:pPr>
        <w:jc w:val="right"/>
      </w:pPr>
      <w:r>
        <w:t>کیونکہ ندوہ میں دیکھیے، عربی زبان کا لکھنا بولنا سکھایا جاتا ہے۔ تو ایسے لوگوں کی ضرورت ہوتی ہے سفارت خانوں کو، عرب سفارت خانوں کو۔</w:t>
      </w:r>
    </w:p>
    <w:p>
      <w:r>
        <w:rPr>
          <w:b/>
        </w:rPr>
        <w:t xml:space="preserve">[16:20] </w:t>
      </w:r>
      <w:r>
        <w:t>to unhone yahan aa kar ke koshish ki to un ko Arab safarat khano mein jagah mil gayi.</w:t>
      </w:r>
    </w:p>
    <w:p>
      <w:pPr>
        <w:jc w:val="right"/>
      </w:pPr>
      <w:r>
        <w:t>تو انہوں نے یہاں آ کر کے کوشش کی تو ان کو عرب سفارت خانوں میں جگہ مل گئی۔</w:t>
      </w:r>
    </w:p>
    <w:p>
      <w:r>
        <w:rPr>
          <w:b/>
        </w:rPr>
        <w:t xml:space="preserve">[16:26] </w:t>
      </w:r>
      <w:r>
        <w:t>to Maulana Ali mein kahe jaate the, woh aam taur par to Dilli aaye to woh log un se milne ke liye aaye, jahan woh thehre hue the.</w:t>
      </w:r>
    </w:p>
    <w:p>
      <w:pPr>
        <w:jc w:val="right"/>
      </w:pPr>
      <w:r>
        <w:t>تو مولانا علی میں کہے جاتے تھے، وہ عام طور پر تو دلی آئے تو وہ لوگ ان سے ملنے کے لیے آئے، جہاں وہ ٹھہرے ہوئے تھے۔</w:t>
      </w:r>
    </w:p>
    <w:p>
      <w:r>
        <w:rPr>
          <w:b/>
        </w:rPr>
        <w:t xml:space="preserve">[16:36] </w:t>
      </w:r>
      <w:r>
        <w:t>to unhon ne kaha ke tum logon ko hum ne parhaye the, is liye nahi ke tum aa kar safarat khanun mein service karo, kuch bare kaam ke liye parhaya tha.</w:t>
      </w:r>
    </w:p>
    <w:p>
      <w:pPr>
        <w:jc w:val="right"/>
      </w:pPr>
      <w:r>
        <w:t>تو انہوں نے کہا کہ تم لوگوں کو ہم نے پڑھائے تھے، اس لیے نہیں کہ تم آ کر سفارت خانوں میں سروس کرو، کچھ بڑے کام کے لیے پڑھایا تھا۔</w:t>
      </w:r>
    </w:p>
    <w:p>
      <w:r>
        <w:rPr>
          <w:b/>
        </w:rPr>
        <w:t xml:space="preserve">[16:45] </w:t>
      </w:r>
      <w:r>
        <w:t>to unhon ne kaha ke raddu alaina arabiyatna raddu alaina arabiyatna hamari arabi zaban hamein lotao.</w:t>
      </w:r>
    </w:p>
    <w:p>
      <w:pPr>
        <w:jc w:val="right"/>
      </w:pPr>
      <w:r>
        <w:t>تو انہوں نے کہا کہ ردوا الینا عربیتنا ردوا الینا عربیتنا ہماری عربی زبان ہمیں لوٹاؤ۔</w:t>
      </w:r>
    </w:p>
    <w:p>
      <w:r>
        <w:rPr>
          <w:b/>
        </w:rPr>
        <w:t xml:space="preserve">[16:57] </w:t>
      </w:r>
      <w:r>
        <w:t>hum ne apne idare mein tum ko jo arabi zaban sikhai thi, woh is liye nahi thi ke is ko tum le kar earning animal ban jao, haiwan e kasab ban jao.</w:t>
      </w:r>
    </w:p>
    <w:p>
      <w:pPr>
        <w:jc w:val="right"/>
      </w:pPr>
      <w:r>
        <w:t>ہم نے اپنے ادارے میں تم کو جو عربی زبان سکھائی تھی، وہ اس لیے نہیں تھی کہ اس کو تم لے کر ارننگ اینیمل بن جاؤ، حیوان کاسب بن جاؤ۔</w:t>
      </w:r>
    </w:p>
    <w:p>
      <w:r>
        <w:rPr>
          <w:b/>
        </w:rPr>
        <w:t xml:space="preserve">[17:11] </w:t>
      </w:r>
      <w:r>
        <w:t>nahi, is ke liye deen ke liye istemal karo, kisi bare maqsad ke liye istemal karo.</w:t>
      </w:r>
    </w:p>
    <w:p>
      <w:pPr>
        <w:jc w:val="right"/>
      </w:pPr>
      <w:r>
        <w:t>نہیں، اس کے لیے دین کے لیے استعمال کرو، کسی بڑے مقصد کے لیے استعمال کرو۔</w:t>
      </w:r>
    </w:p>
    <w:p>
      <w:r>
        <w:rPr>
          <w:b/>
        </w:rPr>
        <w:t xml:space="preserve">[17:17] </w:t>
      </w:r>
      <w:r>
        <w:t>to is ko le kar jab mein sochta hoon to agar aap dekhiye ke jo log under utilize kar rahe hain apni salahiyaton ko, to Allah taala akhirat mein agar yeh kahe ke mujhe lotao is is cheez ko, mein ne jo diya tum ko,</w:t>
      </w:r>
    </w:p>
    <w:p>
      <w:pPr>
        <w:jc w:val="right"/>
      </w:pPr>
      <w:r>
        <w:t>تو اس کو لے کر جب میں سوچتا ہوں تو اگر آپ دیکھیے کہ جو لوگ انڈر یوٹیلائز کر رہے ہیں اپنی صلاحیتوں کو، تو اللہ تعالی آخرت میں اگر یہ کہے کہ مجھے لوٹاؤ اس اس چیز کو، میں نے جو دیا تم کو،</w:t>
      </w:r>
    </w:p>
    <w:p>
      <w:r>
        <w:rPr>
          <w:b/>
        </w:rPr>
        <w:t xml:space="preserve">[17:34] </w:t>
      </w:r>
      <w:r>
        <w:t>diya tha bare maqsad ke liye aur tum ne istemal kiya chote maqsad ke liye,</w:t>
      </w:r>
    </w:p>
    <w:p>
      <w:pPr>
        <w:jc w:val="right"/>
      </w:pPr>
      <w:r>
        <w:t>دیا تھا بڑے مقصد کے لیے اور تم نے استعمال کیا چھوٹے مقصد کے لیے،</w:t>
      </w:r>
    </w:p>
    <w:p>
      <w:r>
        <w:rPr>
          <w:b/>
        </w:rPr>
        <w:t xml:space="preserve">[17:43] </w:t>
      </w:r>
      <w:r>
        <w:t>to ek hai azadi ko misuse karna, ek hai apni salahiyaton ko under utilize karna. Yahi do bare jurm hain jis par insan ki</w:t>
      </w:r>
    </w:p>
    <w:p>
      <w:pPr>
        <w:jc w:val="right"/>
      </w:pPr>
      <w:r>
        <w:t>تو ایک ہے آزادی کو مس یوز کرنا، ایک ہے اپنی صلاحیتوں کو انڈر یوٹیلائز کرنا۔ یہی دو بڑے جرم ہیں جس پر انسان کی</w:t>
      </w:r>
    </w:p>
    <w:p>
      <w:r>
        <w:rPr>
          <w:b/>
        </w:rPr>
        <w:t xml:space="preserve">[17:55] </w:t>
      </w:r>
      <w:r>
        <w:t>akhirat ki taqdeer ka faisla hota hai. To yeh dono baatein Quran mein batai gayi hain.</w:t>
      </w:r>
    </w:p>
    <w:p>
      <w:pPr>
        <w:jc w:val="right"/>
      </w:pPr>
      <w:r>
        <w:t>آخرت کی تامبی کا فیصلہ ہوتا ہے۔ تو یہ دونوں باتیں قرآن میں بتائی گئی ہیں۔</w:t>
      </w:r>
    </w:p>
    <w:p>
      <w:r>
        <w:rPr>
          <w:b/>
        </w:rPr>
        <w:t xml:space="preserve">[18:06] </w:t>
      </w:r>
      <w:r>
        <w:t>ek ayat dekhiye, yeh hai ke wa lau shina la rafa'na biha walakinnahu akhrajna ilal ardi lafzi tarjuma to is ka yeh hai ke agar hum chahte to is ko apni nishaniyon ke zariye</w:t>
      </w:r>
    </w:p>
    <w:p>
      <w:pPr>
        <w:jc w:val="right"/>
      </w:pPr>
      <w:r>
        <w:t>ایک آیت دیکھیے، یہ ہے کہ ولو شئنا لرفعنا بہا ولكنه أخرجنا إلى الأرض لفظی ترجمہ تو اس کا یہ ہے کہ اگر ہم چاہتے تو اس کو اپنی نشانیوں کے ذریعے</w:t>
      </w:r>
    </w:p>
    <w:p>
      <w:r>
        <w:rPr>
          <w:b/>
        </w:rPr>
        <w:t xml:space="preserve">[18:28] </w:t>
      </w:r>
      <w:r>
        <w:t>ooncha darja de dete, lekin woh zameen hi ka ho kar reh gaya.</w:t>
      </w:r>
    </w:p>
    <w:p>
      <w:pPr>
        <w:jc w:val="right"/>
      </w:pPr>
      <w:r>
        <w:t>اونچا درجہ دے دیتے، لیکن وہ زمین ہی کا ہو کر رہ گیا۔</w:t>
      </w:r>
    </w:p>
    <w:p>
      <w:r>
        <w:rPr>
          <w:b/>
        </w:rPr>
        <w:t xml:space="preserve">[18:35] </w:t>
      </w:r>
      <w:r>
        <w:t>is ka matlab kya hai? Ke jo salahiyatein Allah ne insan ko di thin, woh kis liye thin?</w:t>
      </w:r>
    </w:p>
    <w:p>
      <w:pPr>
        <w:jc w:val="right"/>
      </w:pPr>
      <w:r>
        <w:t>اس کا معنی کیا ہے؟ کہ جو صلاحیتیں اللہ نے انسان کو دی تھیں، وہ کس لیے تھیں؟</w:t>
      </w:r>
    </w:p>
    <w:p>
      <w:r>
        <w:rPr>
          <w:b/>
        </w:rPr>
        <w:t xml:space="preserve">[18:44] </w:t>
      </w:r>
      <w:r>
        <w:t>is is liye thin ke woh apne mind ko istemal kar ke sachai ko daryaft kare, apni energy ko istemal kare Allah ke cause ke liye, woh apna goal banaye jannat ko, is ke liye koshishein kare.</w:t>
      </w:r>
    </w:p>
    <w:p>
      <w:pPr>
        <w:jc w:val="right"/>
      </w:pPr>
      <w:r>
        <w:t>اس اس لیے تھیں کہ وہ اپنے مائنڈ کو استعمال کر کے سچائی کو دریافت کرے، اپنی انرجی کو استعمال کرے اللہ کے کاز کے لیے، وہ اپنا گول بنائے جنت کو، اس کے لیے کوششیں کرے۔</w:t>
      </w:r>
    </w:p>
    <w:p>
      <w:r>
        <w:rPr>
          <w:b/>
        </w:rPr>
        <w:t xml:space="preserve">[19:00] </w:t>
      </w:r>
      <w:r>
        <w:t>woh bari haqiqatein jo hain, woh is ko apna soul consent banaye, us ke liye thi woh.</w:t>
      </w:r>
    </w:p>
    <w:p>
      <w:pPr>
        <w:jc w:val="right"/>
      </w:pPr>
      <w:r>
        <w:t>وہ بڑی حقیقتیں جو ہیں، وہ اس کو اپنا سول کنسنٹ بنائے، اس کے لیے تھی وہ۔</w:t>
      </w:r>
    </w:p>
    <w:p>
      <w:r>
        <w:rPr>
          <w:b/>
        </w:rPr>
        <w:t xml:space="preserve">[19:07] </w:t>
      </w:r>
      <w:r>
        <w:t>lekin kya hua</w:t>
      </w:r>
    </w:p>
    <w:p>
      <w:pPr>
        <w:jc w:val="right"/>
      </w:pPr>
      <w:r>
        <w:t>لیکن کیا ہوا</w:t>
      </w:r>
    </w:p>
    <w:p>
      <w:r>
        <w:rPr>
          <w:b/>
        </w:rPr>
        <w:t xml:space="preserve">[19:10] </w:t>
      </w:r>
      <w:r>
        <w:t>ke is ne</w:t>
      </w:r>
    </w:p>
    <w:p>
      <w:pPr>
        <w:jc w:val="right"/>
      </w:pPr>
      <w:r>
        <w:t>کہ اس نے</w:t>
      </w:r>
    </w:p>
    <w:p>
      <w:r>
        <w:rPr>
          <w:b/>
        </w:rPr>
        <w:t xml:space="preserve">[19:12] </w:t>
      </w:r>
      <w:r>
        <w:t>zameen ka ho kar raha ka, zameen ka ho kar raha gaya ka matlab yeh hai ke jo</w:t>
      </w:r>
    </w:p>
    <w:p>
      <w:pPr>
        <w:jc w:val="right"/>
      </w:pPr>
      <w:r>
        <w:t>زمین کا ہو کر رہا کا، زمین کا ہو کر رہا گیا کا مطلب یہ ہے کہ جو</w:t>
      </w:r>
    </w:p>
    <w:p>
      <w:r>
        <w:rPr>
          <w:b/>
        </w:rPr>
        <w:t xml:space="preserve">[19:18] </w:t>
      </w:r>
      <w:r>
        <w:t>yani jo is paas ki dunya mein is is ne jo dekha, jo jin cheezon ko istemal kar</w:t>
      </w:r>
    </w:p>
    <w:p>
      <w:pPr>
        <w:jc w:val="right"/>
      </w:pPr>
      <w:r>
        <w:t>یعنی جو اس پاس کی دنیا میں اس اس نے جو دیکھا، جو جن چیزوں کو استعمال کر</w:t>
      </w:r>
    </w:p>
    <w:p>
      <w:r>
        <w:rPr>
          <w:b/>
        </w:rPr>
        <w:t xml:space="preserve">[19:27] </w:t>
      </w:r>
      <w:r>
        <w:t>ke is ko paisa milta mil sakta tha, usi mein lag gaya woh.</w:t>
      </w:r>
    </w:p>
    <w:p>
      <w:pPr>
        <w:jc w:val="right"/>
      </w:pPr>
      <w:r>
        <w:t>کے اس کو پیسہ ملتا مل سکتا تھا، اسی میں لگ گیا وہ۔</w:t>
      </w:r>
    </w:p>
    <w:p>
      <w:r>
        <w:rPr>
          <w:b/>
        </w:rPr>
        <w:t xml:space="preserve">[19:33] </w:t>
      </w:r>
      <w:r>
        <w:t>to dekhiye, yeh hota kya hai? Jab aap duniya mein dakhil hote hain to aap dekhte hain ke ke mukhtalif cheezein hain jahan logon ko kamai bhi mil</w:t>
      </w:r>
    </w:p>
    <w:p>
      <w:pPr>
        <w:jc w:val="right"/>
      </w:pPr>
      <w:r>
        <w:t>تو دیکھیے، یہ ہوتا کیا ہے؟ جب آپ دنیا میں داخل ہوتے ہیں تو آپ دیکھتے ہیں کہ کہ مختلف چیزیں ہیں جہاں لوگوں کو کامائی بھی مل</w:t>
      </w:r>
    </w:p>
    <w:p>
      <w:r>
        <w:rPr>
          <w:b/>
        </w:rPr>
        <w:t xml:space="preserve">[19:46] </w:t>
      </w:r>
      <w:r>
        <w:t>rahi hai. Kahin stage hai ke mushaira hai, kahin fame ki industry hai ke business hai, kahin job hai,</w:t>
      </w:r>
    </w:p>
    <w:p>
      <w:pPr>
        <w:jc w:val="right"/>
      </w:pPr>
      <w:r>
        <w:t>رہی ہے۔ کہیں سٹیج ہے کہ مشاعرہ ہے، کہیں فیم کی انڈسٹری ہے کہ بزنس ہے، کہیں جاب ہے،</w:t>
      </w:r>
    </w:p>
    <w:p>
      <w:r>
        <w:rPr>
          <w:b/>
        </w:rPr>
        <w:t xml:space="preserve">[19:59] </w:t>
      </w:r>
      <w:r>
        <w:t>kahin naat khwani ho rahi hai. Yeh sari cheezein duniya mein jo ho rahi hain, yeh aap ko thoda foran ke foran is taraqqi de deti hain. Isi mein aap lag jaate hain.</w:t>
      </w:r>
    </w:p>
    <w:p>
      <w:pPr>
        <w:jc w:val="right"/>
      </w:pPr>
      <w:r>
        <w:t>کہیں نعت خوانی ہو رہی ہے۔ یہ ساری چیزیں دنیا میں جو ہو رہی ہیں، یہ آپ کو تھوڑا فوراً کے فوراً اس ترقی دے دیتی ہیں۔ اسی میں آپ لگ جاتے ہیں۔</w:t>
      </w:r>
    </w:p>
    <w:p>
      <w:r>
        <w:rPr>
          <w:b/>
        </w:rPr>
        <w:t xml:space="preserve">[20:12] </w:t>
      </w:r>
      <w:r>
        <w:t>to yahi hai zameen ka ho rehna, yahi hai under utilize karna.</w:t>
      </w:r>
    </w:p>
    <w:p>
      <w:pPr>
        <w:jc w:val="right"/>
      </w:pPr>
      <w:r>
        <w:t>تو یہی ہے زمین کا ہو رہنا، یہی ہے انڈر یوٹیلائز کرنا۔</w:t>
      </w:r>
    </w:p>
    <w:p>
      <w:r>
        <w:rPr>
          <w:b/>
        </w:rPr>
        <w:t xml:space="preserve">[20:17] </w:t>
      </w:r>
      <w:r>
        <w:t>to jo log Allah ki di hui salahiyaton ko under utilize karein, kamtar istemal karein, to un ka haal wahi hoga ke raddu alaina arabiyatna jo hum ne diya tha, to wapas karo,</w:t>
      </w:r>
    </w:p>
    <w:p>
      <w:pPr>
        <w:jc w:val="right"/>
      </w:pPr>
      <w:r>
        <w:t>تو جو لوگ اللہ کی دی ہوئی صلاحیتوں کو انڈر یوٹیلائز کریں، کمتر استعمال کریں، تو ان کا حال وہی ہوگا کہ ردوا الینا عربیتنا جو ہم نے دیا تھا، تو واپس کرو،</w:t>
      </w:r>
    </w:p>
    <w:p>
      <w:r>
        <w:rPr>
          <w:b/>
        </w:rPr>
        <w:t xml:space="preserve">[20:32] </w:t>
      </w:r>
      <w:r>
        <w:t>is liye nahi diya tum ko.</w:t>
      </w:r>
    </w:p>
    <w:p>
      <w:pPr>
        <w:jc w:val="right"/>
      </w:pPr>
      <w:r>
        <w:t>اس لیے نہیں دیا تم کو۔</w:t>
      </w:r>
    </w:p>
    <w:p>
      <w:r>
        <w:rPr>
          <w:b/>
        </w:rPr>
        <w:t xml:space="preserve">[20:35] </w:t>
      </w:r>
      <w:r>
        <w:t>to kaisa ajeeb waqt hoga akhirat mein jab ke Allah aap se pooche ke jo salahiyat mein ne tum ko di thi, jo mind aur jo energy, jo personality, kahan istemal kiya is ko?</w:t>
      </w:r>
    </w:p>
    <w:p>
      <w:pPr>
        <w:jc w:val="right"/>
      </w:pPr>
      <w:r>
        <w:t>تو کیسا عجیب وقت ہوگا آخرت میں جب کہ اللہ آپ سے پوچھے کہ جو صلاحیت میں نے تم کو دی تھی، جو مائنڈ اور جو انرجی، جو پرسنیلٹی، کہاں استعمال کیا اس کو؟</w:t>
      </w:r>
    </w:p>
    <w:p>
      <w:r>
        <w:rPr>
          <w:b/>
        </w:rPr>
        <w:t xml:space="preserve">[20:53] </w:t>
      </w:r>
      <w:r>
        <w:t>Hadees mein aata hai ke aadmi ke qadam hatenge nahi jab tak char baaton ke liye is se pooch na liya jaye. Woh yahi hai.</w:t>
      </w:r>
    </w:p>
    <w:p>
      <w:pPr>
        <w:jc w:val="right"/>
      </w:pPr>
      <w:r>
        <w:t>حدیث میں آتا ہے کہ آدمی کے قدم ہٹیں گے نہیں جب تک چار باتوں کے لیے اس سے پوچھ نہ لیا جائے۔ وہ یہی ہے۔</w:t>
      </w:r>
    </w:p>
    <w:p>
      <w:r>
        <w:rPr>
          <w:b/>
        </w:rPr>
        <w:t xml:space="preserve">[21:04] </w:t>
      </w:r>
      <w:r>
        <w:t>to kuch log is ke mujrim honge ke unhon ne apni azadi ko misuse kiya, kuch log is ke mujrim honge ke unhon ne apni khudadad salahiyat ko under utilize kiya.</w:t>
      </w:r>
    </w:p>
    <w:p>
      <w:pPr>
        <w:jc w:val="right"/>
      </w:pPr>
      <w:r>
        <w:t>تو کچھ لوگ اس کے مجرم ہوں گے کہ انہوں نے اپنی آزادی کو مس یوز کیا، کچھ لوگ اس کے مجرم ہوں گے کہ انہوں نے اپنی خداداد صلاحیت کو انڈر یوٹیلائز کیا۔</w:t>
      </w:r>
    </w:p>
    <w:p>
      <w:r>
        <w:rPr>
          <w:b/>
        </w:rPr>
        <w:t xml:space="preserve">[21:15] </w:t>
      </w:r>
      <w:r>
        <w:t>to yeh dono hi log jo hain, yaksa'n taur par akhirat mein nakaam thehrenge.</w:t>
      </w:r>
    </w:p>
    <w:p>
      <w:pPr>
        <w:jc w:val="right"/>
      </w:pPr>
      <w:r>
        <w:t>تو یہ دونوں ہی لوگ جو ہیں، یکساں طور پر آخرت میں ناکام ٹھہریں گے۔</w:t>
      </w:r>
    </w:p>
    <w:p>
      <w:r>
        <w:rPr>
          <w:b/>
        </w:rPr>
        <w:t xml:space="preserve">[21:22] </w:t>
      </w:r>
      <w:r>
        <w:t>to ek ayat yeh hai jo batati hai ke apni salahiyaton ko under utilize karna bhi itna hi galat hai jitna ke apni azadi ko misuse karna.</w:t>
      </w:r>
    </w:p>
    <w:p>
      <w:pPr>
        <w:jc w:val="right"/>
      </w:pPr>
      <w:r>
        <w:t>تو ایک آیت یہ ہے جو بتاتی ہے کہ اپنی صلاحیتوں کو انڈر یوٹیلائز کرنا بھی اتنا ہی غلط ہے جتنا کہ اپنی آزادی کو مس یوز کرنا۔</w:t>
      </w:r>
    </w:p>
    <w:p>
      <w:r>
        <w:rPr>
          <w:b/>
        </w:rPr>
        <w:t xml:space="preserve">[21:37] </w:t>
      </w:r>
      <w:r>
        <w:t>ab aap ek aur ayat ko lijie.</w:t>
      </w:r>
    </w:p>
    <w:p>
      <w:pPr>
        <w:jc w:val="right"/>
      </w:pPr>
      <w:r>
        <w:t>اب آپ ایک اور آیت کو لیجئے۔</w:t>
      </w:r>
    </w:p>
    <w:p>
      <w:r>
        <w:rPr>
          <w:b/>
        </w:rPr>
        <w:t xml:space="preserve">[21:42] </w:t>
      </w:r>
      <w:r>
        <w:t>yeh ayat surah furqan mein hai, surah number 25</w:t>
      </w:r>
    </w:p>
    <w:p>
      <w:pPr>
        <w:jc w:val="right"/>
      </w:pPr>
      <w:r>
        <w:t>یہ آیت سورہ الفرقان میں ہے، سورہ نمبر 25</w:t>
      </w:r>
    </w:p>
    <w:p>
      <w:r>
        <w:rPr>
          <w:b/>
        </w:rPr>
        <w:t xml:space="preserve">[21:48] </w:t>
      </w:r>
      <w:r>
        <w:t>illa man tab wa amana wa amila salihan fa'ula'ika yubaddilullahu sayyi'atihasanat</w:t>
      </w:r>
    </w:p>
    <w:p>
      <w:pPr>
        <w:jc w:val="right"/>
      </w:pPr>
      <w:r>
        <w:t>إلا من تاب وآمن وعمل عملا صالحا فأولئك بدل اللہ سیئات حسنات</w:t>
      </w:r>
    </w:p>
    <w:p>
      <w:r>
        <w:rPr>
          <w:b/>
        </w:rPr>
        <w:t xml:space="preserve">[22:01] </w:t>
      </w:r>
      <w:r>
        <w:t>iska tarjuma yeh hai ke magar jo shakhs,</w:t>
      </w:r>
    </w:p>
    <w:p>
      <w:pPr>
        <w:jc w:val="right"/>
      </w:pPr>
      <w:r>
        <w:t>اس کا ترجمہ یہ ہے کہ مگر جو شخص،</w:t>
      </w:r>
    </w:p>
    <w:p>
      <w:r>
        <w:rPr>
          <w:b/>
        </w:rPr>
        <w:t xml:space="preserve">[22:08] </w:t>
      </w:r>
      <w:r>
        <w:t>jis shakhs ne tauba kiya, jo iman laya, jis ne naik amal kiya, to aise logon ke</w:t>
      </w:r>
    </w:p>
    <w:p>
      <w:pPr>
        <w:jc w:val="right"/>
      </w:pPr>
      <w:r>
        <w:t>جس شخص نے توبہ کیا، جو ایمان لایا، جس نے نیک عمل کیا، تو ایسے لوگوں کے</w:t>
      </w:r>
    </w:p>
    <w:p>
      <w:r>
        <w:rPr>
          <w:b/>
        </w:rPr>
        <w:t xml:space="preserve">[22:21] </w:t>
      </w:r>
      <w:r>
        <w:t>sayyah badal ka husna bana diya jayega.</w:t>
      </w:r>
    </w:p>
    <w:p>
      <w:pPr>
        <w:jc w:val="right"/>
      </w:pPr>
      <w:r>
        <w:t>سیاہ بدل کا حسنہ بنا دیا جائے گا۔</w:t>
      </w:r>
    </w:p>
    <w:p>
      <w:r>
        <w:rPr>
          <w:b/>
        </w:rPr>
        <w:t xml:space="preserve">[22:25] </w:t>
      </w:r>
      <w:r>
        <w:t>sayyah ke mani burai, husna ke mani achhai. yani unki evil ko</w:t>
      </w:r>
    </w:p>
    <w:p>
      <w:pPr>
        <w:jc w:val="right"/>
      </w:pPr>
      <w:r>
        <w:t>سیاہ کے معنی برائی، حسنہ کے معنی اچھائی۔ یعنی ان کی ایول کو</w:t>
      </w:r>
    </w:p>
    <w:p>
      <w:r>
        <w:rPr>
          <w:b/>
        </w:rPr>
        <w:t xml:space="preserve">[22:34] </w:t>
      </w:r>
      <w:r>
        <w:t>virtue mein tabdeel kar diya jayega. yahan par jo hai lafz, mein samajhta hoon ke jama ka seigha hai, lekin tarjuma shayad behtar yeh hoga: aise afraad ko, kyunke is se pehle afraad ka zikr hai illa man tab wa amana wa amila salih yahan aap dekhiye, wahid hai.</w:t>
      </w:r>
    </w:p>
    <w:p>
      <w:pPr>
        <w:jc w:val="right"/>
      </w:pPr>
      <w:r>
        <w:t>ورچو متبدیل کر دیا جائے گا۔ یہاں پر جو ہے لفظ، میں سمجھتا ہوں کہ جمع کا صیغہ ہے، لیکن ترجمہ شاید بہتر یہ ہوگا: ایسے افراد کو، کیونکہ اس سے پہلے افراد کا ذکر ہے إلا من تاب وآمن وعمل صالح یہاں آپ دیکھیے، واحد ہے۔</w:t>
      </w:r>
    </w:p>
    <w:p>
      <w:r>
        <w:rPr>
          <w:b/>
        </w:rPr>
        <w:t xml:space="preserve">[22:56] </w:t>
      </w:r>
      <w:r>
        <w:t>to yahan par mein samajhta hoon ke sahi iska mafhoom yeh hai ke aise afraad ke sath Allah ka yeh muamla hoga ke unke sayyah ko badal ke husna bana diya jayega.</w:t>
      </w:r>
    </w:p>
    <w:p>
      <w:pPr>
        <w:jc w:val="right"/>
      </w:pPr>
      <w:r>
        <w:t>تو یہاں پر میں سمجھتا ہوں کہ صحیح اس کا مفہوم یہ ہے کہ ایسے افراد کے ساتھ اللہ کا یہ معاملہ ہوگا کہ ان کے سیاہ کو بدل کے حسنہ بنا دیا جائے گا۔</w:t>
      </w:r>
    </w:p>
    <w:p>
      <w:r>
        <w:rPr>
          <w:b/>
        </w:rPr>
        <w:t xml:space="preserve">[23:09] </w:t>
      </w:r>
      <w:r>
        <w:t>aise afraad ko to is par gaur karne ke baad mujhe samajh mein aya ke sayyah se murad hai al-shakhsiya al-sayyi'a al-husna se murad al-shakhsiya al-hasana</w:t>
      </w:r>
    </w:p>
    <w:p>
      <w:pPr>
        <w:jc w:val="right"/>
      </w:pPr>
      <w:r>
        <w:t>ایسے افراد کو تو اس پر غور کرنے کے بعد مجھے سمجھ میں آیا کہ سیاہ سے مراد ہے الشخصية السيئة حسنہ سے مراد الشخصية الحسنة</w:t>
      </w:r>
    </w:p>
    <w:p>
      <w:r>
        <w:rPr>
          <w:b/>
        </w:rPr>
        <w:t xml:space="preserve">[23:23] </w:t>
      </w:r>
      <w:r>
        <w:t>bahut zyada mushkil pesh aai logon ke samajhne mein. tafsiron mein aap padhiye ke sayyah badal kar khud siyahi husna kaise ho jayegi?</w:t>
      </w:r>
    </w:p>
    <w:p>
      <w:pPr>
        <w:jc w:val="right"/>
      </w:pPr>
      <w:r>
        <w:t>بہت زیادہ مشکل پیش آئی لوگوں کے سمجھنے میں۔ تفسیروں میں آپ پڑھیے کہ سیاہ بدل کر خود سیاہی حسنہ کیسے ہو جائے گی؟</w:t>
      </w:r>
    </w:p>
    <w:p>
      <w:r>
        <w:rPr>
          <w:b/>
        </w:rPr>
        <w:t xml:space="preserve">[23:33] </w:t>
      </w:r>
      <w:r>
        <w:t>yeh logon ke samne nahi aata. jo sayyah hai, jo burai hai, woh khud kis tarah husna ban jayegi? to is mein do baatein agar aap samajh len to baat wazeh ho jati hai.</w:t>
      </w:r>
    </w:p>
    <w:p>
      <w:pPr>
        <w:jc w:val="right"/>
      </w:pPr>
      <w:r>
        <w:t>یہ لوگوں کے سامنے نہیں آتا۔ جو سیاہ ہے، جو برائی ہے، وہ خود کس طرح حسنہ بن جائے گی؟ تو اس میں دو باتیں اگر آپ سمجھ لیں تو بات واضح ہو جاتی ہے۔</w:t>
      </w:r>
    </w:p>
    <w:p>
      <w:r>
        <w:rPr>
          <w:b/>
        </w:rPr>
        <w:t xml:space="preserve">[23:47] </w:t>
      </w:r>
      <w:r>
        <w:t>woh yeh hai ke is mein kaha gaya ke Allah badal dega.</w:t>
      </w:r>
    </w:p>
    <w:p>
      <w:pPr>
        <w:jc w:val="right"/>
      </w:pPr>
      <w:r>
        <w:t>وہ یہ ہے کہ اس میں کہا گیا کہ اللہ بدل دے گا۔</w:t>
      </w:r>
    </w:p>
    <w:p>
      <w:r>
        <w:rPr>
          <w:b/>
        </w:rPr>
        <w:t xml:space="preserve">[23:51] </w:t>
      </w:r>
      <w:r>
        <w:t>to yeh Quran ka usloob hai. Allah badal dega ke mani hai ke is dunya ke liye jo Allah ka qanoon hai, jo law of nature hai, us ke mutabiq aisa hoga.</w:t>
      </w:r>
    </w:p>
    <w:p>
      <w:pPr>
        <w:jc w:val="right"/>
      </w:pPr>
      <w:r>
        <w:t>تو یہ قرآن کا اسلوب ہے۔ اللہ بدل دے گا کے معنی ہے کہ اس دنیا کے لیے جو اللہ کا قانون ہے، جو لاء آف نیچر ہے، اس کے مطابق ایسا ہوگا۔</w:t>
      </w:r>
    </w:p>
    <w:p>
      <w:r>
        <w:rPr>
          <w:b/>
        </w:rPr>
        <w:t xml:space="preserve">[24:04] </w:t>
      </w:r>
      <w:r>
        <w:t>yeh matlab hai iska badal dega ke mani hai ke arbitrary tor par badal dega. yeh matlab nahi hai. yani Allah arbitrary tor par badal dega.</w:t>
      </w:r>
    </w:p>
    <w:p>
      <w:pPr>
        <w:jc w:val="right"/>
      </w:pPr>
      <w:r>
        <w:t>یہ مطلب ہے اس کا بدل دے گا کے معنی ہے کہ اربیٹری طور پر بدل دے گا۔ یہ مطلب نہیں ہے۔ یعنی اللہ اربیٹری طور پر بدل دے گا۔</w:t>
      </w:r>
    </w:p>
    <w:p>
      <w:r>
        <w:rPr>
          <w:b/>
        </w:rPr>
        <w:t xml:space="preserve">[24:16] </w:t>
      </w:r>
      <w:r>
        <w:t>aisa nahi matlab iska hai. is se murad hai Allah ka qanoon. is dunya ke liye Allah ne jo qanoon muqarrar farmaya hai, jis ko hum kehte hain law of nature, fitrat ka qanoon, us ke mutabiq aisa hoga ke us ki shakhsiya sayyah, shakhsiya husna ban jayegi.</w:t>
      </w:r>
    </w:p>
    <w:p>
      <w:pPr>
        <w:jc w:val="right"/>
      </w:pPr>
      <w:r>
        <w:t>ایسا نہیں مطلب اس کا ہے۔ اس سے مراد ہے اللہ کا قانون۔ اس دنیا کے لیے اللہ نے جو قانون مقرر فرمایا ہے، جس کو ہم کہتے ہیں لاء آف نیچر، فطرت کا قانون، اس کے مطابق ایسا ہوگا کہ اس کی شخصیت سیاہ، شخصیت حسنہ بن جائے گی۔</w:t>
      </w:r>
    </w:p>
    <w:p>
      <w:r>
        <w:rPr>
          <w:b/>
        </w:rPr>
        <w:t xml:space="preserve">[24:38] </w:t>
      </w:r>
      <w:r>
        <w:t>al-shakhsiya al-sayyi'a al-shakhsiya al-hasana ban jayegi. yeh matlab hai iska. yeh case</w:t>
      </w:r>
    </w:p>
    <w:p>
      <w:pPr>
        <w:jc w:val="right"/>
      </w:pPr>
      <w:r>
        <w:t>الشخصية السيئة الشخصية الحسنة بن جائے گی۔ یہ مطلب ہے اس کا۔ یہ کیس</w:t>
      </w:r>
    </w:p>
    <w:p>
      <w:r>
        <w:rPr>
          <w:b/>
        </w:rPr>
        <w:t xml:space="preserve">[24:45] </w:t>
      </w:r>
      <w:r>
        <w:t>se hoga? iska ek process isi ayat mein bata diya gaya hai. isi ayat mein illa man tab wa amana wa amil salih dekhiye, teen baatein hain: tauba, iman, amal salih.</w:t>
      </w:r>
    </w:p>
    <w:p>
      <w:pPr>
        <w:jc w:val="right"/>
      </w:pPr>
      <w:r>
        <w:t>ے ہوگا؟ اس کا ایک پروسیس اسی آیت میں بتا دیا گیا ہے۔ اسی آیت میں إلا من تاب وآمن وعمل صالح دیکھیے، تین باتیں ہیں: توبہ، ایمان، عمل صالح۔</w:t>
      </w:r>
    </w:p>
    <w:p>
      <w:r>
        <w:rPr>
          <w:b/>
        </w:rPr>
        <w:t xml:space="preserve">[24:59] </w:t>
      </w:r>
      <w:r>
        <w:t>yeh ek process ka zikr hai. process ka, process ka zikr hai. tauba ka matlab kya hai? lotna, apni ghalti ko maan lena, apni ghalti ka etiraf karna.</w:t>
      </w:r>
    </w:p>
    <w:p>
      <w:pPr>
        <w:jc w:val="right"/>
      </w:pPr>
      <w:r>
        <w:t>یہ ایک پروسیس کا ذکر ہے۔ پروسیس کا، پروسیس کا ذکر ہے۔ توبہ کا مطلب کیا ہے؟ لوٹنا، اپنی غلطی کو مان لینا، اپنی غلطی کا اعتراف کرنا۔</w:t>
      </w:r>
    </w:p>
    <w:p>
      <w:r>
        <w:rPr>
          <w:b/>
        </w:rPr>
        <w:t xml:space="preserve">[25:13] </w:t>
      </w:r>
      <w:r>
        <w:t>to dekhiye, dunya ki zindagi mein, jaisa ke maine arz kiya, bahut hi strong temptation, bahut hi strong desire ke sath aadmi dunya mein aata hai.</w:t>
      </w:r>
    </w:p>
    <w:p>
      <w:pPr>
        <w:jc w:val="right"/>
      </w:pPr>
      <w:r>
        <w:t>تو دیکھیے، دنیا کی زندگی میں، جیسا کہ میں نے عرض کیا، بہت ہی سٹرانگ ٹیمپریشن، بہت ہی سٹرانگ دیدار کے ساتھ آدمی دنیا میں آتا ہے۔</w:t>
      </w:r>
    </w:p>
    <w:p>
      <w:r>
        <w:rPr>
          <w:b/>
        </w:rPr>
        <w:t xml:space="preserve">[25:25] </w:t>
      </w:r>
      <w:r>
        <w:t>to lazman woh ghaltiyan karta hai. jaisa ke Adam se ghalti ho gayi, lazman aisa hota hai ke woh ghaltiyan karta hai.</w:t>
      </w:r>
    </w:p>
    <w:p>
      <w:pPr>
        <w:jc w:val="right"/>
      </w:pPr>
      <w:r>
        <w:t>تو لازماً وہ غلطیاں کرتا ہے۔ جیسا کہ آدم سے غلطی ہو گئی، لازماً ایسا ہوتا ہے کہ وہ غلطیاں کرتا ہے۔</w:t>
      </w:r>
    </w:p>
    <w:p>
      <w:r>
        <w:rPr>
          <w:b/>
        </w:rPr>
        <w:t xml:space="preserve">[25:37] </w:t>
      </w:r>
      <w:r>
        <w:t>itne strong temptation ke darmiyan jab rahega aadmi, aur azadi bhi us ko hasil hai. yani ek taraf to strong temptation aur doosri taraf total freedom.</w:t>
      </w:r>
    </w:p>
    <w:p>
      <w:pPr>
        <w:jc w:val="right"/>
      </w:pPr>
      <w:r>
        <w:t>اتنے سٹرانگ ٹیمپریشن کے درمیان جب رہے گا آدمی، اور آزادی بھی اس کو حاصل ہے۔ یعنی ایک طرف تو سٹرانگ ٹیمپریشن اور دوسری طرف ٹوٹل فریڈم۔</w:t>
      </w:r>
    </w:p>
    <w:p>
      <w:r>
        <w:rPr>
          <w:b/>
        </w:rPr>
        <w:t xml:space="preserve">[25:51] </w:t>
      </w:r>
      <w:r>
        <w:t>to aisi halat mein, it is but natural ke aadmi phisal jaye, aadmi ghalti kare.</w:t>
      </w:r>
    </w:p>
    <w:p>
      <w:pPr>
        <w:jc w:val="right"/>
      </w:pPr>
      <w:r>
        <w:t>تو ایسی حالت میں، اٹ از بٹ نیچرل کہ آدمی پھسل جائے، آدمی غلطی کرے۔</w:t>
      </w:r>
    </w:p>
    <w:p>
      <w:r>
        <w:rPr>
          <w:b/>
        </w:rPr>
        <w:t xml:space="preserve">[26:01] </w:t>
      </w:r>
      <w:r>
        <w:t>to hadith mein aata hai ke Rasool Allah sal Allah alaihi wasallam ne farmaya kullu bani adama khatta'un wa khairu al-khatta'in al-tawwabun ke har insan khata karne wala hai.</w:t>
      </w:r>
    </w:p>
    <w:p>
      <w:pPr>
        <w:jc w:val="right"/>
      </w:pPr>
      <w:r>
        <w:t>تو حدیث میں آتا ہے کہ رسول اللہ صلی اللہ علیہ وسلم نے فرمایا کل بنی آدم خطاون وخول خطائین التوابون کہ ہر انسان خطا کرنے والا ہے۔</w:t>
      </w:r>
    </w:p>
    <w:p>
      <w:r>
        <w:rPr>
          <w:b/>
        </w:rPr>
        <w:t xml:space="preserve">[26:13] </w:t>
      </w:r>
      <w:r>
        <w:t>bahut khata hoti hai insan se, lekin sab se achhe khata karne wale woh hain jo tauba karne wale hain.</w:t>
      </w:r>
    </w:p>
    <w:p>
      <w:pPr>
        <w:jc w:val="right"/>
      </w:pPr>
      <w:r>
        <w:t>بہت خطا ہوتی ہے انسان سے، لیکن سب سے اچھے خطا کرنے والے وہ ہیں جو توبہ کرنے والے ہیں۔</w:t>
      </w:r>
    </w:p>
    <w:p>
      <w:r>
        <w:rPr>
          <w:b/>
        </w:rPr>
        <w:t xml:space="preserve">[26:23] </w:t>
      </w:r>
      <w:r>
        <w:t>to dekhiye, yahan jo farmaya ke illa man tab to tabah ye nahin ke toba toba bol diya aadmi.</w:t>
      </w:r>
    </w:p>
    <w:p>
      <w:pPr>
        <w:jc w:val="right"/>
      </w:pPr>
      <w:r>
        <w:t>تو دیکھیے، یہاں جو فرمایا کہ إلا من تاب تو تابہ یہ نہیں کہ توبہ توبہ بول دیا آدمی۔</w:t>
      </w:r>
    </w:p>
    <w:p>
      <w:r>
        <w:rPr>
          <w:b/>
        </w:rPr>
        <w:t xml:space="preserve">[26:32] </w:t>
      </w:r>
      <w:r>
        <w:t>toba ek bahut hi bade waqe'ay ka naam hai. woh kya? jab aap se ghalti ho jaye to jaise hi aap ko tanbeh ho, aap chaunk paden, chala uthen, af!</w:t>
      </w:r>
    </w:p>
    <w:p>
      <w:pPr>
        <w:jc w:val="right"/>
      </w:pPr>
      <w:r>
        <w:t>توبہ ایک بہت ہی بڑے واقعے کا نام ہے۔ وہ کیا؟ جب آپ سے غلطی ہو جائے تو جیسے ہی آپ کو تنبہ ہو، آپ چونک پڑیں، چلا اٹھیں، اف!</w:t>
      </w:r>
    </w:p>
    <w:p>
      <w:r>
        <w:rPr>
          <w:b/>
        </w:rPr>
        <w:t xml:space="preserve">[26:47] </w:t>
      </w:r>
      <w:r>
        <w:t>mujh se itni bhank ghalti ho gayi,</w:t>
      </w:r>
    </w:p>
    <w:p>
      <w:pPr>
        <w:jc w:val="right"/>
      </w:pPr>
      <w:r>
        <w:t>مجھ سے اتنی بھانک غلطی ہو گئی،</w:t>
      </w:r>
    </w:p>
    <w:p>
      <w:r>
        <w:rPr>
          <w:b/>
        </w:rPr>
        <w:t xml:space="preserve">[26:49] </w:t>
      </w:r>
      <w:r>
        <w:t>itna bada khata sarzad ho gayi mujh se. to toba ka matlab yeh hai ke aap ko bahut zyada shock lage ke mujh se ghalti ho gayi.</w:t>
      </w:r>
    </w:p>
    <w:p>
      <w:pPr>
        <w:jc w:val="right"/>
      </w:pPr>
      <w:r>
        <w:t>اتنا بڑا خطا سرزد ہو گئی مجھ سے۔ تو توبہ کا مطلب یہ ہے کہ آپ کو بہت زیادہ شاک لگے کہ مجھ سے غلطی ہو گئی۔</w:t>
      </w:r>
    </w:p>
    <w:p>
      <w:r>
        <w:rPr>
          <w:b/>
        </w:rPr>
        <w:t xml:space="preserve">[27:02] </w:t>
      </w:r>
      <w:r>
        <w:t>is se woh hai toba. achha, jab aap toba karenge is tareeqay se to phir iman ka process jari ho jayega. yaani pehle toba ayegi, yaani ghalti ka ehsas, ghalti ka etiraf,</w:t>
      </w:r>
    </w:p>
    <w:p>
      <w:pPr>
        <w:jc w:val="right"/>
      </w:pPr>
      <w:r>
        <w:t>اس سے وہ ہے توبہ۔ اچھا، جب آپ توبہ کریں گے اس طریقے سے تو پھر ایمان کا پروسیس جاری ہو جائے گا۔ یعنی پہلے توبہ آئے گی، یعنی غلطی کا احساس، غلطی کا اعتراف،</w:t>
      </w:r>
    </w:p>
    <w:p>
      <w:r>
        <w:rPr>
          <w:b/>
        </w:rPr>
        <w:t xml:space="preserve">[27:18] </w:t>
      </w:r>
      <w:r>
        <w:t>"i was wrong" keh sakna. phir kya hoga? ek process jari hoga iman ka. iman ka matlab kya hai? yaqeen, daryaft, shu'uri marifat.</w:t>
      </w:r>
    </w:p>
    <w:p>
      <w:pPr>
        <w:jc w:val="right"/>
      </w:pPr>
      <w:r>
        <w:t>"آئی واز رونگ" کہہ سکنا۔ پھر کیا ہوگا؟ ایک پروسیس جاری ہوگا ایمان کا۔ ایمان کا مطلب کیا ہے؟ یقین، دریافت، شعوری معرفت۔</w:t>
      </w:r>
    </w:p>
    <w:p>
      <w:r>
        <w:rPr>
          <w:b/>
        </w:rPr>
        <w:t xml:space="preserve">[27:28] </w:t>
      </w:r>
      <w:r>
        <w:t>yeh matlab hai iman ka. to jab aap ke andar toba ka, yaani shock lagega, shock to iman ka process shuru ho jayega.</w:t>
      </w:r>
    </w:p>
    <w:p>
      <w:pPr>
        <w:jc w:val="right"/>
      </w:pPr>
      <w:r>
        <w:t>یہ مطلب ہے ایمان کا۔ تو جب آپ کے اندر توبہ کا، یعنی شاک لگے گا، شاک تو ایمان کا پراسیس شروع ہو جائے گا۔</w:t>
      </w:r>
    </w:p>
    <w:p>
      <w:r>
        <w:rPr>
          <w:b/>
        </w:rPr>
        <w:t xml:space="preserve">[27:39] </w:t>
      </w:r>
      <w:r>
        <w:t>aap ko shu'oor mein irtaqa hoga, aap ko Allah ki marifat badhegi, aap akhirat ki haqiqaton ko daryaft karenge kyunke aap ka andar jo hai jaag chuka hoga.</w:t>
      </w:r>
    </w:p>
    <w:p>
      <w:pPr>
        <w:jc w:val="right"/>
      </w:pPr>
      <w:r>
        <w:t>آپ کو شعور میں ارتقاء ہوگا، آپ کو اللہ کی معرفت بڑھے گی، آپ آخرت کی حقیقتوں کو دریافت کریں گے کیونکہ آپ کا اندر جو ہے جاگ چکا ہوگا۔</w:t>
      </w:r>
    </w:p>
    <w:p>
      <w:r>
        <w:rPr>
          <w:b/>
        </w:rPr>
        <w:t xml:space="preserve">[27:51] </w:t>
      </w:r>
      <w:r>
        <w:t>andar aap ke intellectual awakening aa chuki hogi. phir kya hoga? wa'amal 'amalan salihan phir zindagi mein aap ki nekiyaan ayengi, zindagi mein virtue ayega,</w:t>
      </w:r>
    </w:p>
    <w:p>
      <w:pPr>
        <w:jc w:val="right"/>
      </w:pPr>
      <w:r>
        <w:t>اندر آپ کے انٹلیکچول اویکننگ آ چکی ہوگی۔ پھر کیا ہوگا؟ وعمل عملا صالحا پھر زندگی میں آپ کی نیکیاں آئیں گی، زندگی میں ورچو آئے گا،</w:t>
      </w:r>
    </w:p>
    <w:p>
      <w:r>
        <w:rPr>
          <w:b/>
        </w:rPr>
        <w:t xml:space="preserve">[28:04] </w:t>
      </w:r>
      <w:r>
        <w:t>zindagi mein Allah ki pasand wali rawish ayegi. yeh hoga.</w:t>
      </w:r>
    </w:p>
    <w:p>
      <w:pPr>
        <w:jc w:val="right"/>
      </w:pPr>
      <w:r>
        <w:t>زندگی میں اللہ کی پسند والی روش آئے گی۔ یہ ہوگا۔</w:t>
      </w:r>
    </w:p>
    <w:p>
      <w:r>
        <w:rPr>
          <w:b/>
        </w:rPr>
        <w:t xml:space="preserve">[28:09] </w:t>
      </w:r>
      <w:r>
        <w:t>to yeh teen cheezen hain jo ek process ko batati hain. is process se guzar kar kya hota hai ke jo thi shakhsiyat siyyah, woh shakhsiyat hasanah ban jati hai.</w:t>
      </w:r>
    </w:p>
    <w:p>
      <w:pPr>
        <w:jc w:val="right"/>
      </w:pPr>
      <w:r>
        <w:t>تو یہ تین چیزیں ہیں جو ایک پروسیس کو بتاتی ہیں۔ اس پروسیس سے گزر کر کیا ہوتا ہے کہ جو تھی شخصیت سیہ، وہ شخصیت حسنہ بن جاتی ہے۔</w:t>
      </w:r>
    </w:p>
    <w:p>
      <w:r>
        <w:rPr>
          <w:b/>
        </w:rPr>
        <w:t xml:space="preserve">[28:22] </w:t>
      </w:r>
      <w:r>
        <w:t>dekhiye, yeh aisa nahin hai ke badi ki jagah par hataya, neki rakh di. jaise yeh dhakkan hai ke dhakkan ko hataya, yahan par akhbar rakh diya.</w:t>
      </w:r>
    </w:p>
    <w:p>
      <w:pPr>
        <w:jc w:val="right"/>
      </w:pPr>
      <w:r>
        <w:t>دیکھیے، یہ ایسا نہیں ہے کہ بدی کی جگہ پر ہٹایا، نیکی رکھ دیا۔ جیسے یہ ڈھکن ہے کہ ڈھکن کو ہٹایا، یہاں پر اخبار رکھ دیا۔</w:t>
      </w:r>
    </w:p>
    <w:p>
      <w:r>
        <w:rPr>
          <w:b/>
        </w:rPr>
        <w:t xml:space="preserve">[28:32] </w:t>
      </w:r>
      <w:r>
        <w:t>yeh matlab nahin is ka hai. is ka yeh</w:t>
      </w:r>
    </w:p>
    <w:p>
      <w:pPr>
        <w:jc w:val="right"/>
      </w:pPr>
      <w:r>
        <w:t>یہ مطلب نہیں اس کا ہے۔ اس کا یہ</w:t>
      </w:r>
    </w:p>
    <w:p>
      <w:r>
        <w:rPr>
          <w:b/>
        </w:rPr>
        <w:t xml:space="preserve">[28:36] </w:t>
      </w:r>
      <w:r>
        <w:t>matlab nahin hai. is ka matlab hai jo evil personality thi, woh virtuous personality ban jati hai. is is process ke through, is process se guzarne ki bina par,</w:t>
      </w:r>
    </w:p>
    <w:p>
      <w:pPr>
        <w:jc w:val="right"/>
      </w:pPr>
      <w:r>
        <w:t>مطلب نہیں ہے۔ اس کا مطلب ہے جو ایول پرسنیلٹی تھی، وہ ورچوس پرسنیلٹی بن جاتی ہے۔ اس اس پروسیس کے تھرو، اس پروسیس سے گزرنے کی بنا پر،</w:t>
      </w:r>
    </w:p>
    <w:p>
      <w:r>
        <w:rPr>
          <w:b/>
        </w:rPr>
        <w:t xml:space="preserve">[28:52] </w:t>
      </w:r>
      <w:r>
        <w:t>yeh ek bahut hi badi baat hai jis ko samajhna chahiye. is ki Islam ki tareekh mein ek bahut hi illustrative misaal hai, bahut hi yaani is baat ko illustrate karne wali.</w:t>
      </w:r>
    </w:p>
    <w:p>
      <w:pPr>
        <w:jc w:val="right"/>
      </w:pPr>
      <w:r>
        <w:t>یہ ایک بہت ہی بڑی بات ہے جس کو سمجھنا چاہیے۔ اس کی اسلام کی تاریخ میں ایک بہت ہی اللسٹریٹو مثال ہے، بہت ہی یعنی اس بات کو اللسٹریٹ کرنے والی۔</w:t>
      </w:r>
    </w:p>
    <w:p>
      <w:r>
        <w:rPr>
          <w:b/>
        </w:rPr>
        <w:t xml:space="preserve">[29:05] </w:t>
      </w:r>
      <w:r>
        <w:t>woh misaal hai Hazrat Umar bin Abdul Aziz ki. Umar bin Abdul Aziz kaun the? yeh Umayyad dynasty mein khaleefa muqarrar hue the, yeh shahi khandan mein paida hue.</w:t>
      </w:r>
    </w:p>
    <w:p>
      <w:pPr>
        <w:jc w:val="right"/>
      </w:pPr>
      <w:r>
        <w:t>وہ مثال ہے حضرت عمر بن عبدالعزیز کی۔ عمر بن عبدالعزیز کون تھے؟ یہ امید ڈائنسٹی میں خلیفہ مقرر ہوئے تھے، یہ شاہی خاندان میں پیدا ہوئے۔</w:t>
      </w:r>
    </w:p>
    <w:p>
      <w:r>
        <w:rPr>
          <w:b/>
        </w:rPr>
        <w:t xml:space="preserve">[29:21] </w:t>
      </w:r>
      <w:r>
        <w:t>pehle in ko Madine ka governor banaya gaya tha, phir Sulaiman bin Abdul Malik ki wasiyat ke mutabiq in ko khaleefa banaya gaya.</w:t>
      </w:r>
    </w:p>
    <w:p>
      <w:pPr>
        <w:jc w:val="right"/>
      </w:pPr>
      <w:r>
        <w:t>پہلے ان کو مدینے کا گورنر بنایا گیا تھا، پھر سلیمان بن عبدالملک کی وصیت کے مطابق ان کو خلیفہ بنایا گیا۔</w:t>
      </w:r>
    </w:p>
    <w:p>
      <w:r>
        <w:rPr>
          <w:b/>
        </w:rPr>
        <w:t xml:space="preserve">[29:33] </w:t>
      </w:r>
      <w:r>
        <w:t>aap jante hain, us waqt Umayyad dynasty jo thi, woh ek empire thi. empire yaani 38 countries the. is mein Umayyad dynasty jo thi ya Umayyad empire jo thi, is mein 38 countries the.</w:t>
      </w:r>
    </w:p>
    <w:p>
      <w:pPr>
        <w:jc w:val="right"/>
      </w:pPr>
      <w:r>
        <w:t>آپ جانتے ہیں، اس وقت امید ڈائنسٹی جو تھی، وہ ایک ایمپائر تھی۔ ایمپائر یعنی 38 کنٹریز تھے۔ اس میں امید ڈائنسٹی جو تھی یا امید ایمپائر جو تھی، اس میں 38 کنٹریز تھے۔</w:t>
      </w:r>
    </w:p>
    <w:p>
      <w:r>
        <w:rPr>
          <w:b/>
        </w:rPr>
        <w:t xml:space="preserve">[29:49] </w:t>
      </w:r>
      <w:r>
        <w:t>is ka khaleefa banaya gaya in ko, lekin woh rehte the bilkul like pauper.</w:t>
      </w:r>
    </w:p>
    <w:p>
      <w:pPr>
        <w:jc w:val="right"/>
      </w:pPr>
      <w:r>
        <w:t>اس کا خلیفہ بنایا گیا ان کو، لیکن وہ رہتے تھے بالکل لائک پاپر۔</w:t>
      </w:r>
    </w:p>
    <w:p>
      <w:r>
        <w:rPr>
          <w:b/>
        </w:rPr>
        <w:t xml:space="preserve">[29:57] </w:t>
      </w:r>
      <w:r>
        <w:t>woh jo matam ghadeer likha hai, yaani Umar Hazrat Abu Bakr Hazrat Umar ke liye ke "they were masters of vast empire, but they lived like paupers"</w:t>
      </w:r>
    </w:p>
    <w:p>
      <w:pPr>
        <w:jc w:val="right"/>
      </w:pPr>
      <w:r>
        <w:t>وہ جو ماتم غدیر لکھا ہے، یعنی عمر حضرت ابوبکر حضرت عمر کے لیے کہ "دے ویر ماسٹر آف واسٹ ایمپائر، بٹ دے لیوڈ لائک پاپرز"</w:t>
      </w:r>
    </w:p>
    <w:p>
      <w:r>
        <w:rPr>
          <w:b/>
        </w:rPr>
        <w:t xml:space="preserve">[30:12] </w:t>
      </w:r>
      <w:r>
        <w:t>. to yeh Hazrat Umar bin Al Aziz par bhi poori tarah saadiq aata hai ke woh shahi khandan mein paida hue, pehle governor rahe aur bahut hi shaan o shaukat se rehte the.</w:t>
      </w:r>
    </w:p>
    <w:p>
      <w:pPr>
        <w:jc w:val="right"/>
      </w:pPr>
      <w:r>
        <w:t>۔ تو یہ حضرت عمر بن العزیز پر بھی پوری طرح صادق آتا ہے کہ وہ شاہی خاندان میں پیدا ہوئے، پہلے گورنر رہے اور بہت ہی شان و شوکت سے رہتے تھے۔</w:t>
      </w:r>
    </w:p>
    <w:p>
      <w:r>
        <w:rPr>
          <w:b/>
        </w:rPr>
        <w:t xml:space="preserve">[30:25] </w:t>
      </w:r>
      <w:r>
        <w:t>pehle woh khaleefa banne se pehle, yaani jab woh chalte the to ek poora, jis ko kehte hain aaj ki zaban mein, yaani motorcade, to ghore ki sawariyan hain, ghulam hain aur poora ek qafila chal raha hai aap ke sath sath.</w:t>
      </w:r>
    </w:p>
    <w:p>
      <w:pPr>
        <w:jc w:val="right"/>
      </w:pPr>
      <w:r>
        <w:t>پہلے وہ خلیفہ بننے سے پہلے، یعنی جب وہ چلتے تھے تو ایک پورا، جس کو کہتے ہیں آج کی زبان میں، یعنی موٹر کیٹ، تو گھوڑے کی سواریاں ہیں، غلام ہیں اور پورا ایک قافلہ چل رہا ہے آپ کے ساتھ ساتھ۔</w:t>
      </w:r>
    </w:p>
    <w:p>
      <w:r>
        <w:rPr>
          <w:b/>
        </w:rPr>
        <w:t xml:space="preserve">[30:43] </w:t>
      </w:r>
      <w:r>
        <w:t>aur bahut achhe kapde pehente the woh aur khushboo bahut laga dete the.</w:t>
      </w:r>
    </w:p>
    <w:p>
      <w:pPr>
        <w:jc w:val="right"/>
      </w:pPr>
      <w:r>
        <w:t>اور بہت اچھے کپڑے پہنتے تھے وہ اور خوشبو بہت لگا دیتے۔</w:t>
      </w:r>
    </w:p>
    <w:p>
      <w:r>
        <w:rPr>
          <w:b/>
        </w:rPr>
        <w:t xml:space="preserve">[30:48] </w:t>
      </w:r>
      <w:r>
        <w:t>to raste mein jahan guzarte the, woh mehak uthta tha to kehte the "basharat al-Amriyah", Umar ki chaal. yaani yeh jo raunaq hoti thi aur aur khushboo aati thi aur log ek poora qafila chalta tha,</w:t>
      </w:r>
    </w:p>
    <w:p>
      <w:pPr>
        <w:jc w:val="right"/>
      </w:pPr>
      <w:r>
        <w:t>تو راستے میں جہاں گزرتے تھے، وہ مہک اٹھتا تھا تو کہتے تھے "بشرۃ العمریہ"، عمر کی چال۔ یعنی یہ جو رونق ہوتی تھی اور اور خوشبو آتی تھی اور لوگ ایک پورا قافلہ چلتا تھا،</w:t>
      </w:r>
    </w:p>
    <w:p>
      <w:r>
        <w:rPr>
          <w:b/>
        </w:rPr>
        <w:t xml:space="preserve">[31:06] </w:t>
      </w:r>
      <w:r>
        <w:t>is tarah se chalne ko kehte the "mashat al-Amriyah". yeh shaan o shaukat thi in ki.</w:t>
      </w:r>
    </w:p>
    <w:p>
      <w:pPr>
        <w:jc w:val="right"/>
      </w:pPr>
      <w:r>
        <w:t>اس طرح سے چلنے کو کہتے تھے "مشۃ العمریہ"۔ یہ شان و شوکت تھی ان کی۔</w:t>
      </w:r>
    </w:p>
    <w:p>
      <w:r>
        <w:rPr>
          <w:b/>
        </w:rPr>
        <w:t xml:space="preserve">[31:14] </w:t>
      </w:r>
      <w:r>
        <w:t>lekin jab khaleefa hue to is ke baad kya un ka hua ke bilkul paapar jaisi zindagi guzaarne lage? aisa kyun hua? is ka qissa yeh hai ke Hazrat Umar bin Abdul Aziz jo the,</w:t>
      </w:r>
    </w:p>
    <w:p>
      <w:pPr>
        <w:jc w:val="right"/>
      </w:pPr>
      <w:r>
        <w:t>لیکن جب خلیفہ ہوئے تو اس کے بعد کیا ان کا ہوا کہ بالکل پاپر جیسی زندگی گزارنے لگے؟ ایسا کیوں ہوا؟ اس کا قصہ یہ ہے کہ حضرت عمر بن عبدالعزیز جو تھے،</w:t>
      </w:r>
    </w:p>
    <w:p>
      <w:r>
        <w:rPr>
          <w:b/>
        </w:rPr>
        <w:t xml:space="preserve">[31:29] </w:t>
      </w:r>
      <w:r>
        <w:t>madine mein governor banaye gaye the, tab bhi woh shaan o shaukat, shaan o shaukat ke saath rehte the, wahi shahi andaaz mein.</w:t>
      </w:r>
    </w:p>
    <w:p>
      <w:pPr>
        <w:jc w:val="right"/>
      </w:pPr>
      <w:r>
        <w:t>مدینے میں گورنر بنائے گئے تھے، تب بھی وہ شان و شوکت، شان و شوکت کے ساتھ رہتے تھے، وہی شاہی انداز میں۔</w:t>
      </w:r>
    </w:p>
    <w:p>
      <w:r>
        <w:rPr>
          <w:b/>
        </w:rPr>
        <w:t xml:space="preserve">[31:37] </w:t>
      </w:r>
      <w:r>
        <w:t>is ke baad kya hua ke is waqt jo khaleefa tha, is waqt jo capital tha, woh damishq mein tha. to wahan the ek aadmi madine mein, un ka naam tha Khubaib tabeyi.</w:t>
      </w:r>
    </w:p>
    <w:p>
      <w:pPr>
        <w:jc w:val="right"/>
      </w:pPr>
      <w:r>
        <w:t>اس کے بعد کیا ہوا کہ اس وقت جو خلیفہ تھا، اس وقت جو کیپیٹل تھا، وہ دمشق میں تھا۔ تو وہاں تھے ایک آدمی مدینے میں، ان کا نام تھا خبیب تابعی۔</w:t>
      </w:r>
    </w:p>
    <w:p>
      <w:r>
        <w:rPr>
          <w:b/>
        </w:rPr>
        <w:t xml:space="preserve">[31:52] </w:t>
      </w:r>
      <w:r>
        <w:t>woh tabeyi the, un ka naam Khubaib tha.</w:t>
      </w:r>
    </w:p>
    <w:p>
      <w:pPr>
        <w:jc w:val="right"/>
      </w:pPr>
      <w:r>
        <w:t>وہ تابعی تھے، ان کا نام خبیب تھا۔</w:t>
      </w:r>
    </w:p>
    <w:p>
      <w:r>
        <w:rPr>
          <w:b/>
        </w:rPr>
        <w:t xml:space="preserve">[31:56] </w:t>
      </w:r>
      <w:r>
        <w:t>to woh yeh jo khulafaa the is zamane mein, woh jo shaan o shaukat ke saath rehte the aur</w:t>
      </w:r>
    </w:p>
    <w:p>
      <w:pPr>
        <w:jc w:val="right"/>
      </w:pPr>
      <w:r>
        <w:t>تو وہ یہ جو خلفاء تھے اس زمانے میں، وہ جو شان و شوکت کے ساتھ رہتے تھے اور</w:t>
      </w:r>
    </w:p>
    <w:p>
      <w:r>
        <w:rPr>
          <w:b/>
        </w:rPr>
        <w:t xml:space="preserve">[32:07] </w:t>
      </w:r>
      <w:r>
        <w:t>tax ki raqam ko apne apne aish aish o ishrat mein istemaal karte the, to un ke baare mein ek hadees hai.</w:t>
      </w:r>
    </w:p>
    <w:p>
      <w:pPr>
        <w:jc w:val="right"/>
      </w:pPr>
      <w:r>
        <w:t>ٹیکس کی رقم کو اپنے اپنے عیش عیش و عشرت میں استعمال کرتے تھے، تو ان کے بارے میں ایک حدیث ہے۔</w:t>
      </w:r>
    </w:p>
    <w:p>
      <w:r>
        <w:rPr>
          <w:b/>
        </w:rPr>
        <w:t xml:space="preserve">[32:17] </w:t>
      </w:r>
      <w:r>
        <w:t>is hadees ko sunate the woh jo apply hoti thi khaleefa ke upar.</w:t>
      </w:r>
    </w:p>
    <w:p>
      <w:pPr>
        <w:jc w:val="right"/>
      </w:pPr>
      <w:r>
        <w:t>اس حدیث کو سناتے تھے وہ جو اپلائی ہوتی تھی خلیفہ کے اوپر۔</w:t>
      </w:r>
    </w:p>
    <w:p>
      <w:r>
        <w:rPr>
          <w:b/>
        </w:rPr>
        <w:t xml:space="preserve">[32:23] </w:t>
      </w:r>
      <w:r>
        <w:t>to khaleefa ko yeh maloom hua ke Khubaib ek hadees sunate hain logon ko, jis se log badzan kar rahe hain hamare khilafat ke baare mein ke hum waise hi khaleefa hain.</w:t>
      </w:r>
    </w:p>
    <w:p>
      <w:pPr>
        <w:jc w:val="right"/>
      </w:pPr>
      <w:r>
        <w:t>تو خلیفہ کو یہ معلوم ہوا کہ خبیب ایک حدیث سناتے ہیں لوگوں کو، جس سے لوگ بدزن کر رہے ہیں ہمارے خلافت کے بارے میں کہ ہم ویسے ہی خلیفہ ہیں۔</w:t>
      </w:r>
    </w:p>
    <w:p>
      <w:r>
        <w:rPr>
          <w:b/>
        </w:rPr>
        <w:t xml:space="preserve">[32:36] </w:t>
      </w:r>
      <w:r>
        <w:t>to woh ghussa ho gaya. woh is ne damishq se hukum bheja Umar bin Aziz ke paas, jo ke us waqt madine ke governor the.</w:t>
      </w:r>
    </w:p>
    <w:p>
      <w:pPr>
        <w:jc w:val="right"/>
      </w:pPr>
      <w:r>
        <w:t>تو وہ غصہ ہو گیا۔ وہ اس نے دمشق سے حکم بھیجا عمر بن عزیز کے پاس، جو کہ اس وقت مدینہ کے گورنر تھے۔</w:t>
      </w:r>
    </w:p>
    <w:p>
      <w:r>
        <w:rPr>
          <w:b/>
        </w:rPr>
        <w:t xml:space="preserve">[32:48] </w:t>
      </w:r>
      <w:r>
        <w:t>yeh waqea hai 93 hijri ka.</w:t>
      </w:r>
    </w:p>
    <w:p>
      <w:pPr>
        <w:jc w:val="right"/>
      </w:pPr>
      <w:r>
        <w:t>یہ واقعہ ہے 93 ہجری کا۔</w:t>
      </w:r>
    </w:p>
    <w:p>
      <w:r>
        <w:rPr>
          <w:b/>
        </w:rPr>
        <w:t xml:space="preserve">[32:54] </w:t>
      </w:r>
      <w:r>
        <w:t>unhone kaha ke Khubaib ko giraftar karo, un ko sau kode maaro aur un ko fajar ke waqt, is yaani thande sakht thande mausam mein, masjid ke saamne khada karo, un ko gate par aur un ke upar thanda paani giraao.</w:t>
      </w:r>
    </w:p>
    <w:p>
      <w:pPr>
        <w:jc w:val="right"/>
      </w:pPr>
      <w:r>
        <w:t>انہوں نے کہا کہ خبیب کو گرفتار کرو، ان کو سو کوڑے مارو اور ان کو فجر کے وقت، اس یعنی ٹھنڈے سخت ٹھنڈے موسم میں، مسجد کے سامنے کھڑا کرو، ان کو گیٹ پر اور ان کے اوپر ٹھنڈا پانی گراؤ۔</w:t>
      </w:r>
    </w:p>
    <w:p>
      <w:r>
        <w:rPr>
          <w:b/>
        </w:rPr>
        <w:t xml:space="preserve">[33:14] </w:t>
      </w:r>
      <w:r>
        <w:t>chunaanche unhone aise hi kiya, un ko kode marwaye aur khada kar ke un ke upar thande mausam mein thanda paani girwaya. to woh isi mein mar gaye,</w:t>
      </w:r>
    </w:p>
    <w:p>
      <w:pPr>
        <w:jc w:val="right"/>
      </w:pPr>
      <w:r>
        <w:t>چنانچہ انہوں نے ایسے ہی کیا، ان کو کوڑے مروائے اور کھڑا کر کے ان کے اوپر ٹھنڈے موسم میں ٹھنڈا پانی گروایا۔ تو وہ اسی میں مر گئے،</w:t>
      </w:r>
    </w:p>
    <w:p>
      <w:r>
        <w:rPr>
          <w:b/>
        </w:rPr>
        <w:t xml:space="preserve">[33:25] </w:t>
      </w:r>
      <w:r>
        <w:t>itna sakht un ko woh waqt mar gaya. isi mein yeh waqea un ke liye ek un ki zindagi mein super trigger ban jayega.</w:t>
      </w:r>
    </w:p>
    <w:p>
      <w:pPr>
        <w:jc w:val="right"/>
      </w:pPr>
      <w:r>
        <w:t>اتنا سخت ان کو وہ وقت مر گیا۔ اسی میں یہ واقعہ ان کے لیے ایک ان کی زندگی میں سپر ٹریگر بن جائے گا۔</w:t>
      </w:r>
    </w:p>
    <w:p>
      <w:r>
        <w:rPr>
          <w:b/>
        </w:rPr>
        <w:t xml:space="preserve">[33:36] </w:t>
      </w:r>
      <w:r>
        <w:t>woh sochne lage ke ke kya main main to qaatil ho gaya, ek insaan ko goya ke maine qatl kiya. ab yeh sochne lage ke marne ke baad jab main jaunga aakhirat mein aur wahan par Khubaib khade ho jayen</w:t>
      </w:r>
    </w:p>
    <w:p>
      <w:pPr>
        <w:jc w:val="right"/>
      </w:pPr>
      <w:r>
        <w:t>وہ سوچنے لگے کہ کہ کیا میں میں تو قاتل ہو گیا، ایک انسان کو گویا کہ میں نے قتل کیا۔ اب یہ سوچنے لگے کہ مرنے کے بعد جب میں جاؤں گا آخرت میں اور وہاں پر خبیب کھڑے ہو جائیں</w:t>
      </w:r>
    </w:p>
    <w:p>
      <w:r>
        <w:rPr>
          <w:b/>
        </w:rPr>
        <w:t xml:space="preserve">[33:55] </w:t>
      </w:r>
      <w:r>
        <w:t>ke khudaaya mujhe bataya jaye ke is shakhs ne kyun mujhe qatl kiya, kya mera gunah tha? main ek hadees sunata tha, bas kyun is shakhs ne mujhe qatl kiya?</w:t>
      </w:r>
    </w:p>
    <w:p>
      <w:pPr>
        <w:jc w:val="right"/>
      </w:pPr>
      <w:r>
        <w:t>کہ خدایا مجھے بتایا جائے کہ اس شخص نے کیوں مجھے قتل کیا، کیا میرا گناہ تھا؟ میں ایک حدیث سناتا تھا، بس کیوں اس شخص نے مجھے قتل کیا؟</w:t>
      </w:r>
    </w:p>
    <w:p>
      <w:r>
        <w:rPr>
          <w:b/>
        </w:rPr>
        <w:t xml:space="preserve">[34:07] </w:t>
      </w:r>
      <w:r>
        <w:t>kyunki zaahir hai yeh qatl tha. yeh</w:t>
      </w:r>
    </w:p>
    <w:p>
      <w:pPr>
        <w:jc w:val="right"/>
      </w:pPr>
      <w:r>
        <w:t>کیونکہ ظاہر ہے یہ قتل تھا۔ یہ</w:t>
      </w:r>
    </w:p>
    <w:p>
      <w:r>
        <w:rPr>
          <w:b/>
        </w:rPr>
        <w:t xml:space="preserve">[34:10] </w:t>
      </w:r>
      <w:r>
        <w:t>to baar baar yahi kehte the, woh yeh sochte the ke agar aakhirat mein Khubaib mere raaste mein khade ho jayen</w:t>
      </w:r>
    </w:p>
    <w:p>
      <w:pPr>
        <w:jc w:val="right"/>
      </w:pPr>
      <w:r>
        <w:t>تو بار بار یہی کہتے تھے، وہ یہ سوچتے تھے کہ اگر آخرت میں خبیب میرے راستے میں کھڑے ہو جائیں</w:t>
      </w:r>
    </w:p>
    <w:p>
      <w:r>
        <w:rPr>
          <w:b/>
        </w:rPr>
        <w:t xml:space="preserve">[34:22] </w:t>
      </w:r>
      <w:r>
        <w:t>aur woh kahein ke khudaaya is ka insaaf ho, kaise hi kyun is shakhs ne mujhe qatl kiya tha, to mera kya haal hoga? to yeh tha yaani super shock un ke liye.</w:t>
      </w:r>
    </w:p>
    <w:p>
      <w:pPr>
        <w:jc w:val="right"/>
      </w:pPr>
      <w:r>
        <w:t>اور وہ کہیں کہ خدایا اس کا انصاف ہو، کیسے ہی کیوں اس شخص نے مجھے قتل کیا تھا، تو میرا کیا حال ہوگا؟ تو یہ تھا یعنی سپر شاک ان کے لیے۔</w:t>
      </w:r>
    </w:p>
    <w:p>
      <w:r>
        <w:rPr>
          <w:b/>
        </w:rPr>
        <w:t xml:space="preserve">[34:38] </w:t>
      </w:r>
      <w:r>
        <w:t>is se un ke andar brainstorming hui. is poori shakhsiyat un ki, is ke andar ek earthquake aa gaya, zalzala aa gaya. un ki soch badal gayi, un ka rawaya badal gaya, un ka bolna badal gaya, sab kuch badal gaya.</w:t>
      </w:r>
    </w:p>
    <w:p>
      <w:pPr>
        <w:jc w:val="right"/>
      </w:pPr>
      <w:r>
        <w:t>اس سے ان کے اندر برین اسٹارمنگ ہوئی۔ اس پوری شخصیت ان کی، اس کے اندر ایک ارتھ کویک آ گیا، زلزلہ آ گیا۔ ان کی سوچ بدل گئی، ان کا روش بدل گئی، ان کا بولنا بدل گیا، سب کچھ بدل گیا۔</w:t>
      </w:r>
    </w:p>
    <w:p>
      <w:r>
        <w:rPr>
          <w:b/>
        </w:rPr>
        <w:t xml:space="preserve">[34:52] </w:t>
      </w:r>
      <w:r>
        <w:t>un ka yeh hai tauba, yeh hai shakhsiyat ka badal jaana. yaani shakhsiyat se shakhsiyat siyah ka shakhs hasna ban jaana.</w:t>
      </w:r>
    </w:p>
    <w:p>
      <w:pPr>
        <w:jc w:val="right"/>
      </w:pPr>
      <w:r>
        <w:t>ان کا یہ ہے توبہ، یہ ہے شخصیت کا بدل جانا۔ یعنی شخصیت سے شخصیت سیاہ کا شخص حسنہ بن جانا۔</w:t>
      </w:r>
    </w:p>
    <w:p>
      <w:r>
        <w:rPr>
          <w:b/>
        </w:rPr>
        <w:t xml:space="preserve">[35:06] </w:t>
      </w:r>
      <w:r>
        <w:t>yaani Umar bin Abdul Aziz jo pehle aish o taraawat ko pasand karte the, shandaar kapde pehente the, bahut khushboo lagate the, chalte the to ghulamon ki fauj hoti thi, ghodo ki sawariyan hoti thi.</w:t>
      </w:r>
    </w:p>
    <w:p>
      <w:pPr>
        <w:jc w:val="right"/>
      </w:pPr>
      <w:r>
        <w:t>یعنی عمر بن عبدالعزیز جو پہلے عیش و طراوت کو پسند کرتے تھے، شاندار کپڑے پہنتے تھے، بہت خوشبو لگاتے تھے، چلتے تھے تو غلاموں کی فوج ہوتی تھی، گھوڑوں کی سواریاں ہوتی تھیں۔</w:t>
      </w:r>
    </w:p>
    <w:p>
      <w:r>
        <w:rPr>
          <w:b/>
        </w:rPr>
        <w:t xml:space="preserve">[35:22] </w:t>
      </w:r>
      <w:r>
        <w:t>is tarah rehte the woh aur mashhoor, jaisa ke maine arz kiya, mashhoor tha "mishat al-amriyah", umar ke chalne ka andaaz.</w:t>
      </w:r>
    </w:p>
    <w:p>
      <w:pPr>
        <w:jc w:val="right"/>
      </w:pPr>
      <w:r>
        <w:t>اس طرح رہتے تھے وہ اور مشہور، جیسا کہ میں نے عرض کیا، مشہور تھا "مشۃ العمریہ"، عمر کے چلنے کا انداز۔</w:t>
      </w:r>
    </w:p>
    <w:p>
      <w:r>
        <w:rPr>
          <w:b/>
        </w:rPr>
        <w:t xml:space="preserve">[35:33] </w:t>
      </w:r>
      <w:r>
        <w:t>lekin jab yeh waqea guzra to un ka yaani ek nayi soch jaagi un ke andar, rethinking aayi.</w:t>
      </w:r>
    </w:p>
    <w:p>
      <w:pPr>
        <w:jc w:val="right"/>
      </w:pPr>
      <w:r>
        <w:t>لیکن جب یہ واقعہ گزرا تو ان کا یعنی ایک نئی سوچ جاگی ان کے اندر، ری تھنکنگ آئی۔</w:t>
      </w:r>
    </w:p>
    <w:p>
      <w:r>
        <w:rPr>
          <w:b/>
        </w:rPr>
        <w:t xml:space="preserve">[35:46] </w:t>
      </w:r>
      <w:r>
        <w:t>unhone socha ke marna hai, marne ke baad Allah ke saamne</w:t>
      </w:r>
    </w:p>
    <w:p>
      <w:pPr>
        <w:jc w:val="right"/>
      </w:pPr>
      <w:r>
        <w:t>انہوں نے سوچا کہ مرنا ہے، مرنے کے بعد اللہ کے سامنے</w:t>
      </w:r>
    </w:p>
    <w:p>
      <w:r>
        <w:rPr>
          <w:b/>
        </w:rPr>
        <w:t xml:space="preserve">[35:51] </w:t>
      </w:r>
      <w:r>
        <w:t>haazir hona hai, wahan Khubaib bhi pahunchenge. to baar baar woh kehte the ke agar Khubaib mere raaste mein khade ho jayen to main kya karunga, mere paas kya jawab hoga?</w:t>
      </w:r>
    </w:p>
    <w:p>
      <w:pPr>
        <w:jc w:val="right"/>
      </w:pPr>
      <w:r>
        <w:t>حاضر ہونا ہے، وہاں خبیب بھی پہنچیں گے۔ تو بار بار وہ کہتے تھے کہ اگر خبیب میرے راستے میں کھڑے ہو جائیں تو میں کیا کروں گا، میرے پاس کیا جواب ہوگا؟</w:t>
      </w:r>
    </w:p>
    <w:p>
      <w:r>
        <w:rPr>
          <w:b/>
        </w:rPr>
        <w:t xml:space="preserve">[36:03] </w:t>
      </w:r>
      <w:r>
        <w:t>yeh hai woh cheez jis ko kaha gaya hai ke siyah badr hasna ban jayegi. To siyah se murad hai shakhsiyat siyah, hasna se murad hai shakhsiyat hasna.</w:t>
      </w:r>
    </w:p>
    <w:p>
      <w:pPr>
        <w:jc w:val="right"/>
      </w:pPr>
      <w:r>
        <w:t>یہ ہے وہ چیز جس کو کہا گیا ہے کہ سیاہ بدر حسنہ بن جائے گی۔ تو سیاہ سے مراد ہے شخصیت سیاہ، حسنہ سے مراد ہے شخصیت حسنہ۔</w:t>
      </w:r>
    </w:p>
    <w:p>
      <w:r>
        <w:rPr>
          <w:b/>
        </w:rPr>
        <w:t xml:space="preserve">[36:18] </w:t>
      </w:r>
      <w:r>
        <w:t>To dekhen, in ki zindagi mein kya hua?</w:t>
      </w:r>
    </w:p>
    <w:p>
      <w:pPr>
        <w:jc w:val="right"/>
      </w:pPr>
      <w:r>
        <w:t>تو دیکھیں، ان کی زندگی میں کیا ہوا؟</w:t>
      </w:r>
    </w:p>
    <w:p>
      <w:r>
        <w:rPr>
          <w:b/>
        </w:rPr>
        <w:t xml:space="preserve">[36:22] </w:t>
      </w:r>
      <w:r>
        <w:t>Is tarah jo daur tha, woh khatm ho gaya, soch khatm ho gayi, in ki in ki search badal gayi, in ki poori shakhsiyat mein ek aur haal aa gaya.</w:t>
      </w:r>
    </w:p>
    <w:p>
      <w:pPr>
        <w:jc w:val="right"/>
      </w:pPr>
      <w:r>
        <w:t>اس طرح جو دور تھا، وہ ختم ہو گیا، سوچ ختم ہو گئی، ان کی ان کی سرچ بدل گئی، ان کی پوری شخصیت میں ایک اور حال آ گیا۔</w:t>
      </w:r>
    </w:p>
    <w:p>
      <w:r>
        <w:rPr>
          <w:b/>
        </w:rPr>
        <w:t xml:space="preserve">[36:32] </w:t>
      </w:r>
      <w:r>
        <w:t>Yeh murad hai is ka. To yeh is is ayat mein jo bataya gaya hai ke "illa man tabba wa amana wa amila amalan salihan" to</w:t>
      </w:r>
    </w:p>
    <w:p>
      <w:pPr>
        <w:jc w:val="right"/>
      </w:pPr>
      <w:r>
        <w:t>یہ مراد ہے اس کا۔ تو یہ اس اس آیت میں جو بتایا گیا ہے کہ "الا من تابع وامن وعمل عمل صالحا" تو</w:t>
      </w:r>
    </w:p>
    <w:p>
      <w:r>
        <w:rPr>
          <w:b/>
        </w:rPr>
        <w:t xml:space="preserve">[36:46] </w:t>
      </w:r>
      <w:r>
        <w:t>Lafzi tarjuma yeh hai ke magar jis shakhs ne toba kiya, jo iman laya, jis ne naik amal kiye, us ki burai ki jagah us ko bhalaai de di jayegi.</w:t>
      </w:r>
    </w:p>
    <w:p>
      <w:pPr>
        <w:jc w:val="right"/>
      </w:pPr>
      <w:r>
        <w:t>لفظی ترجمہ یہ ہے کہ مگر جس شخص نے توبہ کیا، جو ایمان لایا، جس نے نیک عمل کیے، اس کی برائی کی جگہ اس کو بھلائی دے دی جائے گی۔</w:t>
      </w:r>
    </w:p>
    <w:p>
      <w:r>
        <w:rPr>
          <w:b/>
        </w:rPr>
        <w:t xml:space="preserve">[36:59] </w:t>
      </w:r>
      <w:r>
        <w:t>Yeh lafzi tarjuma hai, lekin is ki gehraai ko ghor kijiye. Gehraai, gehraai ka matlab kya hai? Gehraai ka matlab hai jo apni ghaltiyon par tarp uthe,</w:t>
      </w:r>
    </w:p>
    <w:p>
      <w:pPr>
        <w:jc w:val="right"/>
      </w:pPr>
      <w:r>
        <w:t>یہ لفظی ترجمہ ہے، لیکن اس کی گہرائی کو غور کیجئے۔ گہرائی، گہرائی کا مطلب کیا ہے؟ گہرائی کا مطلب ہے جو اپنی غلطیوں پر تڑپ اٹھے،</w:t>
      </w:r>
    </w:p>
    <w:p>
      <w:r>
        <w:rPr>
          <w:b/>
        </w:rPr>
        <w:t xml:space="preserve">[37:11] </w:t>
      </w:r>
      <w:r>
        <w:t>Jo jis jo jo ghalti kare to us ke andar, us ke andar ek ek bhonchal aa jaye, us ke andar ek brain storming ho jaye.</w:t>
      </w:r>
    </w:p>
    <w:p>
      <w:pPr>
        <w:jc w:val="right"/>
      </w:pPr>
      <w:r>
        <w:t>جو جس جو جو جو غلطی کرے تو اس کے اندر، اس کے اندر ایک ایک بھونچال آ جائے، اس کے اندر ایک برین اسٹارمنگ ہو جائے۔</w:t>
      </w:r>
    </w:p>
    <w:p>
      <w:r>
        <w:rPr>
          <w:b/>
        </w:rPr>
        <w:t xml:space="preserve">[37:22] </w:t>
      </w:r>
      <w:r>
        <w:t>Aur phir woh apna jab aisa hoga to us ki shakhsiyat mein ek ek process jari hoga, process islaah ka, process islaah ka, process.</w:t>
      </w:r>
    </w:p>
    <w:p>
      <w:pPr>
        <w:jc w:val="right"/>
      </w:pPr>
      <w:r>
        <w:t>اور پھر وہ اپنا جب ایسا ہوگا تو اس کی شخصیت میں ایک ایک پروسیس جاری ہوگا، پروسیس اصلاح کا، پروسیس اصلاح کا، پروسیس۔</w:t>
      </w:r>
    </w:p>
    <w:p>
      <w:r>
        <w:rPr>
          <w:b/>
        </w:rPr>
        <w:t xml:space="preserve">[37:33] </w:t>
      </w:r>
      <w:r>
        <w:t>Us ki har cheez badal badal jayegi.</w:t>
      </w:r>
    </w:p>
    <w:p>
      <w:pPr>
        <w:jc w:val="right"/>
      </w:pPr>
      <w:r>
        <w:t>اس کی ہر چیز بدل بدل جائے گی۔</w:t>
      </w:r>
    </w:p>
    <w:p>
      <w:r>
        <w:rPr>
          <w:b/>
        </w:rPr>
        <w:t xml:space="preserve">[37:36] </w:t>
      </w:r>
      <w:r>
        <w:t>Woh apni ghalti ka etraaf karega, apne andar islaah karega, apni soch ko badlega, apne rawayya ko badlega, har cheez ko badlega.</w:t>
      </w:r>
    </w:p>
    <w:p>
      <w:pPr>
        <w:jc w:val="right"/>
      </w:pPr>
      <w:r>
        <w:t>وہ اپنی غلطی کا اعتراف کرے گا، اپنے اندر اصلاح کرے گا، اپنی سوچ کو بدلے گا، اپنے روش کو بدلے گا، ہر چیز کو بدلے گا۔</w:t>
      </w:r>
    </w:p>
    <w:p>
      <w:r>
        <w:rPr>
          <w:b/>
        </w:rPr>
        <w:t xml:space="preserve">[37:46] </w:t>
      </w:r>
      <w:r>
        <w:t>Woh</w:t>
      </w:r>
    </w:p>
    <w:p>
      <w:pPr>
        <w:jc w:val="right"/>
      </w:pPr>
      <w:r>
        <w:t>وہ</w:t>
      </w:r>
    </w:p>
    <w:p>
      <w:r>
        <w:rPr>
          <w:b/>
        </w:rPr>
        <w:t xml:space="preserve">[37:52] </w:t>
      </w:r>
      <w:r>
        <w:t>To lafz to siyah aur hasna hai, lekin is se murad hai shakhsiyat siyah aur shakhsiyat hasna. To yeh bohat hi zyada sochne ki baat hai.</w:t>
      </w:r>
    </w:p>
    <w:p>
      <w:pPr>
        <w:jc w:val="right"/>
      </w:pPr>
      <w:r>
        <w:t>تو لفظ تو سیاہ اور حسنہ ہے، لیکن اس سے مراد ہے شخصیت سیاہ اور شخصیت حسنہ۔ تو یہ بہت ہی زیادہ سوچنے کی بات ہے۔</w:t>
      </w:r>
    </w:p>
    <w:p>
      <w:r>
        <w:rPr>
          <w:b/>
        </w:rPr>
        <w:t xml:space="preserve">[38:06] </w:t>
      </w:r>
      <w:r>
        <w:t>Is mein ghor kijiye, hum aap hamesha ghaltiyan karte hain, ghalti se koi bach nahi sakta, lekin ghalti ek ek opportunity hai.</w:t>
      </w:r>
    </w:p>
    <w:p>
      <w:pPr>
        <w:jc w:val="right"/>
      </w:pPr>
      <w:r>
        <w:t>اس میں غور کیجئے، ہم آپ ہمیشہ غلطیاں کرتے ہیں، غلطی سے کوئی بچ نہیں سکتا، لیکن غلطی ایک ایک اپرچونیٹی ہے۔</w:t>
      </w:r>
    </w:p>
    <w:p>
      <w:r>
        <w:rPr>
          <w:b/>
        </w:rPr>
        <w:t xml:space="preserve">[38:20] </w:t>
      </w:r>
      <w:r>
        <w:t>Yaani ghalti jo hai, woh ek opportunity hai, kyun ke ghalti ke bare mein agar aap ehsaas karein ke mujh se ghalti ho gayi to phir aap ke andar ek naya emergency aayega, ek naya emergency aayega.</w:t>
      </w:r>
    </w:p>
    <w:p>
      <w:pPr>
        <w:jc w:val="right"/>
      </w:pPr>
      <w:r>
        <w:t>یعنی غلطی جو ہے، وہ ایک اپرچونیٹی ہے، کیونکہ غلطی کے بارے میں اگر آپ احساس کریں کہ مجھ سے غلطی ہو گئی تو پھر آپ کے اندر ایک نیا ایمرجنسی آئے گا، ایک نیا ایمرجنسی آئے گا۔</w:t>
      </w:r>
    </w:p>
    <w:p>
      <w:r>
        <w:rPr>
          <w:b/>
        </w:rPr>
        <w:t xml:space="preserve">[38:33] </w:t>
      </w:r>
      <w:r>
        <w:t>Aur Allah taala ne yahi rasta, yahi yahi process rakha hai is dunya mein. Is dunya mein koi farishte ke taur par paida nahi hota,</w:t>
      </w:r>
    </w:p>
    <w:p>
      <w:pPr>
        <w:jc w:val="right"/>
      </w:pPr>
      <w:r>
        <w:t>اور اللہ تعالی نے یہی راستہ، یہی یہی پروسیس رکھا ہے اس دنیا میں۔ اس دنیا میں کوئی فرشتہ کے طور پر پیدا نہیں ہوتا،</w:t>
      </w:r>
    </w:p>
    <w:p>
      <w:r>
        <w:rPr>
          <w:b/>
        </w:rPr>
        <w:t xml:space="preserve">[38:42] </w:t>
      </w:r>
      <w:r>
        <w:t>Potential de kar paida kar deta hai. Bas Allah taala is potential ka unfold hona, is bilquwwa ka bilfi'l banna, woh is ke liye yahi process chahiye aur koi process doosra nahi hai.</w:t>
      </w:r>
    </w:p>
    <w:p>
      <w:pPr>
        <w:jc w:val="right"/>
      </w:pPr>
      <w:r>
        <w:t>پوٹینشل دے کر پیدا کر دیتا ہے۔ بس اللہ تعالی اس پوٹینشل کا ان انفولڈ ہونا، اس بالقوہ کا بالفعل بننا، وہ اس کے لیے یہی پراسیس چاہیے اور کوئی پراسیس دوسرا نہیں ہے۔</w:t>
      </w:r>
    </w:p>
    <w:p>
      <w:r>
        <w:rPr>
          <w:b/>
        </w:rPr>
        <w:t xml:space="preserve">[38:58] </w:t>
      </w:r>
      <w:r>
        <w:t>Chunancha ek hadith mein hai, ek hadith mein hai ke agar insan ghalti na kare, agar insan ghalti na kare to Allah ek aur makhlooq paida karega jo ghalti kare aur toba kare.</w:t>
      </w:r>
    </w:p>
    <w:p>
      <w:pPr>
        <w:jc w:val="right"/>
      </w:pPr>
      <w:r>
        <w:t>چنانچہ ایک حدیث میں ہے، ایک حدیث میں ہے کہ اگر انسان غلطی نہ کرے، اگر انسان غلطی نہ کرے تو اللہ ایک اور مخلوق پیدا کرے گا جو غلطی کرے اور توبہ کرے۔</w:t>
      </w:r>
    </w:p>
    <w:p>
      <w:r>
        <w:rPr>
          <w:b/>
        </w:rPr>
        <w:t xml:space="preserve">[39:18] </w:t>
      </w:r>
      <w:r>
        <w:t>Is hadith ko logon ne samjha nahi, is hadith ko bohat saada maanon mein lete hain.</w:t>
      </w:r>
    </w:p>
    <w:p>
      <w:pPr>
        <w:jc w:val="right"/>
      </w:pPr>
      <w:r>
        <w:t>اس حدیث کو لوگوں نے سمجھا نہیں، اس حدیث کو بہت سادہ معنوں میں لیتے ہیں۔</w:t>
      </w:r>
    </w:p>
    <w:p>
      <w:r>
        <w:rPr>
          <w:b/>
        </w:rPr>
        <w:t xml:space="preserve">[39:26] </w:t>
      </w:r>
      <w:r>
        <w:t>Is ka matlab yeh hai ke Allah ne insan ke irtaqa ke liye, insan ki personality, insan ka jo ek jo personality banna chahiye, jannati personality, us ke banne ke liye jo process rakha hai, wahi process hai, yahi process hai.</w:t>
      </w:r>
    </w:p>
    <w:p>
      <w:pPr>
        <w:jc w:val="right"/>
      </w:pPr>
      <w:r>
        <w:t>اس کا مطلب یہ ہے کہ اللہ نے انسان کے ارتقاء کے لیے، انسان کی پرسنیلٹی، انسان کا جو ایک جو پرسنیلٹی بننا چاہیے، جنتی پرسنیلٹی، اس کے بننے کے لیے جو پروسیس رکھا ہے، وہی پروسیس ہے، یہی پروسیس ہے۔</w:t>
      </w:r>
    </w:p>
    <w:p>
      <w:r>
        <w:rPr>
          <w:b/>
        </w:rPr>
        <w:t xml:space="preserve">[39:41] </w:t>
      </w:r>
      <w:r>
        <w:t>Koi is ke andar ek bhonchal aaye, us ke andar ek zalzala aaye, us ke andar brain storming ho, phir us ke potential jaagenge, phir woh yaani shakhsiyat siyah jo hai, woh shakhs hasna ban jayegi.</w:t>
      </w:r>
    </w:p>
    <w:p>
      <w:pPr>
        <w:jc w:val="right"/>
      </w:pPr>
      <w:r>
        <w:t>کوئی اس کے اندر ایک بھونچال آئے، اس کے اندر ایک زلزلہ آئے، اس کے اندر برین اسٹارمنگ ہو، پھر اس کے پوٹینشل جاگیں گے، پھر وہ یعنی شخصیت سیاہ جو ہے، وہ شخص حسنہ بن جائے گی۔</w:t>
      </w:r>
    </w:p>
    <w:p>
      <w:r>
        <w:rPr>
          <w:b/>
        </w:rPr>
        <w:t xml:space="preserve">[39:57] </w:t>
      </w:r>
      <w:r>
        <w:t>Is ka matlab kya hua ke agar insan aise ho jayein ke koi ghalti nahi, koi gunah nahi, kuch bhi nahi, to woh just like animal honge, woh woh insan nahi honge jo Allah ko matloob hain.</w:t>
      </w:r>
    </w:p>
    <w:p>
      <w:pPr>
        <w:jc w:val="right"/>
      </w:pPr>
      <w:r>
        <w:t>اس کا مطلب کیا ہوا کہ اگر انسان ایسے ہو جائیں کہ کوئی غلطی نہیں، کوئی گناہ نہیں، کچھ بھی نہیں، تو وہ جسٹ لائک اینیمل ہوں گے، وہ وہ انسان نہیں ہوں گے جو اللہ کو مطلوب ہیں۔</w:t>
      </w:r>
    </w:p>
    <w:p>
      <w:r>
        <w:rPr>
          <w:b/>
        </w:rPr>
        <w:t xml:space="preserve">[40:13] </w:t>
      </w:r>
      <w:r>
        <w:t>Woh aala marifat un ko nahi milegi, un ke andar aala ehsaan ka darja nahi aayega, kyun ke woh sab ka jo process hai Allah taala ke nazdeek, woh to bhonchal ke zariye hota hai,</w:t>
      </w:r>
    </w:p>
    <w:p>
      <w:pPr>
        <w:jc w:val="right"/>
      </w:pPr>
      <w:r>
        <w:t>وہ اعلیٰ معرفت ان کو نہیں ملے گی، ان کے اندر اعلیٰ احسان کا درجہ نہیں آئے گا، کیونکہ وہ سب کا جو پراسیس ہے اللہ تعالی کے نزدیک، وہ تو بھونچال کے ذریعے ہوتا ہے،</w:t>
      </w:r>
    </w:p>
    <w:p>
      <w:r>
        <w:rPr>
          <w:b/>
        </w:rPr>
        <w:t xml:space="preserve">[40:28] </w:t>
      </w:r>
      <w:r>
        <w:t>Isboot tareeqe se nahi hota hai. To yeh jo hadith hai ke Allah taala yaani agar agar yeh jo hadith hai ke agar insan aise ho jayein, ghaltiyan na karein, woh to Allah ek aur makhlooq paida karega jo ghalti kare aur phir us par toba kare.</w:t>
      </w:r>
    </w:p>
    <w:p>
      <w:pPr>
        <w:jc w:val="right"/>
      </w:pPr>
      <w:r>
        <w:t>اسبوط طریقے سے نہیں ہوتا ہے۔ تو یہ جو حدیث ہے کہ اللہ تعالی یعنی اگر اگر یہ جو حدیث ہے کہ اگر انسان ایسے ہو جائیں، غلطیاں نہ کریں، وہ تو اللہ ایک اور مخلوق پیدا کرے گا جو غلطی کرے اور پھر اس پر توبہ کرے۔</w:t>
      </w:r>
    </w:p>
    <w:p>
      <w:r>
        <w:rPr>
          <w:b/>
        </w:rPr>
        <w:t xml:space="preserve">[40:46] </w:t>
      </w:r>
      <w:r>
        <w:t>Kyun ke ghalti na karne wale insaanon mein woh irtaqa nahi hoga</w:t>
      </w:r>
    </w:p>
    <w:p>
      <w:pPr>
        <w:jc w:val="right"/>
      </w:pPr>
      <w:r>
        <w:t>کیوں کہ غلطی نہ کرنے والے انسانوں میں وہ ارتقاء نہیں ہوگا</w:t>
      </w:r>
    </w:p>
    <w:p>
      <w:r>
        <w:rPr>
          <w:b/>
        </w:rPr>
        <w:t xml:space="preserve">[40:52] </w:t>
      </w:r>
      <w:r>
        <w:t>Jo insan bilkul hi. Baaz logon ko maine dekha hai ke woh bohat hi fakhr ke sath kehte hain: "Meri to aaj tak tasbeeh takbeer faut nahi hui, meri to aaj tak koi namaz qaza nahi hui,</w:t>
      </w:r>
    </w:p>
    <w:p>
      <w:pPr>
        <w:jc w:val="right"/>
      </w:pPr>
      <w:r>
        <w:t>جو انسان بالکل ہی۔ بعض لوگوں کو میں نے دیکھا ہے کہ وہ بہت ہی فخر کے ساتھ کہتے ہیں: "میری تو آج تک تسبیح تکبیر فوت نہیں ہوئی، میری تو آج تک کوئی نماز قضا نہیں ہوئی،</w:t>
      </w:r>
    </w:p>
    <w:p>
      <w:r>
        <w:rPr>
          <w:b/>
        </w:rPr>
        <w:t xml:space="preserve">[41:07] </w:t>
      </w:r>
      <w:r>
        <w:t>mujhe se to kabhi aaj tak koi burai sarzad nahi hui. ye koi achi baat nahi hai. ye aise logon ko aap qareeb se dekhen to un ke andar koi irtqa nahi hoga, un se aap koi baat nahi kar sakenge, koi bare mozu par</w:t>
      </w:r>
    </w:p>
    <w:p>
      <w:pPr>
        <w:jc w:val="right"/>
      </w:pPr>
      <w:r>
        <w:t>مجھ سے تو کبھی آج تک کوئی برائی سرزد نہیں ہوئی۔" یہ کوئی اچھی بات نہیں ہے۔ یہ ایسے لوگوں کو آپ قریب سے دیکھیں تو ان کے اندر کوئی ارتقاء نہیں ہوگا، ان سے آپ کوئی بات نہیں کر سکیں گے، کوئی بڑے موضوع پر</w:t>
      </w:r>
    </w:p>
    <w:p>
      <w:r>
        <w:rPr>
          <w:b/>
        </w:rPr>
        <w:t xml:space="preserve">[41:22] </w:t>
      </w:r>
      <w:r>
        <w:t>bilkul ek animal, just like animal honge. wo Allah taala ka jo tareeqa hai, wo ye hai ke insan ke andar repentance aaye, ehsas-e-khata aaye,</w:t>
      </w:r>
    </w:p>
    <w:p>
      <w:pPr>
        <w:jc w:val="right"/>
      </w:pPr>
      <w:r>
        <w:t>بالکل ایک اینیمل، جسٹ لائک اینیمل ہوں گے۔ وہ اللہ تعالی کا جو طریقہ ہے، وہ یہ ہے کہ انسان کے اندر ریپیٹنس آئے، احساس خطا آئے،</w:t>
      </w:r>
    </w:p>
    <w:p>
      <w:r>
        <w:rPr>
          <w:b/>
        </w:rPr>
        <w:t xml:space="preserve">[41:38] </w:t>
      </w:r>
      <w:r>
        <w:t>phir tauba kare, wo phir wo chila kar kahe ke mujh se ghalti ho gayi. jab ye sab kuch hoga, tab is ke andar wo process jari hoga, wo process</w:t>
      </w:r>
    </w:p>
    <w:p>
      <w:pPr>
        <w:jc w:val="right"/>
      </w:pPr>
      <w:r>
        <w:t>پھر توبہ کرے، وہ پھر وہ چلا کر کہے کہ مجھ سے غلطی ہو گئی۔ جب یہ سب کچھ ہوگا، تب اس کے اندر وہ پراسیس جاری ہوگا، وہ پراسیس</w:t>
      </w:r>
    </w:p>
    <w:p>
      <w:r>
        <w:rPr>
          <w:b/>
        </w:rPr>
        <w:t xml:space="preserve">[41:48] </w:t>
      </w:r>
      <w:r>
        <w:t>jari hoga jis process se ek naya emergency hota hai aur nai shakhsiyat banti hai, intellectual development hota hai. to ye hai is ka matlab.</w:t>
      </w:r>
    </w:p>
    <w:p>
      <w:pPr>
        <w:jc w:val="right"/>
      </w:pPr>
      <w:r>
        <w:t>جاری ہوگا جس پراسیس سے ایک نیا ایمرجنسی ہوتا ہے اور نئی شخصیت بنتی ہے، انٹلیکچول ڈیولپمنٹ ہوتا ہے۔ تو یہ ہے اس کا مطلب۔</w:t>
      </w:r>
    </w:p>
    <w:p>
      <w:r>
        <w:rPr>
          <w:b/>
        </w:rPr>
        <w:t xml:space="preserve">[42:06] </w:t>
      </w:r>
      <w:r>
        <w:t>ye baat bohat zyada sochne ki hai.</w:t>
      </w:r>
    </w:p>
    <w:p>
      <w:pPr>
        <w:jc w:val="right"/>
      </w:pPr>
      <w:r>
        <w:t>یہ بات بہت زیادہ سوچنے کی ہے۔</w:t>
      </w:r>
    </w:p>
    <w:p>
      <w:r>
        <w:rPr>
          <w:b/>
        </w:rPr>
        <w:t xml:space="preserve">[42:10] </w:t>
      </w:r>
      <w:r>
        <w:t>dekhiye, hum aap jannat ke musafir hain, lekin jannat ka safar isi tarah teh hoga jo Allah ne muqarrar kiya hai, kisi aur tareeqe se teh nahi ho sakta.</w:t>
      </w:r>
    </w:p>
    <w:p>
      <w:pPr>
        <w:jc w:val="right"/>
      </w:pPr>
      <w:r>
        <w:t>دیکھیے، ہم آپ جنت کے مسافر ہیں، لیکن جنت کا سفر اسی طرح طے ہوگا جو اللہ نے مقرر کیا ہے، کسی اور طریقے سے طے نہیں ہو سکتا۔</w:t>
      </w:r>
    </w:p>
    <w:p>
      <w:r>
        <w:rPr>
          <w:b/>
        </w:rPr>
        <w:t xml:space="preserve">[42:28] </w:t>
      </w:r>
      <w:r>
        <w:t>kisi aur tareeqe se jannat ka safar teh nahi ho sakta.</w:t>
      </w:r>
    </w:p>
    <w:p>
      <w:pPr>
        <w:jc w:val="right"/>
      </w:pPr>
      <w:r>
        <w:t>کسی اور طریقے سے جنت کا سفر طے نہیں ہو سکتا۔</w:t>
      </w:r>
    </w:p>
    <w:p>
      <w:r>
        <w:rPr>
          <w:b/>
        </w:rPr>
        <w:t xml:space="preserve">[42:34] </w:t>
      </w:r>
      <w:r>
        <w:t>to wo wo tareeqa kya hai ke insan</w:t>
      </w:r>
    </w:p>
    <w:p>
      <w:pPr>
        <w:jc w:val="right"/>
      </w:pPr>
      <w:r>
        <w:t>تو وہ وہ طریقہ کیا ہے کہ انسان</w:t>
      </w:r>
    </w:p>
    <w:p>
      <w:r>
        <w:rPr>
          <w:b/>
        </w:rPr>
        <w:t xml:space="preserve">[42:41] </w:t>
      </w:r>
      <w:r>
        <w:t>ke andar repentance aaye, repentance, nadamat shadeed tor par. is repentance ke baad is ke andar tauba ke ke nafsiyat paida hon, is ka ek halchal is ke andar jari ho,</w:t>
      </w:r>
    </w:p>
    <w:p>
      <w:pPr>
        <w:jc w:val="right"/>
      </w:pPr>
      <w:r>
        <w:t>کے اندر ریپیٹنس آئے، ریپیٹنس، ندامت شدید طور پر۔ اس ریپیٹنس کے بعد اس کے اندر توبہ کے کے نفسیات پیدا ہوں، اس کا ایک ہلچل اس کے اندر جاری ہو،</w:t>
      </w:r>
    </w:p>
    <w:p>
      <w:r>
        <w:rPr>
          <w:b/>
        </w:rPr>
        <w:t xml:space="preserve">[42:58] </w:t>
      </w:r>
      <w:r>
        <w:t>phir is ko daryaften hon, aala daryaft</w:t>
      </w:r>
    </w:p>
    <w:p>
      <w:pPr>
        <w:jc w:val="right"/>
      </w:pPr>
      <w:r>
        <w:t>پھر اس کو دریافتیں ہوں، اعلیٰ دریافت</w:t>
      </w:r>
    </w:p>
    <w:p>
      <w:r>
        <w:rPr>
          <w:b/>
        </w:rPr>
        <w:t xml:space="preserve">[43:01] </w:t>
      </w:r>
      <w:r>
        <w:t>en, Allah ki daryaft, jannat ki daryaft, farishton ki daryaft. is tarah ye safar jari hoga, phir is ke andar ek nai shakhsiyat bane, yani wo shakhsiyat jo Allah ke rastay pe chalne wali, jo sirat-e-mustaqeem ko ikhtiyar karne wali,</w:t>
      </w:r>
    </w:p>
    <w:p>
      <w:pPr>
        <w:jc w:val="right"/>
      </w:pPr>
      <w:r>
        <w:t>یں، اللہ کی دریافت، جنت کی دریافت، فرشتوں کی دریافت۔ اس طرح یہ سفر جاری ہوگا، پھر اس کے اندر ایک نئی شخصیت بنے، یعنی وہ شخصیت جو اللہ کے راستے پہ چلنے والی، جو صراط مستقیم کو اختیار کرنے والی،</w:t>
      </w:r>
    </w:p>
    <w:p>
      <w:r>
        <w:rPr>
          <w:b/>
        </w:rPr>
        <w:t xml:space="preserve">[43:23] </w:t>
      </w:r>
      <w:r>
        <w:t>jis ka qaul o amal wo ho jo Allah ki pasand ke mutabiq ho. ye sab ek process ke through hota hai.</w:t>
      </w:r>
    </w:p>
    <w:p>
      <w:pPr>
        <w:jc w:val="right"/>
      </w:pPr>
      <w:r>
        <w:t>جس کا قول و عمل وہ ہو جو اللہ کی پسند کے مطابق ہو۔ یہ سب ایک پروسیس کے تھرو ہوتا ہے۔</w:t>
      </w:r>
    </w:p>
    <w:p>
      <w:r>
        <w:rPr>
          <w:b/>
        </w:rPr>
        <w:t xml:space="preserve">[43:32] </w:t>
      </w:r>
      <w:r>
        <w:t>is process ke baghair ye asan nahi ho sakta hai. koi bhi insan dekhiye, dhala dhala duniya mein nahi aata,</w:t>
      </w:r>
    </w:p>
    <w:p>
      <w:pPr>
        <w:jc w:val="right"/>
      </w:pPr>
      <w:r>
        <w:t>اس پراسیس کے بغیر یہ آسان نہیں ہو سکتا ہے۔ کوئی بھی انسان دیکھیے، ڈھلا ڈھلا دنیا میں نہیں آتا،</w:t>
      </w:r>
    </w:p>
    <w:p>
      <w:r>
        <w:rPr>
          <w:b/>
        </w:rPr>
        <w:t xml:space="preserve">[43:43] </w:t>
      </w:r>
      <w:r>
        <w:t>koi bhi insan dhala hua dhala duniya mein nahi aata, wo potential le kar aata hai bas, aur us ko apne aap ko khud banana parta hai.</w:t>
      </w:r>
    </w:p>
    <w:p>
      <w:pPr>
        <w:jc w:val="right"/>
      </w:pPr>
      <w:r>
        <w:t>کوئی بھی انسان ڈھلا ہوا ڈھلا دنیا میں نہیں آتا، وہ پوٹینشل کے لے کر آتا ہے بس، اور اس کو اپنے آپ کو خود بنانا پڑتا ہے۔</w:t>
      </w:r>
    </w:p>
    <w:p>
      <w:r>
        <w:rPr>
          <w:b/>
        </w:rPr>
        <w:t xml:space="preserve">[43:52] </w:t>
      </w:r>
      <w:r>
        <w:t>to self self ek ek aadmi ke andar khud ek ek ek zaati ek process jaagta hai, tab insan banta hai.</w:t>
      </w:r>
    </w:p>
    <w:p>
      <w:pPr>
        <w:jc w:val="right"/>
      </w:pPr>
      <w:r>
        <w:t>تو سیلف سیلف ایک ایک آدمی کے اندر خود ایک ایک ایک ذاتی ایک پراسیس جاگتا ہے، تب انسان بنتا ہے۔</w:t>
      </w:r>
    </w:p>
    <w:p>
      <w:r>
        <w:rPr>
          <w:b/>
        </w:rPr>
        <w:t xml:space="preserve">[44:04] </w:t>
      </w:r>
      <w:r>
        <w:t>meri dua hai ke Allah taala mujh ko aur aap ko tofeeq de ke hum aise insan ban saken. aqoolu qawli hadha wastaghfirullaha li walakum ajmaeen</w:t>
      </w:r>
    </w:p>
    <w:p>
      <w:pPr>
        <w:jc w:val="right"/>
      </w:pPr>
      <w:r>
        <w:t>میری دعا ہے کہ اللہ تعالی مجھ کو اور آپ کو توفیق دے کہ ہم ایسے انسان بن سکیں۔ أقول قولي هذا واستغفراللہ لي ولكم اجمعین</w:t>
      </w:r>
    </w:p>
    <w:p>
      <w:r>
        <w:rPr>
          <w:b/>
        </w:rPr>
        <w:t xml:space="preserve">[44:25] </w:t>
      </w:r>
      <w:r>
        <w:t>unhon ne likha hai: "al-risala ko parhne ke baad main ye samjha ke chunke Allah taala is duniya mein kisi insan ko jo kuch bhi deta hai, wo is insan ke liye imtehan ka ek parcha hota hai, chahe wo maal ho ya aulad ho ya makan ho ya car ho ya siyasi power ho ya sehat ho ya bimari ho.</w:t>
      </w:r>
    </w:p>
    <w:p>
      <w:pPr>
        <w:jc w:val="right"/>
      </w:pPr>
      <w:r>
        <w:t>انہوں نے لکھا ہے: "الرسالہ کو پڑھنے کے بعد میں یہ سمجھا کہ چونکہ اللہ تعالی اس دنیا میں کسی انسان کو جو کچھ بھی دیتا ہے، وہ اس انسان کے لیے امتحان کا ایک پرچہ ہوتا ہے، چاہے وہ مال ہو یا اولاد ہو یا مکان ہو یا کار ہو یا سیاسی پاور ہو یا صحت ہو یا بیماری ہو۔</w:t>
      </w:r>
    </w:p>
    <w:p>
      <w:r>
        <w:rPr>
          <w:b/>
        </w:rPr>
        <w:t xml:space="preserve">[44:47] </w:t>
      </w:r>
      <w:r>
        <w:t>yani har cheez imtehan ka ek parcha hota hai.</w:t>
      </w:r>
    </w:p>
    <w:p>
      <w:pPr>
        <w:jc w:val="right"/>
      </w:pPr>
      <w:r>
        <w:t>یعنی ہر چیز امتحان کا ایک پرچہ ہوتا ہے۔</w:t>
      </w:r>
    </w:p>
    <w:p>
      <w:r>
        <w:rPr>
          <w:b/>
        </w:rPr>
        <w:t xml:space="preserve">[44:51] </w:t>
      </w:r>
      <w:r>
        <w:t>lehaza ek momin ko Allah se sirf is cheez ki dua karni chahiye jo insan ke liye imtehan ka parcha na ho, maslan jannat ka sawal, jahannum se panah, naik aamal ki tofeeq aur afiyat ki dua waghera.</w:t>
      </w:r>
    </w:p>
    <w:p>
      <w:pPr>
        <w:jc w:val="right"/>
      </w:pPr>
      <w:r>
        <w:t>لہذا ایک مومن کو اللہ سے صرف اس چیز کی دعا کرنی چاہیے جو انسان کے لیے امتحان کا پرچہ نہ ہو، مثلاً جنت کا سوال، جہنم سے پناہ، نیک اعمال کی توفیق اور عافیت کی دعا وغیرہ۔</w:t>
      </w:r>
    </w:p>
    <w:p>
      <w:r>
        <w:rPr>
          <w:b/>
        </w:rPr>
        <w:t xml:space="preserve">[45:09] </w:t>
      </w:r>
      <w:r>
        <w:t>baqi in cheezon ke ilawa ek momin ko Allah se koi cheez bhi nahi mangna chahiye, kyunke jo cheez wo mangega, wo is ke liye imtehan ka parcha hoga, aur har momin ko chahiye ke wo khud se Allah se koi parcha na mangey.</w:t>
      </w:r>
    </w:p>
    <w:p>
      <w:pPr>
        <w:jc w:val="right"/>
      </w:pPr>
      <w:r>
        <w:t>باقی ان چیزوں کے علاوہ ایک مومن کو اللہ سے کوئی چیز بھی نہیں مانگنا چاہیے، کیونکہ جو چیز وہ مانگے گا، وہ اس کے لیے امتحان کا پرچہ ہوگا، اور ہر مومن کو چاہیے کہ وہ خود سے اللہ سے کوئی پرچہ نہ مانگے۔</w:t>
      </w:r>
    </w:p>
    <w:p>
      <w:r>
        <w:rPr>
          <w:b/>
        </w:rPr>
        <w:t xml:space="preserve">[45:26] </w:t>
      </w:r>
      <w:r>
        <w:t>maulana sahib, meri ye samajh kis had tak sahi hai? haan, bilkul theek hai, ye bilkul theek kaha aap ne.</w:t>
      </w:r>
    </w:p>
    <w:p>
      <w:pPr>
        <w:jc w:val="right"/>
      </w:pPr>
      <w:r>
        <w:t>مولانا صاحب، میری یہ سمجھ کس حد تک صحیح ہے؟ ہاں، بالکل ٹھیک ہے، یہ بالکل ٹھیک کہا آپ نے۔</w:t>
      </w:r>
    </w:p>
    <w:p>
      <w:r>
        <w:rPr>
          <w:b/>
        </w:rPr>
        <w:t xml:space="preserve">[45:37] </w:t>
      </w:r>
      <w:r>
        <w:t>koi aadmi kahe ke khuda ya mujhe bohat zyada maal de, to wo wo azmaish ka parcha mang raha hai.</w:t>
      </w:r>
    </w:p>
    <w:p>
      <w:pPr>
        <w:jc w:val="right"/>
      </w:pPr>
      <w:r>
        <w:t>کوئی آدمی کہے کہ خدایا مجھے بہت زیادہ مال دے، تو وہ وہ آزمائش کا پرچہ مانگ رہا ہے۔</w:t>
      </w:r>
    </w:p>
    <w:p>
      <w:r>
        <w:rPr>
          <w:b/>
        </w:rPr>
        <w:t xml:space="preserve">[45:47] </w:t>
      </w:r>
      <w:r>
        <w:t>to sahaba se aap is ka behtareen tareeqa ye hai is ko samajhne ka ke aap sahaba ki zindagi ko parhen.</w:t>
      </w:r>
    </w:p>
    <w:p>
      <w:pPr>
        <w:jc w:val="right"/>
      </w:pPr>
      <w:r>
        <w:t>تو صحابہ سے آپ اس کا بہترین طریقہ یہ ہے اس کو سمجھنے کا کہ آپ صحابہ کی زندگیوں کو پڑھیں۔</w:t>
      </w:r>
    </w:p>
    <w:p>
      <w:r>
        <w:rPr>
          <w:b/>
        </w:rPr>
        <w:t xml:space="preserve">[45:57] </w:t>
      </w:r>
      <w:r>
        <w:t>sahaba ki zindagi ko aap parhenge to wo aisi duaen nahi mangte the jo aaj kal raaij hain.</w:t>
      </w:r>
    </w:p>
    <w:p>
      <w:pPr>
        <w:jc w:val="right"/>
      </w:pPr>
      <w:r>
        <w:t>صحابہ کی زندگیوں کو آپ پڑھیں گے تو وہ ایسی دعائیں نہیں مانگتے تھے جو آج کل رائج ہیں۔</w:t>
      </w:r>
    </w:p>
    <w:p>
      <w:r>
        <w:rPr>
          <w:b/>
        </w:rPr>
        <w:t xml:space="preserve">[46:04] </w:t>
      </w:r>
      <w:r>
        <w:t>aaj kal duaen jo mangte hain log, wo aisi duaen nahi mangte the. wo wo mangte hain duaen maghfirat ki, jannat ki, marifat ki, in sab cheezon ki.</w:t>
      </w:r>
    </w:p>
    <w:p>
      <w:pPr>
        <w:jc w:val="right"/>
      </w:pPr>
      <w:r>
        <w:t>آج کل دعائیں جو مانگتے ہیں لوگ، وہ ایسی دعائیں نہیں مانگتے تھے۔ وہ وہ مانگتے ہیں دعائیں مغفرت کی، جنت کی، معرفت کی، ان سب چیزوں کی۔</w:t>
      </w:r>
    </w:p>
    <w:p>
      <w:r>
        <w:rPr>
          <w:b/>
        </w:rPr>
        <w:t xml:space="preserve">[46:16] </w:t>
      </w:r>
      <w:r>
        <w:t>to aap ka kehna bilkul sahi hai, aur yahi har momin ko karna chahiye. hamara agla sawal hai muhammad ilyas sahab ka tamil nadu se.</w:t>
      </w:r>
    </w:p>
    <w:p>
      <w:pPr>
        <w:jc w:val="right"/>
      </w:pPr>
      <w:r>
        <w:t>تو آپ کا کہنا بالکل صحیح ہے، اور یہی ہر مومن کو کرنا چاہیے۔ ہمارا اگلا سوال ہے محمد الیاس صاحب کا تامل ناڈو سے۔</w:t>
      </w:r>
    </w:p>
    <w:p>
      <w:r>
        <w:rPr>
          <w:b/>
        </w:rPr>
        <w:t xml:space="preserve">[46:26] </w:t>
      </w:r>
      <w:r>
        <w:t>unhon ne likha hai: "imaan aur rational thinking mein kya farq hai?"</w:t>
      </w:r>
    </w:p>
    <w:p>
      <w:pPr>
        <w:jc w:val="right"/>
      </w:pPr>
      <w:r>
        <w:t>انہوں نے لکھا ہے: "ایمان اور ریشنل تھنکنگ میں کیا فرق ہے؟"</w:t>
      </w:r>
    </w:p>
    <w:p>
      <w:r>
        <w:rPr>
          <w:b/>
        </w:rPr>
        <w:t xml:space="preserve">[46:37] </w:t>
      </w:r>
      <w:r>
        <w:t>imaan aur rational thinking mein yeh farq hai ke imaan ibtidai taur par naam hai aqeedah ka. yaani aap jab yeh maanein ke Allah ka wajood hai to Allah ko aap dekh nahin rahe hain, woh to ghaib mein hai.</w:t>
      </w:r>
    </w:p>
    <w:p>
      <w:pPr>
        <w:jc w:val="right"/>
      </w:pPr>
      <w:r>
        <w:t>ایمان اور ریشنل تھنکنگ میں یہ فرق ہے کہ ایمان ابتدائی طور پر نام ہے عقیدہ کا۔ یعنی آپ جب یہ مانیں کہ اللہ کا وجود ہے تو اللہ کو آپ دیکھ نہیں رہے ہیں، وہ تو غیب میں ہے۔</w:t>
      </w:r>
    </w:p>
    <w:p>
      <w:r>
        <w:rPr>
          <w:b/>
        </w:rPr>
        <w:t xml:space="preserve">[46:55] </w:t>
      </w:r>
      <w:r>
        <w:t>to ghaib par jab aap jab ghaib ke aik aik waqea jo ghaib mein hai, us ko aap maante hain to us ko aqeedah kaha jata hai.</w:t>
      </w:r>
    </w:p>
    <w:p>
      <w:pPr>
        <w:jc w:val="right"/>
      </w:pPr>
      <w:r>
        <w:t>تو غیب پر جب آپ جب غیب کے ایک ایک واقعہ جو غیب میں ہے، اس کو آپ مانتے ہیں تو اس کو عقیدہ کہا جاتا ہے۔</w:t>
      </w:r>
    </w:p>
    <w:p>
      <w:r>
        <w:rPr>
          <w:b/>
        </w:rPr>
        <w:t xml:space="preserve">[47:06] </w:t>
      </w:r>
      <w:r>
        <w:t>to Allah ghaib mein hai, jannat ghaib mein hai, farishtay ghaib mein hain. in sab cheezon ko jab aap iqrar karte hain, iqrar to woh imaan hota hai.</w:t>
      </w:r>
    </w:p>
    <w:p>
      <w:pPr>
        <w:jc w:val="right"/>
      </w:pPr>
      <w:r>
        <w:t>تو اللہ غیب میں ہے، جنت غیب میں ہے، فرشتے غیب میں ہیں۔ ان سب چیزوں کو جب آپ اقرار کرتے ہیں، اقرار تو وہ ایمان ہوتا ہے۔</w:t>
      </w:r>
    </w:p>
    <w:p>
      <w:r>
        <w:rPr>
          <w:b/>
        </w:rPr>
        <w:t xml:space="preserve">[47:19] </w:t>
      </w:r>
      <w:r>
        <w:t>yaani iqrar jab aap karte hain in cheezon ka to woh imaan hota hai. lekin dekhiye, yeh aakhri had nahin hai, yeh aakhri had nahin hai.</w:t>
      </w:r>
    </w:p>
    <w:p>
      <w:pPr>
        <w:jc w:val="right"/>
      </w:pPr>
      <w:r>
        <w:t>یعنی اقرار جب آپ کرتے ہیں ان چیزوں کا تو وہ ایمان ہوتا ہے۔ لیکن دیکھیے، یہ آخری حد نہیں ہے، یہ آخری حد نہیں ہے۔</w:t>
      </w:r>
    </w:p>
    <w:p>
      <w:r>
        <w:rPr>
          <w:b/>
        </w:rPr>
        <w:t xml:space="preserve">[47:31] </w:t>
      </w:r>
      <w:r>
        <w:t>aap soch kar insan apne mizaj mein, insan ka jo mizaj hai, bohat hi rational thinking mizaj mein shamil hai.</w:t>
      </w:r>
    </w:p>
    <w:p>
      <w:pPr>
        <w:jc w:val="right"/>
      </w:pPr>
      <w:r>
        <w:t>آپ سوچ کر انسان اپنے مزاج میں، انسان کا جو مزاج ہے، بہت ہی ریشنل تھنکنگ مزاج میں شامل ہے۔</w:t>
      </w:r>
    </w:p>
    <w:p>
      <w:r>
        <w:rPr>
          <w:b/>
        </w:rPr>
        <w:t xml:space="preserve">[47:39] </w:t>
      </w:r>
      <w:r>
        <w:t>insan ke yeh aadmi cheezon ko reason out karta hai. to imaan ibtidai taur par naam hai aqeedah ka, aur jab is ko reason out karte hain aap to woh imaan yaqeen ban jata hai, woh aala marifat ban jata hai.</w:t>
      </w:r>
    </w:p>
    <w:p>
      <w:pPr>
        <w:jc w:val="right"/>
      </w:pPr>
      <w:r>
        <w:t>انسان کے یہ آدمی چیزوں کو ریزن آؤٹ کرتا ہے۔ تو ایمان ابتدائی طور پر نام ہے عقیدہ کا، اور جب اس کو ریزن آؤٹ کرتے ہیں آپ تو وہ ایمان یقین بن جاتا ہے، وہ اعلیٰ معرفت بن جاتا ہے۔</w:t>
      </w:r>
    </w:p>
    <w:p>
      <w:r>
        <w:rPr>
          <w:b/>
        </w:rPr>
        <w:t xml:space="preserve">[47:55] </w:t>
      </w:r>
      <w:r>
        <w:t>to main samajhta hoon ke imaan aslan naam hai iqrar ka, lekin imaan ko jab aap taraqqi dein, is ko reason out karein, waqeaat ko rational way mein sochein to imaan mein aik aur cheez ka izafa ho, imaan plus ban jata hai.</w:t>
      </w:r>
    </w:p>
    <w:p>
      <w:pPr>
        <w:jc w:val="right"/>
      </w:pPr>
      <w:r>
        <w:t>تو میں سمجھتا ہوں کہ ایمان اصلاً نام ہے اقرار کا، لیکن ایمان کو جب آپ ترقی دیں، اس کو ریزن آؤٹ کریں، واقعات کو ریشنل وے میں سوچیں تو ایمان میں ایک اور چیز کا اضافہ ہو، ایمان پلس بن جاتا ہے۔</w:t>
      </w:r>
    </w:p>
    <w:p>
      <w:r>
        <w:rPr>
          <w:b/>
        </w:rPr>
        <w:t xml:space="preserve">[48:14] </w:t>
      </w:r>
      <w:r>
        <w:t>to phir aap ka imaan, imaan plus ban jata hai. yaani yeh yaqeen aata hai, aala marifat aati hai. to main yahi kahunga ke shaoor jo hai, aap ke imaan ko, yaani shaoori,</w:t>
      </w:r>
    </w:p>
    <w:p>
      <w:pPr>
        <w:jc w:val="right"/>
      </w:pPr>
      <w:r>
        <w:t>تو پھر آپ کا ایمان، ایمان پلس بن جاتا ہے۔ یعنی یہ یقین آتا ہے، اعلیٰ معرفت آتی ہے۔ تو میں یہی کہوں گا کہ شعور جو ہے، آپ کے ایمان کو، یعنی شعوری،</w:t>
      </w:r>
    </w:p>
    <w:p>
      <w:r>
        <w:rPr>
          <w:b/>
        </w:rPr>
        <w:t xml:space="preserve">[48:28] </w:t>
      </w:r>
      <w:r>
        <w:t>yaani shaoori amal jo hai, woh aap ke imaan ko imaan plus banata hai.</w:t>
      </w:r>
    </w:p>
    <w:p>
      <w:pPr>
        <w:jc w:val="right"/>
      </w:pPr>
      <w:r>
        <w:t>یعنی شعوری عمل جو ہے، وہ آپ کے ایمان کو ایمان پلس بناتا ہے۔</w:t>
      </w:r>
    </w:p>
    <w:p>
      <w:r>
        <w:rPr>
          <w:b/>
        </w:rPr>
        <w:t xml:space="preserve">[48:34] </w:t>
      </w:r>
      <w:r>
        <w:t>hamara agla question hai ans sahab ka dehli se. unhon ne likha hai ke aik sahab ne bataya ke jab koi problem ho to 41 martaba quran ki surah yaseen parh kar dua karo.</w:t>
      </w:r>
    </w:p>
    <w:p>
      <w:pPr>
        <w:jc w:val="right"/>
      </w:pPr>
      <w:r>
        <w:t>ہمارا اگلا کوئسچن ہے انس صاحب کا دہلی سے۔ انہوں نے لکھا ہے کہ ایک صاحب نے بتایا کہ جب کوئی پرابلم ہو تو 41 مرتبہ قرآن کی سورہ یاسین پڑھ کر دعا کرو۔</w:t>
      </w:r>
    </w:p>
    <w:p>
      <w:r>
        <w:rPr>
          <w:b/>
        </w:rPr>
        <w:t xml:space="preserve">[48:48] </w:t>
      </w:r>
      <w:r>
        <w:t>maulana, quran ka is tarah istemal karna kaisa hai? kya prophet aur prophet ke companions quran ka is tarah use karte thay?</w:t>
      </w:r>
    </w:p>
    <w:p>
      <w:pPr>
        <w:jc w:val="right"/>
      </w:pPr>
      <w:r>
        <w:t>مولانا، قرآن کا اس طرح استعمال کرنا کیسا ہے؟ کیا پرافٹ اور پرافٹ کے کمپینینز قرآن کا اس طرح یوز کرتے تھے؟</w:t>
      </w:r>
    </w:p>
    <w:p>
      <w:r>
        <w:rPr>
          <w:b/>
        </w:rPr>
        <w:t xml:space="preserve">[49:00] </w:t>
      </w:r>
      <w:r>
        <w:t>aakhir sahaba ke waqeaat mein to aisi cheezein nahin hain, lekin kuch kitabein likhi gayi hain, hamare ulma ne likhi hain, hamare purani ke naam se.</w:t>
      </w:r>
    </w:p>
    <w:p>
      <w:pPr>
        <w:jc w:val="right"/>
      </w:pPr>
      <w:r>
        <w:t>آخر صحابہ کے واقعات میں تو ایسی چیزیں نہیں ہیں، لیکن کچھ کتابیں لکھی گئی ہیں، ہمارے علماء نے لکھی ہیں، ہمارے پرانی کے نام سے۔</w:t>
      </w:r>
    </w:p>
    <w:p>
      <w:r>
        <w:rPr>
          <w:b/>
        </w:rPr>
        <w:t xml:space="preserve">[49:08] </w:t>
      </w:r>
      <w:r>
        <w:t>to is mein yeh baatein aati hain. to yeh koi najayaz to nahin, main kahunga is ko, lekin yaani sahaba ke haan is ka, yaani istemal ki misaal maine nahin likhi, agarche main is ko jaayaz samajhta hoon.</w:t>
      </w:r>
    </w:p>
    <w:p>
      <w:pPr>
        <w:jc w:val="right"/>
      </w:pPr>
      <w:r>
        <w:t>تو اس میں یہ باتیں آتی ہیں۔ تو یہ کوئی ناجائز تو نہیں، میں کہوں گا اس کو، لیکن یعنی صحابہ کے ہاں اس کا، یعنی استعمال کی مثال میں نے نہیں لکھی، اگرچہ میں اس کو جائز سمجھتا ہوں۔</w:t>
      </w:r>
    </w:p>
    <w:p>
      <w:r>
        <w:rPr>
          <w:b/>
        </w:rPr>
        <w:t xml:space="preserve">[49:31] </w:t>
      </w:r>
      <w:r>
        <w:t>hamara agla sawal hai mahboob sahab ka shurapur yadgir, karnataka se. unhon ne apne aik saathi ka sawal likha hai ke agar koi shakhs waqt ke imam ko pehchanay baghair mar jaye, woh jahalat ki halat mein mar gaya.</w:t>
      </w:r>
    </w:p>
    <w:p>
      <w:pPr>
        <w:jc w:val="right"/>
      </w:pPr>
      <w:r>
        <w:t>ہمارا اگلا سوال ہے محبوب صاحب کا شورا پور یادگیر، کرناٹکا سے۔ انہوں نے اپنے ایک ساتھی کا سوال لکھا ہے کہ اگر کوئی شخص وقت کے امام کو پہچانے بغیر مر جائے، وہ جہالت کی حالت میں مر گیا۔</w:t>
      </w:r>
    </w:p>
    <w:p>
      <w:r>
        <w:rPr>
          <w:b/>
        </w:rPr>
        <w:t xml:space="preserve">[49:48] </w:t>
      </w:r>
      <w:r>
        <w:t>siyah sitah, is hadith ki tashreeh kijiye. dekhein, pehchan ka to mujhe yaad nahin aata, unhon ne alfaaz nahin likhe, nahin hain, ghaliban itaat ka lafz hai.</w:t>
      </w:r>
    </w:p>
    <w:p>
      <w:pPr>
        <w:jc w:val="right"/>
      </w:pPr>
      <w:r>
        <w:t>سیاہ ستہ، اس حدیث کی تشریح کیجئے۔ دیکھیں، پہچان کا تو مجھے یاد نہیں آتا، انہوں نے الفاظ نہیں لکھے، نہیں ہیں، غالباً اطاعت کا لفظ ہے۔</w:t>
      </w:r>
    </w:p>
    <w:p>
      <w:r>
        <w:rPr>
          <w:b/>
        </w:rPr>
        <w:t xml:space="preserve">[49:59] </w:t>
      </w:r>
      <w:r>
        <w:t>to yeh yeh baat jo hai, yeh sahi hai, lekin yeh is mani mein sahi hai ke nizam duniya ke mani mein sahi hai, kyunke agar aap itaat na karein to kya hota hai?</w:t>
      </w:r>
    </w:p>
    <w:p>
      <w:pPr>
        <w:jc w:val="right"/>
      </w:pPr>
      <w:r>
        <w:t>تو یہ یہ بات جو ہے، یہ صحیح ہے، لیکن یہ اس معنی میں صحیح ہے کہ نظم دنیا کے معنی میں صحیح ہے، کیونکہ اگر آپ اطاعت نہ کریں تو کیا ہوتا ہے؟</w:t>
      </w:r>
    </w:p>
    <w:p>
      <w:r>
        <w:rPr>
          <w:b/>
        </w:rPr>
        <w:t xml:space="preserve">[50:16] </w:t>
      </w:r>
      <w:r>
        <w:t>nizam khalal waqe hota hai, aapas mein ladaaiyan hoti hain, jis tarah ke aap dekh rahe hain, muslim mulkon mein log aapas mein lad rahe hain, kyunke imam ko mante nahin, imam ki itaat nahin karte.</w:t>
      </w:r>
    </w:p>
    <w:p>
      <w:pPr>
        <w:jc w:val="right"/>
      </w:pPr>
      <w:r>
        <w:t>نظم خلل واقع ہوتا ہے، آپس میں لڑائیاں ہوتی ہیں، جس طرح کہ آپ دیکھ رہے ہیں، مسلم ملکوں میں لوگ آپس میں لڑ رہے ہیں، کیونکہ امام کو مانتے نہیں، امام کی اطاعت نہیں کرتے۔</w:t>
      </w:r>
    </w:p>
    <w:p>
      <w:r>
        <w:rPr>
          <w:b/>
        </w:rPr>
        <w:t xml:space="preserve">[50:27] </w:t>
      </w:r>
      <w:r>
        <w:t>to imam ki itaat woh woh is aitbar se aham hai ke agar aap itaat nahin kareinge to bahami ladaaiyan hongi, tashaddud aayega, nafratein aayengi, aur phir sara mamla jabrtize ho jayega.</w:t>
      </w:r>
    </w:p>
    <w:p>
      <w:pPr>
        <w:jc w:val="right"/>
      </w:pPr>
      <w:r>
        <w:t>تو امام کی اطاعت وہ وہ اس اعتبار سے اہم ہے کہ اگر آپ اطاعت نہیں کریں گے تو باہمی لڑائیاں ہوں گی، تشدد آئے گا، نفرتیں آئیں گی، اور پھر سارا معاملہ جبرٹائز ہو جائے گا۔</w:t>
      </w:r>
    </w:p>
    <w:p>
      <w:r>
        <w:rPr>
          <w:b/>
        </w:rPr>
        <w:t xml:space="preserve">[50:41] </w:t>
      </w:r>
      <w:r>
        <w:t>na marifat ka kaam hoga, na taleem ka kaam hoga, na dawat ka kaam hoga. is aitbar se is ki ahmiyat hai, yaani ke amli ahmiyat is ki, amli, yaani is ki ahmiyat eitiqadi nahin hai, balkay amli</w:t>
      </w:r>
    </w:p>
    <w:p>
      <w:pPr>
        <w:jc w:val="right"/>
      </w:pPr>
      <w:r>
        <w:t>نہ معرفت کا کام ہوگا، نہ تعلیم کا کام ہوگا، نہ دعوت کا کام ہوگا۔ اس اعتبار سے اس کی اہمیت ہے، یعنی کہ عملی اہمیت اس کی، عملی، یعنی اس کی اہمیت اعتقادی نہیں ہے، بلکہ عم</w:t>
      </w:r>
    </w:p>
    <w:p>
      <w:r>
        <w:rPr>
          <w:b/>
        </w:rPr>
        <w:t xml:space="preserve">[50:56] </w:t>
      </w:r>
      <w:r>
        <w:t>li hai. amli aitbar se is ke nuqsanat hain, is liye rasool Allah sal Allah alayhi wasallam ne aisa farmaya. Maulana, agla sawal hai naghma siddiqui ka, dehli se.</w:t>
      </w:r>
    </w:p>
    <w:p>
      <w:pPr>
        <w:jc w:val="right"/>
      </w:pPr>
      <w:r>
        <w:t>لی ہے۔ عملی اعتبار سے اس کے نقصانات ہیں، اس لیے رسول اللہ صلی اللہ علیہ وسلم نے ایسا فرمایا۔ مولانا، اگلا سوال ہے نغمہ صدیقی کا، دہلی سے۔</w:t>
      </w:r>
    </w:p>
    <w:p>
      <w:r>
        <w:rPr>
          <w:b/>
        </w:rPr>
        <w:t xml:space="preserve">[51:07] </w:t>
      </w:r>
      <w:r>
        <w:t>unhon ne poocha hai: "what is word for brainstorming in Islam?" ab dekhiye, quran mein aap parhiye, quran mein ayat hai ke inna al momineen allazeena iza zukir allahu wajilat quloobuhum</w:t>
      </w:r>
    </w:p>
    <w:p>
      <w:pPr>
        <w:jc w:val="right"/>
      </w:pPr>
      <w:r>
        <w:t>انہوں نے پوچھا ہے: "واٹ از ورڈ فور برین اسٹورمنگ ان اسلام؟" اب دیکھیے، قرآن میں آپ پڑھیے، قرآن میں آیت ہے کہ إن المؤمن الذین إذا ذکر اللہ وجلت قلوبہ</w:t>
      </w:r>
    </w:p>
    <w:p>
      <w:r>
        <w:rPr>
          <w:b/>
        </w:rPr>
        <w:t xml:space="preserve">[51:26] </w:t>
      </w:r>
      <w:r>
        <w:t>is ka tarjuma yeh hai ke momin to woh hai ke jab Allah ka zikr kiya jaye to us ke dil dehal uthein, wajilat quloob, pani ka dil dehal uthe.</w:t>
      </w:r>
    </w:p>
    <w:p>
      <w:pPr>
        <w:jc w:val="right"/>
      </w:pPr>
      <w:r>
        <w:t>اس کا ترجمہ یہ ہے کہ مومن تو وہ ہے کہ جب اللہ کا ذکر کیا جائے تو اس کے دل دہل اٹھیں، وجلت قلوب، پانی کا دل دہل اٹھے۔</w:t>
      </w:r>
    </w:p>
    <w:p>
      <w:r>
        <w:rPr>
          <w:b/>
        </w:rPr>
        <w:t xml:space="preserve">[51:40] </w:t>
      </w:r>
      <w:r>
        <w:t>yahi to hai brainstorming.</w:t>
      </w:r>
    </w:p>
    <w:p>
      <w:pPr>
        <w:jc w:val="right"/>
      </w:pPr>
      <w:r>
        <w:t>یہی تو ہے برین اسٹارمنگ۔</w:t>
      </w:r>
    </w:p>
    <w:p>
      <w:r>
        <w:rPr>
          <w:b/>
        </w:rPr>
        <w:t xml:space="preserve">[51:46] </w:t>
      </w:r>
      <w:r>
        <w:t>is ka lafzi tarjuma hai ke dil dahal uthein. in al momin allazina iza zukir allahu wajilat qulubuh</w:t>
      </w:r>
    </w:p>
    <w:p>
      <w:pPr>
        <w:jc w:val="right"/>
      </w:pPr>
      <w:r>
        <w:t>اس کا لفظی ترجمہ ہے کہ دل دہل اٹھیں۔ إن المؤمن الذین إذا ذکر اللہ وجلت قلوبہ</w:t>
      </w:r>
    </w:p>
    <w:p>
      <w:r>
        <w:rPr>
          <w:b/>
        </w:rPr>
        <w:t xml:space="preserve">[51:54] </w:t>
      </w:r>
      <w:r>
        <w:t>ke momin woh hain ke jab un ke samne allah ka zikr kiya jaye to un ke dil dahal uthein. isi ko aaj kal ki zaban mein kaha jata hai brain storming, kyunke allah ka zikr kamane yeh nahi ke sirf alf lam hai ka zikr kiya gaya.</w:t>
      </w:r>
    </w:p>
    <w:p>
      <w:pPr>
        <w:jc w:val="right"/>
      </w:pPr>
      <w:r>
        <w:t>کہ مومن وہ ہیں کہ جب ان کے سامنے اللہ کا ذکر کیا جائے تو ان کے دل دہل اٹھیں۔ اسی کو آج کل کی زبان میں کہا جاتا ہے برین اسٹارمنگ، کیونکہ اللہ کا ذکر کمانے یہ نہیں کہ صرف الف لام ہے کا ذکر کیا گیا۔</w:t>
      </w:r>
    </w:p>
    <w:p>
      <w:r>
        <w:rPr>
          <w:b/>
        </w:rPr>
        <w:t xml:space="preserve">[52:13] </w:t>
      </w:r>
      <w:r>
        <w:t>allah ka jab aya to momin ko kya hota hai? momin ko to admi tasawwur aa jata hai ke kaisa azeem hai woh khuda, jo itni bari kainat ko takhleeq kiya</w:t>
      </w:r>
    </w:p>
    <w:p>
      <w:pPr>
        <w:jc w:val="right"/>
      </w:pPr>
      <w:r>
        <w:t>اللہ کا جب آیا تو مومن کو کیا ہوتا ہے؟ مومن کو تو آدمی تصور آ جاتا ہے کہ کیسا عظیم ہے وہ خدا، جو اتنی بڑی کائنات کو تخلیق کیا</w:t>
      </w:r>
    </w:p>
    <w:p>
      <w:r>
        <w:rPr>
          <w:b/>
        </w:rPr>
        <w:t xml:space="preserve">[52:24] </w:t>
      </w:r>
      <w:r>
        <w:t>, ke itna azeem hai khuda, jis ne itni bari kainat ko sambhale hue hain. kitna zyada bara, yani mein depend karta hoon allah ki blessing par.</w:t>
      </w:r>
    </w:p>
    <w:p>
      <w:pPr>
        <w:jc w:val="right"/>
      </w:pPr>
      <w:r>
        <w:t>، کہ اتنا عظیم ہے خدا، جس نے اتنی بڑی کائنات کو سنبھالے ہوئے ہیں۔ کتنا زیادہ بڑا، یعنی میں ڈیپینڈ کرتا ہوں اللہ کی بلیسنگ پر۔</w:t>
      </w:r>
    </w:p>
    <w:p>
      <w:r>
        <w:rPr>
          <w:b/>
        </w:rPr>
        <w:t xml:space="preserve">[52:37] </w:t>
      </w:r>
      <w:r>
        <w:t>isi se, yani isi ki blessing hogi to dunya mein bhi, yeh kamyabi hogi. isi ki blessing hogi to akhirat mein bhi, jannat mein bhi. yeh sari cheezein yaad jab ati hain is ko to to wohi hota hai ke dil dahal uthta hai,</w:t>
      </w:r>
    </w:p>
    <w:p>
      <w:pPr>
        <w:jc w:val="right"/>
      </w:pPr>
      <w:r>
        <w:t>اسی سے، یعنی اسی کی بلیسنگ ہوگی تو دنیا میں بھی، یہ کامیابی ہوگی۔ اسی کی بلیسنگ ہوگی تو آخرت میں بھی، جنت میں بھی۔ یہ ساری چیزیں یاد جب آتی ہیں اس کو تو تو وہی ہوتا ہے کہ دل دہل اٹھتا ہے،</w:t>
      </w:r>
    </w:p>
    <w:p>
      <w:r>
        <w:rPr>
          <w:b/>
        </w:rPr>
        <w:t xml:space="preserve">[52:52] </w:t>
      </w:r>
      <w:r>
        <w:t>yani brain storming ati hai.</w:t>
      </w:r>
    </w:p>
    <w:p>
      <w:pPr>
        <w:jc w:val="right"/>
      </w:pPr>
      <w:r>
        <w:t>یعنی برین اسٹارمنگ آتی ہے۔</w:t>
      </w:r>
    </w:p>
    <w:p>
      <w:r>
        <w:rPr>
          <w:b/>
        </w:rPr>
        <w:t xml:space="preserve">[52:54] </w:t>
      </w:r>
      <w:r>
        <w:t>jab brain storming ati hai to is ke iman mein tarraqi hoti hai, marfat mein tarraqi hoti hai. maulana, agla sawal hai miss raziya ka, jamiya millia islamia, urdu department se.</w:t>
      </w:r>
    </w:p>
    <w:p>
      <w:pPr>
        <w:jc w:val="right"/>
      </w:pPr>
      <w:r>
        <w:t>جب برین اسٹارمنگ آتی ہے تو اس کے ایمان میں ترقی ہوتی ہے، معرفت میں ترقی ہوتی ہے۔ مولانا، اگلا سوال ہے مس راضیہ کا، جامعہ ملیہ اسلامیہ، اردو ڈیپارٹمنٹ سے۔</w:t>
      </w:r>
    </w:p>
    <w:p>
      <w:r>
        <w:rPr>
          <w:b/>
        </w:rPr>
        <w:t xml:space="preserve">[53:06] </w:t>
      </w:r>
      <w:r>
        <w:t>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p>
    <w:p>
      <w:pPr>
        <w:jc w:val="right"/>
      </w:pPr>
      <w:r>
        <w:t>انہوں نے لکھا ہے: "مولانا، آپ نے جو توبہ کا پروسیس بتایا، اس کے لیے شکریہ۔ میرے دل کو اس کی تلاش تھی۔ ایک بات اور جاننا چاہتی ہوں کہ جو غلطی ہو گئی ہے تو کیا توبہ کے پروسیس سے گزرنے کے بعد بھی اس غلطی کی سزا ہمیں آخرت میں دی جائے گی یا وہ ہمارے ریکارڈ سے مٹا دی جائے گی؟" ریکارڈ سے نکال دی جائے گی۔</w:t>
      </w:r>
    </w:p>
    <w:p>
      <w:r>
        <w:rPr>
          <w:b/>
        </w:rPr>
        <w:t xml:space="preserve">[53:34] </w:t>
      </w:r>
      <w:r>
        <w:t>woh quran mein likhi ek ayat hai:</w:t>
      </w:r>
    </w:p>
    <w:p>
      <w:pPr>
        <w:jc w:val="right"/>
      </w:pPr>
      <w:r>
        <w:t>وہ قرآن میں لکھی ایک آیت ہے:</w:t>
      </w:r>
    </w:p>
    <w:p>
      <w:r>
        <w:rPr>
          <w:b/>
        </w:rPr>
        <w:t xml:space="preserve">[53:39] </w:t>
      </w:r>
      <w:r>
        <w:t>wama yaghfir uz zunuba illa allah</w:t>
      </w:r>
    </w:p>
    <w:p>
      <w:pPr>
        <w:jc w:val="right"/>
      </w:pPr>
      <w:r>
        <w:t>وَمَا يَغْفِرُ الذُّنُوبَ إِلَّا اللَّهُ</w:t>
      </w:r>
    </w:p>
    <w:p>
      <w:r>
        <w:rPr>
          <w:b/>
        </w:rPr>
        <w:t xml:space="preserve">[53:43] </w:t>
      </w:r>
      <w:r>
        <w:t>allah ke siwa kon hai jo gunahon ko maaf kare? to aaj kal ki zaban mein mein yeh kehta hoon ke allah ke siwa kon hai jo mere nama-e-aamal se kisi cheez ko delete kar de?</w:t>
      </w:r>
    </w:p>
    <w:p>
      <w:pPr>
        <w:jc w:val="right"/>
      </w:pPr>
      <w:r>
        <w:t>اللہ کے سوا کون ہے جو گناہوں کو معاف کرے؟ تو آج کل کی زبان میں میں یہ کہتا ہوں کہ اللہ کے سوا کون ہے جو میرے نامہ اعمال سے کسی چیز کو ڈیلیٹ کر دے؟</w:t>
      </w:r>
    </w:p>
    <w:p>
      <w:r>
        <w:rPr>
          <w:b/>
        </w:rPr>
        <w:t xml:space="preserve">[53:56] </w:t>
      </w:r>
      <w:r>
        <w:t>woh jis ko aaj kal hum kehte hain delete karna, wohi murad hai is se. wohi murad hai</w:t>
      </w:r>
    </w:p>
    <w:p>
      <w:pPr>
        <w:jc w:val="right"/>
      </w:pPr>
      <w:r>
        <w:t>وہ جس کو آج کل ہم کہتے ہیں ڈیلیٹ کرنا، وہی مراد ہے اس سے۔ وہی مراد ہے</w:t>
      </w:r>
    </w:p>
    <w:p>
      <w:r>
        <w:rPr>
          <w:b/>
        </w:rPr>
        <w:t xml:space="preserve">[54:03] </w:t>
      </w:r>
      <w:r>
        <w:t>wama yaghfir uz zunuba illa allah yani yeh mamlat insan ke aamal jo hain, woh ek pura ek universe hai. insan in sare aamal mein jo lakhon karoron item hain, is mein se is item ko hadaf karna jo matloob nahi hai,</w:t>
      </w:r>
    </w:p>
    <w:p>
      <w:pPr>
        <w:jc w:val="right"/>
      </w:pPr>
      <w:r>
        <w:t>وَمَا يَغْفِرُ الذُّنُوبَ إِلَّا اللَّهُ یعنی یہ معاملات انسان کے اعمال جو ہیں، وہ ایک پورا ایک خود ایک یونیورس ہے۔ انسان ان سارے اعمال میں جو لاکھوں کروڑوں آئٹم ہیں، اس میں سے اس آئٹم کو حذف کرنا جو مطلوب نہیں ہے،</w:t>
      </w:r>
    </w:p>
    <w:p>
      <w:r>
        <w:rPr>
          <w:b/>
        </w:rPr>
        <w:t xml:space="preserve">[54:21] </w:t>
      </w:r>
      <w:r>
        <w:t>to k</w:t>
      </w:r>
    </w:p>
    <w:p>
      <w:pPr>
        <w:jc w:val="right"/>
      </w:pPr>
      <w:r>
        <w:t>تو ک</w:t>
      </w:r>
    </w:p>
    <w:p>
      <w:r>
        <w:rPr>
          <w:b/>
        </w:rPr>
        <w:t xml:space="preserve">[54:22] </w:t>
      </w:r>
      <w:r>
        <w:t>un kar sakta hai? allah ke sath koi kar nahi sakta. yeh bas is ko hum aaj kal ki zaban mein kehta hoon ke allah ke sath koi nahi hai jo kisi ke nama-e-aamal se ghair matloob cheezon ko delete kar sake.</w:t>
      </w:r>
    </w:p>
    <w:p>
      <w:pPr>
        <w:jc w:val="right"/>
      </w:pPr>
      <w:r>
        <w:t>ون کر سکتا ہے؟ اللہ کے ساتھ کوئی کر نہیں سکتا۔ یہ بس اس کو ہم آج کل کی زبان میں کہتا ہوں کہ اللہ کے ساتھ کوئی نہیں ہے جو کسی کے نامہ اعمال سے غیر مطلوب چیزوں کو ڈیلیٹ کر سکے۔</w:t>
      </w:r>
    </w:p>
    <w:p>
      <w:r>
        <w:rPr>
          <w:b/>
        </w:rPr>
        <w:t xml:space="preserve">[54:36] </w:t>
      </w:r>
      <w:r>
        <w:t>dusri ayat dekhein, ek aur hai: ya ibadiyallazina asrafu ala anfusihim la taqnatu birah matillah innallaha yaghfir uz zunuba jami'an mein aksar jab quran ko parhta hoon to yeh ayat mujhe lagti hai ke bohat bari rehmat hai insan ke liye.</w:t>
      </w:r>
    </w:p>
    <w:p>
      <w:pPr>
        <w:jc w:val="right"/>
      </w:pPr>
      <w:r>
        <w:t>دوسری آیت دیکھیں، ایک اور ہے: يَا عِبَادِيَ الَّذِينَ أَصْرَفُوا عَلَى أَنْفَسِهِمْ لَا تَقْنَطُوا بِرَحْمَةِ اللَّهِ إِنَّ اللَّهَ يَغْفِرُ الذُّنُوبَ جَمِيعًا میں اکثر جب قرآن کو پڑھتا ہوں تو یہ آیت مجھے لگتی ہے کہ بہت بڑی رحمت ہے انسان کے لیے۔</w:t>
      </w:r>
    </w:p>
    <w:p>
      <w:r>
        <w:rPr>
          <w:b/>
        </w:rPr>
        <w:t xml:space="preserve">[54:56] </w:t>
      </w:r>
      <w:r>
        <w:t>ajeeb ghareeb rehmat hai. is ka tarjuma yeh hai: aye mere bando jinhone apni janon par zulm kiya hai, ziyadati ki hai,</w:t>
      </w:r>
    </w:p>
    <w:p>
      <w:pPr>
        <w:jc w:val="right"/>
      </w:pPr>
      <w:r>
        <w:t>عجیب غریب رحمت ہے۔ اس کا ترجمہ یہ ہے: اے میرے بندوں جنہوں نے اپنی جانوں پر ظلم کیا ہے، زیادتی کی ہے،</w:t>
      </w:r>
    </w:p>
    <w:p>
      <w:r>
        <w:rPr>
          <w:b/>
        </w:rPr>
        <w:t xml:space="preserve">[55:11] </w:t>
      </w:r>
      <w:r>
        <w:t>to tum mayos na ho,</w:t>
      </w:r>
    </w:p>
    <w:p>
      <w:pPr>
        <w:jc w:val="right"/>
      </w:pPr>
      <w:r>
        <w:t>تو تم مایوس نہ ہو،</w:t>
      </w:r>
    </w:p>
    <w:p>
      <w:r>
        <w:rPr>
          <w:b/>
        </w:rPr>
        <w:t xml:space="preserve">[55:17] </w:t>
      </w:r>
      <w:r>
        <w:t>kyunke allah sare hi gunahon ko maaf kar kar sakta hai. fa innallaha yaghfir uz zunub</w:t>
      </w:r>
    </w:p>
    <w:p>
      <w:pPr>
        <w:jc w:val="right"/>
      </w:pPr>
      <w:r>
        <w:t>کیونکہ اللہ سارے ہی گناہوں کو معاف کر کر سکتا ہے۔ فَإِنَّ اللَّهَ يَغْفِرُ الذُّنُوبَ</w:t>
      </w:r>
    </w:p>
    <w:p>
      <w:r>
        <w:rPr>
          <w:b/>
        </w:rPr>
        <w:t xml:space="preserve">[55:25] </w:t>
      </w:r>
      <w:r>
        <w:t>jami'an is mein dekhiye, koi cheez exempted nahi hai, koi cheez exempted nahi hai.</w:t>
      </w:r>
    </w:p>
    <w:p>
      <w:pPr>
        <w:jc w:val="right"/>
      </w:pPr>
      <w:r>
        <w:t>جَمِيعًا اس میں دیکھیے، کوئی چیز ایگزیمپٹڈ نہیں ہے، کوئی چیز ایگزیمپٹڈ نہیں ہے۔</w:t>
      </w:r>
    </w:p>
    <w:p>
      <w:r>
        <w:rPr>
          <w:b/>
        </w:rPr>
        <w:t xml:space="preserve">[55:35] </w:t>
      </w:r>
      <w:r>
        <w:t>to islam mein jo tasawwur diya gaya hai, woh yeh hai ke banda agar sachi tauba kare, tauba sachi tauba hua nahi ke munh se bol diya to sachi tauba ho gayi.</w:t>
      </w:r>
    </w:p>
    <w:p>
      <w:pPr>
        <w:jc w:val="right"/>
      </w:pPr>
      <w:r>
        <w:t>تو اسلام میں جو تصور دیا گیا ہے، وہ یہ ہے کہ بندہ اگر سچی توبہ کرے، توبہ سچی توبہ ہوا نہیں کہ منہ سے بول دیا تو سچی توبہ ہو گئی۔</w:t>
      </w:r>
    </w:p>
    <w:p>
      <w:r>
        <w:rPr>
          <w:b/>
        </w:rPr>
        <w:t xml:space="preserve">[55:48] </w:t>
      </w:r>
      <w:r>
        <w:t>woh process chalaye apne andar, woh process to zaroor is ki maaf</w:t>
      </w:r>
    </w:p>
    <w:p>
      <w:pPr>
        <w:jc w:val="right"/>
      </w:pPr>
      <w:r>
        <w:t>وہ پروسیس چلائے اپنے اندر، وہ پروسیس تو ضرور اس کی معاف</w:t>
      </w:r>
    </w:p>
    <w:p>
      <w:r>
        <w:rPr>
          <w:b/>
        </w:rPr>
        <w:t xml:space="preserve">[55:53] </w:t>
      </w:r>
      <w:r>
        <w:t>i ho jayegi. is tarah sab delete kar diya jayega, aur tauba ka yani moqa insan ko aakhri waqt tak diya gaya hai.</w:t>
      </w:r>
    </w:p>
    <w:p>
      <w:pPr>
        <w:jc w:val="right"/>
      </w:pPr>
      <w:r>
        <w:t>ی ہو جائے گی۔ اس طرح سب ڈیلیٹ کر دیا جائے گا، اور توبہ کا یعنی موقع انسان کو آخری وقت تک دیا گیا ہے۔</w:t>
      </w:r>
    </w:p>
    <w:p>
      <w:r>
        <w:rPr>
          <w:b/>
        </w:rPr>
        <w:t xml:space="preserve">[56:04] </w:t>
      </w:r>
      <w:r>
        <w:t>jo aaj hadith mein ata hai ke innallaha yaghfir ut taubata ma' al mughriqi yani maut ke aakhri waqt tak insan ko moqa diya jata hai ke woh tauba kare aur is ko maafi mil jaye.</w:t>
      </w:r>
    </w:p>
    <w:p>
      <w:pPr>
        <w:jc w:val="right"/>
      </w:pPr>
      <w:r>
        <w:t>جو آج حدیث میں آتا ہے کہ إِنَّ اللَّهَ يَغْفِرُ التَّوبَةَ مَعَ الْمُغْرِقِ یعنی موت کے آخری وقت تک انسان کو موقع دیا جاتا ہے کہ وہ توبہ کرے اور اس کو معافی مل جائے۔</w:t>
      </w:r>
    </w:p>
    <w:p>
      <w:r>
        <w:rPr>
          <w:b/>
        </w:rPr>
        <w:t xml:space="preserve">[56:18] </w:t>
      </w:r>
      <w:r>
        <w:t>to maghfirat ka jo tasawwur hai islam mein, woh to bohat hi wasee hai.</w:t>
      </w:r>
    </w:p>
    <w:p>
      <w:pPr>
        <w:jc w:val="right"/>
      </w:pPr>
      <w:r>
        <w:t>تو مغفرت کا جو تصور ہے اسلام میں، وہ تو بہت ہی وسیع ہے۔</w:t>
      </w:r>
    </w:p>
    <w:p>
      <w:r>
        <w:rPr>
          <w:b/>
        </w:rPr>
        <w:t xml:space="preserve">[56:23] </w:t>
      </w:r>
      <w:r>
        <w:t>koi cheez is mein exempted nahi hai.</w:t>
      </w:r>
    </w:p>
    <w:p>
      <w:pPr>
        <w:jc w:val="right"/>
      </w:pPr>
      <w:r>
        <w:t>کوئی چیز اس میں ایگزیمپٹڈ نہیں ہے۔</w:t>
      </w:r>
    </w:p>
    <w:p>
      <w:r>
        <w:rPr>
          <w:b/>
        </w:rPr>
        <w:t xml:space="preserve">[56:28] </w:t>
      </w:r>
      <w:r>
        <w:t>molana, agla sawal hai zaheer uddin khwaja sahab ka, rae chor se. unhon ne likha hai: rabana atina fid dunya hasana ka matlab kya hai?</w:t>
      </w:r>
    </w:p>
    <w:p>
      <w:pPr>
        <w:jc w:val="right"/>
      </w:pPr>
      <w:r>
        <w:t>مولانا، اگلا سوال ہے ظہیر الدین خواجہ صاحب کا، رائے چور سے۔ انہوں نے لکھا ہے: مَوْلَانَا رَبَّنَا آتِنَا فِي الدُّنْيَا حَسَنًا کا مطلب کیا ہے؟</w:t>
      </w:r>
    </w:p>
    <w:p>
      <w:r>
        <w:rPr>
          <w:b/>
        </w:rPr>
        <w:t xml:space="preserve">[56:43] </w:t>
      </w:r>
      <w:r>
        <w:t>dekhen, yeh ayat, yeh yeh ayat ek dua hai jo quran mein aayi hai:</w:t>
      </w:r>
    </w:p>
    <w:p>
      <w:pPr>
        <w:jc w:val="right"/>
      </w:pPr>
      <w:r>
        <w:t>دیکھیں، یہ آیت، یہ یہ آیت ایک دعا ہے جو قرآن میں آئی ہے:</w:t>
      </w:r>
    </w:p>
    <w:p>
      <w:r>
        <w:rPr>
          <w:b/>
        </w:rPr>
        <w:t xml:space="preserve">[56:49] </w:t>
      </w:r>
      <w:r>
        <w:t>rabana atina fid dunya hasana wa fid akhirati hasana wa qina azab an nar. ae hamare rab, hamein dunya mein hasana de,</w:t>
      </w:r>
    </w:p>
    <w:p>
      <w:pPr>
        <w:jc w:val="right"/>
      </w:pPr>
      <w:r>
        <w:t>رَبَّنَا آتِنَا فِي الدُّنْيَا حَسَنًا وَفِي الْآخِرَةِ حَسَنًا وَقِنَا عَذَابَ النَّارِ اے ہمارے رب، ہمیں دنیا میں حسنہ دے،</w:t>
      </w:r>
    </w:p>
    <w:p>
      <w:r>
        <w:rPr>
          <w:b/>
        </w:rPr>
        <w:t xml:space="preserve">[57:02] </w:t>
      </w:r>
      <w:r>
        <w:t>achhai de, aur akhirat mein achhai de,</w:t>
      </w:r>
    </w:p>
    <w:p>
      <w:pPr>
        <w:jc w:val="right"/>
      </w:pPr>
      <w:r>
        <w:t>اچھائی دے، اور آخرت میں اچھائی دے،</w:t>
      </w:r>
    </w:p>
    <w:p>
      <w:r>
        <w:rPr>
          <w:b/>
        </w:rPr>
        <w:t xml:space="preserve">[57:09] </w:t>
      </w:r>
      <w:r>
        <w:t>aur hamare gunahon ko maaf farma. dekhen, log samajhte hain ke hasana se murad hai</w:t>
      </w:r>
    </w:p>
    <w:p>
      <w:pPr>
        <w:jc w:val="right"/>
      </w:pPr>
      <w:r>
        <w:t>اور ہمارے گناہوں کو معاف فرما۔ دیکھیں، لوگ سمجھتے ہیں کہ حسنہ سے مراد ہے</w:t>
      </w:r>
    </w:p>
    <w:p>
      <w:r>
        <w:rPr>
          <w:b/>
        </w:rPr>
        <w:t xml:space="preserve">[57:17] </w:t>
      </w:r>
      <w:r>
        <w:t>wo cheez jo yani hasana dunya se murad hai, wo cheez jis ko log samajhte hain hasana, yani car ho, kothi ho, makan. yeh matlab nahi hai. dunya mein hamein wo hasana de jo tere nazdeek hasana hai,</w:t>
      </w:r>
    </w:p>
    <w:p>
      <w:pPr>
        <w:jc w:val="right"/>
      </w:pPr>
      <w:r>
        <w:t>وہ چیز جو یعنی حسنہ دنیا سے مراد ہے، وہ چیز جس کو لوگ سمجھتے ہیں حسنہ، یعنی کار ہو، کوٹھی ہو، مکان۔ یہ مطلب نہیں ہے۔ دنیا میں ہمیں وہ حسنہ دے جو تیرے نزدیک حسنہ ہے،</w:t>
      </w:r>
    </w:p>
    <w:p>
      <w:r>
        <w:rPr>
          <w:b/>
        </w:rPr>
        <w:t xml:space="preserve">[57:30] </w:t>
      </w:r>
      <w:r>
        <w:t>aur akhirat mein hum ko wo hasana de jo tere nazdeek hasana hai. yeh khayal, is ka matlab yeh nahi ke dene wala khuda hai, aur is ka mayar muqarrar wala mein hoon.</w:t>
      </w:r>
    </w:p>
    <w:p>
      <w:pPr>
        <w:jc w:val="right"/>
      </w:pPr>
      <w:r>
        <w:t>اور آخرت میں ہم کو وہ حسنہ دے جو تیرے نزدیک حسنہ ہے۔ یہ خیال، اس کا مطلب یہ نہیں کہ دینے والا خدا ہے، اور اس کا معیار مقرر والا میں ہوں۔</w:t>
      </w:r>
    </w:p>
    <w:p>
      <w:r>
        <w:rPr>
          <w:b/>
        </w:rPr>
        <w:t xml:space="preserve">[57:40] </w:t>
      </w:r>
      <w:r>
        <w:t>yeh matlab nahi hai, hargiz yeh matlab nahi</w:t>
      </w:r>
    </w:p>
    <w:p>
      <w:pPr>
        <w:jc w:val="right"/>
      </w:pPr>
      <w:r>
        <w:t>یہ مطلب نہیں ہے، ہرگز یہ مطلب نہیں</w:t>
      </w:r>
    </w:p>
    <w:p>
      <w:r>
        <w:rPr>
          <w:b/>
        </w:rPr>
        <w:t xml:space="preserve">[57:44] </w:t>
      </w:r>
      <w:r>
        <w:t>hai. rabana atina fid dunya hasana wa fid akhirati hasana yani ae hamare rab, dunya mein hum ko wo hasana de jo tere nazdeek hasana hai,</w:t>
      </w:r>
    </w:p>
    <w:p>
      <w:pPr>
        <w:jc w:val="right"/>
      </w:pPr>
      <w:r>
        <w:t>ہے۔ رَبَّنَا آتِنَا فِي الدُّنْيَا حَسَنًا وَفِي الْآخِرَةِ حَسَنًا یعنی اے ہمارے رب، دنیا میں ہم کو وہ حسنہ دے جو تیرے نزدیک حسنہ ہے،</w:t>
      </w:r>
    </w:p>
    <w:p>
      <w:r>
        <w:rPr>
          <w:b/>
        </w:rPr>
        <w:t xml:space="preserve">[57:58] </w:t>
      </w:r>
      <w:r>
        <w:t>aur akhirat mein hum ko, hum ko wo hasana de jo tere nazdeek hasana hai. yeh matlab hai is ka.</w:t>
      </w:r>
    </w:p>
    <w:p>
      <w:pPr>
        <w:jc w:val="right"/>
      </w:pPr>
      <w:r>
        <w:t>اور آخرت میں ہم کو، ہم کو وہ حسنہ دے جو تیرے نزدیک حسنہ ہے۔ یہ مطلب ہے اس کا۔</w:t>
      </w:r>
    </w:p>
    <w:p>
      <w:r>
        <w:rPr>
          <w:b/>
        </w:rPr>
        <w:t xml:space="preserve">[58:06] </w:t>
      </w:r>
      <w:r>
        <w:t>aksar log is ko ulte mani mein le lete hain, lekin wo bilkul galat hai.</w:t>
      </w:r>
    </w:p>
    <w:p>
      <w:pPr>
        <w:jc w:val="right"/>
      </w:pPr>
      <w:r>
        <w:t>اکثر لوگ اس کو الٹے معنی میں لے لیتے ہیں، لیکن وہ بالکل غلط ہے۔</w:t>
      </w:r>
    </w:p>
    <w:p>
      <w:r>
        <w:rPr>
          <w:b/>
        </w:rPr>
        <w:t xml:space="preserve">[58:12] </w:t>
      </w:r>
      <w:r>
        <w:t>molana, agla sawal hai molana iqbal umri sahab ka, tamil nadu se. unhon ne likha hai: aap ne apne bare mein likha hai ke mein ek fikri hevan, thinking animal hoon.</w:t>
      </w:r>
    </w:p>
    <w:p>
      <w:pPr>
        <w:jc w:val="right"/>
      </w:pPr>
      <w:r>
        <w:t>مولانا، اگلا سوال ہے مولانا اقبال عمری صاحب کا، تمل ناڈو سے۔ انہوں نے لکھا ہے: آپ نے اپنے بارے میں لکھا ہے کہ میں ایک فکری حیوان، تھنکنگ اینیمل ہوں۔</w:t>
      </w:r>
    </w:p>
    <w:p>
      <w:r>
        <w:rPr>
          <w:b/>
        </w:rPr>
        <w:t xml:space="preserve">[58:25] </w:t>
      </w:r>
      <w:r>
        <w:t>molana, agar aap ko quran aur hadith rasool se rehnumai na milti to aap jaise insan ka kya haal hota?</w:t>
      </w:r>
    </w:p>
    <w:p>
      <w:pPr>
        <w:jc w:val="right"/>
      </w:pPr>
      <w:r>
        <w:t>مولانا، اگر آپ کو قرآن اور حدیث رسول سے رہنمائی نہ ملتی تو آپ جیسے انسان کا کیا حال ہوتا؟</w:t>
      </w:r>
    </w:p>
    <w:p>
      <w:r>
        <w:rPr>
          <w:b/>
        </w:rPr>
        <w:t xml:space="preserve">[58:36] </w:t>
      </w:r>
      <w:r>
        <w:t>mein to apni parhaiyon mein aksar ro ro kar kehta hoon apne aap se ke khuda ya, agar quran na hota, peghambar allah ne na bheja hota to kya hota mera haal?</w:t>
      </w:r>
    </w:p>
    <w:p>
      <w:pPr>
        <w:jc w:val="right"/>
      </w:pPr>
      <w:r>
        <w:t>میں تو اپنی پڑھائیوں میں اکثر رو رو کر کہتا ہوں اپنے آپ سے کہ خدایا، اگر قرآن نہ ہوتا، پیغمبر اللہ نے نہ بھیجا ہوتا تو کیا ہوتا میرا حال؟</w:t>
      </w:r>
    </w:p>
    <w:p>
      <w:r>
        <w:rPr>
          <w:b/>
        </w:rPr>
        <w:t xml:space="preserve">[58:55] </w:t>
      </w:r>
      <w:r>
        <w:t>yaad rakhiye, insan jo hai wa ma utitiya min alimin illa qalil</w:t>
      </w:r>
    </w:p>
    <w:p>
      <w:pPr>
        <w:jc w:val="right"/>
      </w:pPr>
      <w:r>
        <w:t>یاد رکھیے، انسان جو ہے وَمَا أُوتِيتُ مِنْ عَلِيمٍ إِلَّا قَلِيل</w:t>
      </w:r>
    </w:p>
    <w:p>
      <w:r>
        <w:rPr>
          <w:b/>
        </w:rPr>
        <w:t xml:space="preserve">[59:00] </w:t>
      </w:r>
      <w:r>
        <w:t>an insan ke potential bohat zyada hain, lekin sath sath is ke limitations bhi bohat zyada hain. hamein ek ek ek ek basic guidance chahiye.</w:t>
      </w:r>
    </w:p>
    <w:p>
      <w:pPr>
        <w:jc w:val="right"/>
      </w:pPr>
      <w:r>
        <w:t>ًا انسان کے پوٹینشل بہت زیادہ ہیں، لیکن ساتھ ساتھ اس کے لیمیٹیشنز بھی بہت زیادہ ہیں۔ ہمیں ایک ایک ایک ایک بیسک گائیڈنس چاہیے۔</w:t>
      </w:r>
    </w:p>
    <w:p>
      <w:r>
        <w:rPr>
          <w:b/>
        </w:rPr>
        <w:t xml:space="preserve">[59:14] </w:t>
      </w:r>
      <w:r>
        <w:t>agar basic guidance hamare paas na ho, ek model chahiye. agar model hamare paas na ho to hum phat jayenge. rasool allah hamare liye model hain, quran hamare liye basic guidance deta hai.</w:t>
      </w:r>
    </w:p>
    <w:p>
      <w:pPr>
        <w:jc w:val="right"/>
      </w:pPr>
      <w:r>
        <w:t>اگر بیسک گائیڈنس ہمارے پاس نہ ہو، ایک ماڈل چاہیے۔ اگر ماڈل ہمارے پاس نہ ہو تو ہم پھٹ جائیں گے۔ رسول اللہ ہمارے لیے ماڈل ہیں، قرآن ہمارے لیے بیسک گائیڈنس دیتا ہے۔</w:t>
      </w:r>
    </w:p>
    <w:p>
      <w:r>
        <w:rPr>
          <w:b/>
        </w:rPr>
        <w:t xml:space="preserve">[59:30] </w:t>
      </w:r>
      <w:r>
        <w:t>mehaz aql hargiz kafi nahi hai ke aap sachai tak pahunch jayen. kisi bhi insan ke liye, kisi bhi insan ke liye.</w:t>
      </w:r>
    </w:p>
    <w:p>
      <w:pPr>
        <w:jc w:val="right"/>
      </w:pPr>
      <w:r>
        <w:t>محض عقل ہرگز کافی نہیں ہے کہ آپ سچائی تک پہنچ جائیں۔ کسی بھی انسان کے لیے، کسی بھی انسان کے لیے۔</w:t>
      </w:r>
    </w:p>
    <w:p>
      <w:r>
        <w:rPr>
          <w:b/>
        </w:rPr>
        <w:t xml:space="preserve">[59:40] </w:t>
      </w:r>
      <w:r>
        <w:t>khud quran mein rasool allah ki ayat hai ke wa wajadaka zalan fa hada to rasool ke liye bhi zaroori tha ke us ko allah ki hidayat aaye, tab wo paye hidayat ko.</w:t>
      </w:r>
    </w:p>
    <w:p>
      <w:pPr>
        <w:jc w:val="right"/>
      </w:pPr>
      <w:r>
        <w:t>خود قرآن میں رسول اللہ کی آیت ہے کہ وَوَجَدَكَ ذَالًا فَهَدَى تو رسول کے لیے بھی ضروری تھا کہ اس کو اللہ کی ہدایت آئے، تب وہ پائے ہدایت کو۔</w:t>
      </w:r>
    </w:p>
    <w:p>
      <w:r>
        <w:rPr>
          <w:b/>
        </w:rPr>
        <w:t xml:space="preserve">[59:52] </w:t>
      </w:r>
      <w:r>
        <w:t>apne aap hi nahi pa lega, wo to koi aur insan kaise pa sakta hai?</w:t>
      </w:r>
    </w:p>
    <w:p>
      <w:pPr>
        <w:jc w:val="right"/>
      </w:pPr>
      <w:r>
        <w:t>اپنے آپ ہی نہیں پا لے گا، وہ تو کوئی اور انسان کیسے پا سکتا ہے؟</w:t>
      </w:r>
    </w:p>
    <w:p>
      <w:r>
        <w:rPr>
          <w:b/>
        </w:rPr>
        <w:t xml:space="preserve">[59:58] </w:t>
      </w:r>
      <w:r>
        <w:t>to yeh ek haqiqat hai ke insan ko allah ne be panah potential ke sath paida kiya. is ke bawajood us ko zaroorat hai ke us ko allah ki guidance mile aur allah ke rasool ka model mile, tab wo sachai par qaim ho sakta hai.</w:t>
      </w:r>
    </w:p>
    <w:p>
      <w:pPr>
        <w:jc w:val="right"/>
      </w:pPr>
      <w:r>
        <w:t>تو یہ ایک حقیقت ہے کہ انسان کو اللہ نے بے پناہ پوٹینشل کے ساتھ پیدا کیا۔ اس کے باوجود اس کو ضرورت ہے کہ اس کو اللہ کی گائیڈنس ملے اور اللہ کے رسول کا ماڈل ملے، تب وہ سچائی پر قائم ہو سکتا ہے۔</w:t>
      </w:r>
    </w:p>
    <w:p>
      <w:r>
        <w:rPr>
          <w:b/>
        </w:rPr>
        <w:t xml:space="preserve">[1:00:19] </w:t>
      </w:r>
      <w:r>
        <w:t>molana, agla sawal hai shafi ahmed sahab ka, vishakhapatnam se.</w:t>
      </w:r>
    </w:p>
    <w:p>
      <w:pPr>
        <w:jc w:val="right"/>
      </w:pPr>
      <w:r>
        <w:t>مولانا، اگلا سوال ہے شفیع احمد صاحب کا، وشاکھا پٹنم سے۔</w:t>
      </w:r>
    </w:p>
    <w:p>
      <w:r>
        <w:rPr>
          <w:b/>
        </w:rPr>
        <w:t xml:space="preserve">[1:00:23] </w:t>
      </w:r>
      <w:r>
        <w:t>unhon ne likha hai: molana, agar koi bimar ho gaya ya pareshani mein mubtala ho gaya to log kehte hain ke us ke par jadoo ho gaya.</w:t>
      </w:r>
    </w:p>
    <w:p>
      <w:pPr>
        <w:jc w:val="right"/>
      </w:pPr>
      <w:r>
        <w:t>انہوں نے لکھا ہے: مولانا، اگر کوئی بیمار ہو گیا یا پریشانی میں مبتلا ہو گیا تو لوگ کہتے ہیں کہ اس کے پر جادو ہو گیا۔</w:t>
      </w:r>
    </w:p>
    <w:p>
      <w:r>
        <w:rPr>
          <w:b/>
        </w:rPr>
        <w:t xml:space="preserve">[1:00:33] </w:t>
      </w:r>
      <w:r>
        <w:t>molana, kya jadoo ki koi haqiqat hai? dekhen, mein to jadoo ki haqiqat par nahi manta, bilkul nahi manta is ko.</w:t>
      </w:r>
    </w:p>
    <w:p>
      <w:pPr>
        <w:jc w:val="right"/>
      </w:pPr>
      <w:r>
        <w:t>مولانا، کیا جادو کی کوئی حقیقت ہے؟ دیکھیں، میں تو جادو کی حقیقت پر نہیں مانتا، بالکل نہیں مانتا اس کو۔</w:t>
      </w:r>
    </w:p>
    <w:p>
      <w:r>
        <w:rPr>
          <w:b/>
        </w:rPr>
        <w:t xml:space="preserve">[1:00:50] </w:t>
      </w:r>
      <w:r>
        <w:t>yeh jo ek waqea jo quran mein aaya hai misr ke saahir ka, firoun ke zamanay ka, to woh us ko mein nazarbadi manta hoon.</w:t>
      </w:r>
    </w:p>
    <w:p>
      <w:pPr>
        <w:jc w:val="right"/>
      </w:pPr>
      <w:r>
        <w:t>یہ جو ایک واقعہ جو قرآن میں آیا ہے مصر کے ساحر کا، فرعون کے زمانے کا، تو وہ اس کو میں نظربندی مانتا ہوں۔</w:t>
      </w:r>
    </w:p>
    <w:p>
      <w:r>
        <w:rPr>
          <w:b/>
        </w:rPr>
        <w:t xml:space="preserve">[1:01:04] </w:t>
      </w:r>
      <w:r>
        <w:t>us ko mein real sense mein, un ki laathiyan aur rasiyan real sense mein saamp ban gayi theen, yeh mein nahi manta. to khud isi pe lagta hai saharu ayyun al-nas khud quran mein</w:t>
      </w:r>
    </w:p>
    <w:p>
      <w:pPr>
        <w:jc w:val="right"/>
      </w:pPr>
      <w:r>
        <w:t>اس کو میں ریئل سینس میں، ان کی لاٹھیاں اور رسیاں ریئل سینس میں سانپ بن گئی تھیں، یہ میں نہیں مانتا۔ تو خود اسی پہ لگتا ہے سَهَرُوا عَيُّنَ النَّاسِ خود قرآن میں</w:t>
      </w:r>
    </w:p>
    <w:p>
      <w:r>
        <w:rPr>
          <w:b/>
        </w:rPr>
        <w:t xml:space="preserve">[1:01:17] </w:t>
      </w:r>
      <w:r>
        <w:t>sahar al-nas yani dekhnay mein laga logon ko ke yeh rasi hai aur nahi hai, balkay saamp hai. us ko aaj kal ki zuban mein kehte hain nazarbadi.</w:t>
      </w:r>
    </w:p>
    <w:p>
      <w:pPr>
        <w:jc w:val="right"/>
      </w:pPr>
      <w:r>
        <w:t>سَهَرُوا عَيُّنَ النَّاسِ یعنی دیکھنے میں لگا لوگوں کو کہ یہ رسی ہے اور نہیں ہے، بلکہ سانپ ہے۔ اس کو آج کل کی زبان میں کہتے ہیں نظربندی۔</w:t>
      </w:r>
    </w:p>
    <w:p>
      <w:r>
        <w:rPr>
          <w:b/>
        </w:rPr>
        <w:t xml:space="preserve">[1:01:28] </w:t>
      </w:r>
      <w:r>
        <w:t>aur yeh jo samjha jata hai ke jinat kuch kar deta hai, to us ke liye to sarahatan quran mein tardeed hai laysa laka alayhim min sultaan tum ko insaan ke oopar koi qudrat nahi hogi.</w:t>
      </w:r>
    </w:p>
    <w:p>
      <w:pPr>
        <w:jc w:val="right"/>
      </w:pPr>
      <w:r>
        <w:t>اور یہ جو سمجھا جاتا ہے کہ جنات کچھ کر دیتا ہے، تو اس کے لیے تو صراحتاً قرآن میں تردید ہے لَيْسَ لَكَ عَلَيْهِمْ مِنْ سُلْطَانٍ تم کو انسان کے اوپر کوئی قدرت نہیں ہوگی۔</w:t>
      </w:r>
    </w:p>
    <w:p>
      <w:r>
        <w:rPr>
          <w:b/>
        </w:rPr>
        <w:t xml:space="preserve">[1:01:43] </w:t>
      </w:r>
      <w:r>
        <w:t>in cheezon ke le kar ke mein nahi manta ke jadu koi aisi mu'assir cheez hai. woh ek, mein us ko nahi manta.</w:t>
      </w:r>
    </w:p>
    <w:p>
      <w:pPr>
        <w:jc w:val="right"/>
      </w:pPr>
      <w:r>
        <w:t>ان چیزوں کے لے کر کے میں نہیں مانتا کہ جادو کوئی ایسی مؤثر چیز ہے۔ وہ ایک، میں اس کو نہیں مانتا۔</w:t>
      </w:r>
    </w:p>
    <w:p>
      <w:r>
        <w:rPr>
          <w:b/>
        </w:rPr>
        <w:t xml:space="preserve">[1:01:55] </w:t>
      </w:r>
      <w:r>
        <w:t>maulana, agla sawal hai from abu sarah hyderabad se. unhon ne likha hai ke seerat ki kitabein jihadi pattern mein kyun likhi gayi hain?</w:t>
      </w:r>
    </w:p>
    <w:p>
      <w:pPr>
        <w:jc w:val="right"/>
      </w:pPr>
      <w:r>
        <w:t>مولانا، اگلا سوال ہے فرام ابو سارہ حیدرآباد سے۔ انہوں نے لکھا ہے کہ سیرت کی کتابیں جہادی پیٹرن میں کیوں لکھی گئی ہیں؟</w:t>
      </w:r>
    </w:p>
    <w:p>
      <w:r>
        <w:rPr>
          <w:b/>
        </w:rPr>
        <w:t xml:space="preserve">[1:02:07] </w:t>
      </w:r>
      <w:r>
        <w:t>is ki wajah se aisa lagta hai ke rasool Allah jihadi paighambar thay.</w:t>
      </w:r>
    </w:p>
    <w:p>
      <w:pPr>
        <w:jc w:val="right"/>
      </w:pPr>
      <w:r>
        <w:t>اس کی وجہ سے ایسا لگتا ہے کہ رسول اللہ جہادی پیغمبر تھے۔</w:t>
      </w:r>
    </w:p>
    <w:p>
      <w:r>
        <w:rPr>
          <w:b/>
        </w:rPr>
        <w:t xml:space="preserve">[1:02:14] </w:t>
      </w:r>
      <w:r>
        <w:t>nahi, dekhen, aisa nahi hai. us ko aap generalize mat kijiye. yeh sahi hai ke yani ghazwati pattern mein likhi gayi kitabein, kyunke qadeem zamanay mein jo tareeqa tha tareekh nigari ka, woh yahi tha.</w:t>
      </w:r>
    </w:p>
    <w:p>
      <w:pPr>
        <w:jc w:val="right"/>
      </w:pPr>
      <w:r>
        <w:t>نہیں، دیکھیں، ایسا نہیں ہے۔ اس کو آپ جنرلائز مت کیجئے۔ یہ صحیح ہے کہ یعنی غزواتی پیٹرن میں لکھی گئی کتابیں، کیونکہ قدیم زمانے میں جو طریقہ تھا تاریخ نگاری کا، وہ یہی تھا۔</w:t>
      </w:r>
    </w:p>
    <w:p>
      <w:r>
        <w:rPr>
          <w:b/>
        </w:rPr>
        <w:t xml:space="preserve">[1:02:32] </w:t>
      </w:r>
      <w:r>
        <w:t>yeh to abdul rehman ibn khaldun ke baad yeh tareeqa paida hua.</w:t>
      </w:r>
    </w:p>
    <w:p>
      <w:pPr>
        <w:jc w:val="right"/>
      </w:pPr>
      <w:r>
        <w:t>یہ تو عبدالرحمن ابن خلدون کے بعد یہ طریقہ پیدا ہوا۔</w:t>
      </w:r>
    </w:p>
    <w:p>
      <w:r>
        <w:rPr>
          <w:b/>
        </w:rPr>
        <w:t xml:space="preserve">[1:02:38] </w:t>
      </w:r>
      <w:r>
        <w:t>to us rasool Allah ke ke baray mein jo seerat kitabein hain, to usi mein na samjhen ke seerat wohi kul seerat ho gayi.</w:t>
      </w:r>
    </w:p>
    <w:p>
      <w:pPr>
        <w:jc w:val="right"/>
      </w:pPr>
      <w:r>
        <w:t>تو اس رسول اللہ کے کے بارے میں جو سیرت کتابیں ہیں، تو اسی میں نہ سمجھیں کہ سیرت وہی کل سیرت ہو گئی۔</w:t>
      </w:r>
    </w:p>
    <w:p>
      <w:r>
        <w:rPr>
          <w:b/>
        </w:rPr>
        <w:t xml:space="preserve">[1:02:46] </w:t>
      </w:r>
      <w:r>
        <w:t>rasool Allah ki seerat ke teen ma'khaz hain, us ko samajh lijiye. sab se pehle quran ma'khaz hai, us ke baad hadees ma'khaz hai, us ke baad seerat ki kitabein.</w:t>
      </w:r>
    </w:p>
    <w:p>
      <w:pPr>
        <w:jc w:val="right"/>
      </w:pPr>
      <w:r>
        <w:t>رسول اللہ کی سیرت کے تین ماخذ ہیں، اس کو سمجھ لیجئے۔ سب سے پہلے قرآن ماخذ ہے، اس کے بعد حدیث ماخذ ہے، اس کے بعد سیرت کی کتابیں۔</w:t>
      </w:r>
    </w:p>
    <w:p>
      <w:r>
        <w:rPr>
          <w:b/>
        </w:rPr>
        <w:t xml:space="preserve">[1:02:58] </w:t>
      </w:r>
      <w:r>
        <w:t>to maghazi ibn ishaq ko aap samjhen ke wohi seerat hai, to yeh galat hai. yeh samajhna galat hai.</w:t>
      </w:r>
    </w:p>
    <w:p>
      <w:pPr>
        <w:jc w:val="right"/>
      </w:pPr>
      <w:r>
        <w:t>تو مغازی ابن اسحاق کو آپ سمجھیں کہ وہی سیرت ہے، تو یہ غلط ہے۔ یہ سمجھنا غلط ہے۔</w:t>
      </w:r>
    </w:p>
    <w:p>
      <w:r>
        <w:rPr>
          <w:b/>
        </w:rPr>
        <w:t xml:space="preserve">[1:03:05] </w:t>
      </w:r>
      <w:r>
        <w:t>to rasool Allah ko aap ko janna agar hai to aap ko quran mein jo rasool Allah ke baray mein hai, woh dekhna paray ga.</w:t>
      </w:r>
    </w:p>
    <w:p>
      <w:pPr>
        <w:jc w:val="right"/>
      </w:pPr>
      <w:r>
        <w:t>تو رسول اللہ کو آپ کو جاننا اگر ہے تو آپ کو قرآن میں جو رسول اللہ کے بارے میں ہے، وہ دیکھنا پڑے گا۔</w:t>
      </w:r>
    </w:p>
    <w:p>
      <w:r>
        <w:rPr>
          <w:b/>
        </w:rPr>
        <w:t xml:space="preserve">[1:03:14] </w:t>
      </w:r>
      <w:r>
        <w:t>hadees mein jo aap ki tasweer hai, woh dekhna paray ga. aur phir sehat ki kitabon ko dekhna paray ga. tab aap rasool Allah ki sehat ke baray mein poora, yani poori jankari hasil kar paayen ge.</w:t>
      </w:r>
    </w:p>
    <w:p>
      <w:pPr>
        <w:jc w:val="right"/>
      </w:pPr>
      <w:r>
        <w:t>حدیث میں جو آپ کی تصویر ہے، وہ دیکھنا پڑے گا۔ اور پھر صحت کی کتابوں کو دیکھنا پڑے گا۔ تب آپ رسول اللہ کی صحت کے بارے میں پورا، یعنی پوری جانکاری حاصل کر پائیں گے۔</w:t>
      </w:r>
    </w:p>
    <w:p>
      <w:r>
        <w:rPr>
          <w:b/>
        </w:rPr>
        <w:t xml:space="preserve">[1:03:28] </w:t>
      </w:r>
      <w:r>
        <w:t>maulana, agla sawal hai mehtab ahmad sahib ka, dhampur se.</w:t>
      </w:r>
    </w:p>
    <w:p>
      <w:pPr>
        <w:jc w:val="right"/>
      </w:pPr>
      <w:r>
        <w:t>مولانا، اگلا سوال ہے مہتاب احمد صاحب کا، دھامپور سے۔</w:t>
      </w:r>
    </w:p>
    <w:p>
      <w:r>
        <w:rPr>
          <w:b/>
        </w:rPr>
        <w:t xml:space="preserve">[1:03:33] </w:t>
      </w:r>
      <w:r>
        <w:t>unhon ne likha hai: emergency mein duniya mein bohat si zaroorat aur pareshani aati hai. us waqt hum kya karen?</w:t>
      </w:r>
    </w:p>
    <w:p>
      <w:pPr>
        <w:jc w:val="right"/>
      </w:pPr>
      <w:r>
        <w:t>انہوں نے لکھا ہے: ایمرجنسی میں دنیا میں بہت سی ضرورت اور پریشانی آتی ہے۔ اس وقت ہم کیا کریں؟</w:t>
      </w:r>
    </w:p>
    <w:p>
      <w:r>
        <w:rPr>
          <w:b/>
        </w:rPr>
        <w:t xml:space="preserve">[1:03:45] </w:t>
      </w:r>
      <w:r>
        <w:t>dekhen, masla yeh nahi ke kisi ko, kisi ko pareshani</w:t>
      </w:r>
    </w:p>
    <w:p>
      <w:pPr>
        <w:jc w:val="right"/>
      </w:pPr>
      <w:r>
        <w:t>دیکھیں، مسئلہ یہ نہیں کہ کسی کو، کسی کو پریشانی</w:t>
      </w:r>
    </w:p>
    <w:p>
      <w:r>
        <w:rPr>
          <w:b/>
        </w:rPr>
        <w:t xml:space="preserve">[1:03:50] </w:t>
      </w:r>
      <w:r>
        <w:t>aati hai. masla yeh hai ke Allah taala ne paida hi kiya hai is dasht par duniya ko ke yahan pareshaniyan aayen. aur is ka saboot yeh hai ke quran mein ayat hai: laqad khalaqna al-insana fi qabar insaan ko hum ne paida kiya hai pareshaniyon mein.</w:t>
      </w:r>
    </w:p>
    <w:p>
      <w:pPr>
        <w:jc w:val="right"/>
      </w:pPr>
      <w:r>
        <w:t>آتی ہے۔ مسئلہ یہ ہے کہ اللہ تعالی نے پیدا ہی کیا ہے اس دشت پر دنیا کو کہ یہاں پریشانیاں آئیں۔ اور اس کا ثبوت یہ ہے کہ قرآن میں آیت ہے: لَقَدْ خَلَقْتَ الْإِنْسَانَ فِي قَبَرٍ انسان کو ہم نے پیدا کیا ہے پریشانیوں میں۔</w:t>
      </w:r>
    </w:p>
    <w:p>
      <w:r>
        <w:rPr>
          <w:b/>
        </w:rPr>
        <w:t xml:space="preserve">[1:04:07] </w:t>
      </w:r>
      <w:r>
        <w:t>to jab khud law of nature hai, khud yahi creation plan of god hai, to bachna mumkin nahi hai pareshaniyon se. paighambar bhi koi pareshani laye, koi sahaba ko hui, hum ko bhi hogi.</w:t>
      </w:r>
    </w:p>
    <w:p>
      <w:pPr>
        <w:jc w:val="right"/>
      </w:pPr>
      <w:r>
        <w:t>تو جب خود لاء آف نیچر ہے، خود یہی کریشن پلان آف گاڈ ہے، تو بچنا ممکن نہیں ہے پریشانیوں سے۔ پیغمبر بھی کوئی پریشانی لائے، کوئی صحابہ کو ہوئی، ہم کو بھی ہوگی۔</w:t>
      </w:r>
    </w:p>
    <w:p>
      <w:r>
        <w:rPr>
          <w:b/>
        </w:rPr>
        <w:t xml:space="preserve">[1:04:21] </w:t>
      </w:r>
      <w:r>
        <w:t>to aisi halat mein mein sirf do baat ka mashwara deta hoon: ek to dua, ek ek dua hai.</w:t>
      </w:r>
    </w:p>
    <w:p>
      <w:pPr>
        <w:jc w:val="right"/>
      </w:pPr>
      <w:r>
        <w:t>تو ایسی حالت میں میں صرف دو بات کا مشورہ دیتا ہوں: ایک تو دعا، ایک ایک دعا ہے۔</w:t>
      </w:r>
    </w:p>
    <w:p>
      <w:r>
        <w:rPr>
          <w:b/>
        </w:rPr>
        <w:t xml:space="preserve">[1:04:30] </w:t>
      </w:r>
      <w:r>
        <w:t>dosri baat yeh hai ke jab koi masla paish aaye to kabhi bhi jazbati iqdam na kiya jaye, balkay haqeeqat pasandana tareeqa ikhtiyar kiya jaye.</w:t>
      </w:r>
    </w:p>
    <w:p>
      <w:pPr>
        <w:jc w:val="right"/>
      </w:pPr>
      <w:r>
        <w:t>دوسری بات یہ ہے کہ جب کوئی مسئلہ پیش آئے تو کبھی بھی جذباتی اقدام نہ کیا جائے، بلکہ حقیقت پسندانہ طریقہ اختیار کیا جائے۔</w:t>
      </w:r>
    </w:p>
    <w:p>
      <w:r>
        <w:rPr>
          <w:b/>
        </w:rPr>
        <w:t xml:space="preserve">[1:04:45] </w:t>
      </w:r>
      <w:r>
        <w:t>yani halaat ko samajh kar ke jo mumkin hai, us ko us ke mutabiq kaam kiya jaye. to ek taraf dua karna, dosri taraf realistic approach ikhtiyar karna.</w:t>
      </w:r>
    </w:p>
    <w:p>
      <w:pPr>
        <w:jc w:val="right"/>
      </w:pPr>
      <w:r>
        <w:t>یعنی حالات کو سمجھ کر کے جو ممکن ہے، اس کو اس کے مطابق کام کیا جائے۔ تو ایک طرف دعا کرنا، دوسری طرف ریلسٹک اپروچ اختیار کرنا۔</w:t>
      </w:r>
    </w:p>
    <w:p>
      <w:r>
        <w:rPr>
          <w:b/>
        </w:rPr>
        <w:t xml:space="preserve">[1:05:00] </w:t>
      </w:r>
      <w:r>
        <w:t>yani dua karna aur realistic approach ikhtiyar karna, yeh do mashwara mein deta hoon. kyunke is se koi bach nahi sakta ke is pareshani laiq na ho.</w:t>
      </w:r>
    </w:p>
    <w:p>
      <w:pPr>
        <w:jc w:val="right"/>
      </w:pPr>
      <w:r>
        <w:t>یعنی دعا کرنا اور ریلسٹک اپروچ اختیار کرنا، یہ دو مشورہ میں دیتا ہوں۔ کیونکہ اس سے کوئی بچ نہیں سکتا کہ اس پریشانی لائق نہ ہو۔</w:t>
      </w:r>
    </w:p>
    <w:p>
      <w:r>
        <w:rPr>
          <w:b/>
        </w:rPr>
        <w:t xml:space="preserve">[1:05:10] </w:t>
      </w:r>
      <w:r>
        <w:t>woh to hongi,</w:t>
      </w:r>
    </w:p>
    <w:p>
      <w:pPr>
        <w:jc w:val="right"/>
      </w:pPr>
      <w:r>
        <w:t>وہ تو ہوں گی،</w:t>
      </w:r>
    </w:p>
    <w:p>
      <w:r>
        <w:rPr>
          <w:b/>
        </w:rPr>
        <w:t xml:space="preserve">[1:05:12] </w:t>
      </w:r>
      <w:r>
        <w:t>woh Allah ka, Allah ke takhleeqi naqshay mein shamil hain. lekin un ke muqablay mein jo rawaiyya hona hona chahiye, rawaiyya wohi ke hum dua karen aur realistic approach ikhtiyar karen.</w:t>
      </w:r>
    </w:p>
    <w:p>
      <w:pPr>
        <w:jc w:val="right"/>
      </w:pPr>
      <w:r>
        <w:t>وہ اللہ کا، اللہ کے تخلیقی نقشے میں شامل ہیں۔ لیکن ان کے مقابلے میں جو رویہ ہونا ہونا چاہیے، رویہ وہ یہی کہ ہم دعا کریں اور ریلسٹک اپروچ اختیار کریں۔</w:t>
      </w:r>
    </w:p>
    <w:p>
      <w:r>
        <w:rPr>
          <w:b/>
        </w:rPr>
        <w:t xml:space="preserve">[1:05:31] </w:t>
      </w:r>
      <w:r>
        <w:t>maulana, agla sawal hai iqbal umri sahib ka, tamil nadu se.</w:t>
      </w:r>
    </w:p>
    <w:p>
      <w:pPr>
        <w:jc w:val="right"/>
      </w:pPr>
      <w:r>
        <w:t>مولانا، اگلا سوال ہے اقبال عمری صاحب کا، تمل ناڈو سے۔</w:t>
      </w:r>
    </w:p>
    <w:p>
      <w:r>
        <w:rPr>
          <w:b/>
        </w:rPr>
        <w:t xml:space="preserve">[1:05:35] </w:t>
      </w:r>
      <w:r>
        <w:t>unhon ne likha hai: maulana, main apne ek maulana se sawal kiya: iqamat deen zaat aur zameen dono par matloob hai?</w:t>
      </w:r>
    </w:p>
    <w:p>
      <w:pPr>
        <w:jc w:val="right"/>
      </w:pPr>
      <w:r>
        <w:t>انہوں نے لکھا ہے: مولانا، میں اپنے ایک مولانا سے سوال کیا: اقامت دین ذات اور زمین دونوں پر مطلوب ہے؟</w:t>
      </w:r>
    </w:p>
    <w:p>
      <w:r>
        <w:rPr>
          <w:b/>
        </w:rPr>
        <w:t xml:space="preserve">[1:05:45] </w:t>
      </w:r>
      <w:r>
        <w:t>to unhon ne kaha ke dono bhi matloob hain. kya yeh sahi hai? dekhen, quran mein jo ayat hai, us ka zameen mein iqamat se koi talluq nahi hai.</w:t>
      </w:r>
    </w:p>
    <w:p>
      <w:pPr>
        <w:jc w:val="right"/>
      </w:pPr>
      <w:r>
        <w:t>تو انہوں نے کہا کہ دونوں بھی مطلوب ہیں۔ کیا یہ صحیح ہے؟ دیکھیں، قرآن میں جو آیت ہے، اس کا زمین میں اقامت سے کوئی تعلق نہیں ہے۔</w:t>
      </w:r>
    </w:p>
    <w:p>
      <w:r>
        <w:rPr>
          <w:b/>
        </w:rPr>
        <w:t xml:space="preserve">[1:05:56] </w:t>
      </w:r>
      <w:r>
        <w:t>yeh bilkul galat hai jo us ne kaha hai ke dono</w:t>
      </w:r>
    </w:p>
    <w:p>
      <w:pPr>
        <w:jc w:val="right"/>
      </w:pPr>
      <w:r>
        <w:t>یہ بالکل غلط ہے جو اس نے کہا ہے کہ دونوں</w:t>
      </w:r>
    </w:p>
    <w:p>
      <w:r>
        <w:rPr>
          <w:b/>
        </w:rPr>
        <w:t xml:space="preserve">[1:06:00] </w:t>
      </w:r>
      <w:r>
        <w:t>iqamat deen se murad jo quran mein jo ayat hai, surah asharon mein, iqamat deen, woh sirf zaat ke bare mein hai, zameen ke bare mein hai hi nahi.</w:t>
      </w:r>
    </w:p>
    <w:p>
      <w:pPr>
        <w:jc w:val="right"/>
      </w:pPr>
      <w:r>
        <w:t>اقامت دین سے مراد جو قرآن میں جو آیت ہے، سورہ عاشورہ میں، اقامت دین، وہ صرف ذات کے بارے میں ہے، زمین کے بارے میں ہے ہی نہیں۔</w:t>
      </w:r>
    </w:p>
    <w:p>
      <w:r>
        <w:rPr>
          <w:b/>
        </w:rPr>
        <w:t xml:space="preserve">[1:06:10] </w:t>
      </w:r>
      <w:r>
        <w:t>yani aadmi apni zindagi mein deen ko follow kare, apni zaat par allah ke hukumon ko chalaye, yani apni soch, apna qaul, apni rawish, us par woh allah ke deen ko ikhtiyar kare.</w:t>
      </w:r>
    </w:p>
    <w:p>
      <w:pPr>
        <w:jc w:val="right"/>
      </w:pPr>
      <w:r>
        <w:t>یعنی آدمی اپنی زندگی میں دین کو فالو کرے، اپنی ذات پر اللہ کے حکموں کو چلائے، یعنی اپنی سوچ، اپنا قول، اپنی روش، اس پر وہ اللہ کے دین کو اختیار کرے۔</w:t>
      </w:r>
    </w:p>
    <w:p>
      <w:r>
        <w:rPr>
          <w:b/>
        </w:rPr>
        <w:t xml:space="preserve">[1:06:27] </w:t>
      </w:r>
      <w:r>
        <w:t>zameen mein iqamat karna yeh to bilkul alag baat hai, is ka quran ki ayat se koi talluq nahi hai. yeh kuch logon ne jo islam ko politicize kiya hai, un ka, un un ki bidat hai.</w:t>
      </w:r>
    </w:p>
    <w:p>
      <w:pPr>
        <w:jc w:val="right"/>
      </w:pPr>
      <w:r>
        <w:t>زمین میں اقامت کرنا یہ تو بالکل الگ بات ہے، اس کا قرآن کی آیت سے کوئی تعلق نہیں ہے۔ یہ کچھ لوگوں نے جو اسلام کو پولیٹیسائز کیا ہے، ان کا، ان ان کی بدعت ہے۔</w:t>
      </w:r>
    </w:p>
    <w:p>
      <w:r>
        <w:rPr>
          <w:b/>
        </w:rPr>
        <w:t xml:space="preserve">[1:06:38] </w:t>
      </w:r>
      <w:r>
        <w:t>yeh, yeh is ko main political bidat samajhta hoon. is ka islam se koi talluq nahi hai, na quran us ayat se koi talluq hai. is par maine bohat tafseel se likha, meri kitab mein padh lijiye, jis ka naam hai "taweer ki ghalati".</w:t>
      </w:r>
    </w:p>
    <w:p>
      <w:pPr>
        <w:jc w:val="right"/>
      </w:pPr>
      <w:r>
        <w:t>یہ، یہ اس کو میں پولیٹیکل بدعت سمجھتا ہوں۔ اس کا اسلام سے کوئی تعلق نہیں ہے، نہ قرآن اس آیت سے کوئی تعلق ہے۔ اس پر میں نے بہت تفصیل سے لکھا، میری کتاب میں پڑھ لیجئے، جس کا نام ہے "تاویر کی غلطی"۔</w:t>
      </w:r>
    </w:p>
    <w:p>
      <w:r>
        <w:rPr>
          <w:b/>
        </w:rPr>
        <w:t xml:space="preserve">[1:06:53] </w:t>
      </w:r>
      <w:r>
        <w:t>is mein aap padh lijiye.</w:t>
      </w:r>
    </w:p>
    <w:p>
      <w:pPr>
        <w:jc w:val="right"/>
      </w:pPr>
      <w:r>
        <w:t>اس میں آپ پڑھ لیجئے۔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