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Interaction 16 nov, 2019 - Maulana Wahiduddin Khan</w:t>
      </w:r>
    </w:p>
    <w:p>
      <w:r>
        <w:t>https://www.youtube.com/watch?v=18N19xva7Ag</w:t>
      </w:r>
    </w:p>
    <w:p>
      <w:r>
        <w:rPr>
          <w:b/>
        </w:rPr>
        <w:t xml:space="preserve">[00:14] </w:t>
      </w:r>
      <w:r>
        <w:t>bismillah rahman rahim. 16 november 2019.</w:t>
      </w:r>
    </w:p>
    <w:p>
      <w:pPr>
        <w:jc w:val="right"/>
      </w:pPr>
      <w:r>
        <w:t>بسم اللہ الرحمن الرحیم۔ 16 نومبر 2019۔</w:t>
      </w:r>
    </w:p>
    <w:p>
      <w:r>
        <w:rPr>
          <w:b/>
        </w:rPr>
        <w:t xml:space="preserve">[00:27] </w:t>
      </w:r>
      <w:r>
        <w:t>is waqt taqreer ke andaaz mein koi program nahi hoga, balkey</w:t>
      </w:r>
    </w:p>
    <w:p>
      <w:pPr>
        <w:jc w:val="right"/>
      </w:pPr>
      <w:r>
        <w:t>اس وقت تقریر کے انداز میں کوئی پروگرام نہیں ہوگا، بلکہ</w:t>
      </w:r>
    </w:p>
    <w:p>
      <w:r>
        <w:rPr>
          <w:b/>
        </w:rPr>
        <w:t xml:space="preserve">[00:37] </w:t>
      </w:r>
      <w:r>
        <w:t>interactive andaaz mein hoga.yani log apne apne sawal</w:t>
      </w:r>
    </w:p>
    <w:p>
      <w:pPr>
        <w:jc w:val="right"/>
      </w:pPr>
      <w:r>
        <w:t>انٹرایکٹو انداز میں ہوگا۔ یعنی لوگ اپنے اپنے سوال</w:t>
      </w:r>
    </w:p>
    <w:p>
      <w:r>
        <w:rPr>
          <w:b/>
        </w:rPr>
        <w:t xml:space="preserve">[00:47] </w:t>
      </w:r>
      <w:r>
        <w:t>pesh karenge, aur har ek ko mauqa hoga ke woh bolay.main bhi kuch bolna hoga to arz karunga.</w:t>
      </w:r>
    </w:p>
    <w:p>
      <w:pPr>
        <w:jc w:val="right"/>
      </w:pPr>
      <w:r>
        <w:t>پیش کریں گے، اور ہر ایک کو موقع ہوگا کہ وہ بولے۔ میں بھی کچھ بولنا ہوگا تو عرض کروں گا۔</w:t>
      </w:r>
    </w:p>
    <w:p>
      <w:r>
        <w:rPr>
          <w:b/>
        </w:rPr>
        <w:t xml:space="preserve">[01:01] </w:t>
      </w:r>
      <w:r>
        <w:t>to jis ka aap ko koi sawal ho, woh shuru karein.</w:t>
      </w:r>
    </w:p>
    <w:p>
      <w:pPr>
        <w:jc w:val="right"/>
      </w:pPr>
      <w:r>
        <w:t>تو جس کا آپ کو کوئی سوال ہو، وہ شروع کریں۔</w:t>
      </w:r>
    </w:p>
    <w:p>
      <w:r>
        <w:rPr>
          <w:b/>
        </w:rPr>
        <w:t xml:space="preserve">[01:12] </w:t>
      </w:r>
      <w:r>
        <w:t>maulana, ek hadith hai:</w:t>
      </w:r>
    </w:p>
    <w:p>
      <w:pPr>
        <w:jc w:val="right"/>
      </w:pPr>
      <w:r>
        <w:t>مولانا، ایک حدیث ہے:</w:t>
      </w:r>
    </w:p>
    <w:p>
      <w:r>
        <w:rPr>
          <w:b/>
        </w:rPr>
        <w:t xml:space="preserve">[01:16] </w:t>
      </w:r>
      <w:r>
        <w:t>"inna lillahi malaikatan sayyahiina fil ardi fadlan an kutubi annasi" sayyeda wajadu aqwaman yadhkuruna allaha tanadaw ke allah ta'ala ke kuch khaas farishtay hain jo zameen mein ghoomte rehte hain.</w:t>
      </w:r>
    </w:p>
    <w:p>
      <w:pPr>
        <w:jc w:val="right"/>
      </w:pPr>
      <w:r>
        <w:t>"إن لله ملائكة سیاحين فی الأرض فضلا عن کتب الناس" سیدہ وجدوا اقواما یذکرون اللہ تنادو کہ اللہ تعالی کے کچھ خاص فرشتے ہیں جو زمین میں گھومتے رہتے ہیں۔</w:t>
      </w:r>
    </w:p>
    <w:p>
      <w:r>
        <w:rPr>
          <w:b/>
        </w:rPr>
        <w:t xml:space="preserve">[01:34] </w:t>
      </w:r>
      <w:r>
        <w:t>yeh farishtay logon ke naam-e-amal likhne walon ke ilawa hain.jab woh dekhte hain kisi qaum ko ke woh allah ka zikr kar rahe hain, kar rahi hai, to woh awaz lagate hain ke idhar aao apne maqsad ki taraf.</w:t>
      </w:r>
    </w:p>
    <w:p>
      <w:pPr>
        <w:jc w:val="right"/>
      </w:pPr>
      <w:r>
        <w:t>یہ فرشتے لوگوں کے نام اعمال لکھنے والوں کے علاوہ ہیں۔ جب وہ دیکھتے ہیں کسی قوم کو کہ وہ اللہ کا ذکر کر رہے ہیں، کر رہی ہے، تو وہ آواز لگاتے ہیں کہ ادھر آؤ اپنے مقصد کی طرف۔</w:t>
      </w:r>
    </w:p>
    <w:p>
      <w:r>
        <w:rPr>
          <w:b/>
        </w:rPr>
        <w:t xml:space="preserve">[01:50] </w:t>
      </w:r>
      <w:r>
        <w:t>to mera sawal is hadith ko le kar ya aur doosri hadithain bhi is ko le kar hain ke allah ta'ala ka zikr itna important kyun hai ke is ke liye allah ta'ala ne khaas farishton ko laga rakha hai ke woh ja kar logon ko dekhein ke allah ta'ala ka zikr kar rahe hain ke nahi.</w:t>
      </w:r>
    </w:p>
    <w:p>
      <w:pPr>
        <w:jc w:val="right"/>
      </w:pPr>
      <w:r>
        <w:t>تو میرا سوال اس حدیث کو لے کر یا اور دوسری حدیثیں بھی اس کو لے کر ہیں کہ اللہ تعالی کا ذکر اتنا امپورٹنٹ کیوں ہے کہ اس کے لیے اللہ تعالی نے خاص فرشتوں کو لگا رکھا ہے کہ وہ جا کر لوگوں کو دیکھیں کہ اللہ تعالی کا ذکر کر رہے ہیں کہ نہیں۔</w:t>
      </w:r>
    </w:p>
    <w:p>
      <w:r>
        <w:rPr>
          <w:b/>
        </w:rPr>
        <w:t xml:space="preserve">[02:17] </w:t>
      </w:r>
      <w:r>
        <w:t>main to khair yeh hai ke</w:t>
      </w:r>
    </w:p>
    <w:p>
      <w:pPr>
        <w:jc w:val="right"/>
      </w:pPr>
      <w:r>
        <w:t>میں تو خیر یہ ہے کہ</w:t>
      </w:r>
    </w:p>
    <w:p>
      <w:r>
        <w:rPr>
          <w:b/>
        </w:rPr>
        <w:t xml:space="preserve">[02:22] </w:t>
      </w:r>
      <w:r>
        <w:t>yeh</w:t>
      </w:r>
    </w:p>
    <w:p>
      <w:pPr>
        <w:jc w:val="right"/>
      </w:pPr>
      <w:r>
        <w:t>یہ</w:t>
      </w:r>
    </w:p>
    <w:p>
      <w:r>
        <w:rPr>
          <w:b/>
        </w:rPr>
        <w:t xml:space="preserve">[02:26] </w:t>
      </w:r>
      <w:r>
        <w:t>zikr jo hai sab se zyada important cheez hai insaan ke liye.to farishtay insaan ke taleem ke liye hain.</w:t>
      </w:r>
    </w:p>
    <w:p>
      <w:pPr>
        <w:jc w:val="right"/>
      </w:pPr>
      <w:r>
        <w:t>ذکر جو ہے سب سے زیادہ امپورٹنٹ چیز ہے انسان کے لیے۔ تو فرشتے انسان کے کی تعلیم کے لیے ہیں۔</w:t>
      </w:r>
    </w:p>
    <w:p>
      <w:r>
        <w:rPr>
          <w:b/>
        </w:rPr>
        <w:t xml:space="preserve">[02:46] </w:t>
      </w:r>
      <w:r>
        <w:t>ab zahir hai ke hum is ki noiyat kya hai, woh hum jaan nahi sakte.sirf samajh sakte hain ke zikr allah</w:t>
      </w:r>
    </w:p>
    <w:p>
      <w:pPr>
        <w:jc w:val="right"/>
      </w:pPr>
      <w:r>
        <w:t>اب ظاہر ہے کہ ہم اس کی نوعیت کیا ہے، وہ ہم جان نہیں سکتے۔ صرف سمجھ سکتے ہیں کہ ذکر اللہ</w:t>
      </w:r>
    </w:p>
    <w:p>
      <w:r>
        <w:rPr>
          <w:b/>
        </w:rPr>
        <w:t xml:space="preserve">[03:02] </w:t>
      </w:r>
      <w:r>
        <w:t>allah ki nazar mein bohat ahem ahmiyat rakhne wali cheez hai.</w:t>
      </w:r>
    </w:p>
    <w:p>
      <w:pPr>
        <w:jc w:val="right"/>
      </w:pPr>
      <w:r>
        <w:t>اللہ کی نظر میں بہت اہم اہمیت رکھنے والی چیز ہے۔</w:t>
      </w:r>
    </w:p>
    <w:p>
      <w:r>
        <w:rPr>
          <w:b/>
        </w:rPr>
        <w:t xml:space="preserve">[03:10] </w:t>
      </w:r>
      <w:r>
        <w:t>lekin zikr allah se murad tasbeeh parhna nahi hai.</w:t>
      </w:r>
    </w:p>
    <w:p>
      <w:pPr>
        <w:jc w:val="right"/>
      </w:pPr>
      <w:r>
        <w:t>لیکن ذکر اللہ سے مراد تسبیح پڑھنا نہیں ہے۔</w:t>
      </w:r>
    </w:p>
    <w:p>
      <w:r>
        <w:rPr>
          <w:b/>
        </w:rPr>
        <w:t xml:space="preserve">[03:18] </w:t>
      </w:r>
      <w:r>
        <w:t>yeh to bohat hi high qism ka</w:t>
      </w:r>
    </w:p>
    <w:p>
      <w:pPr>
        <w:jc w:val="right"/>
      </w:pPr>
      <w:r>
        <w:t>یہ تو بہت ہی ہائی قسم کا</w:t>
      </w:r>
    </w:p>
    <w:p>
      <w:r>
        <w:rPr>
          <w:b/>
        </w:rPr>
        <w:t xml:space="preserve">[03:24] </w:t>
      </w:r>
      <w:r>
        <w:t>ibadat hai.</w:t>
      </w:r>
    </w:p>
    <w:p>
      <w:pPr>
        <w:jc w:val="right"/>
      </w:pPr>
      <w:r>
        <w:t>عبادت ہے۔</w:t>
      </w:r>
    </w:p>
    <w:p>
      <w:r>
        <w:rPr>
          <w:b/>
        </w:rPr>
        <w:t xml:space="preserve">[03:31] </w:t>
      </w:r>
      <w:r>
        <w:t>ab hum zahir hai ke farishton ko dekhte nahi,</w:t>
      </w:r>
    </w:p>
    <w:p>
      <w:pPr>
        <w:jc w:val="right"/>
      </w:pPr>
      <w:r>
        <w:t>اب ہم ظاہر ہے کہ فرشتوں کو دیکھتے نہیں،</w:t>
      </w:r>
    </w:p>
    <w:p>
      <w:r>
        <w:rPr>
          <w:b/>
        </w:rPr>
        <w:t xml:space="preserve">[03:38] </w:t>
      </w:r>
      <w:r>
        <w:t>to koi bhi shakhs yeh nahi keh sakta ke in ki noiyat kya hoti hai. lekin yeh ho sakta hai ke woh tasbeeh khwani ke andaaz ka nahi ho sakta.</w:t>
      </w:r>
    </w:p>
    <w:p>
      <w:pPr>
        <w:jc w:val="right"/>
      </w:pPr>
      <w:r>
        <w:t>تو کوئی بھی شخص یہ نہیں کہہ سکتا کہ ان کی نوعیت کیا ہوتی ہے۔ لیکن یہ ہو سکتا ہے کہ وہ تسبیح خوانی کے انداز کا نہیں ہو سکتا۔</w:t>
      </w:r>
    </w:p>
    <w:p>
      <w:r>
        <w:rPr>
          <w:b/>
        </w:rPr>
        <w:t xml:space="preserve">[03:57] </w:t>
      </w:r>
      <w:r>
        <w:t>to log jo log Allah mein tadabbur karte hain, tafakkur karte hain,</w:t>
      </w:r>
    </w:p>
    <w:p>
      <w:pPr>
        <w:jc w:val="right"/>
      </w:pPr>
      <w:r>
        <w:t>تو لوگ جو لوگ اللہ میں تدبر کرتے ہیں، تفکر کرتے ہیں،</w:t>
      </w:r>
    </w:p>
    <w:p>
      <w:r>
        <w:rPr>
          <w:b/>
        </w:rPr>
        <w:t xml:space="preserve">[04:05] </w:t>
      </w:r>
      <w:r>
        <w:t>in ke aamaal Allah ko itna zyada pasand hain ke</w:t>
      </w:r>
    </w:p>
    <w:p>
      <w:pPr>
        <w:jc w:val="right"/>
      </w:pPr>
      <w:r>
        <w:t>ان کے اعمال اللہ کو اتنا زیادہ پسند ہیں کہ</w:t>
      </w:r>
    </w:p>
    <w:p>
      <w:r>
        <w:rPr>
          <w:b/>
        </w:rPr>
        <w:t xml:space="preserve">[04:13] </w:t>
      </w:r>
      <w:r>
        <w:t>in ki</w:t>
      </w:r>
    </w:p>
    <w:p>
      <w:pPr>
        <w:jc w:val="right"/>
      </w:pPr>
      <w:r>
        <w:t>ان کی</w:t>
      </w:r>
    </w:p>
    <w:p>
      <w:r>
        <w:rPr>
          <w:b/>
        </w:rPr>
        <w:t xml:space="preserve">[04:17] </w:t>
      </w:r>
      <w:r>
        <w:t>in ki report in ki report ke liye farishte khaas tor par</w:t>
      </w:r>
    </w:p>
    <w:p>
      <w:pPr>
        <w:jc w:val="right"/>
      </w:pPr>
      <w:r>
        <w:t>ان کی رپورٹ ان کی رپورٹ کے لیے فرشتے خاص طور پر</w:t>
      </w:r>
    </w:p>
    <w:p>
      <w:r>
        <w:rPr>
          <w:b/>
        </w:rPr>
        <w:t xml:space="preserve">[04:28] </w:t>
      </w:r>
      <w:r>
        <w:t>har taraf jaate hain.</w:t>
      </w:r>
    </w:p>
    <w:p>
      <w:pPr>
        <w:jc w:val="right"/>
      </w:pPr>
      <w:r>
        <w:t>ہر طرف جاتے ہیں۔</w:t>
      </w:r>
    </w:p>
    <w:p>
      <w:r>
        <w:rPr>
          <w:b/>
        </w:rPr>
        <w:t xml:space="preserve">[04:37] </w:t>
      </w:r>
      <w:r>
        <w:t>to is mein zikr ki ahmiyat maloom hoti hai.</w:t>
      </w:r>
    </w:p>
    <w:p>
      <w:pPr>
        <w:jc w:val="right"/>
      </w:pPr>
      <w:r>
        <w:t>تو اس میں ذکر کی اہمیت معلوم ہوتی ہے۔</w:t>
      </w:r>
    </w:p>
    <w:p>
      <w:r>
        <w:rPr>
          <w:b/>
        </w:rPr>
        <w:t xml:space="preserve">[04:49] </w:t>
      </w:r>
      <w:r>
        <w:t>yahi bas samjha hoon.</w:t>
      </w:r>
    </w:p>
    <w:p>
      <w:pPr>
        <w:jc w:val="right"/>
      </w:pPr>
      <w:r>
        <w:t>یہی بس سمجھا ہوں۔</w:t>
      </w:r>
    </w:p>
    <w:p>
      <w:r>
        <w:rPr>
          <w:b/>
        </w:rPr>
        <w:t xml:space="preserve">[04:56] </w:t>
      </w:r>
      <w:r>
        <w:t>Maulana, mera ek doosra sawal isi se taluq rakhta hai, woh bhi woh yeh hai ke Sahaba Ikram ke bare mein aata hai, jaise Hazrat Umar Farooq ke bare mein, isi tarah se Abdullah Ibn Rawaha ke bare mein ke woh apne sathiyon ko kaha karte the: "Taal nu'min sa'atan" ke aao hum thori der ke liye imaan laayein.</w:t>
      </w:r>
    </w:p>
    <w:p>
      <w:pPr>
        <w:jc w:val="right"/>
      </w:pPr>
      <w:r>
        <w:t>مولانا، میرا ایک دوسرا سوال اسی سے تعلق رکھتا ہے، وہ بھی وہ یہ ہے کہ صحابہ کرام کے بارے میں آتا ہے، جیسے حضرت عمر فاروق کے بارے میں، اسی طریقے سے عبداللہ ابن رواحہ کے بارے میں کہ وہ اپنے ساتھیوں کو کہا کرتے تھے: "تعال نؤمن ساعتاً" کہ آؤ ہم تھوڑی دیر کے لیے ایمان لائیں۔</w:t>
      </w:r>
    </w:p>
    <w:p>
      <w:r>
        <w:rPr>
          <w:b/>
        </w:rPr>
        <w:t xml:space="preserve">[05:16] </w:t>
      </w:r>
      <w:r>
        <w:t>to mera kehna yeh hai ke yeh kya cheez thi: "Taal nu'min sa'atan" kyunke is ki kaifiyat to Hadees mein nahi aati hai.</w:t>
      </w:r>
    </w:p>
    <w:p>
      <w:pPr>
        <w:jc w:val="right"/>
      </w:pPr>
      <w:r>
        <w:t>تو میرا کہنا یہ ہے کہ یہ کیا چیز تھی: "تعال نؤمن ساعتاً" کیونکہ اس کی کیفیت تو حدیث میں نہیں آتی ہے۔</w:t>
      </w:r>
    </w:p>
    <w:p>
      <w:r>
        <w:rPr>
          <w:b/>
        </w:rPr>
        <w:t xml:space="preserve">[05:25] </w:t>
      </w:r>
      <w:r>
        <w:t>is ko hum kaise samjhenge? kaise aaj kar sakte hain?</w:t>
      </w:r>
    </w:p>
    <w:p>
      <w:pPr>
        <w:jc w:val="right"/>
      </w:pPr>
      <w:r>
        <w:t>اس کو ہم کیسے سمجھیں گے؟ کیسے آج کر سکتے ہیں؟</w:t>
      </w:r>
    </w:p>
    <w:p>
      <w:r>
        <w:rPr>
          <w:b/>
        </w:rPr>
        <w:t xml:space="preserve">[05:34] </w:t>
      </w:r>
      <w:r>
        <w:t>ab yeh</w:t>
      </w:r>
    </w:p>
    <w:p>
      <w:pPr>
        <w:jc w:val="right"/>
      </w:pPr>
      <w:r>
        <w:t>اب یہ</w:t>
      </w:r>
    </w:p>
    <w:p>
      <w:r>
        <w:rPr>
          <w:b/>
        </w:rPr>
        <w:t xml:space="preserve">[05:42] </w:t>
      </w:r>
      <w:r>
        <w:t>Hazrat Abu Rawaha jo the, bohat lagta hai ke bohat hi aarif qism ke aadmi the. aur woh</w:t>
      </w:r>
    </w:p>
    <w:p>
      <w:pPr>
        <w:jc w:val="right"/>
      </w:pPr>
      <w:r>
        <w:t>حضرت ابو رواحہ جو تھے، بہت لگتا ہے کہ بہت ہی عارف قسم کے آدمی تھے۔ اور وہ</w:t>
      </w:r>
    </w:p>
    <w:p>
      <w:r>
        <w:rPr>
          <w:b/>
        </w:rPr>
        <w:t xml:space="preserve">[05:53] </w:t>
      </w:r>
      <w:r>
        <w:t>jab kisi sahib e zauk ko paate the to woh to un ko le ke badh jaate the aur maarifat ki baatein karte the.</w:t>
      </w:r>
    </w:p>
    <w:p>
      <w:pPr>
        <w:jc w:val="right"/>
      </w:pPr>
      <w:r>
        <w:t>جب کسی صاحب ذوق کو پاتے تھے تو وہ تو ان کو لے کے بڑھ جاتے تھے اور معرفت کی باتیں کرتے تھے۔</w:t>
      </w:r>
    </w:p>
    <w:p>
      <w:r>
        <w:rPr>
          <w:b/>
        </w:rPr>
        <w:t xml:space="preserve">[06:04] </w:t>
      </w:r>
      <w:r>
        <w:t>lekin bilkul mutayyan tor par woh kya tha hota tha, yeh riwayat mein mere khayal se maujood nahi hai.</w:t>
      </w:r>
    </w:p>
    <w:p>
      <w:pPr>
        <w:jc w:val="right"/>
      </w:pPr>
      <w:r>
        <w:t>لیکن بالکل متعین طور پر وہ کیا تھا ہوتا تھا، یہ روایت میں میرے خیال سے موجود نہیں ہے۔</w:t>
      </w:r>
    </w:p>
    <w:p>
      <w:r>
        <w:rPr>
          <w:b/>
        </w:rPr>
        <w:t xml:space="preserve">[06:19] </w:t>
      </w:r>
      <w:r>
        <w:t>to aur koi sahib agar is par kehna chahein to kahein.</w:t>
      </w:r>
    </w:p>
    <w:p>
      <w:pPr>
        <w:jc w:val="right"/>
      </w:pPr>
      <w:r>
        <w:t>تو اور کوئی صاحب اگر اس پر کہنا چاہیں تو کہیں۔</w:t>
      </w:r>
    </w:p>
    <w:p>
      <w:r>
        <w:rPr>
          <w:b/>
        </w:rPr>
        <w:t xml:space="preserve">[06:26] </w:t>
      </w:r>
      <w:r>
        <w:t>Maulana, yeh Tariq Badr Sahab ka ek sawal hai. woh yeh pooch rahe hain ke</w:t>
      </w:r>
    </w:p>
    <w:p>
      <w:pPr>
        <w:jc w:val="right"/>
      </w:pPr>
      <w:r>
        <w:t>مولانا، یہ طارق بدر صاحب کا ایک سوال ہے۔ وہ یہ پوچھ رہے ہیں کہ</w:t>
      </w:r>
    </w:p>
    <w:p>
      <w:r>
        <w:rPr>
          <w:b/>
        </w:rPr>
        <w:t xml:space="preserve">[06:35] </w:t>
      </w:r>
      <w:r>
        <w:t>Islam aur siyasat ke ta'alluq se aap ka jo nuqta nazar hai, us se woh ittifaq rakhte hain. un ka sawal yeh hai ke abhi jo mumalik Islami Islami mumalik maujood hain, un ko nizam ke hawale se kin usoolon ka nafiz karna chahiye?</w:t>
      </w:r>
    </w:p>
    <w:p>
      <w:pPr>
        <w:jc w:val="right"/>
      </w:pPr>
      <w:r>
        <w:t>اسلام اور سیاست کے تعلق سے آپ کا جو نقطہ نظر ہے، اس سے وہ اتفاق رکھتے ہیں۔ ان کا سوال یہ ہے کہ ابھی جو ممالک اسلامی اسلامی ممالک موجود ہیں، ان کو نظام کے حوالے سے کن اصولوں کا نفاذ کرنا چاہیے؟</w:t>
      </w:r>
    </w:p>
    <w:p>
      <w:r>
        <w:rPr>
          <w:b/>
        </w:rPr>
        <w:t xml:space="preserve">[06:55] </w:t>
      </w:r>
      <w:r>
        <w:t>dekhiye, jahan tak meri mera mutala hai, main samajhta hoon ke Islam mein munazzam state ka concept nahi hai.</w:t>
      </w:r>
    </w:p>
    <w:p>
      <w:pPr>
        <w:jc w:val="right"/>
      </w:pPr>
      <w:r>
        <w:t>دیکھیے، جہاں تک میری میرا مطالعہ ہے، میں سمجھتا ہوں کہ اسلام میں منظم اسٹیٹ کا کانسیپٹ نہیں ہے۔</w:t>
      </w:r>
    </w:p>
    <w:p>
      <w:r>
        <w:rPr>
          <w:b/>
        </w:rPr>
        <w:t xml:space="preserve">[07:14] </w:t>
      </w:r>
      <w:r>
        <w:t>munazzam state ka concept pehle bhi nahi tha. yeh munazzam state ka tanseeb jo concept hai, woh</w:t>
      </w:r>
    </w:p>
    <w:p>
      <w:pPr>
        <w:jc w:val="right"/>
      </w:pPr>
      <w:r>
        <w:t>منظم اسٹیٹ کا کانسیپٹ پہلے بھی نہیں تھا۔ یہ منظم اسٹیٹ کا تنصیب جو کانسیپٹ ہے، وہ</w:t>
      </w:r>
    </w:p>
    <w:p>
      <w:r>
        <w:rPr>
          <w:b/>
        </w:rPr>
        <w:t xml:space="preserve">[07:29] </w:t>
      </w:r>
      <w:r>
        <w:t>communist state ke zair se paida hua.</w:t>
      </w:r>
    </w:p>
    <w:p>
      <w:pPr>
        <w:jc w:val="right"/>
      </w:pPr>
      <w:r>
        <w:t>کمیونسٹ اسٹیٹ کے زیر سے پیدا ہوا۔</w:t>
      </w:r>
    </w:p>
    <w:p>
      <w:r>
        <w:rPr>
          <w:b/>
        </w:rPr>
        <w:t xml:space="preserve">[07:36] </w:t>
      </w:r>
      <w:r>
        <w:t>main samajhta hoon ke Islam mein jo state ka concept hai, woh</w:t>
      </w:r>
    </w:p>
    <w:p>
      <w:pPr>
        <w:jc w:val="right"/>
      </w:pPr>
      <w:r>
        <w:t>میں سمجھتا ہوں کہ اسلام میں جو اسٹیٹ کا کانسیپٹ ہے، وہ</w:t>
      </w:r>
    </w:p>
    <w:p>
      <w:r>
        <w:rPr>
          <w:b/>
        </w:rPr>
        <w:t xml:space="preserve">[07:45] </w:t>
      </w:r>
      <w:r>
        <w:t>moral less taqreeban wohi hai jo America mein hai. aap jante hain ke America mein</w:t>
      </w:r>
    </w:p>
    <w:p>
      <w:pPr>
        <w:jc w:val="right"/>
      </w:pPr>
      <w:r>
        <w:t>مورل لیس تقریباً وہی ہے جو امریکہ میں ہے۔ آپ جانتے ہیں کہ امریکہ میں</w:t>
      </w:r>
    </w:p>
    <w:p>
      <w:r>
        <w:rPr>
          <w:b/>
        </w:rPr>
        <w:t xml:space="preserve">[07:58] </w:t>
      </w:r>
      <w:r>
        <w:t>hukumat ke liye government ka lafz unhone bulaya tha, government of America nahi kehte balkeh administration kehte hain.</w:t>
      </w:r>
    </w:p>
    <w:p>
      <w:pPr>
        <w:jc w:val="right"/>
      </w:pPr>
      <w:r>
        <w:t>حکومت کے لیے گورنمنٹ کا لفظ انہوں نے بلایا تھا، گورنمنٹ آف امریکہ نہیں کہتے بلکہ ایڈمنسٹریشن کہتے ہیں۔</w:t>
      </w:r>
    </w:p>
    <w:p>
      <w:r>
        <w:rPr>
          <w:b/>
        </w:rPr>
        <w:t xml:space="preserve">[08:11] </w:t>
      </w:r>
      <w:r>
        <w:t>main samajhta hoon ke best term hai yeh hukumat ke liye. bohat sahi hai. aur Madine mein jo state thi, jo ba hai rate bohat zyada is ko istemal karte hain, woh log jo saaz saaz pasand ho.</w:t>
      </w:r>
    </w:p>
    <w:p>
      <w:pPr>
        <w:jc w:val="right"/>
      </w:pPr>
      <w:r>
        <w:t>میں سمجھتا ہوں کہ بیسٹ ٹرم ہے یہ حکومت کے لیے۔ بہت صحیح ہے۔ اور مدینے میں جو اسٹیٹ تھی، جو با ہائی ریٹ بہت زیادہ اس کو استعمال کرتے ہیں، وہ لوگ جو ساز ساز پسند ہو۔</w:t>
      </w:r>
    </w:p>
    <w:p>
      <w:r>
        <w:rPr>
          <w:b/>
        </w:rPr>
        <w:t xml:space="preserve">[08:31] </w:t>
      </w:r>
      <w:r>
        <w:t>to</w:t>
      </w:r>
    </w:p>
    <w:p>
      <w:pPr>
        <w:jc w:val="right"/>
      </w:pPr>
      <w:r>
        <w:t>تو</w:t>
      </w:r>
    </w:p>
    <w:p>
      <w:r>
        <w:rPr>
          <w:b/>
        </w:rPr>
        <w:t xml:space="preserve">[08:34] </w:t>
      </w:r>
      <w:r>
        <w:t>madine mein jo state thi rasool Allah ke zamane mein, woh kya thi? Woh to ek samajhte hain ke aaj kal ke lehaz se ek municipality thi, woh</w:t>
      </w:r>
    </w:p>
    <w:p>
      <w:pPr>
        <w:jc w:val="right"/>
      </w:pPr>
      <w:r>
        <w:t>مدینے میں جو اسٹیٹ تھی رسول اللہ کے زمانے میں، وہ کیا تھی؟ وہ تو ایک سمجھتے ہیں کہ آج کل کے لحاظ سے ایک میونسپلٹی تھی، وہ</w:t>
      </w:r>
    </w:p>
    <w:p>
      <w:r>
        <w:rPr>
          <w:b/>
        </w:rPr>
        <w:t xml:space="preserve">[08:46] </w:t>
      </w:r>
      <w:r>
        <w:t>ab woh intezamiya kar sakte hain, us ko</w:t>
      </w:r>
    </w:p>
    <w:p>
      <w:pPr>
        <w:jc w:val="right"/>
      </w:pPr>
      <w:r>
        <w:t>اب وہ انتظامیہ کر سکتے ہیں، اس کو</w:t>
      </w:r>
    </w:p>
    <w:p>
      <w:r>
        <w:rPr>
          <w:b/>
        </w:rPr>
        <w:t xml:space="preserve">[08:51] </w:t>
      </w:r>
      <w:r>
        <w:t>intezamiya yani administration. Main samajhta hoon ke madine ki jo state thi, us ko munnazzam state kehna sahi nahi hoga.</w:t>
      </w:r>
    </w:p>
    <w:p>
      <w:pPr>
        <w:jc w:val="right"/>
      </w:pPr>
      <w:r>
        <w:t>انتظامیہ یعنی ایڈمنسٹریشن۔ میں سمجھتا ہوں کہ مدینے کی جو اسٹیٹ تھی، اس کو منظم اسٹیٹ کہنا صحیح نہیں ہوگا۔</w:t>
      </w:r>
    </w:p>
    <w:p>
      <w:r>
        <w:rPr>
          <w:b/>
        </w:rPr>
        <w:t xml:space="preserve">[09:06] </w:t>
      </w:r>
      <w:r>
        <w:t>To Islam mein munnazzam state ka concept nahi hai. Yeh communist nizam mein hai. Mera khayal hai woh yahi hai</w:t>
      </w:r>
    </w:p>
    <w:p>
      <w:pPr>
        <w:jc w:val="right"/>
      </w:pPr>
      <w:r>
        <w:t>تو اسلام میں منظم اسٹیٹ کا کانسیپٹ نہیں ہے۔ یہ کمیونسٹ نظام میں ہے۔ میرا خیال ہے وہ یہی ہے</w:t>
      </w:r>
    </w:p>
    <w:p>
      <w:r>
        <w:rPr>
          <w:b/>
        </w:rPr>
        <w:t xml:space="preserve">[09:21] </w:t>
      </w:r>
      <w:r>
        <w:t>ke sahib ko agar koi aur tasawwur ho to woh bata sakte hain.</w:t>
      </w:r>
    </w:p>
    <w:p>
      <w:pPr>
        <w:jc w:val="right"/>
      </w:pPr>
      <w:r>
        <w:t>کہ صاحب کو اگر کوئی اور تصور ہو تو وہ بتا سکتے ہیں۔</w:t>
      </w:r>
    </w:p>
    <w:p>
      <w:r>
        <w:rPr>
          <w:b/>
        </w:rPr>
        <w:t xml:space="preserve">[09:42] </w:t>
      </w:r>
      <w:r>
        <w:t>Main samajhta hoon ke yeh jo America mein jo tasawwur hai, wahan hukumat ko intezamiya kehte thay. Intezamiya kehte hain yani administration.</w:t>
      </w:r>
    </w:p>
    <w:p>
      <w:pPr>
        <w:jc w:val="right"/>
      </w:pPr>
      <w:r>
        <w:t>میں سمجھتا ہوں کہ یہ جو امریکہ میں جو تصور ہے، وہاں حکومت کو انتظامیہ کہتے تھے۔ انتظامیہ کہتے ہیں یعنی ایڈمنسٹریشن۔</w:t>
      </w:r>
    </w:p>
    <w:p>
      <w:r>
        <w:rPr>
          <w:b/>
        </w:rPr>
        <w:t xml:space="preserve">[09:54] </w:t>
      </w:r>
      <w:r>
        <w:t>Yeh bohat hi sahi lafz hai. Bohat sahi lafz hai. Aur Islam mein bhi hukumat ka tasawwur intezamiya ke ma'ne mein hai.</w:t>
      </w:r>
    </w:p>
    <w:p>
      <w:pPr>
        <w:jc w:val="right"/>
      </w:pPr>
      <w:r>
        <w:t>یہ بہت ہی صحیح لفظ ہے۔ بہت صحیح لفظ ہے۔ اور اسلام میں بھی حکومت کا تصور انتظامیہ کے معنی میں ہے۔</w:t>
      </w:r>
    </w:p>
    <w:p>
      <w:r>
        <w:rPr>
          <w:b/>
        </w:rPr>
        <w:t xml:space="preserve">[10:06] </w:t>
      </w:r>
      <w:r>
        <w:t>Communist state jaisa hota hai, woh is ma'ne mein nahi hai.</w:t>
      </w:r>
    </w:p>
    <w:p>
      <w:pPr>
        <w:jc w:val="right"/>
      </w:pPr>
      <w:r>
        <w:t>کمیونسٹ اسٹیٹ جیسا ہوتا ہے، وہ اس معنی میں نہیں ہے۔</w:t>
      </w:r>
    </w:p>
    <w:p>
      <w:r>
        <w:rPr>
          <w:b/>
        </w:rPr>
        <w:t xml:space="preserve">[10:14] </w:t>
      </w:r>
      <w:r>
        <w:t>Maulana, hamara ek sawal hai ke Allah ka shukar hum kaise ada karein? Kyunke baar baar aisa hota hai ke hum log bhool jaate hain Allah ke shukar ko ada karna.</w:t>
      </w:r>
    </w:p>
    <w:p>
      <w:pPr>
        <w:jc w:val="right"/>
      </w:pPr>
      <w:r>
        <w:t>مولانا، ہمارا ایک سوال ہے کہ اللہ کا شکر ہم کیسے ادا کریں؟ کیونکہ بار بار ایسا ہوتا ہے کہ ہم لوگ بھول جاتے ہیں اللہ کے شکر کو ادا کرنا۔</w:t>
      </w:r>
    </w:p>
    <w:p>
      <w:r>
        <w:rPr>
          <w:b/>
        </w:rPr>
        <w:t xml:space="preserve">[10:24] </w:t>
      </w:r>
      <w:r>
        <w:t>To us ko har waqt kaise kiya jaye? Kyunke aisa hota hai ke jab hum hamare upar pareshani aati hai to sirf is aur woh theek ho jati hai, to us waqt hi Allah ka shukar ada karte hain aur baqi time par hum log bhool jaate hain.</w:t>
      </w:r>
    </w:p>
    <w:p>
      <w:pPr>
        <w:jc w:val="right"/>
      </w:pPr>
      <w:r>
        <w:t>تو اس کو ہر وقت کیسے کیا جائے؟ کیونکہ ایسا ہوتا ہے کہ جب ہم ہمارے اوپر پریشانی آتی ہے تو صرف اس اور وہ ٹھیک ہو جاتی ہے، تو اس وقت ہی اللہ کا شکر ادا کرتے ہیں اور باقی ٹائم پر ہم لوگ بھول جاتے ہیں۔</w:t>
      </w:r>
    </w:p>
    <w:p>
      <w:r>
        <w:rPr>
          <w:b/>
        </w:rPr>
        <w:t xml:space="preserve">[10:40] </w:t>
      </w:r>
      <w:r>
        <w:t>To us ko kaise hum remind karein ke barabar Allah ka shukar ada karein?</w:t>
      </w:r>
    </w:p>
    <w:p>
      <w:pPr>
        <w:jc w:val="right"/>
      </w:pPr>
      <w:r>
        <w:t>تو اس کو کیسے ہم ریمائنڈ کریں کہ برابر اللہ کا شکر ادا کریں؟</w:t>
      </w:r>
    </w:p>
    <w:p>
      <w:r>
        <w:rPr>
          <w:b/>
        </w:rPr>
        <w:t xml:space="preserve">[10:47] </w:t>
      </w:r>
      <w:r>
        <w:t>Dekhiye, Allah ki jo nematein hain, woh to har waqt insan ko mil rahi hain. Bas un ko aap yaad karein.</w:t>
      </w:r>
    </w:p>
    <w:p>
      <w:pPr>
        <w:jc w:val="right"/>
      </w:pPr>
      <w:r>
        <w:t>دیکھیے، اللہ کی جو نعمتیں ہیں، وہ تو ہر وقت انسان کو مل رہی ہیں۔ بس ان کو آپ یاد کریں۔</w:t>
      </w:r>
    </w:p>
    <w:p>
      <w:r>
        <w:rPr>
          <w:b/>
        </w:rPr>
        <w:t xml:space="preserve">[11:05] </w:t>
      </w:r>
      <w:r>
        <w:t>Kainat poori ki poori aap ke liye maskhar ki gayi hai. Har waqt aap ke liye hawa, hawa hai, oxygen hai, pani hai, sari cheezein hain.</w:t>
      </w:r>
    </w:p>
    <w:p>
      <w:pPr>
        <w:jc w:val="right"/>
      </w:pPr>
      <w:r>
        <w:t>کائنات پوری کی پوری آپ کے لیے مسخر کی گئی ہے۔ ہر وقت آپ کے لیے ہوا، ہوا ہے، آکسیجن ہے، پانی ہے، ساری چیزیں ہیں۔</w:t>
      </w:r>
    </w:p>
    <w:p>
      <w:r>
        <w:rPr>
          <w:b/>
        </w:rPr>
        <w:t xml:space="preserve">[11:18] </w:t>
      </w:r>
      <w:r>
        <w:t>To jo Allah ki jo nematein hain, un nematon ka aap har waqt sabqa parh sakte hain.</w:t>
      </w:r>
    </w:p>
    <w:p>
      <w:pPr>
        <w:jc w:val="right"/>
      </w:pPr>
      <w:r>
        <w:t>تو جو اللہ کی جو نعمتیں ہیں، ان نعمتوں کا آپ ہر وقت سابقہ پڑھ سکتے ہیں۔</w:t>
      </w:r>
    </w:p>
    <w:p>
      <w:r>
        <w:rPr>
          <w:b/>
        </w:rPr>
        <w:t xml:space="preserve">[11:30] </w:t>
      </w:r>
      <w:r>
        <w:t>Har waqt sabqa parh sakte hain. To is ke hawale se aap Allah ka shukar karein. Pani piyein, tab bhi khana khayein, tab bhi zameen par chalein, tab bhi.</w:t>
      </w:r>
    </w:p>
    <w:p>
      <w:pPr>
        <w:jc w:val="right"/>
      </w:pPr>
      <w:r>
        <w:t>ہر وقت سابقہ پڑھ سکتے ہیں۔ تو اس کے حوالے سے آپ اللہ کا شکر کریں۔ پانی پیئیں، تب بھی کھانا کھائیں، تب بھی زمین پر چلیں، تب بھی۔</w:t>
      </w:r>
    </w:p>
    <w:p>
      <w:r>
        <w:rPr>
          <w:b/>
        </w:rPr>
        <w:t xml:space="preserve">[11:44] </w:t>
      </w:r>
      <w:r>
        <w:t>Kyunke har cheez jis se aap sabqa pesh aata hai, rozana woh sab nemat, nemat hi nemat to hai.</w:t>
      </w:r>
    </w:p>
    <w:p>
      <w:pPr>
        <w:jc w:val="right"/>
      </w:pPr>
      <w:r>
        <w:t>کیونکہ ہر چیز جس سے آپ سابقہ پیش آتا ہے، روزانہ وہ سب نعمت، نعمت ہی نعمت تو ہے۔</w:t>
      </w:r>
    </w:p>
    <w:p>
      <w:r>
        <w:rPr>
          <w:b/>
        </w:rPr>
        <w:t xml:space="preserve">[12:00] </w:t>
      </w:r>
      <w:r>
        <w:t>Jaise aap doosre sayare jayein, zameen ke ilawa</w:t>
      </w:r>
    </w:p>
    <w:p>
      <w:pPr>
        <w:jc w:val="right"/>
      </w:pPr>
      <w:r>
        <w:t>جیسے آپ دوسرے سیارے جائیں، زمین کے علاوہ</w:t>
      </w:r>
    </w:p>
    <w:p>
      <w:r>
        <w:rPr>
          <w:b/>
        </w:rPr>
        <w:t xml:space="preserve">[12:07] </w:t>
      </w:r>
      <w:r>
        <w:t>wahan par kuch bhi nahi hai. Wahan insan jaye to woh zinda hi nahi rahega.</w:t>
      </w:r>
    </w:p>
    <w:p>
      <w:pPr>
        <w:jc w:val="right"/>
      </w:pPr>
      <w:r>
        <w:t>وہاں پر کچھ بھی نہیں ہے۔ وہاں انسان جائے تو وہ زندہ ہی نہیں رہے گا۔</w:t>
      </w:r>
    </w:p>
    <w:p>
      <w:r>
        <w:rPr>
          <w:b/>
        </w:rPr>
        <w:t xml:space="preserve">[12:19] </w:t>
      </w:r>
      <w:r>
        <w:t>Yeh zameen hai jahan ek insan ke liye sam'e hayat, zindagi ka saman hai.</w:t>
      </w:r>
    </w:p>
    <w:p>
      <w:pPr>
        <w:jc w:val="right"/>
      </w:pPr>
      <w:r>
        <w:t>یہ زمین ہے جہاں ایک انسان کے لیے سامع حیات، زندگی کا سامان ہے۔</w:t>
      </w:r>
    </w:p>
    <w:p>
      <w:r>
        <w:rPr>
          <w:b/>
        </w:rPr>
        <w:t xml:space="preserve">[12:28] </w:t>
      </w:r>
      <w:r>
        <w:t>To yeh sab yaad karein har waqt. To bas is ka naam shukar hai.</w:t>
      </w:r>
    </w:p>
    <w:p>
      <w:pPr>
        <w:jc w:val="right"/>
      </w:pPr>
      <w:r>
        <w:t>تو یہ سب یاد کریں ہر وقت۔ تو بس اس کا نام شکر ہے۔</w:t>
      </w:r>
    </w:p>
    <w:p>
      <w:r>
        <w:rPr>
          <w:b/>
        </w:rPr>
        <w:t xml:space="preserve">[12:43] </w:t>
      </w:r>
      <w:r>
        <w:t>Ek sahib se baat hui thi political Islam ke bare mein. To woh keh rahe thay ke is Quran mein hai ke</w:t>
      </w:r>
    </w:p>
    <w:p>
      <w:pPr>
        <w:jc w:val="right"/>
      </w:pPr>
      <w:r>
        <w:t>ایک صاحب سے بات ہوئی تھی پولیٹیکل اسلام کے بارے میں۔ تو وہ کہہ رہے تھے کہ اس قرآن میں ہے کہ</w:t>
      </w:r>
    </w:p>
    <w:p>
      <w:r>
        <w:rPr>
          <w:b/>
        </w:rPr>
        <w:t xml:space="preserve">[12:55] </w:t>
      </w:r>
      <w:r>
        <w:t>humein hukumat qaim karni hai. To baharhal maine kuch bataya unhein. To unhon ne phir ek ayat bheji mujhe ke Quran mein yeh hai: "Wa qātilūhum ḥattā lā takūna fitnatun wa yakūna d-dīnu kulluhu lillāh".</w:t>
      </w:r>
    </w:p>
    <w:p>
      <w:pPr>
        <w:jc w:val="right"/>
      </w:pPr>
      <w:r>
        <w:t>ہمیں حکومت قائم کرنی ہے۔ تو بہرحال میں نے کچھ بتایا انہیں۔ تو انہوں نے پھر ایک آیت بھیجی مجھے کہ قرآن میں یہ ہے: "وقاتلھم حتیٰ لا تکون فتنۃ ویکون الدین کل للہ"۔</w:t>
      </w:r>
    </w:p>
    <w:p>
      <w:r>
        <w:rPr>
          <w:b/>
        </w:rPr>
        <w:t xml:space="preserve">[13:18] </w:t>
      </w:r>
      <w:r>
        <w:t>To unhon ne kaha yahan deen ka matlab hai law ka aur law ko enforce karna aur implement karna yeh farz hai musalmanon ke upar.</w:t>
      </w:r>
    </w:p>
    <w:p>
      <w:pPr>
        <w:jc w:val="right"/>
      </w:pPr>
      <w:r>
        <w:t>تو انہوں نے کہا یہاں دین کا مطلب ہے لاء کا اور لاء کو انفورس کرنا اور امپلیمنٹ کرنا یہ فرض ہے مسلمانوں کے اوپر۔</w:t>
      </w:r>
    </w:p>
    <w:p>
      <w:r>
        <w:rPr>
          <w:b/>
        </w:rPr>
        <w:t xml:space="preserve">[13:39] </w:t>
      </w:r>
      <w:r>
        <w:t>Kya khulasa hai sab?</w:t>
      </w:r>
    </w:p>
    <w:p>
      <w:pPr>
        <w:jc w:val="right"/>
      </w:pPr>
      <w:r>
        <w:t>کیا خلاصہ ہے سب؟</w:t>
      </w:r>
    </w:p>
    <w:p>
      <w:r>
        <w:rPr>
          <w:b/>
        </w:rPr>
        <w:t xml:space="preserve">[13:44] </w:t>
      </w:r>
      <w:r>
        <w:t>maulana, doctor sahib ki ek sahib se baat ho rahi thi. to is sahib ne yeh kaha ke quran ki ek aayat hai: "wa qaatiluhum hatta la takuna fitnatun wa yakuna ad-deenu kulluhu lillah".</w:t>
      </w:r>
    </w:p>
    <w:p>
      <w:pPr>
        <w:jc w:val="right"/>
      </w:pPr>
      <w:r>
        <w:t>مولانا، ڈاکٹر صاحب کی ایک صاحب سے بات ہو رہی تھی۔ تو اس صاحب نے یہ کہا کہ قرآن کی ایک آیت ہے: "وقاتلھم حتیٰ لا تکون فتنۃ ویکون الدین کل للہ"۔</w:t>
      </w:r>
    </w:p>
    <w:p>
      <w:r>
        <w:rPr>
          <w:b/>
        </w:rPr>
        <w:t xml:space="preserve">[13:58] </w:t>
      </w:r>
      <w:r>
        <w:t>to deen ka matlab hai law ko implement karna. to is ka matlab yeh hai ke islam ki hukumat qaim honi chahiye. is ke liye jang karna hai.</w:t>
      </w:r>
    </w:p>
    <w:p>
      <w:pPr>
        <w:jc w:val="right"/>
      </w:pPr>
      <w:r>
        <w:t>تو دین کا مطلب ہے لاء کو امپلیمنٹ کرنا۔ تو اس کا مطلب یہ ہے کہ اسلام کی حکومت قائم ہونی چاہیے۔ اس کے لیے جنگ کرنا ہے۔</w:t>
      </w:r>
    </w:p>
    <w:p>
      <w:r>
        <w:rPr>
          <w:b/>
        </w:rPr>
        <w:t xml:space="preserve">[14:08] </w:t>
      </w:r>
      <w:r>
        <w:t>aayat ka sahi matlab kya hai? "wa qaatiluhum hatta la takuna fitnatun" ka?</w:t>
      </w:r>
    </w:p>
    <w:p>
      <w:pPr>
        <w:jc w:val="right"/>
      </w:pPr>
      <w:r>
        <w:t>آیت کا صحیح مطلب کیا ہے؟ "وقاتلھم حتیٰ لا تکون فتنۃ" کا؟</w:t>
      </w:r>
    </w:p>
    <w:p>
      <w:r>
        <w:rPr>
          <w:b/>
        </w:rPr>
        <w:t xml:space="preserve">[14:12] </w:t>
      </w:r>
      <w:r>
        <w:t>is ka koi bhi taaluq hukumat se ya riyasat se nahi hai. yahan par dekhiye, jo lafz fitna jo hai, fitna ke maani hain wahi jis ko hum kehte hain resist prosecution.</w:t>
      </w:r>
    </w:p>
    <w:p>
      <w:pPr>
        <w:jc w:val="right"/>
      </w:pPr>
      <w:r>
        <w:t>اس کا کوئی بھی تعلق حکومت سے یا ریاست سے نہیں ہے۔ یہاں پر دیکھیے، جو لفظ فتنہ جو ہے، فتنہ کے معنی ہیں وہی جس کو ہم کہتے ہیں ریزسٹ پرسیکیوشن۔</w:t>
      </w:r>
    </w:p>
    <w:p>
      <w:r>
        <w:rPr>
          <w:b/>
        </w:rPr>
        <w:t xml:space="preserve">[14:35] </w:t>
      </w:r>
      <w:r>
        <w:t>to qadeem zamane mein aap jante hain ke sari duniya mein resist prosecution tha.</w:t>
      </w:r>
    </w:p>
    <w:p>
      <w:pPr>
        <w:jc w:val="right"/>
      </w:pPr>
      <w:r>
        <w:t>تو قدیم زمانے میں آپ جانتے ہیں کہ ساری دنیا میں ریزسٹ پرسیکیوشن تھا۔</w:t>
      </w:r>
    </w:p>
    <w:p>
      <w:r>
        <w:rPr>
          <w:b/>
        </w:rPr>
        <w:t xml:space="preserve">[14:43] </w:t>
      </w:r>
      <w:r>
        <w:t>yani aazadi ya mazhabi aazadi nahi thi har jagah. ab to ab to mazhabi aazadi ka daur hi khatm ho chuka hai.</w:t>
      </w:r>
    </w:p>
    <w:p>
      <w:pPr>
        <w:jc w:val="right"/>
      </w:pPr>
      <w:r>
        <w:t>یعنی آزادی یا مذہبی آزادی نہیں تھی ہر جگہ۔ اب تو اب تو مذہبی آزادی کا دور ہی ختم ہو چکا ہے۔</w:t>
      </w:r>
    </w:p>
    <w:p>
      <w:r>
        <w:rPr>
          <w:b/>
        </w:rPr>
        <w:t xml:space="preserve">[14:55] </w:t>
      </w:r>
      <w:r>
        <w:t>ab ab sari duniya mein mazhabi aazadi hai.</w:t>
      </w:r>
    </w:p>
    <w:p>
      <w:pPr>
        <w:jc w:val="right"/>
      </w:pPr>
      <w:r>
        <w:t>اب اب ساری دنیا میں مذہبی آزادی ہے۔</w:t>
      </w:r>
    </w:p>
    <w:p>
      <w:r>
        <w:rPr>
          <w:b/>
        </w:rPr>
        <w:t xml:space="preserve">[15:01] </w:t>
      </w:r>
      <w:r>
        <w:t>to yeh sirf mazhabi aazadi hai jo kuch logon ne khatm kar rakhi thi. woh jo quran mein hai ke: "afara'ayta alladhi tawalla wa a'ata qaleelan wa akda".</w:t>
      </w:r>
    </w:p>
    <w:p>
      <w:pPr>
        <w:jc w:val="right"/>
      </w:pPr>
      <w:r>
        <w:t>تو یہ صرف مذہبی آزادی ہے جو کچھ لوگوں نے ختم کر رکھی تھی۔ وہ جو قرآن میں ہے کہ: "افر رعایت الذی جنہا عبداً الا صلی اللہ"۔</w:t>
      </w:r>
    </w:p>
    <w:p>
      <w:r>
        <w:rPr>
          <w:b/>
        </w:rPr>
        <w:t xml:space="preserve">[15:19] </w:t>
      </w:r>
      <w:r>
        <w:t>yeh hai resist prosecution. to resist prosecution allah ki takhleeq ke naqshe ko neirfy karne ke barabar hai ke kyunke allah ne har insaan ko aazadi di hai.</w:t>
      </w:r>
    </w:p>
    <w:p>
      <w:pPr>
        <w:jc w:val="right"/>
      </w:pPr>
      <w:r>
        <w:t>یہ ہے ریزسٹ پرسیکیوشن۔ تو ریزسٹ پرسیکیوشن اللہ کی تخلیق کے نقشے کو نیریفائی کرنے کے برابر ہے کہ کیونکہ اللہ نے ہر انسان کو آزادی دی ہے۔</w:t>
      </w:r>
    </w:p>
    <w:p>
      <w:r>
        <w:rPr>
          <w:b/>
        </w:rPr>
        <w:t xml:space="preserve">[15:39] </w:t>
      </w:r>
      <w:r>
        <w:t>di hai. har insaan ko mauqa hai ke aazadi mazhab ke maamle mein jo</w:t>
      </w:r>
    </w:p>
    <w:p>
      <w:pPr>
        <w:jc w:val="right"/>
      </w:pPr>
      <w:r>
        <w:t>دی ہے۔ ہر انسان کو موقع ہے کہ آزادی مذہب کے معاملے میں جو</w:t>
      </w:r>
    </w:p>
    <w:p>
      <w:r>
        <w:rPr>
          <w:b/>
        </w:rPr>
        <w:t xml:space="preserve">[15:50] </w:t>
      </w:r>
      <w:r>
        <w:t>tareeqa chahe ikhtiyar kare.</w:t>
      </w:r>
    </w:p>
    <w:p>
      <w:pPr>
        <w:jc w:val="right"/>
      </w:pPr>
      <w:r>
        <w:t>طریقہ چاہے اختیار کرے۔</w:t>
      </w:r>
    </w:p>
    <w:p>
      <w:r>
        <w:rPr>
          <w:b/>
        </w:rPr>
        <w:t xml:space="preserve">[15:56] </w:t>
      </w:r>
      <w:r>
        <w:t>to is is yani is culture ko khatm karna ke mazhabi mazhabi jabr ko khatm karna, mazhabi aazadi ko lana, yeh matlab hai is ka.</w:t>
      </w:r>
    </w:p>
    <w:p>
      <w:pPr>
        <w:jc w:val="right"/>
      </w:pPr>
      <w:r>
        <w:t>تو اس اس یعنی اس کلچر کو ختم کرنا کہ مذہبی مذہبی جبر کو ختم کرنا، مذہبی آزادی کو لانا، یہ مطلب ہے اس کا۔</w:t>
      </w:r>
    </w:p>
    <w:p>
      <w:r>
        <w:rPr>
          <w:b/>
        </w:rPr>
        <w:t xml:space="preserve">[16:12] </w:t>
      </w:r>
      <w:r>
        <w:t>is ka koi taaluq hukumat se, siyasat se nahi hai.</w:t>
      </w:r>
    </w:p>
    <w:p>
      <w:pPr>
        <w:jc w:val="right"/>
      </w:pPr>
      <w:r>
        <w:t>اس کا کوئی تعلق حکومت سے، سیاست سے نہیں ہے۔</w:t>
      </w:r>
    </w:p>
    <w:p>
      <w:r>
        <w:rPr>
          <w:b/>
        </w:rPr>
        <w:t xml:space="preserve">[16:17] </w:t>
      </w:r>
      <w:r>
        <w:t>un ka jo sawal tha woh ke haan deen ka lafz aaya hai, woh law ke bare mein hai. woh law enforce karna hai.</w:t>
      </w:r>
    </w:p>
    <w:p>
      <w:pPr>
        <w:jc w:val="right"/>
      </w:pPr>
      <w:r>
        <w:t>ان کا جو سوال تھا وہ کہ ہاں دین کا لفظ آیا ہے، وہ لاء کے بارے میں ہے۔ وہ لاء انفورس کرنا ہے۔</w:t>
      </w:r>
    </w:p>
    <w:p>
      <w:r>
        <w:rPr>
          <w:b/>
        </w:rPr>
        <w:t xml:space="preserve">[16:28] </w:t>
      </w:r>
      <w:r>
        <w:t>maulana, un ka sawal yeh tha ke ad-deen ka lafz jo aaya hai, haan ad-deen ka lafz jo aaya hai aayat mein: "wa yakuna ad-deenu kulluhu lillah".</w:t>
      </w:r>
    </w:p>
    <w:p>
      <w:pPr>
        <w:jc w:val="right"/>
      </w:pPr>
      <w:r>
        <w:t>مولانا، ان کا سوال یہ تھا کہ الدین کا لفظ جو آیا ہے، ہاں الدین کا لفظ جو آیا ہے آیت میں: "ویکون الدین کل للہ"۔</w:t>
      </w:r>
    </w:p>
    <w:p>
      <w:r>
        <w:rPr>
          <w:b/>
        </w:rPr>
        <w:t xml:space="preserve">[16:39] </w:t>
      </w:r>
      <w:r>
        <w:t>hmm, deen ka matlab yahan par law hai. is ka mat</w:t>
      </w:r>
    </w:p>
    <w:p>
      <w:pPr>
        <w:jc w:val="right"/>
      </w:pPr>
      <w:r>
        <w:t>ہمم، دین کا مطلب یہاں پر لاء ہے۔ اس کا مط</w:t>
      </w:r>
    </w:p>
    <w:p>
      <w:r>
        <w:rPr>
          <w:b/>
        </w:rPr>
        <w:t xml:space="preserve">[16:42] </w:t>
      </w:r>
      <w:r>
        <w:t>lab hai law nahi. law nahi, law nahi hai. yeh to jo log, jo log</w:t>
      </w:r>
    </w:p>
    <w:p>
      <w:pPr>
        <w:jc w:val="right"/>
      </w:pPr>
      <w:r>
        <w:t>لب ہے لاء نہیں۔ لاء نہیں، لاء نہیں ہے۔ یہ تو جو لوگ، جو لوگ</w:t>
      </w:r>
    </w:p>
    <w:p>
      <w:r>
        <w:rPr>
          <w:b/>
        </w:rPr>
        <w:t xml:space="preserve">[16:54] </w:t>
      </w:r>
      <w:r>
        <w:t>islami sehat ka</w:t>
      </w:r>
    </w:p>
    <w:p>
      <w:pPr>
        <w:jc w:val="right"/>
      </w:pPr>
      <w:r>
        <w:t>اسلامی صحت کا</w:t>
      </w:r>
    </w:p>
    <w:p>
      <w:r>
        <w:rPr>
          <w:b/>
        </w:rPr>
        <w:t xml:space="preserve">[17:01] </w:t>
      </w:r>
      <w:r>
        <w:t>yani islam ko sehat, islam ki siyasi ta'abeer karte hain, un ka un ka yeh khayal hai deen ka maani wahi hai jo hum is ko hum kehte hain mazhab.</w:t>
      </w:r>
    </w:p>
    <w:p>
      <w:pPr>
        <w:jc w:val="right"/>
      </w:pPr>
      <w:r>
        <w:t>یعنی اسلام کو صحت، اسلام کی سیاسی تعبیر کرتے ہیں، ان کا ان کا یہ خیال ہے دین کا معنی وہی ہے جو ہم اس کو ہم کہتے ہیں مذہب۔</w:t>
      </w:r>
    </w:p>
    <w:p>
      <w:r>
        <w:rPr>
          <w:b/>
        </w:rPr>
        <w:t xml:space="preserve">[17:15] </w:t>
      </w:r>
      <w:r>
        <w:t>yani mazhab ke maamle mein jo</w:t>
      </w:r>
    </w:p>
    <w:p>
      <w:pPr>
        <w:jc w:val="right"/>
      </w:pPr>
      <w:r>
        <w:t>یعنی مذہب کے معاملے میں جو</w:t>
      </w:r>
    </w:p>
    <w:p>
      <w:r>
        <w:rPr>
          <w:b/>
        </w:rPr>
        <w:t xml:space="preserve">[17:25] </w:t>
      </w:r>
      <w:r>
        <w:t>jo jabr kaam kar rakha tha, us ke bare mein yeh hai. to islam mein mazhabi jabr nahi hai.</w:t>
      </w:r>
    </w:p>
    <w:p>
      <w:pPr>
        <w:jc w:val="right"/>
      </w:pPr>
      <w:r>
        <w:t>جو جبر کام کر رکھا تھا، اس کے بارے میں یہ ہے۔ تو اسلام میں مذہبی جبر نہیں ہے۔</w:t>
      </w:r>
    </w:p>
    <w:p>
      <w:r>
        <w:rPr>
          <w:b/>
        </w:rPr>
        <w:t xml:space="preserve">[17:34] </w:t>
      </w:r>
      <w:r>
        <w:t>har aadmi ko aazadi hai. har aadmi ko aazadi hai.</w:t>
      </w:r>
    </w:p>
    <w:p>
      <w:pPr>
        <w:jc w:val="right"/>
      </w:pPr>
      <w:r>
        <w:t>ہر آدمی کو آزادی ہے۔ ہر آدمی کو آزادی ہے۔</w:t>
      </w:r>
    </w:p>
    <w:p>
      <w:r>
        <w:rPr>
          <w:b/>
        </w:rPr>
        <w:t xml:space="preserve">[17:46] </w:t>
      </w:r>
      <w:r>
        <w:t>to jo log is aayat se nikalte hain siyasi nizam, woh galat nikalte hain. is ka koi taaluq siyasi nizam se nahi hai.</w:t>
      </w:r>
    </w:p>
    <w:p>
      <w:pPr>
        <w:jc w:val="right"/>
      </w:pPr>
      <w:r>
        <w:t>تو جو لوگ اس آیت سے نکالتے ہیں سیاسی نظام، وہ غلط نکالتے ہیں۔ اس کا کوئی تعلق سیاسی نظام سے نہیں ہے۔</w:t>
      </w:r>
    </w:p>
    <w:p>
      <w:r>
        <w:rPr>
          <w:b/>
        </w:rPr>
        <w:t xml:space="preserve">[17:57] </w:t>
      </w:r>
      <w:r>
        <w:t>yeh to</w:t>
      </w:r>
    </w:p>
    <w:p>
      <w:pPr>
        <w:jc w:val="right"/>
      </w:pPr>
      <w:r>
        <w:t>یہ تو</w:t>
      </w:r>
    </w:p>
    <w:p>
      <w:r>
        <w:rPr>
          <w:b/>
        </w:rPr>
        <w:t xml:space="preserve">[18:01] </w:t>
      </w:r>
      <w:r>
        <w:t>legislation ke maani mein hai.</w:t>
      </w:r>
    </w:p>
    <w:p>
      <w:pPr>
        <w:jc w:val="right"/>
      </w:pPr>
      <w:r>
        <w:t>لیجس پرسیکیوشن کے معنی میں ہے۔</w:t>
      </w:r>
    </w:p>
    <w:p>
      <w:r>
        <w:rPr>
          <w:b/>
        </w:rPr>
        <w:t xml:space="preserve">[18:11] </w:t>
      </w:r>
      <w:r>
        <w:t>maulana, yeh question stuti ne bheja hai. unhon ne chapter three, verse number 104 ka hawala diya hai.</w:t>
      </w:r>
    </w:p>
    <w:p>
      <w:pPr>
        <w:jc w:val="right"/>
      </w:pPr>
      <w:r>
        <w:t>مولانا، یہ کوئسچن سطوتی نے بھیجا ہے۔ انہوں نے چیپٹر تھری، ورس نمبر 104 کا حوالہ دیا ہے۔</w:t>
      </w:r>
    </w:p>
    <w:p>
      <w:r>
        <w:rPr>
          <w:b/>
        </w:rPr>
        <w:t xml:space="preserve">[18:23] </w:t>
      </w:r>
      <w:r>
        <w:t>woh ayat hai: "let there be a group among you who call others to good and enjoy what is right and forbid what is wrong".</w:t>
      </w:r>
    </w:p>
    <w:p>
      <w:pPr>
        <w:jc w:val="right"/>
      </w:pPr>
      <w:r>
        <w:t>وہ آیت ہے: "لیٹ دے بی ا گروپ امنگ یو ہو کال ادر ٹو گڈ اینڈ انجوائے واٹ از رائٹ اینڈ فاربیڈ واٹ از رونگ"۔</w:t>
      </w:r>
    </w:p>
    <w:p>
      <w:r>
        <w:rPr>
          <w:b/>
        </w:rPr>
        <w:t xml:space="preserve">[18:35] </w:t>
      </w:r>
      <w:r>
        <w:t>those who do do this shall be successful. to un ka question yeh hai ke some commentaries have explained that this is a command or an obligation on the muslim community.</w:t>
      </w:r>
    </w:p>
    <w:p>
      <w:pPr>
        <w:jc w:val="right"/>
      </w:pPr>
      <w:r>
        <w:t>دوز ہو ڈو ڈو دس شیل بی سکسیس فل۔ تو ان کا کوئسچن یہ ہے کہ سم کمنٹریز ہیو ایکسپلین دیٹ دس از ا کمانڈ اور این ابلیگیشن ان دا مسلم کمیونٹی۔</w:t>
      </w:r>
    </w:p>
    <w:p>
      <w:r>
        <w:rPr>
          <w:b/>
        </w:rPr>
        <w:t xml:space="preserve">[18:50] </w:t>
      </w:r>
      <w:r>
        <w:t>however, this is just in the sense of recommendation to the community. Maulana, what do you have to say about this kind of interpretation which converts passive command to active command?</w:t>
      </w:r>
    </w:p>
    <w:p>
      <w:pPr>
        <w:jc w:val="right"/>
      </w:pPr>
      <w:r>
        <w:t>ہاؤ ایور، دس از جسٹ ان دا سینس اف ریکمنڈیشن ٹو دا کمیونٹی۔ مولانا، واٹ ڈو یو ہیو ٹو سے اباؤٹ دس کائنڈ اف انٹرپریٹیشن وچ کنورٹس پیسو کمانڈ ٹو ایکٹیو کمانڈ؟</w:t>
      </w:r>
    </w:p>
    <w:p>
      <w:r>
        <w:rPr>
          <w:b/>
        </w:rPr>
        <w:t xml:space="preserve">[19:06] </w:t>
      </w:r>
      <w:r>
        <w:t>dekhiye, is ka hukumat se koi talluq nahi hai. yeh to aam zindagi mein aik jo zimmedari hai naseehat ki.</w:t>
      </w:r>
    </w:p>
    <w:p>
      <w:pPr>
        <w:jc w:val="right"/>
      </w:pPr>
      <w:r>
        <w:t>دیکھیے، اس کا حکومت سے کوئی تعلق نہیں ہے۔ یہ تو عام زندگی میں ایک جو ذمہ داری ہے نصیحت کی۔</w:t>
      </w:r>
    </w:p>
    <w:p>
      <w:r>
        <w:rPr>
          <w:b/>
        </w:rPr>
        <w:t xml:space="preserve">[19:18] </w:t>
      </w:r>
      <w:r>
        <w:t>is ka talluq na hukumat se hai, na pakar dhakad se hai, na qanoon se hai. naseehat to aap naseehat kijiye</w:t>
      </w:r>
    </w:p>
    <w:p>
      <w:pPr>
        <w:jc w:val="right"/>
      </w:pPr>
      <w:r>
        <w:t>اس کا تعلق نہ حکومت سے ہے، نہ پکڑ دھکڑ سے ہے، نہ قانون سے ہے۔ نصیحت تو آپ نصیحت کیجئے</w:t>
      </w:r>
    </w:p>
    <w:p>
      <w:r>
        <w:rPr>
          <w:b/>
        </w:rPr>
        <w:t xml:space="preserve">[19:35] </w:t>
      </w:r>
      <w:r>
        <w:t>literature ke zariye, jalsa ke zariye, yani non political way mein jo kar sakte hain, woh kijiye.</w:t>
      </w:r>
    </w:p>
    <w:p>
      <w:pPr>
        <w:jc w:val="right"/>
      </w:pPr>
      <w:r>
        <w:t>لٹریچر کے ذریعے، جلسہ کے ذریعے، یعنی نان پولیٹیکل وے میں جو کر سکتے ہیں، وہ کیجئے۔</w:t>
      </w:r>
    </w:p>
    <w:p>
      <w:r>
        <w:rPr>
          <w:b/>
        </w:rPr>
        <w:t xml:space="preserve">[19:48] </w:t>
      </w:r>
      <w:r>
        <w:t>is ka talluq koi political</w:t>
      </w:r>
    </w:p>
    <w:p>
      <w:pPr>
        <w:jc w:val="right"/>
      </w:pPr>
      <w:r>
        <w:t>اس کا تعلق کوئی پولیٹیکل</w:t>
      </w:r>
    </w:p>
    <w:p>
      <w:r>
        <w:rPr>
          <w:b/>
        </w:rPr>
        <w:t xml:space="preserve">[19:53] </w:t>
      </w:r>
      <w:r>
        <w:t>political system se bilkul nahi hai.</w:t>
      </w:r>
    </w:p>
    <w:p>
      <w:pPr>
        <w:jc w:val="right"/>
      </w:pPr>
      <w:r>
        <w:t>پولیٹیکل سسٹم سے بالکل نہیں ہے۔</w:t>
      </w:r>
    </w:p>
    <w:p>
      <w:r>
        <w:rPr>
          <w:b/>
        </w:rPr>
        <w:t xml:space="preserve">[19:57] </w:t>
      </w:r>
      <w:r>
        <w:t>ji Maulana, mera aik sawal hai. yeh jo sawal hai sufi traditions ko le ke, yeh mera sawal hai ke jo aik sufi shair thay, persian persian poet Mansoor Al-Hallaj, unhon ne aik bar aik yeh baat kahi thi ke: "Ana Al-Haq, I am the truth".</w:t>
      </w:r>
    </w:p>
    <w:p>
      <w:pPr>
        <w:jc w:val="right"/>
      </w:pPr>
      <w:r>
        <w:t>جی مولانا، میرا ایک سوال ہے۔ یہ جو سوال ہے صوفی ٹریڈیشنز کو لے کے، یہ میرا سوال ہے کہ جو ایک صوفی شاعر تھے، پرشین پرشین پوئٹ منصور الحلاج، انہوں نے ایک بار ایک یہ بات کہی تھی کہ: "ان الحق، ائی ایم دا ٹروتھ"۔</w:t>
      </w:r>
    </w:p>
    <w:p>
      <w:r>
        <w:rPr>
          <w:b/>
        </w:rPr>
        <w:t xml:space="preserve">[20:20] </w:t>
      </w:r>
      <w:r>
        <w:t>woh unhon ne kon se context mein kahi thi? aur aik insan waisi baat kab keh sakta hai? aik concept sufism ka hai, annihilation of ego, jise woh fana kehte hain.</w:t>
      </w:r>
    </w:p>
    <w:p>
      <w:pPr>
        <w:jc w:val="right"/>
      </w:pPr>
      <w:r>
        <w:t>وہ انہوں نے کون سے کانٹیکسٹ میں کہی تھی؟ اور ایک انسان ویسی بات کب کہہ سکتا ہے؟ ایک کانسیپٹ صوفزم کا ہے، انہیلیشن اف ایگو، جسے وہ فنا کہتے ہیں۔</w:t>
      </w:r>
    </w:p>
    <w:p>
      <w:r>
        <w:rPr>
          <w:b/>
        </w:rPr>
        <w:t xml:space="preserve">[20:31] </w:t>
      </w:r>
      <w:r>
        <w:t>aap is pe thora explain karein. yeh kuch samajh nahi aya tha mujhe tab.</w:t>
      </w:r>
    </w:p>
    <w:p>
      <w:pPr>
        <w:jc w:val="right"/>
      </w:pPr>
      <w:r>
        <w:t>آپ اس پہ تھوڑا ایکسپلین کریں۔ یہ کچھ سمجھ نہیں آیا تھا مجھے تب۔</w:t>
      </w:r>
    </w:p>
    <w:p>
      <w:r>
        <w:rPr>
          <w:b/>
        </w:rPr>
        <w:t xml:space="preserve">[20:38] </w:t>
      </w:r>
      <w:r>
        <w:t>kya matlab hua? Maulana, un ka sawal yeh hai ke ah ah mashhoor sufi Allah, mashhoor sufi Al-Hallaj ne kaha tha: "Ana Al-Haq".</w:t>
      </w:r>
    </w:p>
    <w:p>
      <w:pPr>
        <w:jc w:val="right"/>
      </w:pPr>
      <w:r>
        <w:t>کیا مطلب ہوا؟ مولانا، ان کا سوال یہ ہے کہ اہ اہ مشہور صوفی اللہ، مشہور صوفی الحلاج نے کہا تھا: "ان الحق"۔</w:t>
      </w:r>
    </w:p>
    <w:p>
      <w:r>
        <w:rPr>
          <w:b/>
        </w:rPr>
        <w:t xml:space="preserve">[20:50] </w:t>
      </w:r>
      <w:r>
        <w:t>to yeh cheez us ne jo kaha, yeh aik sufi kab keh sakta hai? kis context mein us ne kaha tha? aur aik cheez jis ko kaha jata hai fana ka darja pa jana, to yeh kya cheez hai?</w:t>
      </w:r>
    </w:p>
    <w:p>
      <w:pPr>
        <w:jc w:val="right"/>
      </w:pPr>
      <w:r>
        <w:t>تو یہ چیز اس نے جو کہا، یہ ایک صوفی کب کہہ سکتا ہے؟ کس کانٹیکسٹ میں اس نے کہا تھا؟ اور ایک چیز جس کو کہا جاتا ہے فنا کا درجہ پا جانا، تو یہ کیا چیز ہے؟</w:t>
      </w:r>
    </w:p>
    <w:p>
      <w:r>
        <w:rPr>
          <w:b/>
        </w:rPr>
        <w:t xml:space="preserve">[21:02] </w:t>
      </w:r>
      <w:r>
        <w:t>fana ka darja paana kya cheez hai?</w:t>
      </w:r>
    </w:p>
    <w:p>
      <w:pPr>
        <w:jc w:val="right"/>
      </w:pPr>
      <w:r>
        <w:t>فنا کا درجہ پانا کیا چیز ہے؟</w:t>
      </w:r>
    </w:p>
    <w:p>
      <w:r>
        <w:rPr>
          <w:b/>
        </w:rPr>
        <w:t xml:space="preserve">[21:07] </w:t>
      </w:r>
      <w:r>
        <w:t>main ne kaha: "Al-Haq, Al-Haq, Al-Haq". Allah ki baat jo hai, ulma ne to is ko mana nahi hai. sufiyon mein kuch hain manne wale, main bhi is ko nahi manta.</w:t>
      </w:r>
    </w:p>
    <w:p>
      <w:pPr>
        <w:jc w:val="right"/>
      </w:pPr>
      <w:r>
        <w:t>میں نے کہا: "الحق، الحق، الحق"۔ اللہ کی بات جو ہے، علماء نے تو اس کو مانا نہیں ہے۔ صوفیوں میں کچھ ہیں ماننے والے، میں بھی اس کو نہیں مانتا۔</w:t>
      </w:r>
    </w:p>
    <w:p>
      <w:r>
        <w:rPr>
          <w:b/>
        </w:rPr>
        <w:t xml:space="preserve">[21:28] </w:t>
      </w:r>
      <w:r>
        <w:t>to ulma ka keh majority is ko nahi manti, ghalat manti hai. sufiyon mein kuch log hain jis ko mante hain.</w:t>
      </w:r>
    </w:p>
    <w:p>
      <w:pPr>
        <w:jc w:val="right"/>
      </w:pPr>
      <w:r>
        <w:t>تو علماء کا کہ میجورٹی اس کو نہیں مانتی، غلط مانتی ہے۔ صوفیوں میں کچھ لوگ ہیں جس کو مانتے ہیں۔</w:t>
      </w:r>
    </w:p>
    <w:p>
      <w:r>
        <w:rPr>
          <w:b/>
        </w:rPr>
        <w:t xml:space="preserve">[21:39] </w:t>
      </w:r>
      <w:r>
        <w:t>to main to is ka wakeel nahi hoon, na is ke baray mein meri koi rai hai.</w:t>
      </w:r>
    </w:p>
    <w:p>
      <w:pPr>
        <w:jc w:val="right"/>
      </w:pPr>
      <w:r>
        <w:t>تو میں تو اس کا وکیل نہیں ہوں، نہ اس کے بارے میں میری کوئی رائے ہے۔</w:t>
      </w:r>
    </w:p>
    <w:p>
      <w:r>
        <w:rPr>
          <w:b/>
        </w:rPr>
        <w:t xml:space="preserve">[21:54] </w:t>
      </w:r>
      <w:r>
        <w:t>Maulana, aap ne peechay kaha tha, aap ne peechay kaha tha ke ah hamaray aamal ki wajah se hamein jannat nahi milegi, balkeh Khuda ki rehmat ki wajah se jannat milegi.</w:t>
      </w:r>
    </w:p>
    <w:p>
      <w:pPr>
        <w:jc w:val="right"/>
      </w:pPr>
      <w:r>
        <w:t>مولانا، آپ نے پیچھے کہا تھا، آپ نے پیچھے کہا تھا کہ اہ ہمارے اعمال کی وجہ سے ہمیں جنت نہیں ملے گی، بلکہ خدا کی رحمت کی وجہ سے جنت ملے گی۔</w:t>
      </w:r>
    </w:p>
    <w:p>
      <w:r>
        <w:rPr>
          <w:b/>
        </w:rPr>
        <w:t xml:space="preserve">[22:08] </w:t>
      </w:r>
      <w:r>
        <w:t>to is ka thora sa aap khulasa karein. ji, is ka kuch khulasa is ko aur thora sa batayein, explain karein.</w:t>
      </w:r>
    </w:p>
    <w:p>
      <w:pPr>
        <w:jc w:val="right"/>
      </w:pPr>
      <w:r>
        <w:t>تو اس کا تھوڑا سا آپ خلاصہ کریں۔ جی، اس کا کچھ خلاصہ اس کو اور تھوڑا سا بتائیں، ایکسپلین کریں۔</w:t>
      </w:r>
    </w:p>
    <w:p>
      <w:r>
        <w:rPr>
          <w:b/>
        </w:rPr>
        <w:t xml:space="preserve">[22:16] </w:t>
      </w:r>
      <w:r>
        <w:t>jaise main ne jahan tak samjha hai to jannat naam hai eternal paradise ka.</w:t>
      </w:r>
    </w:p>
    <w:p>
      <w:pPr>
        <w:jc w:val="right"/>
      </w:pPr>
      <w:r>
        <w:t>جیسے میں نے جہاں تک سمجھا ہے تو جنت نام ہے ایٹرنل پارڈائز کا۔</w:t>
      </w:r>
    </w:p>
    <w:p>
      <w:r>
        <w:rPr>
          <w:b/>
        </w:rPr>
        <w:t xml:space="preserve">[22:28] </w:t>
      </w:r>
      <w:r>
        <w:t>eternal paradise.</w:t>
      </w:r>
    </w:p>
    <w:p>
      <w:pPr>
        <w:jc w:val="right"/>
      </w:pPr>
      <w:r>
        <w:t>ایٹرنل پارڈائز۔</w:t>
      </w:r>
    </w:p>
    <w:p>
      <w:r>
        <w:rPr>
          <w:b/>
        </w:rPr>
        <w:t xml:space="preserve">[22:32] </w:t>
      </w:r>
      <w:r>
        <w:t>to insan to dunya mein aata hai, us ki average umar jo hai 70 saal, aur eternal paradise us ka koi bhi amal beharhal limited hota hai.</w:t>
      </w:r>
    </w:p>
    <w:p>
      <w:pPr>
        <w:jc w:val="right"/>
      </w:pPr>
      <w:r>
        <w:t>تو انسان تو دنیا میں آتا ہے، اس کی ایوریج عمر جو ہے 70 سال، اور ایٹرنل پارڈائز اس کا کوئی بھی عمل بہرحال لمیٹڈ ہوتا ہے۔</w:t>
      </w:r>
    </w:p>
    <w:p>
      <w:r>
        <w:rPr>
          <w:b/>
        </w:rPr>
        <w:t xml:space="preserve">[22:47] </w:t>
      </w:r>
      <w:r>
        <w:t>to limited amal paradise ka</w:t>
      </w:r>
    </w:p>
    <w:p>
      <w:pPr>
        <w:jc w:val="right"/>
      </w:pPr>
      <w:r>
        <w:t>تو لمیٹڈ عمل پارڈائز کا</w:t>
      </w:r>
    </w:p>
    <w:p>
      <w:r>
        <w:rPr>
          <w:b/>
        </w:rPr>
        <w:t xml:space="preserve">[22:54] </w:t>
      </w:r>
      <w:r>
        <w:t>istehqaq kaise paida karega?</w:t>
      </w:r>
    </w:p>
    <w:p>
      <w:pPr>
        <w:jc w:val="right"/>
      </w:pPr>
      <w:r>
        <w:t>استحقاق کیسے پیدا کرے گا؟</w:t>
      </w:r>
    </w:p>
    <w:p>
      <w:r>
        <w:rPr>
          <w:b/>
        </w:rPr>
        <w:t xml:space="preserve">[22:59] </w:t>
      </w:r>
      <w:r>
        <w:t>to is sense mein</w:t>
      </w:r>
    </w:p>
    <w:p>
      <w:pPr>
        <w:jc w:val="right"/>
      </w:pPr>
      <w:r>
        <w:t>تو اس سینس میں</w:t>
      </w:r>
    </w:p>
    <w:p>
      <w:r>
        <w:rPr>
          <w:b/>
        </w:rPr>
        <w:t xml:space="preserve">[23:03] </w:t>
      </w:r>
      <w:r>
        <w:t>koi bhi shakhs apne amal se jannat mein nahi jayega.</w:t>
      </w:r>
    </w:p>
    <w:p>
      <w:pPr>
        <w:jc w:val="right"/>
      </w:pPr>
      <w:r>
        <w:t>کوئی بھی شخص اپنے عمل سے جنت میں نہیں جائے گا۔</w:t>
      </w:r>
    </w:p>
    <w:p>
      <w:r>
        <w:rPr>
          <w:b/>
        </w:rPr>
        <w:t xml:space="preserve">[23:11] </w:t>
      </w:r>
      <w:r>
        <w:t>albata yeh hai ke</w:t>
      </w:r>
    </w:p>
    <w:p>
      <w:pPr>
        <w:jc w:val="right"/>
      </w:pPr>
      <w:r>
        <w:t>البتہ یہ ہے کہ</w:t>
      </w:r>
    </w:p>
    <w:p>
      <w:r>
        <w:rPr>
          <w:b/>
        </w:rPr>
        <w:t xml:space="preserve">[23:16] </w:t>
      </w:r>
      <w:r>
        <w:t>amal ko amal to mein samajhta hoon recommendation ke darje mein hai. recommendation</w:t>
      </w:r>
    </w:p>
    <w:p>
      <w:pPr>
        <w:jc w:val="right"/>
      </w:pPr>
      <w:r>
        <w:t>عمل کو عمل تو میں سمجھتا ہوں ریکمنڈیشن کے درجے میں ہے۔ ریکمنڈیشن</w:t>
      </w:r>
    </w:p>
    <w:p>
      <w:r>
        <w:rPr>
          <w:b/>
        </w:rPr>
        <w:t xml:space="preserve">[23:27] </w:t>
      </w:r>
      <w:r>
        <w:t>yani ek yeh hai ke amal jo hai</w:t>
      </w:r>
    </w:p>
    <w:p>
      <w:pPr>
        <w:jc w:val="right"/>
      </w:pPr>
      <w:r>
        <w:t>یعنی ایک یہ ہے کہ عمل جو ہے</w:t>
      </w:r>
    </w:p>
    <w:p>
      <w:r>
        <w:rPr>
          <w:b/>
        </w:rPr>
        <w:t xml:space="preserve">[23:35] </w:t>
      </w:r>
      <w:r>
        <w:t>price ho, jannat ki price ho.</w:t>
      </w:r>
    </w:p>
    <w:p>
      <w:pPr>
        <w:jc w:val="right"/>
      </w:pPr>
      <w:r>
        <w:t>پرائس ہو، جنت کی پرائس ہو۔</w:t>
      </w:r>
    </w:p>
    <w:p>
      <w:r>
        <w:rPr>
          <w:b/>
        </w:rPr>
        <w:t xml:space="preserve">[23:40] </w:t>
      </w:r>
      <w:r>
        <w:t>ek matlab yeh hai ke amal insan ka jo hai woh jannat ki price ho, qeemat ho. is maani mein to kisi ka amal usko jannat mein le jaane wala nahi hai.</w:t>
      </w:r>
    </w:p>
    <w:p>
      <w:pPr>
        <w:jc w:val="right"/>
      </w:pPr>
      <w:r>
        <w:t>ایک مطلب یہ ہے کہ عمل انسان کا جو ہے وہ جنت کی پرائس ہو، قیمت ہو۔ اس معنی میں تو کسی کا عمل اس کو جنت میں لے جانے والا نہیں ہے۔</w:t>
      </w:r>
    </w:p>
    <w:p>
      <w:r>
        <w:rPr>
          <w:b/>
        </w:rPr>
        <w:t xml:space="preserve">[23:54] </w:t>
      </w:r>
      <w:r>
        <w:t>lekin</w:t>
      </w:r>
    </w:p>
    <w:p>
      <w:pPr>
        <w:jc w:val="right"/>
      </w:pPr>
      <w:r>
        <w:t>لیکن</w:t>
      </w:r>
    </w:p>
    <w:p>
      <w:r>
        <w:rPr>
          <w:b/>
        </w:rPr>
        <w:t xml:space="preserve">[23:57] </w:t>
      </w:r>
      <w:r>
        <w:t>recommendation ke maani mein zaroor hai ke ek aadmi sachcha hai aur honest hai</w:t>
      </w:r>
    </w:p>
    <w:p>
      <w:pPr>
        <w:jc w:val="right"/>
      </w:pPr>
      <w:r>
        <w:t>ریکمنڈیشن کے معنی میں ضرور ہے کہ ایک آدمی سچا ہے اور اونسٹ ہے</w:t>
      </w:r>
    </w:p>
    <w:p>
      <w:r>
        <w:rPr>
          <w:b/>
        </w:rPr>
        <w:t xml:space="preserve">[24:11] </w:t>
      </w:r>
      <w:r>
        <w:t>to miqdar ke aitbar se phir bhi woh bohat hi kam rahega jannat ke muqable mein.</w:t>
      </w:r>
    </w:p>
    <w:p>
      <w:pPr>
        <w:jc w:val="right"/>
      </w:pPr>
      <w:r>
        <w:t>تو مقدار کے اعتبار سے پھر بھی وہ بہت ہی کم رہے گا جنت کے مقابلے میں۔</w:t>
      </w:r>
    </w:p>
    <w:p>
      <w:r>
        <w:rPr>
          <w:b/>
        </w:rPr>
        <w:t xml:space="preserve">[24:18] </w:t>
      </w:r>
      <w:r>
        <w:t>lekin jo aadmi</w:t>
      </w:r>
    </w:p>
    <w:p>
      <w:pPr>
        <w:jc w:val="right"/>
      </w:pPr>
      <w:r>
        <w:t>لیکن جو آدمی</w:t>
      </w:r>
    </w:p>
    <w:p>
      <w:r>
        <w:rPr>
          <w:b/>
        </w:rPr>
        <w:t xml:space="preserve">[24:22] </w:t>
      </w:r>
      <w:r>
        <w:t>imandar aur jannati aamal ka mushtarik</w:t>
      </w:r>
    </w:p>
    <w:p>
      <w:pPr>
        <w:jc w:val="right"/>
      </w:pPr>
      <w:r>
        <w:t>ایماندار اور جنتی اعمال کا مشترک</w:t>
      </w:r>
    </w:p>
    <w:p>
      <w:r>
        <w:rPr>
          <w:b/>
        </w:rPr>
        <w:t xml:space="preserve">[24:29] </w:t>
      </w:r>
      <w:r>
        <w:t>limited is mein paya jayega to is ka woh limited amal</w:t>
      </w:r>
    </w:p>
    <w:p>
      <w:pPr>
        <w:jc w:val="right"/>
      </w:pPr>
      <w:r>
        <w:t>لمیٹڈ اس میں پایا جائے گا تو اس کا وہ لمیٹڈ عمل</w:t>
      </w:r>
    </w:p>
    <w:p>
      <w:r>
        <w:rPr>
          <w:b/>
        </w:rPr>
        <w:t xml:space="preserve">[24:36] </w:t>
      </w:r>
      <w:r>
        <w:t>ابدی paradise ke liye ek recommendation ban jayega.</w:t>
      </w:r>
    </w:p>
    <w:p>
      <w:pPr>
        <w:jc w:val="right"/>
      </w:pPr>
      <w:r>
        <w:t>ابدی پارڈائز کے لیے ایک ریکمنڈیشن بن جائے گا۔</w:t>
      </w:r>
    </w:p>
    <w:p>
      <w:r>
        <w:rPr>
          <w:b/>
        </w:rPr>
        <w:t xml:space="preserve">[24:43] </w:t>
      </w:r>
      <w:r>
        <w:t>yeh mein samajhta hoon. jiska bhi amal usko jannat mein le jayega to woh recommendation ke maani mein hoga, price ke maani mein nahi hoga.</w:t>
      </w:r>
    </w:p>
    <w:p>
      <w:pPr>
        <w:jc w:val="right"/>
      </w:pPr>
      <w:r>
        <w:t>یہ میں سمجھتا ہوں۔ جس کا بھی عمل اس کو جنت میں لے جائے گا تو وہ ریکمنڈیشن کے معنی میں ہوگا، پرائس کے معنی میں نہیں ہوگا۔</w:t>
      </w:r>
    </w:p>
    <w:p>
      <w:r>
        <w:rPr>
          <w:b/>
        </w:rPr>
        <w:t xml:space="preserve">[25:06] </w:t>
      </w:r>
      <w:r>
        <w:t>maulana, you talk about higher level of marifat and higher level of shukr. abhi jo shamaaz ne kaha ke you should constantly, when whatever you go through, you should be able to discover God and thank God.</w:t>
      </w:r>
    </w:p>
    <w:p>
      <w:pPr>
        <w:jc w:val="right"/>
      </w:pPr>
      <w:r>
        <w:t>مولانا، یو ٹاک اباؤٹ ہائر لیول اف معرفت اینڈ ہائر لیول اف شکر۔ ابھی جو شماز نے کہا کہ یو شوڈ کانسٹنٹلی، وین واٹ ایور یو گو تھرو، یو شوڈ بی ایبل ٹو ڈسکور گاڈ اینڈ تھینک گاڈ۔</w:t>
      </w:r>
    </w:p>
    <w:p>
      <w:r>
        <w:rPr>
          <w:b/>
        </w:rPr>
        <w:t xml:space="preserve">[25:24] </w:t>
      </w:r>
      <w:r>
        <w:t>but maulana, in my life, I do not find myself reaching that level of marifat. what should I do?</w:t>
      </w:r>
    </w:p>
    <w:p>
      <w:pPr>
        <w:jc w:val="right"/>
      </w:pPr>
      <w:r>
        <w:t>بٹ مولانا، ان مائی لائف، ائی ڈو ناٹ فائنڈ مائی سیل ریچنگ دیٹ لیول اف معرفت۔ واٹ شوڈ ائی ڈو؟</w:t>
      </w:r>
    </w:p>
    <w:p>
      <w:r>
        <w:rPr>
          <w:b/>
        </w:rPr>
        <w:t xml:space="preserve">[25:34] </w:t>
      </w:r>
      <w:r>
        <w:t>I don't want to be</w:t>
      </w:r>
    </w:p>
    <w:p>
      <w:pPr>
        <w:jc w:val="right"/>
      </w:pPr>
      <w:r>
        <w:t>ائی ڈونٹ وانٹ ٹو بی</w:t>
      </w:r>
    </w:p>
    <w:p>
      <w:r>
        <w:rPr>
          <w:b/>
        </w:rPr>
        <w:t xml:space="preserve">[25:38] </w:t>
      </w:r>
      <w:r>
        <w:t>. kya sawal hai? bas isko. woh naghma apa yeh keh rahi hain ke aap higher level of marifat ki baat karte hain aur abhi aap ne yeh bhi bataya ke humein shukr ko discover, humein cheezon ko discover karke shukr karna chahiye.</w:t>
      </w:r>
    </w:p>
    <w:p>
      <w:pPr>
        <w:jc w:val="right"/>
      </w:pPr>
      <w:r>
        <w:t>۔ کیا سوال ہے؟ بس اس کو۔ وہ نغمہ اپا یہ کہہ رہی ہیں کہ آپ ہائر لیول اف معرفت کی بات کرتے ہیں اور ابھی آپ نے یہ بھی بتایا کہ ہمیں شکر کو ڈسکور، ہمیں چیزوں کو ڈسکور کر کے شکر کرنا چاہیے۔</w:t>
      </w:r>
    </w:p>
    <w:p>
      <w:r>
        <w:rPr>
          <w:b/>
        </w:rPr>
        <w:t xml:space="preserve">[25:56] </w:t>
      </w:r>
      <w:r>
        <w:t>to woh yeh keh rahi hain ke mere ko apni zindagi mein woh higher level of marifat nahi hasil hai. to kaise woh higher level of marifat ko hasil kar sakte hain?</w:t>
      </w:r>
    </w:p>
    <w:p>
      <w:pPr>
        <w:jc w:val="right"/>
      </w:pPr>
      <w:r>
        <w:t>تو وہ یہ کہہ رہی ہیں کہ میرے کو اپنی زندگی میں وہ ہائر لیول اف معرفت نہیں حاصل ہے۔ تو کیسے وہ ہائر لیول اف معرفت کو حاصل کر سکتے ہیں؟</w:t>
      </w:r>
    </w:p>
    <w:p>
      <w:r>
        <w:rPr>
          <w:b/>
        </w:rPr>
        <w:t xml:space="preserve">[26:14] </w:t>
      </w:r>
      <w:r>
        <w:t>achha,</w:t>
      </w:r>
    </w:p>
    <w:p>
      <w:pPr>
        <w:jc w:val="right"/>
      </w:pPr>
      <w:r>
        <w:t>اچھا،</w:t>
      </w:r>
    </w:p>
    <w:p>
      <w:r>
        <w:rPr>
          <w:b/>
        </w:rPr>
        <w:t xml:space="preserve">[26:27] </w:t>
      </w:r>
      <w:r>
        <w:t>bhai lower level yeh hai ke aap alfaaz ko tasbeeh par dohrayein, uski bhi koi value hai lekin woh lower level hai.</w:t>
      </w:r>
    </w:p>
    <w:p>
      <w:pPr>
        <w:jc w:val="right"/>
      </w:pPr>
      <w:r>
        <w:t>بھئی لوئر لیول یہ ہے کہ آپ الفاظ کو تسبیح پر دہرائیں، اس کی بھی کوئی ویلیو ہے لیکن وہ لوئر لیول ہے۔</w:t>
      </w:r>
    </w:p>
    <w:p>
      <w:r>
        <w:rPr>
          <w:b/>
        </w:rPr>
        <w:t xml:space="preserve">[26:40] </w:t>
      </w:r>
      <w:r>
        <w:t>aur doosra yeh hai ke aap</w:t>
      </w:r>
    </w:p>
    <w:p>
      <w:pPr>
        <w:jc w:val="right"/>
      </w:pPr>
      <w:r>
        <w:t>اور دوسرا یہ ہے کہ آپ</w:t>
      </w:r>
    </w:p>
    <w:p>
      <w:r>
        <w:rPr>
          <w:b/>
        </w:rPr>
        <w:t xml:space="preserve">[26:44] </w:t>
      </w:r>
      <w:r>
        <w:t>misalan aap roti khayein to aap sochein ke roti kya cheez hai? roti ke liye Allah ne pehle soil, zameen mein soil banaya,</w:t>
      </w:r>
    </w:p>
    <w:p>
      <w:pPr>
        <w:jc w:val="right"/>
      </w:pPr>
      <w:r>
        <w:t>مثلاً آپ روٹی کھائیں تو آپ سوچیں کہ روٹی کیا چیز ہے؟ روٹی کے لیے اللہ نے پہلے سوائل، زمین میں سوائل بنایا،</w:t>
      </w:r>
    </w:p>
    <w:p>
      <w:r>
        <w:rPr>
          <w:b/>
        </w:rPr>
        <w:t xml:space="preserve">[26:58] </w:t>
      </w:r>
      <w:r>
        <w:t>phir pani banaya, phir minerals banaye aur kya kya kya kya?</w:t>
      </w:r>
    </w:p>
    <w:p>
      <w:pPr>
        <w:jc w:val="right"/>
      </w:pPr>
      <w:r>
        <w:t>پھر پانی بنایا، پھر منرلز بنائے اور کیا کیا کیا کیا؟</w:t>
      </w:r>
    </w:p>
    <w:p>
      <w:r>
        <w:rPr>
          <w:b/>
        </w:rPr>
        <w:t xml:space="preserve">[27:09] </w:t>
      </w:r>
      <w:r>
        <w:t>tab soil se ghalla nikla, phir us ghalle ko indhan chahiye.</w:t>
      </w:r>
    </w:p>
    <w:p>
      <w:pPr>
        <w:jc w:val="right"/>
      </w:pPr>
      <w:r>
        <w:t>تب سوائل سے غلہ نکلا، پھر اس غلے کو ایندھن چاہیے۔</w:t>
      </w:r>
    </w:p>
    <w:p>
      <w:r>
        <w:rPr>
          <w:b/>
        </w:rPr>
        <w:t xml:space="preserve">[27:18] </w:t>
      </w:r>
      <w:r>
        <w:t>baghair indhan ke aap paka nahi sakte.</w:t>
      </w:r>
    </w:p>
    <w:p>
      <w:pPr>
        <w:jc w:val="right"/>
      </w:pPr>
      <w:r>
        <w:t>بغیر ایندھن کے آپ پکا نہیں سکتے۔</w:t>
      </w:r>
    </w:p>
    <w:p>
      <w:r>
        <w:rPr>
          <w:b/>
        </w:rPr>
        <w:t xml:space="preserve">[27:24] </w:t>
      </w:r>
      <w:r>
        <w:t>phir woh sab kuch ho jaye, tab bhi usko hazam karne ke liye digest system chahiye.</w:t>
      </w:r>
    </w:p>
    <w:p>
      <w:pPr>
        <w:jc w:val="right"/>
      </w:pPr>
      <w:r>
        <w:t>پھر وہ سب کچھ ہو جائے، تب بھی اس کو ہضم کرنے کے لیے ڈائجسٹ سسٹم چاہیے۔</w:t>
      </w:r>
    </w:p>
    <w:p>
      <w:r>
        <w:rPr>
          <w:b/>
        </w:rPr>
        <w:t xml:space="preserve">[27:34] </w:t>
      </w:r>
      <w:r>
        <w:t>to lower level ka bhi hai aur high level ka bhi hai. to mein samajhta hoon ke lower level ka jo zikr hai, woh uski bhi value hai, usko bhi kuch inaam mil milega.</w:t>
      </w:r>
    </w:p>
    <w:p>
      <w:pPr>
        <w:jc w:val="right"/>
      </w:pPr>
      <w:r>
        <w:t>تو لوئر لیول کا بھی ہے اور ہائی لیول کا بھی ہے۔ تو میں سمجھتا ہوں کہ لوئر لیول کا جو ذکر ہے، وہ اس کی بھی ویلیو ہے، اس کو بھی کچھ انعام مل ملے گا۔</w:t>
      </w:r>
    </w:p>
    <w:p>
      <w:r>
        <w:rPr>
          <w:b/>
        </w:rPr>
        <w:t xml:space="preserve">[27:50] </w:t>
      </w:r>
      <w:r>
        <w:t>lekin high level ka jo hai, woh hai jo aadmi ke</w:t>
      </w:r>
    </w:p>
    <w:p>
      <w:pPr>
        <w:jc w:val="right"/>
      </w:pPr>
      <w:r>
        <w:t>لیکن ہائی لیول کا جو ہے، وہ ہے جو آدمی کے</w:t>
      </w:r>
    </w:p>
    <w:p>
      <w:r>
        <w:rPr>
          <w:b/>
        </w:rPr>
        <w:t xml:space="preserve">[27:58] </w:t>
      </w:r>
      <w:r>
        <w:t>yani jo insaan ki jo salahiyat hai zikr ki aur tadabbur ki aur hikmat ki, us ke level par woh</w:t>
      </w:r>
    </w:p>
    <w:p>
      <w:pPr>
        <w:jc w:val="right"/>
      </w:pPr>
      <w:r>
        <w:t>یعنی جو انسان کی جو صلاحیت ہے ذکر کی اور تدبر کی اور حکمت کی، اس کے لیول پر وہ</w:t>
      </w:r>
    </w:p>
    <w:p>
      <w:r>
        <w:rPr>
          <w:b/>
        </w:rPr>
        <w:t xml:space="preserve">[28:15] </w:t>
      </w:r>
      <w:r>
        <w:t>zikr ka haq ada kar rahe hain.</w:t>
      </w:r>
    </w:p>
    <w:p>
      <w:pPr>
        <w:jc w:val="right"/>
      </w:pPr>
      <w:r>
        <w:t>ذکر کا حق ادا کر رہے ہیں۔</w:t>
      </w:r>
    </w:p>
    <w:p>
      <w:r>
        <w:rPr>
          <w:b/>
        </w:rPr>
        <w:t xml:space="preserve">[28:18] </w:t>
      </w:r>
      <w:r>
        <w:t>maulana, yeh islamabad pakistan se musarrat hussain bangash ka sawal hai ke allah pak to aadil hai, yeh hum tamam musalmanon ka mushtarka aqeedah hai.</w:t>
      </w:r>
    </w:p>
    <w:p>
      <w:pPr>
        <w:jc w:val="right"/>
      </w:pPr>
      <w:r>
        <w:t>مولانا، یہ اسلام آباد پاکستان سے مسرت حسین بنگش کا سوال ہے کہ اللہ پاک تو عادل ہے، یہ ہم تمام مسلمانوں کا مشترکہ عقیدہ ہے۔</w:t>
      </w:r>
    </w:p>
    <w:p>
      <w:r>
        <w:rPr>
          <w:b/>
        </w:rPr>
        <w:t xml:space="preserve">[28:32] </w:t>
      </w:r>
      <w:r>
        <w:t>lekin jab hum is maadi duniya mein mukhtalif darje darje bandiyan dekhte hain, jaise koi mohtaj hai, koi maldar hai, koi maflooj hai, koi sehatmand hai, to aisa ki</w:t>
      </w:r>
    </w:p>
    <w:p>
      <w:pPr>
        <w:jc w:val="right"/>
      </w:pPr>
      <w:r>
        <w:t>لیکن جب ہم اس مادی دنیا میں مختلف درجے درجہ بندیاں دیکھتے ہیں، جیسے کوئی محتاج ہے، کوئی مالدار ہے، کوئی مفلوج ہے، کوئی صحت مند ہے، تو ایسا کی</w:t>
      </w:r>
    </w:p>
    <w:p>
      <w:r>
        <w:rPr>
          <w:b/>
        </w:rPr>
        <w:t xml:space="preserve">[28:45] </w:t>
      </w:r>
      <w:r>
        <w:t>on hai? yeh duniya is liye banai hai nahi ke yeh kya logon ko jo chahte hain sab ko mil jaye. yeh to yahan to corporation, corporation rahega, muqabla rahega,</w:t>
      </w:r>
    </w:p>
    <w:p>
      <w:pPr>
        <w:jc w:val="right"/>
      </w:pPr>
      <w:r>
        <w:t>وں ہے؟ یہ دنیا اس لیے بنائی ہے نہیں کہ یہ کیا لوگوں کو جو چاہتے ہیں سب کو مل جائے۔ یہ تو یہاں تو کارپوریشن، کارپوریشن رہے گا، مقابلہ رہے گا،</w:t>
      </w:r>
    </w:p>
    <w:p>
      <w:r>
        <w:rPr>
          <w:b/>
        </w:rPr>
        <w:t xml:space="preserve">[29:00] </w:t>
      </w:r>
      <w:r>
        <w:t>kyunke yeh allah taala ko dekhna hai ke kaun insaan ka amal kaisa hai. matlab yeh jab kisi se aap ka difference hai, tabhi to pata chalega aap ka to patience hai ke nahi.</w:t>
      </w:r>
    </w:p>
    <w:p>
      <w:pPr>
        <w:jc w:val="right"/>
      </w:pPr>
      <w:r>
        <w:t>کیونکہ یہ اللہ تعالی کو دیکھنا ہے کہ کون انسان کا عمل کیسا ہے۔ مطلب یہ جب کسی سے آپ کا ڈفرنس ہے، تبھی تو پتہ چلے گا آپ کا تو پیشنس ہے کہ نہیں۔</w:t>
      </w:r>
    </w:p>
    <w:p>
      <w:r>
        <w:rPr>
          <w:b/>
        </w:rPr>
        <w:t xml:space="preserve">[29:16] </w:t>
      </w:r>
      <w:r>
        <w:t>kisi se aap ka len den ho, tabhi to pata chalega ke kya aap imandar hain ke nahi.</w:t>
      </w:r>
    </w:p>
    <w:p>
      <w:pPr>
        <w:jc w:val="right"/>
      </w:pPr>
      <w:r>
        <w:t>کسی سے آپ کا لین دین ہو، تبھی تو پتہ چلے گا کہ کیا آپ ایماندار ہیں کہ نہیں۔</w:t>
      </w:r>
    </w:p>
    <w:p>
      <w:r>
        <w:rPr>
          <w:b/>
        </w:rPr>
        <w:t xml:space="preserve">[29:27] </w:t>
      </w:r>
      <w:r>
        <w:t>kisi se aap ka koi controversial ho jaye to us waqt pata chalega ke aap ladne phirne wala aadmi hain ke peaceful aadmi hain.</w:t>
      </w:r>
    </w:p>
    <w:p>
      <w:pPr>
        <w:jc w:val="right"/>
      </w:pPr>
      <w:r>
        <w:t>کسی سے آپ کا کوئی کنٹروورشل ہو جائے تو اس وقت پتہ چلے گا کہ آپ لڑنے پھرنے والا آدمی ہیں کہ پیس فل آدمی ہیں۔</w:t>
      </w:r>
    </w:p>
    <w:p>
      <w:r>
        <w:rPr>
          <w:b/>
        </w:rPr>
        <w:t xml:space="preserve">[29:37] </w:t>
      </w:r>
      <w:r>
        <w:t>to yeh sab cheezein jo hain, woh to is liye hain ke jaancha jaye. agar is agar yeh farq na hota to jaancha kis jayega?</w:t>
      </w:r>
    </w:p>
    <w:p>
      <w:pPr>
        <w:jc w:val="right"/>
      </w:pPr>
      <w:r>
        <w:t>تو یہ سب چیزیں جو ہیں، وہ تو اس لیے ہیں کہ جانچا جائے۔ اگر اس اگر یہ فرق نہ ہوتا تو جانچا کس جائے گا؟</w:t>
      </w:r>
    </w:p>
    <w:p>
      <w:r>
        <w:rPr>
          <w:b/>
        </w:rPr>
        <w:t xml:space="preserve">[29:56] </w:t>
      </w:r>
      <w:r>
        <w:t>maulana, in ka ek doosra sawal yeh hai ke yeh to maloom hai ke is duniya mein takhleeq ka maqsad allah ki bandagi hai aur aakhirat mein is ke liye jaza ya saza hai.</w:t>
      </w:r>
    </w:p>
    <w:p>
      <w:pPr>
        <w:jc w:val="right"/>
      </w:pPr>
      <w:r>
        <w:t>مولانا، ان کا ایک دوسرا سوال یہ ہے کہ یہ تو معلوم ہے کہ اس دنیا میں تخلیق کا مقصد اللہ کی بندگی ہے اور آخرت میں اس کے لیے جزا یا سزا ہے۔</w:t>
      </w:r>
    </w:p>
    <w:p>
      <w:r>
        <w:rPr>
          <w:b/>
        </w:rPr>
        <w:t xml:space="preserve">[30:08] </w:t>
      </w:r>
      <w:r>
        <w:t>sawal yeh hai ke duniya ke mehdood achhe ya bure aamal ki wajah se aakhirat mein la mehdood saza ya jaza kyun hai?</w:t>
      </w:r>
    </w:p>
    <w:p>
      <w:pPr>
        <w:jc w:val="right"/>
      </w:pPr>
      <w:r>
        <w:t>سوال یہ ہے کہ دنیا کے محدود اچھے یا برے اعمال کی وجہ سے آخرت میں لامحدود سزا یا جزا کیوں ہے؟</w:t>
      </w:r>
    </w:p>
    <w:p>
      <w:r>
        <w:rPr>
          <w:b/>
        </w:rPr>
        <w:t xml:space="preserve">[30:17] </w:t>
      </w:r>
      <w:r>
        <w:t>yeh to yahi to allah taala ka inaam hai ke insaan ke kam amal ko</w:t>
      </w:r>
    </w:p>
    <w:p>
      <w:pPr>
        <w:jc w:val="right"/>
      </w:pPr>
      <w:r>
        <w:t>یہ تو یہی تو اللہ تعالی کا انعام ہے کہ انسان کے کم عمل کو</w:t>
      </w:r>
    </w:p>
    <w:p>
      <w:r>
        <w:rPr>
          <w:b/>
        </w:rPr>
        <w:t xml:space="preserve">[30:28] </w:t>
      </w:r>
      <w:r>
        <w:t>bade inaam se nawaza nawaza jaye. is liye to woh inaam hai. woh bazaar nahi hai ke ja ke khareed lein. aap jannat koi bazaar ka item nahi hai,</w:t>
      </w:r>
    </w:p>
    <w:p>
      <w:pPr>
        <w:jc w:val="right"/>
      </w:pPr>
      <w:r>
        <w:t>بڑے انعام سے نوازا نوازا جائے۔ اس لیے تو وہ انعام ہے۔ وہ بازار نہیں ہے کہ جا کے خرید لیں۔ آپ جنت کوئی بازار کا آئٹم نہیں ہے،</w:t>
      </w:r>
    </w:p>
    <w:p>
      <w:r>
        <w:rPr>
          <w:b/>
        </w:rPr>
        <w:t xml:space="preserve">[30:41] </w:t>
      </w:r>
      <w:r>
        <w:t>woh to allah taala ki jis ke amal ko qadr-dani kare, us ko woh de dega.</w:t>
      </w:r>
    </w:p>
    <w:p>
      <w:pPr>
        <w:jc w:val="right"/>
      </w:pPr>
      <w:r>
        <w:t>وہ تو اللہ تعالی کی جس کے عمل کو قدردانی کرے، اس کو وہ دے دے گا۔</w:t>
      </w:r>
    </w:p>
    <w:p>
      <w:r>
        <w:rPr>
          <w:b/>
        </w:rPr>
        <w:t xml:space="preserve">[30:51] </w:t>
      </w:r>
      <w:r>
        <w:t>isi is liye jannat. un ka sawal</w:t>
      </w:r>
    </w:p>
    <w:p>
      <w:pPr>
        <w:jc w:val="right"/>
      </w:pPr>
      <w:r>
        <w:t>اسی اس لیے جنت۔ ان کا سوال</w:t>
      </w:r>
    </w:p>
    <w:p>
      <w:r>
        <w:rPr>
          <w:b/>
        </w:rPr>
        <w:t xml:space="preserve">[30:55] </w:t>
      </w:r>
      <w:r>
        <w:t>saza par hai. main Maulana ki lekin saza itni unlimited kyun hogi jabke yahan pe to bohat limited action hai?</w:t>
      </w:r>
    </w:p>
    <w:p>
      <w:pPr>
        <w:jc w:val="right"/>
      </w:pPr>
      <w:r>
        <w:t>سزا پر ہے۔ میں مولانا کی لیکن سزا اتنی ان لمیٹڈ کیوں ہوگی جبکہ یہاں پہ تو بہت لمیٹڈ ایکشن ہے؟</w:t>
      </w:r>
    </w:p>
    <w:p>
      <w:r>
        <w:rPr>
          <w:b/>
        </w:rPr>
        <w:t xml:space="preserve">[31:04] </w:t>
      </w:r>
      <w:r>
        <w:t>lekin is limited action ke liye unlimited punishment kyun hai?</w:t>
      </w:r>
    </w:p>
    <w:p>
      <w:pPr>
        <w:jc w:val="right"/>
      </w:pPr>
      <w:r>
        <w:t>لیکن اس لمیٹڈ ایکشن کے لیے ان لمیٹڈ پنشمنٹ کیوں ہے؟</w:t>
      </w:r>
    </w:p>
    <w:p>
      <w:r>
        <w:rPr>
          <w:b/>
        </w:rPr>
        <w:t xml:space="preserve">[31:30] </w:t>
      </w:r>
      <w:r>
        <w:t>main samajhta hoon ke insaan ka</w:t>
      </w:r>
    </w:p>
    <w:p>
      <w:pPr>
        <w:jc w:val="right"/>
      </w:pPr>
      <w:r>
        <w:t>میں سمجھتا ہوں کہ انسان کا</w:t>
      </w:r>
    </w:p>
    <w:p>
      <w:r>
        <w:rPr>
          <w:b/>
        </w:rPr>
        <w:t xml:space="preserve">[31:38] </w:t>
      </w:r>
      <w:r>
        <w:t>yani insaan ke upar allah ka itna ehsaan hai ke jab woh kufr ka ya sarkashi ka tareeqa ikhtiyar karta hai to woh bohat hi zyada unlimited jurm hota hai.</w:t>
      </w:r>
    </w:p>
    <w:p>
      <w:pPr>
        <w:jc w:val="right"/>
      </w:pPr>
      <w:r>
        <w:t>یعنی انسان کے اوپر اللہ کا اتنا احسان ہے کہ جب وہ کفر کا یا سرکشی کا طریقہ اختیار کرتا ہے تو وہ بہت ہی زیادہ ان لمیٹڈ جرم ہوتا ہے۔</w:t>
      </w:r>
    </w:p>
    <w:p>
      <w:r>
        <w:rPr>
          <w:b/>
        </w:rPr>
        <w:t xml:space="preserve">[32:02] </w:t>
      </w:r>
      <w:r>
        <w:t>yani neamat jo jurm jo hai, woh allah ki neamat ka qadr-dani karna is ka naam hai.</w:t>
      </w:r>
    </w:p>
    <w:p>
      <w:pPr>
        <w:jc w:val="right"/>
      </w:pPr>
      <w:r>
        <w:t>یعنی نعمت جو جرم جو ہے، وہ اللہ کی نعمت کا قلعہ قدری کرنا اس کا نام ہے۔</w:t>
      </w:r>
    </w:p>
    <w:p>
      <w:r>
        <w:rPr>
          <w:b/>
        </w:rPr>
        <w:t xml:space="preserve">[32:12] </w:t>
      </w:r>
      <w:r>
        <w:t>to woh itni zyada itni badi neamat hoti hai allah ki ke jo woh</w:t>
      </w:r>
    </w:p>
    <w:p>
      <w:pPr>
        <w:jc w:val="right"/>
      </w:pPr>
      <w:r>
        <w:t>تو وہ اتنی زیادہ اتنی بڑی نعمت ہوتی ہے اللہ کی کہ جو وہ</w:t>
      </w:r>
    </w:p>
    <w:p>
      <w:r>
        <w:rPr>
          <w:b/>
        </w:rPr>
        <w:t xml:space="preserve">[32:24] </w:t>
      </w:r>
      <w:r>
        <w:t>jo woh zulm karta hai, woh us ke nisbat se yani allah ki bhalai ki nisbat se woh bohat hi zyada hota hai, bohat hi zyada hota hai.</w:t>
      </w:r>
    </w:p>
    <w:p>
      <w:pPr>
        <w:jc w:val="right"/>
      </w:pPr>
      <w:r>
        <w:t>جو وہ ظلم کرتا ہے، وہ اس کے نسبت سے یعنی اللہ کی بلیسی کی نسبت سے وہ بہت ہی زیادہ ہوتا ہے، بہت ہی زیادہ ہوتا ہے۔</w:t>
      </w:r>
    </w:p>
    <w:p>
      <w:r>
        <w:rPr>
          <w:b/>
        </w:rPr>
        <w:t xml:space="preserve">[32:46] </w:t>
      </w:r>
      <w:r>
        <w:t>maulana, yeh iqbal umri sahib ka sawal hai: deen aur siyasat ke taalluq ki noiyat kya hai?</w:t>
      </w:r>
    </w:p>
    <w:p>
      <w:pPr>
        <w:jc w:val="right"/>
      </w:pPr>
      <w:r>
        <w:t>مولانا، یہ اقبال عمری صاحب کا سوال ہے: دین اور سیاست کے تعلق کی نوعیت کیا ہے؟</w:t>
      </w:r>
    </w:p>
    <w:p>
      <w:r>
        <w:rPr>
          <w:b/>
        </w:rPr>
        <w:t xml:space="preserve">[33:01] </w:t>
      </w:r>
      <w:r>
        <w:t>yeh to maine arz kar diya ke deen wohi hai jis ko hum mazhab kehte hain lekin jo siyasat hai, woh administration hai.</w:t>
      </w:r>
    </w:p>
    <w:p>
      <w:pPr>
        <w:jc w:val="right"/>
      </w:pPr>
      <w:r>
        <w:t>یہ تو میں نے عرض کر دیا کہ دین وہی ہے جس کو ہم مذہب کہتے ہیں لیکن جو سیاست ہے، وہ ایڈمنسٹریشن ہے۔</w:t>
      </w:r>
    </w:p>
    <w:p>
      <w:r>
        <w:rPr>
          <w:b/>
        </w:rPr>
        <w:t xml:space="preserve">[33:15] </w:t>
      </w:r>
      <w:r>
        <w:t>yeh mukammal nizaam ka jo tasawwur hai, is ko mein is se mein ittefaq nahi karta. bas jo mazhab ka tasawwur hai, us mani mein Islam ek mazhab hai</w:t>
      </w:r>
    </w:p>
    <w:p>
      <w:pPr>
        <w:jc w:val="right"/>
      </w:pPr>
      <w:r>
        <w:t>یہ مکمل نظام کا جو تصور ہے، اس کو میں اس سے میں اتفاق نہیں کرتا۔ بس جو مذہب کا تصور ہے، اس معنی میں اسلام ایک مذہب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