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Art Of Thinking - Maulana Wahiduddin Khan</w:t>
      </w:r>
    </w:p>
    <w:p>
      <w:r>
        <w:t>https://www.youtube.com/watch?v=tjyEWeHgmpM</w:t>
      </w:r>
    </w:p>
    <w:p>
      <w:r>
        <w:rPr>
          <w:b/>
        </w:rPr>
        <w:t xml:space="preserve">[00:14] </w:t>
      </w:r>
      <w:r>
        <w:t>bismillah-hir-rehman-nir-raheem, wa-sallallahu 'ala-n-nabiyyi-l-kareem. rab-ish-rah-li sadri, wa yassir li amri,</w:t>
      </w:r>
    </w:p>
    <w:p>
      <w:pPr>
        <w:jc w:val="right"/>
      </w:pPr>
      <w:r>
        <w:t>بسم اللہ الرحمن الرحیم، وصلی اللہ علی النبی الکریم۔ رب اشرح لی صدری، ویسر لی امری،</w:t>
      </w:r>
    </w:p>
    <w:p>
      <w:r>
        <w:rPr>
          <w:b/>
        </w:rPr>
        <w:t xml:space="preserve">[00:30] </w:t>
      </w:r>
      <w:r>
        <w:t>wa-l-'uqdatan min yafqahu qawli.</w:t>
      </w:r>
    </w:p>
    <w:p>
      <w:pPr>
        <w:jc w:val="right"/>
      </w:pPr>
      <w:r>
        <w:t>والعقدۃ من یفقہ قولی۔</w:t>
      </w:r>
    </w:p>
    <w:p>
      <w:r>
        <w:rPr>
          <w:b/>
        </w:rPr>
        <w:t xml:space="preserve">[00:36] </w:t>
      </w:r>
      <w:r>
        <w:t>aaj ka jo topic hai woh hai art of thinking.</w:t>
      </w:r>
    </w:p>
    <w:p>
      <w:pPr>
        <w:jc w:val="right"/>
      </w:pPr>
      <w:r>
        <w:t>آج کا جو ٹاپک ہے وہ ہے آرٹ آف تھنکنگ۔</w:t>
      </w:r>
    </w:p>
    <w:p>
      <w:r>
        <w:rPr>
          <w:b/>
        </w:rPr>
        <w:t xml:space="preserve">[00:45] </w:t>
      </w:r>
      <w:r>
        <w:t>art of thinking agar mein kahoon toh mera subject raha hai is waqt se jab ke yeh word bhi mere paas nahi tha.</w:t>
      </w:r>
    </w:p>
    <w:p>
      <w:pPr>
        <w:jc w:val="right"/>
      </w:pPr>
      <w:r>
        <w:t>آرٹ آف تھنکنگ اگر میں کہوں تو میرا سبجیکٹ رہا ہے اس وقت سے جب کہ یہ ورڈ بھی میرے پاس نہیں تھا۔</w:t>
      </w:r>
    </w:p>
    <w:p>
      <w:r>
        <w:rPr>
          <w:b/>
        </w:rPr>
        <w:t xml:space="preserve">[00:56] </w:t>
      </w:r>
      <w:r>
        <w:t>jab mein angrezi nahi jaanta tha aur art of thinking ka word bhi nahi suna tha maine, tab se mein apne— mera jo nature hai ya jo mindset hai mera,</w:t>
      </w:r>
    </w:p>
    <w:p>
      <w:pPr>
        <w:jc w:val="right"/>
      </w:pPr>
      <w:r>
        <w:t>جب میں انگریزی نہیں جانتا تھا اور آرٹ آف تھنکنگ کا ورڈ بھی نہیں سنا تھا میں نے، تب سے میں اپنے— میرا جو نیچر ہے یا جو مائنڈ سیٹ ہے میرا،</w:t>
      </w:r>
    </w:p>
    <w:p>
      <w:r>
        <w:rPr>
          <w:b/>
        </w:rPr>
        <w:t xml:space="preserve">[01:14] </w:t>
      </w:r>
      <w:r>
        <w:t>is ki wajah se mein is par sochta raha hoon aur aaj tak bhi is par soch raha hoon.</w:t>
      </w:r>
    </w:p>
    <w:p>
      <w:pPr>
        <w:jc w:val="right"/>
      </w:pPr>
      <w:r>
        <w:t>اس کی وجہ سے میں اس پر سوچتا رہا ہوں اور آج تک بھی اس پر سوچ رہا ہوں۔</w:t>
      </w:r>
    </w:p>
    <w:p>
      <w:r>
        <w:rPr>
          <w:b/>
        </w:rPr>
        <w:t xml:space="preserve">[01:26] </w:t>
      </w:r>
      <w:r>
        <w:t>jo sab se bara question mere mind mein tha woh aaj hi hal hua hai, aaj hi ek discovery mujhe hui. likhe philosophers ko aap padhein, ya thinkers ko padhein toh taqreeban sabhi log yeh kehte hain ke insaan ka jo goal hai woh hai happiness ko achieve karna.</w:t>
      </w:r>
    </w:p>
    <w:p>
      <w:pPr>
        <w:jc w:val="right"/>
      </w:pPr>
      <w:r>
        <w:t>جو سب سے بڑا کوئسچن میرے مائنڈ میں تھا وہ آج ہی حل ہوا ہے، آج ہی ایک ڈسکوری مجھے ہوئی۔ لکھے فلاسفرز کو آپ پڑھیں، یا تھنکرز کو پڑھیں تو تقریباً سبھی لوگ یہ کہتے ہیں کہ انسان کا جو گول ہے وہ ہے ہیپینس کو اچیو کرنا۔</w:t>
      </w:r>
    </w:p>
    <w:p>
      <w:r>
        <w:rPr>
          <w:b/>
        </w:rPr>
        <w:t xml:space="preserve">[01:51] </w:t>
      </w:r>
      <w:r>
        <w:t>happiness. lekin Bertrand Russell ne ek kitaab likhi hai jis ka naam bhi hai "happiness", yeh uska title hai, lekin woh kehta hai ke happiness ko achieve karna impossible hai.</w:t>
      </w:r>
    </w:p>
    <w:p>
      <w:pPr>
        <w:jc w:val="right"/>
      </w:pPr>
      <w:r>
        <w:t>ہیپینس۔ لیکن برٹن رسل نے ایک کتاب لکھی ہے جس کا نام بھی ہے "ہیپینس"، یہ اس کا ٹائٹل ہے، لیکن وہ کہتا ہے کہ ہیپینس کو اچیو کرنا امپاسیبل ہے۔</w:t>
      </w:r>
    </w:p>
    <w:p>
      <w:r>
        <w:rPr>
          <w:b/>
        </w:rPr>
        <w:t xml:space="preserve">[02:07] </w:t>
      </w:r>
      <w:r>
        <w:t>toh yeh kaisi baat hai ke is duniya mein sab kuch achievable ho aur wohi cheez achievable na ho jis ko hum sab se zyada chahte hain.</w:t>
      </w:r>
    </w:p>
    <w:p>
      <w:pPr>
        <w:jc w:val="right"/>
      </w:pPr>
      <w:r>
        <w:t>تو یہ کیسی بات ہے کہ اس دنیا میں سب کچھ اچیویبل ہو اور وہی چیز اچیویبل نہ ہو جس کو ہم سب سے زیادہ چاہتے ہیں۔</w:t>
      </w:r>
    </w:p>
    <w:p>
      <w:r>
        <w:rPr>
          <w:b/>
        </w:rPr>
        <w:t xml:space="preserve">[02:21] </w:t>
      </w:r>
      <w:r>
        <w:t>toh Bertrand Russell ki kitaab is sawal ka koi jawab nahi deti, sirf sawal hi par woh kitaab khatam ho jati hai.</w:t>
      </w:r>
    </w:p>
    <w:p>
      <w:pPr>
        <w:jc w:val="right"/>
      </w:pPr>
      <w:r>
        <w:t>تو برٹن رسل کی کتاب اس سوال کا کوئی جواب نہیں دیتی، صرف سوال ہی پر وہ کتاب ختم ہو جاتی ہے۔</w:t>
      </w:r>
    </w:p>
    <w:p>
      <w:r>
        <w:rPr>
          <w:b/>
        </w:rPr>
        <w:t xml:space="preserve">[02:31] </w:t>
      </w:r>
      <w:r>
        <w:t>yeh baat kisi bare philosophy ka reference dene ki zaroorat nahi hai, har aadmi kisi se bhi jo road par chal raha ho ya park mein baitha hua ho, us se poochiye aur survey kijiye toh aap payenge ke har aadmi ka goal jo tha woh us ko achieve nahi kar saka.</w:t>
      </w:r>
    </w:p>
    <w:p>
      <w:pPr>
        <w:jc w:val="right"/>
      </w:pPr>
      <w:r>
        <w:t>یہ بات کسی بڑے فلاسفی کا ریفرنس دینے کی ضرورت نہیں ہے، ہر آدمی کسی سے بھی جو روڈ پر چل رہا ہو یا پارک میں بیٹھا ہوا ہو، اس سے پوچھیے اور سروے کیجیے تو آپ پائیں گے کہ ہر آدمی کا گول جو تھا وہ اس کو اچیو نہیں کر سکا۔</w:t>
      </w:r>
    </w:p>
    <w:p>
      <w:r>
        <w:rPr>
          <w:b/>
        </w:rPr>
        <w:t xml:space="preserve">[02:57] </w:t>
      </w:r>
      <w:r>
        <w:t>har aadmi chahta hai ke meri good health ho aur kisi ki bhi good health nahi, chahe woh us ke— woh log jo darjanon doctor ke liye lage rehte hain, tab bhi unhein good health nahi milti.</w:t>
      </w:r>
    </w:p>
    <w:p>
      <w:pPr>
        <w:jc w:val="right"/>
      </w:pPr>
      <w:r>
        <w:t>ہر آدمی چاہتا ہے کہ میری گڈ ہیلتھ ہو اور کسی کی بھی گڈ ہیلتھ نہیں، چاہے وہ اس کے— وہ لوگ جو درجنوں ڈاکٹر کے لیے لگے رہتے ہیں، تب بھی انہیں گڈ ہیلتھ نہیں ملتی۔</w:t>
      </w:r>
    </w:p>
    <w:p>
      <w:r>
        <w:rPr>
          <w:b/>
        </w:rPr>
        <w:t xml:space="preserve">[03:10] </w:t>
      </w:r>
      <w:r>
        <w:t>toh good health, good home, good family, good society, good administration— yaani har jagah aadmi chahta hai jo cheez haasil karna.</w:t>
      </w:r>
    </w:p>
    <w:p>
      <w:pPr>
        <w:jc w:val="right"/>
      </w:pPr>
      <w:r>
        <w:t>تو گڈ ہیلتھ، گڈ ہوم، گڈ فیملی، گڈ سوسائٹی، گڈ ایڈمنسٹریشن— یعنی ہر جگہ آدمی چاہتا ہے جو چیز حاصل کرنا۔</w:t>
      </w:r>
    </w:p>
    <w:p>
      <w:r>
        <w:rPr>
          <w:b/>
        </w:rPr>
        <w:t xml:space="preserve">[03:28] </w:t>
      </w:r>
      <w:r>
        <w:t>toh koi bhi aisa nahi hai jo haasil kar paaye. abhi aap ne Mehr— yeh Pramod Mahajan ka qissa aap sab ko yaad hoga.</w:t>
      </w:r>
    </w:p>
    <w:p>
      <w:pPr>
        <w:jc w:val="right"/>
      </w:pPr>
      <w:r>
        <w:t>تو کوئی بھی ایسا نہیں ہے جو حاصل کر پائے۔ ابھی آپ نے مہر— یہ پرمود مہاجن کا قصہ آپ سب کو یاد ہوگا۔</w:t>
      </w:r>
    </w:p>
    <w:p>
      <w:r>
        <w:rPr>
          <w:b/>
        </w:rPr>
        <w:t xml:space="preserve">[03:42] </w:t>
      </w:r>
      <w:r>
        <w:t>woh kehte the ke mera goal</w:t>
      </w:r>
    </w:p>
    <w:p>
      <w:pPr>
        <w:jc w:val="right"/>
      </w:pPr>
      <w:r>
        <w:t>وہ کہتے تھے کہ میرا گول</w:t>
      </w:r>
    </w:p>
    <w:p>
      <w:r>
        <w:rPr>
          <w:b/>
        </w:rPr>
        <w:t xml:space="preserve">[03:48] </w:t>
      </w:r>
      <w:r>
        <w:t>apni party ko top par le jaana hai.</w:t>
      </w:r>
    </w:p>
    <w:p>
      <w:pPr>
        <w:jc w:val="right"/>
      </w:pPr>
      <w:r>
        <w:t>اپنی پارٹی کو ٹاپ پر لے جانا ہے۔</w:t>
      </w:r>
    </w:p>
    <w:p>
      <w:r>
        <w:rPr>
          <w:b/>
        </w:rPr>
        <w:t xml:space="preserve">[03:54] </w:t>
      </w:r>
      <w:r>
        <w:t>I want to be— to be BJP. What Sachin Tendulkar is to the Indian team, Indian cricket team.</w:t>
      </w:r>
    </w:p>
    <w:p>
      <w:pPr>
        <w:jc w:val="right"/>
      </w:pPr>
      <w:r>
        <w:t>آئی وانٹ ٹو بی— ٹو بی جی پی۔ واٹ سچین تندولکر از ٹو دا انڈین ٹیم، انڈین کرکٹ ٹیم۔</w:t>
      </w:r>
    </w:p>
    <w:p>
      <w:r>
        <w:rPr>
          <w:b/>
        </w:rPr>
        <w:t xml:space="preserve">[04:12] </w:t>
      </w:r>
      <w:r>
        <w:t>ab aap dekhiye ke woh us ko achieve kiye baghair chale gaye duniya se.</w:t>
      </w:r>
    </w:p>
    <w:p>
      <w:pPr>
        <w:jc w:val="right"/>
      </w:pPr>
      <w:r>
        <w:t>اب آپ دیکھیے کہ وہ اس کو اچیو کیے بغیر چلے گئے دنیا سے۔</w:t>
      </w:r>
    </w:p>
    <w:p>
      <w:r>
        <w:rPr>
          <w:b/>
        </w:rPr>
        <w:t xml:space="preserve">[04:18] </w:t>
      </w:r>
      <w:r>
        <w:t>yeh har ek ka haal hai, chahe woh jhuggi jhopdi mein rehta ho, chahe multi-storey building mein rehta ho.</w:t>
      </w:r>
    </w:p>
    <w:p>
      <w:pPr>
        <w:jc w:val="right"/>
      </w:pPr>
      <w:r>
        <w:t>یہ ہر ایک کا حال ہے، چاہے وہ جھگی جھوپڑی میں رہتا ہو، چاہے ملٹی سٹوری بلڈنگ میں رہتا ہو۔</w:t>
      </w:r>
    </w:p>
    <w:p>
      <w:r>
        <w:rPr>
          <w:b/>
        </w:rPr>
        <w:t xml:space="preserve">[04:28] </w:t>
      </w:r>
      <w:r>
        <w:t>toh good health, good home, good society, good administration—</w:t>
      </w:r>
    </w:p>
    <w:p>
      <w:pPr>
        <w:jc w:val="right"/>
      </w:pPr>
      <w:r>
        <w:t>تو گڈ ہیلتھ، گڈ ہوم، گڈ سوسائٹی، گڈ ایڈمنسٹریشن—</w:t>
      </w:r>
    </w:p>
    <w:p>
      <w:r>
        <w:rPr>
          <w:b/>
        </w:rPr>
        <w:t xml:space="preserve">[04:38] </w:t>
      </w:r>
      <w:r>
        <w:t>yeh sab logon ke</w:t>
      </w:r>
    </w:p>
    <w:p>
      <w:pPr>
        <w:jc w:val="right"/>
      </w:pPr>
      <w:r>
        <w:t>یہ سب لوگوں کے</w:t>
      </w:r>
    </w:p>
    <w:p>
      <w:r>
        <w:rPr>
          <w:b/>
        </w:rPr>
        <w:t xml:space="preserve">[04:43] </w:t>
      </w:r>
      <w:r>
        <w:t>dreams hain jo poore nahi hue.</w:t>
      </w:r>
    </w:p>
    <w:p>
      <w:pPr>
        <w:jc w:val="right"/>
      </w:pPr>
      <w:r>
        <w:t>ڈریم ہیں جو پورے نہیں ہوئے۔</w:t>
      </w:r>
    </w:p>
    <w:p>
      <w:r>
        <w:rPr>
          <w:b/>
        </w:rPr>
        <w:t xml:space="preserve">[04:49] </w:t>
      </w:r>
      <w:r>
        <w:t>misal ke taur par aap study of— yeh yeh history of thought ki koi bhi book lein</w:t>
      </w:r>
    </w:p>
    <w:p>
      <w:pPr>
        <w:jc w:val="right"/>
      </w:pPr>
      <w:r>
        <w:t>مثلاً آپ اسٹڈی آف— یہ یہ ہسٹری آف تھاٹ کی کوئی بھی بک لیں</w:t>
      </w:r>
    </w:p>
    <w:p>
      <w:r>
        <w:rPr>
          <w:b/>
        </w:rPr>
        <w:t xml:space="preserve">[05:00] </w:t>
      </w:r>
      <w:r>
        <w:t>toh har book mein aap ko yahi kahani dikhai padegi. abhi recently maine ek padha, dekhiye yeh jo peace ka jo concept hai, har aadmi manta hai ke peace supreme cheez hai achhi society banane ke liye.</w:t>
      </w:r>
    </w:p>
    <w:p>
      <w:pPr>
        <w:jc w:val="right"/>
      </w:pPr>
      <w:r>
        <w:t>تو ہر بک میں آپ کو یہی کہانی دکھائی پڑے گی۔ ابھی ریسنٹلی میں نے ایک پڑھا، دیکھیے یہ جو پیس کا جو کانسیپٹ ہے، ہر آدمی مانتا ہے کہ پیس سپریم چیز ہے اچھی سوسائٹی بنانے کے لیے۔</w:t>
      </w:r>
    </w:p>
    <w:p>
      <w:r>
        <w:rPr>
          <w:b/>
        </w:rPr>
        <w:t xml:space="preserve">[05:19] </w:t>
      </w:r>
      <w:r>
        <w:t>is ka aik mustaqil discipline hai jis ko kehte hain pacifism. pacifism ka matlab hai theory of peace ya philosophy of peace.</w:t>
      </w:r>
    </w:p>
    <w:p>
      <w:pPr>
        <w:jc w:val="right"/>
      </w:pPr>
      <w:r>
        <w:t>اس کا ایک مستقل ڈسپلن ہے جس کو کہتے ہیں پیسیفزم۔ پیسیفزم کا مطلب ہے تھیوری آف پیس یا فلاسفی آف پیس۔</w:t>
      </w:r>
    </w:p>
    <w:p>
      <w:r>
        <w:rPr>
          <w:b/>
        </w:rPr>
        <w:t xml:space="preserve">[05:30] </w:t>
      </w:r>
      <w:r>
        <w:t>is par bohat sari books likhi gayi hain. in sari books ka khulasa chupa hai Britannica mein. aap Britannica ka jo pacifism ka jo article hai, us ko parhiye, yeh bohat hi bara hai,</w:t>
      </w:r>
    </w:p>
    <w:p>
      <w:pPr>
        <w:jc w:val="right"/>
      </w:pPr>
      <w:r>
        <w:t>اس پر بہت ساری بکس لکھی گئی ہیں۔ ان ساری بکس کا خلاصہ چھپا ہے بریٹینیکا میں۔ آپ بریٹینیکا کا جو پیسیفزم کا جو آرٹیکل ہے، اس کو پڑھیے، یہ بہت ہی بڑا ہے،</w:t>
      </w:r>
    </w:p>
    <w:p>
      <w:r>
        <w:rPr>
          <w:b/>
        </w:rPr>
        <w:t xml:space="preserve">[05:47] </w:t>
      </w:r>
      <w:r>
        <w:t>shayad 20 pages ka hoga. is mein woh batate hain ke pacifism insan ka dream hai hamesha se, lekin yeh dream kabhi fulfill nahi hua.</w:t>
      </w:r>
    </w:p>
    <w:p>
      <w:pPr>
        <w:jc w:val="right"/>
      </w:pPr>
      <w:r>
        <w:t>شاید 20 پیجز کا ہوگا۔ اس میں وہ بتاتے ہیں کہ پیسیفزم انسان کا ڈریم ہے ہمیشہ سے، لیکن یہ ڈریم کبھی فلفل نہیں ہوا۔</w:t>
      </w:r>
    </w:p>
    <w:p>
      <w:r>
        <w:rPr>
          <w:b/>
        </w:rPr>
        <w:t xml:space="preserve">[06:05] </w:t>
      </w:r>
      <w:r>
        <w:t>is mein woh kehte hain ke sirf Gandhi aise shakhs hain jo partially pacifism ko achieve kar sake.</w:t>
      </w:r>
    </w:p>
    <w:p>
      <w:pPr>
        <w:jc w:val="right"/>
      </w:pPr>
      <w:r>
        <w:t>اس میں وہ کہتے ہیں کہ صرف گاندھی ایسے شخص ہیں جو پارشلی پیسیفزم کو اچیو کر سکے۔</w:t>
      </w:r>
    </w:p>
    <w:p>
      <w:r>
        <w:rPr>
          <w:b/>
        </w:rPr>
        <w:t xml:space="preserve">[06:19] </w:t>
      </w:r>
      <w:r>
        <w:t>partially kyun? is liye ke Britishers ko out karne ke liye to unhon ne peace ka formula successfully apply kiya, lekin asal jo cheez thi ke India mein aik society bane jahan culture of peace ho, to woh society nahi bani,</w:t>
      </w:r>
    </w:p>
    <w:p>
      <w:pPr>
        <w:jc w:val="right"/>
      </w:pPr>
      <w:r>
        <w:t>پارشلی کیوں؟ اس لیے کہ برٹشرز کو اؤٹ کرنے کے لیے تو انہوں نے پیس کا فارمولا سکسیس فلی اپلائی کیا، لیکن اصل جو چیز تھی کہ انڈیا میں ایک سوسائٹی بنے جہاں کلچر آف پیس ہو، تو وہ سوسائٹی نہیں بنی،</w:t>
      </w:r>
    </w:p>
    <w:p>
      <w:r>
        <w:rPr>
          <w:b/>
        </w:rPr>
        <w:t xml:space="preserve">[06:44] </w:t>
      </w:r>
      <w:r>
        <w:t>balke pehle jo peace tha woh bhi disturb ho gaya. to woh kehte hain ke pacifism jo hai woh un fulfill dream hai sare logon ke liye.</w:t>
      </w:r>
    </w:p>
    <w:p>
      <w:pPr>
        <w:jc w:val="right"/>
      </w:pPr>
      <w:r>
        <w:t>بلکہ پہلے جو پیس تھا وہ بھی ڈسٹرب ہو گیا۔ تو وہ کہتے ہیں کہ پیسیفزم جو ہے وہ ان فلفل ڈریم ہے سارے لوگوں کے لیے۔</w:t>
      </w:r>
    </w:p>
    <w:p>
      <w:r>
        <w:rPr>
          <w:b/>
        </w:rPr>
        <w:t xml:space="preserve">[06:58] </w:t>
      </w:r>
      <w:r>
        <w:t>isi tarah se jitne bhi jis discipline ke log bhi hain, politics mein ya doosre jo field hain, har ek mein aap payenge ke koi bhi</w:t>
      </w:r>
    </w:p>
    <w:p>
      <w:pPr>
        <w:jc w:val="right"/>
      </w:pPr>
      <w:r>
        <w:t>اسی طرح سے جتنے بھی جس ڈسپلن کے لوگ بھی ہیں، پولیٹکس میں یا دوسرے جو فیلڈ ہیں، ہر ایک میں آپ پائیں گے کہ کوئی بھی</w:t>
      </w:r>
    </w:p>
    <w:p>
      <w:r>
        <w:rPr>
          <w:b/>
        </w:rPr>
        <w:t xml:space="preserve">[07:15] </w:t>
      </w:r>
      <w:r>
        <w:t>milne ki baat nahi karta, balke paane ki baat karta hai. aaj bhi main prime minister sahib ki taqreer sun raha tha</w:t>
      </w:r>
    </w:p>
    <w:p>
      <w:pPr>
        <w:jc w:val="right"/>
      </w:pPr>
      <w:r>
        <w:t>ملنے کی بات نہیں کرتا، بلکہ پانے کی بات کرتا ہے۔ آج بھی میں پرائم منسٹر صاحب کی تقریر سن رہا تھا</w:t>
      </w:r>
    </w:p>
    <w:p>
      <w:r>
        <w:rPr>
          <w:b/>
        </w:rPr>
        <w:t xml:space="preserve">[07:25] </w:t>
      </w:r>
      <w:r>
        <w:t>ke hum ko yeh chahiye, hum ko woh chahiye. yahi speech mein 1947 se pehle bhi sunta tha, is ke baad bhi. hamare tamam leader yeh to kehte hain ke hamein aisa India chahiye.</w:t>
      </w:r>
    </w:p>
    <w:p>
      <w:pPr>
        <w:jc w:val="right"/>
      </w:pPr>
      <w:r>
        <w:t>کہ ہم کو یہ چاہیے، ہم کو وہ چاہیے۔ یہی اسپیچ میں 1947 سے پہلے بھی سنتا تھا، اس کے بعد بھی۔ ہمارے تمام لیڈر یہ تو کہتے ہیں کہ ہمیں ایسا انڈیا چاہیے۔</w:t>
      </w:r>
    </w:p>
    <w:p>
      <w:r>
        <w:rPr>
          <w:b/>
        </w:rPr>
        <w:t xml:space="preserve">[07:39] </w:t>
      </w:r>
      <w:r>
        <w:t>koi yeh news na de saka ke hum ne aisa India bana liya hai.</w:t>
      </w:r>
    </w:p>
    <w:p>
      <w:pPr>
        <w:jc w:val="right"/>
      </w:pPr>
      <w:r>
        <w:t>کوئی یہ نیوز نہ دے سکا کہ ہم نے ایسا انڈیا بنا لیا ہے۔</w:t>
      </w:r>
    </w:p>
    <w:p>
      <w:r>
        <w:rPr>
          <w:b/>
        </w:rPr>
        <w:t xml:space="preserve">[07:47] </w:t>
      </w:r>
      <w:r>
        <w:t>aik party ne, jaisa ke aap jante hain, shining India ka claim kiya hua hai ke hum ne shining India bana liya hai, lekin yahan ki public ne is ko accept nahi kiya aur un ko haar manni pari.</w:t>
      </w:r>
    </w:p>
    <w:p>
      <w:pPr>
        <w:jc w:val="right"/>
      </w:pPr>
      <w:r>
        <w:t>ایک پارٹی نے، جیسا کہ آپ جانتے ہیں، شائننگ انڈیا کا کلیم کیا ہوا ہے کہ ہم نے شائننگ انڈیا بنا لیا ہے، لیکن یہاں کی پبلک نے اس کو ایکسیپٹ نہیں کیا اور ان کو ہار ماننی پڑی۔</w:t>
      </w:r>
    </w:p>
    <w:p>
      <w:r>
        <w:rPr>
          <w:b/>
        </w:rPr>
        <w:t xml:space="preserve">[08:06] </w:t>
      </w:r>
      <w:r>
        <w:t>aisa kyun hai? yeh mein— mujhe aaj hi yeh discovery hui. yani way ke liye to mere mind mein yeh baat thi, aaj mujhe samajh mein aayi.</w:t>
      </w:r>
    </w:p>
    <w:p>
      <w:pPr>
        <w:jc w:val="right"/>
      </w:pPr>
      <w:r>
        <w:t>ایسا کیوں ہے؟ یہ میں— مجھے آج ہی یہ ڈسکوری ہوئی۔ یعنی وے کے لیے تو میرے مائنڈ میں یہ بات تھی، آج مجھے سمجھ میں آئی۔</w:t>
      </w:r>
    </w:p>
    <w:p>
      <w:r>
        <w:rPr>
          <w:b/>
        </w:rPr>
        <w:t xml:space="preserve">[08:21] </w:t>
      </w:r>
      <w:r>
        <w:t>Quran ke do chote chote chapter hain, un ko parhte hue. aik hai jis ko hum kehte hain At-Teen, yeh hai Quran ka chapter number</w:t>
      </w:r>
    </w:p>
    <w:p>
      <w:pPr>
        <w:jc w:val="right"/>
      </w:pPr>
      <w:r>
        <w:t>قرآن کے دو چھوٹے چھوٹے چیپٹر ہیں، ان کو پڑھتے ہوئے۔ ایک ہے جس کو ہم کہتے ہیں التین، یہ ہے قرآن کا چیپٹر نمبر</w:t>
      </w:r>
    </w:p>
    <w:p>
      <w:r>
        <w:rPr>
          <w:b/>
        </w:rPr>
        <w:t xml:space="preserve">[08:40] </w:t>
      </w:r>
      <w:r>
        <w:t>97. doosra hai Al-Asr, yeh hai chapter number 103.</w:t>
      </w:r>
    </w:p>
    <w:p>
      <w:pPr>
        <w:jc w:val="right"/>
      </w:pPr>
      <w:r>
        <w:t>97۔ دوسرا ہے والعصر، یہ ہے چیپٹر نمبر 103۔</w:t>
      </w:r>
    </w:p>
    <w:p>
      <w:r>
        <w:rPr>
          <w:b/>
        </w:rPr>
        <w:t xml:space="preserve">[08:52] </w:t>
      </w:r>
      <w:r>
        <w:t>is mein Quran kehta hai ke laqad khalaqnal insana fi ahsani taqwim, thumma radadnahu asfala safilin.</w:t>
      </w:r>
    </w:p>
    <w:p>
      <w:pPr>
        <w:jc w:val="right"/>
      </w:pPr>
      <w:r>
        <w:t>اس میں قرآن کہتا ہے کہ لقد خلقنا الانسان فی احسن تقویم، ثم ردنا اسفل سافرین۔</w:t>
      </w:r>
    </w:p>
    <w:p>
      <w:r>
        <w:rPr>
          <w:b/>
        </w:rPr>
        <w:t xml:space="preserve">[09:01] </w:t>
      </w:r>
      <w:r>
        <w:t>yani Khuda kehta hai ke we created man in the best mold, then we cast him down to the lowest of the low.</w:t>
      </w:r>
    </w:p>
    <w:p>
      <w:pPr>
        <w:jc w:val="right"/>
      </w:pPr>
      <w:r>
        <w:t>یعنی خدا کہتا ہے کہ وی کریٹڈ مین ان دا بیسٹ مولڈ، دین وی کاسٹ ہم ڈاؤن ٹو دا لوئسٹ اف دا لو۔</w:t>
      </w:r>
    </w:p>
    <w:p>
      <w:r>
        <w:rPr>
          <w:b/>
        </w:rPr>
        <w:t xml:space="preserve">[09:20] </w:t>
      </w:r>
      <w:r>
        <w:t>aise doosra chapter jo hai Al-Asr, Al-Asri insana fi khusr.</w:t>
      </w:r>
    </w:p>
    <w:p>
      <w:pPr>
        <w:jc w:val="right"/>
      </w:pPr>
      <w:r>
        <w:t>ایسے دوسرا چیپٹر جو ہے والعصر، والعصر انسان فی خسر۔</w:t>
      </w:r>
    </w:p>
    <w:p>
      <w:r>
        <w:rPr>
          <w:b/>
        </w:rPr>
        <w:t xml:space="preserve">[09:31] </w:t>
      </w:r>
      <w:r>
        <w:t>history is a witness that man is in loss.</w:t>
      </w:r>
    </w:p>
    <w:p>
      <w:pPr>
        <w:jc w:val="right"/>
      </w:pPr>
      <w:r>
        <w:t>ہسٹری از ا وٹنس دیٹ مین از ان لاس۔</w:t>
      </w:r>
    </w:p>
    <w:p>
      <w:r>
        <w:rPr>
          <w:b/>
        </w:rPr>
        <w:t xml:space="preserve">[09:40] </w:t>
      </w:r>
      <w:r>
        <w:t>is par mein ne socha ke aisa kyun hai?</w:t>
      </w:r>
    </w:p>
    <w:p>
      <w:pPr>
        <w:jc w:val="right"/>
      </w:pPr>
      <w:r>
        <w:t>اس پر میں نے سوچا کہ ایسا کیوں ہے؟</w:t>
      </w:r>
    </w:p>
    <w:p>
      <w:r>
        <w:rPr>
          <w:b/>
        </w:rPr>
        <w:t xml:space="preserve">[09:46] </w:t>
      </w:r>
      <w:r>
        <w:t>to meri samajh mein aaya ke is par aata hai ke illa allazina amanu, dono chapter mein, except those who discovered God and discovered the creation plan of God.</w:t>
      </w:r>
    </w:p>
    <w:p>
      <w:pPr>
        <w:jc w:val="right"/>
      </w:pPr>
      <w:r>
        <w:t>تو میری سمجھ میں آیا کہ اس پہ آتا ہے کہ الا الذین آمنوا، دونوں چیپٹر میں، ایکسیپٹ دوز ہو ڈسکورڈ گاڈ اینڈ ڈسکورڈ دا کریشن پلان آف گاڈ۔</w:t>
      </w:r>
    </w:p>
    <w:p>
      <w:r>
        <w:rPr>
          <w:b/>
        </w:rPr>
        <w:t xml:space="preserve">[10:02] </w:t>
      </w:r>
      <w:r>
        <w:t>to mein yeh samajh paya hoon ke Greek philosopher se le kar aaj tak aik hi ghalti dohrai gayi hai, woh yeh ke creator ka jo creation plan hai, us ko</w:t>
      </w:r>
    </w:p>
    <w:p>
      <w:pPr>
        <w:jc w:val="right"/>
      </w:pPr>
      <w:r>
        <w:t>تو میں یہ سمجھ پایا ہوں کہ گریک فلاسفر سے لے کر آج تک ایک ہی غلطی دہرائی گئی ہے، وہ یہ کہ کریٹر کا جو کریشن پلان ہے، اس کو</w:t>
      </w:r>
    </w:p>
    <w:p>
      <w:r>
        <w:rPr>
          <w:b/>
        </w:rPr>
        <w:t xml:space="preserve">[10:23] </w:t>
      </w:r>
      <w:r>
        <w:t>to us ko na le kar ke zindagi ko explain karne ki koshish ki gayi.</w:t>
      </w:r>
    </w:p>
    <w:p>
      <w:pPr>
        <w:jc w:val="right"/>
      </w:pPr>
      <w:r>
        <w:t>تو اس کو نہ لے کر کے زندگی کو ایکسپلین کرنے کی کوشش کی گئی۔</w:t>
      </w:r>
    </w:p>
    <w:p>
      <w:r>
        <w:rPr>
          <w:b/>
        </w:rPr>
        <w:t xml:space="preserve">[10:33] </w:t>
      </w:r>
      <w:r>
        <w:t>aap ghor kijiye ke jis ne duniya ko banaya, us ka apna jo creation plan hai, aap usi ko</w:t>
      </w:r>
    </w:p>
    <w:p>
      <w:pPr>
        <w:jc w:val="right"/>
      </w:pPr>
      <w:r>
        <w:t>آپ غور کیجئے کہ جس نے دنیا کو بنایا، اس کا اپنا جو کریشن پلان ہے، آپ اسی کو</w:t>
      </w:r>
    </w:p>
    <w:p>
      <w:r>
        <w:rPr>
          <w:b/>
        </w:rPr>
        <w:t xml:space="preserve">[10:44] </w:t>
      </w:r>
      <w:r>
        <w:t>samne na rakhein to jo bhi aap explanation chahenge karna, woh woh sahi nahi hoga.</w:t>
      </w:r>
    </w:p>
    <w:p>
      <w:pPr>
        <w:jc w:val="right"/>
      </w:pPr>
      <w:r>
        <w:t>سامنے نہ رکھیں تو جو بھی آپ ایکسپلینیشن چاہیں گے کرنا، وہ وہ صحیح نہیں ہوگا۔</w:t>
      </w:r>
    </w:p>
    <w:p>
      <w:r>
        <w:rPr>
          <w:b/>
        </w:rPr>
        <w:t xml:space="preserve">[10:53] </w:t>
      </w:r>
      <w:r>
        <w:t>jaise misaal ke tor par happiness ko lijiye, har aadmi jo chahta hai happiness, good health, good home, good society, to simply jo Khuda ka jo creation plan hai, us ke mutabiq simply yeh possible hi nahi hai.</w:t>
      </w:r>
    </w:p>
    <w:p>
      <w:pPr>
        <w:jc w:val="right"/>
      </w:pPr>
      <w:r>
        <w:t>جیسے مثال کے طور پر ہیپینس کو لیجئے، ہر آدمی جو چاہتا ہے ہیپینس، گڈ ہیلتھ، گڈ ہوم، گڈ سوسائٹی، تو سمپلی جو خدا کا جو کریشن پلان ہے، اس کے مطابق سمپلی یہ پاسیبل ہی نہیں ہے۔</w:t>
      </w:r>
    </w:p>
    <w:p>
      <w:r>
        <w:rPr>
          <w:b/>
        </w:rPr>
        <w:t xml:space="preserve">[11:11] </w:t>
      </w:r>
      <w:r>
        <w:t>saare log one two all ek aisi cheez ko paanay ki koshish kar rahay hain jo possible hi nahin thi. woh kaisay? woh is tarah keh Quran ki Surah number 67 mein hai keh khalaq al maut wal hayat ala</w:t>
      </w:r>
    </w:p>
    <w:p>
      <w:pPr>
        <w:jc w:val="right"/>
      </w:pPr>
      <w:r>
        <w:t>سارے لوگ ون ٹو آل ایک ایسی چیز کو پانے کی کوشش کر رہے ہیں جو پاسیبل ہی نہیں تھی۔ وہ کیسے؟ وہ اس طرح کہ قرآن کی سورہ نمبر 67 میں ہے کہ خلق الموت والحیات علی</w:t>
      </w:r>
    </w:p>
    <w:p>
      <w:r>
        <w:rPr>
          <w:b/>
        </w:rPr>
        <w:t xml:space="preserve">[11:36] </w:t>
      </w:r>
      <w:r>
        <w:t>Khuda ne banai zindagi aur maut kis ke liye? test ke liye. yaani yeh duniya jo hai, Khuda ke creation plan ke mutabiq testing ground hai.</w:t>
      </w:r>
    </w:p>
    <w:p>
      <w:pPr>
        <w:jc w:val="right"/>
      </w:pPr>
      <w:r>
        <w:t>خدا نے بنائی زندگی اور موت کس کے لیے؟ ٹیسٹ کے لیے۔ یعنی یہ دنیا جو ہے، خدا کے کریشن پلان کے مطابق ٹیسٹنگ گراؤنڈ ہے۔</w:t>
      </w:r>
    </w:p>
    <w:p>
      <w:r>
        <w:rPr>
          <w:b/>
        </w:rPr>
        <w:t xml:space="preserve">[11:53] </w:t>
      </w:r>
      <w:r>
        <w:t>wa man shaaf alayhi wa man shaaf alaykfru. to chunkeh Khuda ne duniya ko banaya hai test ke liye, is liye us ne saare insaanon ko azaadi de di hai.</w:t>
      </w:r>
    </w:p>
    <w:p>
      <w:pPr>
        <w:jc w:val="right"/>
      </w:pPr>
      <w:r>
        <w:t>ومن شاف الیومن ومن شاف الیکفر۔ تو چونکہ خدا نے دنیا کو بنایا ہے ٹیسٹ کے لیے، اس لیے اس نے سارے انسانوں کو آزادی دے دی ہے۔</w:t>
      </w:r>
    </w:p>
    <w:p>
      <w:r>
        <w:rPr>
          <w:b/>
        </w:rPr>
        <w:t xml:space="preserve">[12:06] </w:t>
      </w:r>
      <w:r>
        <w:t>yaani is baat ko agar hum jaan lein keh duniya bani hai as a testing ground aur is bana par har ek ko azaadi bhi di gayi hai, to aap samajh sakte hain keh woh jo aap chahtay hain, woh achievable hi nahin hai.</w:t>
      </w:r>
    </w:p>
    <w:p>
      <w:pPr>
        <w:jc w:val="right"/>
      </w:pPr>
      <w:r>
        <w:t>یعنی اس بات کو اگر ہم جان لیں کہ دنیا بنی ہے ایز اے ٹیسٹنگ گراؤنڈ اور اس بنا پر ہر ایک کو آزادی بھی دی گئی ہے، تو آپ سمجھ سکتے ہیں کہ وہ جو آپ چاہتے ہیں، وہ اچیویبل ہی نہیں ہے۔</w:t>
      </w:r>
    </w:p>
    <w:p>
      <w:r>
        <w:rPr>
          <w:b/>
        </w:rPr>
        <w:t xml:space="preserve">[12:22] </w:t>
      </w:r>
      <w:r>
        <w:t>kyunkeh ek aadmi apni freedom ko misuse kar ke saari baat bigaad de ga.</w:t>
      </w:r>
    </w:p>
    <w:p>
      <w:pPr>
        <w:jc w:val="right"/>
      </w:pPr>
      <w:r>
        <w:t>کیونکہ ایک آدمی اپنی فریڈم کو مس یوز کر کے ساری بات بگاڑ دے گا۔</w:t>
      </w:r>
    </w:p>
    <w:p>
      <w:r>
        <w:rPr>
          <w:b/>
        </w:rPr>
        <w:t xml:space="preserve">[12:30] </w:t>
      </w:r>
      <w:r>
        <w:t>jaisa keh Pramod Mahajan ke bhai ne apni freedom ko misuse kar ke apne sagay bhai ko maar dala. is se pehle Mahatma Gandhi jo Rashtrapita thay,</w:t>
      </w:r>
    </w:p>
    <w:p>
      <w:pPr>
        <w:jc w:val="right"/>
      </w:pPr>
      <w:r>
        <w:t>جیسا کہ پرمود مہاجن کے بھائی نے اپنی فریڈم کو مس یوز کر کے اپنے سگے بھائی کو مار ڈالا۔ اس سے پہلے مہاتما گاندھی جو راش پتا تھے،</w:t>
      </w:r>
    </w:p>
    <w:p>
      <w:r>
        <w:rPr>
          <w:b/>
        </w:rPr>
        <w:t xml:space="preserve">[12:46] </w:t>
      </w:r>
      <w:r>
        <w:t>to ek aadmi ne apni freedom ko misuse kar ke unhein goli maar di.</w:t>
      </w:r>
    </w:p>
    <w:p>
      <w:pPr>
        <w:jc w:val="right"/>
      </w:pPr>
      <w:r>
        <w:t>تو ایک آدمی نے اپنی فریڈم کو مس یوز کر کے انہیں گولی مار دی۔</w:t>
      </w:r>
    </w:p>
    <w:p>
      <w:r>
        <w:rPr>
          <w:b/>
        </w:rPr>
        <w:t xml:space="preserve">[12:53] </w:t>
      </w:r>
      <w:r>
        <w:t>to sawal yeh hai keh jab Khuda ne</w:t>
      </w:r>
    </w:p>
    <w:p>
      <w:pPr>
        <w:jc w:val="right"/>
      </w:pPr>
      <w:r>
        <w:t>تو سوال یہ ہے کہ جب خدا نے</w:t>
      </w:r>
    </w:p>
    <w:p>
      <w:r>
        <w:rPr>
          <w:b/>
        </w:rPr>
        <w:t xml:space="preserve">[12:59] </w:t>
      </w:r>
      <w:r>
        <w:t>insaan ko banaya ho test ke liye, is liye freedom bhi di ho us ko, to yahi hota rahe ga hamesha. kahin na kahin baat bigad jaye gi.</w:t>
      </w:r>
    </w:p>
    <w:p>
      <w:pPr>
        <w:jc w:val="right"/>
      </w:pPr>
      <w:r>
        <w:t>انسان کو بنایا ہو ٹیسٹ کے لیے، اس لیے فریڈم بھی دی ہو اس کو، تو یہی ہوتا رہے گا ہمیشہ۔ کہیں نہ کہیں بات بگڑ جائے گی۔</w:t>
      </w:r>
    </w:p>
    <w:p>
      <w:r>
        <w:rPr>
          <w:b/>
        </w:rPr>
        <w:t xml:space="preserve">[13:11] </w:t>
      </w:r>
      <w:r>
        <w:t>kahin aap ko accident hoga, kahin health kharab ho jaye gi aur kahin death ho jaye gi.</w:t>
      </w:r>
    </w:p>
    <w:p>
      <w:pPr>
        <w:jc w:val="right"/>
      </w:pPr>
      <w:r>
        <w:t>کہیں آپ کو ایکسیڈنٹ ہوگا، کہیں ہیلتھ خراب ہو جائے گی اور کہیں ڈیتھ ہو جائے گی۔</w:t>
      </w:r>
    </w:p>
    <w:p>
      <w:r>
        <w:rPr>
          <w:b/>
        </w:rPr>
        <w:t xml:space="preserve">[13:23] </w:t>
      </w:r>
      <w:r>
        <w:t>jaise keh mere Pramod Mahajan chahtay thay keh apni party ko top par le jayein aur death ne un ke planning ko khatam kar diya.</w:t>
      </w:r>
    </w:p>
    <w:p>
      <w:pPr>
        <w:jc w:val="right"/>
      </w:pPr>
      <w:r>
        <w:t>جیسے کہ میرے پرمود مہاجن چاہتے تھے کہ اپنی پارٹی کو ٹاپ پر لے جائیں اور ڈیتھ نے ان کے پلاننگ کو ختم کر دیا۔</w:t>
      </w:r>
    </w:p>
    <w:p>
      <w:r>
        <w:rPr>
          <w:b/>
        </w:rPr>
        <w:t xml:space="preserve">[13:36] </w:t>
      </w:r>
      <w:r>
        <w:t>to creation plan jo Khuda ka hai, us mein jo asal cheez hai, woh test mein qualify karna, na keh duniya hi mein paradise bana lein.</w:t>
      </w:r>
    </w:p>
    <w:p>
      <w:pPr>
        <w:jc w:val="right"/>
      </w:pPr>
      <w:r>
        <w:t>تو کریشن پلان جو خدا کا ہے، اس میں جو اصل چیز ہے، وہ ٹیسٹ میں کوالیفائی کرنا، نہ کہ دنیا ہی میں پیراڈائز بنا لینا۔</w:t>
      </w:r>
    </w:p>
    <w:p>
      <w:r>
        <w:rPr>
          <w:b/>
        </w:rPr>
        <w:t xml:space="preserve">[13:49] </w:t>
      </w:r>
      <w:r>
        <w:t>duniya hi mein happiness mil jaye, duniya hi mein good health, good home, good society mil jaye, yeh Khuda ka concern hi nahin hai.</w:t>
      </w:r>
    </w:p>
    <w:p>
      <w:pPr>
        <w:jc w:val="right"/>
      </w:pPr>
      <w:r>
        <w:t>دنیا ہی میں ہیپینس مل جائے، دنیا ہی میں گڈ ہیلتھ، گڈ ہوم، گڈ سوسائٹی مل جائے، یہ خدا کا کنسرن ہی نہیں ہے۔</w:t>
      </w:r>
    </w:p>
    <w:p>
      <w:r>
        <w:rPr>
          <w:b/>
        </w:rPr>
        <w:t xml:space="preserve">[14:03] </w:t>
      </w:r>
      <w:r>
        <w:t>kyunkeh Khuda ne jo banaya hai, to yeh is liye banaya hai keh jo log test mein qualify karein, un ko paradise mein jagah di jaye. to Khuda ke jo creation plan hai, Khuda ka jo us mein zindagi ke do hissay hain:</w:t>
      </w:r>
    </w:p>
    <w:p>
      <w:pPr>
        <w:jc w:val="right"/>
      </w:pPr>
      <w:r>
        <w:t>کیونکہ خدا نے جو بنایا ہے، تو یہ اس لیے بنایا ہے کہ جو لوگ ٹیسٹ میں کوالیفائی کریں، ان کو پیراڈائز میں جگہ دی جائے۔ تو خدا کے جو کریشن پلان ہے، خدا کا جو اس میں زندگی کے دو حصے ہیں:</w:t>
      </w:r>
    </w:p>
    <w:p>
      <w:r>
        <w:rPr>
          <w:b/>
        </w:rPr>
        <w:t xml:space="preserve">[14:25] </w:t>
      </w:r>
      <w:r>
        <w:t>pre-death period aur post-death period. to pre-death period mein sirf test dena hai.</w:t>
      </w:r>
    </w:p>
    <w:p>
      <w:pPr>
        <w:jc w:val="right"/>
      </w:pPr>
      <w:r>
        <w:t>پری ڈیتھ پیریڈ اور پوسٹ ڈیتھ پیریڈ۔ تو پری ڈیتھ پیریڈ میں صرف ٹیسٹ دینا ہے۔</w:t>
      </w:r>
    </w:p>
    <w:p>
      <w:r>
        <w:rPr>
          <w:b/>
        </w:rPr>
        <w:t xml:space="preserve">[14:34] </w:t>
      </w:r>
      <w:r>
        <w:t>post-death period mein yeh possible hoga keh aap ko achi health mile, aap ko acha ghar mile, achi society mile. to jo cheez post-death period mein paradise mein milne wali hai,</w:t>
      </w:r>
    </w:p>
    <w:p>
      <w:pPr>
        <w:jc w:val="right"/>
      </w:pPr>
      <w:r>
        <w:t>پوسٹ ڈیتھ پیریڈ میں یہ پاسیبل ہوگا کہ آپ کو اچھی ہیلتھ ملے، آپ کو اچھا گھر ملے، اچھی سوسائٹی ملے۔ تو جو چیز پوسٹ ڈیتھ پیریڈ میں پیراڈائز میں ملنے والی ہے،</w:t>
      </w:r>
    </w:p>
    <w:p>
      <w:r>
        <w:rPr>
          <w:b/>
        </w:rPr>
        <w:t xml:space="preserve">[14:48] </w:t>
      </w:r>
      <w:r>
        <w:t>us ko aap pre-death period mein isi duniya mein jahan test ke aitbaar se sab cheez banai gayi, wahan lana chahein to woh possible nahin hai, woh achievable nahin hai.</w:t>
      </w:r>
    </w:p>
    <w:p>
      <w:pPr>
        <w:jc w:val="right"/>
      </w:pPr>
      <w:r>
        <w:t>اس کو آپ پری ڈیتھ پیریڈ میں اسی دنیا میں جہاں ٹیسٹ کا اعتبار سے سب چیز بنائی گئی، وہاں لانا چاہیں تو وہ پاسیبل نہیں ہے، وہ اچیویبل نہیں ہے۔</w:t>
      </w:r>
    </w:p>
    <w:p>
      <w:r>
        <w:rPr>
          <w:b/>
        </w:rPr>
        <w:t xml:space="preserve">[14:59] </w:t>
      </w:r>
      <w:r>
        <w:t>woh yeh baat meri samajh mein aayi keh saara keh jab aap Khuda ke creation plan ko jaan lete hain, to aap is position mein ho jatay hain keh aap explain kar sakein cheezon ko.</w:t>
      </w:r>
    </w:p>
    <w:p>
      <w:pPr>
        <w:jc w:val="right"/>
      </w:pPr>
      <w:r>
        <w:t>وہ یہ بات میری سمجھ میں آئی کہ سارا کہ جب آپ خدا کے کریشن پلان کو جان لیتے ہیں، تو آپ اس پوزیشن میں ہو جاتے ہیں کہ آپ ایکسپلین کر سکیں چیزوں کو۔</w:t>
      </w:r>
    </w:p>
    <w:p>
      <w:r>
        <w:rPr>
          <w:b/>
        </w:rPr>
        <w:t xml:space="preserve">[15:16] </w:t>
      </w:r>
      <w:r>
        <w:t>aur jab aap explain kar payein ge, tabhi aisa mumkin hoga keh aap acha plan kar sakein. planning isi waqt, yaani sahi planning, isi waqt possible hai jab keh aap sahi explanation bhi aap ko ho chuka ho.</w:t>
      </w:r>
    </w:p>
    <w:p>
      <w:pPr>
        <w:jc w:val="right"/>
      </w:pPr>
      <w:r>
        <w:t>اور جب آپ ایکسپلین کر پائیں گے، تبھی ایسا ممکن ہوگا کہ آپ اچھا پلان کر سکیں۔ پلاننگ اسی وقت، یعنی صحیح پلاننگ، اسی وقت پاسیبل ہے جب کہ آپ صحیح ایکسپلینیشن بھی آپ کو ہو چکا ہو۔</w:t>
      </w:r>
    </w:p>
    <w:p>
      <w:r>
        <w:rPr>
          <w:b/>
        </w:rPr>
        <w:t xml:space="preserve">[15:40] </w:t>
      </w:r>
      <w:r>
        <w:t>ab mein chand aur baatein kehna chahoon ga jo hamari daily life se ta'alluq hai is ka, aur har har ek se ta'alluq hai is ka.</w:t>
      </w:r>
    </w:p>
    <w:p>
      <w:pPr>
        <w:jc w:val="right"/>
      </w:pPr>
      <w:r>
        <w:t>اب میں چند اور باتیں کہنا چاہوں گا جو ہماری ڈیلی لائف سے تعلق ہے اس کا، اور ہر ہر ایک سے تعلق ہے اس کا۔</w:t>
      </w:r>
    </w:p>
    <w:p>
      <w:r>
        <w:rPr>
          <w:b/>
        </w:rPr>
        <w:t xml:space="preserve">[15:51] </w:t>
      </w:r>
      <w:r>
        <w:t>dekhiye,</w:t>
      </w:r>
    </w:p>
    <w:p>
      <w:pPr>
        <w:jc w:val="right"/>
      </w:pPr>
      <w:r>
        <w:t>دیکھیے،</w:t>
      </w:r>
    </w:p>
    <w:p>
      <w:r>
        <w:rPr>
          <w:b/>
        </w:rPr>
        <w:t xml:space="preserve">[15:55] </w:t>
      </w:r>
      <w:r>
        <w:t>Quran mein jo baat batai gayi hai, woh yeh hai keh Khuda ne jab pehla insaan Adam banaya,</w:t>
      </w:r>
    </w:p>
    <w:p>
      <w:pPr>
        <w:jc w:val="right"/>
      </w:pPr>
      <w:r>
        <w:t>قرآن میں جو بات بتائی گئی ہے، وہ یہ ہے کہ خدا نے جب پہلا انسان ایڈم بنایا،</w:t>
      </w:r>
    </w:p>
    <w:p>
      <w:r>
        <w:rPr>
          <w:b/>
        </w:rPr>
        <w:t xml:space="preserve">[16:06] </w:t>
      </w:r>
      <w:r>
        <w:t>to us waqt</w:t>
      </w:r>
    </w:p>
    <w:p>
      <w:pPr>
        <w:jc w:val="right"/>
      </w:pPr>
      <w:r>
        <w:t>تو اس وقت</w:t>
      </w:r>
    </w:p>
    <w:p>
      <w:r>
        <w:rPr>
          <w:b/>
        </w:rPr>
        <w:t xml:space="preserve">[16:10] </w:t>
      </w:r>
      <w:r>
        <w:t>us se pehle yahan par jin log hua karte thay, jin hi logon ka woh head tha, jis ko kehtay hain Shaitan. Shaitan jin logon ka head tha, to Khuda ne darasal yaani yeh maloom hota hai Quran se keh pehle Khuda ne zameen banai,</w:t>
      </w:r>
    </w:p>
    <w:p>
      <w:pPr>
        <w:jc w:val="right"/>
      </w:pPr>
      <w:r>
        <w:t>اس سے پہلے یہاں پر جن لوگ ہوا کرتے تھے، جن ہی لوگوں کا وہ ہیڈ تھا، جس کو کہتے ہیں سیٹن۔ سیٹن جن لوگوں کا ہیڈ تھا، تو خدا نے دراصل یعنی یہ معلوم ہوتا ہے قرآن سے کہ پہلے خدا نے زمین بنائی،</w:t>
      </w:r>
    </w:p>
    <w:p>
      <w:r>
        <w:rPr>
          <w:b/>
        </w:rPr>
        <w:t xml:space="preserve">[16:29] </w:t>
      </w:r>
      <w:r>
        <w:t>phir zameen ko diya jin ke charge mein, jis ka leader Shaitan tha, un ke charge mein diya. un logon ne yahan par apni freedom ko misuse kiya,</w:t>
      </w:r>
    </w:p>
    <w:p>
      <w:pPr>
        <w:jc w:val="right"/>
      </w:pPr>
      <w:r>
        <w:t>پھر زمین کو دیا جن کے چارج میں، جس کا لیڈر سیٹن تھا، ان کے چارج میں دیا۔ ان لوگوں نے یہاں پر اپنی فریڈم کو مس یوز کیا،</w:t>
      </w:r>
    </w:p>
    <w:p>
      <w:r>
        <w:rPr>
          <w:b/>
        </w:rPr>
        <w:t xml:space="preserve">[16:42] </w:t>
      </w:r>
      <w:r>
        <w:t>to khuda ne un ko hata diya. un ko hata ke phir insan ko ke charge mein zameen di. to jab insan ko paida kar ke khuda ne is ke charge mein zameen di, to us waqt as a token khuda ne hukum diya ke satan ko ke tum un ko un ke aage jhuk jao,</w:t>
      </w:r>
    </w:p>
    <w:p>
      <w:pPr>
        <w:jc w:val="right"/>
      </w:pPr>
      <w:r>
        <w:t>تو خدا نے ان کو ہٹا دیا۔ ان کو ہٹا کے پھر انسان کو کے چارج میں زمین دی۔ تو جب انسان کو پیدا کر کے خدا نے اس کے چارج میں زمین دی، تو اس وقت ایز اے ٹوکن خدا نے حکم دیا کہ سیٹن کو کہ تم ان کو ان کے آگے جھک جاؤ،</w:t>
      </w:r>
    </w:p>
    <w:p>
      <w:r>
        <w:rPr>
          <w:b/>
        </w:rPr>
        <w:t xml:space="preserve">[17:09] </w:t>
      </w:r>
      <w:r>
        <w:t>physically jhuko as a token. to satan ne kiya kiya? refuse kar diya. us ne kaha ke main nahin jhukunga.</w:t>
      </w:r>
    </w:p>
    <w:p>
      <w:pPr>
        <w:jc w:val="right"/>
      </w:pPr>
      <w:r>
        <w:t>فزیکلی جھکو ایز اے ٹوکن۔ تو سیٹن نے کیا کیا؟ ریفیوز کر دیا۔ اس نے کہا کہ میں نہیں جھکوں گا۔</w:t>
      </w:r>
    </w:p>
    <w:p>
      <w:r>
        <w:rPr>
          <w:b/>
        </w:rPr>
        <w:t xml:space="preserve">[17:20] </w:t>
      </w:r>
      <w:r>
        <w:t>aur reason kiya bataya? ke main is se superior hoon. khalqatni min nar wa khalqa min tin.</w:t>
      </w:r>
    </w:p>
    <w:p>
      <w:pPr>
        <w:jc w:val="right"/>
      </w:pPr>
      <w:r>
        <w:t>اور ریزن کیا بتایا؟ کہ میں اس سے سپیریئر ہوں۔ خلق تنی من نار و خلق من تین۔</w:t>
      </w:r>
    </w:p>
    <w:p>
      <w:r>
        <w:rPr>
          <w:b/>
        </w:rPr>
        <w:t xml:space="preserve">[17:32] </w:t>
      </w:r>
      <w:r>
        <w:t>to ne paida kiya hai mujh ko fire se aur adam ko paida kiya hai mitti se. is ki apni logic ke mutabiq fire superior thi aur mitti inferior thi.</w:t>
      </w:r>
    </w:p>
    <w:p>
      <w:pPr>
        <w:jc w:val="right"/>
      </w:pPr>
      <w:r>
        <w:t>تو نے پیدا کیا ہے مجھ کو فائر سے اور ایڈم کو پیدا کیا ہے مٹی سے۔ اس کی اپنی لاجک کے مطابق فائر سپیریئر تھی اور مٹی انفیریئر تھی۔</w:t>
      </w:r>
    </w:p>
    <w:p>
      <w:r>
        <w:rPr>
          <w:b/>
        </w:rPr>
        <w:t xml:space="preserve">[17:47] </w:t>
      </w:r>
      <w:r>
        <w:t>to is ne kaha ke ana khair min, main is se behtar hoon. to us waqt aata hai ke khuda ne kaha ke jao, jo bhi tumhara.</w:t>
      </w:r>
    </w:p>
    <w:p>
      <w:pPr>
        <w:jc w:val="right"/>
      </w:pPr>
      <w:r>
        <w:t>تو اس نے کہا کہ انا خیر من، میں اس سے بہتر ہوں۔ تو اس وقت آتا ہے کہ خدا نے کہا کہ جاؤ، جو بھی تمہارا۔</w:t>
      </w:r>
    </w:p>
    <w:p>
      <w:r>
        <w:rPr>
          <w:b/>
        </w:rPr>
        <w:t xml:space="preserve">[18:01] </w:t>
      </w:r>
      <w:r>
        <w:t>phir us waqt satan ne challenge diya khuda ko ke main yeh saare insano ko behkaunga, unhein raaste se hataunga aur har taraf corruption phaila dunga.</w:t>
      </w:r>
    </w:p>
    <w:p>
      <w:pPr>
        <w:jc w:val="right"/>
      </w:pPr>
      <w:r>
        <w:t>پھر اس وقت سیٹن نے چیلنج دیا خدا کو کہ میں یہ سارے انسانوں کو بہکاؤں گا، انہیں راستے سے ہٹاؤں گا اور ہر طرف کرپشن پھیلا دوں گا۔</w:t>
      </w:r>
    </w:p>
    <w:p>
      <w:r>
        <w:rPr>
          <w:b/>
        </w:rPr>
        <w:t xml:space="preserve">[18:18] </w:t>
      </w:r>
      <w:r>
        <w:t>to khuda ne azadi di, yaani satan ko bhi azadi. is duniya mein satan ko bhi freedom hai aur insan ko bhi freedom hai, dono ko us waqt tak jab tak ke day of judgment na aa jaye.</w:t>
      </w:r>
    </w:p>
    <w:p>
      <w:pPr>
        <w:jc w:val="right"/>
      </w:pPr>
      <w:r>
        <w:t>تو خدا نے آزادی دی، یعنی سیٹن کو بھی آزادی۔ اس دنیا میں سیٹن کو بھی فریڈم ہے اور انسان کو بھی فریڈم ہے، دونوں کو اس وقت تک جب تک کہ ڈے آف ججمنٹ نہ آ جائے۔</w:t>
      </w:r>
    </w:p>
    <w:p>
      <w:r>
        <w:rPr>
          <w:b/>
        </w:rPr>
        <w:t xml:space="preserve">[18:33] </w:t>
      </w:r>
      <w:r>
        <w:t>sirf day of judgment jab aayega, tab yeh abalish hogi, yeh freedom. to khuda ne kaha ke jao, satan se kaha tum mein se jo shakhs,</w:t>
      </w:r>
    </w:p>
    <w:p>
      <w:pPr>
        <w:jc w:val="right"/>
      </w:pPr>
      <w:r>
        <w:t>صرف ڈے آف ججمنٹ جب آئے گا، تب یہ ابالش ہوگی، یہ فریڈم۔ تو خدا نے کہا کہ جاؤ، سیٹن سے کہا تم میں سے جو شخص،</w:t>
      </w:r>
    </w:p>
    <w:p>
      <w:r>
        <w:rPr>
          <w:b/>
        </w:rPr>
        <w:t xml:space="preserve">[18:48] </w:t>
      </w:r>
      <w:r>
        <w:t>yaani insano mein se jo shakhs dobara, yaani tumhare raaste par chalega, to tum ko aur us ko sab ko main hell mein daal dunga.</w:t>
      </w:r>
    </w:p>
    <w:p>
      <w:pPr>
        <w:jc w:val="right"/>
      </w:pPr>
      <w:r>
        <w:t>یعنی انسانوں میں سے جو شخص دوبارہ، یعنی تمہارے راستے پر چلے گا، تو تم کو اور اس کو سب کو میں ہیل میں ڈال دوں گا۔</w:t>
      </w:r>
    </w:p>
    <w:p>
      <w:r>
        <w:rPr>
          <w:b/>
        </w:rPr>
        <w:t xml:space="preserve">[19:05] </w:t>
      </w:r>
      <w:r>
        <w:t>is ka matlab kya hua? yaani satan ka kaun sa raasta hai jis par chalne se insan hell mein jata hai? woh yahi hai: ana khair min, ke main superior hoon.</w:t>
      </w:r>
    </w:p>
    <w:p>
      <w:pPr>
        <w:jc w:val="right"/>
      </w:pPr>
      <w:r>
        <w:t>اس کا مطلب کیا ہوا؟ یعنی سیٹن کا کون سا راستہ ہے جس پر چلنے سے انسان ہیل میں جاتا ہے؟ وہ یہی ہے: انا خیر من، کہ میں سپیریئر ہوں۔</w:t>
      </w:r>
    </w:p>
    <w:p>
      <w:r>
        <w:rPr>
          <w:b/>
        </w:rPr>
        <w:t xml:space="preserve">[19:21] </w:t>
      </w:r>
      <w:r>
        <w:t>agar aap dekhein to poori history isi ka, isi ka, yaani poori history mein isi ka drama dikhai dega.</w:t>
      </w:r>
    </w:p>
    <w:p>
      <w:pPr>
        <w:jc w:val="right"/>
      </w:pPr>
      <w:r>
        <w:t>اگر آپ دیکھیں تو پوری ہسٹری اسی کا، اسی کا، یعنی پوری ہسٹری میں اسی کا ڈرامہ دکھائی دے گا۔</w:t>
      </w:r>
    </w:p>
    <w:p>
      <w:r>
        <w:rPr>
          <w:b/>
        </w:rPr>
        <w:t xml:space="preserve">[19:32] </w:t>
      </w:r>
      <w:r>
        <w:t>jab bhi koi aadmi, koi bhi gadbad machata hai, to yahi us waqt yahi samajhta hai ke main superior hoon. pramod mahajan ke bhai ne jab is ko mara, us waqt kam az kam yeh us ne yeh samjha ke mere paas gun hai,</w:t>
      </w:r>
    </w:p>
    <w:p>
      <w:pPr>
        <w:jc w:val="right"/>
      </w:pPr>
      <w:r>
        <w:t>جب بھی کوئی آدمی، کوئی بھی گڑبڑ مچاتا ہے، تو یہی اس وقت یہی سمجھتا ہے کہ میں سپیریئر ہوں۔ پرمود مہاجن کے بھائی نے جب اس کو مارا، اس وقت کم از کم یہ اس نے یہ سمجھا کہ میرے پاس گن ہے،</w:t>
      </w:r>
    </w:p>
    <w:p>
      <w:r>
        <w:rPr>
          <w:b/>
        </w:rPr>
        <w:t xml:space="preserve">[19:49] </w:t>
      </w:r>
      <w:r>
        <w:t>revolver hai, un ke paas to kuch nahin hai, to main is se zyada,</w:t>
      </w:r>
    </w:p>
    <w:p>
      <w:pPr>
        <w:jc w:val="right"/>
      </w:pPr>
      <w:r>
        <w:t>ریوالور ہے، ان کے پاس تو کچھ نہیں ہے، تو میں اس سے زیادہ،</w:t>
      </w:r>
    </w:p>
    <w:p>
      <w:r>
        <w:rPr>
          <w:b/>
        </w:rPr>
        <w:t xml:space="preserve">[19:58] </w:t>
      </w:r>
      <w:r>
        <w:t>main is se zyada hoon, maar sakta hoon us ko. jitne bhi corruption hain, jitne bhi atrocities hain, sab result hai kis baat ka?</w:t>
      </w:r>
    </w:p>
    <w:p>
      <w:pPr>
        <w:jc w:val="right"/>
      </w:pPr>
      <w:r>
        <w:t>میں اس سے زیادہ ہوں، مار سکتا ہوں اس کو۔ جتنے بھی کرپشن ہیں، جتنے بھی ایٹراسٹیز ہیں، سب رزلٹ ہے کس بات کا؟</w:t>
      </w:r>
    </w:p>
    <w:p>
      <w:r>
        <w:rPr>
          <w:b/>
        </w:rPr>
        <w:t xml:space="preserve">[20:11] </w:t>
      </w:r>
      <w:r>
        <w:t>isi baat ka ke aadmi apne ko superior samajh leta hai aur doosre ko inferior samajh leta hai.</w:t>
      </w:r>
    </w:p>
    <w:p>
      <w:pPr>
        <w:jc w:val="right"/>
      </w:pPr>
      <w:r>
        <w:t>اسی بات کا کہ آدمی اپنے کو سپیریئر سمجھ لیتا ہے اور دوسرے کو انفیریئر سمجھ لیتا ہے۔</w:t>
      </w:r>
    </w:p>
    <w:p>
      <w:r>
        <w:rPr>
          <w:b/>
        </w:rPr>
        <w:t xml:space="preserve">[20:22] </w:t>
      </w:r>
      <w:r>
        <w:t>isi ko aap arrogance bhi kehte hain.</w:t>
      </w:r>
    </w:p>
    <w:p>
      <w:pPr>
        <w:jc w:val="right"/>
      </w:pPr>
      <w:r>
        <w:t>اسی کو آپ ارگنز بھی کہتے ہیں۔</w:t>
      </w:r>
    </w:p>
    <w:p>
      <w:r>
        <w:rPr>
          <w:b/>
        </w:rPr>
        <w:t xml:space="preserve">[20:28] </w:t>
      </w:r>
      <w:r>
        <w:t>to chunke aadmi ko jhoot hai,</w:t>
      </w:r>
    </w:p>
    <w:p>
      <w:pPr>
        <w:jc w:val="right"/>
      </w:pPr>
      <w:r>
        <w:t>تو چونکہ آدمی کو جھوٹ ہے،</w:t>
      </w:r>
    </w:p>
    <w:p>
      <w:r>
        <w:rPr>
          <w:b/>
        </w:rPr>
        <w:t xml:space="preserve">[20:37] </w:t>
      </w:r>
      <w:r>
        <w:t>day of judgment tak to yeh hone hi hona hai. yeh</w:t>
      </w:r>
    </w:p>
    <w:p>
      <w:pPr>
        <w:jc w:val="right"/>
      </w:pPr>
      <w:r>
        <w:t>ڈے آف ججمنٹ تک تو یہ ہونے ہی ہونا ہے۔ یہ</w:t>
      </w:r>
    </w:p>
    <w:p>
      <w:r>
        <w:rPr>
          <w:b/>
        </w:rPr>
        <w:t xml:space="preserve">[20:45] </w:t>
      </w:r>
      <w:r>
        <w:t>dekhein,</w:t>
      </w:r>
    </w:p>
    <w:p>
      <w:pPr>
        <w:jc w:val="right"/>
      </w:pPr>
      <w:r>
        <w:t>دیکھیں،</w:t>
      </w:r>
    </w:p>
    <w:p>
      <w:r>
        <w:rPr>
          <w:b/>
        </w:rPr>
        <w:t xml:space="preserve">[20:49] </w:t>
      </w:r>
      <w:r>
        <w:t>ek baat mein yeh kehna chahunga ke khuda ne jis, yaani</w:t>
      </w:r>
    </w:p>
    <w:p>
      <w:pPr>
        <w:jc w:val="right"/>
      </w:pPr>
      <w:r>
        <w:t>ایک بات میں یہ کہنا چاہوں گا کہ خدا نے جس، یعنی</w:t>
      </w:r>
    </w:p>
    <w:p>
      <w:r>
        <w:rPr>
          <w:b/>
        </w:rPr>
        <w:t xml:space="preserve">[21:00] </w:t>
      </w:r>
      <w:r>
        <w:t>khuda ka jo creation plan hai, is ke mutabiq khuda ne duniya ko is tarah banaya hai ke yahan par har positive ke saath negative hai, har plus point ke saath minus point hai,</w:t>
      </w:r>
    </w:p>
    <w:p>
      <w:pPr>
        <w:jc w:val="right"/>
      </w:pPr>
      <w:r>
        <w:t>خدا کا جو کریشن پلان ہے، اس کے مطابق خدا نے دنیا کو اس طرح بنایا ہے کہ یہاں پر ہر پوزیٹیو کے ساتھ نیگیٹیو ہے، ہر پلس پوائنٹ کے ساتھ مائنس پوائنٹ ہے،</w:t>
      </w:r>
    </w:p>
    <w:p>
      <w:r>
        <w:rPr>
          <w:b/>
        </w:rPr>
        <w:t xml:space="preserve">[21:15] </w:t>
      </w:r>
      <w:r>
        <w:t>dono saath saath chalte hain, dono saath saath chalte hain. aap dono ko detach nahin kar sakte. main aksar sochta hoon ke khuda ne gulab ka jo ped banaya, gulab ka poda,</w:t>
      </w:r>
    </w:p>
    <w:p>
      <w:pPr>
        <w:jc w:val="right"/>
      </w:pPr>
      <w:r>
        <w:t>دونوں ساتھ ساتھ چلتے ہیں، دونوں ساتھ ساتھ چلتے ہیں۔ آپ دونوں کو ڈیٹیچ نہیں کر سکتے۔ میں اکثر سوچتا ہوں کہ خدا نے گلاب کا جو پیڑ بنایا، گلاب کا پودا،</w:t>
      </w:r>
    </w:p>
    <w:p>
      <w:r>
        <w:rPr>
          <w:b/>
        </w:rPr>
        <w:t xml:space="preserve">[21:32] </w:t>
      </w:r>
      <w:r>
        <w:t>rose plant, woh kya hai? woh ek illustration hai,</w:t>
      </w:r>
    </w:p>
    <w:p>
      <w:pPr>
        <w:jc w:val="right"/>
      </w:pPr>
      <w:r>
        <w:t>روز پلانٹ، وہ کیا ہے؟ وہ ایک السٹریشن ہے،</w:t>
      </w:r>
    </w:p>
    <w:p>
      <w:r>
        <w:rPr>
          <w:b/>
        </w:rPr>
        <w:t xml:space="preserve">[21:39] </w:t>
      </w:r>
      <w:r>
        <w:t>woh ek illustration hai is baat ka ke insan ka mamla is duniya mein kya hai. yahan par insan ke liye rose bhi hai aur thorn bhi hai.</w:t>
      </w:r>
    </w:p>
    <w:p>
      <w:pPr>
        <w:jc w:val="right"/>
      </w:pPr>
      <w:r>
        <w:t>وہ ایک السٹریشن ہے اس بات کا کہ انسان کا معاملہ اس دنیا میں کیا ہے۔ یہاں پر انسان کے لیے روز بھی ہے اور تھارن بھی ہے۔</w:t>
      </w:r>
    </w:p>
    <w:p>
      <w:r>
        <w:rPr>
          <w:b/>
        </w:rPr>
        <w:t xml:space="preserve">[21:52] </w:t>
      </w:r>
      <w:r>
        <w:t>jahan rose hai, wahan thorn hai. jahan thorn hai, wahan rose bhi hai.</w:t>
      </w:r>
    </w:p>
    <w:p>
      <w:pPr>
        <w:jc w:val="right"/>
      </w:pPr>
      <w:r>
        <w:t>جہاں روز ہے، وہاں تھارن ہے۔ جہاں تھارن ہے، وہاں روز بھی ہے۔</w:t>
      </w:r>
    </w:p>
    <w:p>
      <w:r>
        <w:rPr>
          <w:b/>
        </w:rPr>
        <w:t xml:space="preserve">[22:00] </w:t>
      </w:r>
      <w:r>
        <w:t>aap dono ko ek doosre se alag nahi kar sakte. to agar aap roz chahte hain lena, agar aap phool chahte hain lena, to aap ko thaan ko ignore karna pare ga.</w:t>
      </w:r>
    </w:p>
    <w:p>
      <w:pPr>
        <w:jc w:val="right"/>
      </w:pPr>
      <w:r>
        <w:t>آپ دونوں کو ایک دوسرے سے الگ نہیں کر سکتے۔ تو اگر آپ روز چاہتے ہیں لینا، اگر آپ فلاور چاہتے ہیں لینا، تو آپ کو تھارن کو اگنور کرنا پڑے گا۔</w:t>
      </w:r>
    </w:p>
    <w:p>
      <w:r>
        <w:rPr>
          <w:b/>
        </w:rPr>
        <w:t xml:space="preserve">[22:17] </w:t>
      </w:r>
      <w:r>
        <w:t>aadmi chahta hai ke is ko sirf positive mile, negative na mile, to yeh impossible hai. kashmir mein ka ek qissa hai ke ek aadmi ka ek dost tha, dono mil ke rehte thay.</w:t>
      </w:r>
    </w:p>
    <w:p>
      <w:pPr>
        <w:jc w:val="right"/>
      </w:pPr>
      <w:r>
        <w:t>آدمی چاہتا ہے کہ اس کو صرف پوزیٹیو ملے، نیگیٹیو نہ ملے، تو یہ امپاسیبل ہے۔ کشمیر میں کا ایک قصہ ہے کہ ایک آدمی کا ایک دوست تھا، دونوں مل کے رہتے تھے۔</w:t>
      </w:r>
    </w:p>
    <w:p>
      <w:r>
        <w:rPr>
          <w:b/>
        </w:rPr>
        <w:t xml:space="preserve">[22:35] </w:t>
      </w:r>
      <w:r>
        <w:t>is ke baad is ke paas ek dost ke paas paisa zyada aa gaya, ek dost jo tha woh waise hi kam paisay wala raha.</w:t>
      </w:r>
    </w:p>
    <w:p>
      <w:pPr>
        <w:jc w:val="right"/>
      </w:pPr>
      <w:r>
        <w:t>اس کے بعد اس کے پاس ایک دوست کے پاس پیسہ زیادہ آ گیا، ایک دوست جو تھا وہ ویسے ہی کم پیسے والا رہا۔</w:t>
      </w:r>
    </w:p>
    <w:p>
      <w:r>
        <w:rPr>
          <w:b/>
        </w:rPr>
        <w:t xml:space="preserve">[22:45] </w:t>
      </w:r>
      <w:r>
        <w:t>to jis dost ke paas paisa zyada aa gaya tha, ab woh is se milna mushkil ho gaya. dost ke liye jab use zyada tha, woh milta nahi tha.</w:t>
      </w:r>
    </w:p>
    <w:p>
      <w:pPr>
        <w:jc w:val="right"/>
      </w:pPr>
      <w:r>
        <w:t>تو جس دوست کے پاس پیسہ زیادہ آ گیا تھا، اب وہ اس سے ملنا مشکل ہو گیا۔ دوست کے لیے جب اسے زیادہ تھا، وہ ملتا نہیں تھا۔</w:t>
      </w:r>
    </w:p>
    <w:p>
      <w:r>
        <w:rPr>
          <w:b/>
        </w:rPr>
        <w:t xml:space="preserve">[22:54] </w:t>
      </w:r>
      <w:r>
        <w:t>kahin yahan hai, kahin wahan hai. to us ne poocha ke kya maamla hai? jab se tum tumhara karobar barha hai, tum milte hi nahi.</w:t>
      </w:r>
    </w:p>
    <w:p>
      <w:pPr>
        <w:jc w:val="right"/>
      </w:pPr>
      <w:r>
        <w:t>کہیں یہاں ہے، کہیں وہاں ہے۔ تو اس نے پوچھا کہ کیا معاملہ ہے؟ جب سے تم تمہارا کاروبار بڑھا ہے، تم ملتے ہی نہیں۔</w:t>
      </w:r>
    </w:p>
    <w:p>
      <w:r>
        <w:rPr>
          <w:b/>
        </w:rPr>
        <w:t xml:space="preserve">[23:04] </w:t>
      </w:r>
      <w:r>
        <w:t>to us ne kaha ke mere oper dolat ki bijli giri hai,</w:t>
      </w:r>
    </w:p>
    <w:p>
      <w:pPr>
        <w:jc w:val="right"/>
      </w:pPr>
      <w:r>
        <w:t>تو اس نے کہا کہ میرے اوپر دولت کی بجلی گری ہے،</w:t>
      </w:r>
    </w:p>
    <w:p>
      <w:r>
        <w:rPr>
          <w:b/>
        </w:rPr>
        <w:t xml:space="preserve">[23:11] </w:t>
      </w:r>
      <w:r>
        <w:t>dolat ki bijli giri hai. ke dolat ek taraf dolat hai, doosri taraf bijli bhi hai. yahan dolat aai to is ke sath bohat se problem aa'e.</w:t>
      </w:r>
    </w:p>
    <w:p>
      <w:pPr>
        <w:jc w:val="right"/>
      </w:pPr>
      <w:r>
        <w:t>دولت کی بجلی گری ہے۔ کہ دولت ایک طرف دولت ہے، دوسری طرف بجلی بھی ہے۔ یہاں دولت آئی تو اس کے ساتھ بہت سے پرابلم آئے۔</w:t>
      </w:r>
    </w:p>
    <w:p>
      <w:r>
        <w:rPr>
          <w:b/>
        </w:rPr>
        <w:t xml:space="preserve">[23:23] </w:t>
      </w:r>
      <w:r>
        <w:t>dunya mein koi dolatmand aisa nahi hai jis ki dolat is ke liye problem na lai ho. to is baat ko aadmi ko janna chahiye, tabhi woh sahi, yani yani tension, tension free reh sakta hai.</w:t>
      </w:r>
    </w:p>
    <w:p>
      <w:pPr>
        <w:jc w:val="right"/>
      </w:pPr>
      <w:r>
        <w:t>دنیا میں کوئی دولت مند ایسا نہیں ہے جس کی دولت اس کے لیے پرابلم نہ لائی ہو۔ تو اس بات کو آدمی کو جاننا چاہیے، تبھی وہ صحیح، یعنی یعنی ٹینشن، ٹینشن فری رہ سکتا ہے۔</w:t>
      </w:r>
    </w:p>
    <w:p>
      <w:r>
        <w:rPr>
          <w:b/>
        </w:rPr>
        <w:t xml:space="preserve">[23:42] </w:t>
      </w:r>
      <w:r>
        <w:t>dekhen, tension jo hai, yani de-stressing aaj kal bohat hota hai dunya mein. de-stressing ke bohat dukaanen khuli hui hain.</w:t>
      </w:r>
    </w:p>
    <w:p>
      <w:pPr>
        <w:jc w:val="right"/>
      </w:pPr>
      <w:r>
        <w:t>دیکھیں، ٹینشن جو ہے، یعنی ڈی اسٹریسنگ آج کل بہت ہوتا ہے دنیا میں۔ ڈی اسٹریسنگ کے بہت دکانیں کھلی ہوئی ہیں۔</w:t>
      </w:r>
    </w:p>
    <w:p>
      <w:r>
        <w:rPr>
          <w:b/>
        </w:rPr>
        <w:t xml:space="preserve">[23:53] </w:t>
      </w:r>
      <w:r>
        <w:t>de-stressing kisi qism ke anesthesia ka naam nahi hai.</w:t>
      </w:r>
    </w:p>
    <w:p>
      <w:pPr>
        <w:jc w:val="right"/>
      </w:pPr>
      <w:r>
        <w:t>ڈی اسٹریسنگ کسی قسم کے انیسٹھیسیا کا نام نہیں ہے۔</w:t>
      </w:r>
    </w:p>
    <w:p>
      <w:r>
        <w:rPr>
          <w:b/>
        </w:rPr>
        <w:t xml:space="preserve">[23:59] </w:t>
      </w:r>
      <w:r>
        <w:t>log samajhte hain ke kuch kuch khaas tarah ki practice kar lo, kuch apne thinking ko stop kar do kuch der ke liye.</w:t>
      </w:r>
    </w:p>
    <w:p>
      <w:pPr>
        <w:jc w:val="right"/>
      </w:pPr>
      <w:r>
        <w:t>لوگ سمجھتے ہیں کہ کچھ کچھ خاص طرح کی پریکٹس کر لو، کچھ اپنے تھنکنگ کو سٹاپ کر دو کچھ دیر کے لیے۔</w:t>
      </w:r>
    </w:p>
    <w:p>
      <w:r>
        <w:rPr>
          <w:b/>
        </w:rPr>
        <w:t xml:space="preserve">[24:10] </w:t>
      </w:r>
      <w:r>
        <w:t>to is se kya hoga? temporary tor par aap kuch der ke liye ek ek ek ecstasy ho jayegi.</w:t>
      </w:r>
    </w:p>
    <w:p>
      <w:pPr>
        <w:jc w:val="right"/>
      </w:pPr>
      <w:r>
        <w:t>تو اس سے کیا ہوگا؟ ٹیمپریری طور پر آپ کچھ دیر کے لیے ایک ایک ایکسٹسی ہو جائے گی۔</w:t>
      </w:r>
    </w:p>
    <w:p>
      <w:r>
        <w:rPr>
          <w:b/>
        </w:rPr>
        <w:t xml:space="preserve">[24:20] </w:t>
      </w:r>
      <w:r>
        <w:t>aap ko temporary tor par aap sab kuch bhool jayenge, lekin is ke baad jab aap aayenge apni dunya mein to kya hoga? phir wahi ka wahi. yahan par haryana mein ek sahib hain, justice tiwtiya.</w:t>
      </w:r>
    </w:p>
    <w:p>
      <w:pPr>
        <w:jc w:val="right"/>
      </w:pPr>
      <w:r>
        <w:t>آپ کو ٹیمپریری طور پر آپ سب کچھ بھول جائیں گے، لیکن اس کے بعد جب آپ آئیں گے اپنی دنیا میں تو کیا ہوگا؟ پھر وہی کا وہی۔ یہاں پر ہریانہ میں ایک صاحب ہیں، جسٹس تیوتیہ۔</w:t>
      </w:r>
    </w:p>
    <w:p>
      <w:r>
        <w:rPr>
          <w:b/>
        </w:rPr>
        <w:t xml:space="preserve">[24:36] </w:t>
      </w:r>
      <w:r>
        <w:t>to ek baar unhone kaha ke maine join kiya tha ek kuch log, yani is de-stressing ka jo karobar karte hain, to woh isi qism ke ek is mein gaye.</w:t>
      </w:r>
    </w:p>
    <w:p>
      <w:pPr>
        <w:jc w:val="right"/>
      </w:pPr>
      <w:r>
        <w:t>تو ایک بار انہوں نے کہا کہ میں نے جوائن کیا تھا ایک کچھ لوگ، یعنی اس ڈی اسٹریسنگ کا جو کاروبار کرتے ہیں، تو وہ اسی قسم کے ایک اس میں گئے۔</w:t>
      </w:r>
    </w:p>
    <w:p>
      <w:r>
        <w:rPr>
          <w:b/>
        </w:rPr>
        <w:t xml:space="preserve">[24:54] </w:t>
      </w:r>
      <w:r>
        <w:t>to unhone kaha ke kuch dinon tak mein practice karta raha, lekin hota yeh tha ke jitni der mein un ke sath hota tha, wahan par koi khaas tarah ki practice aur kuch khaas tarah ka woh.</w:t>
      </w:r>
    </w:p>
    <w:p>
      <w:pPr>
        <w:jc w:val="right"/>
      </w:pPr>
      <w:r>
        <w:t>تو انہوں نے کہا کہ کچھ دنوں تک میں پریکٹس کرتا رہا، لیکن ہوتا یہ تھا کہ جتنی دیر میں ان کے ساتھ ہوتا تھا، وہاں پر کوئی خاص طرح کی پریکٹس اور کچھ خاص طرح کا وہ۔</w:t>
      </w:r>
    </w:p>
    <w:p>
      <w:r>
        <w:rPr>
          <w:b/>
        </w:rPr>
        <w:t xml:space="preserve">[25:05] </w:t>
      </w:r>
      <w:r>
        <w:t>to temporary tor par lagta tha ke mein free hoon, ho gaya hoon tension free. lekin jab wapas aaya apne karobar mein, apne ghar mein to wahi theek hai, waise hi.</w:t>
      </w:r>
    </w:p>
    <w:p>
      <w:pPr>
        <w:jc w:val="right"/>
      </w:pPr>
      <w:r>
        <w:t>تو ٹیمپریری طور پر لگتا تھا کہ میں فری ہوں، ہو گیا ہوں ٹینشن فری۔ لیکن جب واپس آیا اپنے کاروبار میں، اپنے گھر میں تو وہی ٹھیک ہے، ویسے ہی۔</w:t>
      </w:r>
    </w:p>
    <w:p>
      <w:r>
        <w:rPr>
          <w:b/>
        </w:rPr>
        <w:t xml:space="preserve">[25:15] </w:t>
      </w:r>
      <w:r>
        <w:t>to de-stressing ka formula yeh sab nahi hai, woh yeh hai ke aap yeh maan len, accept kar len is reality ko ke mujhe jab koi phool mila ga to sath sath thaan bhi aye ga.</w:t>
      </w:r>
    </w:p>
    <w:p>
      <w:pPr>
        <w:jc w:val="right"/>
      </w:pPr>
      <w:r>
        <w:t>تو ڈی اسٹریسنگ کا فارمولا یہ سب نہیں ہے، وہ یہ ہے کہ آپ یہ مان لیں، ایکسیپٹ کر لیں اس ریلیٹی کو کہ مجھے جب کوئی پھول ملا گا تو ساتھ ساتھ تھارن بھی آئے گا۔</w:t>
      </w:r>
    </w:p>
    <w:p>
      <w:r>
        <w:rPr>
          <w:b/>
        </w:rPr>
        <w:t xml:space="preserve">[25:33] </w:t>
      </w:r>
      <w:r>
        <w:t>jab mujhe dolat mile gi to bijli bhi gire gi,</w:t>
      </w:r>
    </w:p>
    <w:p>
      <w:pPr>
        <w:jc w:val="right"/>
      </w:pPr>
      <w:r>
        <w:t>جب مجھے دولت ملے گی تو بجلی بھی گرے گی،</w:t>
      </w:r>
    </w:p>
    <w:p>
      <w:r>
        <w:rPr>
          <w:b/>
        </w:rPr>
        <w:t xml:space="preserve">[25:39] </w:t>
      </w:r>
      <w:r>
        <w:t>jab mujhe health mile gi to bemari bhi sath sath aye gi kuch dinon mein, jab mein car mile gi to accident bhi, accident bhi sath sath laga hua chala aye ga.</w:t>
      </w:r>
    </w:p>
    <w:p>
      <w:pPr>
        <w:jc w:val="right"/>
      </w:pPr>
      <w:r>
        <w:t>جب مجھے ہیلتھ ملے گی تو بیماری بھی ساتھ ساتھ آئے گی کچھ دنوں میں، جب میں کار ملے گی تو ایکسیڈنٹ بھی، ایکسیڈنٹ بھی ساتھ ساتھ لگا ہوا چلا آئے گا۔</w:t>
      </w:r>
    </w:p>
    <w:p>
      <w:r>
        <w:rPr>
          <w:b/>
        </w:rPr>
        <w:t xml:space="preserve">[25:50] </w:t>
      </w:r>
      <w:r>
        <w:t>to reality ko accept karna yeh tension free banata hai aap ko. mein dekh, de-stressing ka jo formula hai, woh yeh nahi ke stress khatam ho jaye, woh yeh hai ke aap reality ko accept kar len.</w:t>
      </w:r>
    </w:p>
    <w:p>
      <w:pPr>
        <w:jc w:val="right"/>
      </w:pPr>
      <w:r>
        <w:t>تو ریلیٹی کو ایکسیپٹ کرنا یہ ٹینشن فری بناتا ہے آپ کو۔ میں دیکھ، ڈی اسٹریسنگ کا جو فارمولا ہے، وہ یہ نہیں کہ اسٹریس ختم ہو جائے، وہ یہ ہے کہ آپ ریلیٹی کو ایکسیپٹ کر لیں۔</w:t>
      </w:r>
    </w:p>
    <w:p>
      <w:r>
        <w:rPr>
          <w:b/>
        </w:rPr>
        <w:t xml:space="preserve">[26:06] </w:t>
      </w:r>
      <w:r>
        <w:t>acceptance of reality is the base, is the the only formula of de-stressing.</w:t>
      </w:r>
    </w:p>
    <w:p>
      <w:pPr>
        <w:jc w:val="right"/>
      </w:pPr>
      <w:r>
        <w:t>ایکسیپٹنس آف ریلیٹی از دا بے، از دا دا اونلی فارمولا آف ڈی اسٹریسنگ۔</w:t>
      </w:r>
    </w:p>
    <w:p>
      <w:r>
        <w:rPr>
          <w:b/>
        </w:rPr>
        <w:t xml:space="preserve">[26:16] </w:t>
      </w:r>
      <w:r>
        <w:t>mein kashmir gaya to in logon ko bohat zabardast shikayaten waghera jante hain ke hain. to maine kaha ke ek hi hal hai aap ka, woh hai you have to accept the reality.</w:t>
      </w:r>
    </w:p>
    <w:p>
      <w:pPr>
        <w:jc w:val="right"/>
      </w:pPr>
      <w:r>
        <w:t>میں کشمیر گیا تو ان لوگوں کو بہت زبردست شکایتیں وغیرہ جانتے ہیں کہ ہیں۔ تو میں نے کہا کہ ایک ہی حل ہے آپ کا، وہ ہے یو ہیو ٹو ایکسیپٹ دا ریلیٹی۔</w:t>
      </w:r>
    </w:p>
    <w:p>
      <w:r>
        <w:rPr>
          <w:b/>
        </w:rPr>
        <w:t xml:space="preserve">[26:32] </w:t>
      </w:r>
      <w:r>
        <w:t>jo ho gaya, us ko maan lijye, bas baat khatam, sara tension khatam, sari larai khatam, sara violence khatam.</w:t>
      </w:r>
    </w:p>
    <w:p>
      <w:pPr>
        <w:jc w:val="right"/>
      </w:pPr>
      <w:r>
        <w:t>جو ہو گیا، اس کو مان لیجئے، بس بات ختم، سارا ٹینشن ختم، ساری لڑائی ختم، سارا وائیلنس ختم۔</w:t>
      </w:r>
    </w:p>
    <w:p>
      <w:r>
        <w:rPr>
          <w:b/>
        </w:rPr>
        <w:t xml:space="preserve">[26:43] </w:t>
      </w:r>
      <w:r>
        <w:t>to simple formula hai acceptance of reality. yahi formula de-stressing ka ek hi successful formula hai.</w:t>
      </w:r>
    </w:p>
    <w:p>
      <w:pPr>
        <w:jc w:val="right"/>
      </w:pPr>
      <w:r>
        <w:t>تو سمپل فارمولا ہے ایکسیپٹنس آف ریلیٹی۔ یہی فارمولا ڈی اسٹریسنگ کا ایک ہی سکسیس فل فارمولا ہے۔</w:t>
      </w:r>
    </w:p>
    <w:p>
      <w:r>
        <w:rPr>
          <w:b/>
        </w:rPr>
        <w:t xml:space="preserve">[26:58] </w:t>
      </w:r>
      <w:r>
        <w:t>doosri cheez jo nature ne, mein aksar, maine yeh samjha hai ke yeh jo nature hai, yeh ek illustration hai ya ek demonstration hai is baat ka ke hamein dunya mein kaise rehna hai.</w:t>
      </w:r>
    </w:p>
    <w:p>
      <w:pPr>
        <w:jc w:val="right"/>
      </w:pPr>
      <w:r>
        <w:t>دوسری چیز جو نیچر نے، میں اکثر، میں نے یہ سمجھا ہے کہ یہ جو نیچر ہے، یہ ایک السٹریشن ہے یا ایک ڈیمونسٹریشن ہے اس بات کا کہ ہمیں دنیا میں کیسے رہنا ہے۔</w:t>
      </w:r>
    </w:p>
    <w:p>
      <w:r>
        <w:rPr>
          <w:b/>
        </w:rPr>
        <w:t xml:space="preserve">[27:14] </w:t>
      </w:r>
      <w:r>
        <w:t>to nature mein jo cheezen hain, us mein se ek cheez hai jis ko hum kehte hain gaaye, cow. cow kya cheez hai? bachpan mein jab hum chhote thay, parhte thay gaon mein, to hum ne ek kitaab mein jo hum ko parhai jaati thi, us zamane mein is mein ek gaaye ke bare mein ek tha,</w:t>
      </w:r>
    </w:p>
    <w:p>
      <w:pPr>
        <w:jc w:val="right"/>
      </w:pPr>
      <w:r>
        <w:t>تو نیچر میں جو چیزیں ہیں، اس میں سے ایک چیز ہے جس کو ہم کہتے ہیں گائے، کاؤ۔ کاؤ کیا چیز ہے؟ بچپن میں جب ہم چھوٹے تھے، پڑھتے تھے گاؤں میں، تو ہم نے ایک کتاب میں جو ہم کو پڑھائی جاتی تھی، اس زمانے میں اس میں ایک گائے کے بارے میں ایک تھا،</w:t>
      </w:r>
    </w:p>
    <w:p>
      <w:r>
        <w:rPr>
          <w:b/>
        </w:rPr>
        <w:t xml:space="preserve">[27:38] </w:t>
      </w:r>
      <w:r>
        <w:t>ek nazm. us ki ek line thi: "kal jo ghaas cheri thi ban mein, kal jo ghaas cheri thi ban mein, doodh bani woh gaaye ke than mein." is waqt to yeh ek urdu ki nazm ke taur par parha tha hum ne.</w:t>
      </w:r>
    </w:p>
    <w:p>
      <w:pPr>
        <w:jc w:val="right"/>
      </w:pPr>
      <w:r>
        <w:t>ایک نظم۔ اس کی ایک لائن تھی: "کل جو گھاس چری تھی بن میں، کل جو گھاس چری تھی بن میں، دودھ بنی وہ گائے کے تھن میں۔" اس وقت تو یہ ایک اردو کی نظم کے طور پر پڑھا تھا ہم نے۔</w:t>
      </w:r>
    </w:p>
    <w:p>
      <w:r>
        <w:rPr>
          <w:b/>
        </w:rPr>
        <w:t xml:space="preserve">[27:58] </w:t>
      </w:r>
      <w:r>
        <w:t>ab baat ko mein ne socha to maloom hua ke yeh khuda ka, yaani gaaye khuda ka ek bohat bara kaam kar rahi hai. woh is baat ka demonstration de rahi hai ke agar tum ko</w:t>
      </w:r>
    </w:p>
    <w:p>
      <w:pPr>
        <w:jc w:val="right"/>
      </w:pPr>
      <w:r>
        <w:t>اب بات کو میں نے سوچا تو معلوم ہوا کہ یہ خدا کا، یعنی گائے خدا کا ایک بہت بڑا کام کر رہی ہے۔ وہ اس بات کا ڈیمونسٹریشن دے رہی ہے کہ اگر تم کو</w:t>
      </w:r>
    </w:p>
    <w:p>
      <w:r>
        <w:rPr>
          <w:b/>
        </w:rPr>
        <w:t xml:space="preserve">[28:14] </w:t>
      </w:r>
      <w:r>
        <w:t>doodh chahiye to ghaas ko convert karne ka art seekho.</w:t>
      </w:r>
    </w:p>
    <w:p>
      <w:pPr>
        <w:jc w:val="right"/>
      </w:pPr>
      <w:r>
        <w:t>دودھ چاہیے تو گھاس کو کنورٹ کرنے کا آرٹ سیکھو۔</w:t>
      </w:r>
    </w:p>
    <w:p>
      <w:r>
        <w:rPr>
          <w:b/>
        </w:rPr>
        <w:t xml:space="preserve">[28:21] </w:t>
      </w:r>
      <w:r>
        <w:t>yaani ek living industry hai, gaaye jo batati hai ke ke ghaas is ke andar ghaas dakhil ki jaati hai aur nikalta hai doodh.</w:t>
      </w:r>
    </w:p>
    <w:p>
      <w:pPr>
        <w:jc w:val="right"/>
      </w:pPr>
      <w:r>
        <w:t>یعنی ایک لیونگ انڈسٹری ہے، گائے جو بتاتی ہے کہ کہ گھاس اس کے اندر گھاس داخل کی جاتی ہے اور نکلتا ہے دودھ۔</w:t>
      </w:r>
    </w:p>
    <w:p>
      <w:r>
        <w:rPr>
          <w:b/>
        </w:rPr>
        <w:t xml:space="preserve">[28:33] </w:t>
      </w:r>
      <w:r>
        <w:t>to society mein agar aap chahte hain ke aap ko mulk mile to aap ko ghaas ko lene ka class seekhna hoga.</w:t>
      </w:r>
    </w:p>
    <w:p>
      <w:pPr>
        <w:jc w:val="right"/>
      </w:pPr>
      <w:r>
        <w:t>تو سوسائٹی میں اگر آپ چاہتے ہیں کہ آپ کو ملک ملے تو آپ کو گھاس کو لینے کا کلاس سیکھنا ہوگا۔</w:t>
      </w:r>
    </w:p>
    <w:p>
      <w:r>
        <w:rPr>
          <w:b/>
        </w:rPr>
        <w:t xml:space="preserve">[28:44] </w:t>
      </w:r>
      <w:r>
        <w:t>isi ko kaha jata hai ke yaani in giving that we receive, ya jitna dena hai utna paana.</w:t>
      </w:r>
    </w:p>
    <w:p>
      <w:pPr>
        <w:jc w:val="right"/>
      </w:pPr>
      <w:r>
        <w:t>اسی کو کہا جاتا ہے کہ یعنی ان گیونگ دیٹ وی ریسیو، یا جتنا دینا ہے اتنا پانا۔</w:t>
      </w:r>
    </w:p>
    <w:p>
      <w:r>
        <w:rPr>
          <w:b/>
        </w:rPr>
        <w:t xml:space="preserve">[28:55] </w:t>
      </w:r>
      <w:r>
        <w:t>is yaani pehle giver banna parta hai, tab aap taker ban sakte hain. ab is ko lijiye to yahan jitne bhi is qism ke chal rahe hain, woh koi resolution ke liye hungama kar raha hai,</w:t>
      </w:r>
    </w:p>
    <w:p>
      <w:pPr>
        <w:jc w:val="right"/>
      </w:pPr>
      <w:r>
        <w:t>اس یعنی پہلے گیور بننا پڑتا ہے، تب آپ ٹیکر بن سکتے ہیں۔ اب اس کو لیجئے تو یہاں جتنے بھی اس قسم کے چل رہے ہیں، وہ کوئی ریزولوشن کے لیے ہنگامہ کر رہا ہے،</w:t>
      </w:r>
    </w:p>
    <w:p>
      <w:r>
        <w:rPr>
          <w:b/>
        </w:rPr>
        <w:t xml:space="preserve">[29:08] </w:t>
      </w:r>
      <w:r>
        <w:t>koi protest kar raha hai ke mujhe yeh nahi mila, apne right ke liye protest kar raha hai. yeh sab creation plan ke khilaaf hai.</w:t>
      </w:r>
    </w:p>
    <w:p>
      <w:pPr>
        <w:jc w:val="right"/>
      </w:pPr>
      <w:r>
        <w:t>کوئی پروٹیسٹ کر رہا ہے کہ مجھے یہ نہیں ملا، اپنے رائٹ کے لیے پروٹیسٹ کر رہا ہے۔ یہ سب کریشن پلان کے خلاف ہے۔</w:t>
      </w:r>
    </w:p>
    <w:p>
      <w:r>
        <w:rPr>
          <w:b/>
        </w:rPr>
        <w:t xml:space="preserve">[29:20] </w:t>
      </w:r>
      <w:r>
        <w:t>right ko aap demand kar ke nahi pa sakte, impossible hai. yeh apni duty poori kijiye aur right aap ko milega.</w:t>
      </w:r>
    </w:p>
    <w:p>
      <w:pPr>
        <w:jc w:val="right"/>
      </w:pPr>
      <w:r>
        <w:t>رائٹ کو آپ ڈیمانڈ کر کے نہیں پا سکتے، امپاسیبل ہے۔ یہ اپنی ڈیوٹی پوری کیجئے اور رائٹ آپ کو ملے گا۔</w:t>
      </w:r>
    </w:p>
    <w:p>
      <w:r>
        <w:rPr>
          <w:b/>
        </w:rPr>
        <w:t xml:space="preserve">[29:34] </w:t>
      </w:r>
      <w:r>
        <w:t>yaani gaaye bata rahi hai ke pehle ghaas ko khao, phir tumhein milk milega. yaani pehle non milk ko lena parega, phir tum ko milk milega.</w:t>
      </w:r>
    </w:p>
    <w:p>
      <w:pPr>
        <w:jc w:val="right"/>
      </w:pPr>
      <w:r>
        <w:t>یعنی گائے بتا رہی ہے کہ پہلے گھاس کو کھاؤ، پھر تمہیں ملک ملے گا۔ یعنی پہلے نان ملک کو لینا پڑے گا، پھر تم کو ملک ملے گا۔</w:t>
      </w:r>
    </w:p>
    <w:p>
      <w:r>
        <w:rPr>
          <w:b/>
        </w:rPr>
        <w:t xml:space="preserve">[29:47] </w:t>
      </w:r>
      <w:r>
        <w:t>to yehi social formula hai ke pehle aap ko apni duty poori karni paregi, phir aap ko aap ko right mil jayega. aaj kal kya hai?</w:t>
      </w:r>
    </w:p>
    <w:p>
      <w:pPr>
        <w:jc w:val="right"/>
      </w:pPr>
      <w:r>
        <w:t>تو یہی سوشل فارمولا ہے کہ پہلے آپ کو اپنی ڈیوٹی پوری کرنی پڑے گی، پھر آپ کو آپ کو رائٹ مل جائے گا۔ آج کل کیا ہے؟</w:t>
      </w:r>
    </w:p>
    <w:p>
      <w:r>
        <w:rPr>
          <w:b/>
        </w:rPr>
        <w:t xml:space="preserve">[29:57] </w:t>
      </w:r>
      <w:r>
        <w:t>duty ki taraf dhyan nahi aur right ka right ke liye be jaloos nikal rahe hain.</w:t>
      </w:r>
    </w:p>
    <w:p>
      <w:pPr>
        <w:jc w:val="right"/>
      </w:pPr>
      <w:r>
        <w:t>ڈیوٹی کی طرف دھیان نہیں اور رائٹ کا رائٹ کے لیے بے جلوس نکل رہے ہیں۔</w:t>
      </w:r>
    </w:p>
    <w:p>
      <w:r>
        <w:rPr>
          <w:b/>
        </w:rPr>
        <w:t xml:space="preserve">[30:07] </w:t>
      </w:r>
      <w:r>
        <w:t>hamari poori society aaj kal jo hai, woh right conscious society ban gayi hai, jabke society sahi woh hai jo duty conscious society ho.</w:t>
      </w:r>
    </w:p>
    <w:p>
      <w:pPr>
        <w:jc w:val="right"/>
      </w:pPr>
      <w:r>
        <w:t>ہماری پوری سوسائٹی آج کل جو ہے، وہ رائٹ کانشیس سوسائٹی بن گئی ہے، جبکہ سوسائٹی صحیح وہ ہے جو ڈیوٹی کانشیس سوسائٹی ہو۔</w:t>
      </w:r>
    </w:p>
    <w:p>
      <w:r>
        <w:rPr>
          <w:b/>
        </w:rPr>
        <w:t xml:space="preserve">[30:22] </w:t>
      </w:r>
      <w:r>
        <w:t>duty conscious society hi mein sahi maano mein logon ko right milenge. to jo society right conscious ho jaye, us mein kisi ko kuch milne wala nahi hai.</w:t>
      </w:r>
    </w:p>
    <w:p>
      <w:pPr>
        <w:jc w:val="right"/>
      </w:pPr>
      <w:r>
        <w:t>ڈیوٹی کانشیس سوسائٹی ہی میں صحیح معنوں میں لوگوں کو رائٹ ملیں گے۔ تو جو سوسائٹی رائٹ کانشیس ہو جائے، اس میں کسی کو کچھ ملنے والا نہیں ہے۔</w:t>
      </w:r>
    </w:p>
    <w:p>
      <w:r>
        <w:rPr>
          <w:b/>
        </w:rPr>
        <w:t xml:space="preserve">[30:38] </w:t>
      </w:r>
      <w:r>
        <w:t>to yeh sara jo muamla hai, yeh creation plan jo khuda ka hai, us ko na samajhne ki wajah se ho raha hai.</w:t>
      </w:r>
    </w:p>
    <w:p>
      <w:pPr>
        <w:jc w:val="right"/>
      </w:pPr>
      <w:r>
        <w:t>تو یہ سارا جو معاملہ ہے، یہ کریشن پلان جو خدا کا ہے، اس کو نہ سمجھنے کی وجہ سے ہو رہا ہے۔</w:t>
      </w:r>
    </w:p>
    <w:p>
      <w:r>
        <w:rPr>
          <w:b/>
        </w:rPr>
        <w:t xml:space="preserve">[30:53] </w:t>
      </w:r>
      <w:r>
        <w:t>mein yehi, yaani jab mein counseling ka word mere paas nahi tha, tab se mein counseling kar raha hoon. mein aksar kaha karta hoon ke jo kuch hoon, jo kuch mein hoon, woh janam se hoon,</w:t>
      </w:r>
    </w:p>
    <w:p>
      <w:pPr>
        <w:jc w:val="right"/>
      </w:pPr>
      <w:r>
        <w:t>میں یہی، یعنی جب میں کاؤنسلنگ کا ورڈ میرے پاس نہیں تھا، تب سے میں کاؤنسلنگ کر رہا ہوں۔ میں اکثر کہا کرتا ہوں کہ جو کچھ ہوں، جو کچھ میں ہوں، وہ جنم سے ہوں،</w:t>
      </w:r>
    </w:p>
    <w:p>
      <w:r>
        <w:rPr>
          <w:b/>
        </w:rPr>
        <w:t xml:space="preserve">[31:09] </w:t>
      </w:r>
      <w:r>
        <w:t>yaani aise hi paida hi hua hoon mein. to jaise ke mein is se ek, yaani is se pehle mein wahan tha, lucknow mein tha,</w:t>
      </w:r>
    </w:p>
    <w:p>
      <w:pPr>
        <w:jc w:val="right"/>
      </w:pPr>
      <w:r>
        <w:t>یعنی ایسے ہی پیدا ہی ہوا ہوں میں۔ تو جیسے کہ میں اس سے ایک، یعنی اس سے پہلے میں وہاں تھا، لکھنو میں تھا،</w:t>
      </w:r>
    </w:p>
    <w:p>
      <w:r>
        <w:rPr>
          <w:b/>
        </w:rPr>
        <w:t xml:space="preserve">[31:22] </w:t>
      </w:r>
      <w:r>
        <w:t>to koi 1965 ki baat hai yeh. to ek sahib ka naam tha iqbal, woh mere paas kabhi kabhi aate thay, woh student thay wahan par.</w:t>
      </w:r>
    </w:p>
    <w:p>
      <w:pPr>
        <w:jc w:val="right"/>
      </w:pPr>
      <w:r>
        <w:t>تو کوئی 1965 کی بات ہے یہ۔ تو ایک صاحب کا نام تھا اقبال، وہ میرے پاس کبھی کبھی آتے تھے، وہ اسٹوڈنٹ تھے وہاں پر۔</w:t>
      </w:r>
    </w:p>
    <w:p>
      <w:r>
        <w:rPr>
          <w:b/>
        </w:rPr>
        <w:t xml:space="preserve">[31:37] </w:t>
      </w:r>
      <w:r>
        <w:t>to ek din aaye to bohat thay, yaani afsos mein dikhai par rahe thay. to mein ne kaha ke kya baat hai?</w:t>
      </w:r>
    </w:p>
    <w:p>
      <w:pPr>
        <w:jc w:val="right"/>
      </w:pPr>
      <w:r>
        <w:t>تو ایک دن آئے تو بہت تھے، یعنی افسوس میں دکھائی پڑ رہے تھے۔ تو میں نے کہا کہ کیا بات ہے؟</w:t>
      </w:r>
    </w:p>
    <w:p>
      <w:r>
        <w:rPr>
          <w:b/>
        </w:rPr>
        <w:t xml:space="preserve">[31:48] </w:t>
      </w:r>
      <w:r>
        <w:t>to unhon ne kaha ke mein parhai chhod kar ghar ja raha hoon, education chhod kar ghar ja raha hoon.</w:t>
      </w:r>
    </w:p>
    <w:p>
      <w:pPr>
        <w:jc w:val="right"/>
      </w:pPr>
      <w:r>
        <w:t>تو انہوں نے کہا کہ میں پڑھائی چھوڑ کر گھر جا رہا ہوں، ایجوکیشن چھوڑ کر گھر جا رہا ہوں۔</w:t>
      </w:r>
    </w:p>
    <w:p>
      <w:r>
        <w:rPr>
          <w:b/>
        </w:rPr>
        <w:t xml:space="preserve">[31:56] </w:t>
      </w:r>
      <w:r>
        <w:t>to mein ne kaha kyun? kaha ke baap mar gaye hain mere, woh hamare azam garh ke ek ek town ke thay. woh to unhon ne kaha ke baap mar gaye hain aur mein hi bara hoon, bara beta hoon un ka,</w:t>
      </w:r>
    </w:p>
    <w:p>
      <w:pPr>
        <w:jc w:val="right"/>
      </w:pPr>
      <w:r>
        <w:t>تو میں نے کہا کیوں؟ کہا کہ باپ مر گئے ہیں میرے، وہ ہمارے اعظم گڑھ کے ایک ایک ٹاؤن کے تھے۔ وہ تو انہوں نے کہا کہ باپ مر گئے ہیں اور میں ہی بڑا ہوں، بڑا بیٹا ہوں ان کا،</w:t>
      </w:r>
    </w:p>
    <w:p>
      <w:r>
        <w:rPr>
          <w:b/>
        </w:rPr>
        <w:t xml:space="preserve">[32:11] </w:t>
      </w:r>
      <w:r>
        <w:t>to mujhe jana parega warna ghar kahin chale ga.</w:t>
      </w:r>
    </w:p>
    <w:p>
      <w:pPr>
        <w:jc w:val="right"/>
      </w:pPr>
      <w:r>
        <w:t>تو مجھے جانا پڑے گا ورنہ گھر کہیں چلے گا۔</w:t>
      </w:r>
    </w:p>
    <w:p>
      <w:r>
        <w:rPr>
          <w:b/>
        </w:rPr>
        <w:t xml:space="preserve">[32:19] </w:t>
      </w:r>
      <w:r>
        <w:t>to</w:t>
      </w:r>
    </w:p>
    <w:p>
      <w:pPr>
        <w:jc w:val="right"/>
      </w:pPr>
      <w:r>
        <w:t>تو</w:t>
      </w:r>
    </w:p>
    <w:p>
      <w:r>
        <w:rPr>
          <w:b/>
        </w:rPr>
        <w:t xml:space="preserve">[32:23] </w:t>
      </w:r>
      <w:r>
        <w:t>jab unhon ne kaha ke mera baap mar gaya, is liye mujhe ghar wapas jana parega, to achaanak mere munh se nikla ke aap bhi mar jayen to</w:t>
      </w:r>
    </w:p>
    <w:p>
      <w:pPr>
        <w:jc w:val="right"/>
      </w:pPr>
      <w:r>
        <w:t>جب انہوں نے کہا کہ میرا باپ مر گیا، اس لیے مجھے گھر واپس جانا پڑے گا، تو اچانک میرے منہ سے نکلا کہ آپ بھی مر جائیں تو</w:t>
      </w:r>
    </w:p>
    <w:p>
      <w:r>
        <w:rPr>
          <w:b/>
        </w:rPr>
        <w:t xml:space="preserve">[32:38] </w:t>
      </w:r>
      <w:r>
        <w:t>kya guarantee hai ke aap nahi marenge?</w:t>
      </w:r>
    </w:p>
    <w:p>
      <w:pPr>
        <w:jc w:val="right"/>
      </w:pPr>
      <w:r>
        <w:t>کیا گارنٹی ہے کہ آپ نہیں مریں گے؟</w:t>
      </w:r>
    </w:p>
    <w:p>
      <w:r>
        <w:rPr>
          <w:b/>
        </w:rPr>
        <w:t xml:space="preserve">[32:43] </w:t>
      </w:r>
      <w:r>
        <w:t>aap bhi mar jayen to? to woh mujhko bahut mante the, to meri baat ko bahut seriously liya unhone.</w:t>
      </w:r>
    </w:p>
    <w:p>
      <w:pPr>
        <w:jc w:val="right"/>
      </w:pPr>
      <w:r>
        <w:t>آپ بھی مر جائیں تو؟ تو وہ مجھ کو بہت مانتے تھے، تو میری بات کو بہت سیریسلی لیا انہوں نے۔</w:t>
      </w:r>
    </w:p>
    <w:p>
      <w:r>
        <w:rPr>
          <w:b/>
        </w:rPr>
        <w:t xml:space="preserve">[32:53] </w:t>
      </w:r>
      <w:r>
        <w:t>to aur poocha unhone ke phir hamein kya karna hai? maine kaha ke aap</w:t>
      </w:r>
    </w:p>
    <w:p>
      <w:pPr>
        <w:jc w:val="right"/>
      </w:pPr>
      <w:r>
        <w:t>تو اور پوچھا انہوں نے کہ پھر ہمیں کیا کرنا ہے؟ میں نے کہا کہ آپ</w:t>
      </w:r>
    </w:p>
    <w:p>
      <w:r>
        <w:rPr>
          <w:b/>
        </w:rPr>
        <w:t xml:space="preserve">[33:00] </w:t>
      </w:r>
      <w:r>
        <w:t>baap mar gaya to usko le kar koi planning nahi karna hai aap ko. woh do log marte hain aur jeete hain, aap bhi marenge, mar sakte hain, aaj hi mar sakte hain.</w:t>
      </w:r>
    </w:p>
    <w:p>
      <w:pPr>
        <w:jc w:val="right"/>
      </w:pPr>
      <w:r>
        <w:t>باپ مر گیا تو اس کو لے کر کوئی پلاننگ نہیں کرنا ہے آپ کو۔ وہ دو لوگ مرتے ہیں اور جیتے ہیں، آپ بھی مریں گے، مر سکتے ہیں، آج ہی مر سکتے ہیں۔</w:t>
      </w:r>
    </w:p>
    <w:p>
      <w:r>
        <w:rPr>
          <w:b/>
        </w:rPr>
        <w:t xml:space="preserve">[33:12] </w:t>
      </w:r>
      <w:r>
        <w:t>aap to apni education ko poora kijiye aur ghar aap jaiye nahi.</w:t>
      </w:r>
    </w:p>
    <w:p>
      <w:pPr>
        <w:jc w:val="right"/>
      </w:pPr>
      <w:r>
        <w:t>آپ تو اپنی ایجوکیشن کو پورا کیجئے اور گھر آپ جائیے نہیں۔</w:t>
      </w:r>
    </w:p>
    <w:p>
      <w:r>
        <w:rPr>
          <w:b/>
        </w:rPr>
        <w:t xml:space="preserve">[33:20] </w:t>
      </w:r>
      <w:r>
        <w:t>kabhi aisa hota hai ke aap na karke bahut kuch kar dalte hain.</w:t>
      </w:r>
    </w:p>
    <w:p>
      <w:pPr>
        <w:jc w:val="right"/>
      </w:pPr>
      <w:r>
        <w:t>کبھی ایسا ہوتا ہے کہ آپ نہ کر کے بہت کچھ کر ڈالتے ہیں۔</w:t>
      </w:r>
    </w:p>
    <w:p>
      <w:r>
        <w:rPr>
          <w:b/>
        </w:rPr>
        <w:t xml:space="preserve">[33:28] </w:t>
      </w:r>
      <w:r>
        <w:t>main wahan gaya manchester. manchester mein ek arab ladka, ek arab naujawan the. to do bar gaya hoon main.</w:t>
      </w:r>
    </w:p>
    <w:p>
      <w:pPr>
        <w:jc w:val="right"/>
      </w:pPr>
      <w:r>
        <w:t>میں وہاں گیا مانچسٹر۔ مانچسٹر میں ایک عرب لڑکا، ایک عرب نوجوان تھے۔ تو دو بار گیا ہوں میں۔</w:t>
      </w:r>
    </w:p>
    <w:p>
      <w:r>
        <w:rPr>
          <w:b/>
        </w:rPr>
        <w:t xml:space="preserve">[33:39] </w:t>
      </w:r>
      <w:r>
        <w:t>pehli bar jab gaya to unhone mujhe bataya ke woh doctorate ke liye unhone apna registration karwaya hai, research kar rahe hain. to bahut khushi bhi mujhe hui kyunke main education ka bahut hi zyada, yani dildada hoon.</w:t>
      </w:r>
    </w:p>
    <w:p>
      <w:pPr>
        <w:jc w:val="right"/>
      </w:pPr>
      <w:r>
        <w:t>پہلی بار جب گیا تو انہوں نے مجھے بتایا کہ وہ ڈاکٹریٹ کے لیے انہوں نے اپنا رجسٹریشن کروایا ہے، ریسرچ کر رہے ہیں۔ تو بہت خوشی بھی مجھے ہوئی کیونکہ میں ایجوکیشن کا بہت ہی زیادہ، یعنی دلدادہ ہوں۔</w:t>
      </w:r>
    </w:p>
    <w:p>
      <w:r>
        <w:rPr>
          <w:b/>
        </w:rPr>
        <w:t xml:space="preserve">[33:54] </w:t>
      </w:r>
      <w:r>
        <w:t>education ko main sabse zyada importance deta hoon, hatta ke freedom se zyada badi cheez mere liye education hai.</w:t>
      </w:r>
    </w:p>
    <w:p>
      <w:pPr>
        <w:jc w:val="right"/>
      </w:pPr>
      <w:r>
        <w:t>ایجوکیشن کو میں سب سے زیادہ امپورٹنس دیتا ہوں، حتی کہ فریڈم سے زیادہ بڑی چیز میرے لیے ایجوکیشن ہے۔</w:t>
      </w:r>
    </w:p>
    <w:p>
      <w:r>
        <w:rPr>
          <w:b/>
        </w:rPr>
        <w:t xml:space="preserve">[34:06] </w:t>
      </w:r>
      <w:r>
        <w:t>to bahut khushi hui mujhe. doosri bar gaya to unhone bataya ke meri to education chhoot gayi hai. ab ghari par rehte the woh. maine kaha woh kaise?</w:t>
      </w:r>
    </w:p>
    <w:p>
      <w:pPr>
        <w:jc w:val="right"/>
      </w:pPr>
      <w:r>
        <w:t>تو بہت خوشی ہوئی مجھے۔ دوسری بار گیا تو انہوں نے بتایا کہ میری تو ایجوکیشن چھوٹ گئی ہے۔ اب گھری پر رہتے تھے وہ۔ میں نے کہا وہ کیسے؟</w:t>
      </w:r>
    </w:p>
    <w:p>
      <w:r>
        <w:rPr>
          <w:b/>
        </w:rPr>
        <w:t xml:space="preserve">[34:15] </w:t>
      </w:r>
      <w:r>
        <w:t>kyun? to bataya ke meri biwi jo hai, jo tab shadi nahi hui thi, pehli bar jab main gaya tha, shadi ho gayi. aur biwi jo hai, ek arab ladki hai, woh english ek word nahi jaanti, woh sirf arab arabic language jaanti hai.</w:t>
      </w:r>
    </w:p>
    <w:p>
      <w:pPr>
        <w:jc w:val="right"/>
      </w:pPr>
      <w:r>
        <w:t>کیوں؟ تو بتایا کہ میری بیوی جو ہے، جو تب شادی نہیں ہوئی تھی، پہلی بار جب میں گیا تھا، شادی ہو گئی۔ اور بیوی جو ہے، ایک عرب لڑکی ہے، وہ انگلش ایک ورڈ نہیں جانتی، وہ صرف عرب عربک لینگویج جانتی ہے۔</w:t>
      </w:r>
    </w:p>
    <w:p>
      <w:r>
        <w:rPr>
          <w:b/>
        </w:rPr>
        <w:t xml:space="preserve">[34:31] </w:t>
      </w:r>
      <w:r>
        <w:t>to koi kaam nahi, ab market se kuch lana hai to woh nahi la sakti, kahin jana hai to nahi ja sakti kyunke manchester mein log english bolte hain, woh arabic language to chalti nahi wahan par.</w:t>
      </w:r>
    </w:p>
    <w:p>
      <w:pPr>
        <w:jc w:val="right"/>
      </w:pPr>
      <w:r>
        <w:t>تو کوئی کام نہیں، اب مارکیٹ سے کچھ لانا ہے تو وہ نہیں لا سکتی، کہیں جانا ہے تو نہیں جا سکتی کیونکہ مانچسٹر میں لوگ انگلش بولتے ہیں، وہ عربک لینگویج تو چلتی نہیں وہاں پر۔</w:t>
      </w:r>
    </w:p>
    <w:p>
      <w:r>
        <w:rPr>
          <w:b/>
        </w:rPr>
        <w:t xml:space="preserve">[34:47] </w:t>
      </w:r>
      <w:r>
        <w:t>to maine unko bahut enhance kiya, unki aur ek formula diya unko ke "not to solve the problem is also a way to solve the problem".</w:t>
      </w:r>
    </w:p>
    <w:p>
      <w:pPr>
        <w:jc w:val="right"/>
      </w:pPr>
      <w:r>
        <w:t>تو میں نے ان کو بہت انہیمری کی، ان کی اور ایک فارمولا دیا ان کو کہ "ناٹ ٹو سالو دا پرابلم از السو ا وے ٹو سالو دا پرابلم"۔</w:t>
      </w:r>
    </w:p>
    <w:p>
      <w:r>
        <w:rPr>
          <w:b/>
        </w:rPr>
        <w:t xml:space="preserve">[35:04] </w:t>
      </w:r>
      <w:r>
        <w:t>problem ko solve na karna bhi problem ko solve karne ka ek tareeqa hai.</w:t>
      </w:r>
    </w:p>
    <w:p>
      <w:pPr>
        <w:jc w:val="right"/>
      </w:pPr>
      <w:r>
        <w:t>پرابلم کو سالو نہ کرنا بھی پرابلم کو سالو کرنے کا ایک طریقہ ہے۔</w:t>
      </w:r>
    </w:p>
    <w:p>
      <w:r>
        <w:rPr>
          <w:b/>
        </w:rPr>
        <w:t xml:space="preserve">[35:13] </w:t>
      </w:r>
      <w:r>
        <w:t>"not to solve the problem is also a way to solve the problem". to maine kaha kuch nahi, aap ko bilkul padhai apni shuru kardiye phir.</w:t>
      </w:r>
    </w:p>
    <w:p>
      <w:pPr>
        <w:jc w:val="right"/>
      </w:pPr>
      <w:r>
        <w:t>"ناٹ ٹو سالو دا پرابلم از السو ا وے ٹو سالو دا پرابلم"۔ تو میں نے کہا کچھ نہیں، آپ کو بالکل پڑھائی اپنی شروع کر دیے پھر۔</w:t>
      </w:r>
    </w:p>
    <w:p>
      <w:r>
        <w:rPr>
          <w:b/>
        </w:rPr>
        <w:t xml:space="preserve">[35:24] </w:t>
      </w:r>
      <w:r>
        <w:t>aur biwi ko angrezi aati hai ya nahi aati to chhod dijiye. to aise hi kiya unhone. ab iske baad kya hua? woh jo biwi thi, unki majboor ho kar nikli.</w:t>
      </w:r>
    </w:p>
    <w:p>
      <w:pPr>
        <w:jc w:val="right"/>
      </w:pPr>
      <w:r>
        <w:t>اور بیوی کو انگریزی آتی ہے یا نہیں آتی تو چھوڑ دیجئے۔ تو ایسے ہی کیا انہوں نے۔ اب اس کے بعد کیا ہوا؟ وہ جو بیوی تھی، ان کی مجبور ہو کر نکلی۔</w:t>
      </w:r>
    </w:p>
    <w:p>
      <w:r>
        <w:rPr>
          <w:b/>
        </w:rPr>
        <w:t xml:space="preserve">[35:35] </w:t>
      </w:r>
      <w:r>
        <w:t>ab usko sabzi lena hai to pehle usne isharay se liya, phir dheere dheere english word seekhne lagi. hote hote wahi aurat ab wahan par sara kaam english mein karti hai.</w:t>
      </w:r>
    </w:p>
    <w:p>
      <w:pPr>
        <w:jc w:val="right"/>
      </w:pPr>
      <w:r>
        <w:t>اب اس کو سبزی لینا ہے تو پہلے اس نے اشارے سے لیا، پھر دھیرے دھیرے انگلش ورڈ سیکھنے لگی۔ ہوتے ہوتے وہی عورت اب وہاں پر سارا کام انگلش میں کرتی ہے۔</w:t>
      </w:r>
    </w:p>
    <w:p>
      <w:r>
        <w:rPr>
          <w:b/>
        </w:rPr>
        <w:t xml:space="preserve">[35:49] </w:t>
      </w:r>
      <w:r>
        <w:t>to "necessity is the mother of invention". aap aadmi ko daliye compulsion mein to phir sab kuch theek ho jayega.</w:t>
      </w:r>
    </w:p>
    <w:p>
      <w:pPr>
        <w:jc w:val="right"/>
      </w:pPr>
      <w:r>
        <w:t>تو "نیسیسٹی از دا مدر آف انوینشن"۔ آپ آدمی کو ڈالیے کمپلشن میں تو پھر سب کچھ ٹھیک ہو جائے گا۔</w:t>
      </w:r>
    </w:p>
    <w:p>
      <w:r>
        <w:rPr>
          <w:b/>
        </w:rPr>
        <w:t xml:space="preserve">[35:59] </w:t>
      </w:r>
      <w:r>
        <w:t>wohi aadmi ab unki biwi angrezi bolti hai aur yeh apna education le rahe hain.</w:t>
      </w:r>
    </w:p>
    <w:p>
      <w:pPr>
        <w:jc w:val="right"/>
      </w:pPr>
      <w:r>
        <w:t>وہی آدمی اب ان کی بیوی انگریزی بولتی ہے اور یہ اپنا ایجوکیشن لے رہے ہیں۔</w:t>
      </w:r>
    </w:p>
    <w:p>
      <w:r>
        <w:rPr>
          <w:b/>
        </w:rPr>
        <w:t xml:space="preserve">[36:08] </w:t>
      </w:r>
      <w:r>
        <w:t>aise hi main ahmedabad gaya to wahan par main ek hotel mein thehra tha. to wahan par ek sahab mujhse milne ke liye aaye, woh god mein apna bachcha liye hue the.</w:t>
      </w:r>
    </w:p>
    <w:p>
      <w:pPr>
        <w:jc w:val="right"/>
      </w:pPr>
      <w:r>
        <w:t>ایسے ہی میں احمد آباد گیا تو وہاں پر میں ایک ہوٹل میں ٹھہرا تھا۔ تو وہاں پر ایک صاحب مجھ سے ملنے کے لیے آئے، وہ گود میں اپنا بچہ لیے ہوئے تھے۔</w:t>
      </w:r>
    </w:p>
    <w:p>
      <w:r>
        <w:rPr>
          <w:b/>
        </w:rPr>
        <w:t xml:space="preserve">[36:20] </w:t>
      </w:r>
      <w:r>
        <w:t>jab baithe tab bhi god mein bitha le kar baithe. maine kaha yeh kya?</w:t>
      </w:r>
    </w:p>
    <w:p>
      <w:pPr>
        <w:jc w:val="right"/>
      </w:pPr>
      <w:r>
        <w:t>جب بیٹھے تب بھی گود میں بٹھا لے کر بیٹھے۔ میں نے کہا یہ کیا؟</w:t>
      </w:r>
    </w:p>
    <w:p>
      <w:r>
        <w:rPr>
          <w:b/>
        </w:rPr>
        <w:t xml:space="preserve">[36:28] </w:t>
      </w:r>
      <w:r>
        <w:t>yani itna chhota nahi tha ke woh bilkul chhota do mahine ka ke god mein lena pade usko. to maine kaha aap uske kaun hain?</w:t>
      </w:r>
    </w:p>
    <w:p>
      <w:pPr>
        <w:jc w:val="right"/>
      </w:pPr>
      <w:r>
        <w:t>یعنی اتنا چھوٹا نہیں تھا کہ وہ بالکل چھوٹا دو مہینے کا کہ گود میں لینا پڑے اس کو۔ تو میں نے کہا آپ اس کے کون ہیں؟</w:t>
      </w:r>
    </w:p>
    <w:p>
      <w:r>
        <w:rPr>
          <w:b/>
        </w:rPr>
        <w:t xml:space="preserve">[36:38] </w:t>
      </w:r>
      <w:r>
        <w:t>unhone kaha ke main uska baap hoon. unhone kaha nahi, aap uske enemy hain. ab woh ghabra gaye.</w:t>
      </w:r>
    </w:p>
    <w:p>
      <w:pPr>
        <w:jc w:val="right"/>
      </w:pPr>
      <w:r>
        <w:t>انہوں نے کہا کہ میں اس کا باپ ہوں۔ انہوں نے کہا نہیں، آپ اس کے اینمی ہیں۔ اب وہ گھبرا گئے۔</w:t>
      </w:r>
    </w:p>
    <w:p>
      <w:r>
        <w:rPr>
          <w:b/>
        </w:rPr>
        <w:t xml:space="preserve">[36:50] </w:t>
      </w:r>
      <w:r>
        <w:t>woh to kehte hain ke main uska baap hoon, main keh raha hoon ke aap uske enemy hain. maine kaha yeh kya tareeqa hai ke aap usko dorne bhagne se roke hue hain, god mein liye baithe hain?</w:t>
      </w:r>
    </w:p>
    <w:p>
      <w:pPr>
        <w:jc w:val="right"/>
      </w:pPr>
      <w:r>
        <w:t>وہ تو کہتے ہیں کہ میں اس کا باپ ہوں، میں کہہ رہا ہوں کہ آپ اس کے اینمی ہیں۔ میں نے کہا یہ کیا طریقہ ہے کہ آپ اس کو دوڑنے بھاگنے سے روکے ہوئے ہیں، گود میں لیے بیٹھے ہیں؟</w:t>
      </w:r>
    </w:p>
    <w:p>
      <w:r>
        <w:rPr>
          <w:b/>
        </w:rPr>
        <w:t xml:space="preserve">[37:03] </w:t>
      </w:r>
      <w:r>
        <w:t>khuda ne uske hath paon mein jaan di hai, ab usko utariye. to zabardasti mein ne usko god se utarwa diya.</w:t>
      </w:r>
    </w:p>
    <w:p>
      <w:pPr>
        <w:jc w:val="right"/>
      </w:pPr>
      <w:r>
        <w:t>خدا نے اس کے ہاتھ پاؤں میں جان دی ہے، اب اس کو اتاریے۔ تو زبردستی میں نے اس کو گود سے اتروا دیا۔</w:t>
      </w:r>
    </w:p>
    <w:p>
      <w:r>
        <w:rPr>
          <w:b/>
        </w:rPr>
        <w:t xml:space="preserve">[37:13] </w:t>
      </w:r>
      <w:r>
        <w:t>is ke baad kya hua? woh bachcha wohin daudne laga, khoob idhar udhar daud raha hai, idhar daud raha hai. jaise pinjre se kisi chidiya ko band kar rakha hai aap ne aur aur is ka aap khol dein is ka dor to urrne lagega woh.</w:t>
      </w:r>
    </w:p>
    <w:p>
      <w:pPr>
        <w:jc w:val="right"/>
      </w:pPr>
      <w:r>
        <w:t>اس کے بعد کیا ہوا؟ وہ بچہ وہیں دوڑنے لگا، خوب ادھر ادھر دوڑ رہا ہے، ادھر دوڑ رہا ہے۔ جیسے پنجرے سے کسی چڑیا کو بند کر رکھا ہے آپ نے اور اور اس کا آپ کھول دیں اس کا ڈور تو اڑنے لگے گا وہ۔</w:t>
      </w:r>
    </w:p>
    <w:p>
      <w:r>
        <w:rPr>
          <w:b/>
        </w:rPr>
        <w:t xml:space="preserve">[37:31] </w:t>
      </w:r>
      <w:r>
        <w:t>bachcha daudne laga. to khair, main woh keh raha tha ke iqbal sahib jo lucknow mein mere paas aaye ke mera baap mar gaya hai, ab main ghar ja raha hoon.</w:t>
      </w:r>
    </w:p>
    <w:p>
      <w:pPr>
        <w:jc w:val="right"/>
      </w:pPr>
      <w:r>
        <w:t>بچہ دوڑنے لگا۔ تو خیر، میں وہ کہہ رہا تھا کہ اقبال صاحب جو لکھنو میں میرے پاس آئے کہ میرا باپ مر گیا ہے، اب میں گھر جا رہا ہوں۔</w:t>
      </w:r>
    </w:p>
    <w:p>
      <w:r>
        <w:rPr>
          <w:b/>
        </w:rPr>
        <w:t xml:space="preserve">[37:43] </w:t>
      </w:r>
      <w:r>
        <w:t>to maine kaha ke aap bhi mar jaen to. to is ke baad maine un ko samjhaya, apni education poori ki, education poori kar ke phir bahar gae further education ke liye.</w:t>
      </w:r>
    </w:p>
    <w:p>
      <w:pPr>
        <w:jc w:val="right"/>
      </w:pPr>
      <w:r>
        <w:t>تو میں نے کہا کہ آپ بھی مر جائیں تو۔ تو اس کے بعد میں نے ان کو سمجھایا، اپنی ایجوکیشن پوری کی، ایجوکیشن پوری کر کے پھر باہر گئے فردر ایجوکیشن کے لیے۔</w:t>
      </w:r>
    </w:p>
    <w:p>
      <w:r>
        <w:rPr>
          <w:b/>
        </w:rPr>
        <w:t xml:space="preserve">[37:56] </w:t>
      </w:r>
      <w:r>
        <w:t>is waqt woh africa mein rehte hain, yahan aaye the dilli mein mere paas. unhon ne kaha ke aap ne jo ek sentence bolay thay, aap ke aap bhi mar jaen to, is ne meri zindagi mein ek revolution paida kar diya.</w:t>
      </w:r>
    </w:p>
    <w:p>
      <w:pPr>
        <w:jc w:val="right"/>
      </w:pPr>
      <w:r>
        <w:t>اس وقت وہ افریقہ میں رہتے ہیں، یہاں آئے تھے دلی میں میرے پاس۔ انہوں نے کہا کہ آپ نے جو ایک سینٹنس بولے تھے، آپ کہ آپ بھی مر جائیں تو، اس نے میری زندگی میں ایک ریولیوشن پیدا کر دیا۔</w:t>
      </w:r>
    </w:p>
    <w:p>
      <w:r>
        <w:rPr>
          <w:b/>
        </w:rPr>
        <w:t xml:space="preserve">[38:10] </w:t>
      </w:r>
      <w:r>
        <w:t>to unhon ne kaha ke agar main chala jata ghar to thora sa hamare paas khet tha, agricultural land thori si, to isi mein kuch karte rehte hain, kuch is se kya banta, kuch na banta.</w:t>
      </w:r>
    </w:p>
    <w:p>
      <w:pPr>
        <w:jc w:val="right"/>
      </w:pPr>
      <w:r>
        <w:t>تو انہوں نے کہا کہ اگر میں چلا جاتا گھر تو تھوڑا سا ہمارے پاس کھیت تھا، ایگریکلچرل لینڈ تھوڑی سی، تو اسی میں کچھ کرتے رہتے ہیں، کچھ اس سے کیا بنتا، کچھ نہ بنتا۔</w:t>
      </w:r>
    </w:p>
    <w:p>
      <w:r>
        <w:rPr>
          <w:b/>
        </w:rPr>
        <w:t xml:space="preserve">[38:24] </w:t>
      </w:r>
      <w:r>
        <w:t>bahar gae, apni parhai poori ki, phir bahar gae. ab main ne wahan itna mera acha kaam hai ke main apna baap ka ghar phir se banwaya hai, bhaiyon bhai aur behan ki shadi ki hai,</w:t>
      </w:r>
    </w:p>
    <w:p>
      <w:pPr>
        <w:jc w:val="right"/>
      </w:pPr>
      <w:r>
        <w:t>باہر گئے، اپنی پڑھائی پوری کی، پھر باہر گئے۔ اب میں نے وہاں اتنا میرا اچھا کام ہے کہ میں اپنا باپ کا گھر پھر سے بنوایا ہے، بھائیوں بھائی اور بہن کی شادی کی ہے،</w:t>
      </w:r>
    </w:p>
    <w:p>
      <w:r>
        <w:rPr>
          <w:b/>
        </w:rPr>
        <w:t xml:space="preserve">[38:41] </w:t>
      </w:r>
      <w:r>
        <w:t>rishtedaroon ko barabar mein paisa deta hoon, itna sab kar raha hoon main. to yeh yeh hai art of thinking.</w:t>
      </w:r>
    </w:p>
    <w:p>
      <w:pPr>
        <w:jc w:val="right"/>
      </w:pPr>
      <w:r>
        <w:t>رشتہ داروں کو برابر میں پیسہ دیتا ہوں، اتنا سب کر رہا ہوں میں۔ تو یہ یہ ہے آرٹ آف تھنکنگ۔</w:t>
      </w:r>
    </w:p>
    <w:p>
      <w:r>
        <w:rPr>
          <w:b/>
        </w:rPr>
        <w:t xml:space="preserve">[38:56] </w:t>
      </w:r>
      <w:r>
        <w:t>main samajhta hoon ke art of thinking mein aaj kal mein radio sunta hoon aur yeh nahin, yeh tv waghera nahin dekhta hoon main.</w:t>
      </w:r>
    </w:p>
    <w:p>
      <w:pPr>
        <w:jc w:val="right"/>
      </w:pPr>
      <w:r>
        <w:t>میں سمجھتا ہوں کہ آرٹ آف تھنکنگ میں آج کل میں ریڈیو سنتا ہوں اور یہ نہیں، یہ ٹی وی وغیرہ نہیں دیکھتا ہوں میں۔</w:t>
      </w:r>
    </w:p>
    <w:p>
      <w:r>
        <w:rPr>
          <w:b/>
        </w:rPr>
        <w:t xml:space="preserve">[39:06] </w:t>
      </w:r>
      <w:r>
        <w:t>to aksar is par counseling ke program bhi hotay hain, sab bilkul absurd maloom hotay hain, sab bilkul absurd.</w:t>
      </w:r>
    </w:p>
    <w:p>
      <w:pPr>
        <w:jc w:val="right"/>
      </w:pPr>
      <w:r>
        <w:t>تو اکثر اس پر کاؤنسلنگ کے پروگرام بھی ہوتے ہیں، سب بالکل ایبسرٹ معلوم ہوتے ہیں، سب بالکل ایبسرٹ۔</w:t>
      </w:r>
    </w:p>
    <w:p>
      <w:r>
        <w:rPr>
          <w:b/>
        </w:rPr>
        <w:t xml:space="preserve">[39:16] </w:t>
      </w:r>
      <w:r>
        <w:t>koi kisi ke paas koi, yani koi achi advice nahin hoti. log becharay kahan kahan se telephone karte hain aur jo wahan counselor bethe hue hain, woh bilkul ek simple si ek baat keh dein ge, jo hai koi koi jis ka matlab nahin.</w:t>
      </w:r>
    </w:p>
    <w:p>
      <w:pPr>
        <w:jc w:val="right"/>
      </w:pPr>
      <w:r>
        <w:t>کوئی کسی کے پاس کوئی، یعنی کوئی اچھی ایڈوائس نہیں ہوتی۔ لوگ بیچارے کہاں کہاں سے ٹیلی فون کرتے ہیں اور جو وہاں کاؤنسلر بیٹھے ہوئے ہیں، وہ بالکل ایک سمپل سی ایک بات کہہ دیں گے، جو ہے کوئی کوئی جس کا ارتھ نہیں۔</w:t>
      </w:r>
    </w:p>
    <w:p>
      <w:r>
        <w:rPr>
          <w:b/>
        </w:rPr>
        <w:t xml:space="preserve">[39:33] </w:t>
      </w:r>
      <w:r>
        <w:t>kyun? yeh saare log jante hi nahin ke formula kya hai counseling ka. woh formula hai ke aap creation plan ko janen.</w:t>
      </w:r>
    </w:p>
    <w:p>
      <w:pPr>
        <w:jc w:val="right"/>
      </w:pPr>
      <w:r>
        <w:t>کیوں؟ یہ سارے لوگ جانتے ہی نہیں کہ فارمولا کیا ہے کاؤنسلنگ کا۔ وہ فارمولا ہے کہ آپ کریشن پلان کو جانیں۔</w:t>
      </w:r>
    </w:p>
    <w:p>
      <w:r>
        <w:rPr>
          <w:b/>
        </w:rPr>
        <w:t xml:space="preserve">[39:44] </w:t>
      </w:r>
      <w:r>
        <w:t>jab tak aap creation plan ko na janen, tab tak aap sahi counseling nahin kar sakte.</w:t>
      </w:r>
    </w:p>
    <w:p>
      <w:pPr>
        <w:jc w:val="right"/>
      </w:pPr>
      <w:r>
        <w:t>جب تک آپ کریشن پلان کو نہ جانیں، تب تک آپ صحیح کاؤنسلنگ نہیں کر سکتے۔</w:t>
      </w:r>
    </w:p>
    <w:p>
      <w:r>
        <w:rPr>
          <w:b/>
        </w:rPr>
        <w:t xml:space="preserve">[39:54] </w:t>
      </w:r>
      <w:r>
        <w:t>to</w:t>
      </w:r>
    </w:p>
    <w:p>
      <w:pPr>
        <w:jc w:val="right"/>
      </w:pPr>
      <w:r>
        <w:t>تو</w:t>
      </w:r>
    </w:p>
    <w:p>
      <w:r>
        <w:rPr>
          <w:b/>
        </w:rPr>
        <w:t xml:space="preserve">[39:57] </w:t>
      </w:r>
      <w:r>
        <w:t>main ek ek qissa sunaoon ga aap ko, bohat hi illustrative hai qissa woh. dekhen, zindagi mein ek qissa ka ta'alluq yeh hai ke zindagi mein aap ko priority ko janna parta hai.</w:t>
      </w:r>
    </w:p>
    <w:p>
      <w:pPr>
        <w:jc w:val="right"/>
      </w:pPr>
      <w:r>
        <w:t>میں ایک ایک قصہ سناؤں گا آپ کو، بہت ہی السٹریٹیو ہے قصہ وہ۔ دیکھیں، زندگی میں ایک قصہ کا تعلق یہ ہے کہ زندگی میں آپ کو پرائرٹی کو جاننا پڑتا ہے۔</w:t>
      </w:r>
    </w:p>
    <w:p>
      <w:r>
        <w:rPr>
          <w:b/>
        </w:rPr>
        <w:t xml:space="preserve">[40:13] </w:t>
      </w:r>
      <w:r>
        <w:t>priority!</w:t>
      </w:r>
    </w:p>
    <w:p>
      <w:pPr>
        <w:jc w:val="right"/>
      </w:pPr>
      <w:r>
        <w:t>پرائرٹی!</w:t>
      </w:r>
    </w:p>
    <w:p>
      <w:r>
        <w:rPr>
          <w:b/>
        </w:rPr>
        <w:t xml:space="preserve">[40:15] </w:t>
      </w:r>
      <w:r>
        <w:t>agar aap priority ko na janen to aap koi bara kaam nahin kar sakte, kabhi nahin. chote motay kaam to kar sakte hain aap, lekin bara kaam jab tak priority aap na janen, aap nahin kar sakte.</w:t>
      </w:r>
    </w:p>
    <w:p>
      <w:pPr>
        <w:jc w:val="right"/>
      </w:pPr>
      <w:r>
        <w:t>اگر آپ پرائرٹی کو نہ جانیں تو آپ کوئی بڑا کام نہیں کر سکتے، کبھی نہیں۔ چھوٹے موٹے کام تو کر سکتے ہیں آپ، لیکن بڑا کام جب تک پرائرٹی آپ نہ جانیں، آپ نہیں کر سکتے۔</w:t>
      </w:r>
    </w:p>
    <w:p>
      <w:r>
        <w:rPr>
          <w:b/>
        </w:rPr>
        <w:t xml:space="preserve">[40:32] </w:t>
      </w:r>
      <w:r>
        <w:t>to is se pehle main old delhi mein tha, 83 se main yahan aaya hoon. to wahan par ek sahib, ek naujawan ko bombay se interview ke liye bulaya gaya.</w:t>
      </w:r>
    </w:p>
    <w:p>
      <w:pPr>
        <w:jc w:val="right"/>
      </w:pPr>
      <w:r>
        <w:t>تو اس سے پہلے میں اولڈ ڈلی میں تھا، 83 سے میں یہاں آیا ہوں۔ تو وہاں پر ایک صاحب، ایک نوجوان کو بمبے سے انٹرویو کے لیے بلایا گیا۔</w:t>
      </w:r>
    </w:p>
    <w:p>
      <w:r>
        <w:rPr>
          <w:b/>
        </w:rPr>
        <w:t xml:space="preserve">[40:52] </w:t>
      </w:r>
      <w:r>
        <w:t>wahan par arab ki ek party aayi thi, jo logon ko interview kar rahi thi, wahan le jane ke liye. to un ke paas card aaya.</w:t>
      </w:r>
    </w:p>
    <w:p>
      <w:pPr>
        <w:jc w:val="right"/>
      </w:pPr>
      <w:r>
        <w:t>وہاں پر عرب کی ایک پارٹی آئی تھی، جو لوگوں کو انٹرویو کر رہی تھی، وہاں لے جانے کے لیے۔ تو ان کے پاس کارڈ آیا۔</w:t>
      </w:r>
    </w:p>
    <w:p>
      <w:r>
        <w:rPr>
          <w:b/>
        </w:rPr>
        <w:t xml:space="preserve">[41:03] </w:t>
      </w:r>
      <w:r>
        <w:t>wahan par rickshaw par baith kar woh chale railway station jane ke liye. un ka ticket tha, yani dilli se bombay ka.</w:t>
      </w:r>
    </w:p>
    <w:p>
      <w:pPr>
        <w:jc w:val="right"/>
      </w:pPr>
      <w:r>
        <w:t>وہاں پر رکشے پر بیٹھ کر وہ چلے ریلوے اسٹیشن جانے کے لیے۔ ان کا ٹکٹ تھا، یعنی دہلی سے بمبے کا۔</w:t>
      </w:r>
    </w:p>
    <w:p>
      <w:r>
        <w:rPr>
          <w:b/>
        </w:rPr>
        <w:t xml:space="preserve">[41:15] </w:t>
      </w:r>
      <w:r>
        <w:t>to purane dilli mein agar aap logon ne dekha ho to larkay rickshaw ke peeche latak jatay hain, ajeeb, yani shararatain karte hain.</w:t>
      </w:r>
    </w:p>
    <w:p>
      <w:pPr>
        <w:jc w:val="right"/>
      </w:pPr>
      <w:r>
        <w:t>تو پرانے دلی میں اگر آپ لوگوں نے دیکھا ہو تو لڑکے رکشے کے پیچھے لٹک جاتے ہیں، عجیب، یعنی شرارتیں کرتے ہیں۔</w:t>
      </w:r>
    </w:p>
    <w:p>
      <w:r>
        <w:rPr>
          <w:b/>
        </w:rPr>
        <w:t xml:space="preserve">[41:25] </w:t>
      </w:r>
      <w:r>
        <w:t>to jab yeh rickshaw mein baithe, un ka ek dost bhi sath tha, un ko saaf karne ke liye ja raha tha. to ek larka peeche latak gaya rickshaw ke peeche.</w:t>
      </w:r>
    </w:p>
    <w:p>
      <w:pPr>
        <w:jc w:val="right"/>
      </w:pPr>
      <w:r>
        <w:t>تو جب یہ رکشے میں بیٹھے، ان کا ایک دوست بھی ساتھ تھا، ان کو صاف کرنے کے لیے جا رہا تھا۔ تو ایک لڑکا پیچھے لٹک گیا رکشے کے پیچھے۔</w:t>
      </w:r>
    </w:p>
    <w:p>
      <w:r>
        <w:rPr>
          <w:b/>
        </w:rPr>
        <w:t xml:space="preserve">[41:36] </w:t>
      </w:r>
      <w:r>
        <w:t>un ko ghussa aaya un ke dost ko aur rickshaw wale se kaha ke roko, is ko pakadna hai, is ko marna hai.</w:t>
      </w:r>
    </w:p>
    <w:p>
      <w:pPr>
        <w:jc w:val="right"/>
      </w:pPr>
      <w:r>
        <w:t>ان کو غصہ آیا ان کے دوست کو اور رکشے والے سے کہا کہ روکو، اس کو پکڑنا ہے، اس کو مارنا ہے۔</w:t>
      </w:r>
    </w:p>
    <w:p>
      <w:r>
        <w:rPr>
          <w:b/>
        </w:rPr>
        <w:t xml:space="preserve">[41:45] </w:t>
      </w:r>
      <w:r>
        <w:t>yeh latak raha hai peechay. to jo dost tha un ka, aur rickshaw ruka aur yeh utarne lage, to un ka jo dost tha, us ne un ka hath pakar ke kheench liya.</w:t>
      </w:r>
    </w:p>
    <w:p>
      <w:pPr>
        <w:jc w:val="right"/>
      </w:pPr>
      <w:r>
        <w:t>یہ لٹک رہا ہے پیچھے۔ تو جو دوست تھا ان کا، اور رکشہ رکا اور یہ اترنے لگے، تو ان کا جو دوست تھا، اس نے ان کا ہاتھ پکڑ کے کھینچ لیا۔</w:t>
      </w:r>
    </w:p>
    <w:p>
      <w:r>
        <w:rPr>
          <w:b/>
        </w:rPr>
        <w:t xml:space="preserve">[42:00] </w:t>
      </w:r>
      <w:r>
        <w:t>kaha baitho, hamare paas time kahan hai? hamare paas time kahan hai? ek simple sa sentence hai, lekin main samajhta hoon ke saare insanon ke liye is mein lesson hai.</w:t>
      </w:r>
    </w:p>
    <w:p>
      <w:pPr>
        <w:jc w:val="right"/>
      </w:pPr>
      <w:r>
        <w:t>کہا بیٹھو، ہمارے پاس ٹائم کہاں ہے؟ ہمارے پاس ٹائم کہاں ہے؟ ایک سمپل سا سینٹنس ہے، لیکن میں سمجھتا ہوں کہ سارے انسانوں کے لیے اس میں لیسن ہے۔</w:t>
      </w:r>
    </w:p>
    <w:p>
      <w:r>
        <w:rPr>
          <w:b/>
        </w:rPr>
        <w:t xml:space="preserve">[42:14] </w:t>
      </w:r>
      <w:r>
        <w:t>hamare paas time kahan hai?</w:t>
      </w:r>
    </w:p>
    <w:p>
      <w:pPr>
        <w:jc w:val="right"/>
      </w:pPr>
      <w:r>
        <w:t>ہمارے پاس ٹائم کہاں ہے؟</w:t>
      </w:r>
    </w:p>
    <w:p>
      <w:r>
        <w:rPr>
          <w:b/>
        </w:rPr>
        <w:t xml:space="preserve">[42:18] </w:t>
      </w:r>
      <w:r>
        <w:t>kyon? hamare pas interview card aya hai, hum ko prescribe date par bombay pahunchna hai, wahan hamein interview de kar ke arab jana hai.</w:t>
      </w:r>
    </w:p>
    <w:p>
      <w:pPr>
        <w:jc w:val="right"/>
      </w:pPr>
      <w:r>
        <w:t>کیوں؟ ہمارے پاس انٹرویو کارڈ آیا ہے، ہم کو پریسکرائب ڈیٹ پر بمبے پہنچنا ہے، وہاں ہمیں انٹرویو دے کر کے عرب جانا ہے۔</w:t>
      </w:r>
    </w:p>
    <w:p>
      <w:r>
        <w:rPr>
          <w:b/>
        </w:rPr>
        <w:t xml:space="preserve">[42:35] </w:t>
      </w:r>
      <w:r>
        <w:t>to time par hum agar hum na pahunche railway station aur gaadi chhoot jaye hamari, to hum bombay nahin pahunchenge. bombay nahin pahunchenge to interview nahin hoga, interview nahin hoga to hum ko kuch job bhi nahin milega.</w:t>
      </w:r>
    </w:p>
    <w:p>
      <w:pPr>
        <w:jc w:val="right"/>
      </w:pPr>
      <w:r>
        <w:t>تو ٹائم پر ہم اگر ہم نہ پہنچے ریلوے اسٹیشن اور گاڑی چھوٹ جائے ہماری، تو ہم بمبے نہیں پہنچیں گے۔ بمبے نہیں پہنچیں گے تو انٹرویو نہیں ہوگا، انٹرویو نہیں ہوگا تو ہم کو کچھ جاب بھی نہیں ملے گا۔</w:t>
      </w:r>
    </w:p>
    <w:p>
      <w:r>
        <w:rPr>
          <w:b/>
        </w:rPr>
        <w:t xml:space="preserve">[42:50] </w:t>
      </w:r>
      <w:r>
        <w:t>to is ne kaha hamare pas time kahan hai? to yaqeen kijiye ke har aadmi ka yeh case hai. har aadmi apne time ko kahin idhar lagaye, kahin idhar lagaye.</w:t>
      </w:r>
    </w:p>
    <w:p>
      <w:pPr>
        <w:jc w:val="right"/>
      </w:pPr>
      <w:r>
        <w:t>تو اس نے کہا ہمارے پاس ٹائم کہاں ہے؟ تو یقین کیجئے کہ ہر آدمی کا یہ کیس ہے۔ ہر آدمی اپنے ٹائم کو کہیں ادھر لگائے، کہیں ادھر لگائے۔</w:t>
      </w:r>
    </w:p>
    <w:p>
      <w:r>
        <w:rPr>
          <w:b/>
        </w:rPr>
        <w:t xml:space="preserve">[43:03] </w:t>
      </w:r>
      <w:r>
        <w:t>isi liye log bari kamyabi nihayat kar paate hain, kyunke woh time management, art of time management nahin jante.</w:t>
      </w:r>
    </w:p>
    <w:p>
      <w:pPr>
        <w:jc w:val="right"/>
      </w:pPr>
      <w:r>
        <w:t>اسی لیے لوگ بڑی کامیابی نہایت کر پاتے ہیں، کیونکہ وہ ٹائم مینجمنٹ، آرٹ آف ٹائم مینجمنٹ نہیں جانتے۔</w:t>
      </w:r>
    </w:p>
    <w:p>
      <w:r>
        <w:rPr>
          <w:b/>
        </w:rPr>
        <w:t xml:space="preserve">[43:15] </w:t>
      </w:r>
      <w:r>
        <w:t>musalmanon ko dekhiye, rozana panch waqt ki time ki namaz hai. quran mein hai ke "innal salata kanat alal momineena" kitab mauqoota, yani panch time ki namaz time time par farz ki gayi hai.</w:t>
      </w:r>
    </w:p>
    <w:p>
      <w:pPr>
        <w:jc w:val="right"/>
      </w:pPr>
      <w:r>
        <w:t>مسلمانوں کو دیکھیے، روزانہ پانچ وقت کی ٹائم کی نماز ہے۔ قرآن میں ہے کہ "إن الصلاة كانت للمؤمنين" کتاب موقوتہ، یعنی پانچ ٹائم کی نماز ٹائم ٹائم پر فرض کی گئی ہے۔</w:t>
      </w:r>
    </w:p>
    <w:p>
      <w:r>
        <w:rPr>
          <w:b/>
        </w:rPr>
        <w:t xml:space="preserve">[43:30] </w:t>
      </w:r>
      <w:r>
        <w:t>aisa nahin ke jab chahe parh lo, time time par. to namaz jo hai, aap ko time management sikhati hai.</w:t>
      </w:r>
    </w:p>
    <w:p>
      <w:pPr>
        <w:jc w:val="right"/>
      </w:pPr>
      <w:r>
        <w:t>ایسا نہیں کہ جب چاہے پڑھ لو، ٹائم ٹائم پر۔ تو نماز جو ہے، آپ کو ٹائم مینجمنٹ سکھاتی ہے۔</w:t>
      </w:r>
    </w:p>
    <w:p>
      <w:r>
        <w:rPr>
          <w:b/>
        </w:rPr>
        <w:t xml:space="preserve">[43:44] </w:t>
      </w:r>
      <w:r>
        <w:t>namaz ek aitbar se ibadat hai, doosre aitbar se woh art of time management sikhati hai. lekin musalmanon ka hal kya hai?</w:t>
      </w:r>
    </w:p>
    <w:p>
      <w:pPr>
        <w:jc w:val="right"/>
      </w:pPr>
      <w:r>
        <w:t>نماز ایک اعتبار سے عبادت ہے، دوسرے اعتبار سے وہ آرٹ آف ٹائم مینجمنٹ سکھاتی ہے۔ لیکن مسلمانوں کا حال کیا ہے؟</w:t>
      </w:r>
    </w:p>
    <w:p>
      <w:r>
        <w:rPr>
          <w:b/>
        </w:rPr>
        <w:t xml:space="preserve">[43:55] </w:t>
      </w:r>
      <w:r>
        <w:t>main samajhta hoon ke koi musalman shayad hi time ka inshais ho. time se koi matlab hi nahin in ko. yeh main janab deen mein rehta hoon, ladke aisa shor karte hain, din bhar raat ko ek ek baje tak shor hota rehta hai yeh park mein.</w:t>
      </w:r>
    </w:p>
    <w:p>
      <w:pPr>
        <w:jc w:val="right"/>
      </w:pPr>
      <w:r>
        <w:t>میں سمجھتا ہوں کہ کوئی مسلمان شاید ہی ٹائم کا انشیس ہو۔ ٹائم سے کوئی مطلب ہی نہیں ان کو۔ یہ میں جناب دین میں رہتا ہوں، لڑکے ایسا شور کرتے ہیں، دن بھر رات کو ایک ایک بجے تک شور ہوتا رہتا ہے یہ پارک میں۔</w:t>
      </w:r>
    </w:p>
    <w:p>
      <w:r>
        <w:rPr>
          <w:b/>
        </w:rPr>
        <w:t xml:space="preserve">[44:13] </w:t>
      </w:r>
      <w:r>
        <w:t>in ko pata hi nahin ke yeh time waste kar rahe hain, woh time waste kar rahe hain. woh to zahir hai ke maa baap in ko allow karte honge, tab to aisa hota hai.</w:t>
      </w:r>
    </w:p>
    <w:p>
      <w:pPr>
        <w:jc w:val="right"/>
      </w:pPr>
      <w:r>
        <w:t>ان کو پتہ ہی نہیں کہ یہ ٹائم ویسٹ کر رہے ہیں، وہ ٹائم ویسٹ کر رہے ہیں۔ وہ تو ظاہر ہے کہ ماں باپ ان کو الاؤ کرتے ہوں گے، تب تو ایسا ہوتا ہے۔</w:t>
      </w:r>
    </w:p>
    <w:p>
      <w:r>
        <w:rPr>
          <w:b/>
        </w:rPr>
        <w:t xml:space="preserve">[44:24] </w:t>
      </w:r>
      <w:r>
        <w:t>bheed ki bheed ladkon ke haan rehti hai aur sirf shor karti hai. unhein pata nahin ke is time ka zyada acha istemal kiya hai.</w:t>
      </w:r>
    </w:p>
    <w:p>
      <w:pPr>
        <w:jc w:val="right"/>
      </w:pPr>
      <w:r>
        <w:t>بھیڑ کی بھیڑ لڑکوں کے ہاں رہتی ہے اور صرف شور کرتی ہے۔ انہیں پتہ نہیں کہ اس ٹائم کا زیادہ اچھا استعمال کیا ہے۔</w:t>
      </w:r>
    </w:p>
    <w:p>
      <w:r>
        <w:rPr>
          <w:b/>
        </w:rPr>
        <w:t xml:space="preserve">[44:34] </w:t>
      </w:r>
      <w:r>
        <w:t>to time management jis ka sabak diya jata hai, rozana panch waqt ki namaz ki shakal mein, to sirf ja kar samajhte hain ke masjid mein ja kar namaz parh lo.</w:t>
      </w:r>
    </w:p>
    <w:p>
      <w:pPr>
        <w:jc w:val="right"/>
      </w:pPr>
      <w:r>
        <w:t>تو ٹائم مینجمنٹ جس کا سبق دیا جاتا ہے، روزانہ پانچ وقت کی نماز کی شکل میں، تو صرف جا کر سمجھتے ہیں کہ مسجد میں جا کر نماز پڑھ لو۔</w:t>
      </w:r>
    </w:p>
    <w:p>
      <w:r>
        <w:rPr>
          <w:b/>
        </w:rPr>
        <w:t xml:space="preserve">[44:44] </w:t>
      </w:r>
      <w:r>
        <w:t>is ke baad is ka is mein jo sabak hai, jo lesson hai, woh nahin lete.</w:t>
      </w:r>
    </w:p>
    <w:p>
      <w:pPr>
        <w:jc w:val="right"/>
      </w:pPr>
      <w:r>
        <w:t>اس کے بعد اس کا اس میں جو سبق ہے، جو لیسن ہے، وہ نہیں لیتے۔</w:t>
      </w:r>
    </w:p>
    <w:p>
      <w:r>
        <w:rPr>
          <w:b/>
        </w:rPr>
        <w:t xml:space="preserve">[44:52] </w:t>
      </w:r>
      <w:r>
        <w:t>is ne jab yeh kaha ke time kahan, hamare pas time kahan hai, to main samajhta hoon ke is ne sabhi ke liye bohat bara sabak diya.</w:t>
      </w:r>
    </w:p>
    <w:p>
      <w:pPr>
        <w:jc w:val="right"/>
      </w:pPr>
      <w:r>
        <w:t>اس نے جب یہ کہا کہ ٹائم کہاں، ہمارے پاس ٹائم کہاں ہے، تو میں سمجھتا ہوں کہ اس نے سبھی کے لیے بہت بڑا سبق دیا۔</w:t>
      </w:r>
    </w:p>
    <w:p>
      <w:r>
        <w:rPr>
          <w:b/>
        </w:rPr>
        <w:t xml:space="preserve">[45:05] </w:t>
      </w:r>
      <w:r>
        <w:t>ab main aap ko prophet of islam ki zindagi se kuch baatein batana chahunga is subject par.</w:t>
      </w:r>
    </w:p>
    <w:p>
      <w:pPr>
        <w:jc w:val="right"/>
      </w:pPr>
      <w:r>
        <w:t>اب میں آپ کو پرافٹ آف اسلام کی زندگی سے کچھ باتیں بتانا چاہوں گا اس سبجیکٹ پر۔</w:t>
      </w:r>
    </w:p>
    <w:p>
      <w:r>
        <w:rPr>
          <w:b/>
        </w:rPr>
        <w:t xml:space="preserve">[45:19] </w:t>
      </w:r>
      <w:r>
        <w:t>ek cheez hai jis ko kehte hain "dichotomous thinking".</w:t>
      </w:r>
    </w:p>
    <w:p>
      <w:pPr>
        <w:jc w:val="right"/>
      </w:pPr>
      <w:r>
        <w:t>ایک چیز ہے جس کو کہتے ہیں "ڈائیکاٹمس تھنکنگ"۔</w:t>
      </w:r>
    </w:p>
    <w:p>
      <w:r>
        <w:rPr>
          <w:b/>
        </w:rPr>
        <w:t xml:space="preserve">[45:25] </w:t>
      </w:r>
      <w:r>
        <w:t>yeh bhi bohat hi important hai ke beshtar log dichotomous hote hain, yani do mein sochna, black and white mein sochna.</w:t>
      </w:r>
    </w:p>
    <w:p>
      <w:pPr>
        <w:jc w:val="right"/>
      </w:pPr>
      <w:r>
        <w:t>یہ بھی بہت ہی امپورٹنٹ ہے کہ بیشتر لوگ ڈائیکاٹمس ہوتے ہیں، یعنی دو میں سوچنا، بلیک اینڈ وائٹ میں سوچنا۔</w:t>
      </w:r>
    </w:p>
    <w:p>
      <w:r>
        <w:rPr>
          <w:b/>
        </w:rPr>
        <w:t xml:space="preserve">[45:37] </w:t>
      </w:r>
      <w:r>
        <w:t>dichotomous thinking jin logon ke andar hoti hai, woh kabhi bhi right decision nahin le paate. to is ki misaal main deta hoon aap ko.</w:t>
      </w:r>
    </w:p>
    <w:p>
      <w:pPr>
        <w:jc w:val="right"/>
      </w:pPr>
      <w:r>
        <w:t>ڈائیکاٹمس تھنکنگ جن لوگوں کے اندر ہوتی ہے، وہ کبھی بھی رائٹ ڈیسیژن نہیں لے پاتے۔ تو اس کی مثال میں دیتا ہوں آپ کو۔</w:t>
      </w:r>
    </w:p>
    <w:p>
      <w:r>
        <w:rPr>
          <w:b/>
        </w:rPr>
        <w:t xml:space="preserve">[45:48] </w:t>
      </w:r>
      <w:r>
        <w:t>prophet jo the, aap jante hain ke prophet of islam was born in mecca in 570 ad.</w:t>
      </w:r>
    </w:p>
    <w:p>
      <w:pPr>
        <w:jc w:val="right"/>
      </w:pPr>
      <w:r>
        <w:t>پرافٹ جو تھے، آپ جانتے ہیں کہ پرافٹ آف اسلام واز بورن ان مکہ ان 570 اے ڈی۔</w:t>
      </w:r>
    </w:p>
    <w:p>
      <w:r>
        <w:rPr>
          <w:b/>
        </w:rPr>
        <w:t xml:space="preserve">[45:59] </w:t>
      </w:r>
      <w:r>
        <w:t>he was appointed a prophet in 610. to mecca mein unhon ne apna mission shuru kiya.</w:t>
      </w:r>
    </w:p>
    <w:p>
      <w:pPr>
        <w:jc w:val="right"/>
      </w:pPr>
      <w:r>
        <w:t>ہی واز اپوائنٹڈ ا پرافٹ ان 610۔ تو مکہ میں انہوں نے اپنا مشن شروع کیا۔</w:t>
      </w:r>
    </w:p>
    <w:p>
      <w:r>
        <w:rPr>
          <w:b/>
        </w:rPr>
        <w:t xml:space="preserve">[46:11] </w:t>
      </w:r>
      <w:r>
        <w:t>he started mission in mecca. 13 saal tak mecca mein woh mission chalaya unhon ne. to wahan ke log jo the, aap ke hostile ho gaye aur bohat zyada aap ko yahan tak ke aakhir mein unhon ne tay kar liya ke hamein muhammad ko qatl kar dalna hai,</w:t>
      </w:r>
    </w:p>
    <w:p>
      <w:pPr>
        <w:jc w:val="right"/>
      </w:pPr>
      <w:r>
        <w:t>ہی سٹارٹڈ مشن ان مکہ۔ 13 سال تک مکہ میں وہ مشن چلایا انہوں نے۔ تو وہاں کے لوگ جو تھے، آپ کے ہوسٹائل ہو گئے اور بہت زیادہ آپ کو یہاں تک کہ آخر میں انہوں نے طے کر لیا کہ ہمیں محمد کو قتل کر ڈالنا ہے،</w:t>
      </w:r>
    </w:p>
    <w:p>
      <w:r>
        <w:rPr>
          <w:b/>
        </w:rPr>
        <w:t xml:space="preserve">[46:32] </w:t>
      </w:r>
      <w:r>
        <w:t>maar dalna hai in ko. kyunke is zamane mein aap jante hain ke yeh religious tolerance nahin thi,</w:t>
      </w:r>
    </w:p>
    <w:p>
      <w:pPr>
        <w:jc w:val="right"/>
      </w:pPr>
      <w:r>
        <w:t>مار ڈالنا ہے ان کو۔ کیونکہ اس زمانے میں آپ جانتے ہیں کہ یہ ریلیجیس ٹولرنس نہیں تھی،</w:t>
      </w:r>
    </w:p>
    <w:p>
      <w:r>
        <w:rPr>
          <w:b/>
        </w:rPr>
        <w:t xml:space="preserve">[46:43] </w:t>
      </w:r>
      <w:r>
        <w:t>yani seventh, yani seventh century mein religious tolerance duniya mein kahin thi nahin. aaj jo tolerance hai, jo india mein misaal ke taur par bohat zabardast religious tolerance hai, aap kuch bhi kahiye, aap ko azadi hai.</w:t>
      </w:r>
    </w:p>
    <w:p>
      <w:pPr>
        <w:jc w:val="right"/>
      </w:pPr>
      <w:r>
        <w:t>یعنی سیونتھ، یعنی سیونتھ سینچری میں ریلیجیس ٹولرنس دنیا میں کہیں تھی نہیں۔ آج جو ٹولرنس ہے، جو انڈیا میں مثال کے طور پر بہت زبردست ریلیجیس ٹولرنس ہے، آپ کچھ بھی کہیے، آپ کو آزادی ہے۔</w:t>
      </w:r>
    </w:p>
    <w:p>
      <w:r>
        <w:rPr>
          <w:b/>
        </w:rPr>
        <w:t xml:space="preserve">[47:01] </w:t>
      </w:r>
      <w:r>
        <w:t>agar aap violence na karein to aap chahe islam par boliye, hinduzam par boliye, sikhism par boliye, christianity par boliye, koi aap ka hath nahin pakdega.</w:t>
      </w:r>
    </w:p>
    <w:p>
      <w:pPr>
        <w:jc w:val="right"/>
      </w:pPr>
      <w:r>
        <w:t>اگر آپ وائیلنس نہ کریں تو آپ چاہے اسلام پر بولیے، ہندوازم پر بولیے، سکھزم پر بولیے، کرسچینٹی پر بولیے، کوئی آپ کا ہاتھ نہیں پکڑے گا۔</w:t>
      </w:r>
    </w:p>
    <w:p>
      <w:r>
        <w:rPr>
          <w:b/>
        </w:rPr>
        <w:t xml:space="preserve">[47:13] </w:t>
      </w:r>
      <w:r>
        <w:t>to religious tolerance yahan par par excellence hai, lekin seventh century ad mein religious tolerance nahin tha.</w:t>
      </w:r>
    </w:p>
    <w:p>
      <w:pPr>
        <w:jc w:val="right"/>
      </w:pPr>
      <w:r>
        <w:t>تو ریلیجیس ٹولرنس یہاں پر پار اکسلا ہے، لیکن سیونتھ سینچری اے ڈی میں ریلیجیس ٹولرنس نہیں تھا۔</w:t>
      </w:r>
    </w:p>
    <w:p>
      <w:r>
        <w:rPr>
          <w:b/>
        </w:rPr>
        <w:t xml:space="preserve">[47:23] </w:t>
      </w:r>
      <w:r>
        <w:t>to behal woh log aap ko hostile ho gaye aur bohat zyada aap ko sataya, yahan tak ke tay kar liya ke aap in ko maar dalna hai.</w:t>
      </w:r>
    </w:p>
    <w:p>
      <w:pPr>
        <w:jc w:val="right"/>
      </w:pPr>
      <w:r>
        <w:t>تو بہرحال وہ لوگ آپ کو ہوسٹائل ہو گئے اور بہت زیادہ آپ کو ستایا، یہاں تک کہ طے کر لیا کہ آپ ان کو مار ڈالنا ہے۔</w:t>
      </w:r>
    </w:p>
    <w:p>
      <w:r>
        <w:rPr>
          <w:b/>
        </w:rPr>
        <w:t xml:space="preserve">[47:34] </w:t>
      </w:r>
      <w:r>
        <w:t>to is waqt aap ke sath</w:t>
      </w:r>
    </w:p>
    <w:p>
      <w:pPr>
        <w:jc w:val="right"/>
      </w:pPr>
      <w:r>
        <w:t>تو اس وقت آپ کے ساتھ</w:t>
      </w:r>
    </w:p>
    <w:p>
      <w:r>
        <w:rPr>
          <w:b/>
        </w:rPr>
        <w:t xml:space="preserve">[47:38] </w:t>
      </w:r>
      <w:r>
        <w:t>aik so se zyada log ho chuke the,</w:t>
      </w:r>
    </w:p>
    <w:p>
      <w:pPr>
        <w:jc w:val="right"/>
      </w:pPr>
      <w:r>
        <w:t>ایک سو سے زیادہ لوگ ہو چکے تھے،</w:t>
      </w:r>
    </w:p>
    <w:p>
      <w:r>
        <w:rPr>
          <w:b/>
        </w:rPr>
        <w:t xml:space="preserve">[47:43] </w:t>
      </w:r>
      <w:r>
        <w:t>shayad do so aadmi the makkah aur sabr ko le kar ke. to ab do option tha aap ke liye:</w:t>
      </w:r>
    </w:p>
    <w:p>
      <w:pPr>
        <w:jc w:val="right"/>
      </w:pPr>
      <w:r>
        <w:t>شاید دو سو آدمی تھے مکہ اور صبر کو لے کر کے۔ تو اب دو آپشن تھا آپ کے لیے:</w:t>
      </w:r>
    </w:p>
    <w:p>
      <w:r>
        <w:rPr>
          <w:b/>
        </w:rPr>
        <w:t xml:space="preserve">[47:57] </w:t>
      </w:r>
      <w:r>
        <w:t>aik yeh ke kaam chhod dein apna, jo mission aap chala rahe the, woh chhod dein ya ladein.</w:t>
      </w:r>
    </w:p>
    <w:p>
      <w:pPr>
        <w:jc w:val="right"/>
      </w:pPr>
      <w:r>
        <w:t>ایک یہ کہ کام چھوڑ دیں اپنا، جو مشن آپ چلا رہے تھے، وہ چھوڑ دیں یا لڑیں۔</w:t>
      </w:r>
    </w:p>
    <w:p>
      <w:r>
        <w:rPr>
          <w:b/>
        </w:rPr>
        <w:t xml:space="preserve">[48:09] </w:t>
      </w:r>
      <w:r>
        <w:t>to generally aadmi samajhta hai ke mere paas do hi option hain: ya to kaam chhod doon ya ladon. teesra koi option nahi hai.</w:t>
      </w:r>
    </w:p>
    <w:p>
      <w:pPr>
        <w:jc w:val="right"/>
      </w:pPr>
      <w:r>
        <w:t>تو جنرلی آدمی سمجھتا ہے کہ میرے پاس دو ہی آپشن ہیں: یا تو کام چھوڑ دوں یا لڑوں۔ تیسرا کوئی آپشن نہیں ہے۔</w:t>
      </w:r>
    </w:p>
    <w:p>
      <w:r>
        <w:rPr>
          <w:b/>
        </w:rPr>
        <w:t xml:space="preserve">[48:19] </w:t>
      </w:r>
      <w:r>
        <w:t>yeh hai dichotomous thinking. generally log isi isi mein rehte hain, dichotomy mein rehte hain. maine to yahi paya hai logon ko ke dichotomy mein jeete hain: ya to kaam chhodna hai, nahi to ladna hai.</w:t>
      </w:r>
    </w:p>
    <w:p>
      <w:pPr>
        <w:jc w:val="right"/>
      </w:pPr>
      <w:r>
        <w:t>یہ ہے ڈائیکاٹمس تھنکنگ۔ جنرلی لوگ اسی اسی میں رہتے ہیں، ڈائیکاٹمی میں رہتے ہیں۔ میں نے تو یہی پایا ہے لوگوں کو کہ ڈائیکاٹمی میں جیتے ہیں: یا تو کام چھوڑنا ہے، نہیں تو لڑنا ہے۔</w:t>
      </w:r>
    </w:p>
    <w:p>
      <w:r>
        <w:rPr>
          <w:b/>
        </w:rPr>
        <w:t xml:space="preserve">[48:32] </w:t>
      </w:r>
      <w:r>
        <w:t>to ab kehte hain kaam kahin chhoden, jab kaam nahi chhod sakte to lado, lado maro. aaj kal musalman yahi kar rahe hain. saare musalman duniya bhar ke dichotomous thinker bane hue hain.</w:t>
      </w:r>
    </w:p>
    <w:p>
      <w:pPr>
        <w:jc w:val="right"/>
      </w:pPr>
      <w:r>
        <w:t>تو اب کہتے ہیں کام کہیں چھوڑیں، جب کام نہیں چھوڑ سکتے تو لڑو، لڑو مرو۔ آج کل مسلمان یہی کر رہے ہیں۔ سارے مسلمان دنیا بھر کے ڈائیکاٹمس تھنکر بنے ہوئے ہیں۔</w:t>
      </w:r>
    </w:p>
    <w:p>
      <w:r>
        <w:rPr>
          <w:b/>
        </w:rPr>
        <w:t xml:space="preserve">[48:45] </w:t>
      </w:r>
      <w:r>
        <w:t>maine to kisi musalman ko nahi paya jo dichotomous thinking se bahar ho. kahin rukawat padti hai to woh kehte hain: "achha, ab chhoden kaise?" to phir ladenge, lad lad ke marenge, chahe kuch bhi ho.</w:t>
      </w:r>
    </w:p>
    <w:p>
      <w:pPr>
        <w:jc w:val="right"/>
      </w:pPr>
      <w:r>
        <w:t>میں نے تو کسی مسلمان کو نہیں پایا جو ڈائیکاٹمس تھنکنگ سے باہر ہو۔ کہیں رکاوٹ پڑتی ہے تو وہ کہتے ہیں: "اچھا، اب چھوڑیں کیسے؟" تو پھر لڑیں گے، لڑ لڑ کے مریں گے، چاہے کچھ بھی ہو۔</w:t>
      </w:r>
    </w:p>
    <w:p>
      <w:r>
        <w:rPr>
          <w:b/>
        </w:rPr>
        <w:t xml:space="preserve">[49:00] </w:t>
      </w:r>
      <w:r>
        <w:t>dekhiye, dichotomous thinking jo hai, bahut bahut hi zyada, yani bahut hi zyada, yani is mein tabahi hai.</w:t>
      </w:r>
    </w:p>
    <w:p>
      <w:pPr>
        <w:jc w:val="right"/>
      </w:pPr>
      <w:r>
        <w:t>دیکھیے، ڈائیکاٹمس تھنکنگ جو ہے، بہت بہت ہی زیادہ، یعنی بہت ہی زیادہ، یعنی اس میں تباہی ہے۔</w:t>
      </w:r>
    </w:p>
    <w:p>
      <w:r>
        <w:rPr>
          <w:b/>
        </w:rPr>
        <w:t xml:space="preserve">[49:14] </w:t>
      </w:r>
      <w:r>
        <w:t>to prophet ki zindagi ek namuna batati hai hum ko ke madina makkah mein is waqt ek tha yeh ke aap apne kaam ko chhod dein, ek tha yeh ke ladein.</w:t>
      </w:r>
    </w:p>
    <w:p>
      <w:pPr>
        <w:jc w:val="right"/>
      </w:pPr>
      <w:r>
        <w:t>تو پرافٹ کی زندگی ایک نمونہ بتاتی ہے ہم کو کہ مدینہ مکہ میں اس وقت ایک تھا یہ کہ آپ اپنے کام کو چھوڑ دیں، ایک تھا یہ کہ لڑیں۔</w:t>
      </w:r>
    </w:p>
    <w:p>
      <w:r>
        <w:rPr>
          <w:b/>
        </w:rPr>
        <w:t xml:space="preserve">[49:25] </w:t>
      </w:r>
      <w:r>
        <w:t>aap ne ek third option nikala. third option tha migration, jis ko hum hijrat kehte hain. yani migration was third option.</w:t>
      </w:r>
    </w:p>
    <w:p>
      <w:pPr>
        <w:jc w:val="right"/>
      </w:pPr>
      <w:r>
        <w:t>آپ نے ایک تھرڈ آپشن نکالا۔ تھرڈ آپشن تھا مائیگریشن، جس کو ہم ہجرت کہتے ہیں۔ یعنی مائیگریشن واز تھرڈ آپشن۔</w:t>
      </w:r>
    </w:p>
    <w:p>
      <w:r>
        <w:rPr>
          <w:b/>
        </w:rPr>
        <w:t xml:space="preserve">[49:36] </w:t>
      </w:r>
      <w:r>
        <w:t>to ek option tha ke makkah hi mein apne kaam keh kar apne apne apne mission chalate rahein. doosra option yeh tha ke use ladne ke liye khade ho jayein.</w:t>
      </w:r>
    </w:p>
    <w:p>
      <w:pPr>
        <w:jc w:val="right"/>
      </w:pPr>
      <w:r>
        <w:t>تو ایک آپشن تھا کہ مکہ ہی میں اپنے کام کہہ کر اپنے اپنے اپنے مشن چلاتے رہیں۔ دوسرا آپشن یہ تھا کہ اسے لڑنے کے لیے کھڑے ہو جائیں۔</w:t>
      </w:r>
    </w:p>
    <w:p>
      <w:r>
        <w:rPr>
          <w:b/>
        </w:rPr>
        <w:t xml:space="preserve">[49:48] </w:t>
      </w:r>
      <w:r>
        <w:t>lekin dono option jo hai, bahut mushkil tha wahan. to third option aap ne nikala ke makkah chhod kar ke chale jao doosre town mein aur wahan par apna center banao.</w:t>
      </w:r>
    </w:p>
    <w:p>
      <w:pPr>
        <w:jc w:val="right"/>
      </w:pPr>
      <w:r>
        <w:t>لیکن دونوں آپشن جو ہے، بہت مشکل تھا وہاں۔ تو تھرڈ آپشن آپ نے نکالا کہ مکہ چھوڑ کر کے چلے جاؤ دوسرے ٹاؤن میں اور وہاں پر اپنا سینٹر بناؤ۔</w:t>
      </w:r>
    </w:p>
    <w:p>
      <w:r>
        <w:rPr>
          <w:b/>
        </w:rPr>
        <w:t xml:space="preserve">[49:59] </w:t>
      </w:r>
      <w:r>
        <w:t>to aap ne yahi kiya. is ko urdu mein bhi kehte hain hijrah, english mein aap kahenge migration.</w:t>
      </w:r>
    </w:p>
    <w:p>
      <w:pPr>
        <w:jc w:val="right"/>
      </w:pPr>
      <w:r>
        <w:t>تو آپ نے یہی کیا۔ اس کو عربی میں بھی کہتے ہیں ہجرہ، انگلش میں آپ کہیں گے مائیگریشن۔</w:t>
      </w:r>
    </w:p>
    <w:p>
      <w:r>
        <w:rPr>
          <w:b/>
        </w:rPr>
        <w:t xml:space="preserve">[50:09] </w:t>
      </w:r>
      <w:r>
        <w:t>to aap apne saathiyon ko le kar ke wahan chale gaye aur wahan par jo tha, thoda difference tha makkah ki mentality mein aur madina ki mentality mein.</w:t>
      </w:r>
    </w:p>
    <w:p>
      <w:pPr>
        <w:jc w:val="right"/>
      </w:pPr>
      <w:r>
        <w:t>تو آپ اپنے ساتھیوں کو لے کر کے وہاں چلے گئے اور وہاں پر جو تھا، تھوڑا ڈیفرنس تھا مکہ کی مینٹیلیٹی میں اور مدینہ کی مینٹیلیٹی میں۔</w:t>
      </w:r>
    </w:p>
    <w:p>
      <w:r>
        <w:rPr>
          <w:b/>
        </w:rPr>
        <w:t xml:space="preserve">[50:23] </w:t>
      </w:r>
      <w:r>
        <w:t>to madina mein log bahut jald aap ke saathi ban gaye. to wahan par ek city state qaim ho gayi. to yeh main is ki detail mein nahi jaunga.</w:t>
      </w:r>
    </w:p>
    <w:p>
      <w:pPr>
        <w:jc w:val="right"/>
      </w:pPr>
      <w:r>
        <w:t>تو مدینہ میں لوگ بہت جلد آپ کے ساتھی بن گئے۔ تو وہاں پر ایک سٹی اسٹیٹ قائم ہو گئی۔ تو یہ میں اس کی ڈیٹیل میں نہیں جاؤں گا۔</w:t>
      </w:r>
    </w:p>
    <w:p>
      <w:r>
        <w:rPr>
          <w:b/>
        </w:rPr>
        <w:t xml:space="preserve">[50:36] </w:t>
      </w:r>
      <w:r>
        <w:t>main sirf yeh kehna chahta hoon ke aadmi ko dichotomous thinking mein nahi jeena chahiye. hamesha us ko third option talash karna chahiye.</w:t>
      </w:r>
    </w:p>
    <w:p>
      <w:pPr>
        <w:jc w:val="right"/>
      </w:pPr>
      <w:r>
        <w:t>میں صرف یہ کہنا چاہتا ہوں کہ آدمی کو ڈائیکاٹمس تھنکنگ میں نہیں جینا چاہیے۔ ہمیشہ اس کو تھرڈ آپشن تلاش کرنا چاہیے۔</w:t>
      </w:r>
    </w:p>
    <w:p>
      <w:r>
        <w:rPr>
          <w:b/>
        </w:rPr>
        <w:t xml:space="preserve">[50:46] </w:t>
      </w:r>
      <w:r>
        <w:t>hota yeh hai ke log samajhte hain ke yeh to buzdi hai, yeh to cowardice hai, kaise hum chhod ke chale jayein? lekin yeh chhodna nahi hai, yeh hai apne field ko badalna,</w:t>
      </w:r>
    </w:p>
    <w:p>
      <w:pPr>
        <w:jc w:val="right"/>
      </w:pPr>
      <w:r>
        <w:t>ہوتا یہ ہے کہ لوگ سمجھتے ہیں کہ یہ تو بزدلی ہے، یہ تو کاورڈس ہے، کیسے ہم چھوڑ کے چلے جائیں؟ لیکن یہ چھوڑنا نہیں ہے، یہ ہے اپنے فیلڈ کو بدلنا،</w:t>
      </w:r>
    </w:p>
    <w:p>
      <w:r>
        <w:rPr>
          <w:b/>
        </w:rPr>
        <w:t xml:space="preserve">[51:03] </w:t>
      </w:r>
      <w:r>
        <w:t>maidan e kar ko badalna ke ab tak kaam kar rahe the makkah mein, ab kaam karenge madina mein.</w:t>
      </w:r>
    </w:p>
    <w:p>
      <w:pPr>
        <w:jc w:val="right"/>
      </w:pPr>
      <w:r>
        <w:t>میدان کار کو بدلنا کہ اب تک کام کر رہے تھے مکہ میں، اب کام کریں گے مدینہ میں۔</w:t>
      </w:r>
    </w:p>
    <w:p>
      <w:r>
        <w:rPr>
          <w:b/>
        </w:rPr>
        <w:t xml:space="preserve">[51:12] </w:t>
      </w:r>
      <w:r>
        <w:t>to yeh yeh hai field ko badalna, na ke buzdi, peeche hatna, peeche bhagna nahi hai.</w:t>
      </w:r>
    </w:p>
    <w:p>
      <w:pPr>
        <w:jc w:val="right"/>
      </w:pPr>
      <w:r>
        <w:t>تو یہ یہ ہے فیلڈ کو بدلنا، نہ کہ بزدلی، پیچھے ہٹنا، پیچھے بھاگنا نہیں ہے۔</w:t>
      </w:r>
    </w:p>
    <w:p>
      <w:r>
        <w:rPr>
          <w:b/>
        </w:rPr>
        <w:t xml:space="preserve">[51:23] </w:t>
      </w:r>
      <w:r>
        <w:t>aise hi dekhiye, ek baat mein arz karoon ke log cheezon ko face value pe le lete hain.</w:t>
      </w:r>
    </w:p>
    <w:p>
      <w:pPr>
        <w:jc w:val="right"/>
      </w:pPr>
      <w:r>
        <w:t>ایسے ہی دیکھیے، ایک بات میں عرض کروں کہ لوگ چیزوں کو فیس ویلیو پہ لے لیتے ہیں۔</w:t>
      </w:r>
    </w:p>
    <w:p>
      <w:r>
        <w:rPr>
          <w:b/>
        </w:rPr>
        <w:t xml:space="preserve">[51:32] </w:t>
      </w:r>
      <w:r>
        <w:t>face value pe. ek sahab bombay ke charter accountant hain, woh hamare magazine ke reader hain. ek baar aaye woh delhi to maine poocha ke aap kyun pasand hain, padhte hain hamara magazine, is mein kya milta hai aap ko?</w:t>
      </w:r>
    </w:p>
    <w:p>
      <w:pPr>
        <w:jc w:val="right"/>
      </w:pPr>
      <w:r>
        <w:t>فیس ویلیو پہ۔ ایک صاحب بمبے کے چارٹر اکاؤنٹنٹ ہیں، وہ ہمارے میگزین کے ریڈر ہیں۔ ایک بار آئے وہ دلی تو میں نے پوچھا کہ آپ کیوں پسند ہیں، پڑھتے ہیں ہمارا میگزین، اس میں کیا ملتا ہے آپ کو؟</w:t>
      </w:r>
    </w:p>
    <w:p>
      <w:r>
        <w:rPr>
          <w:b/>
        </w:rPr>
        <w:t xml:space="preserve">[51:48] </w:t>
      </w:r>
      <w:r>
        <w:t>to unhone kaha ke aap cheez, aap jo hai, cheezon ko face value pe nahi lete,</w:t>
      </w:r>
    </w:p>
    <w:p>
      <w:pPr>
        <w:jc w:val="right"/>
      </w:pPr>
      <w:r>
        <w:t>تو انہوں نے کہا کہ آپ چیز، آپ جو ہے، چیزوں کو فیس ویلیو پہ نہیں لیتے،</w:t>
      </w:r>
    </w:p>
    <w:p>
      <w:r>
        <w:rPr>
          <w:b/>
        </w:rPr>
        <w:t xml:space="preserve">[51:57] </w:t>
      </w:r>
      <w:r>
        <w:t>is liye mujhe pasand hai aap ka magazine.</w:t>
      </w:r>
    </w:p>
    <w:p>
      <w:pPr>
        <w:jc w:val="right"/>
      </w:pPr>
      <w:r>
        <w:t>اس لیے مجھے پسند ہے آپ کا میگزین۔</w:t>
      </w:r>
    </w:p>
    <w:p>
      <w:r>
        <w:rPr>
          <w:b/>
        </w:rPr>
        <w:t xml:space="preserve">[52:02] </w:t>
      </w:r>
      <w:r>
        <w:t>to main aap ko ek misaal arz karunga prophet ki zindagi se. aap ek baar ja rahe the madina se, nahi, aap ja rahe the ek baar makkah se taif.</w:t>
      </w:r>
    </w:p>
    <w:p>
      <w:pPr>
        <w:jc w:val="right"/>
      </w:pPr>
      <w:r>
        <w:t>تو میں آپ کو ایک مثال عرض کروں گا پرافٹ کی زندگی سے۔ آپ ایک بار جا رہے تھے مدینہ سے، نہیں، آپ جا رہے تھے ایک بار مکہ سے طائف۔</w:t>
      </w:r>
    </w:p>
    <w:p>
      <w:r>
        <w:rPr>
          <w:b/>
        </w:rPr>
        <w:t xml:space="preserve">[52:22] </w:t>
      </w:r>
      <w:r>
        <w:t>makkah se taif. is waqt aap ke sath barah hazar aadmi the. barah hazar. yeh is waqt ki baat hai jabke makkah ke sare log aap ke saathi ban chuke the aur aap ka mission bohat aage ja chuka tha.</w:t>
      </w:r>
    </w:p>
    <w:p>
      <w:pPr>
        <w:jc w:val="right"/>
      </w:pPr>
      <w:r>
        <w:t>مکہ سے طائف۔ اس وقت آپ کے ساتھ بارہ ہزار آدمی تھے۔ بارہ ہزار۔ یہ اس وقت کی بات ہے جبکہ مکہ کے سارے لوگ آپ کے ساتھی بن چکے تھے اور آپ کا مشن بہت آگے جا چکا تھا۔</w:t>
      </w:r>
    </w:p>
    <w:p>
      <w:r>
        <w:rPr>
          <w:b/>
        </w:rPr>
        <w:t xml:space="preserve">[52:39] </w:t>
      </w:r>
      <w:r>
        <w:t>tab ki baat hai yeh. to jab aap raste mein, aap jante hain ke wahan pahad hote hain, ek jagah aap ko ek pohnche to wahan par ek, agar aap kabhi aise area mein gaye hon to pahadon mein raste hote hain jin ko ghaati kehte hain.</w:t>
      </w:r>
    </w:p>
    <w:p>
      <w:pPr>
        <w:jc w:val="right"/>
      </w:pPr>
      <w:r>
        <w:t>تب کی بات ہے یہ۔ تو جب آپ راستے میں، آپ جانتے ہیں کہ وہاں پہاڑ ہوتے ہیں، ایک جگہ آپ کو ایک پہنچے تو وہاں پر ایک، اگر آپ کبھی ایسے ایریا میں گئے ہوں تو پہاڑوں میں راستے ہوتے ہیں جن کو گھاٹی کہتے ہیں۔</w:t>
      </w:r>
    </w:p>
    <w:p>
      <w:r>
        <w:rPr>
          <w:b/>
        </w:rPr>
        <w:t xml:space="preserve">[53:06] </w:t>
      </w:r>
      <w:r>
        <w:t>aur is mein bohat hi narrow rasta hota hai woh. aur is mein woh bhi jhariyan bhi hoti hain. to aap ek jagah pohnche to wahan par ek rasta tha,</w:t>
      </w:r>
    </w:p>
    <w:p>
      <w:pPr>
        <w:jc w:val="right"/>
      </w:pPr>
      <w:r>
        <w:t>اور اس میں بہت ہی نیرو راستہ ہوتا ہے وہ۔ اور اس میں وہ بھی جھاڑیاں بھی ہوتی ہیں۔ تو آپ ایک جگہ پہنچے تو وہاں پر ایک راستہ تھا،</w:t>
      </w:r>
    </w:p>
    <w:p>
      <w:r>
        <w:rPr>
          <w:b/>
        </w:rPr>
        <w:t xml:space="preserve">[53:21] </w:t>
      </w:r>
      <w:r>
        <w:t>yani narrow. to aap ne poocha, wahan par arab mein, arab mein log naam rakha karte the. to aap ne poocha ke is raste ka naam kya hai?</w:t>
      </w:r>
    </w:p>
    <w:p>
      <w:pPr>
        <w:jc w:val="right"/>
      </w:pPr>
      <w:r>
        <w:t>یعنی نیرو۔ تو آپ نے پوچھا، وہاں پر عرب میں، عرب میں لوگ نام رکھا کرتے تھے۔ تو آپ نے پوچھا کہ اس راستے کا نام کیا ہے؟</w:t>
      </w:r>
    </w:p>
    <w:p>
      <w:r>
        <w:rPr>
          <w:b/>
        </w:rPr>
        <w:t xml:space="preserve">[53:32] </w:t>
      </w:r>
      <w:r>
        <w:t>yeh jo rasta hamare samne hai, tang, is ka naam kya hai? to logon ne bataya ke is ka naam hai</w:t>
      </w:r>
    </w:p>
    <w:p>
      <w:pPr>
        <w:jc w:val="right"/>
      </w:pPr>
      <w:r>
        <w:t>یہ جو راستہ ہمارے سامنے ہے، تنگ، اس کا نام کیا ہے؟ تو لوگوں نے بتایا کہ اس کا نام ہے</w:t>
      </w:r>
    </w:p>
    <w:p>
      <w:r>
        <w:rPr>
          <w:b/>
        </w:rPr>
        <w:t xml:space="preserve">[53:43] </w:t>
      </w:r>
      <w:r>
        <w:t>al-asra, yani tang rasta. is ka naam hai tang rasta, yani jo face value pe lete hue is ko unhon ne tang rasta, is ka naam rakh diya tha.</w:t>
      </w:r>
    </w:p>
    <w:p>
      <w:pPr>
        <w:jc w:val="right"/>
      </w:pPr>
      <w:r>
        <w:t>العصرا، یعنی تنگ راستہ۔ اس کا نام ہے تنگ راستہ، یعنی جو فیس ویلیو پہ لیتے ہوئے اس کو انہوں نے تنگ راستہ، اس کا نام رکھ دیا تھا۔</w:t>
      </w:r>
    </w:p>
    <w:p>
      <w:r>
        <w:rPr>
          <w:b/>
        </w:rPr>
        <w:t xml:space="preserve">[53:57] </w:t>
      </w:r>
      <w:r>
        <w:t>aap ne kaha ke nahi, bal al-yasra, yeh to kushada rasta hai. yeh bohat ziyada sochne ki baat hai.</w:t>
      </w:r>
    </w:p>
    <w:p>
      <w:pPr>
        <w:jc w:val="right"/>
      </w:pPr>
      <w:r>
        <w:t>آپ نے کہا کہ نہیں، بلہ الیسرا، یہ تو کشادہ راستہ ہے۔ یہ بہت زیادہ سوچنے کی بات ہے۔</w:t>
      </w:r>
    </w:p>
    <w:p>
      <w:r>
        <w:rPr>
          <w:b/>
        </w:rPr>
        <w:t xml:space="preserve">[54:07] </w:t>
      </w:r>
      <w:r>
        <w:t>wo rasta dekhne mein tang hi tha, narrow hi tha. woh ek narrow lane thi. woh phir aap ne kyun keh diya ke nahi, yeh to kushada hai, yeh to khula hua hai?</w:t>
      </w:r>
    </w:p>
    <w:p>
      <w:pPr>
        <w:jc w:val="right"/>
      </w:pPr>
      <w:r>
        <w:t>وہ راستہ دیکھنے میں تنگ ہی تھا، نیرو ہی تھا۔ وہ ایک نیرو لین تھی۔ وہ پھر آپ نے کیوں کہہ دیا کہ نہیں، یہ تو کشادہ ہے، یہ تو کھلا ہوا ہے؟</w:t>
      </w:r>
    </w:p>
    <w:p>
      <w:r>
        <w:rPr>
          <w:b/>
        </w:rPr>
        <w:t xml:space="preserve">[54:23] </w:t>
      </w:r>
      <w:r>
        <w:t>to aap ne kya bataya logon ko? yeh bataya ke tum face value par chunchke le rahe ho, is liye tum ko tang dikhai deta hai.</w:t>
      </w:r>
    </w:p>
    <w:p>
      <w:pPr>
        <w:jc w:val="right"/>
      </w:pPr>
      <w:r>
        <w:t>تو آپ نے کیا بتایا لوگوں کو؟ یہ بتایا کہ تم فیس ویلیو پر چونکہ لے رہے ہو، اس لیے تم کو تنگ دکھائی دیتا ہے۔</w:t>
      </w:r>
    </w:p>
    <w:p>
      <w:r>
        <w:rPr>
          <w:b/>
        </w:rPr>
        <w:t xml:space="preserve">[54:35] </w:t>
      </w:r>
      <w:r>
        <w:t>to surat kya thi wahan par? log barah hazar aadmi, yani horizontally tareeqe par bikhre hue the, bikhar ke chal rahe the.</w:t>
      </w:r>
    </w:p>
    <w:p>
      <w:pPr>
        <w:jc w:val="right"/>
      </w:pPr>
      <w:r>
        <w:t>تو صورت کیا تھی وہاں پر؟ لوگ بارہ ہزار آدمی، یعنی ہوریزنٹلی طریقے پر بکھرے ہوئے تھے، بکھر کے چل رہے تھے۔</w:t>
      </w:r>
    </w:p>
    <w:p>
      <w:r>
        <w:rPr>
          <w:b/>
        </w:rPr>
        <w:t xml:space="preserve">[54:48] </w:t>
      </w:r>
      <w:r>
        <w:t>to jab aap bikhre hue hain to aap ko tang hi lagega woh. to aap ne kaha ke woh line bana lo.</w:t>
      </w:r>
    </w:p>
    <w:p>
      <w:pPr>
        <w:jc w:val="right"/>
      </w:pPr>
      <w:r>
        <w:t>تو جب آپ بکھرے ہوئے ہیں تو آپ کو تنگ ہی لگے گا وہ۔ تو آپ نے کہا کہ وہ لائن بنا لو۔</w:t>
      </w:r>
    </w:p>
    <w:p>
      <w:r>
        <w:rPr>
          <w:b/>
        </w:rPr>
        <w:t xml:space="preserve">[54:58] </w:t>
      </w:r>
      <w:r>
        <w:t>kyun bana lo? yani aise dayen bayen bikhra, bikhre hue jo chal rahe the to ab tak. to ab tum line bana lo aur queue mein ho jao.</w:t>
      </w:r>
    </w:p>
    <w:p>
      <w:pPr>
        <w:jc w:val="right"/>
      </w:pPr>
      <w:r>
        <w:t>کیوں بنا لو؟ یعنی ایسے دائیں بائیں بکھرا، بکھرے ہوئے جو چل رہے تھے تو اب تک۔ تو اب تم لین بنا لو اور کیو میں ہو جاؤ۔</w:t>
      </w:r>
    </w:p>
    <w:p>
      <w:r>
        <w:rPr>
          <w:b/>
        </w:rPr>
        <w:t xml:space="preserve">[55:09] </w:t>
      </w:r>
      <w:r>
        <w:t>to unhon ne aise hi kiya aur nihayat aasani se woh sare log is narrow raste se paar ho gaye. to yeh hai ke cheezon ka face value pe na lena.</w:t>
      </w:r>
    </w:p>
    <w:p>
      <w:pPr>
        <w:jc w:val="right"/>
      </w:pPr>
      <w:r>
        <w:t>تو انہوں نے ایسے ہی کیا اور نہایت آسانی سے وہ سارے لوگ اس نیرو راستے سے پار ہو گئے۔ تو یہ ہے کہ چیزوں کا فیس ویلیو پہ نہ لینا۔</w:t>
      </w:r>
    </w:p>
    <w:p>
      <w:r>
        <w:rPr>
          <w:b/>
        </w:rPr>
        <w:t xml:space="preserve">[55:24] </w:t>
      </w:r>
      <w:r>
        <w:t>jab aap cheezon ka face value pe lein to aap ki aqal kaam nahi karti wahan pe. aap kuch soch nahi paate.</w:t>
      </w:r>
    </w:p>
    <w:p>
      <w:pPr>
        <w:jc w:val="right"/>
      </w:pPr>
      <w:r>
        <w:t>جب آپ چیزوں کا فیس ویلیو پہ لیں تو آپ کی عقل کام نہیں کرتی وہاں پہ۔ آپ کچھ سوچ نہیں پاتے۔</w:t>
      </w:r>
    </w:p>
    <w:p>
      <w:r>
        <w:rPr>
          <w:b/>
        </w:rPr>
        <w:t xml:space="preserve">[55:34] </w:t>
      </w:r>
      <w:r>
        <w:t>yeh bhi art of thinking ka ek woh hai. kyunke Khuda ne duniya mein dekhiye. Khuda ne duniya mein aap jante hain ke river hi banai hai aur pahad hi banaye hain.</w:t>
      </w:r>
    </w:p>
    <w:p>
      <w:pPr>
        <w:jc w:val="right"/>
      </w:pPr>
      <w:r>
        <w:t>یہ بھی آرٹ آف تھنکنگ کا ایک وہ ہے۔ کیونکہ خدا نے دنیا میں دیکھیے۔ خدا نے دنیا میں آپ جانتے ہیں کہ ریور ہی بنائی ہے اور پہاڑ ہی بنائے ہیں۔</w:t>
      </w:r>
    </w:p>
    <w:p>
      <w:r>
        <w:rPr>
          <w:b/>
        </w:rPr>
        <w:t xml:space="preserve">[55:48] </w:t>
      </w:r>
      <w:r>
        <w:t>Khuda ne duniya mein, yani chore chore raste banaye hain aur tang raste banaye hain. Khuda ne apne plan ke mutabiq, apna jo Khuda ke creation plan hai, us ke mutabiq duniya mein cheezon ko banaya hai.</w:t>
      </w:r>
    </w:p>
    <w:p>
      <w:pPr>
        <w:jc w:val="right"/>
      </w:pPr>
      <w:r>
        <w:t>خدا نے دنیا میں، یعنی چوڑے چوڑے راستے بنائے ہیں اور تنگ راستے بنائے ہیں۔ خدا نے اپنے پلان کے مطابق، اپنا جو خدا کے کریشن پلان ہے، اس کے مطابق دنیا میں چیزوں کو بنایا ہے۔</w:t>
      </w:r>
    </w:p>
    <w:p>
      <w:r>
        <w:rPr>
          <w:b/>
        </w:rPr>
        <w:t xml:space="preserve">[56:03] </w:t>
      </w:r>
      <w:r>
        <w:t>unhon ne aisa nahi ho sakta ke jaisa aap chahen, waise hi duniya ho. aap chahen ke raste sab chore hon to sare raste chore ho jayen.</w:t>
      </w:r>
    </w:p>
    <w:p>
      <w:pPr>
        <w:jc w:val="right"/>
      </w:pPr>
      <w:r>
        <w:t>انہوں نے ایسا نہیں ہو سکتا کہ جیسا آپ چاہیں، ویسے ہی دنیا ہو۔ آپ چاہیں کہ راستے سب چوڑے ہوں تو سارے راستے چوڑے ہو جائیں۔</w:t>
      </w:r>
    </w:p>
    <w:p>
      <w:r>
        <w:rPr>
          <w:b/>
        </w:rPr>
        <w:t xml:space="preserve">[56:14] </w:t>
      </w:r>
      <w:r>
        <w:t>aisa nahi ho sakta. Tagore ne ek nazm likhi hai ke main ek martaba meri boat Hooghly mein chal rahi thi to raste mein ek bridge aaya aur bridge jo hai woh neecha tha.</w:t>
      </w:r>
    </w:p>
    <w:p>
      <w:pPr>
        <w:jc w:val="right"/>
      </w:pPr>
      <w:r>
        <w:t>ایسا نہیں ہو سکتا۔ ٹیگور نے ایک نظم لکھی ہے کہ میں ایک مرتبہ میری بوٹ ہگلی میں چل رہی تھی تو راستے میں ایک برج آیا اور برج جو ہے وہ نیچا تھا۔</w:t>
      </w:r>
    </w:p>
    <w:p>
      <w:r>
        <w:rPr>
          <w:b/>
        </w:rPr>
        <w:t xml:space="preserve">[56:34] </w:t>
      </w:r>
      <w:r>
        <w:t>hamari boat is mein se nahi ja sakti thi. to unhon ne kaha ke main ne socha ke agar aisa hota ke yeh bridge ooper uth jata aur hamari boat chali jati idhar to kitna acha tha.</w:t>
      </w:r>
    </w:p>
    <w:p>
      <w:pPr>
        <w:jc w:val="right"/>
      </w:pPr>
      <w:r>
        <w:t>ہماری بوٹ اس میں سے نہیں جا سکتی تھی۔ تو انہوں نے کہا کہ میں نے سوچا کہ اگر ایسا ہوتا کہ یہ برج اوپر اٹھ جاتا اور ہماری بوٹ چلی جاتی ادھر تو کتنا اچھا تھا۔</w:t>
      </w:r>
    </w:p>
    <w:p>
      <w:r>
        <w:rPr>
          <w:b/>
        </w:rPr>
        <w:t xml:space="preserve">[56:49] </w:t>
      </w:r>
      <w:r>
        <w:t>to unhon ne bari achi baat kahi hai ke yeh Khuda ka yeh plan nahi ho sakta. agar aisa ho to logon ka trust khatam ho jaye nature par.</w:t>
      </w:r>
    </w:p>
    <w:p>
      <w:pPr>
        <w:jc w:val="right"/>
      </w:pPr>
      <w:r>
        <w:t>تو انہوں نے بڑی اچھی بات کہی ہے کہ یہ خدا کا یہ پلان نہیں ہو سکتا۔ اگر ایسا ہو تو لوگوں کا ٹرسٹ ختم ہو جائے نیچر پر۔</w:t>
      </w:r>
    </w:p>
    <w:p>
      <w:r>
        <w:rPr>
          <w:b/>
        </w:rPr>
        <w:t xml:space="preserve">[57:03] </w:t>
      </w:r>
      <w:r>
        <w:t>ke nature mein agar is tarah hua kare ke kabhi bridge ooper uth gaya, kabhi neeche aa gaya to trust khatam ho jayega aap ka.</w:t>
      </w:r>
    </w:p>
    <w:p>
      <w:pPr>
        <w:jc w:val="right"/>
      </w:pPr>
      <w:r>
        <w:t>کہ نیچر میں اگر اس طرح ہوا کرے کہ کبھی برج اوپر اٹھ گیا، کبھی نیچے آ گیا تو ٹرسٹ ختم ہو جائے گا آپ کا۔</w:t>
      </w:r>
    </w:p>
    <w:p>
      <w:r>
        <w:rPr>
          <w:b/>
        </w:rPr>
        <w:t xml:space="preserve">[57:11] </w:t>
      </w:r>
      <w:r>
        <w:t>ab kaise bharosa karenge aap? jaise ke aap ore nikalte hain steel banane ke liye. aap ne steel banai, us ke baad aap us ko bridge banate hain.</w:t>
      </w:r>
    </w:p>
    <w:p>
      <w:pPr>
        <w:jc w:val="right"/>
      </w:pPr>
      <w:r>
        <w:t>اب کیسے بھروسہ کریں گے آپ؟ جیسے کہ آپ اورڈ نکالتے ہیں اسٹیل بنانے کے لیے۔ آپ نے اسٹیل بنائی، اس کے بعد آپ اس کو برج بناتے ہیں۔</w:t>
      </w:r>
    </w:p>
    <w:p>
      <w:r>
        <w:rPr>
          <w:b/>
        </w:rPr>
        <w:t xml:space="preserve">[57:22] </w:t>
      </w:r>
      <w:r>
        <w:t>agar aap ko yeh shakk ho, kya maloom yeh kisi waqt yeh steel jo hai woh rooi ki tarah ho jaye? kya maloom yeh steel kabhi pani ki tarah behne lage?</w:t>
      </w:r>
    </w:p>
    <w:p>
      <w:pPr>
        <w:jc w:val="right"/>
      </w:pPr>
      <w:r>
        <w:t>اگر آپ کو یہ شک ہو، کیا معلوم یہ کسی وقت یہ اسٹیل جو ہے وہ روئی کی طرح ہو جائے؟ کیا معلوم یہ اسٹیل کبھی پانی کی طرح بہنے لگے؟</w:t>
      </w:r>
    </w:p>
    <w:p>
      <w:r>
        <w:rPr>
          <w:b/>
        </w:rPr>
        <w:t xml:space="preserve">[57:31] </w:t>
      </w:r>
      <w:r>
        <w:t>to aap kaise bridge banayenge? to aap ko bharosa chahiye, aap ko trust chahiye. to Khuda agar is tarah se badal diya kare to trust uth jayega.</w:t>
      </w:r>
    </w:p>
    <w:p>
      <w:pPr>
        <w:jc w:val="right"/>
      </w:pPr>
      <w:r>
        <w:t>تو آپ کیسے برج بنائیں گے؟ تو آپ کو بھروسہ چاہیے، آپ کو ٹرسٹ چاہیے۔ تو خدا اگر اس طرح سے بدل دیا کرے تو ٹرسٹ اٹھ جائے گا۔</w:t>
      </w:r>
    </w:p>
    <w:p>
      <w:r>
        <w:rPr>
          <w:b/>
        </w:rPr>
        <w:t xml:space="preserve">[57:42] </w:t>
      </w:r>
      <w:r>
        <w:t>duniya ka kaam kaise chalega? to Khuda ne jo duniya banai hai, usi ke sath humein apne ko adjust karna hai.</w:t>
      </w:r>
    </w:p>
    <w:p>
      <w:pPr>
        <w:jc w:val="right"/>
      </w:pPr>
      <w:r>
        <w:t>دنیا کا کام کیسے چلے گا؟ تو خدا نے جو دنیا بنائی ہے، اسی کے ساتھ ہمیں اپنے کو ایڈجسٹ کرنا ہے۔</w:t>
      </w:r>
    </w:p>
    <w:p>
      <w:r>
        <w:rPr>
          <w:b/>
        </w:rPr>
        <w:t xml:space="preserve">[57:53] </w:t>
      </w:r>
      <w:r>
        <w:t>tab hum kamyab ho sakte hain. aise hi mein ek waqia</w:t>
      </w:r>
    </w:p>
    <w:p>
      <w:pPr>
        <w:jc w:val="right"/>
      </w:pPr>
      <w:r>
        <w:t>تب ہم کامیاب ہو سکتے ہیں۔ ایسے ہی میں ایک واقعہ</w:t>
      </w:r>
    </w:p>
    <w:p>
      <w:r>
        <w:rPr>
          <w:b/>
        </w:rPr>
        <w:t xml:space="preserve">[58:08] </w:t>
      </w:r>
      <w:r>
        <w:t>profit ki zindagi se,</w:t>
      </w:r>
    </w:p>
    <w:p>
      <w:pPr>
        <w:jc w:val="right"/>
      </w:pPr>
      <w:r>
        <w:t>پرافٹ کی زندگی سے،</w:t>
      </w:r>
    </w:p>
    <w:p>
      <w:r>
        <w:rPr>
          <w:b/>
        </w:rPr>
        <w:t xml:space="preserve">[58:19] </w:t>
      </w:r>
      <w:r>
        <w:t>jaisa ke maine kaha, profit jis zamane mein aaye</w:t>
      </w:r>
    </w:p>
    <w:p>
      <w:pPr>
        <w:jc w:val="right"/>
      </w:pPr>
      <w:r>
        <w:t>جیسا کہ میں نے کہا، پرافٹ جس زمانے میں آئے</w:t>
      </w:r>
    </w:p>
    <w:p>
      <w:r>
        <w:rPr>
          <w:b/>
        </w:rPr>
        <w:t xml:space="preserve">[58:25] </w:t>
      </w:r>
      <w:r>
        <w:t>to woh religious intolerance ka zamana tha. aaj jo tolerance aap dekh rahe hain duniya mein, is zamane mein aisa nahi tha.</w:t>
      </w:r>
    </w:p>
    <w:p>
      <w:pPr>
        <w:jc w:val="right"/>
      </w:pPr>
      <w:r>
        <w:t>تو وہ ریلیجیس ان ٹولرنس کا زمانہ تھا۔ آج جو ٹولرنس آپ دیکھ رہے ہیں دنیا میں، اس زمانے میں ایسا نہیں تھا۔</w:t>
      </w:r>
    </w:p>
    <w:p>
      <w:r>
        <w:rPr>
          <w:b/>
        </w:rPr>
        <w:t xml:space="preserve">[58:37] </w:t>
      </w:r>
      <w:r>
        <w:t>intolerance to logon ne aap ko bohat zyada sataya. aap ne makkah chhod kar, yaani watan, apna watan chhod kar bahar chale gaye.</w:t>
      </w:r>
    </w:p>
    <w:p>
      <w:pPr>
        <w:jc w:val="right"/>
      </w:pPr>
      <w:r>
        <w:t>ان ٹولرنس تو لوگوں نے آپ کو بہت زیادہ ستایا۔ آپ نے مکہ چھوڑ کر، یعنی وطن، اپنا وطن چھوڑ کر باہر چلے گئے۔</w:t>
      </w:r>
    </w:p>
    <w:p>
      <w:r>
        <w:rPr>
          <w:b/>
        </w:rPr>
        <w:t xml:space="preserve">[58:48] </w:t>
      </w:r>
      <w:r>
        <w:t>to phir kya kiya? ladai chhed di, baqayda fighting. to ek do ladai hui, badr ki ladai hui, uhad ki ladai hui, yaani kuch choti choti jharpein huin.</w:t>
      </w:r>
    </w:p>
    <w:p>
      <w:pPr>
        <w:jc w:val="right"/>
      </w:pPr>
      <w:r>
        <w:t>تو پھر کیا کیا؟ لڑائی چھیڑ دی، باقاعدہ فائٹنگ۔ تو ایک دو لڑائی ہوئی، بدر کی لڑائی ہوئی، احد کی لڑائی ہوئی، یعنی کچھ چھوٹی چھوٹی جھڑپیں ہوئیں۔</w:t>
      </w:r>
    </w:p>
    <w:p>
      <w:r>
        <w:rPr>
          <w:b/>
        </w:rPr>
        <w:t xml:space="preserve">[59:03] </w:t>
      </w:r>
      <w:r>
        <w:t>to aap ne yeh socha ke humein kisi bhi tareeqe par peace agreement karna chahiye. agreement to aap ne yeh kiya ke madinah se nikal kar ke ek maqam, jo makkah ke rastay mein tha, wahan hudaybiyah.</w:t>
      </w:r>
    </w:p>
    <w:p>
      <w:pPr>
        <w:jc w:val="right"/>
      </w:pPr>
      <w:r>
        <w:t>تو آپ نے یہ سوچا کہ ہمیں کسی بھی طریقے پر پیس ایگریمنٹ کرنا چاہیے۔ ایگریمنٹ تو آپ نے یہ کیا کہ مدینہ سے نکل کر کے ایک مقام، جو مکے کے راستے میں تھا، وہاں حدیبیہ۔</w:t>
      </w:r>
    </w:p>
    <w:p>
      <w:r>
        <w:rPr>
          <w:b/>
        </w:rPr>
        <w:t xml:space="preserve">[59:25] </w:t>
      </w:r>
      <w:r>
        <w:t>to yeh show kiya ke main madinah se aa kar makkah aa raha hoon. to woh log jo the, un ko yeh gawara nahi tha ke aap dobara makkah aayein.</w:t>
      </w:r>
    </w:p>
    <w:p>
      <w:pPr>
        <w:jc w:val="right"/>
      </w:pPr>
      <w:r>
        <w:t>تو یہ شو کیا کہ میں مدینہ سے آ کر مکہ آ رہا ہوں۔ تو وہ لوگ جو تھے، ان کو یہ گوارا نہیں تھا کہ آپ دوبارہ مکہ آئیں۔</w:t>
      </w:r>
    </w:p>
    <w:p>
      <w:r>
        <w:rPr>
          <w:b/>
        </w:rPr>
        <w:t xml:space="preserve">[59:37] </w:t>
      </w:r>
      <w:r>
        <w:t>to jab aap hudaybiyah pahunche to aa kar unhone roka aap ko, hum nahi jaane denge. to wahan aap ne negotiation shuru kiya, negotiation, baat cheet.</w:t>
      </w:r>
    </w:p>
    <w:p>
      <w:pPr>
        <w:jc w:val="right"/>
      </w:pPr>
      <w:r>
        <w:t>تو جب آپ حدیبیہ پہنچے تو آ کر انہوں نے روکا آپ کو، ہم نہیں جانے دیں گے۔ تو وہاں آپ نے نیگوشیشن شروع کیا، نیگوشی ایشن، بات چیت۔</w:t>
      </w:r>
    </w:p>
    <w:p>
      <w:r>
        <w:rPr>
          <w:b/>
        </w:rPr>
        <w:t xml:space="preserve">[59:50] </w:t>
      </w:r>
      <w:r>
        <w:t>yeh negotiation do hafte tak chalti rahi. negotiation kis baat ki thi? peace ki, yaani agreement kar lo hum se ke na tum humein attack karo hamare upar, na hum tumhare upar attack karein.</w:t>
      </w:r>
    </w:p>
    <w:p>
      <w:pPr>
        <w:jc w:val="right"/>
      </w:pPr>
      <w:r>
        <w:t>یہ نیگوشی ایشن دو ہفتے تک چلتی رہی۔ نیگوشی ایشن کس بات کی تھی؟ پیس کی، یعنی ایگریمنٹ کر لو ہم سے کہ نہ تم ہمیں اٹیک کرو ہمارے اوپر، نہ ہم تمہارے اوپر اٹیک کریں۔</w:t>
      </w:r>
    </w:p>
    <w:p>
      <w:r>
        <w:rPr>
          <w:b/>
        </w:rPr>
        <w:t xml:space="preserve">[1:00:09] </w:t>
      </w:r>
      <w:r>
        <w:t>yaani no war pact. lekin hua kya? unhone kaha ke hum raazi hain aap se no war pact karne par, lekin shart yeh hai, condition is ki yeh hai ke hum jo condition kahenge, usi ko manna padega aap ko.</w:t>
      </w:r>
    </w:p>
    <w:p>
      <w:pPr>
        <w:jc w:val="right"/>
      </w:pPr>
      <w:r>
        <w:t>یعنی نو وار پیکٹ۔ لیکن ہوا کیا؟ انہوں نے کہا کہ ہم راضی ہیں آپ سے نو وار پیکٹ کرنے پر، لیکن شرط یہ ہے، کنڈیشن اس کی یہ ہے کہ ہم جو کنڈیشن کہیں گے، اسی کو ماننا پڑے گا آپ کو۔</w:t>
      </w:r>
    </w:p>
    <w:p>
      <w:r>
        <w:rPr>
          <w:b/>
        </w:rPr>
        <w:t xml:space="preserve">[1:00:24] </w:t>
      </w:r>
      <w:r>
        <w:t>yaani unilateral condition par aap ko manna padega.</w:t>
      </w:r>
    </w:p>
    <w:p>
      <w:pPr>
        <w:jc w:val="right"/>
      </w:pPr>
      <w:r>
        <w:t>یعنی یونی لیٹرل کنڈیشن پر آپ کو ماننا پڑے گا۔</w:t>
      </w:r>
    </w:p>
    <w:p>
      <w:r>
        <w:rPr>
          <w:b/>
        </w:rPr>
        <w:t xml:space="preserve">[1:00:33] </w:t>
      </w:r>
      <w:r>
        <w:t>to aap raazi ho gaye is par ke chalo bhai, no war pact to ho jaye, chahe condition tumhari hi ho. ab yahan tak unhone is mein kiya ke jab woh likha ja raha tha</w:t>
      </w:r>
    </w:p>
    <w:p>
      <w:pPr>
        <w:jc w:val="right"/>
      </w:pPr>
      <w:r>
        <w:t>تو آپ راضی ہو گئے اس پر کہ چلو بھئی، نو وار پیکٹ تو ہو جائے، چاہے کنڈیشن تمہاری ہی ہو۔ اب یہاں تک انہوں نے اس میں کیا کہ جب وہ لکھا جا رہا تھا</w:t>
      </w:r>
    </w:p>
    <w:p>
      <w:r>
        <w:rPr>
          <w:b/>
        </w:rPr>
        <w:t xml:space="preserve">[1:00:48] </w:t>
      </w:r>
      <w:r>
        <w:t>agreement, to is mein aap ne likhwaya ke Muhammad Rasool Allah, yaani do fareeq the, do partiyan thi. ek party quraish ki thi, ek party Muhammad Rasool Allah ki thi.</w:t>
      </w:r>
    </w:p>
    <w:p>
      <w:pPr>
        <w:jc w:val="right"/>
      </w:pPr>
      <w:r>
        <w:t>ایگریمنٹ، تو اس میں آپ نے لکھوایا کہ محمد رسول اللہ، یعنی دو فریق تھے، دو پارٹیاں تھیں۔ ایک پارٹی قریش کی تھی، ایک پارٹی محمد رسول اللہ کی تھی۔</w:t>
      </w:r>
    </w:p>
    <w:p>
      <w:r>
        <w:rPr>
          <w:b/>
        </w:rPr>
        <w:t xml:space="preserve">[1:01:02] </w:t>
      </w:r>
      <w:r>
        <w:t>to unhone kaha ke hum aap ko Rasool Allah nahi mante,</w:t>
      </w:r>
    </w:p>
    <w:p>
      <w:pPr>
        <w:jc w:val="right"/>
      </w:pPr>
      <w:r>
        <w:t>تو انہوں نے کہا کہ ہم آپ کو رسول اللہ نہیں مانتے،</w:t>
      </w:r>
    </w:p>
    <w:p>
      <w:r>
        <w:rPr>
          <w:b/>
        </w:rPr>
        <w:t xml:space="preserve">[1:01:08] </w:t>
      </w:r>
      <w:r>
        <w:t>aap sirf Muhammad bin Abdullah likhiye, Muhammad Rasool Allah mat likhiye. ab aaj kal ke musalman jo hain, agar aisa ho to main bataoon ke sab lad bhad ke kat jayenge.</w:t>
      </w:r>
    </w:p>
    <w:p>
      <w:pPr>
        <w:jc w:val="right"/>
      </w:pPr>
      <w:r>
        <w:t>آپ صرف محمد بن عبداللہ لکھیے، محمد رسول اللہ مت لکھیے۔ اب آج کل کے مسلمان جو ہیں، اگر ایسا ہو تو میں بتاؤں کہ سب لڑ بھڑ کے کٹ جائیں گے۔</w:t>
      </w:r>
    </w:p>
    <w:p>
      <w:r>
        <w:rPr>
          <w:b/>
        </w:rPr>
        <w:t xml:space="preserve">[1:01:18] </w:t>
      </w:r>
      <w:r>
        <w:t>to ab kaise mitayein is ko? aap ne Rasool Allah ka word jo likha ja chuka tha agreement par, paper par, us ko apne haath se mita diya.</w:t>
      </w:r>
    </w:p>
    <w:p>
      <w:pPr>
        <w:jc w:val="right"/>
      </w:pPr>
      <w:r>
        <w:t>تو اب کیسے مٹائیں اس کو؟ آپ نے رسول اللہ کا ورڈ جو لکھا جا چکا تھا ایگریمنٹ پر، پیپر پر، اس کو اپنے ہاتھ سے مٹا دیا۔</w:t>
      </w:r>
    </w:p>
    <w:p>
      <w:r>
        <w:rPr>
          <w:b/>
        </w:rPr>
        <w:t xml:space="preserve">[1:01:32] </w:t>
      </w:r>
      <w:r>
        <w:t>balkeh aata hai riwayaton mein ke Hazrat Ali likh rahe the, aap ne kaha ke mitayo. to unhone kaha ke main to nahi mitayunga. woh mitane par raazi nahi hue.</w:t>
      </w:r>
    </w:p>
    <w:p>
      <w:pPr>
        <w:jc w:val="right"/>
      </w:pPr>
      <w:r>
        <w:t>بلکہ آتا ہے روایتوں میں کہ حضرت علی لکھ رہے تھے، آپ نے کہا کہ مٹاؤ۔ تو انہوں نے کہا کہ میں تو نہیں مٹاؤں گا۔ وہ مٹانے پر راضی نہیں ہوئے۔</w:t>
      </w:r>
    </w:p>
    <w:p>
      <w:r>
        <w:rPr>
          <w:b/>
        </w:rPr>
        <w:t xml:space="preserve">[1:01:43] </w:t>
      </w:r>
      <w:r>
        <w:t>to aap ne khud apne haath se mitaya aur wahan par likhwaya Muhammad bin Abdullah. ab zara gaur kijiye ke aap ki jo asal jo hesiyat thi, woh yeh to thi ke aap Rasool Allah the,</w:t>
      </w:r>
    </w:p>
    <w:p>
      <w:pPr>
        <w:jc w:val="right"/>
      </w:pPr>
      <w:r>
        <w:t>تو آپ نے خود اپنے ہاتھ سے مٹایا اور وہاں پر لکھوایا محمد بن عبداللہ۔ اب ذرا غور کیجئے کہ آپ کی جو اصل جو حیثیت تھی، وہ یہ تو تھی کہ آپ رسول اللہ تھے،</w:t>
      </w:r>
    </w:p>
    <w:p>
      <w:r>
        <w:rPr>
          <w:b/>
        </w:rPr>
        <w:t xml:space="preserve">[1:01:57] </w:t>
      </w:r>
      <w:r>
        <w:t>aap profit the, usi ko mita diya paper par. kaisi ajeeb baat hai</w:t>
      </w:r>
    </w:p>
    <w:p>
      <w:pPr>
        <w:jc w:val="right"/>
      </w:pPr>
      <w:r>
        <w:t>آپ پرافٹ تھے، اسی کو مٹا دیا پیپر پر۔ کیسی عجیب بات ہے</w:t>
      </w:r>
    </w:p>
    <w:p>
      <w:r>
        <w:rPr>
          <w:b/>
        </w:rPr>
        <w:t xml:space="preserve">[1:02:03] </w:t>
      </w:r>
      <w:r>
        <w:t>! aise hi jaise ke Mamoon Singh jayein kahin, ek wahan agar likha ja raha ho to Mamoon Singh Prime Minister likha gaya ho us par paper par, woh kahein ke sahib is ko mitayo,</w:t>
      </w:r>
    </w:p>
    <w:p>
      <w:pPr>
        <w:jc w:val="right"/>
      </w:pPr>
      <w:r>
        <w:t>! ایسے ہی جیسے کہ منمون سنگھ جائیں کہیں، ایک وہاں اگر لکھا جا رہا ہو تو منمون سنگھ پرائم منسٹر لکھا گیا ہو اس پر پیپر پر، وہ کہیں کہ صاحب اس کو مٹاؤ،</w:t>
      </w:r>
    </w:p>
    <w:p>
      <w:r>
        <w:rPr>
          <w:b/>
        </w:rPr>
        <w:t xml:space="preserve">[1:02:16] </w:t>
      </w:r>
      <w:r>
        <w:t>Prime Minister ke lafz mitayo, tab hoga agreement. nahi to nahi karenge hum. ab bataiye, kitni serious baat hai yeh?</w:t>
      </w:r>
    </w:p>
    <w:p>
      <w:pPr>
        <w:jc w:val="right"/>
      </w:pPr>
      <w:r>
        <w:t>پرائم منسٹر کے لفظ مٹاؤ، تب ہوگا ایگریمنٹ۔ نہیں تو نہیں کریں گے ہم۔ اب بتائیں، کتنی سیریس بات ہے یہ؟</w:t>
      </w:r>
    </w:p>
    <w:p>
      <w:r>
        <w:rPr>
          <w:b/>
        </w:rPr>
        <w:t xml:space="preserve">[1:02:26] </w:t>
      </w:r>
      <w:r>
        <w:t>kitni serious baat hai? to jitne bhi campaign aap ke the, koi bhi tayyar nahi tha ke is ko</w:t>
      </w:r>
    </w:p>
    <w:p>
      <w:pPr>
        <w:jc w:val="right"/>
      </w:pPr>
      <w:r>
        <w:t>کتنی سیریس بات ہے؟ تو جتنے بھی کمپین آپ کے تھے، کوئی بھی تیار نہیں تھا کہ اس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