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Gives in Abundance 13 Oct 2019 - Maulana Wahiduddin Khan</w:t>
      </w:r>
    </w:p>
    <w:p>
      <w:r>
        <w:t>https://www.youtube.com/watch?v=eC4RaczXBzM</w:t>
      </w:r>
    </w:p>
    <w:p>
      <w:r>
        <w:rPr>
          <w:b/>
        </w:rPr>
        <w:t xml:space="preserve">[00:13] </w:t>
      </w:r>
      <w:r>
        <w:t>bismillah-al-rahman-al-rahim, wa salla-llahu ala nabiyyi-l-karim.</w:t>
      </w:r>
    </w:p>
    <w:p>
      <w:pPr>
        <w:jc w:val="right"/>
      </w:pPr>
      <w:r>
        <w:t>بسم اللہ الرحمن الرحیم، وصلی اللہ علی نبی الکریم۔</w:t>
      </w:r>
    </w:p>
    <w:p>
      <w:r>
        <w:rPr>
          <w:b/>
        </w:rPr>
        <w:t xml:space="preserve">[00:22] </w:t>
      </w:r>
      <w:r>
        <w:t>rabbi-shrah li sadri, wa yassir li amri, wa-hlul uqdatan min lisani yafqahu qawli.</w:t>
      </w:r>
    </w:p>
    <w:p>
      <w:pPr>
        <w:jc w:val="right"/>
      </w:pPr>
      <w:r>
        <w:t>رب اشرح لی صدری، ویسر لی امری، واحل العقدۃ من لسانی یفقہ قولی۔</w:t>
      </w:r>
    </w:p>
    <w:p>
      <w:r>
        <w:rPr>
          <w:b/>
        </w:rPr>
        <w:t xml:space="preserve">[00:32] </w:t>
      </w:r>
      <w:r>
        <w:t>13 aktoobar 2019.</w:t>
      </w:r>
    </w:p>
    <w:p>
      <w:pPr>
        <w:jc w:val="right"/>
      </w:pPr>
      <w:r>
        <w:t>13 اکتوبر 2019۔</w:t>
      </w:r>
    </w:p>
    <w:p>
      <w:r>
        <w:rPr>
          <w:b/>
        </w:rPr>
        <w:t xml:space="preserve">[00:40] </w:t>
      </w:r>
      <w:r>
        <w:t>aaj mujhe ek hadith yaad aayi,</w:t>
      </w:r>
    </w:p>
    <w:p>
      <w:pPr>
        <w:jc w:val="right"/>
      </w:pPr>
      <w:r>
        <w:t>آج مجھے ایک حدیث یاد آئی،</w:t>
      </w:r>
    </w:p>
    <w:p>
      <w:r>
        <w:rPr>
          <w:b/>
        </w:rPr>
        <w:t xml:space="preserve">[00:46] </w:t>
      </w:r>
      <w:r>
        <w:t>woh hadith kai baar yahan padhi gayi hai.</w:t>
      </w:r>
    </w:p>
    <w:p>
      <w:pPr>
        <w:jc w:val="right"/>
      </w:pPr>
      <w:r>
        <w:t>وہ حدیث کئی بار یہاں پڑھی گئی ہے۔</w:t>
      </w:r>
    </w:p>
    <w:p>
      <w:r>
        <w:rPr>
          <w:b/>
        </w:rPr>
        <w:t xml:space="preserve">[00:53] </w:t>
      </w:r>
      <w:r>
        <w:t>rasool-ullah sall-allahu alayhi wa sallam ne farmaya:</w:t>
      </w:r>
    </w:p>
    <w:p>
      <w:pPr>
        <w:jc w:val="right"/>
      </w:pPr>
      <w:r>
        <w:t>رسول اللہ صلی اللہ علیہ وسلم نے فرمایا:</w:t>
      </w:r>
    </w:p>
    <w:p>
      <w:r>
        <w:rPr>
          <w:b/>
        </w:rPr>
        <w:t xml:space="preserve">[01:00] </w:t>
      </w:r>
      <w:r>
        <w:t>"wallahi la adri, wa ana rasul-ullah, ma yufalu bi wa la bikum."</w:t>
      </w:r>
    </w:p>
    <w:p>
      <w:pPr>
        <w:jc w:val="right"/>
      </w:pPr>
      <w:r>
        <w:t>"واللہ لا ادری، وانا رسول اللہ، ما یفعل بی ولا بکم۔"</w:t>
      </w:r>
    </w:p>
    <w:p>
      <w:r>
        <w:rPr>
          <w:b/>
        </w:rPr>
        <w:t xml:space="preserve">[01:10] </w:t>
      </w:r>
      <w:r>
        <w:t>khuda ki qasam, main nahin jaanta, agarche main khuda ka rasool hoon, kya kiya jayega mere saath, kya kiya jayega tumhare saath.</w:t>
      </w:r>
    </w:p>
    <w:p>
      <w:pPr>
        <w:jc w:val="right"/>
      </w:pPr>
      <w:r>
        <w:t>خدا کی قسم، میں نہیں جانتا، اگرچہ میں خدا کا رسول ہوں، کیا کیا جائے گا میرے ساتھ، کیا کیا جائے گا تمہارے ساتھ۔</w:t>
      </w:r>
    </w:p>
    <w:p>
      <w:r>
        <w:rPr>
          <w:b/>
        </w:rPr>
        <w:t xml:space="preserve">[01:24] </w:t>
      </w:r>
      <w:r>
        <w:t>main bahut din se sochta tha, aaj tak sochta raha, ke yeh kyun aisa hai ke khuda ke rasool ko bhi pata nahin ke kya hone wala hai.</w:t>
      </w:r>
    </w:p>
    <w:p>
      <w:pPr>
        <w:jc w:val="right"/>
      </w:pPr>
      <w:r>
        <w:t>میں بہت دن سے سوچتا تھا، آج تک سوچتا رہا، کہ یہ کیوں ایسا ہے کہ خدا کے رسول کو بھی پتہ نہیں کہ کیا ہونے والا ہے۔</w:t>
      </w:r>
    </w:p>
    <w:p>
      <w:r>
        <w:rPr>
          <w:b/>
        </w:rPr>
        <w:t xml:space="preserve">[01:47] </w:t>
      </w:r>
      <w:r>
        <w:t>to aaj mere dil mein yeh baat aayi ke yeh to bahut badi nemmat hai, yeh to bahut badi nemmat hai.</w:t>
      </w:r>
    </w:p>
    <w:p>
      <w:pPr>
        <w:jc w:val="right"/>
      </w:pPr>
      <w:r>
        <w:t>تو آج میرے دل میں یہ بات آئی کہ یہ تو بہت بڑی نعمت ہے، یہ تو بہت بڑی نعمت ہے۔</w:t>
      </w:r>
    </w:p>
    <w:p>
      <w:r>
        <w:rPr>
          <w:b/>
        </w:rPr>
        <w:t xml:space="preserve">[02:09] </w:t>
      </w:r>
      <w:r>
        <w:t>is liye ke mamla kis se hai? bande ka mamla kis se hai? rab-al-alameen se hai, malik-e-kayinat se hai.</w:t>
      </w:r>
    </w:p>
    <w:p>
      <w:pPr>
        <w:jc w:val="right"/>
      </w:pPr>
      <w:r>
        <w:t>اس لیے کہ معاملہ کس سے ہے؟ بندے کا معاملہ کس سے ہے؟ رب العالمین سے ہے، مالک کائنات سے ہے۔</w:t>
      </w:r>
    </w:p>
    <w:p>
      <w:r>
        <w:rPr>
          <w:b/>
        </w:rPr>
        <w:t xml:space="preserve">[02:30] </w:t>
      </w:r>
      <w:r>
        <w:t>to jab aap malik-e-kayinat ke saamne khade hon,</w:t>
      </w:r>
    </w:p>
    <w:p>
      <w:pPr>
        <w:jc w:val="right"/>
      </w:pPr>
      <w:r>
        <w:t>تو جب آپ مالک کائنات کے سامنے کھڑے ہوں،</w:t>
      </w:r>
    </w:p>
    <w:p>
      <w:r>
        <w:rPr>
          <w:b/>
        </w:rPr>
        <w:t xml:space="preserve">[02:39] </w:t>
      </w:r>
      <w:r>
        <w:t>yeh is umeed ke saath ke mujhe kuch dega woh, to woh zyada hi dega, kam nahin de sakta.</w:t>
      </w:r>
    </w:p>
    <w:p>
      <w:pPr>
        <w:jc w:val="right"/>
      </w:pPr>
      <w:r>
        <w:t>یہ اس امید کے ساتھ کہ مجھے کچھ دے گا وہ، تو وہ زیادہ ہی دے گا، کم نہیں دے سکتا۔</w:t>
      </w:r>
    </w:p>
    <w:p>
      <w:r>
        <w:rPr>
          <w:b/>
        </w:rPr>
        <w:t xml:space="preserve">[02:49] </w:t>
      </w:r>
      <w:r>
        <w:t>na de to yeh to passport hi nahin,</w:t>
      </w:r>
    </w:p>
    <w:p>
      <w:pPr>
        <w:jc w:val="right"/>
      </w:pPr>
      <w:r>
        <w:t>نہ دے تو یہ تو پاسپورٹ ہی نہیں،</w:t>
      </w:r>
    </w:p>
    <w:p>
      <w:r>
        <w:rPr>
          <w:b/>
        </w:rPr>
        <w:t xml:space="preserve">[02:55] </w:t>
      </w:r>
      <w:r>
        <w:t>na de yeh to passport hi nahin, kyunke yeh uski uski shaan ka mamla ban jata hai,</w:t>
      </w:r>
    </w:p>
    <w:p>
      <w:pPr>
        <w:jc w:val="right"/>
      </w:pPr>
      <w:r>
        <w:t>نہ دے یہ تو پاسپورٹ ہی نہیں، کیونکہ یہ اس کی اس کی شان کا معاملہ بن جاتا ہے،</w:t>
      </w:r>
    </w:p>
    <w:p>
      <w:r>
        <w:rPr>
          <w:b/>
        </w:rPr>
        <w:t xml:space="preserve">[03:06] </w:t>
      </w:r>
      <w:r>
        <w:t>uski shaan ka mamla ban jata hai.</w:t>
      </w:r>
    </w:p>
    <w:p>
      <w:pPr>
        <w:jc w:val="right"/>
      </w:pPr>
      <w:r>
        <w:t>اس کی شان کا معاملہ بن جاتا ہے۔</w:t>
      </w:r>
    </w:p>
    <w:p>
      <w:r>
        <w:rPr>
          <w:b/>
        </w:rPr>
        <w:t xml:space="preserve">[03:14] </w:t>
      </w:r>
      <w:r>
        <w:t>jab mamla dene wale ki shaan ka ban jaye to woh hamesha zyada hi dega, na de yeh to koi sawal hi nahin.</w:t>
      </w:r>
    </w:p>
    <w:p>
      <w:pPr>
        <w:jc w:val="right"/>
      </w:pPr>
      <w:r>
        <w:t>جب معاملہ دینے والے کی شان کا بن جائے تو وہ ہمیشہ زیادہ ہی دے گا، نہ دے یہ تو کوئی سوال ہی نہیں۔</w:t>
      </w:r>
    </w:p>
    <w:p>
      <w:r>
        <w:rPr>
          <w:b/>
        </w:rPr>
        <w:t xml:space="preserve">[03:28] </w:t>
      </w:r>
      <w:r>
        <w:t>to mujhe ek qissa yaad aaya, jab mehr johar naru prime minister the us waqt ka, to us zamane mein, mashhoor zamane mein,</w:t>
      </w:r>
    </w:p>
    <w:p>
      <w:pPr>
        <w:jc w:val="right"/>
      </w:pPr>
      <w:r>
        <w:t>تو مجھے ایک قصہ یاد آیا، جب مہر جوہر نارو پرائم منسٹر تھے اس وقت کا، تو اس زمانے میں، مشہور زمانے میں،</w:t>
      </w:r>
    </w:p>
    <w:p>
      <w:r>
        <w:rPr>
          <w:b/>
        </w:rPr>
        <w:t xml:space="preserve">[03:44] </w:t>
      </w:r>
      <w:r>
        <w:t>koi zyada security waghera nahin hua karti thi. naru nikalte the, aisi gate se nikal aate the, aur bahar car hoti thi, badh jati thi.</w:t>
      </w:r>
    </w:p>
    <w:p>
      <w:pPr>
        <w:jc w:val="right"/>
      </w:pPr>
      <w:r>
        <w:t>کوئی زیادہ سیکیورٹی وغیرہ نہیں ہوا کرتی تھی۔ نارو نکلتے تھے، ایسی گیٹ سے نکل آتے تھے، اور باہر کار ہوتی تھی، بڑھ جاتی تھی۔</w:t>
      </w:r>
    </w:p>
    <w:p>
      <w:r>
        <w:rPr>
          <w:b/>
        </w:rPr>
        <w:t xml:space="preserve">[03:56] </w:t>
      </w:r>
      <w:r>
        <w:t>to azam garh mein, nahin, banaras mein ek sahib the, main ne un ko dekha hai, main jaanta tha, ab un ki death ho chuki hai.</w:t>
      </w:r>
    </w:p>
    <w:p>
      <w:pPr>
        <w:jc w:val="right"/>
      </w:pPr>
      <w:r>
        <w:t>تو اعظم گڑھ میں، نہیں، بنارس میں ایک صاحب تھے، میں نے ان کو دیکھا ہے، میں جانتا تھا، اب ان کی ڈیتھ ہو چکی ہے۔</w:t>
      </w:r>
    </w:p>
    <w:p>
      <w:r>
        <w:rPr>
          <w:b/>
        </w:rPr>
        <w:t xml:space="preserve">[04:07] </w:t>
      </w:r>
      <w:r>
        <w:t>un ko hum log, yaani matlab mazak mein, nawab nawab sahib kaha karte the, woh nawab nahin the, woh.</w:t>
      </w:r>
    </w:p>
    <w:p>
      <w:pPr>
        <w:jc w:val="right"/>
      </w:pPr>
      <w:r>
        <w:t>ان کو ہم لوگ، یعنی مطلب مذاق میں، نواب نواب صاحب کہا کرتے تھے، وہ نواب نہیں تھے، وہ۔</w:t>
      </w:r>
    </w:p>
    <w:p>
      <w:r>
        <w:rPr>
          <w:b/>
        </w:rPr>
        <w:t xml:space="preserve">[04:16] </w:t>
      </w:r>
      <w:r>
        <w:t>lekin hum log</w:t>
      </w:r>
    </w:p>
    <w:p>
      <w:pPr>
        <w:jc w:val="right"/>
      </w:pPr>
      <w:r>
        <w:t>لیکن ہم لوگ</w:t>
      </w:r>
    </w:p>
    <w:p>
      <w:r>
        <w:rPr>
          <w:b/>
        </w:rPr>
        <w:t xml:space="preserve">[04:20] </w:t>
      </w:r>
      <w:r>
        <w:t>banaras ki baat is liye hai ke mera wahan aana jana tha. hamare bahut qareebi rishtedar the, un ka naam tha haji manzoor, to un ke haan main jaya karta tha.</w:t>
      </w:r>
    </w:p>
    <w:p>
      <w:pPr>
        <w:jc w:val="right"/>
      </w:pPr>
      <w:r>
        <w:t>بنارس کی بات اس لیے ہے کہ میرا وہاں آنے جانا تھا۔ ہمارے بہت قریبی رشتہ دار تھے، ان کا نام تھا حاجی منظور، تو ان کے ہاں میں جایا کرتا تھا۔</w:t>
      </w:r>
    </w:p>
    <w:p>
      <w:r>
        <w:rPr>
          <w:b/>
        </w:rPr>
        <w:t xml:space="preserve">[04:35] </w:t>
      </w:r>
      <w:r>
        <w:t>to woh sahib jo the na, haji manzoor ke haan aate the, to nawab sahib kaha jata tha un ko.</w:t>
      </w:r>
    </w:p>
    <w:p>
      <w:pPr>
        <w:jc w:val="right"/>
      </w:pPr>
      <w:r>
        <w:t>تو وہ صاحب جو تھے نا، حاجی منظور کے ہاں آتے تھے، تو نواب صاحب کہا جاتا تھا ان کو۔</w:t>
      </w:r>
    </w:p>
    <w:p>
      <w:r>
        <w:rPr>
          <w:b/>
        </w:rPr>
        <w:t xml:space="preserve">[04:44] </w:t>
      </w:r>
      <w:r>
        <w:t>to kya hua, un ke bete ne medical ka exam diya, medical ka.</w:t>
      </w:r>
    </w:p>
    <w:p>
      <w:pPr>
        <w:jc w:val="right"/>
      </w:pPr>
      <w:r>
        <w:t>تو کیا ہوا، ان کے بیٹے نے میڈیکل کا ایگزام دیا، میڈیکل کا۔</w:t>
      </w:r>
    </w:p>
    <w:p>
      <w:r>
        <w:rPr>
          <w:b/>
        </w:rPr>
        <w:t xml:space="preserve">[04:58] </w:t>
      </w:r>
      <w:r>
        <w:t>to jab</w:t>
      </w:r>
    </w:p>
    <w:p>
      <w:pPr>
        <w:jc w:val="right"/>
      </w:pPr>
      <w:r>
        <w:t>تو جب</w:t>
      </w:r>
    </w:p>
    <w:p>
      <w:r>
        <w:rPr>
          <w:b/>
        </w:rPr>
        <w:t xml:space="preserve">[05:02] </w:t>
      </w:r>
      <w:r>
        <w:t>jab is ka result aaya to maloom hua ke un ka beta bohat. number 25 numberon se peechay, yaani 25 student ko agar</w:t>
      </w:r>
    </w:p>
    <w:p>
      <w:pPr>
        <w:jc w:val="right"/>
      </w:pPr>
      <w:r>
        <w:t>جب اس کا رزلٹ آیا تو معلوم ہوا کہ ان کا بیٹا بہت۔ نمبر 25 نمبروں سے پیچھے، یعنی 25 اسٹوڈنٹ کو اگر</w:t>
      </w:r>
    </w:p>
    <w:p>
      <w:r>
        <w:rPr>
          <w:b/>
        </w:rPr>
        <w:t xml:space="preserve">[05:22] </w:t>
      </w:r>
      <w:r>
        <w:t>mil jaye, tab un ki bari, bete ki bari aaye gi.</w:t>
      </w:r>
    </w:p>
    <w:p>
      <w:pPr>
        <w:jc w:val="right"/>
      </w:pPr>
      <w:r>
        <w:t>مل جائے، تب ان کی باری، بیٹے کی باری آئے گی۔</w:t>
      </w:r>
    </w:p>
    <w:p>
      <w:r>
        <w:rPr>
          <w:b/>
        </w:rPr>
        <w:t xml:space="preserve">[05:32] </w:t>
      </w:r>
      <w:r>
        <w:t>to wo congress ke mamooli worker thay, wo koi khaas aadmi nahi thay, lekin congress ke mamooli worker thay.</w:t>
      </w:r>
    </w:p>
    <w:p>
      <w:pPr>
        <w:jc w:val="right"/>
      </w:pPr>
      <w:r>
        <w:t>تو وہ کانگریس کے معمولی ورکر تھے، وہ کوئی خاص آدمی نہیں تھے، لیکن کانگریس کے معمولی ورکر تھے۔</w:t>
      </w:r>
    </w:p>
    <w:p>
      <w:r>
        <w:rPr>
          <w:b/>
        </w:rPr>
        <w:t xml:space="preserve">[05:42] </w:t>
      </w:r>
      <w:r>
        <w:t>to banaras se chal kar wo pohanchay dilli, aur nehru ka jo</w:t>
      </w:r>
    </w:p>
    <w:p>
      <w:pPr>
        <w:jc w:val="right"/>
      </w:pPr>
      <w:r>
        <w:t>تو بنارس سے چل کر وہ پہنچے دلی، اور نہرو کا جو</w:t>
      </w:r>
    </w:p>
    <w:p>
      <w:r>
        <w:rPr>
          <w:b/>
        </w:rPr>
        <w:t xml:space="preserve">[05:52] </w:t>
      </w:r>
      <w:r>
        <w:t>residence tha, us ke gate pe kharay hue, wo us ke gate par nehru apne time par niklay.</w:t>
      </w:r>
    </w:p>
    <w:p>
      <w:pPr>
        <w:jc w:val="right"/>
      </w:pPr>
      <w:r>
        <w:t>ریزیڈنس تھا، اس کے گیٹ پہ کھڑے ہوئے، وہ اس کے گیٹ پر نہرو اپنے ٹائم پر نکلے۔</w:t>
      </w:r>
    </w:p>
    <w:p>
      <w:r>
        <w:rPr>
          <w:b/>
        </w:rPr>
        <w:t xml:space="preserve">[06:04] </w:t>
      </w:r>
      <w:r>
        <w:t>jab gate par wo aaye, wo to wo yeh wahan kharay hue thay. main ne arz kiya na, is zamanay mein koi security waghera intezar nahi hoti thi.</w:t>
      </w:r>
    </w:p>
    <w:p>
      <w:pPr>
        <w:jc w:val="right"/>
      </w:pPr>
      <w:r>
        <w:t>جب گیٹ پر وہ آئے، وہ تو وہ یہ وہاں کھڑے ہوئے تھے۔ میں نے عرض کیا نا، اس زمانے میں کوئی سیکیورٹی وغیرہ انتظار نہیں ہوتی تھی۔</w:t>
      </w:r>
    </w:p>
    <w:p>
      <w:r>
        <w:rPr>
          <w:b/>
        </w:rPr>
        <w:t xml:space="preserve">[06:16] </w:t>
      </w:r>
      <w:r>
        <w:t>to jaisay hi nehru gate se bahar aaye, to yeh nawab sahib, un ke paon gir paray, un ke paon par literally gir paray.</w:t>
      </w:r>
    </w:p>
    <w:p>
      <w:pPr>
        <w:jc w:val="right"/>
      </w:pPr>
      <w:r>
        <w:t>تو جیسے ہی نہرو گیٹ سے باہر آئے، تو یہ نواب صاحب، ان کے پاؤں گر پڑے، ان کے پاؤں پر لٹرلی گر پڑے۔</w:t>
      </w:r>
    </w:p>
    <w:p>
      <w:r>
        <w:rPr>
          <w:b/>
        </w:rPr>
        <w:t xml:space="preserve">[06:30] </w:t>
      </w:r>
      <w:r>
        <w:t>to nehru ka tareeqa tha ke yeh yeh ki kya, yeh kya badtameezi hai, yeh kya badtameezi hai, aisay bolay wo. to unhon ne kaha, "sarkar, sarkar, sarkar, sarkar,</w:t>
      </w:r>
    </w:p>
    <w:p>
      <w:pPr>
        <w:jc w:val="right"/>
      </w:pPr>
      <w:r>
        <w:t>تو نہرو کا طریقہ تھا کہ یہ یہ کی کیا، یہ کیا بدتمیزی ہے، یہ کیا بدتمیزی ہے، ایسے بولے وہ۔ تو انہوں نے کہا، "سرکار، سرکار، سرکار، سرکار،</w:t>
      </w:r>
    </w:p>
    <w:p>
      <w:r>
        <w:rPr>
          <w:b/>
        </w:rPr>
        <w:t xml:space="preserve">[06:47] </w:t>
      </w:r>
      <w:r>
        <w:t>sarkar, mera beta jo hai, medical test mein baitha tha, wo is ka number aaya nahi hai." to nehru ne kaha, "main kya kar?" yeh un ka andaaz tha nehru ka, "main kya kar sakta hoon?" aisay jharak jharak diya, "main main kya kar sakta hoon?" yeh keh kar wo gaari mein, car mein baith gaya.</w:t>
      </w:r>
    </w:p>
    <w:p>
      <w:pPr>
        <w:jc w:val="right"/>
      </w:pPr>
      <w:r>
        <w:t>سرکار، میرا بیٹا جو ہے، میڈیکل ٹیسٹ میں بیٹھا تھا، وہ اس کا نمبر آیا نہیں ہے۔" تو نہرو نے کہا، "میں کیا کر؟" یہ ان کا انداز تھا نہرو کا، "میں کیا کر سکتا ہوں؟" ایسے جھڑک جھڑک دیا، "میں میں کیا کر سکتا ہوں؟" یہ کہہ کر وہ گاڑی میں، کار میں بیٹھ گیا۔</w:t>
      </w:r>
    </w:p>
    <w:p>
      <w:r>
        <w:rPr>
          <w:b/>
        </w:rPr>
        <w:t xml:space="preserve">[07:12] </w:t>
      </w:r>
      <w:r>
        <w:t>lekin isi waqt nehru bohat hi shareef aadmi thay, isi waqt unhon ne apne secretary se kaha ke "bhai, dekho un ka case kya hai?"</w:t>
      </w:r>
    </w:p>
    <w:p>
      <w:pPr>
        <w:jc w:val="right"/>
      </w:pPr>
      <w:r>
        <w:t>لیکن اسی وقت نہرو بہت ہی شریف آدمی تھے، اسی وقت انہوں نے اپنے سیکرٹری سے کہا کہ "بھائی، دیکھو ان کا کیس کیا ہے؟"</w:t>
      </w:r>
    </w:p>
    <w:p>
      <w:r>
        <w:rPr>
          <w:b/>
        </w:rPr>
        <w:t xml:space="preserve">[07:25] </w:t>
      </w:r>
      <w:r>
        <w:t>to maloom hua ke in ka case yeh hai ke</w:t>
      </w:r>
    </w:p>
    <w:p>
      <w:pPr>
        <w:jc w:val="right"/>
      </w:pPr>
      <w:r>
        <w:t>تو معلوم ہوا کہ ان کا کیس یہ ہے کہ</w:t>
      </w:r>
    </w:p>
    <w:p>
      <w:r>
        <w:rPr>
          <w:b/>
        </w:rPr>
        <w:t xml:space="preserve">[07:30] </w:t>
      </w:r>
      <w:r>
        <w:t>25 number neeche hain.</w:t>
      </w:r>
    </w:p>
    <w:p>
      <w:pPr>
        <w:jc w:val="right"/>
      </w:pPr>
      <w:r>
        <w:t>25 نمبر نیچے ہیں۔</w:t>
      </w:r>
    </w:p>
    <w:p>
      <w:r>
        <w:rPr>
          <w:b/>
        </w:rPr>
        <w:t xml:space="preserve">[07:31] </w:t>
      </w:r>
      <w:r>
        <w:t>yeh isi waqt Nehru ne kaha secretary se ke "in</w:t>
      </w:r>
    </w:p>
    <w:p>
      <w:pPr>
        <w:jc w:val="right"/>
      </w:pPr>
      <w:r>
        <w:t>یہ اسی وقت نہرو نے کہا سیکرٹری سے کہ "ان</w:t>
      </w:r>
    </w:p>
    <w:p>
      <w:r>
        <w:rPr>
          <w:b/>
        </w:rPr>
        <w:t xml:space="preserve">[07:41] </w:t>
      </w:r>
      <w:r>
        <w:t>ko message do, in ka, in ka woh mangwao, in ka, in ka file mangwao."</w:t>
      </w:r>
    </w:p>
    <w:p>
      <w:pPr>
        <w:jc w:val="right"/>
      </w:pPr>
      <w:r>
        <w:t>کو میسج دو، ان کا، ان کا وہ منگواؤ، ان کا، ان کا فائل منگواؤ۔"</w:t>
      </w:r>
    </w:p>
    <w:p>
      <w:r>
        <w:rPr>
          <w:b/>
        </w:rPr>
        <w:t xml:space="preserve">[07:51] </w:t>
      </w:r>
      <w:r>
        <w:t>to prime minister se order diya gaya, aur foran wahan se aa gaya</w:t>
      </w:r>
    </w:p>
    <w:p>
      <w:pPr>
        <w:jc w:val="right"/>
      </w:pPr>
      <w:r>
        <w:t>تو پرائم منسٹر سے آرڈر دیا گیا، اور فوراً وہاں سے آ گیا</w:t>
      </w:r>
    </w:p>
    <w:p>
      <w:r>
        <w:rPr>
          <w:b/>
        </w:rPr>
        <w:t xml:space="preserve">[07:58] </w:t>
      </w:r>
      <w:r>
        <w:t>wo</w:t>
      </w:r>
    </w:p>
    <w:p>
      <w:pPr>
        <w:jc w:val="right"/>
      </w:pPr>
      <w:r>
        <w:t>وہ</w:t>
      </w:r>
    </w:p>
    <w:p>
      <w:r>
        <w:rPr>
          <w:b/>
        </w:rPr>
        <w:t xml:space="preserve">[08:02] </w:t>
      </w:r>
      <w:r>
        <w:t>file. to nehru ne dekha to un ke bete ka number pachisween number par aata tha, yaani agar 25 seat barhai jaye,</w:t>
      </w:r>
    </w:p>
    <w:p>
      <w:pPr>
        <w:jc w:val="right"/>
      </w:pPr>
      <w:r>
        <w:t>فائل۔ تو نہرو نے دیکھا تو ان کے بیٹے کا نمبر پچیسویں نمبر پر آتا تھا، یعنی اگر 25 سیٹ بڑھائی جائے،</w:t>
      </w:r>
    </w:p>
    <w:p>
      <w:r>
        <w:rPr>
          <w:b/>
        </w:rPr>
        <w:t xml:space="preserve">[08:20] </w:t>
      </w:r>
      <w:r>
        <w:t>25 seat barhai jaye, tab un ka beta liya ja sakta hai.</w:t>
      </w:r>
    </w:p>
    <w:p>
      <w:pPr>
        <w:jc w:val="right"/>
      </w:pPr>
      <w:r>
        <w:t>25 سیٹ بڑھائی جائے، تب ان کا بیٹا لیا جا سکتا ہے۔</w:t>
      </w:r>
    </w:p>
    <w:p>
      <w:r>
        <w:rPr>
          <w:b/>
        </w:rPr>
        <w:t xml:space="preserve">[08:28] </w:t>
      </w:r>
      <w:r>
        <w:t>to nehru ne khoye khoye is ko order kar diya ke "is, yaani is, is college mein 25 seat barha di jaye." to chaubisween par un ka number tha, un ke bete ka.</w:t>
      </w:r>
    </w:p>
    <w:p>
      <w:pPr>
        <w:jc w:val="right"/>
      </w:pPr>
      <w:r>
        <w:t>تو نہرو نے کھوئے کھوئے اس کو آرڈر کر دیا کہ "اس، یعنی اس، اس کالج میں 25 سیٹ بڑھا دی جائے۔" تو چوبیسویں پر ان کا نمبر تھا، ان کے بیٹے کا۔</w:t>
      </w:r>
    </w:p>
    <w:p>
      <w:r>
        <w:rPr>
          <w:b/>
        </w:rPr>
        <w:t xml:space="preserve">[08:48] </w:t>
      </w:r>
      <w:r>
        <w:t>to jab pachisween par 25 jo aadmi barhaye gaye, to qudrati طور par un ka, un ko number aa gaya, un ke bete ka.</w:t>
      </w:r>
    </w:p>
    <w:p>
      <w:pPr>
        <w:jc w:val="right"/>
      </w:pPr>
      <w:r>
        <w:t>تو جب پچیسویں پر 25 جو آدمی بڑھائے گئے، تو قدرتی طور پر ان کا، ان کو نمبر آ گیا، ان کے بیٹے کا۔</w:t>
      </w:r>
    </w:p>
    <w:p>
      <w:r>
        <w:rPr>
          <w:b/>
        </w:rPr>
        <w:t xml:space="preserve">[08:59] </w:t>
      </w:r>
      <w:r>
        <w:t>to mujhe yaad aaya ke manga tha 24 aur mil gaya 25,</w:t>
      </w:r>
    </w:p>
    <w:p>
      <w:pPr>
        <w:jc w:val="right"/>
      </w:pPr>
      <w:r>
        <w:t>تو مجھے یاد آیا کہ مانگا تھا 24 اور مل گیا 25،</w:t>
      </w:r>
    </w:p>
    <w:p>
      <w:r>
        <w:rPr>
          <w:b/>
        </w:rPr>
        <w:t xml:space="preserve">[09:10] </w:t>
      </w:r>
      <w:r>
        <w:t>manga tha pachiswan number aur mil gaya 25 number. to main ne socha ke Allah rab ul alameen ka muamla is se bhi ziyada hai,</w:t>
      </w:r>
    </w:p>
    <w:p>
      <w:pPr>
        <w:jc w:val="right"/>
      </w:pPr>
      <w:r>
        <w:t>مانگا تھا پچیسواں نمبر اور مل گیا 25 نمبر۔ تو میں نے سوچا کہ اللہ رب العالمین کا معاملہ اس سے بھی زیادہ ہے،</w:t>
      </w:r>
    </w:p>
    <w:p>
      <w:r>
        <w:rPr>
          <w:b/>
        </w:rPr>
        <w:t xml:space="preserve">[09:27] </w:t>
      </w:r>
      <w:r>
        <w:t>aap jitna umeed karein ge, jitna umeed karein ge, is se bohat hi ziyada aap ko diya jaye ga, bohat hi ziyada.</w:t>
      </w:r>
    </w:p>
    <w:p>
      <w:pPr>
        <w:jc w:val="right"/>
      </w:pPr>
      <w:r>
        <w:t>آپ جتنا امید کریں گے، جتنا امید کریں گے، اس سے بہت ہی زیادہ آپ کو دیا جائے گا، بہت ہی زیادہ۔</w:t>
      </w:r>
    </w:p>
    <w:p>
      <w:r>
        <w:rPr>
          <w:b/>
        </w:rPr>
        <w:t xml:space="preserve">[09:44] </w:t>
      </w:r>
      <w:r>
        <w:t>aur is ki misaal dekhiye, islam ki poori tareekh hai, islam ki poori tareekh hai.</w:t>
      </w:r>
    </w:p>
    <w:p>
      <w:pPr>
        <w:jc w:val="right"/>
      </w:pPr>
      <w:r>
        <w:t>اور اس کی مثال دیکھیے، اسلام کی پوری تاریخ ہے، اسلام کی پوری تاریخ ہے۔</w:t>
      </w:r>
    </w:p>
    <w:p>
      <w:r>
        <w:rPr>
          <w:b/>
        </w:rPr>
        <w:t xml:space="preserve">[09:55] </w:t>
      </w:r>
      <w:r>
        <w:t>rasool Allah sal Allah alayh wasalam ne jab makkah mein apni dawat ka ailaan kiya to us waqt aap akele thay.</w:t>
      </w:r>
    </w:p>
    <w:p>
      <w:pPr>
        <w:jc w:val="right"/>
      </w:pPr>
      <w:r>
        <w:t>رسول اللہ صلی اللہ علیہ وسلم نے جب مکہ میں اپنی دعوت کا اعلان کیا تو اس وقت آپ اکیلے تھے۔</w:t>
      </w:r>
    </w:p>
    <w:p>
      <w:r>
        <w:rPr>
          <w:b/>
        </w:rPr>
        <w:t xml:space="preserve">[10:15] </w:t>
      </w:r>
      <w:r>
        <w:t>to ek aadmi bahar ka aaya tha makkah, aisay jo atay rehtay thay. to wo jab wapas gaye apne qabiley mein to logon ne poocha ke "bhai, makkah mein kya dekha?</w:t>
      </w:r>
    </w:p>
    <w:p>
      <w:pPr>
        <w:jc w:val="right"/>
      </w:pPr>
      <w:r>
        <w:t>تو ایک آدمی باہر کا آیا تھا مکہ، ایسے جو آتے رہتے تھے۔ تو وہ جب واپس گئے اپنے قبیلے میں تو لوگوں نے پوچھا کہ "بھئی، مکہ میں کیا دیکھا؟</w:t>
      </w:r>
    </w:p>
    <w:p>
      <w:r>
        <w:rPr>
          <w:b/>
        </w:rPr>
        <w:t xml:space="preserve">[10:31] </w:t>
      </w:r>
      <w:r>
        <w:t>kuch batao." to us ne kaha ke "us ne kaha ke Muhammad tanba,</w:t>
      </w:r>
    </w:p>
    <w:p>
      <w:pPr>
        <w:jc w:val="right"/>
      </w:pPr>
      <w:r>
        <w:t>کچھ بتاؤ۔" تو اس نے کہا کہ "اس نے کہا کہ محمد تنبا،</w:t>
      </w:r>
    </w:p>
    <w:p>
      <w:r>
        <w:rPr>
          <w:b/>
        </w:rPr>
        <w:t xml:space="preserve">[10:47] </w:t>
      </w:r>
      <w:r>
        <w:t>muhammad muhammad tanba, tanba, wa tabah abi abi qafah." yaani is ka matlab yeh hoga urdu mein ke ek aadmi hai, is ka naam hai muhammad, is ne daawa daawa kiya hai ke woh nabee hai, woh.</w:t>
      </w:r>
    </w:p>
    <w:p>
      <w:pPr>
        <w:jc w:val="right"/>
      </w:pPr>
      <w:r>
        <w:t>محمد محمد تنبا، تنبا، وتبہ ابی ابی قافہ۔" یعنی اس کا مطلب یہ ہوگا اردو میں کہ ایک آدمی ہے، اس کا نام ہے محمد، اس نے دعویٰ دعویٰ کیا ہے کہ وہ نبی ہے، وہ۔</w:t>
      </w:r>
    </w:p>
    <w:p>
      <w:r>
        <w:rPr>
          <w:b/>
        </w:rPr>
        <w:t xml:space="preserve">[11:05] </w:t>
      </w:r>
      <w:r>
        <w:t>aur ek ek aadmi is ka saath de raha hai, ek aadmi jo hazrat abubakar ke baap ka naam tha, ibn abu abu qafah, mamooli aadmi tha abubakar.</w:t>
      </w:r>
    </w:p>
    <w:p>
      <w:pPr>
        <w:jc w:val="right"/>
      </w:pPr>
      <w:r>
        <w:t>اور ایک ایک آدمی اس کا ساتھ دے رہا ہے، ایک آدمی جو حضرت ابوبکر کے باپ کا نام تھا، ابن ابو ابو کہافہ، معمولی آدمی تھا ابوبکر۔</w:t>
      </w:r>
    </w:p>
    <w:p>
      <w:r>
        <w:rPr>
          <w:b/>
        </w:rPr>
        <w:t xml:space="preserve">[11:18] </w:t>
      </w:r>
      <w:r>
        <w:t>to rasool allah ko bhi mamooli bataya is ne, aur abubakar ko mamooli bataya.</w:t>
      </w:r>
    </w:p>
    <w:p>
      <w:pPr>
        <w:jc w:val="right"/>
      </w:pPr>
      <w:r>
        <w:t>تو رسول اللہ کو بھی معمولی بتایا اس نے، اور ابوبکر کو معمولی بتایا۔</w:t>
      </w:r>
    </w:p>
    <w:p>
      <w:r>
        <w:rPr>
          <w:b/>
        </w:rPr>
        <w:t xml:space="preserve">[11:28] </w:t>
      </w:r>
      <w:r>
        <w:t>lekin rasool allah ne is zamane mein ek martaba aap ke ghar par log akhatta hue aur aur poocha, "aap ka kya mission hai?</w:t>
      </w:r>
    </w:p>
    <w:p>
      <w:pPr>
        <w:jc w:val="right"/>
      </w:pPr>
      <w:r>
        <w:t>لیکن رسول اللہ نے اس زمانے میں ایک مرتبہ آپ کے گھر پر لوگ اکٹھا ہوئے اور اور پوچھا، "آپ کا کیا مشن ہے؟</w:t>
      </w:r>
    </w:p>
    <w:p>
      <w:r>
        <w:rPr>
          <w:b/>
        </w:rPr>
        <w:t xml:space="preserve">[11:39] </w:t>
      </w:r>
      <w:r>
        <w:t>kya chahte hain aap?" to aap ne is waqt kaha tha ke "kalmata wahidatu tuti tamlikun</w:t>
      </w:r>
    </w:p>
    <w:p>
      <w:pPr>
        <w:jc w:val="right"/>
      </w:pPr>
      <w:r>
        <w:t>کیا چاہتے ہیں آپ؟" تو آپ نے اس وقت کہا تھا کہ "کلمۃ واحد توتی تملکون</w:t>
      </w:r>
    </w:p>
    <w:p>
      <w:r>
        <w:rPr>
          <w:b/>
        </w:rPr>
        <w:t xml:space="preserve">[11:55] </w:t>
      </w:r>
      <w:r>
        <w:t>bikbu aijam", yaani ek kalma mein tum se chahta hoon, agar tum is kalma ko maan lo to</w:t>
      </w:r>
    </w:p>
    <w:p>
      <w:pPr>
        <w:jc w:val="right"/>
      </w:pPr>
      <w:r>
        <w:t>بکب عجم"، یعنی ایک کلمہ میں تم سے چاہتا ہوں، اگر تم اس کلمہ کو مان لو تو</w:t>
      </w:r>
    </w:p>
    <w:p>
      <w:r>
        <w:rPr>
          <w:b/>
        </w:rPr>
        <w:t xml:space="preserve">[12:08] </w:t>
      </w:r>
      <w:r>
        <w:t>arab o aijam tumhare</w:t>
      </w:r>
    </w:p>
    <w:p>
      <w:pPr>
        <w:jc w:val="right"/>
      </w:pPr>
      <w:r>
        <w:t>عرب و عجم تمہارے</w:t>
      </w:r>
    </w:p>
    <w:p>
      <w:r>
        <w:rPr>
          <w:b/>
        </w:rPr>
        <w:t xml:space="preserve">[12:14] </w:t>
      </w:r>
      <w:r>
        <w:t>saathi ban jayenge. to aap ghaur kiye ke is waqt jo kaha tha rasool allah ne, kitna sahi utra, kitna sahi utra ke woh muhammad jo is waqt bohat hi poor image thi makkah mein,</w:t>
      </w:r>
    </w:p>
    <w:p>
      <w:pPr>
        <w:jc w:val="right"/>
      </w:pPr>
      <w:r>
        <w:t>ساتھی بن جائیں گے۔ تو آپ غور کیے کہ اس وقت جو کہا تھا رسول اللہ نے، کتنا صحیح اترا، کتنا صحیح اترا کہ وہ محمد جو اس وقت بہت ہی پور امیج تھی مکہ میں،</w:t>
      </w:r>
    </w:p>
    <w:p>
      <w:r>
        <w:rPr>
          <w:b/>
        </w:rPr>
        <w:t xml:space="preserve">[12:34] </w:t>
      </w:r>
      <w:r>
        <w:t>is par amreeka ka ek shakhs kitaab likhta hai, "da hundred", is ka aadmi ka naam kya? michael achaat, haan, director daaykal michael hart ke tareekh, poori tareekh ka number one aadmi,</w:t>
      </w:r>
    </w:p>
    <w:p>
      <w:pPr>
        <w:jc w:val="right"/>
      </w:pPr>
      <w:r>
        <w:t>اس پر امریکہ کا ایک شخص کتاب لکھتا ہے، "دا ہنڈرڈ"، اس کا آدمی کا نام کیا؟ مائیکل اچھاٹ، ہاں، ڈائریکٹر ڈائیکل مائیکل ہارٹ کہ تاریخ، پوری تاریخ کا نمبر ون آدمی،</w:t>
      </w:r>
    </w:p>
    <w:p>
      <w:r>
        <w:rPr>
          <w:b/>
        </w:rPr>
        <w:t xml:space="preserve">[12:52] </w:t>
      </w:r>
      <w:r>
        <w:t>"da hundred". ghaur kijiye, woh waqt dekhiye jo makkah mein tha aap ka, lekin history mein kya likha gaya ke muhammad poori tareekh ke number one aadmi hain.</w:t>
      </w:r>
    </w:p>
    <w:p>
      <w:pPr>
        <w:jc w:val="right"/>
      </w:pPr>
      <w:r>
        <w:t>"دا ہنڈرڈ"۔ غور کیجئے، وہ وقت دیکھیے جو مکہ میں تھا آپ کا، لیکن ہسٹری میں کیا لکھا گیا کہ محمد پوری تاریخ کے نمبر ون آدمی ہیں۔</w:t>
      </w:r>
    </w:p>
    <w:p>
      <w:r>
        <w:rPr>
          <w:b/>
        </w:rPr>
        <w:t xml:space="preserve">[13:15] </w:t>
      </w:r>
      <w:r>
        <w:t>to aaj mujhe yeh baat yaad aayi, is mein is waqeye mein allah ki dein hai, yaani kisi insaan ka kamaal nahi tha,</w:t>
      </w:r>
    </w:p>
    <w:p>
      <w:pPr>
        <w:jc w:val="right"/>
      </w:pPr>
      <w:r>
        <w:t>تو آج مجھے یہ بات یاد آئی، اس میں اس واقعے میں اللہ کی دین ہے، یعنی کسی انسان کا کمال نہیں تھا،</w:t>
      </w:r>
    </w:p>
    <w:p>
      <w:r>
        <w:rPr>
          <w:b/>
        </w:rPr>
        <w:t xml:space="preserve">[13:31] </w:t>
      </w:r>
      <w:r>
        <w:t>yeh allah ki dein thi, allah ka faisla tha ke itna bara martaba islam ke peghambar ko mil gaya.</w:t>
      </w:r>
    </w:p>
    <w:p>
      <w:pPr>
        <w:jc w:val="right"/>
      </w:pPr>
      <w:r>
        <w:t>یہ اللہ کی دین تھی، اللہ کا فیصلہ تھا کہ اتنا بڑا مرتبہ اسلام کے پیغمبر کو مل گیا۔</w:t>
      </w:r>
    </w:p>
    <w:p>
      <w:r>
        <w:rPr>
          <w:b/>
        </w:rPr>
        <w:t xml:space="preserve">[13:44] </w:t>
      </w:r>
      <w:r>
        <w:t>to ab aap jo hai,</w:t>
      </w:r>
    </w:p>
    <w:p>
      <w:pPr>
        <w:jc w:val="right"/>
      </w:pPr>
      <w:r>
        <w:t>تو اب آپ جو ہے،</w:t>
      </w:r>
    </w:p>
    <w:p>
      <w:r>
        <w:rPr>
          <w:b/>
        </w:rPr>
        <w:t xml:space="preserve">[13:48] </w:t>
      </w:r>
      <w:r>
        <w:t>hum aap isi insaan ke, isi insaan ke follower hain, isi insaan ke mission ko le ke uthe hain,</w:t>
      </w:r>
    </w:p>
    <w:p>
      <w:pPr>
        <w:jc w:val="right"/>
      </w:pPr>
      <w:r>
        <w:t>ہم آپ اسی انسان کے، اسی انسان کے فالوور ہیں، اسی انسان کے مشن کو لے کے اٹھے ہیں،</w:t>
      </w:r>
    </w:p>
    <w:p>
      <w:r>
        <w:rPr>
          <w:b/>
        </w:rPr>
        <w:t xml:space="preserve">[14:07] </w:t>
      </w:r>
      <w:r>
        <w:t>isi insaan ke mission ki, ke jo aakhri daur mein jo is ki jo takmeel hone wali thi, us ke umeedwar ho ke khade hue hain.</w:t>
      </w:r>
    </w:p>
    <w:p>
      <w:pPr>
        <w:jc w:val="right"/>
      </w:pPr>
      <w:r>
        <w:t>اسی انسان کے مشن کی، کہ جو آخری دور میں جو اس کی جو تکمیل ہونے والی تھی، اس کے امیدوار ہو کے کھڑے ہوئے ہیں۔</w:t>
      </w:r>
    </w:p>
    <w:p>
      <w:r>
        <w:rPr>
          <w:b/>
        </w:rPr>
        <w:t xml:space="preserve">[14:23] </w:t>
      </w:r>
      <w:r>
        <w:t>to mujhe yaqeen hai ke hum jis se, jis ke bharose par, jis khuda rab ul alameen ke bharose par khade hue hain, woh yahi karega ke hum mangein, mangein ke ek seat aur khuda ka faisla hoga un ko 25 seat de do,</w:t>
      </w:r>
    </w:p>
    <w:p>
      <w:pPr>
        <w:jc w:val="right"/>
      </w:pPr>
      <w:r>
        <w:t>تو مجھے یقین ہے کہ ہم جس سے، جس کے بھروسے پر، جس خدا رب العالمین کے بھروسے پر کھڑے ہوئے ہیں، وہ یہی کرے گا کہ ہم مانگیں، مانگیں کہ ایک سیٹ اور خدا کا فیصلہ ہوگا ان کو 25 سیٹ دے دو،</w:t>
      </w:r>
    </w:p>
    <w:p>
      <w:r>
        <w:rPr>
          <w:b/>
        </w:rPr>
        <w:t xml:space="preserve">[14:48] </w:t>
      </w:r>
      <w:r>
        <w:t>hum thoda mangein, wahan se faisla hoga, kyunke zyada zyada de do. to allah taala ka ajeeb ghareeb yeh ehsaan hai ke aise ho raha hai,</w:t>
      </w:r>
    </w:p>
    <w:p>
      <w:pPr>
        <w:jc w:val="right"/>
      </w:pPr>
      <w:r>
        <w:t>ہم تھوڑا مانگیں، وہاں سے فیصلہ ہوگا، کیونکہ زیادہ زیادہ دے دو۔ تو اللہ تعالیٰ کا عجیب غریب یہ احسان ہے کہ ایسے ہو رہا ہے،</w:t>
      </w:r>
    </w:p>
    <w:p>
      <w:r>
        <w:rPr>
          <w:b/>
        </w:rPr>
        <w:t xml:space="preserve">[15:02] </w:t>
      </w:r>
      <w:r>
        <w:t>aise hi ho raha hai. main aap ko batata hoon ke main paida hua adham garh ke ek gaon mein, adham garh ke ek gaon mein,</w:t>
      </w:r>
    </w:p>
    <w:p>
      <w:pPr>
        <w:jc w:val="right"/>
      </w:pPr>
      <w:r>
        <w:t>ایسے ہی ہو رہا ہے۔ میں آپ کو بتاتا ہوں کہ میں پیدا ہوا آدم گڑھ کے ایک گاؤں میں، آدم گڑھ کے ایک گاؤں میں،</w:t>
      </w:r>
    </w:p>
    <w:p>
      <w:r>
        <w:rPr>
          <w:b/>
        </w:rPr>
        <w:t xml:space="preserve">[15:17] </w:t>
      </w:r>
      <w:r>
        <w:t>bohat hi jis ko kehte hain,</w:t>
      </w:r>
    </w:p>
    <w:p>
      <w:pPr>
        <w:jc w:val="right"/>
      </w:pPr>
      <w:r>
        <w:t>بہت ہی جس کو کہتے ہیں،</w:t>
      </w:r>
    </w:p>
    <w:p>
      <w:r>
        <w:rPr>
          <w:b/>
        </w:rPr>
        <w:t xml:space="preserve">[15:25] </w:t>
      </w:r>
      <w:r>
        <w:t>yaani bilkul hi backward gaon tha, wahan kuch nahi tha. is waqt jab main paida hua to wahan kuch bhi nahi tha.</w:t>
      </w:r>
    </w:p>
    <w:p>
      <w:pPr>
        <w:jc w:val="right"/>
      </w:pPr>
      <w:r>
        <w:t>یعنی بالکل ہی بیکورڈ گاؤں تھا، وہاں کچھ نہیں تھا۔ اس وقت جب میں پیدا ہوا تو وہاں کچھ بھی نہیں تھا۔</w:t>
      </w:r>
    </w:p>
    <w:p>
      <w:r>
        <w:rPr>
          <w:b/>
        </w:rPr>
        <w:t xml:space="preserve">[15:36] </w:t>
      </w:r>
      <w:r>
        <w:t>to wahan se main kisi halaat aise paida hue ke main dilli aa gaya, woh bhi ek allah taala ka faisla tha.</w:t>
      </w:r>
    </w:p>
    <w:p>
      <w:pPr>
        <w:jc w:val="right"/>
      </w:pPr>
      <w:r>
        <w:t>تو وہاں سے میں کسی حالات ایسے پیدا ہوئے کہ میں دلی آ گیا، وہ بھی ایک اللہ تعالیٰ کا فیصلہ تھا۔</w:t>
      </w:r>
    </w:p>
    <w:p>
      <w:r>
        <w:rPr>
          <w:b/>
        </w:rPr>
        <w:t xml:space="preserve">[15:49] </w:t>
      </w:r>
      <w:r>
        <w:t>to yeh baat hai 1967 ki, 1967 mein dilli aaya, 1967 mein.</w:t>
      </w:r>
    </w:p>
    <w:p>
      <w:pPr>
        <w:jc w:val="right"/>
      </w:pPr>
      <w:r>
        <w:t>تو یہ بات ہے 1967 کی، 1967 میں دلی آیا، 1967 میں۔</w:t>
      </w:r>
    </w:p>
    <w:p>
      <w:r>
        <w:rPr>
          <w:b/>
        </w:rPr>
        <w:t xml:space="preserve">[16:03] </w:t>
      </w:r>
      <w:r>
        <w:t>is waqt maine ek ek mamooli qism ka parcha nikala jis mein dawat ki baat hoti thi.</w:t>
      </w:r>
    </w:p>
    <w:p>
      <w:pPr>
        <w:jc w:val="right"/>
      </w:pPr>
      <w:r>
        <w:t>اس وقت میں نے ایک ایک معمولی قسم کا پرچہ نکالا جس میں دعوت کی بات ہوتی تھی۔</w:t>
      </w:r>
    </w:p>
    <w:p>
      <w:r>
        <w:rPr>
          <w:b/>
        </w:rPr>
        <w:t xml:space="preserve">[16:14] </w:t>
      </w:r>
      <w:r>
        <w:t>yeh waqt tha jab ke saari ummat par</w:t>
      </w:r>
    </w:p>
    <w:p>
      <w:pPr>
        <w:jc w:val="right"/>
      </w:pPr>
      <w:r>
        <w:t>یہ وقت تھا جب کہ ساری امت پر</w:t>
      </w:r>
    </w:p>
    <w:p>
      <w:r>
        <w:rPr>
          <w:b/>
        </w:rPr>
        <w:t xml:space="preserve">[16:21] </w:t>
      </w:r>
      <w:r>
        <w:t>woh chhaya hua tha ke musalman under siege hain, musalman jo hain.</w:t>
      </w:r>
    </w:p>
    <w:p>
      <w:pPr>
        <w:jc w:val="right"/>
      </w:pPr>
      <w:r>
        <w:t>وہ چھایا ہوا تھا کہ مسلمان انڈر سیز ہیں، مسلمان جو ہیں۔</w:t>
      </w:r>
    </w:p>
    <w:p>
      <w:r>
        <w:rPr>
          <w:b/>
        </w:rPr>
        <w:t xml:space="preserve">[16:34] </w:t>
      </w:r>
      <w:r>
        <w:t>yani isi zamane mein chhapi thi Maulana Ata Hussain Haali ki kitaab "Haali Musaddas". Haali is ke aakhir mein unhon ne likha tha: "Ae khaasa, ae khaasaan-e-rusul!</w:t>
      </w:r>
    </w:p>
    <w:p>
      <w:pPr>
        <w:jc w:val="right"/>
      </w:pPr>
      <w:r>
        <w:t>یعنی اسی زمانے میں چھپی تھی مولانا عطا حسین عالی کی کتاب "حالی مسدس"۔ حالی اس کے آخر میں انہوں نے لکھا تھا: "اے خاصہ، اے خاصان رسل!</w:t>
      </w:r>
    </w:p>
    <w:p>
      <w:r>
        <w:rPr>
          <w:b/>
        </w:rPr>
        <w:t xml:space="preserve">[16:48] </w:t>
      </w:r>
      <w:r>
        <w:t>Waqt-e-dua hai, ummat pe teri aag ke aaj waqt pada hai. Jo deen badi shaan se nikla tha watan se, pardes mein woh aaj ghareeb-ul-ghuraba hai." Yeh bilkul jhooti baat thi,</w:t>
      </w:r>
    </w:p>
    <w:p>
      <w:pPr>
        <w:jc w:val="right"/>
      </w:pPr>
      <w:r>
        <w:t>وقت دعا ہے، امت پہ تیری آگ کے آج وقت پڑا ہے۔ جو دین بڑی شان سے نکلا تھا وطن سے، پردیس میں وہ آج غریب الغرباء ہے۔" یہ بالکل جھوٹی بات تھی،</w:t>
      </w:r>
    </w:p>
    <w:p>
      <w:r>
        <w:rPr>
          <w:b/>
        </w:rPr>
        <w:t xml:space="preserve">[17:02] </w:t>
      </w:r>
      <w:r>
        <w:t>pardes mein pahunch kar ke woh aalami mazhab ban gaya, aalami deen. Yani jab unhon ne kaha tha yeh sher, tab "The Hundred" nahi chhapi thi,</w:t>
      </w:r>
    </w:p>
    <w:p>
      <w:pPr>
        <w:jc w:val="right"/>
      </w:pPr>
      <w:r>
        <w:t>پردیس میں پہنچ کر کے وہ عالمی مذہب بن گیا، عالمی دین۔ یعنی جب انہوں نے کہا تھا یہ شعر، تب "دا ہنڈرڈ" نہیں چھپی تھی،</w:t>
      </w:r>
    </w:p>
    <w:p>
      <w:r>
        <w:rPr>
          <w:b/>
        </w:rPr>
        <w:t xml:space="preserve">[17:17] </w:t>
      </w:r>
      <w:r>
        <w:t>aaj "The Hundred" chhapi hai. Aur sab se zyada jo developed country hai, America, wahan ke ek aadmi ne yeh kitaab likhi aur chhapi, uska naam rakha "The Hundred".</w:t>
      </w:r>
    </w:p>
    <w:p>
      <w:pPr>
        <w:jc w:val="right"/>
      </w:pPr>
      <w:r>
        <w:t>آج "دا ہنڈرڈ" چھپی ہے۔ اور سب سے زیادہ جو ڈیولپ کنٹری ہے، امریکہ، وہاں کے ایک آدمی نے یہ کتاب لکھی اور چھاپی، اس کا نام رکھا "دا ہنڈرڈ"۔</w:t>
      </w:r>
    </w:p>
    <w:p>
      <w:r>
        <w:rPr>
          <w:b/>
        </w:rPr>
        <w:t xml:space="preserve">[17:33] </w:t>
      </w:r>
      <w:r>
        <w:t>"The Hundred" ka matlab yeh hai ke poori history ka number one insaan hai.</w:t>
      </w:r>
    </w:p>
    <w:p>
      <w:pPr>
        <w:jc w:val="right"/>
      </w:pPr>
      <w:r>
        <w:t>"دا ہنڈرڈ" کا مطلب یہ ہے کہ پوری ہسٹری کا نمبر ون انسان ہے۔</w:t>
      </w:r>
    </w:p>
    <w:p>
      <w:r>
        <w:rPr>
          <w:b/>
        </w:rPr>
        <w:t xml:space="preserve">[17:43] </w:t>
      </w:r>
      <w:r>
        <w:t>Toh main samajhta hoon ke woh woh jo baat thi, aaj bhi Allah Ta'ala ki madad se poori ho rahi hai, kyunke 1967 mein jab hum ne yeh mission shuru kiya tha toh ek dum hi wahi qissa tha ke koi saathi nahi tha, hum akele akele the.</w:t>
      </w:r>
    </w:p>
    <w:p>
      <w:pPr>
        <w:jc w:val="right"/>
      </w:pPr>
      <w:r>
        <w:t>تو میں سمجھتا ہوں کہ وہ وہ جو بات تھی، آج بھی اللہ تعالیٰ کی مدد سے پوری ہو رہی ہے، کیونکہ 1967 میں جب ہم نے یہ مشن شروع کیا تھا تو ایک دم ہی وہی قصہ تھا کہ کوئی ساتھی نہیں تھا، ہم اکیلے اکیلے تھے۔</w:t>
      </w:r>
    </w:p>
    <w:p>
      <w:r>
        <w:rPr>
          <w:b/>
        </w:rPr>
        <w:t xml:space="preserve">[18:07] </w:t>
      </w:r>
      <w:r>
        <w:t>Toh yahan is zamane mein Musalmanon ka ek assign karta tha English mein</w:t>
      </w:r>
    </w:p>
    <w:p>
      <w:pPr>
        <w:jc w:val="right"/>
      </w:pPr>
      <w:r>
        <w:t>تو یہاں اس زمانے میں مسلمانوں کا ایک اسائن کرتا تھا انگلش میں</w:t>
      </w:r>
    </w:p>
    <w:p>
      <w:r>
        <w:rPr>
          <w:b/>
        </w:rPr>
        <w:t xml:space="preserve">[18:15] </w:t>
      </w:r>
      <w:r>
        <w:t>ek community paper. Musalmanon ke jitne paper nikle hain is muddat mein, woh sab ke sab community paper the.</w:t>
      </w:r>
    </w:p>
    <w:p>
      <w:pPr>
        <w:jc w:val="right"/>
      </w:pPr>
      <w:r>
        <w:t>ایک کمیونٹی پیپر۔ مسلمانوں کے جتنے پیپر نکلے ہیں اس مدت میں، وہ سب کے سب کمیونٹی پیپر تھے۔</w:t>
      </w:r>
    </w:p>
    <w:p>
      <w:r>
        <w:rPr>
          <w:b/>
        </w:rPr>
        <w:t xml:space="preserve">[18:24] </w:t>
      </w:r>
      <w:r>
        <w:t>Toh community paper ne hamare bare mein ek chhota sa item chhapa tha, chhota sa, aur us par title kya tha: "Lonely Voice".</w:t>
      </w:r>
    </w:p>
    <w:p>
      <w:pPr>
        <w:jc w:val="right"/>
      </w:pPr>
      <w:r>
        <w:t>تو کمیونٹی پیپر نے ہمارے بارے میں ایک چھوٹا سا آئٹم چھپا تھا، چھوٹا سا، اور اس پر ٹائٹل کیا تھا: "لونلی وائس"۔</w:t>
      </w:r>
    </w:p>
    <w:p>
      <w:r>
        <w:rPr>
          <w:b/>
        </w:rPr>
        <w:t xml:space="preserve">[18:38] </w:t>
      </w:r>
      <w:r>
        <w:t>"Lonely Voice" yani saari ummat toh samajhti hai ke Musalmanon ko ihtijaj karna hai, zulm ke khilaaf tehreek chalana hai, aur yeh aadmi keh raha hai ke Islam</w:t>
      </w:r>
    </w:p>
    <w:p>
      <w:pPr>
        <w:jc w:val="right"/>
      </w:pPr>
      <w:r>
        <w:t>"لونلی وائس" یعنی ساری امت تو سمجھتی ہے کہ مسلمانوں کو احتجاج کرنا ہے، ظلم کے خلاف تحریک چلانا ہے، اور یہ آدمی کہہ رہا ہے کہ اسلام</w:t>
      </w:r>
    </w:p>
    <w:p>
      <w:r>
        <w:rPr>
          <w:b/>
        </w:rPr>
        <w:t xml:space="preserve">[18:55] </w:t>
      </w:r>
      <w:r>
        <w:t>saari duniya ko paigham de raha hai ke "A</w:t>
      </w:r>
    </w:p>
    <w:p>
      <w:pPr>
        <w:jc w:val="right"/>
      </w:pPr>
      <w:r>
        <w:t>ساری دنیا کو پیغام دے رہا ہے کہ "ا</w:t>
      </w:r>
    </w:p>
    <w:p>
      <w:r>
        <w:rPr>
          <w:b/>
        </w:rPr>
        <w:t xml:space="preserve">[18:58] </w:t>
      </w:r>
      <w:r>
        <w:t>e logon! Islam tumhare liye good news hai".</w:t>
      </w:r>
    </w:p>
    <w:p>
      <w:pPr>
        <w:jc w:val="right"/>
      </w:pPr>
      <w:r>
        <w:t>ے لوگوں! اسلام تمہارے لیے گڈ نیوز ہے"۔</w:t>
      </w:r>
    </w:p>
    <w:p>
      <w:r>
        <w:rPr>
          <w:b/>
        </w:rPr>
        <w:t xml:space="preserve">[19:06] </w:t>
      </w:r>
      <w:r>
        <w:t>Toh Allah ke fazl se aaj aap dekhein toh 1967 ke muqable mein aaj yeh mission waqai aalami mission ban chuka hai, aalami saari duniya mein, saari duniya mein.</w:t>
      </w:r>
    </w:p>
    <w:p>
      <w:pPr>
        <w:jc w:val="right"/>
      </w:pPr>
      <w:r>
        <w:t>تو اللہ کے فضل سے آج آپ دیکھیں تو 1967 کے مقابلے میں آج یہ مشن واقعی عالمی مشن بن چکا ہے، عالمی ساری دنیا میں، ساری دنیا میں۔</w:t>
      </w:r>
    </w:p>
    <w:p>
      <w:r>
        <w:rPr>
          <w:b/>
        </w:rPr>
        <w:t xml:space="preserve">[19:25] </w:t>
      </w:r>
      <w:r>
        <w:t>Hum jo mission chala rahe hain Quran ko phailane ka, hamara main mission hai Quran ko phailana. Toh aaj Quran jo hai, saare aalam mein phailaya ja raha hai.</w:t>
      </w:r>
    </w:p>
    <w:p>
      <w:pPr>
        <w:jc w:val="right"/>
      </w:pPr>
      <w:r>
        <w:t>ہم جو مشن چلا رہے ہیں قرآن کو پھیلانے کا، ہمارا مین مشن ہے قرآن کو پھیلانا۔ تو آج قرآن جو ہے، سارے عالم میں پھیلایا جا رہا ہے۔</w:t>
      </w:r>
    </w:p>
    <w:p>
      <w:r>
        <w:rPr>
          <w:b/>
        </w:rPr>
        <w:t xml:space="preserve">[19:38] </w:t>
      </w:r>
      <w:r>
        <w:t>Ek ek mazboot mazboot team hai Allah ke fazl se hamare saath, ek mazboot team hai saari duniya mein.</w:t>
      </w:r>
    </w:p>
    <w:p>
      <w:pPr>
        <w:jc w:val="right"/>
      </w:pPr>
      <w:r>
        <w:t>ایک ایک مضبوط مضبوط ٹیم ہے اللہ کے فضل سے ہمارے ساتھ، ایک مضبوط ٹیم ہے ساری دنیا میں۔</w:t>
      </w:r>
    </w:p>
    <w:p>
      <w:r>
        <w:rPr>
          <w:b/>
        </w:rPr>
        <w:t xml:space="preserve">[19:46] </w:t>
      </w:r>
      <w:r>
        <w:t>Woh apna time lagate hain, apna paisa lagate hain, apna energy lagate hain, aur is mission ko, yani Quran mission ko, saari duniya mein pahuncha rahe hain.</w:t>
      </w:r>
    </w:p>
    <w:p>
      <w:pPr>
        <w:jc w:val="right"/>
      </w:pPr>
      <w:r>
        <w:t>وہ اپنا ٹائم لگاتے ہیں، اپنا پیسہ لگاتے ہیں، اپنا انرجی لگاتے ہیں، اور اس مشن کو، یعنی قرآن مشن کو، ساری دنیا میں پہنچا رہے ہیں۔</w:t>
      </w:r>
    </w:p>
    <w:p>
      <w:r>
        <w:rPr>
          <w:b/>
        </w:rPr>
        <w:t xml:space="preserve">[19:59] </w:t>
      </w:r>
      <w:r>
        <w:t>Is Quran mission ko saari duniya mein phaila rahe hain.</w:t>
      </w:r>
    </w:p>
    <w:p>
      <w:pPr>
        <w:jc w:val="right"/>
      </w:pPr>
      <w:r>
        <w:t>اس قرآن مشن کو ساری دنیا میں پھیلا رہے ہیں۔</w:t>
      </w:r>
    </w:p>
    <w:p>
      <w:r>
        <w:rPr>
          <w:b/>
        </w:rPr>
        <w:t xml:space="preserve">[20:05] </w:t>
      </w:r>
      <w:r>
        <w:t>Toh main samajhta hoon ke is waqe mein hamare liye bahut badi khushkhabri hai, bahut badi khushkhabri hai.</w:t>
      </w:r>
    </w:p>
    <w:p>
      <w:pPr>
        <w:jc w:val="right"/>
      </w:pPr>
      <w:r>
        <w:t>تو میں سمجھتا ہوں کہ اس واقعے میں ہمارے لیے بہت بڑی خوشخبری ہے، بہت بڑی خوشخبری ہے۔</w:t>
      </w:r>
    </w:p>
    <w:p>
      <w:r>
        <w:rPr>
          <w:b/>
        </w:rPr>
        <w:t xml:space="preserve">[20:21] </w:t>
      </w:r>
      <w:r>
        <w:t>Jo Haali ne kaha tha: "Ae khaasaan, khaasa, khaasaan-e-rusul</w:t>
      </w:r>
    </w:p>
    <w:p>
      <w:pPr>
        <w:jc w:val="right"/>
      </w:pPr>
      <w:r>
        <w:t>جو حالی نے کہا تھا: "اے خاصان، خاصہ، خاصان رسل</w:t>
      </w:r>
    </w:p>
    <w:p>
      <w:r>
        <w:rPr>
          <w:b/>
        </w:rPr>
        <w:t xml:space="preserve">[20:26] </w:t>
      </w:r>
      <w:r>
        <w:t>! Waqt-e-dua hai, ummat pe teri aag ke aaj waqt pada hai. Jo deen, woh deen jo nikla tha,</w:t>
      </w:r>
    </w:p>
    <w:p>
      <w:pPr>
        <w:jc w:val="right"/>
      </w:pPr>
      <w:r>
        <w:t>! وقت دعا ہے، امت پہ تیری آگ کے آج وقت پڑا ہے۔ جو دین، وہ دین جو نکلا تھا،</w:t>
      </w:r>
    </w:p>
    <w:p>
      <w:r>
        <w:rPr>
          <w:b/>
        </w:rPr>
        <w:t xml:space="preserve">[20:37] </w:t>
      </w:r>
      <w:r>
        <w:t>kya woh hai? Pardes mein woh aaj ghareeb-ul-ghuraba hai." Kuch nahi, yeh jhooti baat hai. Aaj Islam saari duniya ka,</w:t>
      </w:r>
    </w:p>
    <w:p>
      <w:pPr>
        <w:jc w:val="right"/>
      </w:pPr>
      <w:r>
        <w:t>کیا وہ ہے؟ پردیس میں وہ آج غریب الغرباء ہے۔" کچھ نہیں، یہ جھوٹی بات ہے۔ آج اسلام ساری دنیا کا،</w:t>
      </w:r>
    </w:p>
    <w:p>
      <w:r>
        <w:rPr>
          <w:b/>
        </w:rPr>
        <w:t xml:space="preserve">[20:51] </w:t>
      </w:r>
      <w:r>
        <w:t>yani tawajjuh ka markaz bana hua hai. Tawajjuh ka saari duniya mein usko padha ja raha hai. Hamare saathi duniya ke bahut si zubanon mein Quran ka tarjuma chhaap kar har jagah phaila rahe hain,</w:t>
      </w:r>
    </w:p>
    <w:p>
      <w:pPr>
        <w:jc w:val="right"/>
      </w:pPr>
      <w:r>
        <w:t>یعنی توجہ کا مرکز بنا ہوا ہے۔ توجہ کا ساری دنیا میں اس کو پڑھا جا رہا ہے۔ ہمارے ساتھی دنیا کے بہت سی زبانوں میں قرآن کا ترجمہ چھاپ کر ہر جگہ پھیلا رہے ہیں،</w:t>
      </w:r>
    </w:p>
    <w:p>
      <w:r>
        <w:rPr>
          <w:b/>
        </w:rPr>
        <w:t xml:space="preserve">[21:08] </w:t>
      </w:r>
      <w:r>
        <w:t>aur log maangte hain ke "Hamein do, hamein do".</w:t>
      </w:r>
    </w:p>
    <w:p>
      <w:pPr>
        <w:jc w:val="right"/>
      </w:pPr>
      <w:r>
        <w:t>اور لوگ مانگتے ہیں کہ "ہمیں دو، ہمیں دو"۔</w:t>
      </w:r>
    </w:p>
    <w:p>
      <w:r>
        <w:rPr>
          <w:b/>
        </w:rPr>
        <w:t xml:space="preserve">[21:13] </w:t>
      </w:r>
      <w:r>
        <w:t>Yani Quran aaj sach much aalami kitaab ban chuka hai, already</w:t>
      </w:r>
    </w:p>
    <w:p>
      <w:pPr>
        <w:jc w:val="right"/>
      </w:pPr>
      <w:r>
        <w:t>یعنی قرآن آج سچ مچ عالمی کتاب بن چکا ہے، الریڈی</w:t>
      </w:r>
    </w:p>
    <w:p>
      <w:r>
        <w:rPr>
          <w:b/>
        </w:rPr>
        <w:t xml:space="preserve">[21:21] </w:t>
      </w:r>
      <w:r>
        <w:t>har mazhab, har har har zuban mein, uske understandable language mein, uske</w:t>
      </w:r>
    </w:p>
    <w:p>
      <w:pPr>
        <w:jc w:val="right"/>
      </w:pPr>
      <w:r>
        <w:t>ہر مذہب، ہر ہر ہر زبان میں، اس کے انڈرسٹینڈیبل لینگویج میں، اس کے</w:t>
      </w:r>
    </w:p>
    <w:p>
      <w:r>
        <w:rPr>
          <w:b/>
        </w:rPr>
        <w:t xml:space="preserve">[21:36] </w:t>
      </w:r>
      <w:r>
        <w:t>aur angrezi mein, jo ke jo ke aaj ki international language hai, is mein to bohat hi shandar tarjuma kiya gaya hai, hamari team ne kiya hai, aur woh sari dunya mein phailaya ja raha hai.</w:t>
      </w:r>
    </w:p>
    <w:p>
      <w:pPr>
        <w:jc w:val="right"/>
      </w:pPr>
      <w:r>
        <w:t>اور انگریزی میں، جو کہ جو کہ آج کی انٹرنیشنل لینگویج ہے، اس میں تو بہت ہی شاندار ترجمہ کیا گیا ہے، ہماری ٹیم نے کیا ہے، اور وہ ساری دنیا میں پھیلایا جا رہا ہے۔</w:t>
      </w:r>
    </w:p>
    <w:p>
      <w:r>
        <w:rPr>
          <w:b/>
        </w:rPr>
        <w:t xml:space="preserve">[21:59] </w:t>
      </w:r>
      <w:r>
        <w:t>to dekhiye, hamara mission koi political mission nahi hai, hargiz nahi hai. communal mission hargiz nahi hai.</w:t>
      </w:r>
    </w:p>
    <w:p>
      <w:pPr>
        <w:jc w:val="right"/>
      </w:pPr>
      <w:r>
        <w:t>تو دیکھیے، ہمارا مشن کوئی پولیٹیکل مشن نہیں ہے، ہرگز نہیں ہے۔ کمیونل مشن ہرگز نہیں ہے۔</w:t>
      </w:r>
    </w:p>
    <w:p>
      <w:r>
        <w:rPr>
          <w:b/>
        </w:rPr>
        <w:t xml:space="preserve">[22:08] </w:t>
      </w:r>
      <w:r>
        <w:t>hamara mission muslim empowerment ka mission hargiz nahi hai. hamara mission Allah ke ki kitab ko har jagah phailana hai.</w:t>
      </w:r>
    </w:p>
    <w:p>
      <w:pPr>
        <w:jc w:val="right"/>
      </w:pPr>
      <w:r>
        <w:t>ہمارا مشن مسلم امپاورمنٹ کا مشن ہرگز نہیں ہے۔ ہمارا مشن اللہ کے کی کتاب کو ہر جگہ پھیلانا ہے۔</w:t>
      </w:r>
    </w:p>
    <w:p>
      <w:r>
        <w:rPr>
          <w:b/>
        </w:rPr>
        <w:t xml:space="preserve">[22:23] </w:t>
      </w:r>
      <w:r>
        <w:t>hum kisi committee ke liye nahi khade hue hain, hum kisi political maqsad ke liye nahi khade hue hain, balkeh Allah ke paigham ko sari dunya mein phunchane ke liye khade hue hain.</w:t>
      </w:r>
    </w:p>
    <w:p>
      <w:pPr>
        <w:jc w:val="right"/>
      </w:pPr>
      <w:r>
        <w:t>ہم کسی کمیٹی کے لیے نہیں کھڑے ہوئے ہیں، ہم کسی پولیٹیکل مقصد کے لیے نہیں کھڑے ہوئے ہیں، بلکہ اللہ کے پیغام کو ساری دنیا میں پہنچانے کے لیے کھڑے ہوئے ہیں۔</w:t>
      </w:r>
    </w:p>
    <w:p>
      <w:r>
        <w:rPr>
          <w:b/>
        </w:rPr>
        <w:t xml:space="preserve">[22:39] </w:t>
      </w:r>
      <w:r>
        <w:t>hamare saathi jahan bhi jate hain, woh Quran le kar jate hain, aur log bohat hi shauq se is ko lete hain, bohat shauq se.</w:t>
      </w:r>
    </w:p>
    <w:p>
      <w:pPr>
        <w:jc w:val="right"/>
      </w:pPr>
      <w:r>
        <w:t>ہمارے ساتھی جہاں بھی جاتے ہیں، وہ قرآن لے کر جاتے ہیں، اور لوگ بہت ہی شوق سے اس کو لیتے ہیں، بہت شوق سے۔</w:t>
      </w:r>
    </w:p>
    <w:p>
      <w:r>
        <w:rPr>
          <w:b/>
        </w:rPr>
        <w:t xml:space="preserve">[22:49] </w:t>
      </w:r>
      <w:r>
        <w:t>har din hamare paas khabrein aati hain ke hamare saathi falan jagah gaye, aur wahan unhon ne logon se zikr kiya, to unhon ne kaha: "kaha haan, hum to intezar ke intezar kar rahe the, lao Quran, lao Quran, lao Quran".</w:t>
      </w:r>
    </w:p>
    <w:p>
      <w:pPr>
        <w:jc w:val="right"/>
      </w:pPr>
      <w:r>
        <w:t>ہر دن ہمارے پاس خبریں آتی ہیں کہ ہمارے ساتھی فلاں جگہ گئے، اور وہاں انہوں نے لوگوں سے ذکر کیا، تو انہوں نے کہا: "کہا ہاں، ہم تو انتظار کے انتظار کر رہے تھے، لاؤ قرآن، لاؤ قرآن، لاؤ قرآن"۔</w:t>
      </w:r>
    </w:p>
    <w:p>
      <w:r>
        <w:rPr>
          <w:b/>
        </w:rPr>
        <w:t xml:space="preserve">[23:10] </w:t>
      </w:r>
      <w:r>
        <w:t>to hamare liye mayoosi ka waqt nahi hai, shukr ka waqt hai. aaj ek ajib baat hai, is bhai ke Quran aap kholien to pehla jo niklega, aap ko Alhamdulillah,</w:t>
      </w:r>
    </w:p>
    <w:p>
      <w:pPr>
        <w:jc w:val="right"/>
      </w:pPr>
      <w:r>
        <w:t>تو ہمارے لیے مایوسی کا وقت نہیں ہے، شکر کا وقت ہے۔ آج ایک عجیب بات ہے، اس بھائی کہ قرآن آپ کھولیں تو پہلا جو نکلے گا، آپ کو الحمدللہ،</w:t>
      </w:r>
    </w:p>
    <w:p>
      <w:r>
        <w:rPr>
          <w:b/>
        </w:rPr>
        <w:t xml:space="preserve">[23:29] </w:t>
      </w:r>
      <w:r>
        <w:t>Alhamdulillah, pehla pehla pehla Alhamdulillah rabbul alameen. to mein samajhta hoon ke yeh ek abadi sach hai, abadi paigham hai ke yeh deen ek aisa deen hai ke jo is ke manne wale hon,</w:t>
      </w:r>
    </w:p>
    <w:p>
      <w:pPr>
        <w:jc w:val="right"/>
      </w:pPr>
      <w:r>
        <w:t>الحمدللہ، پہلا پہلا پہلا الحمدللہ رب العالمین۔ تو میں سمجھتا ہوں کہ یہ ایک ابدی سچ ہے، ابدی پیغام ہے کہ یہ دین ایک ایسا دین ہے کہ جو اس کے ماننے والے ہوں،</w:t>
      </w:r>
    </w:p>
    <w:p>
      <w:r>
        <w:rPr>
          <w:b/>
        </w:rPr>
        <w:t xml:space="preserve">[23:47] </w:t>
      </w:r>
      <w:r>
        <w:t>un ko abadi Alhamdulillah hai. yani subah uthe tab Alhamdulillah, sham ko soye tab Alhamdulillah, Allah ka shukr.</w:t>
      </w:r>
    </w:p>
    <w:p>
      <w:pPr>
        <w:jc w:val="right"/>
      </w:pPr>
      <w:r>
        <w:t>ان کو ابدی الحمدللہ ہے۔ یعنی صبح اٹھے تب الحمدللہ، شام کو سوئے تب الحمدللہ، اللہ کا شکر۔</w:t>
      </w:r>
    </w:p>
    <w:p>
      <w:r>
        <w:rPr>
          <w:b/>
        </w:rPr>
        <w:t xml:space="preserve">[23:59] </w:t>
      </w:r>
      <w:r>
        <w:t>yani shukr item par jeena, shukr item par subah karna, shukr item par raat karna, yeh deen apne aap hi mein Alhamdulillah hai.</w:t>
      </w:r>
    </w:p>
    <w:p>
      <w:pPr>
        <w:jc w:val="right"/>
      </w:pPr>
      <w:r>
        <w:t>یعنی شکر آئٹم پر جینا، شکر آئٹم پر صبح کرنا، شکر آئٹم پر رات کرنا، یہ دین اپنے آپ ہی میں الحمدللہ ہے۔</w:t>
      </w:r>
    </w:p>
    <w:p>
      <w:r>
        <w:rPr>
          <w:b/>
        </w:rPr>
        <w:t xml:space="preserve">[24:16] </w:t>
      </w:r>
      <w:r>
        <w:t>is mein mayoosi ki koi baat nahi. hukoomatein badal rahi hain, hukoomatein badal rahi hain to badalne dijiye,</w:t>
      </w:r>
    </w:p>
    <w:p>
      <w:pPr>
        <w:jc w:val="right"/>
      </w:pPr>
      <w:r>
        <w:t>اس میں مایوسی کی کوئی بات نہیں۔ حکومتیں بدل رہی ہیں، حکومتیں بدل رہی ہیں تو بدلنے دیجئے،</w:t>
      </w:r>
    </w:p>
    <w:p>
      <w:r>
        <w:rPr>
          <w:b/>
        </w:rPr>
        <w:t xml:space="preserve">[24:27] </w:t>
      </w:r>
      <w:r>
        <w:t>political tabdiliyan hone dijiye. aap ko Quran ka pehla jo message hai, woh yaad rakhna chahiye, woh hai Alhamdulillah,</w:t>
      </w:r>
    </w:p>
    <w:p>
      <w:pPr>
        <w:jc w:val="right"/>
      </w:pPr>
      <w:r>
        <w:t>پولیٹیکل تبدیلیاں ہونے دیجئے۔ آپ کو قرآن کا پہلا جو میسج ہے، وہ یاد رکھنا چاہیے، وہ ہے الحمدللہ،</w:t>
      </w:r>
    </w:p>
    <w:p>
      <w:r>
        <w:rPr>
          <w:b/>
        </w:rPr>
        <w:t xml:space="preserve">[24:41] </w:t>
      </w:r>
      <w:r>
        <w:t>Alhamdulillah. yani hamesha shukr mein jeena, hamesha Alhamdulillah mein jeena, hamesha</w:t>
      </w:r>
    </w:p>
    <w:p>
      <w:pPr>
        <w:jc w:val="right"/>
      </w:pPr>
      <w:r>
        <w:t>الحمدللہ۔ یعنی ہمیشہ شکر میں جینا، ہمیشہ الحمدللہ میں جینا، ہمیشہ</w:t>
      </w:r>
    </w:p>
    <w:p>
      <w:r>
        <w:rPr>
          <w:b/>
        </w:rPr>
        <w:t xml:space="preserve">[24:51] </w:t>
      </w:r>
      <w:r>
        <w:t>kam ho tab bhi, ziyada ho tab bhi. aaj mujhe yaad aya ke Rasool Allah Sal Allahu Alaihi Wasallam jab Makah se nikle the hijrat hijrat ke liye, to wahan aap ek waqt tha ke aap ek ghar mein sirf do hi aadmi the, aap se Hazrat Abu Bakr bas.</w:t>
      </w:r>
    </w:p>
    <w:p>
      <w:pPr>
        <w:jc w:val="right"/>
      </w:pPr>
      <w:r>
        <w:t>کم ہو تب بھی، زیادہ ہو تب بھی۔ آج مجھے یاد آیا کہ رسول اللہ صلی اللہ علیہ وسلم جب مکہ سے نکلے تھے ہجرت ہجرت کے لیے، تو وہاں آپ ایک وقت تھا کہ آپ ایک غار میں صرف دو ہی آدمی تھے، آپ سے حضرت ابوبکر بس۔</w:t>
      </w:r>
    </w:p>
    <w:p>
      <w:r>
        <w:rPr>
          <w:b/>
        </w:rPr>
        <w:t xml:space="preserve">[25:13] </w:t>
      </w:r>
      <w:r>
        <w:t>to Hazrat Abu Bakr ko kuch pareshani hui ke kya hoga. to Rasool Allah ne farmaya tha: "Ya Abu Bakr</w:t>
      </w:r>
    </w:p>
    <w:p>
      <w:pPr>
        <w:jc w:val="right"/>
      </w:pPr>
      <w:r>
        <w:t>تو حضرت ابوبکر کو کچھ پریشانی ہوئی کہ کیا ہوگا۔ تو رسول اللہ نے فرمایا تھا: "یا ابوبکر</w:t>
      </w:r>
    </w:p>
    <w:p>
      <w:r>
        <w:rPr>
          <w:b/>
        </w:rPr>
        <w:t xml:space="preserve">[25:23] </w:t>
      </w:r>
      <w:r>
        <w:t>! Maadhan kabthnain Allah thalithuhuma?" Ya Abu Bakr! Maadhan kabthnain Allah thalithuhuma?</w:t>
      </w:r>
    </w:p>
    <w:p>
      <w:pPr>
        <w:jc w:val="right"/>
      </w:pPr>
      <w:r>
        <w:t>! ماذن کبثنین اللہ ثالثہما؟" یا ابوبکر! ماذن کبثنین اللہ ثالثہما؟</w:t>
      </w:r>
    </w:p>
    <w:p>
      <w:r>
        <w:rPr>
          <w:b/>
        </w:rPr>
        <w:t xml:space="preserve">[25:35] </w:t>
      </w:r>
      <w:r>
        <w:t>Ae Abu Bakr! Tumhara un do ke bare mein kya khayal hai jin ke sath un ka teesra Allah rabbul alameen ho? Ya Abu Bakr!</w:t>
      </w:r>
    </w:p>
    <w:p>
      <w:pPr>
        <w:jc w:val="right"/>
      </w:pPr>
      <w:r>
        <w:t>اے ابوبکر! تمہارا ان دو کے بارے میں کیا خیال ہے جن کے ساتھ ان کا تیسرا اللہ رب العالمین ہو؟ یا ابوبکر!</w:t>
      </w:r>
    </w:p>
    <w:p>
      <w:r>
        <w:rPr>
          <w:b/>
        </w:rPr>
        <w:t xml:space="preserve">[25:46] </w:t>
      </w:r>
      <w:r>
        <w:t>Maadhan kabthnain Allah thalithuhuma? Ae Abu Bakr!</w:t>
      </w:r>
    </w:p>
    <w:p>
      <w:pPr>
        <w:jc w:val="right"/>
      </w:pPr>
      <w:r>
        <w:t>ماذن کبثنین اللہ ثالثہما؟ اے ابوبکر!</w:t>
      </w:r>
    </w:p>
    <w:p>
      <w:r>
        <w:rPr>
          <w:b/>
        </w:rPr>
        <w:t xml:space="preserve">[25:52] </w:t>
      </w:r>
      <w:r>
        <w:t>Tumhara kya guman hai un do ke bare mein jin ke sath un ka teesra Allah rabbul alameen ho? Yani Malik-e-Kainat ho, jis ke qabze mein sari kainat ho.</w:t>
      </w:r>
    </w:p>
    <w:p>
      <w:pPr>
        <w:jc w:val="right"/>
      </w:pPr>
      <w:r>
        <w:t>تمہارا کیا گمان ہے ان دو کے بارے میں جن کے ساتھ ان کا تیسرا اللہ رب العالمین ہو؟ یعنی مالک کائنات ہو، جس قبضے میں ساری کائنات ہو۔</w:t>
      </w:r>
    </w:p>
    <w:p>
      <w:r>
        <w:rPr>
          <w:b/>
        </w:rPr>
        <w:t xml:space="preserve">[26:04] </w:t>
      </w:r>
      <w:r>
        <w:t>to is yaqeen ke sath humein aage badhna hai, is yaqeen ke sath humein apna kaam karna hai, is yaqeen ke sath humein subah karna hai aur sham karna hai.</w:t>
      </w:r>
    </w:p>
    <w:p>
      <w:pPr>
        <w:jc w:val="right"/>
      </w:pPr>
      <w:r>
        <w:t>تو اس یقین کے ساتھ ہمیں آگے بڑھنا ہے، اس یقین کے ساتھ ہمیں اپنا کام کرنا ہے، اس یقین کے ساتھ ہمیں صبح کرنا ہے اور شام کرنا ہے۔</w:t>
      </w:r>
    </w:p>
    <w:p>
      <w:r>
        <w:rPr>
          <w:b/>
        </w:rPr>
        <w:t xml:space="preserve">[26:19] </w:t>
      </w:r>
      <w:r>
        <w:t>Allah Ta'ala hamari ummeedon ko pura kare, Allah Ta'ala hamare saahiyon ki madad farmaye, Allah rabbul alameen hamare sab saahiyon ko bakhshe, bakhsh de, hamare sab saahiyon ko jannat mein jagah de,</w:t>
      </w:r>
    </w:p>
    <w:p>
      <w:pPr>
        <w:jc w:val="right"/>
      </w:pPr>
      <w:r>
        <w:t>اللہ تعالیٰ ہماری امیدوں کو پورا کرے، اللہ تعالیٰ ہمارے ساتھیوں کی مدد فرمائے، اللہ رب العالمین ہمارے سب ساتھیوں کو بخشے، بخش دے، ہمارے سب ساتھیوں کو جنت میں جگہ دے،</w:t>
      </w:r>
    </w:p>
    <w:p>
      <w:r>
        <w:rPr>
          <w:b/>
        </w:rPr>
        <w:t xml:space="preserve">[26:39] </w:t>
      </w:r>
      <w:r>
        <w:t>Allah rabbul alameen hum sab ko qabool farmaye. meri yeh dua hai, aur mujhe yaqeen hai ke Allah zaroor is dua ko qabool farmaye ga.</w:t>
      </w:r>
    </w:p>
    <w:p>
      <w:pPr>
        <w:jc w:val="right"/>
      </w:pPr>
      <w:r>
        <w:t>اللہ رب العالمین ہم سب کو قبول فرمائے۔ میری یہ دعا ہے، اور مجھے یقین ہے کہ اللہ ضرور اس دعا کو قبول فرمائے گا۔</w:t>
      </w:r>
    </w:p>
    <w:p>
      <w:r>
        <w:rPr>
          <w:b/>
        </w:rPr>
        <w:t xml:space="preserve">[26:51] </w:t>
      </w:r>
      <w:r>
        <w:t>aur yeh jo log, jo log is mission mein lage hue hain, India mein, India ke bahir, sari dunya mein,</w:t>
      </w:r>
    </w:p>
    <w:p>
      <w:pPr>
        <w:jc w:val="right"/>
      </w:pPr>
      <w:r>
        <w:t>اور یہ جو لوگ، جو لوگ اس مشن میں لگے ہوئے ہیں، انڈیا میں، انڈیا کے باہر، ساری دنیا میں،</w:t>
      </w:r>
    </w:p>
    <w:p>
      <w:r>
        <w:rPr>
          <w:b/>
        </w:rPr>
        <w:t xml:space="preserve">[27:04] </w:t>
      </w:r>
      <w:r>
        <w:t>un ko Allah Ta'ala zaroor qabool farmaye ga, inshallah, aur un ko jannat mein jagah de ga, inshallah.</w:t>
      </w:r>
    </w:p>
    <w:p>
      <w:pPr>
        <w:jc w:val="right"/>
      </w:pPr>
      <w:r>
        <w:t>ان کو اللہ تعالیٰ ضرور قبول فرمائے گا، انشاءاللہ، اور ان کو جنت میں جگہ دے گا، انشاءاللہ۔</w:t>
      </w:r>
    </w:p>
    <w:p>
      <w:r>
        <w:rPr>
          <w:b/>
        </w:rPr>
        <w:t xml:space="preserve">[27:15] </w:t>
      </w:r>
      <w:r>
        <w:t>aise log jo Allah ke mission ke liye khade hon,</w:t>
      </w:r>
    </w:p>
    <w:p>
      <w:pPr>
        <w:jc w:val="right"/>
      </w:pPr>
      <w:r>
        <w:t>ایسے لوگ جو اللہ کے مشن کے لیے کھڑے ہوں،</w:t>
      </w:r>
    </w:p>
    <w:p>
      <w:r>
        <w:rPr>
          <w:b/>
        </w:rPr>
        <w:t xml:space="preserve">[27:21] </w:t>
      </w:r>
      <w:r>
        <w:t>jo log Allah ke paigham ko sari dunya mein pohnchanay ke liye kharay hon, to yaqeen kijiye ke un ke liye farishtay intezar kar rahay hain, intezar kar rahay hain ke woh wahan pohnchain, aur un ko</w:t>
      </w:r>
    </w:p>
    <w:p>
      <w:pPr>
        <w:jc w:val="right"/>
      </w:pPr>
      <w:r>
        <w:t>جو لوگ اللہ کے پیغام کو ساری دنیا میں پہنچانے کے لیے کھڑے ہوں، تو یقین کیجئے کہ ان کے لیے فرشتے انتظار کر رہے ہیں، انتظار کر رہے ہیں کہ وہ وہاں پہنچیں، اور ان کو</w:t>
      </w:r>
    </w:p>
    <w:p>
      <w:r>
        <w:rPr>
          <w:b/>
        </w:rPr>
        <w:t xml:space="preserve">[27:39] </w:t>
      </w:r>
      <w:r>
        <w:t>woh</w:t>
      </w:r>
    </w:p>
    <w:p>
      <w:pPr>
        <w:jc w:val="right"/>
      </w:pPr>
      <w:r>
        <w:t>وہ</w:t>
      </w:r>
    </w:p>
    <w:p>
      <w:r>
        <w:rPr>
          <w:b/>
        </w:rPr>
        <w:t xml:space="preserve">[27:43] </w:t>
      </w:r>
      <w:r>
        <w:t>un ka marhaba kahain gay. aik martaba mein gaya Dubai, to mein samajhta tha ke Dubai mein mera pehla safar tha.</w:t>
      </w:r>
    </w:p>
    <w:p>
      <w:pPr>
        <w:jc w:val="right"/>
      </w:pPr>
      <w:r>
        <w:t>ان کا مرحبا کہیں گے۔ ایک مرتبہ میں گیا دبئی، تو میں سمجھتا تھا کہ دبئی میں میرا پہلا سفر تھا۔</w:t>
      </w:r>
    </w:p>
    <w:p>
      <w:r>
        <w:rPr>
          <w:b/>
        </w:rPr>
        <w:t xml:space="preserve">[27:58] </w:t>
      </w:r>
      <w:r>
        <w:t>koi wahan par shayad koi jananay wala na hoga, lekin jab mein wahan utra, hawai jahaz se airport par aya, to mein ne dekha ke kai log wahan par kharay hue hain,</w:t>
      </w:r>
    </w:p>
    <w:p>
      <w:pPr>
        <w:jc w:val="right"/>
      </w:pPr>
      <w:r>
        <w:t>کوئی وہاں پر شاید کوئی جاننے والا نہ ہوگا، لیکن جب میں وہاں اترا، ہوائی جہاز سے ایئرپورٹ پر آیا، تو میں نے دیکھا کہ کئی لوگ وہاں پر کھڑے ہوئے ہیں،</w:t>
      </w:r>
    </w:p>
    <w:p>
      <w:r>
        <w:rPr>
          <w:b/>
        </w:rPr>
        <w:t xml:space="preserve">[28:14] </w:t>
      </w:r>
      <w:r>
        <w:t>marhaba, mar</w:t>
      </w:r>
    </w:p>
    <w:p>
      <w:pPr>
        <w:jc w:val="right"/>
      </w:pPr>
      <w:r>
        <w:t>مرحبا، مر</w:t>
      </w:r>
    </w:p>
    <w:p>
      <w:r>
        <w:rPr>
          <w:b/>
        </w:rPr>
        <w:t xml:space="preserve">[28:15] </w:t>
      </w:r>
      <w:r>
        <w:t>haba. wahan pe aik aik hai marhaba ka adara, woh hamaray liye marhaba kehtay hue khara hua hai.</w:t>
      </w:r>
    </w:p>
    <w:p>
      <w:pPr>
        <w:jc w:val="right"/>
      </w:pPr>
      <w:r>
        <w:t>حبا۔ وہاں پہ ایک ایک ہے مرحبا کا ادارہ، وہ ہمارے لیے مرحبا کہتے ہوئے کھڑا ہوا ہے۔</w:t>
      </w:r>
    </w:p>
    <w:p>
      <w:r>
        <w:rPr>
          <w:b/>
        </w:rPr>
        <w:t xml:space="preserve">[28:27] </w:t>
      </w:r>
      <w:r>
        <w:t>to mein ne ro para, mein ne kaha: "agar Allah mujh ko aur meray sathiyon ko isi tarah se farishtay akhirat mein marhaba keh kar istiqbal karein,</w:t>
      </w:r>
    </w:p>
    <w:p>
      <w:pPr>
        <w:jc w:val="right"/>
      </w:pPr>
      <w:r>
        <w:t>تو میں نے رو پڑا، میں نے کہا: "اگر اللہ مجھ کو اور میرے ساتھیوں کو اسی طرح سے فرشتے آخرت میں مرحبا کہہ کر استقبال کریں،</w:t>
      </w:r>
    </w:p>
    <w:p>
      <w:r>
        <w:rPr>
          <w:b/>
        </w:rPr>
        <w:t xml:space="preserve">[28:44] </w:t>
      </w:r>
      <w:r>
        <w:t>yehi baat akhirat mein ho ke jab hum wahan pohnchain to wahan farishtay Allah Rab ul Alameen ki taraf se marhaba kehtay hue hamara istiqbal karein, aur kahein ke: 'ae bandon!</w:t>
      </w:r>
    </w:p>
    <w:p>
      <w:pPr>
        <w:jc w:val="right"/>
      </w:pPr>
      <w:r>
        <w:t>یہی بات آخرت میں ہو کہ جب ہم وہاں پہنچیں تو وہاں فرشتے اللہ رب العالمین کی طرف سے مرحبا کہتے ہوئے ہمارا استقبال کریں، اور کہیں کہ: 'اے بندوں!</w:t>
      </w:r>
    </w:p>
    <w:p>
      <w:r>
        <w:rPr>
          <w:b/>
        </w:rPr>
        <w:t xml:space="preserve">[29:04] </w:t>
      </w:r>
      <w:r>
        <w:t>ae bandon! tum ne dunya mein apna waqt, apna paisa, apna energy Allah ke mission mein lagai.</w:t>
      </w:r>
    </w:p>
    <w:p>
      <w:pPr>
        <w:jc w:val="right"/>
      </w:pPr>
      <w:r>
        <w:t>اے بندوں! تم نے دنیا میں اپنا وقت، اپنا پیسہ، اپنا انرجی اللہ کے مشن میں لگائی۔</w:t>
      </w:r>
    </w:p>
    <w:p>
      <w:r>
        <w:rPr>
          <w:b/>
        </w:rPr>
        <w:t xml:space="preserve">[29:16] </w:t>
      </w:r>
      <w:r>
        <w:t>ae bandon!</w:t>
      </w:r>
    </w:p>
    <w:p>
      <w:pPr>
        <w:jc w:val="right"/>
      </w:pPr>
      <w:r>
        <w:t>اے بندوں!</w:t>
      </w:r>
    </w:p>
    <w:p>
      <w:r>
        <w:rPr>
          <w:b/>
        </w:rPr>
        <w:t xml:space="preserve">[29:17] </w:t>
      </w:r>
      <w:r>
        <w:t>tum ne apna waqt, apna paisa, apni energy Allah ke mission mein lagai. o yahan to sari darwazay khulay hue hain, jis darwazay se chahe dakhil ho jao.</w:t>
      </w:r>
    </w:p>
    <w:p>
      <w:pPr>
        <w:jc w:val="right"/>
      </w:pPr>
      <w:r>
        <w:t>تم نے اپنا وقت، اپنا پیسہ، اپنی انرجی اللہ کے مشن میں لگائی۔ او یہاں تو ساری دروازے کھلے ہوئے ہیں، جس دروازے سے چاہے داخل ہو جاؤ۔</w:t>
      </w:r>
    </w:p>
    <w:p>
      <w:r>
        <w:rPr>
          <w:b/>
        </w:rPr>
        <w:t xml:space="preserve">[29:33] </w:t>
      </w:r>
      <w:r>
        <w:t>to mujhe yaqeen hai ke inshallah aisay hi hoga, inshallah aisay hi hoga, inshallah aisay hi hoga. Assalam o Alaikum wa Rahmatullahi.</w:t>
      </w:r>
    </w:p>
    <w:p>
      <w:pPr>
        <w:jc w:val="right"/>
      </w:pPr>
      <w:r>
        <w:t>تو مجھے یقین ہے کہ انشاءاللہ ایسے ہی ہوگا، انشاءاللہ ایسے ہی ہوگا، انشاءاللہ ایسے ہی ہوگا۔ السلام علیکم ورحمۃ اللہ۔</w:t>
      </w:r>
    </w:p>
    <w:p>
      <w:r>
        <w:rPr>
          <w:b/>
        </w:rPr>
        <w:t xml:space="preserve">[29:57] </w:t>
      </w:r>
      <w:r>
        <w:t>okay, we start with the question answer session. ah, ah, i request everyone to mention their location when they post their comments and questions.</w:t>
      </w:r>
    </w:p>
    <w:p>
      <w:pPr>
        <w:jc w:val="right"/>
      </w:pPr>
      <w:r>
        <w:t>اوکے، وی سٹارٹ ود دی کوئسچن انسر سیشن۔ اہ، اہ، ائی ریکویسٹ ایوری ون ٹو مینشن دیر لوکیشن وین دے پوسٹ دیر کمنٹس اینڈ کوئسچنز۔</w:t>
      </w:r>
    </w:p>
    <w:p>
      <w:r>
        <w:rPr>
          <w:b/>
        </w:rPr>
        <w:t xml:space="preserve">[30:08] </w:t>
      </w:r>
      <w:r>
        <w:t>Maulana, sab se pehle comment lena chahein gay. yeh comment bheja hai Miss Edita Sahak ne.</w:t>
      </w:r>
    </w:p>
    <w:p>
      <w:pPr>
        <w:jc w:val="right"/>
      </w:pPr>
      <w:r>
        <w:t>مولانا، سب سے پہلے کمنٹ لینا چاہیں گے۔ یہ کمنٹ بھیجا ہے مس ایڈیٹا سہک نے۔</w:t>
      </w:r>
    </w:p>
    <w:p>
      <w:r>
        <w:rPr>
          <w:b/>
        </w:rPr>
        <w:t xml:space="preserve">[30:18] </w:t>
      </w:r>
      <w:r>
        <w:t>unhon ne likha hai: "i would like to first share how i ended up with this translation of the quran. i am a refugee from bosnia, very strong muslim roots, muslim parents.</w:t>
      </w:r>
    </w:p>
    <w:p>
      <w:pPr>
        <w:jc w:val="right"/>
      </w:pPr>
      <w:r>
        <w:t>انہوں نے لکھا ہے: "آئی وڈ لائک ٹو فرسٹ شیئر ہاؤ ائی اینڈڈ اپ ود دس ٹرانسلیشن اف دا قرآن۔ ائی ایم ا ریفیوجی فرام بوسنیا، ویری سٹرونگ مسلم روٹس، مسلم پیرنٹس۔</w:t>
      </w:r>
    </w:p>
    <w:p>
      <w:r>
        <w:rPr>
          <w:b/>
        </w:rPr>
        <w:t xml:space="preserve">[30:34] </w:t>
      </w:r>
      <w:r>
        <w:t>i always said i can not touch religion until that unfolds in me. for the last seven years, i thought my life was hell, but now in hind sight, i see what it really was.</w:t>
      </w:r>
    </w:p>
    <w:p>
      <w:pPr>
        <w:jc w:val="right"/>
      </w:pPr>
      <w:r>
        <w:t>ائی الویز سیڈ ائی کین ناٹ ٹچ ریلیجن انٹل دیٹ انفولڈز ان می۔ فار دا لاسٹ سیون ایئرز، ائی تھاٹ مائی لائف واز ہیل، بٹ ناؤ ان ہائنڈ سائیڈ، ائی سی واٹ اٹ ریلی واز۔</w:t>
      </w:r>
    </w:p>
    <w:p>
      <w:r>
        <w:rPr>
          <w:b/>
        </w:rPr>
        <w:t xml:space="preserve">[30:50] </w:t>
      </w:r>
      <w:r>
        <w:t>i have numerous copies of the quran courtesy my father, but i never bothered with them, because one quick glass and the truth and truth form dead did not resonate with me.</w:t>
      </w:r>
    </w:p>
    <w:p>
      <w:pPr>
        <w:jc w:val="right"/>
      </w:pPr>
      <w:r>
        <w:t>ائی ہیو نیومرس کاپیز اف دا قرآن کرٹسی مائی فادر، بٹ ائی نیور بادرڈ ود دیم، بیکاز ون کوئک گلاس اینڈ دا ٹروتھ اینڈ ٹروتھ فارم ڈیڈ ناٹ ریزونیٹ ود می۔</w:t>
      </w:r>
    </w:p>
    <w:p>
      <w:r>
        <w:rPr>
          <w:b/>
        </w:rPr>
        <w:t xml:space="preserve">[31:04] </w:t>
      </w:r>
      <w:r>
        <w:t>while i was in istanbul in 2013, i picked up a free copy at a mosque, never touched it until about a week ago.</w:t>
      </w:r>
    </w:p>
    <w:p>
      <w:pPr>
        <w:jc w:val="right"/>
      </w:pPr>
      <w:r>
        <w:t>وائل ائی واز ان استنبول ان 2013، ائی پکڈ اپ ا فری کاپی ایٹ ا ماسک، نیور ٹچڈ اٹ انٹل اباؤٹ ا ویک اگو۔</w:t>
      </w:r>
    </w:p>
    <w:p>
      <w:r>
        <w:rPr>
          <w:b/>
        </w:rPr>
        <w:t xml:space="preserve">[31:15] </w:t>
      </w:r>
      <w:r>
        <w:t>it really does call to you. i am still reading it backwards. seems to be somehow makes more sense to me, but this entire time i am thinking this translation is not like the other, and this had led me to cps.</w:t>
      </w:r>
    </w:p>
    <w:p>
      <w:pPr>
        <w:jc w:val="right"/>
      </w:pPr>
      <w:r>
        <w:t>اٹ ریلی ڈز کال ٹو یو۔ ائی ایم سٹل ریڈنگ اٹ بیکورڈز۔ سیمز ٹو بی سم ہاؤ میکس مور سینس ٹو می، بٹ دس انٹائر ٹائم ائی ایم تھنکنگ دس ٹرانسلیشن از ناٹ لائک دی ادر، اینڈ دس ہیڈ لیڈ می ٹو سی پی ایس۔</w:t>
      </w:r>
    </w:p>
    <w:p>
      <w:r>
        <w:rPr>
          <w:b/>
        </w:rPr>
        <w:t xml:space="preserve">[31:34] </w:t>
      </w:r>
      <w:r>
        <w:t>i believe this is the true message. having that realization 2019 can have a tendency to have your life fall apart.</w:t>
      </w:r>
    </w:p>
    <w:p>
      <w:pPr>
        <w:jc w:val="right"/>
      </w:pPr>
      <w:r>
        <w:t>ائی بیلیو دس از دا ٹرو میسج۔ ہیونگ دیٹ ریلائزیشن 2019 کین ہیو ا ٹینڈنسی ٹو ہیو یور لائف فال اپارٹ۔</w:t>
      </w:r>
    </w:p>
    <w:p>
      <w:r>
        <w:rPr>
          <w:b/>
        </w:rPr>
        <w:t xml:space="preserve">[31:44] </w:t>
      </w:r>
      <w:r>
        <w:t>i suppose my question is this: does the center offer any type of exchange program where a person can come and learn a bit more?</w:t>
      </w:r>
    </w:p>
    <w:p>
      <w:pPr>
        <w:jc w:val="right"/>
      </w:pPr>
      <w:r>
        <w:t>ائی سپوز مائی کوئسچن از دس: ڈز دی سینٹر افر اینی ٹائپ اف ایکسچینج پروگرام ویر ا پرسن کین کم اینڈ لرن ا بٹ مور؟</w:t>
      </w:r>
    </w:p>
    <w:p>
      <w:r>
        <w:rPr>
          <w:b/>
        </w:rPr>
        <w:t xml:space="preserve">[31:54] </w:t>
      </w:r>
      <w:r>
        <w:t>i have looked at the ambassador options. this will not satisfy my thirst for knowledge in the way i needed to unfold more within me.</w:t>
      </w:r>
    </w:p>
    <w:p>
      <w:pPr>
        <w:jc w:val="right"/>
      </w:pPr>
      <w:r>
        <w:t>ائی ہیو لوکڈ ایٹ دی ایمبیسڈر اپشنز۔ دس ول ناٹ سیٹسفائی مائی تھرسٹ فار نالج ان دا وے ائی نیڈڈ ٹو انفولڈ مور ود ان می۔</w:t>
      </w:r>
    </w:p>
    <w:p>
      <w:r>
        <w:rPr>
          <w:b/>
        </w:rPr>
        <w:t xml:space="preserve">[32:04] </w:t>
      </w:r>
      <w:r>
        <w:t>thank you for taking time to read my message. i look forward to any insights you may be able to provide. peace and love to you.</w:t>
      </w:r>
    </w:p>
    <w:p>
      <w:pPr>
        <w:jc w:val="right"/>
      </w:pPr>
      <w:r>
        <w:t>تھینک یو فار ٹیکنگ ٹائم ٹو ریڈ مائی میسج۔ ائی لوک فارورڈ ٹو اینی انسائٹس یو می بی ایبل ٹو پرووائیڈ۔ پیس اینڈ لو ٹو یو۔</w:t>
      </w:r>
    </w:p>
    <w:p>
      <w:r>
        <w:rPr>
          <w:b/>
        </w:rPr>
        <w:t xml:space="preserve">[32:15] </w:t>
      </w:r>
      <w:r>
        <w:t>masha Allah, masha Allah, masha Allah. Mehtab Ali Nandru sahib ne likha hai: "i am watching from bijnor, up.</w:t>
      </w:r>
    </w:p>
    <w:p>
      <w:pPr>
        <w:jc w:val="right"/>
      </w:pPr>
      <w:r>
        <w:t>ماشاءاللہ، ماشاءاللہ، ماشاءاللہ۔ مہتاب علی نندرو صاحب نے لکھا ہے: "ائی ایم واچنگ فرام بجنور، یو پی۔</w:t>
      </w:r>
    </w:p>
    <w:p>
      <w:r>
        <w:rPr>
          <w:b/>
        </w:rPr>
        <w:t xml:space="preserve">[32:24] </w:t>
      </w:r>
      <w:r>
        <w:t>Maulana, masha Allah, you are today in full energy. god bless you." my take away today: momin ko hamesha Allah par hi bharosa rakhna chahiye,</w:t>
      </w:r>
    </w:p>
    <w:p>
      <w:pPr>
        <w:jc w:val="right"/>
      </w:pPr>
      <w:r>
        <w:t>مولانا، ماشاءاللہ، یو آر ٹوڈے ان فل انرجی۔ گاڈ بلیس یو۔" مائی ٹیک اوے ٹوڈے: مومن کو ہمیشہ اللہ پر ہی بھروسہ رکھنا چاہیے،</w:t>
      </w:r>
    </w:p>
    <w:p>
      <w:r>
        <w:rPr>
          <w:b/>
        </w:rPr>
        <w:t xml:space="preserve">[32:38] </w:t>
      </w:r>
      <w:r>
        <w:t>wish fl thinking mein nahin jeena chahiye. i am a top fan of Maulana since 1984.</w:t>
      </w:r>
    </w:p>
    <w:p>
      <w:pPr>
        <w:jc w:val="right"/>
      </w:pPr>
      <w:r>
        <w:t>وش فل تھنکنگ میں نہیں جینا چاہیے۔ ائی ایم ا ٹاپ فین اف مولانا سنس 1984۔</w:t>
      </w:r>
    </w:p>
    <w:p>
      <w:r>
        <w:rPr>
          <w:b/>
        </w:rPr>
        <w:t xml:space="preserve">[32:48] </w:t>
      </w:r>
      <w:r>
        <w:t>Sajid Anwar sahib ne Mumbai se likha hai: "Maulana, today lecture is one of the most motivating one I have ever listened.</w:t>
      </w:r>
    </w:p>
    <w:p>
      <w:pPr>
        <w:jc w:val="right"/>
      </w:pPr>
      <w:r>
        <w:t>ساجد انور صاحب نے ممبئی سے لکھا ہے: "مولانا، ٹوڈے لیکچر از ون اف دا موسٹ موٹیویٹنگ ون ائی ہیو ایور لسنڈ۔</w:t>
      </w:r>
    </w:p>
    <w:p>
      <w:r>
        <w:rPr>
          <w:b/>
        </w:rPr>
        <w:t xml:space="preserve">[32:57] </w:t>
      </w:r>
      <w:r>
        <w:t>It has filled me with new energy and trust in Allah. I re-dedicate myself for this mission."</w:t>
      </w:r>
    </w:p>
    <w:p>
      <w:pPr>
        <w:jc w:val="right"/>
      </w:pPr>
      <w:r>
        <w:t>اٹ ہیز فلڈ می ود نیو انرجی اینڈ ٹرسٹ ان اللہ۔ ائی ری ڈیڈیکیٹ مائی سیلف فار دس مشن۔"</w:t>
      </w:r>
    </w:p>
    <w:p>
      <w:r>
        <w:rPr>
          <w:b/>
        </w:rPr>
        <w:t xml:space="preserve">[33:07] </w:t>
      </w:r>
      <w:r>
        <w:t>Maulana sawal lena chahenge. Yeh sawal bheja hai Lucknow se Muhammad Hussain sahib ne. Unhone likha hai: "Maulana, when God does not answer our prayers, then how should we interpret it?</w:t>
      </w:r>
    </w:p>
    <w:p>
      <w:pPr>
        <w:jc w:val="right"/>
      </w:pPr>
      <w:r>
        <w:t>مولانا سوال لینا چاہیں گے۔ یہ سوال بھیجا ہے لکھنو سے محمد حسین صاحب نے۔ انہوں نے لکھا ہے: "مولانا، وین گاڈ ڈز ناٹ انسر اور پریئرز، دین ہاؤ شوڈ وی انٹرپریٹ اٹ؟</w:t>
      </w:r>
    </w:p>
    <w:p>
      <w:r>
        <w:rPr>
          <w:b/>
        </w:rPr>
        <w:t xml:space="preserve">[33:23] </w:t>
      </w:r>
      <w:r>
        <w:t>Is God angry with us, or is it that our request to Allah is unreasonable?"</w:t>
      </w:r>
    </w:p>
    <w:p>
      <w:pPr>
        <w:jc w:val="right"/>
      </w:pPr>
      <w:r>
        <w:t>از گاڈ اینگری ود اس، اور از اٹ دیٹ اور ریکویسٹ ٹو اللہ از ان ریزنیبل؟"</w:t>
      </w:r>
    </w:p>
    <w:p>
      <w:r>
        <w:rPr>
          <w:b/>
        </w:rPr>
        <w:t xml:space="preserve">[33:32] </w:t>
      </w:r>
      <w:r>
        <w:t>Kya matlab woh ke aksar jab hum dua karte hain Allah se kisi cheez ke liye toh woh qabool nahin hoti hai? Toh kya isko aise interpret karein ke hamari, hamare se ya toh Allah naraz hai ya hamari jo dua thi woh unreasonable thi?</w:t>
      </w:r>
    </w:p>
    <w:p>
      <w:pPr>
        <w:jc w:val="right"/>
      </w:pPr>
      <w:r>
        <w:t>کیا مطلب وہ کہ اکثر جب ہم دعا کرتے ہیں اللہ سے کسی چیز کے لیے تو وہ قبول نہیں ہوتی ہے؟ تو کیا اس کو ایسے انٹرپریٹ کریں کہ ہماری، ہمارے سے یا تو اللہ ناراض ہے یا ہماری جو دعا تھی وہ ان ریزنیبل تھی؟</w:t>
      </w:r>
    </w:p>
    <w:p>
      <w:r>
        <w:rPr>
          <w:b/>
        </w:rPr>
        <w:t xml:space="preserve">[33:50] </w:t>
      </w:r>
      <w:r>
        <w:t>Nahin, yeh baat bilkul galat hai ke qabool nahin hui. Dekhein, dua ke bare mein ek bahut important baat yeh hai ke dua hum toh karte hain apne lehaz se,</w:t>
      </w:r>
    </w:p>
    <w:p>
      <w:pPr>
        <w:jc w:val="right"/>
      </w:pPr>
      <w:r>
        <w:t>نہیں، یہ بات بالکل غلط ہے کہ قبول نہیں ہوئی۔ دیکھیں، دعا کے بارے میں ایک بہت امپورٹنٹ بات یہ ہے کہ دعا ہم تو کرتے ہیں اپنے لحاظ سے،</w:t>
      </w:r>
    </w:p>
    <w:p>
      <w:r>
        <w:rPr>
          <w:b/>
        </w:rPr>
        <w:t xml:space="preserve">[34:09] </w:t>
      </w:r>
      <w:r>
        <w:t>Qabool hoti hai Allah ke lehaz se. Isi liye dua mein hamesha der lagti hai. Aap chahenge ke aaj meri dua poori ho jaye, Allah ke plan mein uska time hoga kal, parson, nerson.</w:t>
      </w:r>
    </w:p>
    <w:p>
      <w:pPr>
        <w:jc w:val="right"/>
      </w:pPr>
      <w:r>
        <w:t>قبول ہوتی ہے اللہ کے لحاظ سے۔ اسی لیے دعا میں ہمیشہ دیر لگتی ہے۔ آپ چاہیں گے کہ آج میری دعا پوری ہو جائے، اللہ کے پلان میں اس کا ٹائم ہوگا کل، پرسوں، نرسوں۔</w:t>
      </w:r>
    </w:p>
    <w:p>
      <w:r>
        <w:rPr>
          <w:b/>
        </w:rPr>
        <w:t xml:space="preserve">[34:26] </w:t>
      </w:r>
      <w:r>
        <w:t>Toh Allah ke plan ke mutabiq dua qabool hoti hai. Isi liye dua karne wale ko bahut zyada kaha gaya ke intezar, intezar karo.</w:t>
      </w:r>
    </w:p>
    <w:p>
      <w:pPr>
        <w:jc w:val="right"/>
      </w:pPr>
      <w:r>
        <w:t>تو اللہ کے پلان کے مطابق دعا قبول ہوتی ہے۔ اسی لیے دعا کرنے والے کو بہت زیادہ کہا گیا کہ انتظار، انتظار کرو۔</w:t>
      </w:r>
    </w:p>
    <w:p>
      <w:r>
        <w:rPr>
          <w:b/>
        </w:rPr>
        <w:t xml:space="preserve">[34:40] </w:t>
      </w:r>
      <w:r>
        <w:t>Hata ke yeh hadith aayi hai, hadith ke intezar karna ek bahut badi ibadat hai. Aap dua karein.</w:t>
      </w:r>
    </w:p>
    <w:p>
      <w:pPr>
        <w:jc w:val="right"/>
      </w:pPr>
      <w:r>
        <w:t>حتی کہ یہ حدیث آئی ہے، حدیث کہ انتظار کرنا ایک بہت بڑی عبادت ہے۔ آپ دعا کریں۔</w:t>
      </w:r>
    </w:p>
    <w:p>
      <w:r>
        <w:rPr>
          <w:b/>
        </w:rPr>
        <w:t xml:space="preserve">[34:53] </w:t>
      </w:r>
      <w:r>
        <w:t>Dekhein, do</w:t>
      </w:r>
    </w:p>
    <w:p>
      <w:pPr>
        <w:jc w:val="right"/>
      </w:pPr>
      <w:r>
        <w:t>دیکھیں، دو</w:t>
      </w:r>
    </w:p>
    <w:p>
      <w:r>
        <w:rPr>
          <w:b/>
        </w:rPr>
        <w:t xml:space="preserve">[34:57] </w:t>
      </w:r>
      <w:r>
        <w:t>Shart honi chahiye. Ek toh yeh ke dua genuine dua ho. Dua genuine ka matlab hai ke Allah ke plan ke mutabiq ho.</w:t>
      </w:r>
    </w:p>
    <w:p>
      <w:pPr>
        <w:jc w:val="right"/>
      </w:pPr>
      <w:r>
        <w:t>شرط ہونی چاہیے۔ ایک تو یہ کہ دعا جینون دعا ہو۔ دعا جینون کا معنی ہے کہ اللہ کے پلان کے مطابق ہو۔</w:t>
      </w:r>
    </w:p>
    <w:p>
      <w:r>
        <w:rPr>
          <w:b/>
        </w:rPr>
        <w:t xml:space="preserve">[35:10] </w:t>
      </w:r>
      <w:r>
        <w:t>Misal ke taur par mujhe aaj khabar mili ke Nadwa ke jo</w:t>
      </w:r>
    </w:p>
    <w:p>
      <w:pPr>
        <w:jc w:val="right"/>
      </w:pPr>
      <w:r>
        <w:t>مثلاً مجھے آج خبر ملی کہ ندوہ کے جو</w:t>
      </w:r>
    </w:p>
    <w:p>
      <w:r>
        <w:rPr>
          <w:b/>
        </w:rPr>
        <w:t xml:space="preserve">[35:19] </w:t>
      </w:r>
      <w:r>
        <w:t>Jo Nadir sahib hain, unki tabiyat theek nahin hai. Toh maine dua ki ke Allah Nadir sahib ko sehat ata farma.</w:t>
      </w:r>
    </w:p>
    <w:p>
      <w:pPr>
        <w:jc w:val="right"/>
      </w:pPr>
      <w:r>
        <w:t>جو نادر صاحب ہیں، ان کی طبیعت ٹھیک نہیں ہے۔ تو میں نے دعا کی کہ اللہ نادر صاحب کو صحت عطا فرما۔</w:t>
      </w:r>
    </w:p>
    <w:p>
      <w:r>
        <w:rPr>
          <w:b/>
        </w:rPr>
        <w:t xml:space="preserve">[35:32] </w:t>
      </w:r>
      <w:r>
        <w:t>Toh yeh yeh dua jo hai, genuine dua kahi jayegi kyunke woh insaan ek insaan ki khair khwahi ke liye hai.</w:t>
      </w:r>
    </w:p>
    <w:p>
      <w:pPr>
        <w:jc w:val="right"/>
      </w:pPr>
      <w:r>
        <w:t>تو یہ یہ دعا جو ہے، جینون دعا کہی جائے گی کیونکہ وہ انسان ایک انسان کی خیر خواہی کے لیے ہے۔</w:t>
      </w:r>
    </w:p>
    <w:p>
      <w:r>
        <w:rPr>
          <w:b/>
        </w:rPr>
        <w:t xml:space="preserve">[35:42] </w:t>
      </w:r>
      <w:r>
        <w:t>Ulti dua mein karoon toh uske bare mein hum ko umeed nahin rakhni chahiye ke woh qabool hogi. Toh dua genuine ho aur aap intezar karein ke Allah apne plan ke mutabiq aaj nahin toh kal, kal nahin toh parson, isko qabool farmayega.</w:t>
      </w:r>
    </w:p>
    <w:p>
      <w:pPr>
        <w:jc w:val="right"/>
      </w:pPr>
      <w:r>
        <w:t>الٹی دعا میں کروں تو اس کے بارے میں ہم کو امید نہیں رکھنی چاہیے کہ وہ قبول ہوگی۔ تو دعا جینون ہو اور آپ انتظار کریں کہ اللہ اپنے پلان کے مطابق آج نہیں تو کل، کل نہیں تو پرسوں، اس کو قبول فرمائے گا۔</w:t>
      </w:r>
    </w:p>
    <w:p>
      <w:r>
        <w:rPr>
          <w:b/>
        </w:rPr>
        <w:t xml:space="preserve">[36:06] </w:t>
      </w:r>
      <w:r>
        <w:t>Dr. Junaid Sheikh ne Mumbai se likha hai: "Maulana, your today voice was very powerful. Your every sentence gives me spiritual jolt and conviction in God.</w:t>
      </w:r>
    </w:p>
    <w:p>
      <w:pPr>
        <w:jc w:val="right"/>
      </w:pPr>
      <w:r>
        <w:t>ڈاکٹر جنید شیخ نے ممبئی سے لکھا ہے: "مولانا، یور ٹوڈے وائس واز ویری پاور فل۔ یور ایوری سینٹنس گوز می سپرچول جولٹ اینڈ کنوکشن ان گاڈ۔</w:t>
      </w:r>
    </w:p>
    <w:p>
      <w:r>
        <w:rPr>
          <w:b/>
        </w:rPr>
        <w:t xml:space="preserve">[36:18] </w:t>
      </w:r>
      <w:r>
        <w:t>Jazak Allah." Masha Allah. Ah, Miss Ayesha Yasra ne Visakhapatnam se likha hai: "Maulana sahib, aaj ke lecture bahut valuable hain.</w:t>
      </w:r>
    </w:p>
    <w:p>
      <w:pPr>
        <w:jc w:val="right"/>
      </w:pPr>
      <w:r>
        <w:t>جزاک اللہ۔" ماشاءاللہ۔ اہ، مس عائشہ یسرا نے وشاکہ پٹنم سے لکھا ہے: "مولانا صاحب، آج کے لیکچر بہت ویلیو ایبل ہیں۔</w:t>
      </w:r>
    </w:p>
    <w:p>
      <w:r>
        <w:rPr>
          <w:b/>
        </w:rPr>
        <w:t xml:space="preserve">[36:32] </w:t>
      </w:r>
      <w:r>
        <w:t>Alhamdulillah, aap ki baaton se aur zyada dawat ka kaam karne ki inspiration mili hai. Jazak Allah." Khair, Maulana, agla sawal lete hain.</w:t>
      </w:r>
    </w:p>
    <w:p>
      <w:pPr>
        <w:jc w:val="right"/>
      </w:pPr>
      <w:r>
        <w:t>الحمدللہ، آپ کی باتوں سے اور زیادہ دعوت کا کام کرنے کی انسپیریشن ملی ہے۔ جزاک اللہ۔" خیر، مولانا، اگلا سوال لیتے ہیں۔</w:t>
      </w:r>
    </w:p>
    <w:p>
      <w:r>
        <w:rPr>
          <w:b/>
        </w:rPr>
        <w:t xml:space="preserve">[36:45] </w:t>
      </w:r>
      <w:r>
        <w:t>Yeh sawal bheja hai Rampur se Irshad Ali sahib ne. Unhone likha hai: "Maulana, agar kisi se koi aisa kaam ho jaye jis se ummat mein bigaad paida ho jaye,</w:t>
      </w:r>
    </w:p>
    <w:p>
      <w:pPr>
        <w:jc w:val="right"/>
      </w:pPr>
      <w:r>
        <w:t>یہ سوال بھیجا ہے رام پور سے ارشاد علی صاحب نے۔ انہوں نے لکھا ہے: "مولانا، اگر کسی سے کوئی ایسا کام ہو جائے جس سے امت میں بگاڑ پیدا ہو جائے،</w:t>
      </w:r>
    </w:p>
    <w:p>
      <w:r>
        <w:rPr>
          <w:b/>
        </w:rPr>
        <w:t xml:space="preserve">[37:01] </w:t>
      </w:r>
      <w:r>
        <w:t>Lekin uski niyat us kaam ko karne ki achhi thi, toh kya uski akhirat mein pakad hogi? Jaise ke kuch logon ne Islam ko political interpretation diya." Dekhein, hadith hai bahut hi mashhoor: "Innamal a'malu binniyat."</w:t>
      </w:r>
    </w:p>
    <w:p>
      <w:pPr>
        <w:jc w:val="right"/>
      </w:pPr>
      <w:r>
        <w:t>لیکن اس کی نیت اس کام کو کرنے کی اچھی تھی، تو کیا اس کی آخرت میں پکڑ ہوگی؟ جیسے کہ کچھ لوگوں نے اسلام کو پولیٹیکل انٹرپریٹیشن دیا۔" دیکھیں، حدیث ہے بہت ہی مشہور: "انم الاعمال بالنیات۔"</w:t>
      </w:r>
    </w:p>
    <w:p>
      <w:r>
        <w:rPr>
          <w:b/>
        </w:rPr>
        <w:t xml:space="preserve">[37:24] </w:t>
      </w:r>
      <w:r>
        <w:t>Innamal a'malu binniyat yani haan, Allah ke haan har amal apni niyat ke aitbar se mana jata hai.</w:t>
      </w:r>
    </w:p>
    <w:p>
      <w:pPr>
        <w:jc w:val="right"/>
      </w:pPr>
      <w:r>
        <w:t>انم الاعمال بالنیات یعنی ہاں، اللہ کے ہاں ہر عمل اپنی نیت کے اعتبار سے مانا جاتا ہے۔</w:t>
      </w:r>
    </w:p>
    <w:p>
      <w:r>
        <w:rPr>
          <w:b/>
        </w:rPr>
        <w:t xml:space="preserve">[37:33] </w:t>
      </w:r>
      <w:r>
        <w:t>Niyat jaise niyat hogi, uske lehaz se uska darja hoga. Misal ke taur par dekhiye, ek hadith hai bahut mashhoor ke ek badu ka oont gum ho gaya sehra mein,</w:t>
      </w:r>
    </w:p>
    <w:p>
      <w:pPr>
        <w:jc w:val="right"/>
      </w:pPr>
      <w:r>
        <w:t>نیت جیسے نیت ہوگی، اس کے لحاظ سے اس کا درجہ ہوگا۔ مثلاً دیکھیے، ایک حدیث ہے بہت مشہور کہ ایک بدو کا اونٹ گم ہو گیا صحرا میں،</w:t>
      </w:r>
    </w:p>
    <w:p>
      <w:r>
        <w:rPr>
          <w:b/>
        </w:rPr>
        <w:t xml:space="preserve">[37:52] </w:t>
      </w:r>
      <w:r>
        <w:t>Sehra mein desert mein. Toh ab daud raha hai idhar udhar. Toh aap jante hain ke pehle zamane mein desert mein ek hi cheez hoti thi badu ke liye, woh uska oont.</w:t>
      </w:r>
    </w:p>
    <w:p>
      <w:pPr>
        <w:jc w:val="right"/>
      </w:pPr>
      <w:r>
        <w:t>صحرا میں ڈیزرٹ میں۔ تو اب دوڑ رہا ہے ادھر ادھر۔ تو آپ جانتے ہیں کہ پہلے زمانے میں ڈیزرٹ میں ایک ہی چیز ہوتی تھی بدو کے لیے، وہ اس کا اونٹ۔</w:t>
      </w:r>
    </w:p>
    <w:p>
      <w:r>
        <w:rPr>
          <w:b/>
        </w:rPr>
        <w:t xml:space="preserve">[38:09] </w:t>
      </w:r>
      <w:r>
        <w:t>Oont, oont hai toh sab kuch hai, oont nahin hai toh kuch bhi nahin. Toh bechara badu daud raha hai idhar udhar, oont dhoondh raha hai, dhoondh raha hai.</w:t>
      </w:r>
    </w:p>
    <w:p>
      <w:pPr>
        <w:jc w:val="right"/>
      </w:pPr>
      <w:r>
        <w:t>اونٹ، اونٹ ہے تو سب کچھ ہے، اونٹ نہیں ہے تو کچھ بھی نہیں۔ تو بیچارہ بدو دوڑ رہا ہے ادھر ادھر، اونٹ ڈھونڈ رہا ہے، ڈھونڈ رہا ہے۔</w:t>
      </w:r>
    </w:p>
    <w:p>
      <w:r>
        <w:rPr>
          <w:b/>
        </w:rPr>
        <w:t xml:space="preserve">[38:21] </w:t>
      </w:r>
      <w:r>
        <w:t>yahan tak ke achaanak woh dekhta hai ek jagah ke is ka oont khara hua hai. to is ki zubaan se nikla: "allahum anta abdi wa ana rabbuk." yaani khushi mein keh pada hua hai: "ae allah, tu mera banda hai, main tera rab hoon." is par us ko jannat de di gayi.</w:t>
      </w:r>
    </w:p>
    <w:p>
      <w:pPr>
        <w:jc w:val="right"/>
      </w:pPr>
      <w:r>
        <w:t>یہاں تک کہ اچانک وہ دیکھتا ہے ایک جگہ کہ اس کا اونٹ کھڑا ہوا ہے۔ تو اس کی زبان سے نکلا: "اللہم انت عبدی وانا ربک۔" یعنی خوشی میں کہہ پڑا ہوا ہے: "اے اللہ، تو میرا بندہ ہے، میں تیرا رب ہوں۔" اس پر اس کو جنت دے دی گئی۔</w:t>
      </w:r>
    </w:p>
    <w:p>
      <w:r>
        <w:rPr>
          <w:b/>
        </w:rPr>
        <w:t xml:space="preserve">[38:45] </w:t>
      </w:r>
      <w:r>
        <w:t>to niyat, is ki niyat jo thi, woh bohat hi khair thi, bohat hi achi thi. to allah taala ke haan koi bhi dua apni niyat ke aitbaar se qabool hoti hai.</w:t>
      </w:r>
    </w:p>
    <w:p>
      <w:pPr>
        <w:jc w:val="right"/>
      </w:pPr>
      <w:r>
        <w:t>تو نیت، اس کی نیت جو تھی، وہ بہت ہی خیر تھی، بہت ہی اچھی تھی۔ تو اللہ تعالی کے ہاں کوئی بھی دعا اپنی نیت کے اعتبار سے قبول ہوتی ہے۔</w:t>
      </w:r>
    </w:p>
    <w:p>
      <w:r>
        <w:rPr>
          <w:b/>
        </w:rPr>
        <w:t xml:space="preserve">[39:00] </w:t>
      </w:r>
      <w:r>
        <w:t>niyat agar khair ho to is ka badla bhi khair hoga.</w:t>
      </w:r>
    </w:p>
    <w:p>
      <w:pPr>
        <w:jc w:val="right"/>
      </w:pPr>
      <w:r>
        <w:t>نیت اگر خیر ہو تو اس کا بدلہ بھی خیر ہوگا۔</w:t>
      </w:r>
    </w:p>
    <w:p>
      <w:r>
        <w:rPr>
          <w:b/>
        </w:rPr>
        <w:t xml:space="preserve">[39:08] </w:t>
      </w:r>
      <w:r>
        <w:t>maulana, kuch aur comment parhna chahenge. ah, mehboob bhai ne mumbai se likha hai: "maulana, whenever i meet you or listen to you, i become very energetic.</w:t>
      </w:r>
    </w:p>
    <w:p>
      <w:pPr>
        <w:jc w:val="right"/>
      </w:pPr>
      <w:r>
        <w:t>مولانا، کچھ اور کمنٹ پڑھنا چاہیں گے۔ اہ، محبوب بھائی نے ممبئی سے لکھا ہے: "مولانا، وین ایور ائی میٹ یو اور لسن ٹو یو، ائی بیکم ویری انرجیٹک۔</w:t>
      </w:r>
    </w:p>
    <w:p>
      <w:r>
        <w:rPr>
          <w:b/>
        </w:rPr>
        <w:t xml:space="preserve">[39:20] </w:t>
      </w:r>
      <w:r>
        <w:t>such energy today also doubled in me after listening to today's talk." jazaak allah, maulana. maulana iqbal umri ne likha hai: "deen sara ka sara alhamdulillah par qaim hai.</w:t>
      </w:r>
    </w:p>
    <w:p>
      <w:pPr>
        <w:jc w:val="right"/>
      </w:pPr>
      <w:r>
        <w:t>سچ انرجی ٹوڈے السو ڈبلڈ ان می افٹر لسننگ ٹو ٹوڈے ٹاک۔" جزاک اللہ، مولانا۔ مولانا اقبال عمری نے لکھا ہے: "دین سارا کا سارا الحمدللہ پر قائم ہے۔</w:t>
      </w:r>
    </w:p>
    <w:p>
      <w:r>
        <w:rPr>
          <w:b/>
        </w:rPr>
        <w:t xml:space="preserve">[39:35] </w:t>
      </w:r>
      <w:r>
        <w:t>mayusi ka koi sawal nahi hai. maulana, sari ummat ke liye yahi ek paigham kafi hai." jazaak allah. ah, muhammad irfan rashidi sahib ne nagpur se likha hai: "maulana sahib, mera take away yeh hai ke humein allah ki rehmat se mayoos nahi hona chahiye." this inspires me a lot.</w:t>
      </w:r>
    </w:p>
    <w:p>
      <w:pPr>
        <w:jc w:val="right"/>
      </w:pPr>
      <w:r>
        <w:t>مایوسی کا کوئی سوال نہیں ہے۔ مولانا، ساری امت کے لیے یہی ایک پیغام کافی ہے۔" جزاک اللہ۔ اہ، محمد عرفان رشیدی صاحب نے ناکپور سے لکھا ہے: "مولانا صاحب، میرا ٹیک اوے یہ ہے کہ ہمیں اللہ کی رحمت سے مایوس نہیں ہونا چاہیے۔" دس انسپائر می ا لاٹ۔</w:t>
      </w:r>
    </w:p>
    <w:p>
      <w:r>
        <w:rPr>
          <w:b/>
        </w:rPr>
        <w:t xml:space="preserve">[40:01] </w:t>
      </w:r>
      <w:r>
        <w:t>maulana, agla ah sawal ah islamabad pakistan se muhammad tufail sahib ne bheja hai. unhone aapse poocha hai ke "can dua change the things already written by allah in lauh-e-mehfooz?" is ko wazeh karen.</w:t>
      </w:r>
    </w:p>
    <w:p>
      <w:pPr>
        <w:jc w:val="right"/>
      </w:pPr>
      <w:r>
        <w:t>مولانا، اگلا اہ سوال اہ اسلام آباد پاکستان سے محمد طفیل صاحب نے بھیجا ہے۔ انہوں نے آپ سے پوچھا ہے کہ "کین دعا چینج دا تھنگز الریڈی رٹن بائے اللہ ان لوح محفوظ؟" اس کو واضح کریں۔</w:t>
      </w:r>
    </w:p>
    <w:p>
      <w:r>
        <w:rPr>
          <w:b/>
        </w:rPr>
        <w:t xml:space="preserve">[40:23] </w:t>
      </w:r>
      <w:r>
        <w:t>yeh to dekhiye, hadith mein aata hai ke "la taruddu dua, la tarudda al-qada illa al-dua." la tarudda al-qada illa al-dua.</w:t>
      </w:r>
    </w:p>
    <w:p>
      <w:pPr>
        <w:jc w:val="right"/>
      </w:pPr>
      <w:r>
        <w:t>یہ تو دیکھیے، حدیث میں آتا ہے کہ "لا تردو دعا، لا ترد القضا الا الدعا۔" لا ترد القضا الا الدعا۔</w:t>
      </w:r>
    </w:p>
    <w:p>
      <w:r>
        <w:rPr>
          <w:b/>
        </w:rPr>
        <w:t xml:space="preserve">[40:39] </w:t>
      </w:r>
      <w:r>
        <w:t>to yeh to sabit hai, lekin yaad rakhiye ke dua ko genuine hona chahiye. genuine, aap agar dua karen jis tarah aaj kal bad dua hoti hai:</w:t>
      </w:r>
    </w:p>
    <w:p>
      <w:pPr>
        <w:jc w:val="right"/>
      </w:pPr>
      <w:r>
        <w:t>تو یہ تو ثابت ہے، لیکن یاد رکھیے کہ دعا کو جینون ہونا چاہیے۔ جینون، آپ اگر دعا کریں جس طرح آج کل بد دعا ہوتی ہے:</w:t>
      </w:r>
    </w:p>
    <w:p>
      <w:r>
        <w:rPr>
          <w:b/>
        </w:rPr>
        <w:t xml:space="preserve">[40:53] </w:t>
      </w:r>
      <w:r>
        <w:t>"falan ko halak kar de", aisi dua bilkul qabool nahi hogi, kabhi bhi nahi. aap hazar saal tak dua karte rahiye, kisi ke liye bad dua karen to yeh allah ke scheme ke khilaf hai.</w:t>
      </w:r>
    </w:p>
    <w:p>
      <w:pPr>
        <w:jc w:val="right"/>
      </w:pPr>
      <w:r>
        <w:t>"فلاں کو ہلاک کر دے"، ایسی دعا بالکل قبول نہیں ہوگی، کبھی بھی نہیں۔ آپ ہزار سال تک دعا کرتے رہیے، کسی کے لیے بد دعا کریں تو یہ اللہ کے اسکیم کے خلاف ہے۔</w:t>
      </w:r>
    </w:p>
    <w:p>
      <w:r>
        <w:rPr>
          <w:b/>
        </w:rPr>
        <w:t xml:space="preserve">[41:07] </w:t>
      </w:r>
      <w:r>
        <w:t>aap is ki hidayat ke liye dua karen, hidayat ke liye to allah ke scheme ke mutabiq hogi. to achi dua qabool hoti hai, buri dua qabool hoti hi nahi.</w:t>
      </w:r>
    </w:p>
    <w:p>
      <w:pPr>
        <w:jc w:val="right"/>
      </w:pPr>
      <w:r>
        <w:t>آپ اس کی ہدایت کے لیے دعا کریں، ہدایت کے لیے تو اللہ کے اسکیم کے مطابق ہوگی۔ تو اچھی دعا قبول ہوتی ہے، بری دعا قبول ہوتی ہی نہیں۔</w:t>
      </w:r>
    </w:p>
    <w:p>
      <w:r>
        <w:rPr>
          <w:b/>
        </w:rPr>
        <w:t xml:space="preserve">[41:18] </w:t>
      </w:r>
      <w:r>
        <w:t>main apne bachpan se sunta aaya hoon yeh bad dua masjidon mein: "allahum al-kufra al-mushrikeen", lekin aaj tak koi khabar nahi suni ke yeh dua qabool hui hogi.</w:t>
      </w:r>
    </w:p>
    <w:p>
      <w:pPr>
        <w:jc w:val="right"/>
      </w:pPr>
      <w:r>
        <w:t>میں اپنے بچپن سے سنتا آیا ہوں یہ بد دعا مسجدوں میں: "اللہم الکفر المشرکین"، لیکن آج تک کوئی خبر نہیں سنی کہ یہ دعا قبول ہوئی ہوگی۔</w:t>
      </w:r>
    </w:p>
    <w:p>
      <w:r>
        <w:rPr>
          <w:b/>
        </w:rPr>
        <w:t xml:space="preserve">[41:33] </w:t>
      </w:r>
      <w:r>
        <w:t>to dua genuine genuine honi chahiye, tab zaroor qabool hogi. woh</w:t>
      </w:r>
    </w:p>
    <w:p>
      <w:pPr>
        <w:jc w:val="right"/>
      </w:pPr>
      <w:r>
        <w:t>تو دعا جینون جینون ہونی چاہیے، تب ضرور قبول ہوگی۔ وہ</w:t>
      </w:r>
    </w:p>
    <w:p>
      <w:r>
        <w:rPr>
          <w:b/>
        </w:rPr>
        <w:t xml:space="preserve">[41:42] </w:t>
      </w:r>
      <w:r>
        <w:t>doctor naghma siddiqui ne delhi se likha hai: "i am thankful to god for guiding me to this mission. it is the true islamic mission.</w:t>
      </w:r>
    </w:p>
    <w:p>
      <w:pPr>
        <w:jc w:val="right"/>
      </w:pPr>
      <w:r>
        <w:t>ڈاکٹر نغمہ صدیقی نے دلی سے لکھا ہے: "آئی ایم تھینک فل ٹو گاڈ فار گائیڈنگ می ٹو دس مشن۔ اٹ از دا ٹرو اسلامک مشن۔</w:t>
      </w:r>
    </w:p>
    <w:p>
      <w:r>
        <w:rPr>
          <w:b/>
        </w:rPr>
        <w:t xml:space="preserve">[41:53] </w:t>
      </w:r>
      <w:r>
        <w:t>everyday i realize god's hand in guiding me, and i sincerely thank him for it. i will continue to do dawah work till my last breath." bangalore team jo is waqt collectively watch kar rahi hai, unhone comment bheja hai.</w:t>
      </w:r>
    </w:p>
    <w:p>
      <w:pPr>
        <w:jc w:val="right"/>
      </w:pPr>
      <w:r>
        <w:t>ایوری ڈے ائی ریلائز گاڈز ہینڈ ان گائیڈنگ می، اینڈ ائی سنسرلی تھینک ہم فار اٹ۔ ائی ویل کنٹینیو ٹو ڈو داوا ورک ٹل مائی لاسٹ بریتھ۔" بینگلور ٹیم جو اس وقت کلیکٹولی واچ کر رہی ہے، انہوں نے کمنٹ بھیجا ہے۔</w:t>
      </w:r>
    </w:p>
    <w:p>
      <w:r>
        <w:rPr>
          <w:b/>
        </w:rPr>
        <w:t xml:space="preserve">[42:10] </w:t>
      </w:r>
      <w:r>
        <w:t>unhone likha hai: "maulana, aaj ki class se da'wati kaam ke silsile mein bohat hausla mila, aur humne faisla kiya hai ke hum khalis dawah da'wati kaam karenge.</w:t>
      </w:r>
    </w:p>
    <w:p>
      <w:pPr>
        <w:jc w:val="right"/>
      </w:pPr>
      <w:r>
        <w:t>انہوں نے لکھا ہے: "مولانا، آج کی کلاس سے دعوتی کام کے سلسلے میں بہت حوصلہ ملا، اور ہم نے فیصلہ کیا ہے کہ ہم خالص دعوت دعوتی کام کریں گے۔</w:t>
      </w:r>
    </w:p>
    <w:p>
      <w:r>
        <w:rPr>
          <w:b/>
        </w:rPr>
        <w:t xml:space="preserve">[42:24] </w:t>
      </w:r>
      <w:r>
        <w:t>is ke sath kisi bhi doosri cheez ko mix nahi karenge, inshallah." inshallah. maulana, unhone ek sawal bhi bheja hai.</w:t>
      </w:r>
    </w:p>
    <w:p>
      <w:pPr>
        <w:jc w:val="right"/>
      </w:pPr>
      <w:r>
        <w:t>اس کے ساتھ کسی بھی دوسری چیز کو مکس نہیں کریں گے، انشاءاللہ۔" انشاءاللہ۔ مولانا، انہوں نے ایک سوال بھی بھیجا ہے۔</w:t>
      </w:r>
    </w:p>
    <w:p>
      <w:r>
        <w:rPr>
          <w:b/>
        </w:rPr>
        <w:t xml:space="preserve">[42:35] </w:t>
      </w:r>
      <w:r>
        <w:t>unka sawal hai: "rasool allah ka yeh qaul hai: kalma parhne se arab o ajam ke malik banaye jaenge." maulana, is ka kya matlab hai?</w:t>
      </w:r>
    </w:p>
    <w:p>
      <w:pPr>
        <w:jc w:val="right"/>
      </w:pPr>
      <w:r>
        <w:t>ان کا سوال ہے: "رسول رسول اللہ کا یہ قول ہے: کلمہ پڑھنے سے عرب و عجم کے مالک بنائے جاؤ گے۔" مولانا، اس کا کیا مطلب ہے؟</w:t>
      </w:r>
    </w:p>
    <w:p>
      <w:r>
        <w:rPr>
          <w:b/>
        </w:rPr>
        <w:t xml:space="preserve">[42:48] </w:t>
      </w:r>
      <w:r>
        <w:t>kya yeh siyasi maene mein tha? dekhen, malik ke maene siyasi nahi hain. nahi, yeh kalma sare alam mein phailaga, logon ke dilon ko maskhar karega,</w:t>
      </w:r>
    </w:p>
    <w:p>
      <w:pPr>
        <w:jc w:val="right"/>
      </w:pPr>
      <w:r>
        <w:t>کیا یہ سیاسی معنی میں تھا؟ دیکھیں، مالک کے معنی سیاسی نہیں ہیں۔ نہیں، یہ کلمہ سارے عالم میں پھیلے گا، لوگوں کے دلوں کو مسخر کرے گا،</w:t>
      </w:r>
    </w:p>
    <w:p>
      <w:r>
        <w:rPr>
          <w:b/>
        </w:rPr>
        <w:t xml:space="preserve">[43:01] </w:t>
      </w:r>
      <w:r>
        <w:t>sare alam ki hidayat ka zariya banega. woh kisi bhi aitbaar se siyasi maene mein nahi hai, nahi hai, nahi hai.</w:t>
      </w:r>
    </w:p>
    <w:p>
      <w:pPr>
        <w:jc w:val="right"/>
      </w:pPr>
      <w:r>
        <w:t>سارے عالم کی ہدایت کا ذریعہ بنے گا۔ وہ کسی بھی اعتبار سے سیاسی معنی میں نہیں ہے، نہیں ہے، نہیں ہے۔</w:t>
      </w:r>
    </w:p>
    <w:p>
      <w:r>
        <w:rPr>
          <w:b/>
        </w:rPr>
        <w:t xml:space="preserve">[43:16] </w:t>
      </w:r>
      <w:r>
        <w:t>muhammad ammar sahib ne delhi se comment bheja hai. unhone likha hai: "maulana, i always wanted to become a da'i and used to pray to the almighty to make me part of his mission.</w:t>
      </w:r>
    </w:p>
    <w:p>
      <w:pPr>
        <w:jc w:val="right"/>
      </w:pPr>
      <w:r>
        <w:t>محمد عمار صاحب نے دلی سے کمنٹ بھیجا ہے۔ انہوں نے لکھا ہے: "مولانا، ائی الویز وانٹڈ ٹو بیکم ا دائی اینڈ یوز ٹو پری ٹو دی المائٹی ٹو میک می پارٹ اف ہز مشن۔</w:t>
      </w:r>
    </w:p>
    <w:p>
      <w:r>
        <w:rPr>
          <w:b/>
        </w:rPr>
        <w:t xml:space="preserve">[43:31] </w:t>
      </w:r>
      <w:r>
        <w:t>allah gifted me CPS international in response to my prayer. today i thank allah that he has answered my prayer.</w:t>
      </w:r>
    </w:p>
    <w:p>
      <w:pPr>
        <w:jc w:val="right"/>
      </w:pPr>
      <w:r>
        <w:t>اللہ گفٹڈ می سی پی ایس انٹرنیشنل ان رسپانس ٹو مائی پریئر۔ ٹوڈے ائی تھینک اللہ دیٹ ہی از انسرڈ مائی پریئر۔</w:t>
      </w:r>
    </w:p>
    <w:p>
      <w:r>
        <w:rPr>
          <w:b/>
        </w:rPr>
        <w:t xml:space="preserve">[43:41] </w:t>
      </w:r>
      <w:r>
        <w:t>alhamdulillah, today i am a da'i. maulana, i request you to pray for me that may allah accept my work and make it easy for me to help spread his message everywhere." inshallah.</w:t>
      </w:r>
    </w:p>
    <w:p>
      <w:pPr>
        <w:jc w:val="right"/>
      </w:pPr>
      <w:r>
        <w:t>الحمدللہ، ٹوڈے ائی ایم ا دائی۔ مولانا، ائی ریکویسٹ یو ٹو پری فار می دیٹ می اللہ ایکسیپٹ مائی ورک اینڈ میک اٹ ایزی فار می ٹو ہیلپ سپریڈ ہز میسج ایوری ویر۔" انشاءاللہ۔</w:t>
      </w:r>
    </w:p>
    <w:p>
      <w:r>
        <w:rPr>
          <w:b/>
        </w:rPr>
        <w:t xml:space="preserve">[43:58] </w:t>
      </w:r>
      <w:r>
        <w:t>maulana, agla sawal boston se asad parvez sahib ne bheja hai. unhone likha hai: "maulana, it was a very hopeful lecture.</w:t>
      </w:r>
    </w:p>
    <w:p>
      <w:pPr>
        <w:jc w:val="right"/>
      </w:pPr>
      <w:r>
        <w:t>مولانا، اگلا سوال بوسٹن سے اسد پرویز صاحب نے بھیجا ہے۔ انہوں نے لکھا ہے: "مولانا، اٹ واز ا ویری ہوپ فل لیکچر۔</w:t>
      </w:r>
    </w:p>
    <w:p>
      <w:r>
        <w:rPr>
          <w:b/>
        </w:rPr>
        <w:t xml:space="preserve">[44:09] </w:t>
      </w:r>
      <w:r>
        <w:t>many people say that going to paradise is difficult. is that correct? kya jannat jana mushkil hai?" hargiz nahi.</w:t>
      </w:r>
    </w:p>
    <w:p>
      <w:pPr>
        <w:jc w:val="right"/>
      </w:pPr>
      <w:r>
        <w:t>مینی پیپل سے دیٹ گوئنگ ٹو پیراڈائز از ڈیفیکلٹ۔ از دیٹ کریکٹ؟ کیا جنت جانا مشکل ہے؟" ہرگز نہیں۔</w:t>
      </w:r>
    </w:p>
    <w:p>
      <w:r>
        <w:rPr>
          <w:b/>
        </w:rPr>
        <w:t xml:space="preserve">[44:23] </w:t>
      </w:r>
      <w:r>
        <w:t>aap is ki shart poori keejiye. condition woh yeh hai ke aap apne aap ko deejie Allah ke cause mein.</w:t>
      </w:r>
    </w:p>
    <w:p>
      <w:pPr>
        <w:jc w:val="right"/>
      </w:pPr>
      <w:r>
        <w:t>آپ اس کی شرط پوری کیجئے۔ کنڈیشن وہ یہ ہے کہ آپ اپنے آپ کو دیجیے اللہ کے کاز میں۔</w:t>
      </w:r>
    </w:p>
    <w:p>
      <w:r>
        <w:rPr>
          <w:b/>
        </w:rPr>
        <w:t xml:space="preserve">[44:33] </w:t>
      </w:r>
      <w:r>
        <w:t>aap ke paas jo paisa hai, jo energy hai, jo time hai, is ko deejie Allah ke cause mein. to jannat se ziyada aasan koi cheez nahin.</w:t>
      </w:r>
    </w:p>
    <w:p>
      <w:pPr>
        <w:jc w:val="right"/>
      </w:pPr>
      <w:r>
        <w:t>آپ کے پاس جو پیسہ ہے، جو انرجی ہے، جو ٹائم ہے، اس کو دیجیے اللہ کے کاز میں۔ تو جنت سے زیادہ آسان کوئی چیز نہیں۔</w:t>
      </w:r>
    </w:p>
    <w:p>
      <w:r>
        <w:rPr>
          <w:b/>
        </w:rPr>
        <w:t xml:space="preserve">[44:43] </w:t>
      </w:r>
      <w:r>
        <w:t>lekin aap kuch na dein, apna paisa aap idhar udhar zaya karein, apna energy idhar udhar zaya karein, apna time idhar udhar zaya karein.</w:t>
      </w:r>
    </w:p>
    <w:p>
      <w:pPr>
        <w:jc w:val="right"/>
      </w:pPr>
      <w:r>
        <w:t>لیکن آپ کچھ نہ دیں، اپنا پیسہ آپ ادھر ادھر ضائع کریں، اپنا انرجی ادھر ادھر ضائع کریں، اپنا ٹائم ادھر ادھر ضائع کریں۔</w:t>
      </w:r>
    </w:p>
    <w:p>
      <w:r>
        <w:rPr>
          <w:b/>
        </w:rPr>
        <w:t xml:space="preserve">[44:58] </w:t>
      </w:r>
      <w:r>
        <w:t>to zahir hai ke aisi haalat mein kyun aap ko jannat mile gi?</w:t>
      </w:r>
    </w:p>
    <w:p>
      <w:pPr>
        <w:jc w:val="right"/>
      </w:pPr>
      <w:r>
        <w:t>تو ظاہر ہے کہ ایسی حالت میں کیوں آپ کو جنت ملے گی؟</w:t>
      </w:r>
    </w:p>
    <w:p>
      <w:r>
        <w:rPr>
          <w:b/>
        </w:rPr>
        <w:t xml:space="preserve">[45:08] </w:t>
      </w:r>
      <w:r>
        <w:t>Maulana Aamir Mory sahib ne, Aamir Mory sahib ne gawah se likha hai: "My take away from today lecture is that we should always live in Alhamdulillah culture.</w:t>
      </w:r>
    </w:p>
    <w:p>
      <w:pPr>
        <w:jc w:val="right"/>
      </w:pPr>
      <w:r>
        <w:t>مولانا عامر موری صاحب نے، عامر موری صاحب نے گواہ سے لکھا ہے: "مائی ٹیک اوے فرام ٹوڈے لیکچر از دیٹ وی شوڈ الویز لیو ان الحمدللہ کلچر۔</w:t>
      </w:r>
    </w:p>
    <w:p>
      <w:r>
        <w:rPr>
          <w:b/>
        </w:rPr>
        <w:t xml:space="preserve">[45:20] </w:t>
      </w:r>
      <w:r>
        <w:t>We have been blessed with infinite items of shukr, which should definitely make us grateful towards God. Thank you Maulana for instilling this spirit in us.</w:t>
      </w:r>
    </w:p>
    <w:p>
      <w:pPr>
        <w:jc w:val="right"/>
      </w:pPr>
      <w:r>
        <w:t>وی ہیو بین بلیسڈ ود انفائنائٹ آئٹمز اف شکر، وچ شوڈ ڈیفینیٹلی میک اس گریٹ فل ٹورڈز گاڈ۔ تھینک یو مولانا فار انسٹلنگ دس سپرٹ ان اس۔</w:t>
      </w:r>
    </w:p>
    <w:p>
      <w:r>
        <w:rPr>
          <w:b/>
        </w:rPr>
        <w:t xml:space="preserve">[45:32] </w:t>
      </w:r>
      <w:r>
        <w:t>My question is that what is the criteria of hoping that God will bless us more than what we desire in the hereafter?" is ke bare mein bataein.</w:t>
      </w:r>
    </w:p>
    <w:p>
      <w:pPr>
        <w:jc w:val="right"/>
      </w:pPr>
      <w:r>
        <w:t>مائی کوئسچن از دیٹ واٹ از دا کرائٹیریا اف ہوپنگ دیٹ گاڈ ویل بلیس اس مور دین واٹ وی ڈیزائر ان دی ہیر افٹر؟" اس کے بارے میں بتائیں۔</w:t>
      </w:r>
    </w:p>
    <w:p>
      <w:r>
        <w:rPr>
          <w:b/>
        </w:rPr>
        <w:t xml:space="preserve">[45:46] </w:t>
      </w:r>
      <w:r>
        <w:t>dekhiye, Quran ka jo chautha para hai: "lan tanalbirratan faqooru min muhibbeen", aap ki jo mehboob cheez hai, us ko aap dein Allah ke liye.</w:t>
      </w:r>
    </w:p>
    <w:p>
      <w:pPr>
        <w:jc w:val="right"/>
      </w:pPr>
      <w:r>
        <w:t>دیکھیے، قرآن کا جو چوتھا پارہ ہے: "لن تنالبراتن فقور من مطیبون"، آپ کی جو محبوب چیز ہے، اس کو آپ دیں اللہ کے لیے۔</w:t>
      </w:r>
    </w:p>
    <w:p>
      <w:r>
        <w:rPr>
          <w:b/>
        </w:rPr>
        <w:t xml:space="preserve">[46:01] </w:t>
      </w:r>
      <w:r>
        <w:t>aap ka maal, aap ke time, aap ki energy, jo aap ko mehboob hai, woh dein Allah ke liye.</w:t>
      </w:r>
    </w:p>
    <w:p>
      <w:pPr>
        <w:jc w:val="right"/>
      </w:pPr>
      <w:r>
        <w:t>آپ کا مال، آپ کے ٹائم، آپ کی انرجی، جو آپ کو محبوب ہے، وہ دیں اللہ کے لیے۔</w:t>
      </w:r>
    </w:p>
    <w:p>
      <w:r>
        <w:rPr>
          <w:b/>
        </w:rPr>
        <w:t xml:space="preserve">[46:10] </w:t>
      </w:r>
      <w:r>
        <w:t>yeh nahin ho sakta ke apni mehboob cheez to aap kahin aur dein aur Allah aap ko jannat de de. yeh nahin ho sakta. apni mehboob cheez ko aap ko Allah ke mission mein dena pare ga.</w:t>
      </w:r>
    </w:p>
    <w:p>
      <w:pPr>
        <w:jc w:val="right"/>
      </w:pPr>
      <w:r>
        <w:t>یہ نہیں ہو سکتا کہ اپنی محبوب چیز تو آپ کہیں اور دیں اور اللہ آپ کو جنت دے دے۔ یہ نہیں ہو سکتا۔ اپنی محبوب چیز کو آپ کو اللہ کے مشن میں دینا پڑے گا۔</w:t>
      </w:r>
    </w:p>
    <w:p>
      <w:r>
        <w:rPr>
          <w:b/>
        </w:rPr>
        <w:t xml:space="preserve">[46:24] </w:t>
      </w:r>
      <w:r>
        <w:t>tab to farishtay aap ke intezar mein kharay honge ke</w:t>
      </w:r>
    </w:p>
    <w:p>
      <w:pPr>
        <w:jc w:val="right"/>
      </w:pPr>
      <w:r>
        <w:t>تب تو فرشتے آپ کے انتظار میں کھڑے ہوں گے کہ</w:t>
      </w:r>
    </w:p>
    <w:p>
      <w:r>
        <w:rPr>
          <w:b/>
        </w:rPr>
        <w:t xml:space="preserve">[46:29] </w:t>
      </w:r>
      <w:r>
        <w:t>... lekin agar aap ki mehboob cheez kahin aur aap dein to phir aap ko umeed nahin rakhni chahiye ke farishtay aap ke intezar mein kharay honge.</w:t>
      </w:r>
    </w:p>
    <w:p>
      <w:pPr>
        <w:jc w:val="right"/>
      </w:pPr>
      <w:r>
        <w:t>... لیکن اگر آپ کی محبوب چیز کہیں اور آپ دیں تو پھر آپ کو امید نہیں رکھنی چاہیے کہ فرشتے آپ کے انتظار میں کھڑے ہوں گے۔</w:t>
      </w:r>
    </w:p>
    <w:p>
      <w:r>
        <w:rPr>
          <w:b/>
        </w:rPr>
        <w:t xml:space="preserve">[46:45] </w:t>
      </w:r>
      <w:r>
        <w:t>Maulana, yeh sawal Kashmir se Riyaz Ahmed sahib ne bheja hai, jo engineer hain aur is waqt class mein maujood hain.</w:t>
      </w:r>
    </w:p>
    <w:p>
      <w:pPr>
        <w:jc w:val="right"/>
      </w:pPr>
      <w:r>
        <w:t>مولانا، یہ سوال کشمیر سے ریاض احمد صاحب نے بھیجا ہے، جو انجینئر ہیں اور اس وقت کلاس میں موجود ہیں۔</w:t>
      </w:r>
    </w:p>
    <w:p>
      <w:r>
        <w:rPr>
          <w:b/>
        </w:rPr>
        <w:t xml:space="preserve">[46:55] </w:t>
      </w:r>
      <w:r>
        <w:t>unhon ne likha hai ke: "I refrained from spirituality for years. I thought to believe in myself.</w:t>
      </w:r>
    </w:p>
    <w:p>
      <w:pPr>
        <w:jc w:val="right"/>
      </w:pPr>
      <w:r>
        <w:t>انہوں نے لکھا ہے کہ: "آئی ریفرینڈ فرام سپرچویلٹی فار ایئرز۔ آئی تھاٹ ٹو بیلیو ان مائی سیلف۔</w:t>
      </w:r>
    </w:p>
    <w:p>
      <w:r>
        <w:rPr>
          <w:b/>
        </w:rPr>
        <w:t xml:space="preserve">[47:05] </w:t>
      </w:r>
      <w:r>
        <w:t>Initially it worked, but now I am feeling a lot of anxiety and depression. My question is that does spirituality really makes one powerful?" is ko is ke bare mein bataein.</w:t>
      </w:r>
    </w:p>
    <w:p>
      <w:pPr>
        <w:jc w:val="right"/>
      </w:pPr>
      <w:r>
        <w:t>انیشلی اٹ ورکڈ، بٹ ناؤ آئی ایم فیلنگ ا لاٹ اف اینگزائٹی اینڈ ڈپریشن۔ مائی کوئسچن از دیٹ ڈز سپرچویلٹی ریلی میکس ون پاور فل؟" اس کو اس کے بارے میں بتائیں۔</w:t>
      </w:r>
    </w:p>
    <w:p>
      <w:r>
        <w:rPr>
          <w:b/>
        </w:rPr>
        <w:t xml:space="preserve">[47:21] </w:t>
      </w:r>
      <w:r>
        <w:t>is mein koi shaq nahin ke spiritually source of energy hai, har cheez ka zariya hai.</w:t>
      </w:r>
    </w:p>
    <w:p>
      <w:pPr>
        <w:jc w:val="right"/>
      </w:pPr>
      <w:r>
        <w:t>اس میں کوئی شک نہیں کہ اسپیچولی سورس اف انرجی ہے، ہر چیز کا ذریعہ ہے۔</w:t>
      </w:r>
    </w:p>
    <w:p>
      <w:r>
        <w:rPr>
          <w:b/>
        </w:rPr>
        <w:t xml:space="preserve">[47:38] </w:t>
      </w:r>
      <w:r>
        <w:t>lekin yaad rakhiye,</w:t>
      </w:r>
    </w:p>
    <w:p>
      <w:pPr>
        <w:jc w:val="right"/>
      </w:pPr>
      <w:r>
        <w:t>لیکن یاد رکھیے،</w:t>
      </w:r>
    </w:p>
    <w:p>
      <w:r>
        <w:rPr>
          <w:b/>
        </w:rPr>
        <w:t xml:space="preserve">[47:44] </w:t>
      </w:r>
      <w:r>
        <w:t>aap ko apne criteria par nahin mile gi koi cheez. Allah ke criteria mein cheezein hain. to first of all, aap ko janna chahiye ke Allah Rabbul Aalameen ka criteria kya hai.</w:t>
      </w:r>
    </w:p>
    <w:p>
      <w:pPr>
        <w:jc w:val="right"/>
      </w:pPr>
      <w:r>
        <w:t>آپ کو اپنے کرائٹیرین پر نہیں ملے گی کوئی چیز۔ اللہ کے کرائٹیرین میں چیزیں ہیں۔ تو فرسٹ اف آل، آپ کو جاننا چاہیے کہ اللہ رب العالمین کا کرائٹیرین کیا ہے۔</w:t>
      </w:r>
    </w:p>
    <w:p>
      <w:r>
        <w:rPr>
          <w:b/>
        </w:rPr>
        <w:t xml:space="preserve">[48:03] </w:t>
      </w:r>
      <w:r>
        <w:t>baghair is ke jaane hue, aap ko umeed rakha hai, aap to woh is ka mushtaq hoga ke: "tamanna ala Allah."</w:t>
      </w:r>
    </w:p>
    <w:p>
      <w:pPr>
        <w:jc w:val="right"/>
      </w:pPr>
      <w:r>
        <w:t>بغیر اس کے جانے ہوئے، آپ کو امید رکھا ہے، آپ تو وہ اس کا مشتاق ہوگا کہ: "تمنی علی اللہ۔"</w:t>
      </w:r>
    </w:p>
    <w:p>
      <w:r>
        <w:rPr>
          <w:b/>
        </w:rPr>
        <w:t xml:space="preserve">[48:21] </w:t>
      </w:r>
      <w:r>
        <w:t>Maulana, agla sawal Karachi se Miss Dania Mustafa ne bheja hai. unhon ne likha, un ka comment hai. unhon ne likha hai: "Maulana sahib, your today lecture was very hopeful for me.</w:t>
      </w:r>
    </w:p>
    <w:p>
      <w:pPr>
        <w:jc w:val="right"/>
      </w:pPr>
      <w:r>
        <w:t>مولانا، اگلا سوال کراچی سے مس دانیہ مصطفی نے بھیجا ہے۔ انہوں نے لکھا، ان کا کمنٹ ہے۔ انہوں نے لکھا ہے: "مولانا صاحب، یور ٹوڈے لیکچر واز ویری ہوپ فل فار می۔</w:t>
      </w:r>
    </w:p>
    <w:p>
      <w:r>
        <w:rPr>
          <w:b/>
        </w:rPr>
        <w:t xml:space="preserve">[48:34] </w:t>
      </w:r>
      <w:r>
        <w:t>Many times because of people's negative attitude, we get demotivated. But dua to Allah reignites the passion in us." Jazak Allah.</w:t>
      </w:r>
    </w:p>
    <w:p>
      <w:pPr>
        <w:jc w:val="right"/>
      </w:pPr>
      <w:r>
        <w:t>مینی ٹائمز بیکاز اف پیپلز نیگیٹیو ایٹیٹیوڈ، وی گیٹ ڈی موٹیویٹڈ۔ بٹ دعا ٹو اللہ ری اگنائٹس دا پیشن ان اس۔" جزاک اللہ۔</w:t>
      </w:r>
    </w:p>
    <w:p>
      <w:r>
        <w:rPr>
          <w:b/>
        </w:rPr>
        <w:t xml:space="preserve">[48:48] </w:t>
      </w:r>
      <w:r>
        <w:t>Masha Allah. Muhammad Abdullah sahib ne Kolkata se comment bheja hai. unhon ne likha hai: "Maulana, you are the only one who gives us hope in times of adversity.</w:t>
      </w:r>
    </w:p>
    <w:p>
      <w:pPr>
        <w:jc w:val="right"/>
      </w:pPr>
      <w:r>
        <w:t>ماشاءاللہ۔ محمد عبداللہ صاحب نے کلکتہ سے کمنٹ بھیجا ہے۔ انہوں نے لکھا ہے: "مولانا، یو آر دا اونلی ون ہو گیوز اس ہوپ ان ٹائمز اف ایڈورسٹی۔</w:t>
      </w:r>
    </w:p>
    <w:p>
      <w:r>
        <w:rPr>
          <w:b/>
        </w:rPr>
        <w:t xml:space="preserve">[48:59] </w:t>
      </w:r>
      <w:r>
        <w:t>You are the only one who gives us guidance in positive direction. Maulana, I always had feeling that without you, I would have been totally destroyed." Jazak Allah, Maulana.</w:t>
      </w:r>
    </w:p>
    <w:p>
      <w:pPr>
        <w:jc w:val="right"/>
      </w:pPr>
      <w:r>
        <w:t>یو آر دا اونلی ون ہو گیوز اس گائیڈنس ان پوزیٹیو ڈائریکشن۔ مولانا، ائی الویز ہیڈ فیلنگ دیٹ وداؤٹ یو، ائی وڈ ہیو بین ٹوٹلی ڈسٹروئڈ۔" جزاک اللہ، مولانا۔</w:t>
      </w:r>
    </w:p>
    <w:p>
      <w:r>
        <w:rPr>
          <w:b/>
        </w:rPr>
        <w:t xml:space="preserve">[49:14] </w:t>
      </w:r>
      <w:r>
        <w:t>Doctor Aslam Khan sahib ne Saharanpur se likha hai: "bahut si duaen agar poori nahin hoti to yeh hamare liye achi baat hai, kyunke hamara vision aur zarooriyat limited hain.</w:t>
      </w:r>
    </w:p>
    <w:p>
      <w:pPr>
        <w:jc w:val="right"/>
      </w:pPr>
      <w:r>
        <w:t>ڈاکٹر اسلم خان صاحب نے سارن پور سے لکھا ہے: "بہت سی دعائیں اگر پوری نہیں ہوتی تو یہ ہمارے لیے اچھی بات ہے، کیونکہ ہمارا ویژن اور ضرورتیں لمیٹڈ ہیں۔</w:t>
      </w:r>
    </w:p>
    <w:p>
      <w:r>
        <w:rPr>
          <w:b/>
        </w:rPr>
        <w:t xml:space="preserve">[49:28] </w:t>
      </w:r>
      <w:r>
        <w:t>Allah infinite knowledge rakhta hai. kuch duaen agar poori ho jayen to yeh hamein halakat mein daal sakti hain, aur Allah hamein halakat se bachana chahta hai.</w:t>
      </w:r>
    </w:p>
    <w:p>
      <w:pPr>
        <w:jc w:val="right"/>
      </w:pPr>
      <w:r>
        <w:t>اللہ انفائنائٹ نالج رکھتا ہے۔ کچھ دعائیں اگر پوری ہو جائیں تو یہ ہمیں ہلاکت میں ڈال سکتی ہیں، اور اللہ ہمیں ہلاکت سے بچانا چاہتا ہے۔</w:t>
      </w:r>
    </w:p>
    <w:p>
      <w:r>
        <w:rPr>
          <w:b/>
        </w:rPr>
        <w:t xml:space="preserve">[49:40] </w:t>
      </w:r>
      <w:r>
        <w:t>isi liye dua qabool na hona bhi hamare liye Allah ki marzi hai. " bohat sahih, bohat sahih.</w:t>
      </w:r>
    </w:p>
    <w:p>
      <w:pPr>
        <w:jc w:val="right"/>
      </w:pPr>
      <w:r>
        <w:t>اسی لیے دعا قبول نہ ہونا بھی ہمارے لیے اللہ کی مرضی ہے۔" بہت صحیح، بہت صحیح۔</w:t>
      </w:r>
    </w:p>
    <w:p>
      <w:r>
        <w:rPr>
          <w:b/>
        </w:rPr>
        <w:t xml:space="preserve">[49:51] </w:t>
      </w:r>
      <w:r>
        <w:t>ah, maulana, agla sawal bheja hai Ahmedabad se</w:t>
      </w:r>
    </w:p>
    <w:p>
      <w:pPr>
        <w:jc w:val="right"/>
      </w:pPr>
      <w:r>
        <w:t>اہ، مولانا، اگلا سوال بھیجا ہے احمد آباد سے</w:t>
      </w:r>
    </w:p>
    <w:p>
      <w:r>
        <w:rPr>
          <w:b/>
        </w:rPr>
        <w:t xml:space="preserve">[49:56] </w:t>
      </w:r>
      <w:r>
        <w:t>Muhammad Meraj sahib ne.</w:t>
      </w:r>
    </w:p>
    <w:p>
      <w:pPr>
        <w:jc w:val="right"/>
      </w:pPr>
      <w:r>
        <w:t>محمد معراج صاحب نے۔</w:t>
      </w:r>
    </w:p>
    <w:p>
      <w:r>
        <w:rPr>
          <w:b/>
        </w:rPr>
        <w:t xml:space="preserve">[49:57] </w:t>
      </w:r>
      <w:r>
        <w:t>انہوں نے لکھا ہے: "مولانا، if Muslims adopt Dawah culture as a priority, then can we say that</w:t>
      </w:r>
    </w:p>
    <w:p>
      <w:pPr>
        <w:jc w:val="right"/>
      </w:pPr>
      <w:r>
        <w:t>انہوں نے لکھا ہے: "مولانا، اف مسلمز اڈاپٹ داوا کلچر ایز ا پرائرٹی، دین کین وی سے دیٹ</w:t>
      </w:r>
    </w:p>
    <w:p>
      <w:r>
        <w:rPr>
          <w:b/>
        </w:rPr>
        <w:t xml:space="preserve">[50:06] </w:t>
      </w:r>
      <w:r>
        <w:t>"Their worldly issues will also get resolved?"</w:t>
      </w:r>
    </w:p>
    <w:p>
      <w:pPr>
        <w:jc w:val="right"/>
      </w:pPr>
      <w:r>
        <w:t>دیر ورلڈلی ایشوز ویل السو گیٹ ریزولوڈ؟"</w:t>
      </w:r>
    </w:p>
    <w:p>
      <w:r>
        <w:rPr>
          <w:b/>
        </w:rPr>
        <w:t xml:space="preserve">[50:09] </w:t>
      </w:r>
      <w:r>
        <w:t>I remember, there is a hadith which says that: "If you do God's work, then God will take</w:t>
      </w:r>
    </w:p>
    <w:p>
      <w:pPr>
        <w:jc w:val="right"/>
      </w:pPr>
      <w:r>
        <w:t>ائی ریممبر، دیر از ا حدیث وچ سیز دیٹ: "اف یو ڈو گاڈز ورک، دین گاڈ ویل ٹیک</w:t>
      </w:r>
    </w:p>
    <w:p>
      <w:r>
        <w:rPr>
          <w:b/>
        </w:rPr>
        <w:t xml:space="preserve">[50:16] </w:t>
      </w:r>
      <w:r>
        <w:t>care of your worldly life as well."</w:t>
      </w:r>
    </w:p>
    <w:p>
      <w:pPr>
        <w:jc w:val="right"/>
      </w:pPr>
      <w:r>
        <w:t>کیئر اف یور ورلڈلی لائف ایز ویل۔"</w:t>
      </w:r>
    </w:p>
    <w:p>
      <w:r>
        <w:rPr>
          <w:b/>
        </w:rPr>
        <w:t xml:space="preserve">[50:19] </w:t>
      </w:r>
      <w:r>
        <w:t>is ko elaborate kar ke maulana sahib hum sab ko samjhayein.</w:t>
      </w:r>
    </w:p>
    <w:p>
      <w:pPr>
        <w:jc w:val="right"/>
      </w:pPr>
      <w:r>
        <w:t>اس کو الیبریٹ کر کے مولانا صاحب ہم سب کو سمجھائیں۔</w:t>
      </w:r>
    </w:p>
    <w:p>
      <w:r>
        <w:rPr>
          <w:b/>
        </w:rPr>
        <w:t xml:space="preserve">[50:24] </w:t>
      </w:r>
      <w:r>
        <w:t>dekhein, yeh hadith bilashubah sahih hai: "man ja'al al-humoom hammaan waahidan hamma akhirat kafahullah anhum bil dunya." lekin main phir kahunga ke apne criterion pe mat jana chahiye.</w:t>
      </w:r>
    </w:p>
    <w:p>
      <w:pPr>
        <w:jc w:val="right"/>
      </w:pPr>
      <w:r>
        <w:t>دیکھیں، یہ حدیث بلاشبہ صحیح ہے: "من جعل الهموم ہمن واحدا ہم آخرت کفاہ اللہ عنہم بالدنیا۔" لیکن میں پھر کہوں گا کہ اپنے کرائٹیرین پہ مت جانا چاہیے۔</w:t>
      </w:r>
    </w:p>
    <w:p>
      <w:r>
        <w:rPr>
          <w:b/>
        </w:rPr>
        <w:t xml:space="preserve">[50:45] </w:t>
      </w:r>
      <w:r>
        <w:t>apne criterion pe mat jana chahiye. Allah ke criterion ko janiye, Allah ke plan ko janiye, aur phir aap payenge ke</w:t>
      </w:r>
    </w:p>
    <w:p>
      <w:pPr>
        <w:jc w:val="right"/>
      </w:pPr>
      <w:r>
        <w:t>اپنے کرائٹیرین پہ مت جانا چاہیے۔ اللہ کے کرائٹیرین کو جانیے، اللہ کے پلان کو جانیے، اور پھر آپ پائیں گے کہ</w:t>
      </w:r>
    </w:p>
    <w:p>
      <w:r>
        <w:rPr>
          <w:b/>
        </w:rPr>
        <w:t xml:space="preserve">[51:00] </w:t>
      </w:r>
      <w:r>
        <w:t>Allah kabhi aap ko mayassar nahi karta. log karte yeh hain ke apna criterion un ko maloom hota hai, apne criterion ke mutabiq har cheez chalne lagte hain.</w:t>
      </w:r>
    </w:p>
    <w:p>
      <w:pPr>
        <w:jc w:val="right"/>
      </w:pPr>
      <w:r>
        <w:t>اللہ کبھی آپ کو معیشت نہیں کرتا۔ لوگ کرتے یہ ہیں کہ اپنا کرائٹیرین ان کو معلوم ہوتا ہے، اپنے کرائٹیرین کے مطابق ہر چیز چلنے لگتے ہیں۔</w:t>
      </w:r>
    </w:p>
    <w:p>
      <w:r>
        <w:rPr>
          <w:b/>
        </w:rPr>
        <w:t xml:space="preserve">[51:13] </w:t>
      </w:r>
      <w:r>
        <w:t>aisa nahi ho sakta, kabhi nahi ho sakta.</w:t>
      </w:r>
    </w:p>
    <w:p>
      <w:pPr>
        <w:jc w:val="right"/>
      </w:pPr>
      <w:r>
        <w:t>ایسا نہیں ہو سکتا، کبھی نہیں ہو سکتا۔</w:t>
      </w:r>
    </w:p>
    <w:p>
      <w:r>
        <w:rPr>
          <w:b/>
        </w:rPr>
        <w:t xml:space="preserve">[51:20] </w:t>
      </w:r>
      <w:r>
        <w:t>misalan, misal ke taur par, aap ko Allah ne paisa diya hai aur aap us ko kharch karte hain, kahan?</w:t>
      </w:r>
    </w:p>
    <w:p>
      <w:pPr>
        <w:jc w:val="right"/>
      </w:pPr>
      <w:r>
        <w:t>مثلاً، مثال کے طور پر، آپ کو اللہ نے پیسہ دیا ہے اور آپ اس کو خرچ کرتے ہیں، کہاں؟</w:t>
      </w:r>
    </w:p>
    <w:p>
      <w:r>
        <w:rPr>
          <w:b/>
        </w:rPr>
        <w:t xml:space="preserve">[51:30] </w:t>
      </w:r>
      <w:r>
        <w:t>yahan jana, wahan jana, rishtedaron mein jane ke liye. misalan to aap umeed rakhein ke yeh kharch Allah ko qabool hoga.</w:t>
      </w:r>
    </w:p>
    <w:p>
      <w:pPr>
        <w:jc w:val="right"/>
      </w:pPr>
      <w:r>
        <w:t>یہاں جانا، وہاں جانا، رشتہ داروں میں جانے کے لیے۔ مثلاً تو آپ امید رکھیں کہ یہ خرچ اللہ کو قبول ہوگا۔</w:t>
      </w:r>
    </w:p>
    <w:p>
      <w:r>
        <w:rPr>
          <w:b/>
        </w:rPr>
        <w:t xml:space="preserve">[51:41] </w:t>
      </w:r>
      <w:r>
        <w:t>kabhi nahi qabool ho sakta. aap apne paise ko Allah ke liye istemal karna parega, tab woh qabool hoga. paisa kharch karein apne rishtedaron mein milne ke liye, apne rishtedaron mein ja kar ke hawa karne ke liye.</w:t>
      </w:r>
    </w:p>
    <w:p>
      <w:pPr>
        <w:jc w:val="right"/>
      </w:pPr>
      <w:r>
        <w:t>کبھی نہیں قبول ہو سکتا۔ آپ اپنے پیسے کو اللہ کے لیے استعمال کرنا پڑے گا، تب وہ قبول ہوگا۔ پیسہ خرچ کریں اپنے رشتہ داروں میں ملنے کے لیے، اپنے رشتہ داروں میں جا کر کے ہوا کرنے کے لیے۔</w:t>
      </w:r>
    </w:p>
    <w:p>
      <w:r>
        <w:rPr>
          <w:b/>
        </w:rPr>
        <w:t xml:space="preserve">[51:59] </w:t>
      </w:r>
      <w:r>
        <w:t>to aap chahein ke woh Allah ka qabool ho jayega, to aisa nahi ho sakta, kabhi nahi ho sakta. Quran ki ek ayat bohat hi zyada darane wali hai,</w:t>
      </w:r>
    </w:p>
    <w:p>
      <w:pPr>
        <w:jc w:val="right"/>
      </w:pPr>
      <w:r>
        <w:t>تو آپ چاہیں کہ وہ اللہ کا قبول ہو جائے گا، تو ایسا نہیں ہو سکتا، کبھی نہیں ہو سکتا۔ قرآن کی ایک آیت بہت ہی زیادہ ڈرانے والی ہے،</w:t>
      </w:r>
    </w:p>
    <w:p>
      <w:r>
        <w:rPr>
          <w:b/>
        </w:rPr>
        <w:t xml:space="preserve">[52:15] </w:t>
      </w:r>
      <w:r>
        <w:t>woh nikali ayat: "kaan fil masroorah". woh kin kin logon ke bare mein hai? yeh</w:t>
      </w:r>
    </w:p>
    <w:p>
      <w:pPr>
        <w:jc w:val="right"/>
      </w:pPr>
      <w:r>
        <w:t>وہ نکالی آیت: "کان فی ال مسرورہ"۔ وہ کن کن لوگوں کے بارے میں ہے؟ یہ</w:t>
      </w:r>
    </w:p>
    <w:p>
      <w:r>
        <w:rPr>
          <w:b/>
        </w:rPr>
        <w:t xml:space="preserve">[52:30] </w:t>
      </w:r>
      <w:r>
        <w:t>kin logon ke bare mein hai? "kaan fil masroorah".</w:t>
      </w:r>
    </w:p>
    <w:p>
      <w:pPr>
        <w:jc w:val="right"/>
      </w:pPr>
      <w:r>
        <w:t>کن لوگوں کے بارے میں ہے؟ "کان فی ال مسرورہ"۔</w:t>
      </w:r>
    </w:p>
    <w:p>
      <w:r>
        <w:rPr>
          <w:b/>
        </w:rPr>
        <w:t xml:space="preserve">[52:40] </w:t>
      </w:r>
      <w:r>
        <w:t>jin logon ke bare mein jahannum ka faisla ho jayega: "innahu kaan fil ha masroorah". o Allah</w:t>
      </w:r>
    </w:p>
    <w:p>
      <w:pPr>
        <w:jc w:val="right"/>
      </w:pPr>
      <w:r>
        <w:t>جن لوگوں کے بارے میں جہنم کا فیصلہ ہو جائے گا: "انہ کان فی الہ مسرورہ"۔ او اللہ</w:t>
      </w:r>
    </w:p>
    <w:p>
      <w:r>
        <w:rPr>
          <w:b/>
        </w:rPr>
        <w:t xml:space="preserve">[52:48] </w:t>
      </w:r>
      <w:r>
        <w:t>, dekhein, aap ko khushi milti hai apne rishtedaron mein, apne umeed karein ke aap ko jannat walon mein dakhla milega.</w:t>
      </w:r>
    </w:p>
    <w:p>
      <w:pPr>
        <w:jc w:val="right"/>
      </w:pPr>
      <w:r>
        <w:t>، دیکھیں، آپ کو خوشی ملتی ہے اپنے رشتہ داروں میں، اپنے امید کریں کہ آپ کو جنت والوں میں داخلہ ملے گا۔</w:t>
      </w:r>
    </w:p>
    <w:p>
      <w:r>
        <w:rPr>
          <w:b/>
        </w:rPr>
        <w:t xml:space="preserve">[53:00] </w:t>
      </w:r>
      <w:r>
        <w:t>to yeh bhool hai. jannat mein dakhla us ko milega jis ko khushi milti ho.</w:t>
      </w:r>
    </w:p>
    <w:p>
      <w:pPr>
        <w:jc w:val="right"/>
      </w:pPr>
      <w:r>
        <w:t>تو یہ بھول ہے۔ جنت میں داخلہ اس کو ملے گا جس کو خوشی ملتی ہو۔</w:t>
      </w:r>
    </w:p>
    <w:p>
      <w:r>
        <w:rPr>
          <w:b/>
        </w:rPr>
        <w:t xml:space="preserve">[53:09] </w:t>
      </w:r>
      <w:r>
        <w:t>ahl-e-jannat mein, apne doston, apne rishtedaron mein, jis ko khushi milti ho,</w:t>
      </w:r>
    </w:p>
    <w:p>
      <w:pPr>
        <w:jc w:val="right"/>
      </w:pPr>
      <w:r>
        <w:t>اہل جنت میں، اپنے دوستوں، اپنے رشتہ داروں میں، جس کو خوشی ملتی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