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Love 19 Oct, 2019 - Maulana Wahiduddin Khan</w:t>
      </w:r>
    </w:p>
    <w:p>
      <w:r>
        <w:t>https://www.youtube.com/watch?v=PBiwMk_tLH8</w:t>
      </w:r>
    </w:p>
    <w:p>
      <w:r>
        <w:rPr>
          <w:b/>
        </w:rPr>
        <w:t xml:space="preserve">[00:15] </w:t>
      </w:r>
      <w:r>
        <w:t>bismillah hir rahman nir rahim, wa sallallahu ala nabiyyil karim.</w:t>
      </w:r>
    </w:p>
    <w:p>
      <w:pPr>
        <w:jc w:val="right"/>
      </w:pPr>
      <w:r>
        <w:t>بسم اللہ الرحمن الرحیم، وصلی اللہ علی نبی الکریم۔</w:t>
      </w:r>
    </w:p>
    <w:p>
      <w:r>
        <w:rPr>
          <w:b/>
        </w:rPr>
        <w:t xml:space="preserve">[00:27] </w:t>
      </w:r>
      <w:r>
        <w:t>aaj ka topic hai divine love.</w:t>
      </w:r>
    </w:p>
    <w:p>
      <w:pPr>
        <w:jc w:val="right"/>
      </w:pPr>
      <w:r>
        <w:t>آج کا ٹاپک ہے ڈیوائن لو۔</w:t>
      </w:r>
    </w:p>
    <w:p>
      <w:r>
        <w:rPr>
          <w:b/>
        </w:rPr>
        <w:t xml:space="preserve">[00:36] </w:t>
      </w:r>
      <w:r>
        <w:t>Quran mein is ke liye yeh ayat aayi hai: "wallazeena amanoo ashadd hubban lillah".</w:t>
      </w:r>
    </w:p>
    <w:p>
      <w:pPr>
        <w:jc w:val="right"/>
      </w:pPr>
      <w:r>
        <w:t>قرآن میں اس کے لیے یہ آیت آئی ہے: "والذین آمنوا أشد حبًا لله"۔</w:t>
      </w:r>
    </w:p>
    <w:p>
      <w:r>
        <w:rPr>
          <w:b/>
        </w:rPr>
        <w:t xml:space="preserve">[00:50] </w:t>
      </w:r>
      <w:r>
        <w:t>jo iman wale hain, woh bohat zyada</w:t>
      </w:r>
    </w:p>
    <w:p>
      <w:pPr>
        <w:jc w:val="right"/>
      </w:pPr>
      <w:r>
        <w:t>جو ایمان والے ہیں، وہ بہت زیادہ</w:t>
      </w:r>
    </w:p>
    <w:p>
      <w:r>
        <w:rPr>
          <w:b/>
        </w:rPr>
        <w:t xml:space="preserve">[00:58] </w:t>
      </w:r>
      <w:r>
        <w:t>Allah se mohabbat karne wale hote hain.</w:t>
      </w:r>
    </w:p>
    <w:p>
      <w:pPr>
        <w:jc w:val="right"/>
      </w:pPr>
      <w:r>
        <w:t>اللہ سے محبت کرنے والے ہوتے ہیں۔</w:t>
      </w:r>
    </w:p>
    <w:p>
      <w:r>
        <w:rPr>
          <w:b/>
        </w:rPr>
        <w:t xml:space="preserve">[01:08] </w:t>
      </w:r>
      <w:r>
        <w:t>to main ne socha ke agar koi aadmi</w:t>
      </w:r>
    </w:p>
    <w:p>
      <w:pPr>
        <w:jc w:val="right"/>
      </w:pPr>
      <w:r>
        <w:t>تو میں نے سوچا کہ اگر کوئی آدمی</w:t>
      </w:r>
    </w:p>
    <w:p>
      <w:r>
        <w:rPr>
          <w:b/>
        </w:rPr>
        <w:t xml:space="preserve">[01:14] </w:t>
      </w:r>
      <w:r>
        <w:t>iman ka dawa kare, "la ilaha illallah" aur "mujhe choda karo", to bohat zyada mohabbat us ke andar aa jayegi?</w:t>
      </w:r>
    </w:p>
    <w:p>
      <w:pPr>
        <w:jc w:val="right"/>
      </w:pPr>
      <w:r>
        <w:t>ایمان کا دعویٰ کرے، "لا الہ الا اللہ" اور "مجھے چھوڑا کرو"، تو بہت زیادہ محبت اس کے اندر آ جائے گی؟</w:t>
      </w:r>
    </w:p>
    <w:p>
      <w:r>
        <w:rPr>
          <w:b/>
        </w:rPr>
        <w:t xml:space="preserve">[01:23] </w:t>
      </w:r>
      <w:r>
        <w:t>Allah se? kabhi nahi aayegi. mohabbat ek discovery item hai.</w:t>
      </w:r>
    </w:p>
    <w:p>
      <w:pPr>
        <w:jc w:val="right"/>
      </w:pPr>
      <w:r>
        <w:t>اللہ سے؟ کبھی نہیں آئے گی۔ محبت ایک ڈسکوری آئٹم ہے۔</w:t>
      </w:r>
    </w:p>
    <w:p>
      <w:r>
        <w:rPr>
          <w:b/>
        </w:rPr>
        <w:t xml:space="preserve">[01:36] </w:t>
      </w:r>
      <w:r>
        <w:t>discovery item. yani aap ko sochna padta hai har cheez, har cheez, har cheez.</w:t>
      </w:r>
    </w:p>
    <w:p>
      <w:pPr>
        <w:jc w:val="right"/>
      </w:pPr>
      <w:r>
        <w:t>ڈسکوری آئٹم۔ یعنی آپ کو سوچنا پڑتا ہے ہر چیز، ہر چیز، ہر چیز۔</w:t>
      </w:r>
    </w:p>
    <w:p>
      <w:r>
        <w:rPr>
          <w:b/>
        </w:rPr>
        <w:t xml:space="preserve">[01:50] </w:t>
      </w:r>
      <w:r>
        <w:t>aap rab ul alameen ko nahi dekhte, lekin isi creation ko dekhte hain. isi creation ko soch kar aap ko khaliq se bohat zyada mohabbat paida hoti hai.</w:t>
      </w:r>
    </w:p>
    <w:p>
      <w:pPr>
        <w:jc w:val="right"/>
      </w:pPr>
      <w:r>
        <w:t>آپ رب العالمین کو نہیں دیکھتے، لیکن اسی کریشن کو دیکھتے ہیں۔ اسی کریشن کو سوچ کر آپ کو خالق سے بہت زیادہ محبت پیدا ہوتی ہے۔</w:t>
      </w:r>
    </w:p>
    <w:p>
      <w:r>
        <w:rPr>
          <w:b/>
        </w:rPr>
        <w:t xml:space="preserve">[02:10] </w:t>
      </w:r>
      <w:r>
        <w:t>misalan main soch raha tha ke mere hath mein 10 ungliyan hain, panch is mein, panch is mein, aur paon mein bhi 10 ungliyan hain.</w:t>
      </w:r>
    </w:p>
    <w:p>
      <w:pPr>
        <w:jc w:val="right"/>
      </w:pPr>
      <w:r>
        <w:t>مثلاً میں سوچ رہا تھا کہ میرے ہاتھ میں 10 انگلیاں ہیں، پانچ اس میں، پانچ اس میں، اور پاؤں میں بھی 10 انگلیاں ہیں۔</w:t>
      </w:r>
    </w:p>
    <w:p>
      <w:r>
        <w:rPr>
          <w:b/>
        </w:rPr>
        <w:t xml:space="preserve">[02:27] </w:t>
      </w:r>
      <w:r>
        <w:t>to paon ki ungliyan chhoti hain aur yeh ungliyan badi hain. to main ne socha agar is ka ulta hota ke paon ki ungliyan badi badi hoti hain aur hath ki ungliyan chhoti chhoti hoti hain,</w:t>
      </w:r>
    </w:p>
    <w:p>
      <w:pPr>
        <w:jc w:val="right"/>
      </w:pPr>
      <w:r>
        <w:t>تو پاؤں کی انگلیاں چھوٹی ہیں اور یہ انگلیاں بڑی ہیں۔ تو میں نے سوچا اگر اس کا الٹا ہوتا کہ پاؤں کی انگلیاں بڑی بڑی ہوتی ہیں اور ہاتھ کی انگلیاں چھوٹی چھوٹی ہوتی ہیں،</w:t>
      </w:r>
    </w:p>
    <w:p>
      <w:r>
        <w:rPr>
          <w:b/>
        </w:rPr>
        <w:t xml:space="preserve">[02:46] </w:t>
      </w:r>
      <w:r>
        <w:t>to is ne zindagi ek museebat ban jati hai. itna sa farq phir hota.</w:t>
      </w:r>
    </w:p>
    <w:p>
      <w:pPr>
        <w:jc w:val="right"/>
      </w:pPr>
      <w:r>
        <w:t>تو اس نے زندگی ایک مصیبت بن جاتی ہے۔ اتنا سا فرق پھر ہوتا۔</w:t>
      </w:r>
    </w:p>
    <w:p>
      <w:r>
        <w:rPr>
          <w:b/>
        </w:rPr>
        <w:t xml:space="preserve">[03:01] </w:t>
      </w:r>
      <w:r>
        <w:t>to har cheez jo aap dekhte hain, har cheez bhi hikmat hai, bohat zyada.</w:t>
      </w:r>
    </w:p>
    <w:p>
      <w:pPr>
        <w:jc w:val="right"/>
      </w:pPr>
      <w:r>
        <w:t>تو ہر چیز جو آپ دیکھتے ہیں، ہر چیز بھی حکمت ہے، بہت زیادہ۔</w:t>
      </w:r>
    </w:p>
    <w:p>
      <w:r>
        <w:rPr>
          <w:b/>
        </w:rPr>
        <w:t xml:space="preserve">[03:10] </w:t>
      </w:r>
      <w:r>
        <w:t>is hikmat par jab aap sochte hain to aap discover karte hain ke khaliq jo hai, us ko kitna zyada mohabbat hai insan se.</w:t>
      </w:r>
    </w:p>
    <w:p>
      <w:pPr>
        <w:jc w:val="right"/>
      </w:pPr>
      <w:r>
        <w:t>اس حکمت پر جب آپ سوچتے ہیں تو آپ ڈسکور کرتے ہیں کہ خالق جو ہے، اس کو کتنا زیادہ محبت ہے انسان سے۔</w:t>
      </w:r>
    </w:p>
    <w:p>
      <w:r>
        <w:rPr>
          <w:b/>
        </w:rPr>
        <w:t xml:space="preserve">[03:24] </w:t>
      </w:r>
      <w:r>
        <w:t>agar jo kuch hai, us ke bar aks agar kuch aur hota</w:t>
      </w:r>
    </w:p>
    <w:p>
      <w:pPr>
        <w:jc w:val="right"/>
      </w:pPr>
      <w:r>
        <w:t>اگر جو کچھ ہے، اس کے برعکس اگر کچھ اور ہوتا</w:t>
      </w:r>
    </w:p>
    <w:p>
      <w:r>
        <w:rPr>
          <w:b/>
        </w:rPr>
        <w:t xml:space="preserve">[03:33] </w:t>
      </w:r>
      <w:r>
        <w:t>to sara mamla</w:t>
      </w:r>
    </w:p>
    <w:p>
      <w:pPr>
        <w:jc w:val="right"/>
      </w:pPr>
      <w:r>
        <w:t>تو سارا معاملہ</w:t>
      </w:r>
    </w:p>
    <w:p>
      <w:r>
        <w:rPr>
          <w:b/>
        </w:rPr>
        <w:t xml:space="preserve">[03:37] </w:t>
      </w:r>
      <w:r>
        <w:t>bigad jata. to mohabbat kalma parhne se nahi hoti.</w:t>
      </w:r>
    </w:p>
    <w:p>
      <w:pPr>
        <w:jc w:val="right"/>
      </w:pPr>
      <w:r>
        <w:t>بگڑ جاتا۔ تو محبت کلمہ پڑھنے سے نہیں ہوتی۔</w:t>
      </w:r>
    </w:p>
    <w:p>
      <w:r>
        <w:rPr>
          <w:b/>
        </w:rPr>
        <w:t xml:space="preserve">[03:50] </w:t>
      </w:r>
      <w:r>
        <w:t>mohabbat hoti hai sochne se.</w:t>
      </w:r>
    </w:p>
    <w:p>
      <w:pPr>
        <w:jc w:val="right"/>
      </w:pPr>
      <w:r>
        <w:t>محبت ہوتی ہے سوچنے سے۔</w:t>
      </w:r>
    </w:p>
    <w:p>
      <w:r>
        <w:rPr>
          <w:b/>
        </w:rPr>
        <w:t xml:space="preserve">[03:57] </w:t>
      </w:r>
      <w:r>
        <w:t>khaliq par, khaliq ki takhleeq par, khaliq ki hikmaton par.</w:t>
      </w:r>
    </w:p>
    <w:p>
      <w:pPr>
        <w:jc w:val="right"/>
      </w:pPr>
      <w:r>
        <w:t>خالق پر، خالق کی تخلیق پر، خالق کی حکمتوں پر۔</w:t>
      </w:r>
    </w:p>
    <w:p>
      <w:r>
        <w:rPr>
          <w:b/>
        </w:rPr>
        <w:t xml:space="preserve">[04:09] </w:t>
      </w:r>
      <w:r>
        <w:t>bohat zyada aap jab sochte hain, ghore o fikr karte hain, tab aap ko discovery ke taur par, discovery, discovery ke taur par aap ko yeh maloom hota hai ke yeh duniya to custom made universe hai.</w:t>
      </w:r>
    </w:p>
    <w:p>
      <w:pPr>
        <w:jc w:val="right"/>
      </w:pPr>
      <w:r>
        <w:t>بہت زیادہ آپ جب سوچتے ہیں، غور و فکر کرتے ہیں، تب آپ کو ڈسکوری کے طور پر، ڈسکوری، ڈسکوری کے طور پر آپ کو یہ معلوم ہوتا ہے کہ یہ دنیا تو کسٹم میڈ یونیورس ہے۔</w:t>
      </w:r>
    </w:p>
    <w:p>
      <w:r>
        <w:rPr>
          <w:b/>
        </w:rPr>
        <w:t xml:space="preserve">[04:35] </w:t>
      </w:r>
      <w:r>
        <w:t>yeh poori duniya mere hisab se bani hai. mere hisab se.</w:t>
      </w:r>
    </w:p>
    <w:p>
      <w:pPr>
        <w:jc w:val="right"/>
      </w:pPr>
      <w:r>
        <w:t>یہ پوری دنیا میرے حساب سے بنی ہے۔ میرے حساب سے۔</w:t>
      </w:r>
    </w:p>
    <w:p>
      <w:r>
        <w:rPr>
          <w:b/>
        </w:rPr>
        <w:t xml:space="preserve">[04:44] </w:t>
      </w:r>
      <w:r>
        <w:t>jab main is maan ke pait mein tha, isi waqt yeh sab design ho chuki thi.</w:t>
      </w:r>
    </w:p>
    <w:p>
      <w:pPr>
        <w:jc w:val="right"/>
      </w:pPr>
      <w:r>
        <w:t>جب میں اس ماں کے پیٹ میں تھا، اسی وقت یہ سب ڈیزائن ہو چکی تھی۔</w:t>
      </w:r>
    </w:p>
    <w:p>
      <w:r>
        <w:rPr>
          <w:b/>
        </w:rPr>
        <w:t xml:space="preserve">[04:53] </w:t>
      </w:r>
      <w:r>
        <w:t>custom made universe ki design isi waqt ho chuki thi jab ke main abhi pait mein tha.</w:t>
      </w:r>
    </w:p>
    <w:p>
      <w:pPr>
        <w:jc w:val="right"/>
      </w:pPr>
      <w:r>
        <w:t>کسٹم میڈ یونیورس کی ڈیزائن اسی وقت ہو چکی تھی جب کہ میں ابھی پیٹ میں تھا۔</w:t>
      </w:r>
    </w:p>
    <w:p>
      <w:r>
        <w:rPr>
          <w:b/>
        </w:rPr>
        <w:t xml:space="preserve">[05:03] </w:t>
      </w:r>
      <w:r>
        <w:t>to aap ghore kijiye ke is tarah jab sochenge aap to kitna zyada aap ko attachment hua Allah rab ul alameen se.</w:t>
      </w:r>
    </w:p>
    <w:p>
      <w:pPr>
        <w:jc w:val="right"/>
      </w:pPr>
      <w:r>
        <w:t>تو آپ غور کیجیے کہ اس طرح جب سوچیں گے آپ تو کتنا زیادہ آپ کو اٹیچمنٹ ہوا اللہ رب العالمین سے۔</w:t>
      </w:r>
    </w:p>
    <w:p>
      <w:r>
        <w:rPr>
          <w:b/>
        </w:rPr>
        <w:t xml:space="preserve">[05:20] </w:t>
      </w:r>
      <w:r>
        <w:t>isi tarah aap jab sochenge,</w:t>
      </w:r>
    </w:p>
    <w:p>
      <w:pPr>
        <w:jc w:val="right"/>
      </w:pPr>
      <w:r>
        <w:t>اسی طرح آپ جب سوچیں گے،</w:t>
      </w:r>
    </w:p>
    <w:p>
      <w:r>
        <w:rPr>
          <w:b/>
        </w:rPr>
        <w:t xml:space="preserve">[05:27] </w:t>
      </w:r>
      <w:r>
        <w:t>sooraj par, chand par, sitaron par,</w:t>
      </w:r>
    </w:p>
    <w:p>
      <w:pPr>
        <w:jc w:val="right"/>
      </w:pPr>
      <w:r>
        <w:t>سورج پر، چاند پر، ستاروں پر،</w:t>
      </w:r>
    </w:p>
    <w:p>
      <w:r>
        <w:rPr>
          <w:b/>
        </w:rPr>
        <w:t xml:space="preserve">[05:35] </w:t>
      </w:r>
      <w:r>
        <w:t>galaxy par, samandar par, yeh 30 badi jo duniya hai, to poori universe par.</w:t>
      </w:r>
    </w:p>
    <w:p>
      <w:pPr>
        <w:jc w:val="right"/>
      </w:pPr>
      <w:r>
        <w:t>گیلیکسی پر، سمندر پر، یہ 30 بڑی جو دنیا ہے، تو پوری یونیورس پر۔</w:t>
      </w:r>
    </w:p>
    <w:p>
      <w:r>
        <w:rPr>
          <w:b/>
        </w:rPr>
        <w:t xml:space="preserve">[05:45] </w:t>
      </w:r>
      <w:r>
        <w:t>to jab aap sochenge to aap discover karenge ke sari universe, yeh to mere liye custom made universe ke taur par banai gayi hai.</w:t>
      </w:r>
    </w:p>
    <w:p>
      <w:pPr>
        <w:jc w:val="right"/>
      </w:pPr>
      <w:r>
        <w:t>تو جب آپ سوچیں گے تو آپ ڈسکور کریں گے کہ ساری یونیورس، یہ تو میرے لیے کسٹم میڈ یونیورس کے طور پر بنائی گئی ہے۔</w:t>
      </w:r>
    </w:p>
    <w:p>
      <w:r>
        <w:rPr>
          <w:b/>
        </w:rPr>
        <w:t xml:space="preserve">[06:01] </w:t>
      </w:r>
      <w:r>
        <w:t>to aap ko itna zyada khaliq se mohabbat paida hogi ke aap sochenge is ke liye main alfaaz kahan se laoon?</w:t>
      </w:r>
    </w:p>
    <w:p>
      <w:pPr>
        <w:jc w:val="right"/>
      </w:pPr>
      <w:r>
        <w:t>تو آپ کو اتنا زیادہ خالق سے محبت پیدا ہوگی کہ آپ سوچیں گے اس کے لیے میں الفاظ کہاں سے لاؤں؟</w:t>
      </w:r>
    </w:p>
    <w:p>
      <w:r>
        <w:rPr>
          <w:b/>
        </w:rPr>
        <w:t xml:space="preserve">[06:22] </w:t>
      </w:r>
      <w:r>
        <w:t>yeh jo khaliq ki mere sath enayat hai, jo meharbani hai, jo blessing hai, is ko bayan karne ke liye main alfaaz kahan se laoon?</w:t>
      </w:r>
    </w:p>
    <w:p>
      <w:pPr>
        <w:jc w:val="right"/>
      </w:pPr>
      <w:r>
        <w:t>یہ جو خالق کی میرے ساتھ عنایت ہے، جو مہربانی ہے، جو بلیسنگ ہے، اس کو بیان کرنے کے لیے میں الفاظ کہاں سے لاؤں؟</w:t>
      </w:r>
    </w:p>
    <w:p>
      <w:r>
        <w:rPr>
          <w:b/>
        </w:rPr>
        <w:t xml:space="preserve">[06:39] </w:t>
      </w:r>
      <w:r>
        <w:t>saare alfaaz aap ko kab dikhai padenge?</w:t>
      </w:r>
    </w:p>
    <w:p>
      <w:pPr>
        <w:jc w:val="right"/>
      </w:pPr>
      <w:r>
        <w:t>سارے الفاظ آپ کو کب دکھائی پڑیں گے؟</w:t>
      </w:r>
    </w:p>
    <w:p>
      <w:r>
        <w:rPr>
          <w:b/>
        </w:rPr>
        <w:t xml:space="preserve">[06:46] </w:t>
      </w:r>
      <w:r>
        <w:t>tab hub shadeed paida hoga. hub shadeed.</w:t>
      </w:r>
    </w:p>
    <w:p>
      <w:pPr>
        <w:jc w:val="right"/>
      </w:pPr>
      <w:r>
        <w:t>تب حب شدید پیدا ہوگا۔ حب شدید۔</w:t>
      </w:r>
    </w:p>
    <w:p>
      <w:r>
        <w:rPr>
          <w:b/>
        </w:rPr>
        <w:t xml:space="preserve">[06:58] </w:t>
      </w:r>
      <w:r>
        <w:t>yeh jo Quran mein hai: "wallazeena aamanoo ashadd huban lillahi". aamanoo ka matlab kya hai? woh discover karte hain khaliq ko.</w:t>
      </w:r>
    </w:p>
    <w:p>
      <w:pPr>
        <w:jc w:val="right"/>
      </w:pPr>
      <w:r>
        <w:t>یہ جو قرآن میں ہے: "والذین آمنوا أشد حبًا لله"۔ آمنوا کا مطلب کیا ہے؟ وہ ڈسکور کرتے ہیں خالق کو۔</w:t>
      </w:r>
    </w:p>
    <w:p>
      <w:r>
        <w:rPr>
          <w:b/>
        </w:rPr>
        <w:t xml:space="preserve">[07:13] </w:t>
      </w:r>
      <w:r>
        <w:t>jo khalq ko agar discovery paate hain, marifat,</w:t>
      </w:r>
    </w:p>
    <w:p>
      <w:pPr>
        <w:jc w:val="right"/>
      </w:pPr>
      <w:r>
        <w:t>جو خالق کو اگر ڈسکوری پاتے ہیں، معرفت،</w:t>
      </w:r>
    </w:p>
    <w:p>
      <w:r>
        <w:rPr>
          <w:b/>
        </w:rPr>
        <w:t xml:space="preserve">[07:22] </w:t>
      </w:r>
      <w:r>
        <w:t>to mohabbat result hai is discovery ka. har discovery agar na ho to kuch bhi nahi hoga.</w:t>
      </w:r>
    </w:p>
    <w:p>
      <w:pPr>
        <w:jc w:val="right"/>
      </w:pPr>
      <w:r>
        <w:t>تو محبت رزلٹ ہے اس ڈسکوری کا۔ ہر ڈسکوری اگر نہ ہو تو کچھ بھی نہیں ہوگا۔</w:t>
      </w:r>
    </w:p>
    <w:p>
      <w:r>
        <w:rPr>
          <w:b/>
        </w:rPr>
        <w:t xml:space="preserve">[07:40] </w:t>
      </w:r>
      <w:r>
        <w:t>to imaan laane ke baad aap ka kaam khatam nahi hota, balkay shuru hota hai.</w:t>
      </w:r>
    </w:p>
    <w:p>
      <w:pPr>
        <w:jc w:val="right"/>
      </w:pPr>
      <w:r>
        <w:t>تو ایمان لانے کے بعد آپ کا کام ختم نہیں ہوتا، بلکہ شروع ہوتا ہے۔</w:t>
      </w:r>
    </w:p>
    <w:p>
      <w:r>
        <w:rPr>
          <w:b/>
        </w:rPr>
        <w:t xml:space="preserve">[07:54] </w:t>
      </w:r>
      <w:r>
        <w:t>shuru hota hai.</w:t>
      </w:r>
    </w:p>
    <w:p>
      <w:pPr>
        <w:jc w:val="right"/>
      </w:pPr>
      <w:r>
        <w:t>شروع ہوتا ہے۔</w:t>
      </w:r>
    </w:p>
    <w:p>
      <w:r>
        <w:rPr>
          <w:b/>
        </w:rPr>
        <w:t xml:space="preserve">[08:01] </w:t>
      </w:r>
      <w:r>
        <w:t>aik process aap ke mind mein chalna shuru hota hai jo sari cheezon ko</w:t>
      </w:r>
    </w:p>
    <w:p>
      <w:pPr>
        <w:jc w:val="right"/>
      </w:pPr>
      <w:r>
        <w:t>ایک پروسیس آپ کے مائنڈ میں چلنا شروع ہوتا ہے جو ساری چیزوں کو</w:t>
      </w:r>
    </w:p>
    <w:p>
      <w:r>
        <w:rPr>
          <w:b/>
        </w:rPr>
        <w:t xml:space="preserve">[08:14] </w:t>
      </w:r>
      <w:r>
        <w:t>jaanna chahta hai. yeh kaise? woh kaise?</w:t>
      </w:r>
    </w:p>
    <w:p>
      <w:pPr>
        <w:jc w:val="right"/>
      </w:pPr>
      <w:r>
        <w:t>جاننا چاہتا ہے۔ یہ کیسے؟ وہ کیسے؟</w:t>
      </w:r>
    </w:p>
    <w:p>
      <w:r>
        <w:rPr>
          <w:b/>
        </w:rPr>
        <w:t xml:space="preserve">[08:21] </w:t>
      </w:r>
      <w:r>
        <w:t>is jaanne ki koshish mein aap ko tawajjuh ki hikmat daryaft hoti hai. hikmat.</w:t>
      </w:r>
    </w:p>
    <w:p>
      <w:pPr>
        <w:jc w:val="right"/>
      </w:pPr>
      <w:r>
        <w:t>اس جاننے کی کوشش میں آپ کو توجہ کی حکمت دریافت ہوتی ہے۔ حکمت۔</w:t>
      </w:r>
    </w:p>
    <w:p>
      <w:r>
        <w:rPr>
          <w:b/>
        </w:rPr>
        <w:t xml:space="preserve">[08:32] </w:t>
      </w:r>
      <w:r>
        <w:t>yeh hikmat jo hai, jitna zyada aap jaante hain, utne zyada aap ke andar Allah ki mohabbat paida hoti hai.</w:t>
      </w:r>
    </w:p>
    <w:p>
      <w:pPr>
        <w:jc w:val="right"/>
      </w:pPr>
      <w:r>
        <w:t>یہ حکمت جو ہے، جتنا زیادہ آپ جانتے ہیں، اتنے زیادہ آپ کے اندر اللہ کی محبت پیدا ہوتی ہے۔</w:t>
      </w:r>
    </w:p>
    <w:p>
      <w:r>
        <w:rPr>
          <w:b/>
        </w:rPr>
        <w:t xml:space="preserve">[08:48] </w:t>
      </w:r>
      <w:r>
        <w:t>to mohabbat jo hai, koi</w:t>
      </w:r>
    </w:p>
    <w:p>
      <w:pPr>
        <w:jc w:val="right"/>
      </w:pPr>
      <w:r>
        <w:t>تو محبت جو ہے، کوئی</w:t>
      </w:r>
    </w:p>
    <w:p>
      <w:r>
        <w:rPr>
          <w:b/>
        </w:rPr>
        <w:t xml:space="preserve">[08:54] </w:t>
      </w:r>
      <w:r>
        <w:t>mohabbat, koi</w:t>
      </w:r>
    </w:p>
    <w:p>
      <w:pPr>
        <w:jc w:val="right"/>
      </w:pPr>
      <w:r>
        <w:t>محبت، کوئی</w:t>
      </w:r>
    </w:p>
    <w:p>
      <w:r>
        <w:rPr>
          <w:b/>
        </w:rPr>
        <w:t xml:space="preserve">[09:03] </w:t>
      </w:r>
      <w:r>
        <w:t>hukm, order ki cheez nahi hai ke order de diya ke Allah se mohabbat karo to aap log mohabbat karte hain.</w:t>
      </w:r>
    </w:p>
    <w:p>
      <w:pPr>
        <w:jc w:val="right"/>
      </w:pPr>
      <w:r>
        <w:t>حکم، آرڈر کی چیز نہیں ہے کہ آرڈر دے دیا کہ اللہ سے محبت کرو تو آپ لوگ محبت کرتے ہیں۔</w:t>
      </w:r>
    </w:p>
    <w:p>
      <w:r>
        <w:rPr>
          <w:b/>
        </w:rPr>
        <w:t xml:space="preserve">[09:15] </w:t>
      </w:r>
      <w:r>
        <w:t>yeh amr ke taur par nahi aati hai.</w:t>
      </w:r>
    </w:p>
    <w:p>
      <w:pPr>
        <w:jc w:val="right"/>
      </w:pPr>
      <w:r>
        <w:t>یہ امر کے طور پر نہیں آتی ہے۔</w:t>
      </w:r>
    </w:p>
    <w:p>
      <w:r>
        <w:rPr>
          <w:b/>
        </w:rPr>
        <w:t xml:space="preserve">[09:23] </w:t>
      </w:r>
      <w:r>
        <w:t>mohabbat bator amr nahi aati. bator out come aati hai. result ke taur par aati hai.</w:t>
      </w:r>
    </w:p>
    <w:p>
      <w:pPr>
        <w:jc w:val="right"/>
      </w:pPr>
      <w:r>
        <w:t>محبت بطور امر نہیں آتی۔ بطور آؤٹ کم آتی ہے۔ رزلٹ کے طور پر آتی ہے۔</w:t>
      </w:r>
    </w:p>
    <w:p>
      <w:r>
        <w:rPr>
          <w:b/>
        </w:rPr>
        <w:t xml:space="preserve">[09:39] </w:t>
      </w:r>
      <w:r>
        <w:t>mera, mera bachpan se meri aadat hai har cheez par sochna, har cheez par ghhor karna. to aap mein se har shakhs divine love ke baray mein, us ke paas jo ideas hon, woh bataye.</w:t>
      </w:r>
    </w:p>
    <w:p>
      <w:pPr>
        <w:jc w:val="right"/>
      </w:pPr>
      <w:r>
        <w:t>میرا، میرا بچپن سے میری عادت ہے ہر چیز پر سوچنا، ہر چیز پر غور کرنا۔ تو آپ میں سے ہر شخص ڈیوائن لو کے بارے میں، اس کے پاس جو آئیڈیاز ہوں، وہ بتائے۔</w:t>
      </w:r>
    </w:p>
    <w:p>
      <w:r>
        <w:rPr>
          <w:b/>
        </w:rPr>
        <w:t xml:space="preserve">[09:59] </w:t>
      </w:r>
      <w:r>
        <w:t>main ne initiate kar diya hai. ab aap log boliye divine love par, Allah se mohabbat par.</w:t>
      </w:r>
    </w:p>
    <w:p>
      <w:pPr>
        <w:jc w:val="right"/>
      </w:pPr>
      <w:r>
        <w:t>میں نے انیشیٹ کر دیا ہے۔ اب آپ لوگ بولیے ڈیوائن لو پر، اللہ سے محبت پر۔</w:t>
      </w:r>
    </w:p>
    <w:p>
      <w:r>
        <w:rPr>
          <w:b/>
        </w:rPr>
        <w:t xml:space="preserve">[10:12] </w:t>
      </w:r>
      <w:r>
        <w:t>aur main yeh ata kar sakta hoon ke agar Allah se mohabbat wala ta'alluq paida na ho to kuch nahi, nothing hai.</w:t>
      </w:r>
    </w:p>
    <w:p>
      <w:pPr>
        <w:jc w:val="right"/>
      </w:pPr>
      <w:r>
        <w:t>اور میں یہ عطا کر سکتا ہوں کہ اگر اللہ سے محبت والا تعلق پیدا نہ ہو تو کچھ نہیں، نتھنگ ہے۔</w:t>
      </w:r>
    </w:p>
    <w:p>
      <w:r>
        <w:rPr>
          <w:b/>
        </w:rPr>
        <w:t xml:space="preserve">[10:23] </w:t>
      </w:r>
      <w:r>
        <w:t>woh koi imaan bhi nahi hai.</w:t>
      </w:r>
    </w:p>
    <w:p>
      <w:pPr>
        <w:jc w:val="right"/>
      </w:pPr>
      <w:r>
        <w:t>وہ کوئی ایمان بھی نہیں ہے۔</w:t>
      </w:r>
    </w:p>
    <w:p>
      <w:r>
        <w:rPr>
          <w:b/>
        </w:rPr>
        <w:t xml:space="preserve">[10:28] </w:t>
      </w:r>
      <w:r>
        <w:t>imaan ki pehchan yeh hai, imaan ki pehchan yeh hai ke ke momin ko Allah se mohabbat wala ta'alluq paida ho jaye.</w:t>
      </w:r>
    </w:p>
    <w:p>
      <w:pPr>
        <w:jc w:val="right"/>
      </w:pPr>
      <w:r>
        <w:t>ایمان کی پہچان یہ ہے، ایمان کی پہچان یہ ہے کہ کہ مومن کو اللہ سے محبت والا تعلق پیدا ہو جائے۔</w:t>
      </w:r>
    </w:p>
    <w:p>
      <w:r>
        <w:rPr>
          <w:b/>
        </w:rPr>
        <w:t xml:space="preserve">[10:43] </w:t>
      </w:r>
      <w:r>
        <w:t>kyun ke discovery imaan ke baad aap ko discovery honi chahiye. jab aap ko</w:t>
      </w:r>
    </w:p>
    <w:p>
      <w:pPr>
        <w:jc w:val="right"/>
      </w:pPr>
      <w:r>
        <w:t>کیونکہ ڈسکوری ایمان کے بعد آپ کو ڈسکوری ہونی چاہیے۔ جب آپ کو</w:t>
      </w:r>
    </w:p>
    <w:p>
      <w:r>
        <w:rPr>
          <w:b/>
        </w:rPr>
        <w:t xml:space="preserve">[10:55] </w:t>
      </w:r>
      <w:r>
        <w:t>discovery hogi,</w:t>
      </w:r>
    </w:p>
    <w:p>
      <w:pPr>
        <w:jc w:val="right"/>
      </w:pPr>
      <w:r>
        <w:t>ڈسکوری ہوگی،</w:t>
      </w:r>
    </w:p>
    <w:p>
      <w:r>
        <w:rPr>
          <w:b/>
        </w:rPr>
        <w:t xml:space="preserve">[10:59] </w:t>
      </w:r>
      <w:r>
        <w:t>takhleeq bari hikmat ho is ki, to us ke baad fitri taur par Allah se mohabbat paida ho jayegi.</w:t>
      </w:r>
    </w:p>
    <w:p>
      <w:pPr>
        <w:jc w:val="right"/>
      </w:pPr>
      <w:r>
        <w:t>تخلیق بڑی حکمت ہو اس کی، تو اس کے بعد فطری طور پر اللہ سے محبت پیدا ہو جائے گی۔</w:t>
      </w:r>
    </w:p>
    <w:p>
      <w:r>
        <w:rPr>
          <w:b/>
        </w:rPr>
        <w:t xml:space="preserve">[11:15] </w:t>
      </w:r>
      <w:r>
        <w:t>agar aap ke andar ghhor o fikr ka mizaj paida ho jaye to aap discover karenge ke aik aik cheez bhi hikmat hai.</w:t>
      </w:r>
    </w:p>
    <w:p>
      <w:pPr>
        <w:jc w:val="right"/>
      </w:pPr>
      <w:r>
        <w:t>اگر آپ کے اندر غور و فکر کا مزاج پیدا ہو جائے تو آپ ڈسکور کریں گے کہ ایک ایک چیز بھی حکمت ہے۔</w:t>
      </w:r>
    </w:p>
    <w:p>
      <w:r>
        <w:rPr>
          <w:b/>
        </w:rPr>
        <w:t xml:space="preserve">[11:25] </w:t>
      </w:r>
      <w:r>
        <w:t>hata ghhas mein bhi, keeday makoray mein bhi, har cheez mein. to jab aap yeh daryaft karenge</w:t>
      </w:r>
    </w:p>
    <w:p>
      <w:pPr>
        <w:jc w:val="right"/>
      </w:pPr>
      <w:r>
        <w:t>حتیٰ گھاس میں بھی، کیڑے مکوڑے میں بھی، ہر چیز میں۔ تو جب آپ یہ دریافت کریں گے</w:t>
      </w:r>
    </w:p>
    <w:p>
      <w:r>
        <w:rPr>
          <w:b/>
        </w:rPr>
        <w:t xml:space="preserve">[11:38] </w:t>
      </w:r>
      <w:r>
        <w:t>ke har cheez mein hikmat hai to Allah se ta'alluq aap ka bohat badh jayega. badhte badhte woh mohabbat ban jayega.</w:t>
      </w:r>
    </w:p>
    <w:p>
      <w:pPr>
        <w:jc w:val="right"/>
      </w:pPr>
      <w:r>
        <w:t>کہ ہر چیز میں حکمت ہے تو اللہ سے تعلق آپ کا بہت بڑھ جائے گا۔ بڑھتے بڑھتے وہ محبت بن جائے گا۔</w:t>
      </w:r>
    </w:p>
    <w:p>
      <w:r>
        <w:rPr>
          <w:b/>
        </w:rPr>
        <w:t xml:space="preserve">[11:52] </w:t>
      </w:r>
      <w:r>
        <w:t>to aaj ka jo topic hai woh hai divine love. ab aap log is mozu par boliye.</w:t>
      </w:r>
    </w:p>
    <w:p>
      <w:pPr>
        <w:jc w:val="right"/>
      </w:pPr>
      <w:r>
        <w:t>تو آج کا جو ٹاپک ہے وہ ہے ڈیوائن لو۔ اب آپ لوگ اس موضوع پر بولیے۔</w:t>
      </w:r>
    </w:p>
    <w:p>
      <w:r>
        <w:rPr>
          <w:b/>
        </w:rPr>
        <w:t xml:space="preserve">[12:03] </w:t>
      </w:r>
      <w:r>
        <w:t>phir mein bhi kuch mazeed arz karunga, inshallah.</w:t>
      </w:r>
    </w:p>
    <w:p>
      <w:pPr>
        <w:jc w:val="right"/>
      </w:pPr>
      <w:r>
        <w:t>پھر میں بھی کچھ مزید عرض کروں گا، انشاءاللہ۔</w:t>
      </w:r>
    </w:p>
    <w:p>
      <w:r>
        <w:rPr>
          <w:b/>
        </w:rPr>
        <w:t xml:space="preserve">[12:19] </w:t>
      </w:r>
      <w:r>
        <w:t>ah Maulana, ek hadith hai, shuaab al-iman mein yeh hadith hai: "alamat hubb Allah hubb zikr Allah, wa alamat bughz Allah bughz zikr Allah azawajal" ke Allah se mohabbat ki alamat yeh hai: Allah ke zikr se, Allah se mohabbat ki alamat Allah se zikr ki mohabbat hai,</w:t>
      </w:r>
    </w:p>
    <w:p>
      <w:pPr>
        <w:jc w:val="right"/>
      </w:pPr>
      <w:r>
        <w:t>اہ مولانا، ایک حدیث ہے، شعاب الایمان میں یہ حدیث ہے: "علامت حب اللہ حب ذکر اللہ، وعلامت بغض اللہ بغض ذکر اللہ عزوجل" کہ اللہ سے محبت کی علامت یہ ہے: اللہ کے ذکر سے، اللہ سے محبت کی علامت اللہ سے ذکر کی محبت ہے،</w:t>
      </w:r>
    </w:p>
    <w:p>
      <w:r>
        <w:rPr>
          <w:b/>
        </w:rPr>
        <w:t xml:space="preserve">[12:42] </w:t>
      </w:r>
      <w:r>
        <w:t>aur Allah se bughz ki alamat Allah se zikr ki bughz hai. to yeh ah mohabbat ka matlab sirf zikr karna hai ya aur bhi kuch hai?</w:t>
      </w:r>
    </w:p>
    <w:p>
      <w:pPr>
        <w:jc w:val="right"/>
      </w:pPr>
      <w:r>
        <w:t>اور اللہ سے بغض کی علامت اللہ سے ذکر کی بغض ہے۔ تو یہ اہ محبت کا مطلب صرف ذکر کرنا ہے یا اور بھی کچھ ہے؟</w:t>
      </w:r>
    </w:p>
    <w:p>
      <w:r>
        <w:rPr>
          <w:b/>
        </w:rPr>
        <w:t xml:space="preserve">[12:52] </w:t>
      </w:r>
      <w:r>
        <w:t>mein samajhta hoon ke aap ka jo mohabbat ka lafz hai zikr ke liye,</w:t>
      </w:r>
    </w:p>
    <w:p>
      <w:pPr>
        <w:jc w:val="right"/>
      </w:pPr>
      <w:r>
        <w:t>میں سمجھتا ہوں کہ آپ کا جو محبت کا لفظ ہے ذکر کے لیے،</w:t>
      </w:r>
    </w:p>
    <w:p>
      <w:r>
        <w:rPr>
          <w:b/>
        </w:rPr>
        <w:t xml:space="preserve">[12:58] </w:t>
      </w:r>
      <w:r>
        <w:t>woh haram haramti tor par hai. kyunke mohabbat ka markaz to khud khalq hota hai.</w:t>
      </w:r>
    </w:p>
    <w:p>
      <w:pPr>
        <w:jc w:val="right"/>
      </w:pPr>
      <w:r>
        <w:t>وہ حرام حرامتی طور پر ہے۔ کیونکہ محبت کا مرکز تو خود خالق ہوتا ہے۔</w:t>
      </w:r>
    </w:p>
    <w:p>
      <w:r>
        <w:rPr>
          <w:b/>
        </w:rPr>
        <w:t xml:space="preserve">[13:09] </w:t>
      </w:r>
      <w:r>
        <w:t>zikr se mohabbat mani hai ke ke insaan ko zikr se talluq paida ho jaye, zikr uska mehboob mashwara ban jaye.</w:t>
      </w:r>
    </w:p>
    <w:p>
      <w:pPr>
        <w:jc w:val="right"/>
      </w:pPr>
      <w:r>
        <w:t>ذکر سے محبت معنی ہے کہ کہ انسان کو ذکر سے تعلق پیدا ہو جائے، ذکر اس کا محبوب مشورہ بن جائے۔</w:t>
      </w:r>
    </w:p>
    <w:p>
      <w:r>
        <w:rPr>
          <w:b/>
        </w:rPr>
        <w:t xml:space="preserve">[13:25] </w:t>
      </w:r>
      <w:r>
        <w:t>zikr uske liye ek mehboob mashwara ban jaye. shadi banta hai isko.</w:t>
      </w:r>
    </w:p>
    <w:p>
      <w:pPr>
        <w:jc w:val="right"/>
      </w:pPr>
      <w:r>
        <w:t>ذکر اس کے لیے ایک محبوب مشورہ بن جائے۔ شادی بنتا ہے اس کو۔</w:t>
      </w:r>
    </w:p>
    <w:p>
      <w:r>
        <w:rPr>
          <w:b/>
        </w:rPr>
        <w:t xml:space="preserve">[13:35] </w:t>
      </w:r>
      <w:r>
        <w:t>Maulana, hamara views topic pe yeh hai ke jo saare sufiyana mazhab hain, yeh buddhism aur hindooism, yeh sab Khuda ko ek point of light mante hain ya ek spirit mante hain.</w:t>
      </w:r>
    </w:p>
    <w:p>
      <w:pPr>
        <w:jc w:val="right"/>
      </w:pPr>
      <w:r>
        <w:t>مولانا، ہمارا ویوز ٹاپک پہ یہ ہے کہ جو سارے صوفیانہ مذہب ہیں، یہ بدھزم اور ہندوازم، یہ سب خدا کو ایک پوائنٹ آف لائٹ مانتے ہیں یا ایک سپرٹ مانتے ہیں۔</w:t>
      </w:r>
    </w:p>
    <w:p>
      <w:r>
        <w:rPr>
          <w:b/>
        </w:rPr>
        <w:t xml:space="preserve">[13:48] </w:t>
      </w:r>
      <w:r>
        <w:t>Maulana, jab hum apni life dekhte hain to hamein dikhta hai ke hamare samne log hain. hamein mohabbat ek insaan se hi hoti hai. to Maulana, hamein isliye ah Islam ke zariye hamein divine love actually mein, you know, experience hua.</w:t>
      </w:r>
    </w:p>
    <w:p>
      <w:pPr>
        <w:jc w:val="right"/>
      </w:pPr>
      <w:r>
        <w:t>مولانا، جب ہم اپنی لائف دیکھتے ہیں تو ہمیں دکھتا ہے کہ ہمارے سامنے لوگ ہیں۔ ہمیں محبت ایک انسان سے ہی ہوتی ہے۔ تو مولانا، ہمیں اس لیے اہ اسلام کے ذریعے ہمیں ڈیوائن لو ایکچولی میں، یو نو، ایکسپیرینس ہوا۔</w:t>
      </w:r>
    </w:p>
    <w:p>
      <w:r>
        <w:rPr>
          <w:b/>
        </w:rPr>
        <w:t xml:space="preserve">[14:03] </w:t>
      </w:r>
      <w:r>
        <w:t>kyunke humne realize kiya, Maulana, Islam aisa religion hai jis mein, jis mein Khuda ko ek creator, ek bahut badi shakhsiyat ke roop mein humne usko define kiya, humne realize kiya usko.</w:t>
      </w:r>
    </w:p>
    <w:p>
      <w:pPr>
        <w:jc w:val="right"/>
      </w:pPr>
      <w:r>
        <w:t>کیونکہ ہم نے ریلائز کیا، مولانا، اسلام ایسا ریلیجن ہے جس میں، جس میں خدا کو ایک کریٹر، ایک بہت بڑی شخصیت کے روپ میں ہم نے اس کو ڈیفائن کیا، ہم نے ریلائز کیا اس کو۔</w:t>
      </w:r>
    </w:p>
    <w:p>
      <w:r>
        <w:rPr>
          <w:b/>
        </w:rPr>
        <w:t xml:space="preserve">[14:15] </w:t>
      </w:r>
      <w:r>
        <w:t>isliye Maulana, hamare mein bahut zyada Khuda se shiddat tor pe mohabbat ho gayi. baqi jo jab hum doosre mazhab hindooism mein aur ko believe karte the to wahan pe God ka jo concept hai, woh spirit ya point of light hai.</w:t>
      </w:r>
    </w:p>
    <w:p>
      <w:pPr>
        <w:jc w:val="right"/>
      </w:pPr>
      <w:r>
        <w:t>اس لیے مولانا، ہمارے میں بہت زیادہ خدا سے شدت طور پہ محبت ہو گئی۔ باقی جو جب ہم دوسرے مذہب ہندوازم میں اور کو بیلیو کرتے تھے تو وہاں پہ گاڈ کا جو کانسیپٹ ہے، وہ سپرٹ یا پوائنٹ آف لائٹ ہے۔</w:t>
      </w:r>
    </w:p>
    <w:p>
      <w:r>
        <w:rPr>
          <w:b/>
        </w:rPr>
        <w:t xml:space="preserve">[14:30] </w:t>
      </w:r>
      <w:r>
        <w:t>to hamein is is concept mein kabhi bhi samajh nahi aata tha ke divine love kya hai.</w:t>
      </w:r>
    </w:p>
    <w:p>
      <w:pPr>
        <w:jc w:val="right"/>
      </w:pPr>
      <w:r>
        <w:t>تو ہمیں اس اس کانسیپٹ میں کبھی بھی سمجھ نہیں آتا تھا کہ ڈیوائن لو کیا ہے۔</w:t>
      </w:r>
    </w:p>
    <w:p>
      <w:r>
        <w:rPr>
          <w:b/>
        </w:rPr>
        <w:t xml:space="preserve">[14:37] </w:t>
      </w:r>
      <w:r>
        <w:t>koi sahab isko repeat karein. Maulana, comment hai priya ka ke ah jo jitne sufiyana mazhab hain, jaise buddhism aur hindooism, to is mein jo divine love ka concept hai, God ka jo concept hai, God ka jo concept hai, woh point of light hai ya spirit hai?</w:t>
      </w:r>
    </w:p>
    <w:p>
      <w:pPr>
        <w:jc w:val="right"/>
      </w:pPr>
      <w:r>
        <w:t>کوئی صاحب اس کو ریپیٹ کریں۔ مولانا، کمنٹ ہے پریا کا کہ اہ جو جتنے صوفیانہ مذہب ہیں، جیسے بدھزم اور ہندوازم، تو اس میں جو ڈیوائن لو کا کانسیپٹ ہے، گاڈ کا جو کانسیپٹ ہے، گاڈ کا جو کانسیپٹ ہے، وہ پوائنٹ آف لائٹ ہے یا سپرٹ ہے؟</w:t>
      </w:r>
    </w:p>
    <w:p>
      <w:r>
        <w:rPr>
          <w:b/>
        </w:rPr>
        <w:t xml:space="preserve">[14:58] </w:t>
      </w:r>
      <w:r>
        <w:t>woh point of light hai ya point of spirit hai. lekin unko asal mein Islam se hi ah ah</w:t>
      </w:r>
    </w:p>
    <w:p>
      <w:pPr>
        <w:jc w:val="right"/>
      </w:pPr>
      <w:r>
        <w:t>وہ پوائنٹ آف لائٹ ہے یا پوائنٹ آف سپرٹ ہے۔ لیکن ان کو اصل میں اسلام سے ہی اہ اہ</w:t>
      </w:r>
    </w:p>
    <w:p>
      <w:r>
        <w:rPr>
          <w:b/>
        </w:rPr>
        <w:t xml:space="preserve">[15:07] </w:t>
      </w:r>
      <w:r>
        <w:t>zyada samajh aati hai. kyunke kyunke hum insaan programmed hai ke kisi person ko hi love kar sakta hai. haan, so when you think of God as a a much larger personality in shape, which is what Islam say, God is a creator.</w:t>
      </w:r>
    </w:p>
    <w:p>
      <w:pPr>
        <w:jc w:val="right"/>
      </w:pPr>
      <w:r>
        <w:t>زیادہ سمجھ آتی ہے۔ کیونکہ کیونکہ ہم انسان پروگرامڈ ہے کہ کسی پرسن کو ہی لو کر سکتا ہے۔ ہاں، سو وین یو تھنک آف گاڈ ایز ا ا مچ لارجر پرسنیلٹی ان شیپ، وچ از واٹ اسلام سے، گاڈ از ا کریٹر۔</w:t>
      </w:r>
    </w:p>
    <w:p>
      <w:r>
        <w:rPr>
          <w:b/>
        </w:rPr>
        <w:t xml:space="preserve">[15:19] </w:t>
      </w:r>
      <w:r>
        <w:t>so obviously, because you are programmed to love people in front of you, you can always love a person who is much bigger than that person. haan, that's why you can only, you can not experience that love when you are talking about a spirit or life.</w:t>
      </w:r>
    </w:p>
    <w:p>
      <w:pPr>
        <w:jc w:val="right"/>
      </w:pPr>
      <w:r>
        <w:t>سو اویسلی، بیکاز یو آر پروگرامڈ ٹو لو پیپل ان فرنٹ آف یو، یو کین آلویز لو ا پرسن ہو از مچ بیگر دین دیٹ پرسن۔ ہاں، دیٹس وائی یو کین اونلی، یو کین ناٹ ایکسپیرینس دیٹ لو وین یو آر ٹاکنگ اباؤٹ ا سپرٹ اور لائف۔</w:t>
      </w:r>
    </w:p>
    <w:p>
      <w:r>
        <w:rPr>
          <w:b/>
        </w:rPr>
        <w:t xml:space="preserve">[15:31] </w:t>
      </w:r>
      <w:r>
        <w:t>that's was the comment.</w:t>
      </w:r>
    </w:p>
    <w:p>
      <w:pPr>
        <w:jc w:val="right"/>
      </w:pPr>
      <w:r>
        <w:t>دیٹس واز دا کمنٹ۔</w:t>
      </w:r>
    </w:p>
    <w:p>
      <w:r>
        <w:rPr>
          <w:b/>
        </w:rPr>
        <w:t xml:space="preserve">[15:35] </w:t>
      </w:r>
      <w:r>
        <w:t>Maulana, to woh yeh keh rahi hain ke jaise ek insaan ke samne ek yeh rehta hai ke uske samne bahut sare log hain, to woh programmed hai uska mind ke woh insano ke sath deal kare aur un se love kare.</w:t>
      </w:r>
    </w:p>
    <w:p>
      <w:pPr>
        <w:jc w:val="right"/>
      </w:pPr>
      <w:r>
        <w:t>مولانا، تو وہ یہ کہہ رہی ہیں کہ جیسے ایک انسان کے سامنے ایک یہ رہتا ہے کہ اس کے سامنے بہت سارے لوگ ہیں، تو وہ پروگرامڈ ہے اس کا مائنڈ کہ وہ انسانوں کے ساتھ ڈیل کرے اور ان سے لو کرے۔</w:t>
      </w:r>
    </w:p>
    <w:p>
      <w:r>
        <w:rPr>
          <w:b/>
        </w:rPr>
        <w:t xml:space="preserve">[15:51] </w:t>
      </w:r>
      <w:r>
        <w:t>to Khuda jo hai, woh to sab ka creator hai. to Islam mein ah woh cheez usko attribute karna, Khuda ke concept ko, ah woh unko zyada address karta hai as compare to hindooism aur buddhism.</w:t>
      </w:r>
    </w:p>
    <w:p>
      <w:pPr>
        <w:jc w:val="right"/>
      </w:pPr>
      <w:r>
        <w:t>تو خدا جو ہے، وہ تو سب کا کریٹر ہے۔ تو اسلام میں اہ وہ چیز اس کو ایٹریبیوٹ کرنا، خدا کے کانسیپٹ کو، اہ وہ ان کو زیادہ ایڈریس کرتا ہے ایز کمپیر ٹو ہندوازم اور بدھزم۔</w:t>
      </w:r>
    </w:p>
    <w:p>
      <w:r>
        <w:rPr>
          <w:b/>
        </w:rPr>
        <w:t xml:space="preserve">[16:10] </w:t>
      </w:r>
      <w:r>
        <w:t>mein ek bar gaya ek khangah mein, ek bahut mashhoor buzurg ki khangah. to wahan maine dekha ke wahan par woh kuch log,</w:t>
      </w:r>
    </w:p>
    <w:p>
      <w:pPr>
        <w:jc w:val="right"/>
      </w:pPr>
      <w:r>
        <w:t>میں ایک بار گیا ایک خانقاہ میں، ایک بہت مشہور بزرگ کی خانقاہ۔ تو وہاں میں نے دیکھا کہ وہاں پر وہ کچھ لوگ،</w:t>
      </w:r>
    </w:p>
    <w:p>
      <w:r>
        <w:rPr>
          <w:b/>
        </w:rPr>
        <w:t xml:space="preserve">[16:29] </w:t>
      </w:r>
      <w:r>
        <w:t>kayi log the wahan par jo bari bari Allah ho, Allah ho karte the.</w:t>
      </w:r>
    </w:p>
    <w:p>
      <w:pPr>
        <w:jc w:val="right"/>
      </w:pPr>
      <w:r>
        <w:t>کئی لوگ تھے وہاں پر جو باری باری اللہ ہو، اللہ ہو کرتے تھے۔</w:t>
      </w:r>
    </w:p>
    <w:p>
      <w:r>
        <w:rPr>
          <w:b/>
        </w:rPr>
        <w:t xml:space="preserve">[16:39] </w:t>
      </w:r>
      <w:r>
        <w:t>yani ek ghanta kisi kya to doosra aya, usne ek aisa kiya, phir teesra aya, usne kiya. is tarah se 24 ghanta wahan par hi chalta tha.</w:t>
      </w:r>
    </w:p>
    <w:p>
      <w:pPr>
        <w:jc w:val="right"/>
      </w:pPr>
      <w:r>
        <w:t>یعنی ایک گھنٹہ کسی کیا تو دوسرا آیا، اس نے ایک ایسا کیا، پھر تیسرا آیا، اس نے کیا۔ اس طرح سے 24 گھنٹہ وہاں پر ہی چلتا تھا۔</w:t>
      </w:r>
    </w:p>
    <w:p>
      <w:r>
        <w:rPr>
          <w:b/>
        </w:rPr>
        <w:t xml:space="preserve">[16:53] </w:t>
      </w:r>
      <w:r>
        <w:t>24 ghanta. to maine poocha ke yeh kyun hai aisa?</w:t>
      </w:r>
    </w:p>
    <w:p>
      <w:pPr>
        <w:jc w:val="right"/>
      </w:pPr>
      <w:r>
        <w:t>24 گھنٹہ۔ تو میں نے پوچھا کہ یہ کیوں ہے ایسا؟</w:t>
      </w:r>
    </w:p>
    <w:p>
      <w:r>
        <w:rPr>
          <w:b/>
        </w:rPr>
        <w:t xml:space="preserve">[17:02] </w:t>
      </w:r>
      <w:r>
        <w:t>to unhone kaha ke is se Allah se mohabbat paida hoti hai.</w:t>
      </w:r>
    </w:p>
    <w:p>
      <w:pPr>
        <w:jc w:val="right"/>
      </w:pPr>
      <w:r>
        <w:t>تو انہوں نے کہا کہ اس سے اللہ سے محبت پیدا ہوتی ہے۔</w:t>
      </w:r>
    </w:p>
    <w:p>
      <w:r>
        <w:rPr>
          <w:b/>
        </w:rPr>
        <w:t xml:space="preserve">[17:09] </w:t>
      </w:r>
      <w:r>
        <w:t>to mein usko samajh nahi paya. repeat naam ko repeat karne se Allah se mohabbat kaise paida ho jayegi?</w:t>
      </w:r>
    </w:p>
    <w:p>
      <w:pPr>
        <w:jc w:val="right"/>
      </w:pPr>
      <w:r>
        <w:t>تو میں اس کو سمجھ نہیں پایا۔ ریپیٹ نام کو ریپیٹ کرنے سے اللہ سے محبت کیسے پیدا ہو جائے گی؟</w:t>
      </w:r>
    </w:p>
    <w:p>
      <w:r>
        <w:rPr>
          <w:b/>
        </w:rPr>
        <w:t xml:space="preserve">[17:23] </w:t>
      </w:r>
      <w:r>
        <w:t>to allah ki jo</w:t>
      </w:r>
    </w:p>
    <w:p>
      <w:pPr>
        <w:jc w:val="right"/>
      </w:pPr>
      <w:r>
        <w:t>تو اللہ کی جو</w:t>
      </w:r>
    </w:p>
    <w:p>
      <w:r>
        <w:rPr>
          <w:b/>
        </w:rPr>
        <w:t xml:space="preserve">[17:29] </w:t>
      </w:r>
      <w:r>
        <w:t>takhleeq hai, is mein jo wisdom hai, is mein jo</w:t>
      </w:r>
    </w:p>
    <w:p>
      <w:pPr>
        <w:jc w:val="right"/>
      </w:pPr>
      <w:r>
        <w:t>تخلیق ہے، اس میں جو وزڈم ہے، اس میں جو</w:t>
      </w:r>
    </w:p>
    <w:p>
      <w:r>
        <w:rPr>
          <w:b/>
        </w:rPr>
        <w:t xml:space="preserve">[17:38] </w:t>
      </w:r>
      <w:r>
        <w:t>anokhay, jo jo breakless cheezain hain, is par jo aadmi sochta hai,</w:t>
      </w:r>
    </w:p>
    <w:p>
      <w:pPr>
        <w:jc w:val="right"/>
      </w:pPr>
      <w:r>
        <w:t>انوکھے، جو جو بریکلس چیزیں ہیں، اس پر جو آدمی سوچتا ہے،</w:t>
      </w:r>
    </w:p>
    <w:p>
      <w:r>
        <w:rPr>
          <w:b/>
        </w:rPr>
        <w:t xml:space="preserve">[17:53] </w:t>
      </w:r>
      <w:r>
        <w:t>misalan dekhen, dunya mein bohat saray test hain, test hamaray liye.</w:t>
      </w:r>
    </w:p>
    <w:p>
      <w:pPr>
        <w:jc w:val="right"/>
      </w:pPr>
      <w:r>
        <w:t>مثلاً دیکھیں، دنیا میں بہت سارے ٹیسٹ ہیں، ٹیسٹ ہمارے لیے۔</w:t>
      </w:r>
    </w:p>
    <w:p>
      <w:r>
        <w:rPr>
          <w:b/>
        </w:rPr>
        <w:t xml:space="preserve">[18:05] </w:t>
      </w:r>
      <w:r>
        <w:t>to aik taraf dunya mein test hai, doosri taraf insaan ke andar taqreeban das hazar test birds hain.</w:t>
      </w:r>
    </w:p>
    <w:p>
      <w:pPr>
        <w:jc w:val="right"/>
      </w:pPr>
      <w:r>
        <w:t>تو ایک طرف دنیا میں ٹیسٹ ہے، دوسری طرف انسان کے اندر تقریباً دس ہزار ٹیسٹ برڈز ہیں۔</w:t>
      </w:r>
    </w:p>
    <w:p>
      <w:r>
        <w:rPr>
          <w:b/>
        </w:rPr>
        <w:t xml:space="preserve">[18:18] </w:t>
      </w:r>
      <w:r>
        <w:t>yani bahar jab test ke sources hain to andar bhi test birds hain. to maine socha ke agar</w:t>
      </w:r>
    </w:p>
    <w:p>
      <w:pPr>
        <w:jc w:val="right"/>
      </w:pPr>
      <w:r>
        <w:t>یعنی باہر جب ٹیسٹ کے سورسز ہیں تو اندر بھی ٹیسٹ برڈز ہیں۔ تو میں نے سوچا کہ اگر</w:t>
      </w:r>
    </w:p>
    <w:p>
      <w:r>
        <w:rPr>
          <w:b/>
        </w:rPr>
        <w:t xml:space="preserve">[18:32] </w:t>
      </w:r>
      <w:r>
        <w:t>mere bahar test ke sources mojood hon, lekin mere andar test birds na hon to main yeh kaise enjoy karoon ga?</w:t>
      </w:r>
    </w:p>
    <w:p>
      <w:pPr>
        <w:jc w:val="right"/>
      </w:pPr>
      <w:r>
        <w:t>میرے باہر ٹیسٹ کے سورسز موجود ہوں، لیکن میرے اندر ٹیسٹ برڈز نہ ہوں تو میں یہ کیسے انجوائے کروں گا؟</w:t>
      </w:r>
    </w:p>
    <w:p>
      <w:r>
        <w:rPr>
          <w:b/>
        </w:rPr>
        <w:t xml:space="preserve">[18:42] </w:t>
      </w:r>
      <w:r>
        <w:t>to do cheezain hain. yani aik aik taraf test ke sources hain, doosri taraf test birds hain.</w:t>
      </w:r>
    </w:p>
    <w:p>
      <w:pPr>
        <w:jc w:val="right"/>
      </w:pPr>
      <w:r>
        <w:t>تو دو چیزیں ہیں۔ یعنی ایک ایک طرف ٹیسٹ کے سورسز ہیں، دوسری طرف ٹیسٹ برڈز ہیں۔</w:t>
      </w:r>
    </w:p>
    <w:p>
      <w:r>
        <w:rPr>
          <w:b/>
        </w:rPr>
        <w:t xml:space="preserve">[18:54] </w:t>
      </w:r>
      <w:r>
        <w:t>to test birds hain, is liye hum in ko enjoy kar paate hain. to ab yeh maine socha ke khaliq ka kitna bara ehsan hai ke us ne aik taraf jab test ke sources paida kiye to usi ke sath hamare andar test birds bhi paida kiye thay.</w:t>
      </w:r>
    </w:p>
    <w:p>
      <w:pPr>
        <w:jc w:val="right"/>
      </w:pPr>
      <w:r>
        <w:t>تو ٹیسٹ برڈز ہیں، اس لیے ہم ان کو انجوائے کر پاتے ہیں۔ تو اب یہ میں نے سوچا کہ خالق کا کتنا بڑا احسان ہے کہ اس نے ایک طرف جب ٹیسٹ کے سورسز پیدا کیے تو اسی کے ساتھ ہمارے اندر ٹیسٹ برڈز بھی پیدا کیے تھے۔</w:t>
      </w:r>
    </w:p>
    <w:p>
      <w:r>
        <w:rPr>
          <w:b/>
        </w:rPr>
        <w:t xml:space="preserve">[19:22] </w:t>
      </w:r>
      <w:r>
        <w:t>agar aik hota aur doosri cheez na hoti to hum koi usay enjoy nahi kar sakte thay.</w:t>
      </w:r>
    </w:p>
    <w:p>
      <w:pPr>
        <w:jc w:val="right"/>
      </w:pPr>
      <w:r>
        <w:t>اگر ایک ہوتا اور دوسری چیز نہ ہوتی تو ہم کوئی اسے انجوائے نہیں کر سکتے تھے۔</w:t>
      </w:r>
    </w:p>
    <w:p>
      <w:r>
        <w:rPr>
          <w:b/>
        </w:rPr>
        <w:t xml:space="preserve">[19:34] </w:t>
      </w:r>
      <w:r>
        <w:t>to is tarah se aadmi sochta hai to us ko allah se, khaliq se, rab se mohabbat paida hoti hai.</w:t>
      </w:r>
    </w:p>
    <w:p>
      <w:pPr>
        <w:jc w:val="right"/>
      </w:pPr>
      <w:r>
        <w:t>تو اس طرح سے آدمی سوچتا ہے تو اس کو اللہ سے، خالق سے، رب سے محبت پیدا ہوتی ہے۔</w:t>
      </w:r>
    </w:p>
    <w:p>
      <w:r>
        <w:rPr>
          <w:b/>
        </w:rPr>
        <w:t xml:space="preserve">[19:46] </w:t>
      </w:r>
      <w:r>
        <w:t>kisi aur tadbeer se main nahi samajhta ke mohabbat paida hogi.</w:t>
      </w:r>
    </w:p>
    <w:p>
      <w:pPr>
        <w:jc w:val="right"/>
      </w:pPr>
      <w:r>
        <w:t>کسی اور تدبیر سے میں نہیں سمجھتا کہ محبت پیدا ہوگی۔</w:t>
      </w:r>
    </w:p>
    <w:p>
      <w:r>
        <w:rPr>
          <w:b/>
        </w:rPr>
        <w:t xml:space="preserve">[19:55] </w:t>
      </w:r>
      <w:r>
        <w:t>maulana, but insan ah phir insani mohabbat mein itna kho kyun jata hai? main is par jo sochta hoon to yeh yeh uska main reason yeh hai ke insan apne mizaj ke aitbar se cheezon ko for garden le leta hai.</w:t>
      </w:r>
    </w:p>
    <w:p>
      <w:pPr>
        <w:jc w:val="right"/>
      </w:pPr>
      <w:r>
        <w:t>مولانا، بٹ انسان اہ پھر انسانی محبت میں اتنا کھو کیوں جاتا ہے؟ میں اس پر جو سوچتا ہوں تو یہ یہ اس کا مین ریزن یہ ہے کہ انسان اپنے مزاج کے اعتبار سے چیزوں کو فار گارڈن لے لیتا ہے۔</w:t>
      </w:r>
    </w:p>
    <w:p>
      <w:r>
        <w:rPr>
          <w:b/>
        </w:rPr>
        <w:t xml:space="preserve">[20:20] </w:t>
      </w:r>
      <w:r>
        <w:t>suraj nikla to aik bohat hi bara bun bundar khula divine love ka.</w:t>
      </w:r>
    </w:p>
    <w:p>
      <w:pPr>
        <w:jc w:val="right"/>
      </w:pPr>
      <w:r>
        <w:t>سورج نکلا تو ایک بہت ہی بڑا بن بنڈار کھلا ڈیوائن لو کا۔</w:t>
      </w:r>
    </w:p>
    <w:p>
      <w:r>
        <w:rPr>
          <w:b/>
        </w:rPr>
        <w:t xml:space="preserve">[20:32] </w:t>
      </w:r>
      <w:r>
        <w:t>lekin insan kya karta hai ke cheezon ko for garden le leta hai.</w:t>
      </w:r>
    </w:p>
    <w:p>
      <w:pPr>
        <w:jc w:val="right"/>
      </w:pPr>
      <w:r>
        <w:t>لیکن انسان کیا کرتا ہے کہ چیزوں کو فار گارڈن لے لیتا ہے۔</w:t>
      </w:r>
    </w:p>
    <w:p>
      <w:r>
        <w:rPr>
          <w:b/>
        </w:rPr>
        <w:t xml:space="preserve">[20:44] </w:t>
      </w:r>
      <w:r>
        <w:t>yeh hai insan ki kamzori ke cheezon ko for garden le lene. hum agar yeh apne andar yeh develop karein ge, soch ke is ko hum attribute karein rab alameen se,</w:t>
      </w:r>
    </w:p>
    <w:p>
      <w:pPr>
        <w:jc w:val="right"/>
      </w:pPr>
      <w:r>
        <w:t>یہ ہے انسان کی کمزوری کہ چیزوں کو فار گارڈن لے لینا۔ ہم اگر یہ اپنے اندر یہ ڈیولپ کریں گے، سوچ کہ اس کو ہم ایٹریبیوٹ کریں رب العالمین سے،</w:t>
      </w:r>
    </w:p>
    <w:p>
      <w:r>
        <w:rPr>
          <w:b/>
        </w:rPr>
        <w:t xml:space="preserve">[21:04] </w:t>
      </w:r>
      <w:r>
        <w:t>tab ja kar ke woh usi love dhal jayegi. nahi to woh for garden ban jayegi.</w:t>
      </w:r>
    </w:p>
    <w:p>
      <w:pPr>
        <w:jc w:val="right"/>
      </w:pPr>
      <w:r>
        <w:t>تب جا کر کے وہ اسی لو ڈھل جائے گی۔ نہیں تو وہ فار گارڈن بن جائے گی۔</w:t>
      </w:r>
    </w:p>
    <w:p>
      <w:r>
        <w:rPr>
          <w:b/>
        </w:rPr>
        <w:t xml:space="preserve">[21:14] </w:t>
      </w:r>
      <w:r>
        <w:t>maulana, magar yeh suffering se hi kyun activate hota hai? yeh divine love? nahi, baat hi nahi. main kahunga</w:t>
      </w:r>
    </w:p>
    <w:p>
      <w:pPr>
        <w:jc w:val="right"/>
      </w:pPr>
      <w:r>
        <w:t>مولانا، مگر یہ سفرنگ سے ہی کیوں ایکٹیویٹ ہوتا ہے؟ یہ ڈیوائن لو؟ نہیں، بات ہی نہیں۔ میں کہوں گا</w:t>
      </w:r>
    </w:p>
    <w:p>
      <w:r>
        <w:rPr>
          <w:b/>
        </w:rPr>
        <w:t xml:space="preserve">[21:24] </w:t>
      </w:r>
      <w:r>
        <w:t>woh to aik aik zariya hai. baat pehle to har waqt hota hai.</w:t>
      </w:r>
    </w:p>
    <w:p>
      <w:pPr>
        <w:jc w:val="right"/>
      </w:pPr>
      <w:r>
        <w:t>وہ تو ایک ایک ذریعہ ہے۔ بات پہلے تو ہر وقت ہوتا ہے۔</w:t>
      </w:r>
    </w:p>
    <w:p>
      <w:r>
        <w:rPr>
          <w:b/>
        </w:rPr>
        <w:t xml:space="preserve">[21:32] </w:t>
      </w:r>
      <w:r>
        <w:t>misalan rozana main jab sham ko sota hoon aur subah ko reit khulti hai to mujhe bohat zyada allah ki yaad aati hai ke agar allah ka qanoon na hota neend ka to main mujhe neend hi na aati.</w:t>
      </w:r>
    </w:p>
    <w:p>
      <w:pPr>
        <w:jc w:val="right"/>
      </w:pPr>
      <w:r>
        <w:t>مثلاً روزانہ میں جب شام کو سوتا ہوں اور صبح کو ریت کھلتی ہے تو مجھے بہت زیادہ اللہ کی یاد آتی ہے کہ اگر اللہ کا قانون نہ ہوتا نیند کا تو میں مجھے نیند ہی نہ آتی۔</w:t>
      </w:r>
    </w:p>
    <w:p>
      <w:r>
        <w:rPr>
          <w:b/>
        </w:rPr>
        <w:t xml:space="preserve">[21:57] </w:t>
      </w:r>
      <w:r>
        <w:t>to allah ka qanoon, allah ki meharbani se neend aati hai. to suffering yeh main nahi manta ke suffering se aati hai.</w:t>
      </w:r>
    </w:p>
    <w:p>
      <w:pPr>
        <w:jc w:val="right"/>
      </w:pPr>
      <w:r>
        <w:t>تو اللہ کا قانون، اللہ کی مہربانی سے نیند آتی ہے۔ تو سفرنگ یہ میں نہیں مانتا کہ سفرنگ سے آتی ہے۔</w:t>
      </w:r>
    </w:p>
    <w:p>
      <w:r>
        <w:rPr>
          <w:b/>
        </w:rPr>
        <w:t xml:space="preserve">[22:11] </w:t>
      </w:r>
      <w:r>
        <w:t>kuch logon ko aati hogi lekin mujhe to saray item jo mere aas pas hain us se aati hai.</w:t>
      </w:r>
    </w:p>
    <w:p>
      <w:pPr>
        <w:jc w:val="right"/>
      </w:pPr>
      <w:r>
        <w:t>کچھ لوگوں کو آتی ہوگی لیکن مجھے تو سارے آئٹم جو میرے آس پاس ہیں اس سے آتی ہے۔</w:t>
      </w:r>
    </w:p>
    <w:p>
      <w:r>
        <w:rPr>
          <w:b/>
        </w:rPr>
        <w:t xml:space="preserve">[22:26] </w:t>
      </w:r>
      <w:r>
        <w:t>maulana, bas aik last question hai. woh yeh hai, maulana sahib, kisi ne hum se poocha hai woh jo ayat hai quran ki ke khuda ne insan aur jin ko worship ke liye banaya hai.</w:t>
      </w:r>
    </w:p>
    <w:p>
      <w:pPr>
        <w:jc w:val="right"/>
      </w:pPr>
      <w:r>
        <w:t>مولانا، بس ایک لاسٹ کوئسچن ہے۔ وہ یہ ہے، مولانا صاحب، کسی نے ہم سے پوچھا ہے وہ جو آیت ہے قرآن کی کہ خدا نے انسان اور جن کو ورشپ کے لیے بنایا ہے۔</w:t>
      </w:r>
    </w:p>
    <w:p>
      <w:r>
        <w:rPr>
          <w:b/>
        </w:rPr>
        <w:t xml:space="preserve">[22:37] </w:t>
      </w:r>
      <w:r>
        <w:t>to maulana sahib, is ka literal meaning to samajh mein aata hai but is ka rohani meaning kya hai is ayat ka</w:t>
      </w:r>
    </w:p>
    <w:p>
      <w:pPr>
        <w:jc w:val="right"/>
      </w:pPr>
      <w:r>
        <w:t>تو مولانا صاحب، اس کا لٹرل میننگ تو سمجھ میں آتا ہے بٹ اس کا روحانی میننگ کیا ہے اس آیت کا</w:t>
      </w:r>
    </w:p>
    <w:p>
      <w:r>
        <w:rPr>
          <w:b/>
        </w:rPr>
        <w:t xml:space="preserve">[22:42] </w:t>
      </w:r>
      <w:r>
        <w:t>? dekhiye, abdullah abbas ke shagird thay, mujahid tabe'i.</w:t>
      </w:r>
    </w:p>
    <w:p>
      <w:pPr>
        <w:jc w:val="right"/>
      </w:pPr>
      <w:r>
        <w:t>؟ دیکھیے، عبداللہ عباس کے شاگرد تھے، مجاہد تابعی۔</w:t>
      </w:r>
    </w:p>
    <w:p>
      <w:r>
        <w:rPr>
          <w:b/>
        </w:rPr>
        <w:t xml:space="preserve">[22:54] </w:t>
      </w:r>
      <w:r>
        <w:t>un ki tafseer hai aur un ki tafseer khud abdullah abbas ki tafseer maan jati hai. to unhon ne kaha ke</w:t>
      </w:r>
    </w:p>
    <w:p>
      <w:pPr>
        <w:jc w:val="right"/>
      </w:pPr>
      <w:r>
        <w:t>ان کی تفسیر ہے اور ان کی تفسیر خود عبداللہ عباس کی تفسیر مان جاتی ہے۔ تو انہوں نے کہا کہ</w:t>
      </w:r>
    </w:p>
    <w:p>
      <w:r>
        <w:rPr>
          <w:b/>
        </w:rPr>
        <w:t xml:space="preserve">[23:06] </w:t>
      </w:r>
      <w:r>
        <w:t>wa ma farraq al-dun wal-nisa illa li-ya huzur ka matlab hai illa li-ya'rifun taake meri marifat hasil karein.</w:t>
      </w:r>
    </w:p>
    <w:p>
      <w:pPr>
        <w:jc w:val="right"/>
      </w:pPr>
      <w:r>
        <w:t>وما فرق الدن والنسا الا لیا حضور کا مطلب ہے الا لیعرفون تاکہ میری معرفت حاصل کریں۔</w:t>
      </w:r>
    </w:p>
    <w:p>
      <w:r>
        <w:rPr>
          <w:b/>
        </w:rPr>
        <w:t xml:space="preserve">[23:21] </w:t>
      </w:r>
      <w:r>
        <w:t>to aisi cheez worship nahi hai, aisi cheez marifat hai. marifat ke baad woh sab cheez apne aap paida hoti hai.</w:t>
      </w:r>
    </w:p>
    <w:p>
      <w:pPr>
        <w:jc w:val="right"/>
      </w:pPr>
      <w:r>
        <w:t>تو ایسی چیز ورشپ نہیں ہے، ایسی چیز معرفت ہے۔ معرفت کے بعد وہ سب چیز اپنے آپ پیدا ہوتی ہے۔</w:t>
      </w:r>
    </w:p>
    <w:p>
      <w:r>
        <w:rPr>
          <w:b/>
        </w:rPr>
        <w:t xml:space="preserve">[23:33] </w:t>
      </w:r>
      <w:r>
        <w:t>to paida hone ke baad apne aap marifat se aayegi, nahi aayegi, aayegi, aayegi. aap ko is ke baad apne andar develop karna padega ghore o fikr ko, soch ko,</w:t>
      </w:r>
    </w:p>
    <w:p>
      <w:pPr>
        <w:jc w:val="right"/>
      </w:pPr>
      <w:r>
        <w:t>تو پیدا ہونے کے بعد اپنے آپ معرفت سے آئے گی، نہیں آئے گی، آئے گی، آئے گی۔ آپ کو اس کے بعد اپنے اندر ڈیولپ کرنا پڑے گا غور و فکر کو، سوچ کو،</w:t>
      </w:r>
    </w:p>
    <w:p>
      <w:r>
        <w:rPr>
          <w:b/>
        </w:rPr>
        <w:t xml:space="preserve">[23:52] </w:t>
      </w:r>
      <w:r>
        <w:t>discovery ko. jab aap cheezon ko discover karenge tab marifat aayegi. jab marifat aayegi tab mohabbat aayegi.</w:t>
      </w:r>
    </w:p>
    <w:p>
      <w:pPr>
        <w:jc w:val="right"/>
      </w:pPr>
      <w:r>
        <w:t>ڈسکوری کو۔ جب آپ چیزوں کو ڈسکور کریں گے تب معرفت آئے گی۔ جب معرفت آئے گی تب محبت آئے گی۔</w:t>
      </w:r>
    </w:p>
    <w:p>
      <w:r>
        <w:rPr>
          <w:b/>
        </w:rPr>
        <w:t xml:space="preserve">[24:08] </w:t>
      </w:r>
      <w:r>
        <w:t>maulana,</w:t>
      </w:r>
    </w:p>
    <w:p>
      <w:pPr>
        <w:jc w:val="right"/>
      </w:pPr>
      <w:r>
        <w:t>مولانا،</w:t>
      </w:r>
    </w:p>
    <w:p>
      <w:r>
        <w:rPr>
          <w:b/>
        </w:rPr>
        <w:t xml:space="preserve">[24:13] </w:t>
      </w:r>
      <w:r>
        <w:t>my take for today is that, ah, that it is easier for a person to submit to God but little difficult to love God because for loving God you have to be, ah, basically keep in reminding about God throughout your day.</w:t>
      </w:r>
    </w:p>
    <w:p>
      <w:pPr>
        <w:jc w:val="right"/>
      </w:pPr>
      <w:r>
        <w:t>مائی ٹیک فار ٹوڈے از دیٹ، اہ دیٹ اٹ از ایزیر فار ا پرسن ٹو سبمٹ ٹو گاڈ بٹ لٹل ڈیفیکلٹ ٹو لو گاڈ بیکاز فار لونگ گاڈ یو ہیو ٹو بی، اہ بیسکلی کیپ ان ریمائنڈنگ اباؤٹ گاڈ تھرو آؤٹ یور ڈے۔</w:t>
      </w:r>
    </w:p>
    <w:p>
      <w:r>
        <w:rPr>
          <w:b/>
        </w:rPr>
        <w:t xml:space="preserve">[24:33] </w:t>
      </w:r>
      <w:r>
        <w:t>but a person who is, ah, say for a person who is one man to mission, it becomes very difficult to do that. how does one love God at that time</w:t>
      </w:r>
    </w:p>
    <w:p>
      <w:pPr>
        <w:jc w:val="right"/>
      </w:pPr>
      <w:r>
        <w:t>بٹ ا پرسن ہو از، اہ سے فار ا پرسن ہو از ون مین ٹو مشن، اٹ بیکمز ویری ڈیفیکلٹ ٹو ڈو دیٹ۔ ہاؤ ڈز ون لو گاڈ ایٹ دیٹ ٹائم</w:t>
      </w:r>
    </w:p>
    <w:p>
      <w:r>
        <w:rPr>
          <w:b/>
        </w:rPr>
        <w:t xml:space="preserve">[24:43] </w:t>
      </w:r>
      <w:r>
        <w:t>? bhai, mera to apne case ko le ke main sochta hoon to main har cheez mein dekhta hoon, sochta hoon yeh kaise, woh kaise, yeh kaise, woh kaise.</w:t>
      </w:r>
    </w:p>
    <w:p>
      <w:pPr>
        <w:jc w:val="right"/>
      </w:pPr>
      <w:r>
        <w:t>؟ بھائی، میرا تو اپنے کیس کو لے کے میں سوچتا ہوں تو میں ہر چیز میں دیکھتا ہوں، سوچتا ہوں یہ کیسے، وہ کیسے، یہ کیسے، وہ کیسے۔</w:t>
      </w:r>
    </w:p>
    <w:p>
      <w:r>
        <w:rPr>
          <w:b/>
        </w:rPr>
        <w:t xml:space="preserve">[25:00] </w:t>
      </w:r>
      <w:r>
        <w:t>maulana, but aap ka case</w:t>
      </w:r>
    </w:p>
    <w:p>
      <w:pPr>
        <w:jc w:val="right"/>
      </w:pPr>
      <w:r>
        <w:t>مولانا، بٹ آپ کا کیس</w:t>
      </w:r>
    </w:p>
    <w:p>
      <w:r>
        <w:rPr>
          <w:b/>
        </w:rPr>
        <w:t xml:space="preserve">[25:02] </w:t>
      </w:r>
      <w:r>
        <w:t>to main, main yeh discovery ke yeh khuda ne paida kiya hai, mujh ko yeh state karti hai ke main Allah se mohabbat karoon.</w:t>
      </w:r>
    </w:p>
    <w:p>
      <w:pPr>
        <w:jc w:val="right"/>
      </w:pPr>
      <w:r>
        <w:t>تو میں، میں یہ ڈسکوری کہ یہ خدا نے پیدا کیا ہے، مجھ کو یہ سٹیٹ کرتی ہے کہ میں اللہ سے محبت کروں۔</w:t>
      </w:r>
    </w:p>
    <w:p>
      <w:r>
        <w:rPr>
          <w:b/>
        </w:rPr>
        <w:t xml:space="preserve">[25:18] </w:t>
      </w:r>
      <w:r>
        <w:t>maulana, but aap ka case jo hai woh one man one mission ka hai. hamara case jo hai woh one man to mission ka hai.</w:t>
      </w:r>
    </w:p>
    <w:p>
      <w:pPr>
        <w:jc w:val="right"/>
      </w:pPr>
      <w:r>
        <w:t>مولانا، بٹ آپ کا کیس جو ہے وہ ون مین ون مشن کا ہے۔ ہمارا کیس جو ہے وہ ون مین ٹو مشن کا ہے۔</w:t>
      </w:r>
    </w:p>
    <w:p>
      <w:r>
        <w:rPr>
          <w:b/>
        </w:rPr>
        <w:t xml:space="preserve">[25:28] </w:t>
      </w:r>
      <w:r>
        <w:t>un se farq kya hai jo aadmi because jo one man to mission mein hota hai, woh apne day day to day kamon mein bohat laga hota hai. jaise nahi, 50 percent us in ka mamla 100 percent rahega, un ka 50 rahega.</w:t>
      </w:r>
    </w:p>
    <w:p>
      <w:pPr>
        <w:jc w:val="right"/>
      </w:pPr>
      <w:r>
        <w:t>ان سے فرق کیا ہے جو آدمی بیکاز جو ون مین ٹو مشن میں ہوتا ہے، وہ اپنے ڈے ڈے ٹو ڈے کاموں میں بہت لگا ہوتا ہے۔ جیسے نہیں، 50 پرسنٹ اس ان کا معاملہ 100 پرسنٹ رہے گا، ان کا 50 رہے گا۔</w:t>
      </w:r>
    </w:p>
    <w:p>
      <w:r>
        <w:rPr>
          <w:b/>
        </w:rPr>
        <w:t xml:space="preserve">[25:42] </w:t>
      </w:r>
      <w:r>
        <w:t>yeh nahi ho sakta ke na rahe. ek ka mamla agar 100 percent hoga to doosre ka mamla 50 percent ho jayega.</w:t>
      </w:r>
    </w:p>
    <w:p>
      <w:pPr>
        <w:jc w:val="right"/>
      </w:pPr>
      <w:r>
        <w:t>یہ نہیں ہو سکتا کہ نہ رہے۔ ایک کا معاملہ اگر 100 پرسنٹ ہوگا تو دوسرے کا معاملہ 50 پرسنٹ ہو جائے گا۔</w:t>
      </w:r>
    </w:p>
    <w:p>
      <w:r>
        <w:rPr>
          <w:b/>
        </w:rPr>
        <w:t xml:space="preserve">[25:53] </w:t>
      </w:r>
      <w:r>
        <w:t>itna hi farq hoga b</w:t>
      </w:r>
    </w:p>
    <w:p>
      <w:pPr>
        <w:jc w:val="right"/>
      </w:pPr>
      <w:r>
        <w:t>اتنا ہی فرق ہوگا ب</w:t>
      </w:r>
    </w:p>
    <w:p>
      <w:r>
        <w:rPr>
          <w:b/>
        </w:rPr>
        <w:t xml:space="preserve">[25:54] </w:t>
      </w:r>
      <w:r>
        <w:t>s. to maulana, 50 percent hone se sawab kam nahi ho jayega jo one man to mission hai. zahir hai, yeh to agar aap zyada sawab chahte hain to aap ne woh develop karna padega.</w:t>
      </w:r>
    </w:p>
    <w:p>
      <w:pPr>
        <w:jc w:val="right"/>
      </w:pPr>
      <w:r>
        <w:t>س۔ تو مولانا، 50 پرسنٹ ہونے سے ثواب کم نہیں ہو جائے گا جو ون مین ٹو مشن ہے۔ ظاہر ہے، یہ تو اگر آپ زیادہ ثواب چاہتے ہیں تو آپ نے وہ ڈیولپ کرنا پڑے گا۔</w:t>
      </w:r>
    </w:p>
    <w:p>
      <w:r>
        <w:rPr>
          <w:b/>
        </w:rPr>
        <w:t xml:space="preserve">[26:07] </w:t>
      </w:r>
      <w:r>
        <w:t>yeh to zahir baat hai.</w:t>
      </w:r>
    </w:p>
    <w:p>
      <w:pPr>
        <w:jc w:val="right"/>
      </w:pPr>
      <w:r>
        <w:t>یہ تو ظاہر بات ہے۔</w:t>
      </w:r>
    </w:p>
    <w:p>
      <w:r>
        <w:rPr>
          <w:b/>
        </w:rPr>
        <w:t xml:space="preserve">[26:09] </w:t>
      </w:r>
      <w:r>
        <w:t>maulana, ah Sajid Anwar sahib ka Mumbai se sawal hai. unhon ne poocha hai, maulana, i find myself in a condition where the state of fear is higher than state of love with God.</w:t>
      </w:r>
    </w:p>
    <w:p>
      <w:pPr>
        <w:jc w:val="right"/>
      </w:pPr>
      <w:r>
        <w:t>مولانا، اہ ساجد انور صاحب کا ممبئی سے سوال ہے۔ انہوں نے پوچھا ہے، مولانا، آئی فائنڈ مائی سیلف ان ا کنڈیشن ویئر دا سٹیٹ آف فیئر از ہائیر دین سٹیٹ آف لو ود گاڈ۔</w:t>
      </w:r>
    </w:p>
    <w:p>
      <w:r>
        <w:rPr>
          <w:b/>
        </w:rPr>
        <w:t xml:space="preserve">[26:25] </w:t>
      </w:r>
      <w:r>
        <w:t>is it a correct state to be in? secondly, how to increase the love of God further?</w:t>
      </w:r>
    </w:p>
    <w:p>
      <w:pPr>
        <w:jc w:val="right"/>
      </w:pPr>
      <w:r>
        <w:t>از اٹ ا کریکٹ سٹیٹ ٹو بی ان؟ سیکنڈلی، ہاؤ ٹو انکریز دا لو آف گاڈ فردر؟</w:t>
      </w:r>
    </w:p>
    <w:p>
      <w:r>
        <w:rPr>
          <w:b/>
        </w:rPr>
        <w:t xml:space="preserve">[26:39] </w:t>
      </w:r>
      <w:r>
        <w:t>bhai, apne experience ko le kar main yeh kehta hoon ke dono saath saath chalte hain. aisa nahi ke woh hai, doosra nahi hai.</w:t>
      </w:r>
    </w:p>
    <w:p>
      <w:pPr>
        <w:jc w:val="right"/>
      </w:pPr>
      <w:r>
        <w:t>بھائی، اپنے ایکسپیرینس کو لے کر میں یہ کہتا ہوں کہ دونوں ساتھ ساتھ چلتے ہیں۔ ایسا نہیں کہ وہ ہے، دوسرا نہیں ہے۔</w:t>
      </w:r>
    </w:p>
    <w:p>
      <w:r>
        <w:rPr>
          <w:b/>
        </w:rPr>
        <w:t xml:space="preserve">[26:51] </w:t>
      </w:r>
      <w:r>
        <w:t>woh bhi hai, woh bhi, woh bhi, woh bhi.</w:t>
      </w:r>
    </w:p>
    <w:p>
      <w:pPr>
        <w:jc w:val="right"/>
      </w:pPr>
      <w:r>
        <w:t>وہ بھی ہے، وہ بھی، وہ بھی، وہ بھی۔</w:t>
      </w:r>
    </w:p>
    <w:p>
      <w:r>
        <w:rPr>
          <w:b/>
        </w:rPr>
        <w:t xml:space="preserve">[26:56] </w:t>
      </w:r>
      <w:r>
        <w:t>maulana, is ko le kar ek hadith bhi hai na jo aap ne batai thi ke insaan ka kya hai, woh ke jis mein mohabbat aur khauf ke beech mein hota hai.</w:t>
      </w:r>
    </w:p>
    <w:p>
      <w:pPr>
        <w:jc w:val="right"/>
      </w:pPr>
      <w:r>
        <w:t>مولانا، اس کو لے کر ایک حدیث بھی ہے نا جو آپ نے بتائی تھی کہ انسان کا کیا ہے، وہ کہ جس میں محبت اور خوف کے بیچ میں ہوتا ہے۔</w:t>
      </w:r>
    </w:p>
    <w:p>
      <w:r>
        <w:rPr>
          <w:b/>
        </w:rPr>
        <w:t xml:space="preserve">[27:05] </w:t>
      </w:r>
      <w:r>
        <w:t>khuda ka kya hai, woh ek hadith hai na? ek pata nahi, bain al-rajā' wal-khawf. haan, al-īmān bain al-rajā' wal-khawf. haan,</w:t>
      </w:r>
    </w:p>
    <w:p>
      <w:pPr>
        <w:jc w:val="right"/>
      </w:pPr>
      <w:r>
        <w:t>خدا کا کیا ہے، وہ ایک حدیث ہے نا؟ ایک پتہ نہیں، بین الرجاء والخوف۔ ہاں، الایمان بین الرجاء والخوف۔ ہاں،</w:t>
      </w:r>
    </w:p>
    <w:p>
      <w:r>
        <w:rPr>
          <w:b/>
        </w:rPr>
        <w:t xml:space="preserve">[27:16] </w:t>
      </w:r>
      <w:r>
        <w:t>matlab hai ke har waqt dono rehta hai. woh bhi, woh bhi, woh bhi, woh bhi saath saath chalta hai.</w:t>
      </w:r>
    </w:p>
    <w:p>
      <w:pPr>
        <w:jc w:val="right"/>
      </w:pPr>
      <w:r>
        <w:t>مطلب ہے کہ ہر وقت دونوں رہتا ہے۔ وہ بھی، وہ بھی، وہ بھی، وہ بھی ساتھ ساتھ چلتا ہے۔</w:t>
      </w:r>
    </w:p>
    <w:p>
      <w:r>
        <w:rPr>
          <w:b/>
        </w:rPr>
        <w:t xml:space="preserve">[27:26] </w:t>
      </w:r>
      <w:r>
        <w:t>maulana Iqbal Umri ne likha hai Chennai se, khuda ki zaat ko le kar mohabbat paida nahi hoti balkeh taqleeqat aur hikmat taqleeq se mohabbat paida hoti hai.</w:t>
      </w:r>
    </w:p>
    <w:p>
      <w:pPr>
        <w:jc w:val="right"/>
      </w:pPr>
      <w:r>
        <w:t>مولانا اقبال عمری نے لکھا ہے چنئی سے، خدا کی ذات کو لے کر محبت پیدا نہیں ہوتی بلکہ تقلیقات اور حکمت تقلیق سے محبت پیدا ہوتی ہے۔</w:t>
      </w:r>
    </w:p>
    <w:p>
      <w:r>
        <w:rPr>
          <w:b/>
        </w:rPr>
        <w:t xml:space="preserve">[27:40] </w:t>
      </w:r>
      <w:r>
        <w:t>maulana, aap ki baat bilkul sahih hai. mujhe is ka tajruba hua ke main ghor o fikr, jab main ne ghor o fikr kiya to mujhe yeh ehsaas mila ke balwasta mohabbat hi mumkin hai.</w:t>
      </w:r>
    </w:p>
    <w:p>
      <w:pPr>
        <w:jc w:val="right"/>
      </w:pPr>
      <w:r>
        <w:t>مولانا، آپ کی بات بالکل صحیح ہے۔ مجھے اس کا تجربہ ہوا کہ میں غور و فکر، جب میں نے غور و فکر کیا تو مجھے یہ احساس ملا کہ بالواسطہ محبت ہی ممکن ہے۔</w:t>
      </w:r>
    </w:p>
    <w:p>
      <w:r>
        <w:rPr>
          <w:b/>
        </w:rPr>
        <w:t xml:space="preserve">[27:56] </w:t>
      </w:r>
      <w:r>
        <w:t>sahi, sahi baat hai. miss, miss shabana ansari ne likha hai pakistan se, maulana, i used to think in my childhood how to love allah but i did not know until i got your risala and literature.</w:t>
      </w:r>
    </w:p>
    <w:p>
      <w:pPr>
        <w:jc w:val="right"/>
      </w:pPr>
      <w:r>
        <w:t>صحیح، صحیح بات ہے۔ مس، مس شبانہ انصاری نے لکھا ہے پاکستان سے، مولانا، آئی یوز ٹو تھنک ان مائی چائلڈ ہڈ ہاؤ ٹو لو اللہ بٹ آئی ڈیڈ ناٹ نو انٹل آئی گاٹ یور الرسالہ اینڈ لٹریچر۔</w:t>
      </w:r>
    </w:p>
    <w:p>
      <w:r>
        <w:rPr>
          <w:b/>
        </w:rPr>
        <w:t xml:space="preserve">[28:15] </w:t>
      </w:r>
      <w:r>
        <w:t>its you who taught us how to feel his blessings all the time and love him and thank him.</w:t>
      </w:r>
    </w:p>
    <w:p>
      <w:pPr>
        <w:jc w:val="right"/>
      </w:pPr>
      <w:r>
        <w:t>اٹس یو ہو ٹاٹ اس ہاؤ ٹو فیل ہز بلیسنگز ال دا ٹائم اینڈ لو ہم اینڈ تھینک ہم۔</w:t>
      </w:r>
    </w:p>
    <w:p>
      <w:r>
        <w:rPr>
          <w:b/>
        </w:rPr>
        <w:t xml:space="preserve">[28:23] </w:t>
      </w:r>
      <w:r>
        <w:t>jazak allah maulana for teaching us the marifat of god. masha allah. aur miss firdous sharif ne likha hai, aap ki aik aik baat itni mukammal hai.</w:t>
      </w:r>
    </w:p>
    <w:p>
      <w:pPr>
        <w:jc w:val="right"/>
      </w:pPr>
      <w:r>
        <w:t>جزاک اللہ مولانا فار ٹیچنگ اس دا معرفت آف گاڈ۔ ماشاءاللہ۔ اور مس فردوس شریف نے لکھا ہے، آپ کی ایک ایک بات اتنی مکمل ہے۔</w:t>
      </w:r>
    </w:p>
    <w:p>
      <w:r>
        <w:rPr>
          <w:b/>
        </w:rPr>
        <w:t xml:space="preserve">[28:39] </w:t>
      </w:r>
      <w:r>
        <w:t>hazrat, sirf aap ki baat ko sachai ke sath samjha jaye to har har jagah allah ke hone ka ehsaas hoga aur mohabbat haq aur sach jaan jaan hi jaye gi.</w:t>
      </w:r>
    </w:p>
    <w:p>
      <w:pPr>
        <w:jc w:val="right"/>
      </w:pPr>
      <w:r>
        <w:t>حضرت، صرف آپ کی بات کو سچائی کے ساتھ سمجھا جائے تو ہر ہر جگہ اللہ کے ہونے کا احساس ہوگا اور محبت حق اور سچ جان جان ہی جائے گا۔</w:t>
      </w:r>
    </w:p>
    <w:p>
      <w:r>
        <w:rPr>
          <w:b/>
        </w:rPr>
        <w:t xml:space="preserve">[28:53] </w:t>
      </w:r>
      <w:r>
        <w:t>banda, maulana, aik sawal hai. yeh student hain, yeh in ka naam hai muhammad maqsood asrar aur yeh aligarh se.</w:t>
      </w:r>
    </w:p>
    <w:p>
      <w:pPr>
        <w:jc w:val="right"/>
      </w:pPr>
      <w:r>
        <w:t>بندہ، مولانا، ایک سوال ہے۔ یہ سٹوڈنٹ ہیں، یہ ان کا نام ہے محمد مقصود اسرار اور یہ علی گڑھ سے۔</w:t>
      </w:r>
    </w:p>
    <w:p>
      <w:r>
        <w:rPr>
          <w:b/>
        </w:rPr>
        <w:t xml:space="preserve">[29:05] </w:t>
      </w:r>
      <w:r>
        <w:t>unhon ne likha hai, maulana, sorry for asking a question that is not related to topic but maulana, i am seriously, i am seriously in problem.</w:t>
      </w:r>
    </w:p>
    <w:p>
      <w:pPr>
        <w:jc w:val="right"/>
      </w:pPr>
      <w:r>
        <w:t>انہوں نے لکھا ہے، مولانا، سوری فار اسکنگ ا کوئسچن دیٹ از ناٹ ریلیٹڈ ٹو ٹاپک بٹ مولانا، آئی ایم سیریسلی، آئی ایم سیریسلی ان پرابلم۔</w:t>
      </w:r>
    </w:p>
    <w:p>
      <w:r>
        <w:rPr>
          <w:b/>
        </w:rPr>
        <w:t xml:space="preserve">[29:18] </w:t>
      </w:r>
      <w:r>
        <w:t>i always try to study consciously but i always fail and i always feel i cant do this work because its beyond my capability and the entire week i become low in energy in my studies.</w:t>
      </w:r>
    </w:p>
    <w:p>
      <w:pPr>
        <w:jc w:val="right"/>
      </w:pPr>
      <w:r>
        <w:t>آئی الویز ٹرائی ٹو سٹڈی کانشیسلی بٹ آئی الویز فیل اینڈ آئی الویز فیل آئی کانٹ ڈو دس ورک بیکاز اٹس بیونڈ مائی کیپیبلٹی اینڈ دی انٹائر ویک آئی بیکم لو ان انرجی ان مائی سٹڈیز۔</w:t>
      </w:r>
    </w:p>
    <w:p>
      <w:r>
        <w:rPr>
          <w:b/>
        </w:rPr>
        <w:t xml:space="preserve">[29:37] </w:t>
      </w:r>
      <w:r>
        <w:t>this is a very serious problem for me. please give me your guidance.</w:t>
      </w:r>
    </w:p>
    <w:p>
      <w:pPr>
        <w:jc w:val="right"/>
      </w:pPr>
      <w:r>
        <w:t>دس از ا ویری سیریس پرابلم فار می۔ پلیز گیو می یور گائیڈنس۔</w:t>
      </w:r>
    </w:p>
    <w:p>
      <w:r>
        <w:rPr>
          <w:b/>
        </w:rPr>
        <w:t xml:space="preserve">[29:44] </w:t>
      </w:r>
      <w:r>
        <w:t>bhai, problem kya hai? main main achi tarah se pakra nahi hoon ke woh hamesha un ko yeh lagta hai ke woh capable nahi hain aur woh apna kaam nahi kar sakte.</w:t>
      </w:r>
    </w:p>
    <w:p>
      <w:pPr>
        <w:jc w:val="right"/>
      </w:pPr>
      <w:r>
        <w:t>بھئی، پرابلم کیا ہے؟ میں میں اچھی طریقے سے پکڑا نہیں ہوں کہ وہ ہمیشہ ان کو یہ لگتا ہے کہ وہ کیپیبل نہیں ہیں اور وہ اپنا کام نہیں کر سکتے۔</w:t>
      </w:r>
    </w:p>
    <w:p>
      <w:r>
        <w:rPr>
          <w:b/>
        </w:rPr>
        <w:t xml:space="preserve">[29:57] </w:t>
      </w:r>
      <w:r>
        <w:t>un ke andar capability nahi hai to is wajah se woh fail ho jatay hain aur parh nahi patay hain aur un ke liye yeh bohat bara masla hai. yeh</w:t>
      </w:r>
    </w:p>
    <w:p>
      <w:pPr>
        <w:jc w:val="right"/>
      </w:pPr>
      <w:r>
        <w:t>ان کے اندر کیپیبلٹی نہیں ہے تو اس وجہ سے وہ فیل ہو جاتے ہیں اور پڑھ نہیں پاتے ہیں اور ان کے لیے یہ بہت بڑا مسئلہ ہے۔ یہ</w:t>
      </w:r>
    </w:p>
    <w:p>
      <w:r>
        <w:rPr>
          <w:b/>
        </w:rPr>
        <w:t xml:space="preserve">[30:06] </w:t>
      </w:r>
      <w:r>
        <w:t>nahi, nahi, yeh koi masla nahi.</w:t>
      </w:r>
    </w:p>
    <w:p>
      <w:pPr>
        <w:jc w:val="right"/>
      </w:pPr>
      <w:r>
        <w:t>نہیں، نہیں، یہ کوئی مسئلہ نہیں۔</w:t>
      </w:r>
    </w:p>
    <w:p>
      <w:r>
        <w:rPr>
          <w:b/>
        </w:rPr>
        <w:t xml:space="preserve">[30:18] </w:t>
      </w:r>
      <w:r>
        <w:t>main main apne baray mein kehta hoon aap ko ke main bachpan mein mere baray mein bhi mashhoor tha ke main kuch kar nahi sakta.</w:t>
      </w:r>
    </w:p>
    <w:p>
      <w:pPr>
        <w:jc w:val="right"/>
      </w:pPr>
      <w:r>
        <w:t>میں میں اپنے بارے میں کہتا ہوں آپ کو کہ میں بچپن میں میرے بارے میں بھی مشہور تھا کہ میں کچھ کر نہیں سکتا۔</w:t>
      </w:r>
    </w:p>
    <w:p>
      <w:r>
        <w:rPr>
          <w:b/>
        </w:rPr>
        <w:t xml:space="preserve">[30:31] </w:t>
      </w:r>
      <w:r>
        <w:t>mere baray mein main kuch kar nahi sakta</w:t>
      </w:r>
    </w:p>
    <w:p>
      <w:pPr>
        <w:jc w:val="right"/>
      </w:pPr>
      <w:r>
        <w:t>میرے بارے میں میں کچھ کر نہیں سکتا</w:t>
      </w:r>
    </w:p>
    <w:p>
      <w:r>
        <w:rPr>
          <w:b/>
        </w:rPr>
        <w:t xml:space="preserve">[30:38] </w:t>
      </w:r>
      <w:r>
        <w:t>lekin jab main ne apne aap apne andar</w:t>
      </w:r>
    </w:p>
    <w:p>
      <w:pPr>
        <w:jc w:val="right"/>
      </w:pPr>
      <w:r>
        <w:t>لیکن جب میں نے اپنے آپ اپنے اندر</w:t>
      </w:r>
    </w:p>
    <w:p>
      <w:r>
        <w:rPr>
          <w:b/>
        </w:rPr>
        <w:t xml:space="preserve">[30:44] </w:t>
      </w:r>
      <w:r>
        <w:t>jab study barhai, apne andar develop kiya</w:t>
      </w:r>
    </w:p>
    <w:p>
      <w:pPr>
        <w:jc w:val="right"/>
      </w:pPr>
      <w:r>
        <w:t>جب اسٹڈی بڑھائی، اپنے اندر ڈیولپ کیا</w:t>
      </w:r>
    </w:p>
    <w:p>
      <w:r>
        <w:rPr>
          <w:b/>
        </w:rPr>
        <w:t xml:space="preserve">[30:55] </w:t>
      </w:r>
      <w:r>
        <w:t>to sab theek ho gaya.</w:t>
      </w:r>
    </w:p>
    <w:p>
      <w:pPr>
        <w:jc w:val="right"/>
      </w:pPr>
      <w:r>
        <w:t>تو سب ٹھیک ہو گیا۔</w:t>
      </w:r>
    </w:p>
    <w:p>
      <w:r>
        <w:rPr>
          <w:b/>
        </w:rPr>
        <w:t xml:space="preserve">[31:04] </w:t>
      </w:r>
      <w:r>
        <w:t>maulana, yeh walladhina amanu ashadd hubban lillah, is ka mafhoom mere liye qabil e fahm nahi tha kyun ke practical life mein aisa koi tajruba nahi hota tha ke hum to iman laye hain lekin khuda se shadeed mohabbat ka koi tajruba paish aaye.</w:t>
      </w:r>
    </w:p>
    <w:p>
      <w:pPr>
        <w:jc w:val="right"/>
      </w:pPr>
      <w:r>
        <w:t>مولانا، یہ والذین آمنوا اشد حبا للہ، اس کا مفہوم میرے لیے قابل فہم نہیں تھا کیونکہ پریکٹیکل لائف میں ایسا کوئی تجربہ نہیں ہوتا تھا کہ ہم تو ایمان لائے ہیں لیکن خدا سے شدید محبت کا کوئی تجربہ پیش آئے۔</w:t>
      </w:r>
    </w:p>
    <w:p>
      <w:r>
        <w:rPr>
          <w:b/>
        </w:rPr>
        <w:t xml:space="preserve">[31:23] </w:t>
      </w:r>
      <w:r>
        <w:t>lekin jab aap se maulana hum ne yeh jana ke ah tafakkur shadeed se hub shadeed paida hota hai to maulana waqai is ka hum ne tajruba kiya aur yeh bohat bari, bohat bara raaz tha iman ka ah zaiqa taste karne ka.</w:t>
      </w:r>
    </w:p>
    <w:p>
      <w:pPr>
        <w:jc w:val="right"/>
      </w:pPr>
      <w:r>
        <w:t>لیکن جب آپ سے مولانا ہم نے یہ جانا کہ اہ تفکر شدید سے حب شدید پیدا ہوتا ہے تو مولانا واقعی اس کا ہم نے تجربہ کیا اور یہ بہت بڑی، بہت بڑا راز تھا ایمان کا اہ ذائقہ ٹیسٹ کرنے کا۔</w:t>
      </w:r>
    </w:p>
    <w:p>
      <w:r>
        <w:rPr>
          <w:b/>
        </w:rPr>
        <w:t xml:space="preserve">[31:42] </w:t>
      </w:r>
      <w:r>
        <w:t>jazak allah.</w:t>
      </w:r>
    </w:p>
    <w:p>
      <w:pPr>
        <w:jc w:val="right"/>
      </w:pPr>
      <w:r>
        <w:t>جزاک اللہ۔</w:t>
      </w:r>
    </w:p>
    <w:p>
      <w:r>
        <w:rPr>
          <w:b/>
        </w:rPr>
        <w:t xml:space="preserve">[31:43] </w:t>
      </w:r>
      <w:r>
        <w:t>masha allah. maulana, yeh question ah ah iswati apa ki janib se hai ke allah ke zikr aur allah ki mohabbat yeh same hai ya alag hai?</w:t>
      </w:r>
    </w:p>
    <w:p>
      <w:pPr>
        <w:jc w:val="right"/>
      </w:pPr>
      <w:r>
        <w:t>ماشاءاللہ۔ مولانا، یہ کوئسچن اہ اہ استوتی آپا کی جانب سے ہے کہ اللہ کے ذکر اور اللہ کی محبت یہ سیم ہے یا الگ ہے؟</w:t>
      </w:r>
    </w:p>
    <w:p>
      <w:r>
        <w:rPr>
          <w:b/>
        </w:rPr>
        <w:t xml:space="preserve">[31:56] </w:t>
      </w:r>
      <w:r>
        <w:t>kya kaha ji? allah ka zikr haan aur allah ki mohabbat yeh aik hi cheez hai ya alag alag hai?</w:t>
      </w:r>
    </w:p>
    <w:p>
      <w:pPr>
        <w:jc w:val="right"/>
      </w:pPr>
      <w:r>
        <w:t>کیا کہا جی؟ اللہ کا ذکر ہاں اور اللہ کی محبت یہ ایک ہی چیز ہے یا الگ الگ ہے؟</w:t>
      </w:r>
    </w:p>
    <w:p>
      <w:r>
        <w:rPr>
          <w:b/>
        </w:rPr>
        <w:t xml:space="preserve">[32:06] </w:t>
      </w:r>
      <w:r>
        <w:t>woh is ayat ki roshni mein pooch rahi hain, ala bi zikrullahi tatma innul quloob.</w:t>
      </w:r>
    </w:p>
    <w:p>
      <w:pPr>
        <w:jc w:val="right"/>
      </w:pPr>
      <w:r>
        <w:t>وہ اس آیت کی روشنی میں پوچھ رہی ہیں، علی بذکر اللہ تطمئن القلوب۔</w:t>
      </w:r>
    </w:p>
    <w:p>
      <w:r>
        <w:rPr>
          <w:b/>
        </w:rPr>
        <w:t xml:space="preserve">[32:20] </w:t>
      </w:r>
      <w:r>
        <w:t>aik hi cheez to nahi hai lekin zikr se mohabbat ki is mein paida hoti hai, yeh baat sahi hai.</w:t>
      </w:r>
    </w:p>
    <w:p>
      <w:pPr>
        <w:jc w:val="right"/>
      </w:pPr>
      <w:r>
        <w:t>ایک ہی چیز تو نہیں ہے لیکن ذکر سے محبت کی اس میں پیدا ہوتی ہے، یہ بات صحیح ہے۔</w:t>
      </w:r>
    </w:p>
    <w:p>
      <w:r>
        <w:rPr>
          <w:b/>
        </w:rPr>
        <w:t xml:space="preserve">[32:34] </w:t>
      </w:r>
      <w:r>
        <w:t>allah ki yaad, allah ki</w:t>
      </w:r>
    </w:p>
    <w:p>
      <w:pPr>
        <w:jc w:val="right"/>
      </w:pPr>
      <w:r>
        <w:t>اللہ کی یاد، اللہ کی</w:t>
      </w:r>
    </w:p>
    <w:p>
      <w:r>
        <w:rPr>
          <w:b/>
        </w:rPr>
        <w:t xml:space="preserve">[32:40] </w:t>
      </w:r>
      <w:r>
        <w:t>sifaat ko</w:t>
      </w:r>
    </w:p>
    <w:p>
      <w:pPr>
        <w:jc w:val="right"/>
      </w:pPr>
      <w:r>
        <w:t>صفات کو</w:t>
      </w:r>
    </w:p>
    <w:p>
      <w:r>
        <w:rPr>
          <w:b/>
        </w:rPr>
        <w:t xml:space="preserve">[32:43] </w:t>
      </w:r>
      <w:r>
        <w:t>remind karna to is se aadmi ke andar jo kaifiyat paida hoti hai, wahi hui hoti hai khaalis mohabbat.</w:t>
      </w:r>
    </w:p>
    <w:p>
      <w:pPr>
        <w:jc w:val="right"/>
      </w:pPr>
      <w:r>
        <w:t>ریمائنڈ کرنا تو اس سے آدمی کے اندر جو کیفیت پیدا ہوتی ہے، وہی ہوئی ہوتی ہے خالص محبت۔</w:t>
      </w:r>
    </w:p>
    <w:p>
      <w:r>
        <w:rPr>
          <w:b/>
        </w:rPr>
        <w:t xml:space="preserve">[32:58] </w:t>
      </w:r>
      <w:r>
        <w:t>ji, assalam o alaikum. maulana, aap ki guftagu bari fikr angaiz thi. ah do baatein main arz karna chahta hoon.</w:t>
      </w:r>
    </w:p>
    <w:p>
      <w:pPr>
        <w:jc w:val="right"/>
      </w:pPr>
      <w:r>
        <w:t>جی، السلام علیکم۔ مولانا، آپ کی گفتگو بڑی فکر انگیز تھی۔ اہ دو باتیں میں عرض کرنا چاہتا ہوں۔</w:t>
      </w:r>
    </w:p>
    <w:p>
      <w:r>
        <w:rPr>
          <w:b/>
        </w:rPr>
        <w:t xml:space="preserve">[33:07] </w:t>
      </w:r>
      <w:r>
        <w:t>ek to yeh ke ah allah ki mohabbat paida karne ke liye jo aap ne zikr ki taraf tawajjuh dilai hai, yaani ghaur o fikr ki taraf, to is ka ek zariya shukr bhi hai.</w:t>
      </w:r>
    </w:p>
    <w:p>
      <w:pPr>
        <w:jc w:val="right"/>
      </w:pPr>
      <w:r>
        <w:t>ایک تو یہ کہ اہ اللہ کی محبت پیدا کرنے کے لیے جو آپ نے ذکر کی طرف توجہ دلائی ہے، یعنی غور و فکر کی طرف، تو اس کا ایک ذریعہ شکر بھی ہے۔</w:t>
      </w:r>
    </w:p>
    <w:p>
      <w:r>
        <w:rPr>
          <w:b/>
        </w:rPr>
        <w:t xml:space="preserve">[33:18] </w:t>
      </w:r>
      <w:r>
        <w:t>khuda ki jo nematein hain, un par agar shukr ada karne ki woh aahista aahista aadat daalein, jo cheezein bohat obvious hain, pehle un ko phir quran mein hai ke apne upar, apne nafs par aur apne kainat, kainat par aur apne nafs par ghaur o fikr karein to is se khuda ki nematon ka ehsaas hoga aur nematon pe shukr ada karein ge to phir mazeed jo nematein hain, un ka bhi ehsaas hoga aur is se mohabbat paida hogi.</w:t>
      </w:r>
    </w:p>
    <w:p>
      <w:pPr>
        <w:jc w:val="right"/>
      </w:pPr>
      <w:r>
        <w:t>خدا کی جو نعمتیں ہیں، ان پر اگر شکر ادا کرنے کی وہ آہستہ آہستہ عادت ڈالیں، جو چیزیں بہت اویس ہیں، پہلے ان کو پھر قرآن میں ہے کہ اپنے اوپر، اپنے نفسوں پر اور اپنے کائنات، کائنات پر اور اپنے نفسوں پر غور و فکر کریں تو اس سے خدا کی نعمتوں کا احساس ہوگا اور نعمتوں پہ شکر ادا کریں گے تو پھر مزید جو نعمتیں ہیں، ان کا بھی احساس ہوگا اور اس سے محبت پیدا ہوگی۔</w:t>
      </w:r>
    </w:p>
    <w:p>
      <w:r>
        <w:rPr>
          <w:b/>
        </w:rPr>
        <w:t xml:space="preserve">[33:43] </w:t>
      </w:r>
      <w:r>
        <w:t>ek baat main yeh arz karna cha raha tha ke mohabbat ke liye discovery to zaroori hai lekin discovery jo hai, woh complete innovation ho, yeh zaroori nahi hai.</w:t>
      </w:r>
    </w:p>
    <w:p>
      <w:pPr>
        <w:jc w:val="right"/>
      </w:pPr>
      <w:r>
        <w:t>ایک بات میں یہ عرض کرنا چاہ رہا تھا کہ محبت کے لیے ڈسکوری تو ضروری ہے لیکن ڈسکوری جو ہے، وہ کمپلیٹ انوویشن ہو، یہ ضروری نہیں ہے۔</w:t>
      </w:r>
    </w:p>
    <w:p>
      <w:r>
        <w:rPr>
          <w:b/>
        </w:rPr>
        <w:t xml:space="preserve">[33:52] </w:t>
      </w:r>
      <w:r>
        <w:t>woh kuch follow kar ke bhi discovery ho jati hai aur is ke liye jaise quran mein hai, ah qul in kuntum tuhibbun allaha fa tabiu ni yuhibbukum allahu.</w:t>
      </w:r>
    </w:p>
    <w:p>
      <w:pPr>
        <w:jc w:val="right"/>
      </w:pPr>
      <w:r>
        <w:t>وہ کچھ فالو کر کے بھی ڈسکوری ہو جاتی ہے اور اس کے لیے جیسے قرآن میں ہے، اہ قل ان کنتم تحبون اللہ فتبعونی یحبکم اللہ۔</w:t>
      </w:r>
    </w:p>
    <w:p>
      <w:r>
        <w:rPr>
          <w:b/>
        </w:rPr>
        <w:t xml:space="preserve">[34:05] </w:t>
      </w:r>
      <w:r>
        <w:t>to yaani itteba e rasool jo hai, woh agar karein, jitna shaoori karein ge, utni mohabbat barhti jayegi. yeh main bas aise hi apne ehsaasaat share karna cha raha tha.</w:t>
      </w:r>
    </w:p>
    <w:p>
      <w:pPr>
        <w:jc w:val="right"/>
      </w:pPr>
      <w:r>
        <w:t>تو یعنی اتباع رسول جو ہے، وہ اگر کریں، جتنا شعوری کریں گے، اتنی محبت بڑھتی جائے گی۔ یہ میں بس ایسے ہی اپنے احساسات شیئر کرنا چاہ رہا تھا۔</w:t>
      </w:r>
    </w:p>
    <w:p>
      <w:r>
        <w:rPr>
          <w:b/>
        </w:rPr>
        <w:t xml:space="preserve">[34:16] </w:t>
      </w:r>
      <w:r>
        <w:t>ji, shukriya bohat</w:t>
      </w:r>
    </w:p>
    <w:p>
      <w:pPr>
        <w:jc w:val="right"/>
      </w:pPr>
      <w:r>
        <w:t>جی، شکریہ بہت</w:t>
      </w:r>
    </w:p>
    <w:p>
      <w:r>
        <w:rPr>
          <w:b/>
        </w:rPr>
        <w:t xml:space="preserve">[34:18] </w:t>
      </w:r>
      <w:r>
        <w:t>maulana, what you talk about divine love and that it develops after you think of the blessings of god, of</w:t>
      </w:r>
    </w:p>
    <w:p>
      <w:pPr>
        <w:jc w:val="right"/>
      </w:pPr>
      <w:r>
        <w:t>۔ مولانا، واٹ یو ٹاک اباؤٹ ڈیوائن لو اینڈ دیٹ اٹ ڈیویلپس افٹر یو تھنک اف دا بلیسنگز اف گاڈ، اف</w:t>
      </w:r>
    </w:p>
    <w:p>
      <w:r>
        <w:rPr>
          <w:b/>
        </w:rPr>
        <w:t xml:space="preserve">[34:34] </w:t>
      </w:r>
      <w:r>
        <w:t>ah thinking about yourself creation all around you. i just wanted to know that often when i feel most helpless and i call out to god and he comes, matlab his help comes, that is when i have personally been able to discover love of god the most.</w:t>
      </w:r>
    </w:p>
    <w:p>
      <w:pPr>
        <w:jc w:val="right"/>
      </w:pPr>
      <w:r>
        <w:t>اہ تھنکنگ اباؤٹ یور سیلف کریشن ال اراؤنڈ یو۔ آئی جسٹ وانٹڈ ٹو نو دیٹ افن وین آئی فیل موسٹ ہیلپ لیس اینڈ آئی کال آؤٹ ٹو گاڈ اینڈ ہی کمز، مطلب ہز ہیلپ کمز، دیٹ از وین آئی ہیو پرسنلی بین ایبل ٹو ڈسکور لو اف گاڈ دا موسٹ۔</w:t>
      </w:r>
    </w:p>
    <w:p>
      <w:r>
        <w:rPr>
          <w:b/>
        </w:rPr>
        <w:t xml:space="preserve">[34:59] </w:t>
      </w:r>
      <w:r>
        <w:t>is this a way to find love of god or to increase your love of</w:t>
      </w:r>
    </w:p>
    <w:p>
      <w:pPr>
        <w:jc w:val="right"/>
      </w:pPr>
      <w:r>
        <w:t>از دس ا وے ٹو فائنڈ لو اف گاڈ اور ٹو انکریز یور لو اف</w:t>
      </w:r>
    </w:p>
    <w:p>
      <w:r>
        <w:rPr>
          <w:b/>
        </w:rPr>
        <w:t xml:space="preserve">[35:05] </w:t>
      </w:r>
      <w:r>
        <w:t>god? bilkul sahi hai, more than sahi hai. yeh</w:t>
      </w:r>
    </w:p>
    <w:p>
      <w:pPr>
        <w:jc w:val="right"/>
      </w:pPr>
      <w:r>
        <w:t>گاڈ؟ بالکل صحیح ہے، مور دین صحیح ہے۔ یہ</w:t>
      </w:r>
    </w:p>
    <w:p>
      <w:r>
        <w:rPr>
          <w:b/>
        </w:rPr>
        <w:t xml:space="preserve">[35:12] </w:t>
      </w:r>
      <w:r>
        <w:t>jo process hai.</w:t>
      </w:r>
    </w:p>
    <w:p>
      <w:pPr>
        <w:jc w:val="right"/>
      </w:pPr>
      <w:r>
        <w:t>جو پراسیس ہے۔</w:t>
      </w:r>
    </w:p>
    <w:p>
      <w:r>
        <w:rPr>
          <w:b/>
        </w:rPr>
        <w:t xml:space="preserve">[35:17] </w:t>
      </w:r>
      <w:r>
        <w:t>thank you.</w:t>
      </w:r>
    </w:p>
    <w:p>
      <w:pPr>
        <w:jc w:val="right"/>
      </w:pPr>
      <w:r>
        <w:t>تھینک یو۔</w:t>
      </w:r>
    </w:p>
    <w:p>
      <w:r>
        <w:rPr>
          <w:b/>
        </w:rPr>
        <w:t xml:space="preserve">[35:24] </w:t>
      </w:r>
      <w:r>
        <w:t>ah maulana, pakistan se farzana khan ka sawal hai, kya allah se mohabbat ke liye murshid ka hona zaroori hai?</w:t>
      </w:r>
    </w:p>
    <w:p>
      <w:pPr>
        <w:jc w:val="right"/>
      </w:pPr>
      <w:r>
        <w:t>اہ مولانا، پاکستان سے فرزانہ خان کا سوال ہے، کیا اللہ سے محبت کے لیے مرشد کا ہونا ضروری ہے؟</w:t>
      </w:r>
    </w:p>
    <w:p>
      <w:r>
        <w:rPr>
          <w:b/>
        </w:rPr>
        <w:t xml:space="preserve">[35:33] </w:t>
      </w:r>
      <w:r>
        <w:t>kis cheez ka</w:t>
      </w:r>
    </w:p>
    <w:p>
      <w:pPr>
        <w:jc w:val="right"/>
      </w:pPr>
      <w:r>
        <w:t>کس چیز کا</w:t>
      </w:r>
    </w:p>
    <w:p>
      <w:r>
        <w:rPr>
          <w:b/>
        </w:rPr>
        <w:t xml:space="preserve">[35:34] </w:t>
      </w:r>
      <w:r>
        <w:t>? allah se mohabbat karne ke liye murshid ka hona zaroori hai? murshid? ji.</w:t>
      </w:r>
    </w:p>
    <w:p>
      <w:pPr>
        <w:jc w:val="right"/>
      </w:pPr>
      <w:r>
        <w:t>؟ اللہ سے محبت کرنے کے لیے مرشد کا ہونا ضروری ہے؟ مرشد؟ جی۔</w:t>
      </w:r>
    </w:p>
    <w:p>
      <w:r>
        <w:rPr>
          <w:b/>
        </w:rPr>
        <w:t xml:space="preserve">[35:42] </w:t>
      </w:r>
      <w:r>
        <w:t>kya banda direct allah taala se mohabbat nahi kar sakta?</w:t>
      </w:r>
    </w:p>
    <w:p>
      <w:pPr>
        <w:jc w:val="right"/>
      </w:pPr>
      <w:r>
        <w:t>کیا بندہ ڈائریکٹ اللہ تعالی سے محبت نہیں کر سکتا؟</w:t>
      </w:r>
    </w:p>
    <w:p>
      <w:r>
        <w:rPr>
          <w:b/>
        </w:rPr>
        <w:t xml:space="preserve">[35:50] </w:t>
      </w:r>
      <w:r>
        <w:t>mohabbat direct hi hoti hai, kisi murshid ke waste se nahi hoti.</w:t>
      </w:r>
    </w:p>
    <w:p>
      <w:pPr>
        <w:jc w:val="right"/>
      </w:pPr>
      <w:r>
        <w:t>محبت ڈائریکٹ ہی ہوتی ہے، کسی مرشد کے واسطے سے نہیں ہوتی۔</w:t>
      </w:r>
    </w:p>
    <w:p>
      <w:r>
        <w:rPr>
          <w:b/>
        </w:rPr>
        <w:t xml:space="preserve">[36:00] </w:t>
      </w:r>
      <w:r>
        <w:t>mohabbat jab bhi hogi, direct hogi. main is ko nahi manta ke koi beech mein link hogi, honi chahiye, tab mohabbat hogi.</w:t>
      </w:r>
    </w:p>
    <w:p>
      <w:pPr>
        <w:jc w:val="right"/>
      </w:pPr>
      <w:r>
        <w:t>محبت جب بھی ہوگی، ڈائریکٹ ہوگی۔ میں اس کو نہیں مانتا کہ کوئی بیچ میں لنک ہوگی، ہونی چاہیے، تب محبت ہوگی۔</w:t>
      </w:r>
    </w:p>
    <w:p>
      <w:r>
        <w:rPr>
          <w:b/>
        </w:rPr>
        <w:t xml:space="preserve">[36:12] </w:t>
      </w:r>
      <w:r>
        <w:t>yeh kaasaf tasawwuf hai lekin main is ko nahi manta.</w:t>
      </w:r>
    </w:p>
    <w:p>
      <w:pPr>
        <w:jc w:val="right"/>
      </w:pPr>
      <w:r>
        <w:t>یہ کاصف تصوف ہے لیکن میں اس کو نہیں مانتا۔</w:t>
      </w:r>
    </w:p>
    <w:p>
      <w:r>
        <w:rPr>
          <w:b/>
        </w:rPr>
        <w:t xml:space="preserve">[36:22] </w:t>
      </w:r>
      <w:r>
        <w:t>main kuch din yeh raha hoon is cheez mein, murshid</w:t>
      </w:r>
    </w:p>
    <w:p>
      <w:pPr>
        <w:jc w:val="right"/>
      </w:pPr>
      <w:r>
        <w:t>میں کچھ دن یہ رہا ہوں اس چیز میں، مرشد</w:t>
      </w:r>
    </w:p>
    <w:p>
      <w:r>
        <w:rPr>
          <w:b/>
        </w:rPr>
        <w:t xml:space="preserve">[36:31] </w:t>
      </w:r>
      <w:r>
        <w:t>to murshid ne jo jo us ne bataya tha, wird waghera, woh main karta tha lekin is se kuch bhi nahi hua. lekin jab maine direct study ki,</w:t>
      </w:r>
    </w:p>
    <w:p>
      <w:pPr>
        <w:jc w:val="right"/>
      </w:pPr>
      <w:r>
        <w:t>تو مرشد نے جو جو اس نے بتایا تھا، ورد وغیرہ، وہ میں کرتا تھا لیکن اس سے کچھ بھی نہیں ہوا۔ لیکن جب میں نے ڈائریکٹ اسٹڈی کی،</w:t>
      </w:r>
    </w:p>
    <w:p>
      <w:r>
        <w:rPr>
          <w:b/>
        </w:rPr>
        <w:t xml:space="preserve">[36:44] </w:t>
      </w:r>
      <w:r>
        <w:t>direct study ki</w:t>
      </w:r>
    </w:p>
    <w:p>
      <w:pPr>
        <w:jc w:val="right"/>
      </w:pPr>
      <w:r>
        <w:t>ڈائریکٹ اسٹڈی کی</w:t>
      </w:r>
    </w:p>
    <w:p>
      <w:r>
        <w:rPr>
          <w:b/>
        </w:rPr>
        <w:t xml:space="preserve">[36:49] </w:t>
      </w:r>
      <w:r>
        <w:t>yani</w:t>
      </w:r>
    </w:p>
    <w:p>
      <w:pPr>
        <w:jc w:val="right"/>
      </w:pPr>
      <w:r>
        <w:t>یعنی</w:t>
      </w:r>
    </w:p>
    <w:p>
      <w:r>
        <w:rPr>
          <w:b/>
        </w:rPr>
        <w:t xml:space="preserve">[36:52] </w:t>
      </w:r>
      <w:r>
        <w:t>khaliq ki creation ko le kar, tab mere andar love of god aai.</w:t>
      </w:r>
    </w:p>
    <w:p>
      <w:pPr>
        <w:jc w:val="right"/>
      </w:pPr>
      <w:r>
        <w:t>خالق کی کریشن کو لے کر، تب میرے اندر لو اف گاڈ آئی۔</w:t>
      </w:r>
    </w:p>
    <w:p>
      <w:r>
        <w:rPr>
          <w:b/>
        </w:rPr>
        <w:t xml:space="preserve">[37:10] </w:t>
      </w:r>
      <w:r>
        <w:t>maulana, yeh sawal miss daniya mustafa ne kiya hai pakistan se. unhon ne likha hai, ah Maulana sahib, how can we overcome fear of people?</w:t>
      </w:r>
    </w:p>
    <w:p>
      <w:pPr>
        <w:jc w:val="right"/>
      </w:pPr>
      <w:r>
        <w:t>مولانا، یہ سوال مس دانیہ مصطفی نے کیا ہے پاکستان سے۔ انہوں نے لکھا ہے، اہ مولانا صاحب، ہاؤ کین وی اوورکم فیئر اف پیپل؟</w:t>
      </w:r>
    </w:p>
    <w:p>
      <w:r>
        <w:rPr>
          <w:b/>
        </w:rPr>
        <w:t xml:space="preserve">[37:23] </w:t>
      </w:r>
      <w:r>
        <w:t>sometimes we find ourselves among people who hurt us and make difficult for us to achieve our goals.</w:t>
      </w:r>
    </w:p>
    <w:p>
      <w:pPr>
        <w:jc w:val="right"/>
      </w:pPr>
      <w:r>
        <w:t>سم ٹائمز وی فائنڈ اور سیلز امنگ پیپل ہو ہرٹ اس اینڈ میک ڈیفیکلٹ فار اس ٹو اچیو اور گولز۔</w:t>
      </w:r>
    </w:p>
    <w:p>
      <w:r>
        <w:rPr>
          <w:b/>
        </w:rPr>
        <w:t xml:space="preserve">[37:33] </w:t>
      </w:r>
      <w:r>
        <w:t>so how can we overcome this fear?</w:t>
      </w:r>
    </w:p>
    <w:p>
      <w:pPr>
        <w:jc w:val="right"/>
      </w:pPr>
      <w:r>
        <w:t>سو ہاؤ کین وی اوورکم دس فیئر؟</w:t>
      </w:r>
    </w:p>
    <w:p>
      <w:r>
        <w:rPr>
          <w:b/>
        </w:rPr>
        <w:t xml:space="preserve">[37:36] </w:t>
      </w:r>
      <w:r>
        <w:t>fear peoples? fear kyun? yeh toh meri samajh nahi aai ke peoples se fear kyun? unhon ne yeh example diya ke woh kai baar aise log ah ah karte hain ke jis se ah hamare jo goals hain, woh achieve na ho paayein.</w:t>
      </w:r>
    </w:p>
    <w:p>
      <w:pPr>
        <w:jc w:val="right"/>
      </w:pPr>
      <w:r>
        <w:t>فیئر پیپلز؟ فیئر کیوں؟ یہ تو میری سمجھ نہیں آئی کہ پیپلز سے فیئر کیوں؟ انہوں نے یہ ایگزیمپل دیا کہ وہ کئی بار ایسے لوگ اہ اہ کرتے ہیں کہ جس سے اہ ہمارے جو گولز ہیں، وہ اچیو نہ ہو پائیں۔</w:t>
      </w:r>
    </w:p>
    <w:p>
      <w:r>
        <w:rPr>
          <w:b/>
        </w:rPr>
        <w:t xml:space="preserve">[37:53] </w:t>
      </w:r>
      <w:r>
        <w:t>hurdles create karte hain toh is se fear ho jata hai log</w:t>
      </w:r>
    </w:p>
    <w:p>
      <w:pPr>
        <w:jc w:val="right"/>
      </w:pPr>
      <w:r>
        <w:t>ہرڈلز کریٹ کرتے ہیں تو اس سے فیئر ہو جاتا ہے لوگ</w:t>
      </w:r>
    </w:p>
    <w:p>
      <w:r>
        <w:rPr>
          <w:b/>
        </w:rPr>
        <w:t xml:space="preserve">[37:57] </w:t>
      </w:r>
      <w:r>
        <w:t>on ke liye. nahi, nahi, kuch nahi. aap ab is ko avoid kijiye, is ko is ko seriously lijiye. bas hum toh sari zindagi mein hi yeh sab jo se guzre hain.</w:t>
      </w:r>
    </w:p>
    <w:p>
      <w:pPr>
        <w:jc w:val="right"/>
      </w:pPr>
      <w:r>
        <w:t>وں کے لیے۔ نہیں، نہیں، کچھ نہیں۔ آپ اب اس کو اوائڈ کیجئے، اس کو اس کو سیریسلی لیجئے۔ بس ہم تو ساری زندگی میں ہی یہ سب جو سے گزرے ہیں۔</w:t>
      </w:r>
    </w:p>
    <w:p>
      <w:r>
        <w:rPr>
          <w:b/>
        </w:rPr>
        <w:t xml:space="preserve">[38:13] </w:t>
      </w:r>
      <w:r>
        <w:t>kuch bhi log karein, aap aap avoid kijiye, aap is ko important mat dijiye. bas</w:t>
      </w:r>
    </w:p>
    <w:p>
      <w:pPr>
        <w:jc w:val="right"/>
      </w:pPr>
      <w:r>
        <w:t>کچھ بھی لوگ کریں، آپ آپ اوائڈ کیجئے، آپ اس کو امپورٹنٹ مت دیجئے۔ بس</w:t>
      </w:r>
    </w:p>
    <w:p>
      <w:r>
        <w:rPr>
          <w:b/>
        </w:rPr>
        <w:t xml:space="preserve">[38:26] </w:t>
      </w:r>
      <w:r>
        <w:t>sirf ignore karna kafi hai.</w:t>
      </w:r>
    </w:p>
    <w:p>
      <w:pPr>
        <w:jc w:val="right"/>
      </w:pPr>
      <w:r>
        <w:t>صرف اگنور کرنا کافی ہے۔</w:t>
      </w:r>
    </w:p>
    <w:p>
      <w:r>
        <w:rPr>
          <w:b/>
        </w:rPr>
        <w:t xml:space="preserve">[38:29] </w:t>
      </w:r>
      <w:r>
        <w:t>abdullah bhai ne kolkata se likha hai, Maulana, am I right in thinking that love of god is actually emotional attachment with god?</w:t>
      </w:r>
    </w:p>
    <w:p>
      <w:pPr>
        <w:jc w:val="right"/>
      </w:pPr>
      <w:r>
        <w:t>عبداللہ بھائی نے کلکتہ سے لکھا ہے، مولانا، ایم آئی رائٹ ان تھنکنگ دیٹ لو اف گاڈ از ایکچولی ایموشنل اٹیچمنٹ ود گاڈ؟</w:t>
      </w:r>
    </w:p>
    <w:p>
      <w:r>
        <w:rPr>
          <w:b/>
        </w:rPr>
        <w:t xml:space="preserve">[38:45] </w:t>
      </w:r>
      <w:r>
        <w:t>kya love of god emotional attachment with god hi hai? haan, mere khayal se sahi hai, sahi baat hai.</w:t>
      </w:r>
    </w:p>
    <w:p>
      <w:pPr>
        <w:jc w:val="right"/>
      </w:pPr>
      <w:r>
        <w:t>کیا لو اف گاڈ ایموشنل اٹیچمنٹ ود گاڈ ہی ہے؟ ہاں، میرے خیال سے صحیح ہے، صحیح بات ہے۔</w:t>
      </w:r>
    </w:p>
    <w:p>
      <w:r>
        <w:rPr>
          <w:b/>
        </w:rPr>
        <w:t xml:space="preserve">[39:00] </w:t>
      </w:r>
      <w:r>
        <w:t>Maulana, ah Sajid Ahmed sahib ne likha hai nagpur se,</w:t>
      </w:r>
    </w:p>
    <w:p>
      <w:pPr>
        <w:jc w:val="right"/>
      </w:pPr>
      <w:r>
        <w:t>مولانا، اہ ساجد احمد صاحب نے لکھا ہے ناگپور سے،</w:t>
      </w:r>
    </w:p>
    <w:p>
      <w:r>
        <w:rPr>
          <w:b/>
        </w:rPr>
        <w:t xml:space="preserve">[39:08] </w:t>
      </w:r>
      <w:r>
        <w:t>Maulana, aaj ke lecture se ek baat discover hui ke most important cheez jo hai, woh tuning hai. aaj mein sawal jawab ke douran mere dil mein imaan ki is halat se related khayal aa raha tha jis mein imaan ko khauf aur umeed ka mixture kaha gaya hai.</w:t>
      </w:r>
    </w:p>
    <w:p>
      <w:pPr>
        <w:jc w:val="right"/>
      </w:pPr>
      <w:r>
        <w:t>مولانا، آج کے لیکچر سے ایک بات ڈسکور ہوئی کہ موسٹ امپورٹنٹ چیز جو ہے، وہ ٹیوننگ ہے۔ آج میں سوال جواب کے دوران میرے دل میں ایمان کی اس حالت سے ریلیٹڈ خیال آ رہا تھا جس میں ایمان کو خوف اور امید کا مکسچر کہا گیا ہے۔</w:t>
      </w:r>
    </w:p>
    <w:p>
      <w:r>
        <w:rPr>
          <w:b/>
        </w:rPr>
        <w:t xml:space="preserve">[39:31] </w:t>
      </w:r>
      <w:r>
        <w:t>at the same time aap se kisi ne wahi hadith ka zikr kiya. yeh mumkin hua hai tuning ke zariye.</w:t>
      </w:r>
    </w:p>
    <w:p>
      <w:pPr>
        <w:jc w:val="right"/>
      </w:pPr>
      <w:r>
        <w:t>ایٹ دا سیم ٹائم آپ سے کسی نے وہی حدیث کا ذکر کیا۔ یہ ممکن ہوا ہے ٹیوننگ کے ذریعے۔</w:t>
      </w:r>
    </w:p>
    <w:p>
      <w:r>
        <w:rPr>
          <w:b/>
        </w:rPr>
        <w:t xml:space="preserve">[39:40] </w:t>
      </w:r>
      <w:r>
        <w:t>alhamdulillah, hum sab ki tuning ek ho chuki hai. maine yeh discover kiya ke jab ek banda ghaur o fikr ke zariye Allah ki marifat hasil karta hai toh woh is position mein hota hai ke Allah ki marzi ko jaan le,</w:t>
      </w:r>
    </w:p>
    <w:p>
      <w:pPr>
        <w:jc w:val="right"/>
      </w:pPr>
      <w:r>
        <w:t>الحمدللہ، ہم سب کی ٹیوننگ ایک ہو چکی ہے۔ میں نے یہ ڈسکور کیا کہ جب ایک بندہ غور و فکر کے ذریعے اللہ کی معرفت حاصل کرتا ہے تو وہ اس پوزیشن میں ہوتا ہے کہ اللہ کی مرضی کو جان لے،</w:t>
      </w:r>
    </w:p>
    <w:p>
      <w:r>
        <w:rPr>
          <w:b/>
        </w:rPr>
        <w:t xml:space="preserve">[39:58] </w:t>
      </w:r>
      <w:r>
        <w:t>jaan leta hai. isi baat ko kya hum Rab ke sath tuning keh sakte hain?</w:t>
      </w:r>
    </w:p>
    <w:p>
      <w:pPr>
        <w:jc w:val="right"/>
      </w:pPr>
      <w:r>
        <w:t>جان لیتا ہے۔ اسی بات کو کیا ہم رب کے ساتھ ٹیوننگ کہہ سکتے ہیں؟</w:t>
      </w:r>
    </w:p>
    <w:p>
      <w:r>
        <w:rPr>
          <w:b/>
        </w:rPr>
        <w:t xml:space="preserve">[40:09] </w:t>
      </w:r>
      <w:r>
        <w:t>ab tuning ka jo concept hai, mujhe nahi maloom ke yeh woh yahan applicable hai ya nahi hai. is pe mein nahi kuch nahi</w:t>
      </w:r>
    </w:p>
    <w:p>
      <w:pPr>
        <w:jc w:val="right"/>
      </w:pPr>
      <w:r>
        <w:t>اب ٹیوننگ کا جو کانسیپٹ ہے، مجھے نہیں معلوم کہ یہ وہ یہاں ایپلیکیبل ہے یا نہیں ہے۔ اس پہ میں نہیں کچھ نہیں</w:t>
      </w:r>
    </w:p>
    <w:p>
      <w:r>
        <w:rPr>
          <w:b/>
        </w:rPr>
        <w:t xml:space="preserve">[40:18] </w:t>
      </w:r>
      <w:r>
        <w:t>kar sakta. ji, Maulana, jab aap ne zikr kiya ke Allah ne hamare pairon ki ungliyon ko chhota rakha hai aur hath ki ungliyon ko bada rakha toh us time mein yeh soch raha tha ke Allah ne hamein kitni mohabbat se banaya hoga ke us ne hamein bohat perfectly design kiya hai.</w:t>
      </w:r>
    </w:p>
    <w:p>
      <w:pPr>
        <w:jc w:val="right"/>
      </w:pPr>
      <w:r>
        <w:t>کر سکتا۔ جی، مولانا، جب آپ نے ذکر کیا کہ اللہ نے ہمارے پیروں کی انگلیوں کو چھوٹا رکھا ہے اور ہاتھ کی انگلیوں کو بڑا رکھا تو اس ٹائم میں یہ سوچ رہا تھا کہ اللہ نے ہمیں کتنی محبت سے بنایا ہوگا کہ اس نے ہمیں بہت پرفیکٹلی ڈیزائن کیا ہے۔</w:t>
      </w:r>
    </w:p>
    <w:p>
      <w:r>
        <w:rPr>
          <w:b/>
        </w:rPr>
        <w:t xml:space="preserve">[40:35] </w:t>
      </w:r>
      <w:r>
        <w:t>toh us time maine khud mein Allah ki mohabbat ko daryaft kiya aur mujhe surah teen ki ayat bhi yaad aayi jis mein Allah keh raha hai, "laqad khalaqnal insana fi ahsani taqwim".</w:t>
      </w:r>
    </w:p>
    <w:p>
      <w:pPr>
        <w:jc w:val="right"/>
      </w:pPr>
      <w:r>
        <w:t>تو اس ٹائم میں نے خود میں اللہ کی محبت کو دریافت کیا اور مجھے سورہ تین کی آیت بھی یاد آئی جس میں اللہ کہہ رہا ہے، "لقد خلقنا الانسان فی احسنی تقویم"۔</w:t>
      </w:r>
    </w:p>
    <w:p>
      <w:r>
        <w:rPr>
          <w:b/>
        </w:rPr>
        <w:t xml:space="preserve">[40:47] </w:t>
      </w:r>
      <w:r>
        <w:t>hum ne insaan ko behtareen stature mein banaya. toh Maulana, is baat se mujhe kafi love of Allah feel hua aap ki is talk se.</w:t>
      </w:r>
    </w:p>
    <w:p>
      <w:pPr>
        <w:jc w:val="right"/>
      </w:pPr>
      <w:r>
        <w:t>ہم نے انسان کو بہترین سٹیچر میں بنایا۔ تو مولانا، اس بات سے مجھے کافی لو اف اللہ فیل ہوا آپ کی اس ٹاک سے۔</w:t>
      </w:r>
    </w:p>
    <w:p>
      <w:r>
        <w:rPr>
          <w:b/>
        </w:rPr>
        <w:t xml:space="preserve">[41:00] </w:t>
      </w:r>
      <w:r>
        <w:t>aur Maulana, mujhe aisa lagta hai ke I guess fear of Allah, fear of Allah ka jo zikr ho raha tha, mujhe aisa lagta hai ke fear of Allah is correlated to love of Allah.</w:t>
      </w:r>
    </w:p>
    <w:p>
      <w:pPr>
        <w:jc w:val="right"/>
      </w:pPr>
      <w:r>
        <w:t>اور مولانا، مجھے ایسا لگتا ہے کہ آئی گیس فیئر اف اللہ، فیئر اف اللہ کا جو ذکر ہو رہا تھا، مجھے ایسا لگتا ہے کہ فیئر اف اللہ از کو ریلیٹڈ ٹو لو اف اللہ۔</w:t>
      </w:r>
    </w:p>
    <w:p>
      <w:r>
        <w:rPr>
          <w:b/>
        </w:rPr>
        <w:t xml:space="preserve">[41:11] </w:t>
      </w:r>
      <w:r>
        <w:t>matlab agar hum fear of Allah rakhte hain toh hum sahi aur galat ko samajhte hain kyunke hum Allah ke khauf se ah sahi cheez ko apnate hain aur galat cheez ko nahi apnate.</w:t>
      </w:r>
    </w:p>
    <w:p>
      <w:pPr>
        <w:jc w:val="right"/>
      </w:pPr>
      <w:r>
        <w:t>مطلب اگر ہم فیئر اف اللہ رکھتے ہیں تو ہم صحیح اور غلط کو سمجھتے ہیں کیونکہ ہم اللہ کے خوف سے اہ صحیح چیز کو اپناتے ہیں اور غلط چیز کو نہیں اپناتے۔</w:t>
      </w:r>
    </w:p>
    <w:p>
      <w:r>
        <w:rPr>
          <w:b/>
        </w:rPr>
        <w:t xml:space="preserve">[41:26] </w:t>
      </w:r>
      <w:r>
        <w:t>toh I guess this is for the love of Allah that we keep fear in our self aur hum sahi cheez ki taraf barhte hain aur galat cheez ki taraf nahi barhte.</w:t>
      </w:r>
    </w:p>
    <w:p>
      <w:pPr>
        <w:jc w:val="right"/>
      </w:pPr>
      <w:r>
        <w:t>تو آئی گیس دس از فار دا لو اف اللہ دیٹ وی کیپ فیئر ان اور سیلف اور ہم صحیح چیز کی طرف بڑھتے ہیں اور غلط چیز کی طرف نہیں بڑھتے۔</w:t>
      </w:r>
    </w:p>
    <w:p>
      <w:r>
        <w:rPr>
          <w:b/>
        </w:rPr>
        <w:t xml:space="preserve">[41:36] </w:t>
      </w:r>
      <w:r>
        <w:t>toh Maulana, kya mein sahi keh raha hoon ke yeh fear of Allah jo hai, woh is lihaaz se correlated hai love of Allah se?</w:t>
      </w:r>
    </w:p>
    <w:p>
      <w:pPr>
        <w:jc w:val="right"/>
      </w:pPr>
      <w:r>
        <w:t>تو مولانا، کیا میں صحیح کہہ رہا ہوں کہ یہ فیئر اف اللہ جو ہے، وہ اس لحاظ سے کو ریلیٹڈ ہے لو اف اللہ سے؟</w:t>
      </w:r>
    </w:p>
    <w:p>
      <w:r>
        <w:rPr>
          <w:b/>
        </w:rPr>
        <w:t xml:space="preserve">[41:44] </w:t>
      </w:r>
      <w:r>
        <w:t>ek hi hai. main yeh kahunga ke ek hi reality ke do aspect hain.</w:t>
      </w:r>
    </w:p>
    <w:p>
      <w:pPr>
        <w:jc w:val="right"/>
      </w:pPr>
      <w:r>
        <w:t>ایک ہی ہے۔ میں یہ کہوں گا کہ ایک ہی ریلیٹی کے دو اسپیکٹ ہیں۔</w:t>
      </w:r>
    </w:p>
    <w:p>
      <w:r>
        <w:rPr>
          <w:b/>
        </w:rPr>
        <w:t xml:space="preserve">[41:56] </w:t>
      </w:r>
      <w:r>
        <w:t>jab aap Allah ki koi blessing paate hain to love paida hota hai. jab paane ke baad yeh sochte hain ke dena bhi usi ke qabze mein hai,</w:t>
      </w:r>
    </w:p>
    <w:p>
      <w:pPr>
        <w:jc w:val="right"/>
      </w:pPr>
      <w:r>
        <w:t>جب آپ اللہ کی کوئی بلیسنگ پاتے ہیں تو لو پیدا ہوتا ہے۔ جب پانے کے بعد یہ سوچتے ہیں کہ دینا بھی اسی کے قبضے میں ہے،</w:t>
      </w:r>
    </w:p>
    <w:p>
      <w:r>
        <w:rPr>
          <w:b/>
        </w:rPr>
        <w:t xml:space="preserve">[42:12] </w:t>
      </w:r>
      <w:r>
        <w:t>woh cheenna bhi usi qabze mein hai</w:t>
      </w:r>
    </w:p>
    <w:p>
      <w:pPr>
        <w:jc w:val="right"/>
      </w:pPr>
      <w:r>
        <w:t>وہ چھیننا بھی اسی قبضے میں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