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and Democracy 25 Dec 2011 - Maulana Wahiduddin Khan</w:t>
      </w:r>
    </w:p>
    <w:p>
      <w:r>
        <w:t>https://www.youtube.com/watch?v=55SxSEExDVA</w:t>
      </w:r>
    </w:p>
    <w:p>
      <w:r>
        <w:rPr>
          <w:b/>
        </w:rPr>
        <w:t xml:space="preserve">[00:13] </w:t>
      </w:r>
      <w:r>
        <w:t>Bismillah Rehman ur Rahim, wasalla Allahu ala Nabi al Kareem.</w:t>
      </w:r>
    </w:p>
    <w:p>
      <w:pPr>
        <w:jc w:val="right"/>
      </w:pPr>
      <w:r>
        <w:t>بسم اللہ الرحمن الرحیم، وصلی اللہ علی النبی الکریم.</w:t>
      </w:r>
    </w:p>
    <w:p>
      <w:r>
        <w:rPr>
          <w:b/>
        </w:rPr>
        <w:t xml:space="preserve">[00:21]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[00:35] </w:t>
      </w:r>
      <w:r>
        <w:t>aaj ka topic hai: Religion and Democracy.</w:t>
      </w:r>
    </w:p>
    <w:p>
      <w:pPr>
        <w:jc w:val="right"/>
      </w:pPr>
      <w:r>
        <w:t>آج کا ٹاپک ہے: ریلیجن اینڈ ڈیموکریسی.</w:t>
      </w:r>
    </w:p>
    <w:p>
      <w:r>
        <w:rPr>
          <w:b/>
        </w:rPr>
        <w:t xml:space="preserve">[00:45] </w:t>
      </w:r>
      <w:r>
        <w:t>aap jante hain ke aaj December ki 25 tareekh hai,</w:t>
      </w:r>
    </w:p>
    <w:p>
      <w:pPr>
        <w:jc w:val="right"/>
      </w:pPr>
      <w:r>
        <w:t>آپ جانتے ہیں کہ آج دسمبر کی 25 تاریخ ہے،</w:t>
      </w:r>
    </w:p>
    <w:p>
      <w:r>
        <w:rPr>
          <w:b/>
        </w:rPr>
        <w:t xml:space="preserve">[00:55] </w:t>
      </w:r>
      <w:r>
        <w:t>aur 25 December ko Christian log Christmas ke taur par manate hain. yani yeh khayal kiya jata hai ke Hazrat Masih ki paidaish 25 December ko Baitullah mein hui thi.</w:t>
      </w:r>
    </w:p>
    <w:p>
      <w:pPr>
        <w:jc w:val="right"/>
      </w:pPr>
      <w:r>
        <w:t>اور 25 دسمبر کو کرسچن لوگ کرسمس کے طور پر مناتے ہیں۔ یعنی یہ خیال کیا جاتا ہے کہ حضرت مسیح کی پیدائش 25 دسمبر کو بیت اللہ میں ہوئی تھی۔</w:t>
      </w:r>
    </w:p>
    <w:p>
      <w:r>
        <w:rPr>
          <w:b/>
        </w:rPr>
        <w:t xml:space="preserve">[01:14] </w:t>
      </w:r>
      <w:r>
        <w:t>to mein</w:t>
      </w:r>
    </w:p>
    <w:p>
      <w:pPr>
        <w:jc w:val="right"/>
      </w:pPr>
      <w:r>
        <w:t>تو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