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From Temporary Paradise to Permanent Paradise 18 Dec 2011 - Maulana Wahiduddin Khan</w:t>
      </w:r>
    </w:p>
    <w:p>
      <w:r>
        <w:t>https://www.youtube.com/watch?v=05CHVDjfozE</w:t>
      </w:r>
    </w:p>
    <w:p>
      <w:r>
        <w:rPr>
          <w:b/>
        </w:rPr>
        <w:t xml:space="preserve">[00:14] </w:t>
      </w:r>
      <w:r>
        <w:t>bismillah al-rahman al-rahim, wa-salla Allahu 'ala al-nabi al-karim.</w:t>
      </w:r>
    </w:p>
    <w:p>
      <w:pPr>
        <w:jc w:val="right"/>
      </w:pPr>
      <w:r>
        <w:t>بسم اللہ الرحمن الرحیم، وصلی اللہ علی النبی الکریم۔</w:t>
      </w:r>
    </w:p>
    <w:p>
      <w:r>
        <w:rPr>
          <w:b/>
        </w:rPr>
        <w:t xml:space="preserve">[00:22] </w:t>
      </w:r>
      <w:r>
        <w:t>rab ishrah li sadri, wa-yassir li amri, wa-hlul 'uqdatan min lisani, yafqahu qawli.</w:t>
      </w:r>
    </w:p>
    <w:p>
      <w:pPr>
        <w:jc w:val="right"/>
      </w:pPr>
      <w:r>
        <w:t>رب اشرح لی صدری، ویسر لی امری، واحل العقدۃ من لسانی، یفقہ قولی۔</w:t>
      </w:r>
    </w:p>
    <w:p>
      <w:r>
        <w:rPr>
          <w:b/>
        </w:rPr>
        <w:t xml:space="preserve">[00:40] </w:t>
      </w:r>
      <w:r>
        <w:t>aaj ka topic hai:</w:t>
      </w:r>
    </w:p>
    <w:p>
      <w:pPr>
        <w:jc w:val="right"/>
      </w:pPr>
      <w:r>
        <w:t>آج کا ٹاپک ہے:</w:t>
      </w:r>
    </w:p>
    <w:p>
      <w:r>
        <w:rPr>
          <w:b/>
        </w:rPr>
        <w:t xml:space="preserve">[00:45] </w:t>
      </w:r>
      <w:r>
        <w:t>from temporary paradise to permanent paradise.</w:t>
      </w:r>
    </w:p>
    <w:p>
      <w:pPr>
        <w:jc w:val="right"/>
      </w:pPr>
      <w:r>
        <w:t>فرام ٹیمپریری پیراڈائز ٹو پرماننٹ پیراڈائز۔</w:t>
      </w:r>
    </w:p>
    <w:p>
      <w:r>
        <w:rPr>
          <w:b/>
        </w:rPr>
        <w:t xml:space="preserve">[00:54] </w:t>
      </w:r>
      <w:r>
        <w:t>aap jante hain ke Allah taala ne</w:t>
      </w:r>
    </w:p>
    <w:p>
      <w:pPr>
        <w:jc w:val="right"/>
      </w:pPr>
      <w:r>
        <w:t>آپ جانتے ہیں کہ اللہ تعالیٰ نے</w:t>
      </w:r>
    </w:p>
    <w:p>
      <w:r>
        <w:rPr>
          <w:b/>
        </w:rPr>
        <w:t xml:space="preserve">[01:01] </w:t>
      </w:r>
      <w:r>
        <w:t>jab pehla insan paida kiya, jis ko hum Adam kehte hain, to us ko jannat mein basaya.</w:t>
      </w:r>
    </w:p>
    <w:p>
      <w:pPr>
        <w:jc w:val="right"/>
      </w:pPr>
      <w:r>
        <w:t>جب پہلا انسان پیدا کیا، جس کو ہم آدم کہتے ہیں، تو اس کو جنت میں بسایا۔</w:t>
      </w:r>
    </w:p>
    <w:p>
      <w:r>
        <w:rPr>
          <w:b/>
        </w:rPr>
        <w:t xml:space="preserve">[01:17] </w:t>
      </w:r>
      <w:r>
        <w:t>jannat mein basaya.</w:t>
      </w:r>
    </w:p>
    <w:p>
      <w:pPr>
        <w:jc w:val="right"/>
      </w:pPr>
      <w:r>
        <w:t>جنت میں بسایا۔</w:t>
      </w:r>
    </w:p>
    <w:p>
      <w:r>
        <w:rPr>
          <w:b/>
        </w:rPr>
        <w:t xml:space="preserve">[01:22] </w:t>
      </w:r>
      <w:r>
        <w:t>wahan un ko poori jannat mein rehne ka, enjoy karne ka mauqa tha. sirf ek forbidden tree tha jis se unhein roka gaya tha.</w:t>
      </w:r>
    </w:p>
    <w:p>
      <w:pPr>
        <w:jc w:val="right"/>
      </w:pPr>
      <w:r>
        <w:t>وہاں ان کو پوری جنت میں رہنے کا، انجوائے کرنے کا موقع تھا۔ صرف ایک فائبرین ٹری تھا جس سے انہیں روکا گیا تھا۔</w:t>
      </w:r>
    </w:p>
    <w:p>
      <w:r>
        <w:rPr>
          <w:b/>
        </w:rPr>
        <w:t xml:space="preserve">[01:39] </w:t>
      </w:r>
      <w:r>
        <w:t>lekin woh is test mein poore nahin utre.</w:t>
      </w:r>
    </w:p>
    <w:p>
      <w:pPr>
        <w:jc w:val="right"/>
      </w:pPr>
      <w:r>
        <w:t>لیکن وہ اس ٹیسٹ میں پورے نہیں اترے۔</w:t>
      </w:r>
    </w:p>
    <w:p>
      <w:r>
        <w:rPr>
          <w:b/>
        </w:rPr>
        <w:t xml:space="preserve">[01:44] </w:t>
      </w:r>
      <w:r>
        <w:t>to kya hua ke un ko jannat se nikal kar yeh jo hamara planet Earth hai, yahan bhej diya gaya.</w:t>
      </w:r>
    </w:p>
    <w:p>
      <w:pPr>
        <w:jc w:val="right"/>
      </w:pPr>
      <w:r>
        <w:t>تو کیا ہوا کہ ان کو جنت سے نکال کر یہ جو ہمارا پلینٹ ارتھ ہے، یہاں بھیج دیا گیا۔</w:t>
      </w:r>
    </w:p>
    <w:p>
      <w:r>
        <w:rPr>
          <w:b/>
        </w:rPr>
        <w:t xml:space="preserve">[01:56] </w:t>
      </w:r>
      <w:r>
        <w:t>yeh</w:t>
      </w:r>
    </w:p>
    <w:p>
      <w:pPr>
        <w:jc w:val="right"/>
      </w:pPr>
      <w:r>
        <w:t>یہ</w:t>
      </w:r>
    </w:p>
    <w:p>
      <w:r>
        <w:rPr>
          <w:b/>
        </w:rPr>
        <w:t xml:space="preserve">[01:59] </w:t>
      </w:r>
      <w:r>
        <w:t>koi saada baat na thi. is ka matlab yeh tha ke insan ko pehle yeh mauqa diya tha Allah taala ne ke general basis par woh paradise mein rahe.</w:t>
      </w:r>
    </w:p>
    <w:p>
      <w:pPr>
        <w:jc w:val="right"/>
      </w:pPr>
      <w:r>
        <w:t>کوئی سادہ بات نہ تھی۔ اس کا مطلب یہ تھا کہ انسان کو پہلے یہ موقع دیا تھا اللہ تعالیٰ نے کہ جنرل بیسز پر وہ پیراڈائز میں رہے۔</w:t>
      </w:r>
    </w:p>
    <w:p>
      <w:r>
        <w:rPr>
          <w:b/>
        </w:rPr>
        <w:t xml:space="preserve">[02:18] </w:t>
      </w:r>
      <w:r>
        <w:t>yeh saare insan jo paida hon, un ko paradise mil jaye paida hote hi. lekin jab</w:t>
      </w:r>
    </w:p>
    <w:p>
      <w:pPr>
        <w:jc w:val="right"/>
      </w:pPr>
      <w:r>
        <w:t>یہ سارے انسان جو پیدا ہوں، ان کو پیراڈائز مل جائے پیدا ہوتے ہی۔ لیکن جب</w:t>
      </w:r>
    </w:p>
    <w:p>
      <w:r>
        <w:rPr>
          <w:b/>
        </w:rPr>
        <w:t xml:space="preserve">[02:29] </w:t>
      </w:r>
      <w:r>
        <w:t>pehla insan test mein poora nahin utra, yani is ne is baat ka saboot diya ke woh disciplined way mein nahin reh sakta.</w:t>
      </w:r>
    </w:p>
    <w:p>
      <w:pPr>
        <w:jc w:val="right"/>
      </w:pPr>
      <w:r>
        <w:t>پہلا انسان ٹیسٹ میں پورا نہیں اترا، یعنی اس نے اس بات کا ثبوت دیا کہ وہ ڈسپلنڈ وے میں نہیں رہ سکتا۔</w:t>
      </w:r>
    </w:p>
    <w:p>
      <w:r>
        <w:rPr>
          <w:b/>
        </w:rPr>
        <w:t xml:space="preserve">[02:42] </w:t>
      </w:r>
      <w:r>
        <w:t>Allah taala ko disciplined character matloob hai. self-disciplined. yani baghair kisi dabao ke,</w:t>
      </w:r>
    </w:p>
    <w:p>
      <w:pPr>
        <w:jc w:val="right"/>
      </w:pPr>
      <w:r>
        <w:t>اللہ تعالیٰ کو ڈسپلنڈ کریکٹر مطلوب ہے۔ سیلف ڈسپلنڈ۔ یعنی بغیر کسی دباؤ کے،</w:t>
      </w:r>
    </w:p>
    <w:p>
      <w:r>
        <w:rPr>
          <w:b/>
        </w:rPr>
        <w:t xml:space="preserve">[02:53] </w:t>
      </w:r>
      <w:r>
        <w:t>self-disciplined character ke sath rehna logon ke sath. to yeh is mein woh poore nahin utre to woh dunya mein bhej diya gaya un ka.</w:t>
      </w:r>
    </w:p>
    <w:p>
      <w:pPr>
        <w:jc w:val="right"/>
      </w:pPr>
      <w:r>
        <w:t>سیلف ڈسپلنڈ کریکٹر کے ساتھ رہنا لوگوں کے ساتھ۔ تو یہ اس میں وہ پورے نہیں اترے تو وہ دنیا میں بھیج دیا گیا ان کا۔</w:t>
      </w:r>
    </w:p>
    <w:p>
      <w:r>
        <w:rPr>
          <w:b/>
        </w:rPr>
        <w:t xml:space="preserve">[03:09] </w:t>
      </w:r>
      <w:r>
        <w:t>is ka matlab kya hai? ab selective basis par insan ko paradise mile gi.</w:t>
      </w:r>
    </w:p>
    <w:p>
      <w:pPr>
        <w:jc w:val="right"/>
      </w:pPr>
      <w:r>
        <w:t>اس کا مطلب کیا ہے؟ اب سلیکٹیو بیسز پر انسان کو پیراڈائز ملے گی۔</w:t>
      </w:r>
    </w:p>
    <w:p>
      <w:r>
        <w:rPr>
          <w:b/>
        </w:rPr>
        <w:t xml:space="preserve">[03:17] </w:t>
      </w:r>
      <w:r>
        <w:t>pehlay paradise mil sakti thi general basis par. ab mile gi sirf selective basis par.</w:t>
      </w:r>
    </w:p>
    <w:p>
      <w:pPr>
        <w:jc w:val="right"/>
      </w:pPr>
      <w:r>
        <w:t>پہلے پیراڈائز مل سکتی تھی جنرل بیسز پر۔ اب ملے گی صرف سلیکٹیو بیسز پر۔</w:t>
      </w:r>
    </w:p>
    <w:p>
      <w:r>
        <w:rPr>
          <w:b/>
        </w:rPr>
        <w:t xml:space="preserve">[03:27] </w:t>
      </w:r>
      <w:r>
        <w:t>yani poori jo mankind hai, Adam se le kar qayamat tak, is mein farishtay watch kar rahe hain, record tayyar kar rahe hain.</w:t>
      </w:r>
    </w:p>
    <w:p>
      <w:pPr>
        <w:jc w:val="right"/>
      </w:pPr>
      <w:r>
        <w:t>یعنی پوری جو مائنڈ کائنڈ ہے، آدم سے لے کر قیامت تک، اس میں فرشتے واچ کر رہے ہیں، ریکارڈ تیار کر رہے ہیں۔</w:t>
      </w:r>
    </w:p>
    <w:p>
      <w:r>
        <w:rPr>
          <w:b/>
        </w:rPr>
        <w:t xml:space="preserve">[03:39] </w:t>
      </w:r>
      <w:r>
        <w:t>phir unhi individuals ko chuna jaye ga jo Allah ke plan ke mutabiq test mein poore utre.</w:t>
      </w:r>
    </w:p>
    <w:p>
      <w:pPr>
        <w:jc w:val="right"/>
      </w:pPr>
      <w:r>
        <w:t>پھر انہی انڈیویجولز کو چنا جائے گا جو اللہ کے پلان کے مطابق ٹیسٹ میں پورے اترے۔</w:t>
      </w:r>
    </w:p>
    <w:p>
      <w:r>
        <w:rPr>
          <w:b/>
        </w:rPr>
        <w:t xml:space="preserve">[03:54] </w:t>
      </w:r>
      <w:r>
        <w:t>unhi individuals ko chhanat kar phir qayamat ke baad paradise mein basa diya jaye ga.</w:t>
      </w:r>
    </w:p>
    <w:p>
      <w:pPr>
        <w:jc w:val="right"/>
      </w:pPr>
      <w:r>
        <w:t>انہی انڈیویجولز کو چھانٹ کر پھر قیامت کے بعد پیراڈائز میں بسا دیا جائے گا۔</w:t>
      </w:r>
    </w:p>
    <w:p>
      <w:r>
        <w:rPr>
          <w:b/>
        </w:rPr>
        <w:t xml:space="preserve">[04:03] </w:t>
      </w:r>
      <w:r>
        <w:t>to yeh hai from temporary paradise to permanent paradise. eternal paradise. to pehle jo tha insan ka rehna jannat mein, ab woh temporary, temporary ho kar reh gaya.</w:t>
      </w:r>
    </w:p>
    <w:p>
      <w:pPr>
        <w:jc w:val="right"/>
      </w:pPr>
      <w:r>
        <w:t>تو یہ ہے فرام ٹیمپریری پیراڈائز ٹو پرماننٹ پیراڈائز۔ ایٹرنل پیراڈائز۔ تو پہلے جو تھا انسان کا رہنا جنت میں، اب وہ ٹیمپریری، ٹیمپریری ہو کر رہ گیا۔</w:t>
      </w:r>
    </w:p>
    <w:p>
      <w:r>
        <w:rPr>
          <w:b/>
        </w:rPr>
        <w:t xml:space="preserve">[04:24] </w:t>
      </w:r>
      <w:r>
        <w:t>ab jo hoga woh permanent hoga.</w:t>
      </w:r>
    </w:p>
    <w:p>
      <w:pPr>
        <w:jc w:val="right"/>
      </w:pPr>
      <w:r>
        <w:t>اب جو ہوگا وہ پرماننٹ ہوگا۔</w:t>
      </w:r>
    </w:p>
    <w:p>
      <w:r>
        <w:rPr>
          <w:b/>
        </w:rPr>
        <w:t xml:space="preserve">[04:29] </w:t>
      </w:r>
      <w:r>
        <w:t>to is baat ko samjhiye.</w:t>
      </w:r>
    </w:p>
    <w:p>
      <w:pPr>
        <w:jc w:val="right"/>
      </w:pPr>
      <w:r>
        <w:t>تو اس بات کو سمجھیے۔</w:t>
      </w:r>
    </w:p>
    <w:p>
      <w:r>
        <w:rPr>
          <w:b/>
        </w:rPr>
        <w:t xml:space="preserve">[04:36] </w:t>
      </w:r>
      <w:r>
        <w:t>allah taala ne insan se pehle yeh duniya banai.</w:t>
      </w:r>
    </w:p>
    <w:p>
      <w:pPr>
        <w:jc w:val="right"/>
      </w:pPr>
      <w:r>
        <w:t>اللہ تعالیٰ نے انسان سے پہلے یہ دنیا بنائی۔</w:t>
      </w:r>
    </w:p>
    <w:p>
      <w:r>
        <w:rPr>
          <w:b/>
        </w:rPr>
        <w:t xml:space="preserve">[04:50] </w:t>
      </w:r>
      <w:r>
        <w:t>duniya ko banane mein taqreeban</w:t>
      </w:r>
    </w:p>
    <w:p>
      <w:pPr>
        <w:jc w:val="right"/>
      </w:pPr>
      <w:r>
        <w:t>دنیا کو بنانے میں تقریباً</w:t>
      </w:r>
    </w:p>
    <w:p>
      <w:r>
        <w:rPr>
          <w:b/>
        </w:rPr>
        <w:t xml:space="preserve">[04:55] </w:t>
      </w:r>
      <w:r>
        <w:t>15 billion saal lag gaye. 15 billion saal. science kehti hai ke big bang se duniya shuru hui.</w:t>
      </w:r>
    </w:p>
    <w:p>
      <w:pPr>
        <w:jc w:val="right"/>
      </w:pPr>
      <w:r>
        <w:t>15 بلین سال لگ گئے۔ 15 بلین سال۔ سائنس کہتی ہے کہ بگ بینگ سے دنیا شروع ہوئی۔</w:t>
      </w:r>
    </w:p>
    <w:p>
      <w:r>
        <w:rPr>
          <w:b/>
        </w:rPr>
        <w:t xml:space="preserve">[05:10] </w:t>
      </w:r>
      <w:r>
        <w:t>yani ek bohat bara super atom tha jis mein sari universe mein jo itne particle hain, woh sab is mein bohat hi compact way mein maujood thay.</w:t>
      </w:r>
    </w:p>
    <w:p>
      <w:pPr>
        <w:jc w:val="right"/>
      </w:pPr>
      <w:r>
        <w:t>یعنی ایک بہت بڑا سپر ایٹم تھا جس میں ساری یونیورس میں جو اتنے پارٹیکل ہیں، وہ سب اس میں بہت ہی کمپیکٹ وے میں موجود تھے۔</w:t>
      </w:r>
    </w:p>
    <w:p>
      <w:r>
        <w:rPr>
          <w:b/>
        </w:rPr>
        <w:t xml:space="preserve">[05:24] </w:t>
      </w:r>
      <w:r>
        <w:t>phir is mein explosion hua. magar is se pehle atom ko marna parega. Yani pehle atom tha, phir woh super atom bana.</w:t>
      </w:r>
    </w:p>
    <w:p>
      <w:pPr>
        <w:jc w:val="right"/>
      </w:pPr>
      <w:r>
        <w:t>پھر اس میں ایکسپلوژن ہوا۔ مگر اس سے پہلے ایٹم کو مرنا پڑے گا۔ یعنی پہلے ایٹم تھا، پھر وہ سپر ایٹم بنا۔</w:t>
      </w:r>
    </w:p>
    <w:p>
      <w:r>
        <w:rPr>
          <w:b/>
        </w:rPr>
        <w:t xml:space="preserve">[05:36] </w:t>
      </w:r>
      <w:r>
        <w:t>to is ka matlab kya hua? Ke pehle atom bang tha, phir big bang aaya. Is ke baad ek waqt aaya ke solar bang hua.</w:t>
      </w:r>
    </w:p>
    <w:p>
      <w:pPr>
        <w:jc w:val="right"/>
      </w:pPr>
      <w:r>
        <w:t>تو اس کا مطلب کیا ہوا؟ کہ پہلے ایٹم بینگ تھا، پھر بگ بینگ آیا۔ اس کے بعد ایک وقت آیا کہ سولر بینگ ہوا۔</w:t>
      </w:r>
    </w:p>
    <w:p>
      <w:r>
        <w:rPr>
          <w:b/>
        </w:rPr>
        <w:t xml:space="preserve">[05:50] </w:t>
      </w:r>
      <w:r>
        <w:t>yani shamsi nizam bana. Phir is ke baad hamari zameen par water bang hua.</w:t>
      </w:r>
    </w:p>
    <w:p>
      <w:pPr>
        <w:jc w:val="right"/>
      </w:pPr>
      <w:r>
        <w:t>یعنی شمسی نظام بنا۔ پھر اس کے بعد ہماری زمین پر واٹر بینگ ہوا۔</w:t>
      </w:r>
    </w:p>
    <w:p>
      <w:r>
        <w:rPr>
          <w:b/>
        </w:rPr>
        <w:t xml:space="preserve">[06:00] </w:t>
      </w:r>
      <w:r>
        <w:t>yahan par pani bohat ziyada miqdar mein jama ho gaya samundaron mein. Phir kya hua? Plant bang hua.</w:t>
      </w:r>
    </w:p>
    <w:p>
      <w:pPr>
        <w:jc w:val="right"/>
      </w:pPr>
      <w:r>
        <w:t>یہاں پر پانی بہت زیادہ مقدار میں جمع ہو گیا سمندروں میں۔ پھر کیا ہوا؟ پلانٹ بینگ ہوا۔</w:t>
      </w:r>
    </w:p>
    <w:p>
      <w:r>
        <w:rPr>
          <w:b/>
        </w:rPr>
        <w:t xml:space="preserve">[06:11] </w:t>
      </w:r>
      <w:r>
        <w:t>sari zameen sabze se bhar gayi. Phir animal bang hua. Chalte phirte janwar zameen par wajood mein aa gaye.</w:t>
      </w:r>
    </w:p>
    <w:p>
      <w:pPr>
        <w:jc w:val="right"/>
      </w:pPr>
      <w:r>
        <w:t>ساری زمین سبزے سے بھر گئی۔ پھر اینیمل بینگ ہوا۔ چلتے پھرتے جانور زمین پر وجود میں آ گئے۔</w:t>
      </w:r>
    </w:p>
    <w:p>
      <w:r>
        <w:rPr>
          <w:b/>
        </w:rPr>
        <w:t xml:space="preserve">[06:24] </w:t>
      </w:r>
      <w:r>
        <w:t>aakhir mein phir human bang hua. Insan wajood mein aaya.</w:t>
      </w:r>
    </w:p>
    <w:p>
      <w:pPr>
        <w:jc w:val="right"/>
      </w:pPr>
      <w:r>
        <w:t>آخر میں پھر ہیومن بینگ ہوا۔ انسان وجود میں آیا۔</w:t>
      </w:r>
    </w:p>
    <w:p>
      <w:r>
        <w:rPr>
          <w:b/>
        </w:rPr>
        <w:t xml:space="preserve">[06:31] </w:t>
      </w:r>
      <w:r>
        <w:t>ab is ke baad kya hoga? Qayamat bang hoga aur phir ek aur duniya shuru ho jayegi jis ko hum akhirat ki duniya kehte hain.</w:t>
      </w:r>
    </w:p>
    <w:p>
      <w:pPr>
        <w:jc w:val="right"/>
      </w:pPr>
      <w:r>
        <w:t>اب اس کے بعد کیا ہوگا؟ قیامت بینگ ہوگا اور پھر ایک اور دنیا شروع ہو جائے گی جس کو ہم آخرت کی دنیا کہتے ہیں۔</w:t>
      </w:r>
    </w:p>
    <w:p>
      <w:r>
        <w:rPr>
          <w:b/>
        </w:rPr>
        <w:t xml:space="preserve">[06:43] </w:t>
      </w:r>
      <w:r>
        <w:t>is tarah ka ek</w:t>
      </w:r>
    </w:p>
    <w:p>
      <w:pPr>
        <w:jc w:val="right"/>
      </w:pPr>
      <w:r>
        <w:t>اس طرح کا ایک</w:t>
      </w:r>
    </w:p>
    <w:p>
      <w:r>
        <w:rPr>
          <w:b/>
        </w:rPr>
        <w:t xml:space="preserve">[06:47] </w:t>
      </w:r>
      <w:r>
        <w:t>takhleeqi mamla pesh aaya duniya mein. Quran mein ek ayat bohat hi ziyada sochne ki hai ke kai ayaten hain.</w:t>
      </w:r>
    </w:p>
    <w:p>
      <w:pPr>
        <w:jc w:val="right"/>
      </w:pPr>
      <w:r>
        <w:t>تخلیقی معاملہ پیش آیا دنیا میں۔ قرآن میں ایک آیت بہت ہی زیادہ سوچنے کی ہے کہ کئی آیتیں ہیں۔</w:t>
      </w:r>
    </w:p>
    <w:p>
      <w:r>
        <w:rPr>
          <w:b/>
        </w:rPr>
        <w:t xml:space="preserve">[07:00] </w:t>
      </w:r>
      <w:r>
        <w:t>ek baat ko kai ayaton mein bayan kiya gaya hai. Woh yeh ke yasooh ko jo kuch banaya gaya hai, us mein insan ke liye banaya gaya hai. Quran mein bohat si ayaten aisi hain.</w:t>
      </w:r>
    </w:p>
    <w:p>
      <w:pPr>
        <w:jc w:val="right"/>
      </w:pPr>
      <w:r>
        <w:t>ایک بات کو کئی آیتوں میں بیان کیا گیا ہے۔ وہ یہ کہ یسوع کو جو کچھ بنایا گیا ہے، اس میں انسان کے لیے بنایا گیا ہے۔ قرآن میں بہت سی آیتیں ایسی ہیں۔</w:t>
      </w:r>
    </w:p>
    <w:p>
      <w:r>
        <w:rPr>
          <w:b/>
        </w:rPr>
        <w:t xml:space="preserve">[07:13] </w:t>
      </w:r>
      <w:r>
        <w:t>misal to surah al-jasiah yani chapter number 45, verse number 13.</w:t>
      </w:r>
    </w:p>
    <w:p>
      <w:pPr>
        <w:jc w:val="right"/>
      </w:pPr>
      <w:r>
        <w:t>مثال تو سورہ الجاسیہ یعنی چیپٹر نمبر 45، ورس نمبر 13۔</w:t>
      </w:r>
    </w:p>
    <w:p>
      <w:r>
        <w:rPr>
          <w:b/>
        </w:rPr>
        <w:t xml:space="preserve">[07:26] </w:t>
      </w:r>
      <w:r>
        <w:t>is tarah hai ke: "wasakhkhar lakum ma fis-samaa'i, wasakhkhar lakum ma fis-samawati, wa ma fil-ardi jamee'an".</w:t>
      </w:r>
    </w:p>
    <w:p>
      <w:pPr>
        <w:jc w:val="right"/>
      </w:pPr>
      <w:r>
        <w:t>اس طرح ہے کہ: "وسخر لکم ماف السماء، وسخر لکم ماف السماوات، وما فی الارض جمیعا"۔</w:t>
      </w:r>
    </w:p>
    <w:p>
      <w:r>
        <w:rPr>
          <w:b/>
        </w:rPr>
        <w:t xml:space="preserve">[07:40] </w:t>
      </w:r>
      <w:r>
        <w:t>yani khuda ne sab kuch jo is universe mein hai, jamee'an ka matlab hai sab kuch,</w:t>
      </w:r>
    </w:p>
    <w:p>
      <w:pPr>
        <w:jc w:val="right"/>
      </w:pPr>
      <w:r>
        <w:t>یعنی خدا نے سب کچھ جو اس یونیورس میں ہے، جمیعا کا مطلب ہے سب کچھ،</w:t>
      </w:r>
    </w:p>
    <w:p>
      <w:r>
        <w:rPr>
          <w:b/>
        </w:rPr>
        <w:t xml:space="preserve">[07:51] </w:t>
      </w:r>
      <w:r>
        <w:t>woh insan ke liye maskhar kar diya.</w:t>
      </w:r>
    </w:p>
    <w:p>
      <w:pPr>
        <w:jc w:val="right"/>
      </w:pPr>
      <w:r>
        <w:t>وہ انسان کے لیے مسخر کر دیا۔</w:t>
      </w:r>
    </w:p>
    <w:p>
      <w:r>
        <w:rPr>
          <w:b/>
        </w:rPr>
        <w:t xml:space="preserve">[07:57] </w:t>
      </w:r>
      <w:r>
        <w:t>sari cheezen, sari cheezen.</w:t>
      </w:r>
    </w:p>
    <w:p>
      <w:pPr>
        <w:jc w:val="right"/>
      </w:pPr>
      <w:r>
        <w:t>ساری چیزیں، ساری چیزیں۔</w:t>
      </w:r>
    </w:p>
    <w:p>
      <w:r>
        <w:rPr>
          <w:b/>
        </w:rPr>
        <w:t xml:space="preserve">[08:04] </w:t>
      </w:r>
      <w:r>
        <w:t>yani he subjected for you. "all that is in the heaven and all that is in the earth".</w:t>
      </w:r>
    </w:p>
    <w:p>
      <w:pPr>
        <w:jc w:val="right"/>
      </w:pPr>
      <w:r>
        <w:t>یعنی ہی سبجیکٹڈ فار یو۔ "ال دیٹ از ان دی ہیون اینڈ ال دیٹ از ان دی ارتھ"۔</w:t>
      </w:r>
    </w:p>
    <w:p>
      <w:r>
        <w:rPr>
          <w:b/>
        </w:rPr>
        <w:t xml:space="preserve">[08:24] </w:t>
      </w:r>
      <w:r>
        <w:t>yeh mein soch raha tha is baat par to ek ajeeb khayal dimagh mein aaya.</w:t>
      </w:r>
    </w:p>
    <w:p>
      <w:pPr>
        <w:jc w:val="right"/>
      </w:pPr>
      <w:r>
        <w:t>یہ میں سوچ رہا تھا اس بات پر تو ایک عجیب خیال دماغ میں آیا۔</w:t>
      </w:r>
    </w:p>
    <w:p>
      <w:r>
        <w:rPr>
          <w:b/>
        </w:rPr>
        <w:t xml:space="preserve">[08:32] </w:t>
      </w:r>
      <w:r>
        <w:t>ek science dan ne likha hai ke yeh duniya custom made universe hai. Yeh universe custom made universe hai.</w:t>
      </w:r>
    </w:p>
    <w:p>
      <w:pPr>
        <w:jc w:val="right"/>
      </w:pPr>
      <w:r>
        <w:t>ایک سائنس دان نے لکھا ہے کہ یہ دنیا کسٹم میڈ یونیورس ہے۔ یہ یونیورس کسٹم میڈ یونیورس ہے۔</w:t>
      </w:r>
    </w:p>
    <w:p>
      <w:r>
        <w:rPr>
          <w:b/>
        </w:rPr>
        <w:t xml:space="preserve">[08:42] </w:t>
      </w:r>
      <w:r>
        <w:t>yani bilkul jaise ke insan ki zarooraten hain, usi ke mutabiq poori universe banai gayi hai. Poori poori universe custom made universe hai.</w:t>
      </w:r>
    </w:p>
    <w:p>
      <w:pPr>
        <w:jc w:val="right"/>
      </w:pPr>
      <w:r>
        <w:t>یعنی بالکل جیسے کہ انسان کی ضرورتیں ہیں، اسی کے مطابق پوری یونیورس بنائی گئی ہے۔ پوری پوری یونیورس کسٹم میڈ یونیورس ہے۔</w:t>
      </w:r>
    </w:p>
    <w:p>
      <w:r>
        <w:rPr>
          <w:b/>
        </w:rPr>
        <w:t xml:space="preserve">[09:01] </w:t>
      </w:r>
      <w:r>
        <w:t>to kaisi ajeeb baat hai?</w:t>
      </w:r>
    </w:p>
    <w:p>
      <w:pPr>
        <w:jc w:val="right"/>
      </w:pPr>
      <w:r>
        <w:t>تو کیسی عجیب بات ہے؟</w:t>
      </w:r>
    </w:p>
    <w:p>
      <w:r>
        <w:rPr>
          <w:b/>
        </w:rPr>
        <w:t xml:space="preserve">[09:07] </w:t>
      </w:r>
      <w:r>
        <w:t>yani poori poori universe custom made universe hai. Itni bari duniya banai gayi hai insan ke liye. Ab ghor kijiye, agar aap yeh sochein ke khuda ne</w:t>
      </w:r>
    </w:p>
    <w:p>
      <w:pPr>
        <w:jc w:val="right"/>
      </w:pPr>
      <w:r>
        <w:t>یعنی پوری پوری یونیورس کسٹم میڈ یونیورس ہے۔ اتنی بڑی دنیا بنائی گئی ہے انسان کے لیے۔ اب غور کیجئے، اگر آپ یہ سوچیں کہ خدا نے</w:t>
      </w:r>
    </w:p>
    <w:p>
      <w:r>
        <w:rPr>
          <w:b/>
        </w:rPr>
        <w:t xml:space="preserve">[09:25] </w:t>
      </w:r>
      <w:r>
        <w:t>yani is particular waqeye ko personalize kiya hai to maloom hoga ke mere liye banai gayi hai. ab aap sochen ke insaan ke liye, mere liye itni bari kainat bana di Allah taala ne to itna zyada shukr aap ke andar aayega ke negative thought,</w:t>
      </w:r>
    </w:p>
    <w:p>
      <w:pPr>
        <w:jc w:val="right"/>
      </w:pPr>
      <w:r>
        <w:t>یعنی اس پرٹیکولر واقعے کو پرسنلائز کیا ہے تو معلوم ہوگا کہ میرے لیے بنائی گئی ہے۔ اب آپ سوچیں کہ انسان کے لیے، میرے لیے اتنی بڑی کائنات بنا دی اللہ تعالیٰ نے تو اتنا زیادہ شکر آپ کے اندر آئے گا کہ نیگیٹیو ٹھاٹ،</w:t>
      </w:r>
    </w:p>
    <w:p>
      <w:r>
        <w:rPr>
          <w:b/>
        </w:rPr>
        <w:t xml:space="preserve">[09:44] </w:t>
      </w:r>
      <w:r>
        <w:t>manfi soch ki gunjaish hi nahi rahegi aap ke andar. aaj kal aap dekhiye, har jagah takrao, tashaddud, ladai, gun, bam yeh sab ho raha hai.</w:t>
      </w:r>
    </w:p>
    <w:p>
      <w:pPr>
        <w:jc w:val="right"/>
      </w:pPr>
      <w:r>
        <w:t>منفی سوچ کی گنجائش ہی نہیں رہے گی آپ کے اندر۔ آج کل آپ دیکھیے، ہر جگہ ٹکراؤ، تشدد، لڑائی، گن، بم یہ سب ہو رہا ہے۔</w:t>
      </w:r>
    </w:p>
    <w:p>
      <w:r>
        <w:rPr>
          <w:b/>
        </w:rPr>
        <w:t xml:space="preserve">[09:59] </w:t>
      </w:r>
      <w:r>
        <w:t>yeh sab bilkul hi is ka wajood nahi rahega kyunke yeh sab ho raha hai shikayaton par. yani na paane ke ehsas par.</w:t>
      </w:r>
    </w:p>
    <w:p>
      <w:pPr>
        <w:jc w:val="right"/>
      </w:pPr>
      <w:r>
        <w:t>یہ سب بالکل ہی اس کا وجود نہیں رہے گا کیونکہ یہ سب ہو رہا ہے شکایتوں پر۔ یعنی نہ پانے کے احساس پر۔</w:t>
      </w:r>
    </w:p>
    <w:p>
      <w:r>
        <w:rPr>
          <w:b/>
        </w:rPr>
        <w:t xml:space="preserve">[10:11] </w:t>
      </w:r>
      <w:r>
        <w:t>hum deprived people hain is ke ehsas par. to kyun hai aisa ke insaan bekhabar ho gaya ke itni bari blessing Khuda ki is ke upar hai?</w:t>
      </w:r>
    </w:p>
    <w:p>
      <w:pPr>
        <w:jc w:val="right"/>
      </w:pPr>
      <w:r>
        <w:t>ہم ڈیپرائیڈ پیپل ہیں اس کے احساس پر۔ تو کیوں ہے ایسا کہ انسان بے خبر ہو گیا کہ اتنی بڑی بلیسنگ خدا کی اس کے اوپر ہے؟</w:t>
      </w:r>
    </w:p>
    <w:p>
      <w:r>
        <w:rPr>
          <w:b/>
        </w:rPr>
        <w:t xml:space="preserve">[10:24] </w:t>
      </w:r>
      <w:r>
        <w:t>itni bari cheez Khuda ne is ko di, de di hai ke sari kainat hi is ke liye custom made bana diya. kaisa anokha hai yeh Allah taala ka inaam.</w:t>
      </w:r>
    </w:p>
    <w:p>
      <w:pPr>
        <w:jc w:val="right"/>
      </w:pPr>
      <w:r>
        <w:t>اتنی بڑی چیز خدا نے اس کو دی، دے دی ہے کہ ساری کائنات ہی اس کے لیے کسٹم میڈ بنا دیا۔ کیسا انوکھا ہے یہ اللہ تعالیٰ کا انعام۔</w:t>
      </w:r>
    </w:p>
    <w:p>
      <w:r>
        <w:rPr>
          <w:b/>
        </w:rPr>
        <w:t xml:space="preserve">[10:39] </w:t>
      </w:r>
      <w:r>
        <w:t>dekhiye, yeh belief ki baat nahi hai. aap ghor kijiye, har cheez insaan ke lehaz se hai. har cheez. zameen par dekhiye, sabza aur darakht na ho to oxygen ki jo factory chalti hai darakhton par,</w:t>
      </w:r>
    </w:p>
    <w:p>
      <w:pPr>
        <w:jc w:val="right"/>
      </w:pPr>
      <w:r>
        <w:t>دیکھیے، یہ بیلیف کی بات نہیں ہے۔ آپ غور کیجئے، ہر چیز انسان کے لحاظ سے ہے۔ ہر چیز۔ زمین پر دیکھیے، سبزہ اور درخت نہ ہو تو اکسیجن کی جو فیکٹری چلتی ہے درختوں پر،</w:t>
      </w:r>
    </w:p>
    <w:p>
      <w:r>
        <w:rPr>
          <w:b/>
        </w:rPr>
        <w:t xml:space="preserve">[11:03] </w:t>
      </w:r>
      <w:r>
        <w:t>oxygen ki supply ka nizam na rahe to insaan ko barabar oxygen ki supply jari rahe to Allah taala ne poori zameen par sabza bichha diya.</w:t>
      </w:r>
    </w:p>
    <w:p>
      <w:pPr>
        <w:jc w:val="right"/>
      </w:pPr>
      <w:r>
        <w:t>اکسیجن کی سپلائی کا نظام نہ رہے تو انسان کو برابر اکسیجن کی سپلائی جاری رہے تو اللہ تعالیٰ نے پوری زمین پر سبزہ بچھا دیا۔</w:t>
      </w:r>
    </w:p>
    <w:p>
      <w:r>
        <w:rPr>
          <w:b/>
        </w:rPr>
        <w:t xml:space="preserve">[11:18] </w:t>
      </w:r>
      <w:r>
        <w:t>insaan ko ghiza chahiye to zameen ka soil jo hai, lakhon saal ke andar soil bana jis mein hum fruit ugate hain, woh tayyar hua.</w:t>
      </w:r>
    </w:p>
    <w:p>
      <w:pPr>
        <w:jc w:val="right"/>
      </w:pPr>
      <w:r>
        <w:t>انسان کو غذا چاہیے تو زمین کا سوائل جو ہے، لاکھوں سال کے اندر سوائل بنا جس میں ہم فروٹ اگاتے ہیں، وہ تیار ہوا۔</w:t>
      </w:r>
    </w:p>
    <w:p>
      <w:r>
        <w:rPr>
          <w:b/>
        </w:rPr>
        <w:t xml:space="preserve">[11:30] </w:t>
      </w:r>
      <w:r>
        <w:t>ab pani dekhiye, pani mein 10 percent salt hai. to machhli ko namak wala pani is ke liye suit karta hai.</w:t>
      </w:r>
    </w:p>
    <w:p>
      <w:pPr>
        <w:jc w:val="right"/>
      </w:pPr>
      <w:r>
        <w:t>اب پانی دیکھیے، پانی میں 10 پرسنٹ سالٹ ہے۔ تو مچھلی کو نمک والا پانی اس کے لیے سوٹ کرتا ہے۔</w:t>
      </w:r>
    </w:p>
    <w:p>
      <w:r>
        <w:rPr>
          <w:b/>
        </w:rPr>
        <w:t xml:space="preserve">[11:43] </w:t>
      </w:r>
      <w:r>
        <w:t>woh isi isi mein rehti hai, isi namak wale pani mein. lekin insaan ko namak wala pani nahi chahiye. to insaan ke liye Allah taala ne kya kiya?</w:t>
      </w:r>
    </w:p>
    <w:p>
      <w:pPr>
        <w:jc w:val="right"/>
      </w:pPr>
      <w:r>
        <w:t>وہ اسی اسی میں رہتی ہے، اسی نمک والے پانی میں۔ لیکن انسان کو نمک والا پانی نہیں چاہیے۔ تو انسان کے لیے اللہ تعالیٰ نے کیا کیا؟</w:t>
      </w:r>
    </w:p>
    <w:p>
      <w:r>
        <w:rPr>
          <w:b/>
        </w:rPr>
        <w:t xml:space="preserve">[11:56] </w:t>
      </w:r>
      <w:r>
        <w:t>ke ek universal intizam. suraj garmi se samundaron mein bhap uthi. bhap jo hai, salt content ko zameen par chhod diya is ne aur water content upar chala gaya.</w:t>
      </w:r>
    </w:p>
    <w:p>
      <w:pPr>
        <w:jc w:val="right"/>
      </w:pPr>
      <w:r>
        <w:t>کہ ایک یونیورسل انتظام۔ سورج گرمی سے سمندروں میں بھاپ اٹھی۔ بھاپ جو ہے، سالٹ کنٹینٹ کو زمین پر چھوڑ دیا اس نے اور واٹر کنٹینٹ اوپر چلا گیا۔</w:t>
      </w:r>
    </w:p>
    <w:p>
      <w:r>
        <w:rPr>
          <w:b/>
        </w:rPr>
        <w:t xml:space="preserve">[12:11] </w:t>
      </w:r>
      <w:r>
        <w:t>phir woh badal bana, phir woh barsa. yeh hai desalination. itna bara nizam Allah taala ne chalaya taake insaan ko fresh water mile.</w:t>
      </w:r>
    </w:p>
    <w:p>
      <w:pPr>
        <w:jc w:val="right"/>
      </w:pPr>
      <w:r>
        <w:t>پھر وہ بادل بنا، پھر وہ برسا۔ یہ ہے ڈی سالینیشن۔ اتنا بڑا نظام اللہ تعالیٰ نے چلایا تاکہ انسان کو فریش واٹر ملے۔</w:t>
      </w:r>
    </w:p>
    <w:p>
      <w:r>
        <w:rPr>
          <w:b/>
        </w:rPr>
        <w:t xml:space="preserve">[12:27] </w:t>
      </w:r>
      <w:r>
        <w:t>suraj ki roshni hai, aap dekhiye. suraj ki roshni agar direct hum par aaye to bohat humare liye, is mein bohat sara nuksan humare liye hai.</w:t>
      </w:r>
    </w:p>
    <w:p>
      <w:pPr>
        <w:jc w:val="right"/>
      </w:pPr>
      <w:r>
        <w:t>سورج کی روشنی ہے، آپ دیکھیے۔ سورج کی روشنی اگر ڈائریکٹ ہم پر آئے تو بہت ہمارے لیے، اس میں بہت سارا نقصان ہمارے لیے ہے۔</w:t>
      </w:r>
    </w:p>
    <w:p>
      <w:r>
        <w:rPr>
          <w:b/>
        </w:rPr>
        <w:t xml:space="preserve">[12:40] </w:t>
      </w:r>
      <w:r>
        <w:t>to Allah taala ne ozone layer bana diya. ozone layer se chhan kar suraj ki roshni aati hai humare paas. phir main soch raha tha ke yeh jo duniya ka mass hai, jis ka more than 50 percent dikhai nahi nahi deta, jis ko hum kehte hain dark matter,</w:t>
      </w:r>
    </w:p>
    <w:p>
      <w:pPr>
        <w:jc w:val="right"/>
      </w:pPr>
      <w:r>
        <w:t>تو اللہ تعالیٰ نے اوزون لیئر بنا دیا۔ اوزون لیئر سے چھن کر سورج کی روشنی آتی ہے ہمارے پاس۔ پھر میں سوچ رہا تھا کہ یہ جو دنیا کا ماس ہے، جس کا مور دین 50 پرسنٹ دکھائی نہیں نہیں دیتا، جس کو ہم کہتے ہیں ڈارک میٹر،</w:t>
      </w:r>
    </w:p>
    <w:p>
      <w:r>
        <w:rPr>
          <w:b/>
        </w:rPr>
        <w:t xml:space="preserve">[12:58] </w:t>
      </w:r>
      <w:r>
        <w:t>to dark matter dark nahi hai, bohat hi bright hai. dikhai kyun nahi deta? yeh itne bare bare sitare hain aur itne zyada powerful hain,</w:t>
      </w:r>
    </w:p>
    <w:p>
      <w:pPr>
        <w:jc w:val="right"/>
      </w:pPr>
      <w:r>
        <w:t>تو ڈارک میٹر ڈارک نہیں ہے، بہت ہی برائٹ ہے۔ دکھائی کیوں نہیں دیتا؟ یہ اتنے بڑے بڑے ستارے ہیں اور اتنے زیادہ پاور فل ہیں،</w:t>
      </w:r>
    </w:p>
    <w:p>
      <w:r>
        <w:rPr>
          <w:b/>
        </w:rPr>
        <w:t xml:space="preserve">[13:12] </w:t>
      </w:r>
      <w:r>
        <w:t>apni light ko woh apne andar se nikalne nahi dete. apni light ko bhi kheenchte hue hain. in ki kashish ki taqat itni zyada hai ke light ko bhi kheenchte hue hain.</w:t>
      </w:r>
    </w:p>
    <w:p>
      <w:pPr>
        <w:jc w:val="right"/>
      </w:pPr>
      <w:r>
        <w:t>اپنی لائٹ کو وہ اپنے اندر سے نکلنے نہیں دیتے۔ اپنی لائٹ کو بھی کھینچے ہوئے ہیں۔ ان کی کشش کی طاقت اتنی زیادہ ہے کہ لائٹ کو بھی کھینچے ہوئے ہیں۔</w:t>
      </w:r>
    </w:p>
    <w:p>
      <w:r>
        <w:rPr>
          <w:b/>
        </w:rPr>
        <w:t xml:space="preserve">[13:25] </w:t>
      </w:r>
      <w:r>
        <w:t>kyunke light ko rok liya, rok rakha unhone hamari taraf aane se. yeh kya hai? yeh ek bohat bara waqea hai.</w:t>
      </w:r>
    </w:p>
    <w:p>
      <w:pPr>
        <w:jc w:val="right"/>
      </w:pPr>
      <w:r>
        <w:t>کیونکہ لائٹ کو روک لیا، روک رکھا انہوں نے ہماری طرف آنے سے۔ یہ کیا ہے؟ یہ ایک بہت بڑا واقعہ ہے۔</w:t>
      </w:r>
    </w:p>
    <w:p>
      <w:r>
        <w:rPr>
          <w:b/>
        </w:rPr>
        <w:t xml:space="preserve">[13:39] </w:t>
      </w:r>
      <w:r>
        <w:t>woh kya waqea hai? insaan ko Allah taala ne aazad paida kiya hai. lekin sari, yani Khuda to all powerful hai.</w:t>
      </w:r>
    </w:p>
    <w:p>
      <w:pPr>
        <w:jc w:val="right"/>
      </w:pPr>
      <w:r>
        <w:t>وہ کیا واقعہ ہے؟ انسان کو اللہ تعالیٰ نے آزاد پیدا کیا ہے۔ لیکن ساری، یعنی خدا تو ال پاور فل ہے۔</w:t>
      </w:r>
    </w:p>
    <w:p>
      <w:r>
        <w:rPr>
          <w:b/>
        </w:rPr>
        <w:t xml:space="preserve">[13:54] </w:t>
      </w:r>
      <w:r>
        <w:t>to insaan soch sakta hai ke jab Khuda all powerful hai to</w:t>
      </w:r>
    </w:p>
    <w:p>
      <w:pPr>
        <w:jc w:val="right"/>
      </w:pPr>
      <w:r>
        <w:t>تو انسان سوچ سکتا ہے کہ جب خدا ال پاور فل ہے تو</w:t>
      </w:r>
    </w:p>
    <w:p>
      <w:r>
        <w:rPr>
          <w:b/>
        </w:rPr>
        <w:t xml:space="preserve">[14:03] </w:t>
      </w:r>
      <w:r>
        <w:t>mere ikhtiyar ka kya hesiyat hai? mera ikhtiyar to kuch bhi nahi hai. lekin yeh dark matter bata raha hai.</w:t>
      </w:r>
    </w:p>
    <w:p>
      <w:pPr>
        <w:jc w:val="right"/>
      </w:pPr>
      <w:r>
        <w:t>میرے اختیار کا کیا حیثیت ہے؟ میرا اختیار تو کچھ بھی نہیں ہے۔ لیکن یہ ڈارک میٹر بتا رہا ہے۔</w:t>
      </w:r>
    </w:p>
    <w:p>
      <w:r>
        <w:rPr>
          <w:b/>
        </w:rPr>
        <w:t xml:space="preserve">[14:12] </w:t>
      </w:r>
      <w:r>
        <w:t>dark matter hamari understanding bana raha hai, understandable is haqeeqat ko ke kis tarah all power, Khuda apne power ko</w:t>
      </w:r>
    </w:p>
    <w:p>
      <w:pPr>
        <w:jc w:val="right"/>
      </w:pPr>
      <w:r>
        <w:t>ڈارک میٹر ہماری انڈرسٹینڈ بنا رہا ہے، انڈرسٹینڈیبل اس حقیقت کو کہ کس طرح ال پاور، خدا اپنے پاور کو</w:t>
      </w:r>
    </w:p>
    <w:p>
      <w:r>
        <w:rPr>
          <w:b/>
        </w:rPr>
        <w:t xml:space="preserve">[14:23] </w:t>
      </w:r>
      <w:r>
        <w:t>rok sakta hai ke insaan, Khuda agarche all powerful hai, lekin insaan phir bhi aazad rahe.</w:t>
      </w:r>
    </w:p>
    <w:p>
      <w:pPr>
        <w:jc w:val="right"/>
      </w:pPr>
      <w:r>
        <w:t>روک سکتا ہے کہ انسان، خدا اگرچہ ال پاور فل ہے، لیکن انسان پھر بھی آزاد رہے۔</w:t>
      </w:r>
    </w:p>
    <w:p>
      <w:r>
        <w:rPr>
          <w:b/>
        </w:rPr>
        <w:t xml:space="preserve">[14:34] </w:t>
      </w:r>
      <w:r>
        <w:t>jis tarah dark matter roke hue hain apni apni roshni ko insaan tak nahi pahunch pata. to yeh Khuda ki qudrat-e-kamilah wali duniya mein insaan kis tarah ikhtiyar hasil hai?</w:t>
      </w:r>
    </w:p>
    <w:p>
      <w:pPr>
        <w:jc w:val="right"/>
      </w:pPr>
      <w:r>
        <w:t>جس طرح ڈارک میٹر روکے ہوئے ہیں اپنی اپنی روشنی کو انسان تک نہیں پہنچ پاتا۔ تو یہ خدا کی قدرت کاملہ والی دنیا میں انسان کس طرح اختیار حاصل ہے؟</w:t>
      </w:r>
    </w:p>
    <w:p>
      <w:r>
        <w:rPr>
          <w:b/>
        </w:rPr>
        <w:t xml:space="preserve">[14:51] </w:t>
      </w:r>
      <w:r>
        <w:t>insaan ko is haqeeqat ko dark matter jo hai, woh understandable bana raha hai. to is haqeeqat ko understandable banane ke liye Khuda ne itna bara nizam banaya.</w:t>
      </w:r>
    </w:p>
    <w:p>
      <w:pPr>
        <w:jc w:val="right"/>
      </w:pPr>
      <w:r>
        <w:t>انسان کو اس حقیقت کو ڈارک میٹر جو ہے، وہ انڈرسٹینڈیبل بنا رہا ہے۔ تو اس حقیقت کو انڈرسٹینڈیبل بنانے کے لیے خدا نے اتنا بڑا نظام بنایا۔</w:t>
      </w:r>
    </w:p>
    <w:p>
      <w:r>
        <w:rPr>
          <w:b/>
        </w:rPr>
        <w:t xml:space="preserve">[15:04] </w:t>
      </w:r>
      <w:r>
        <w:t>itna bara nizam. aisi numerous cheezein hain, numerous cheezein hain. ab aap ghor kijiye ke hum ko body, hamari ek hai aur ek hamara mind hai.</w:t>
      </w:r>
    </w:p>
    <w:p>
      <w:pPr>
        <w:jc w:val="right"/>
      </w:pPr>
      <w:r>
        <w:t>اتنا بڑا نظام۔ ایسی نیورس چیزیں ہیں، نیورس چیزیں ہیں۔ اب آپ غور کیجئے کہ ہم کو باڈی، ہماری ایک ہے اور ایک ہمارا مائنڈ ہے۔</w:t>
      </w:r>
    </w:p>
    <w:p>
      <w:r>
        <w:rPr>
          <w:b/>
        </w:rPr>
        <w:t xml:space="preserve">[15:18] </w:t>
      </w:r>
      <w:r>
        <w:t>body ko energy pohanchane ke liye food chahiye. hum food lete hain, pani lete hain, oxygen lete hain.</w:t>
      </w:r>
    </w:p>
    <w:p>
      <w:pPr>
        <w:jc w:val="right"/>
      </w:pPr>
      <w:r>
        <w:t>باڈی کو انرجی پہنچانے کے لیے فوڈ چاہیے۔ ہم فوڈ لیتے ہیں، پانی لیتے ہیں، اکسیجن لیتے ہیں۔</w:t>
      </w:r>
    </w:p>
    <w:p>
      <w:r>
        <w:rPr>
          <w:b/>
        </w:rPr>
        <w:t xml:space="preserve">[15:30] </w:t>
      </w:r>
      <w:r>
        <w:t>is se body ko energy milti hai. body ki zindagi baqi rehti hai. sawal yeh hai ke mind ko itna anokha jo mind hai, itna anokha mind, is ki energy kaise maintain hoti hai?</w:t>
      </w:r>
    </w:p>
    <w:p>
      <w:pPr>
        <w:jc w:val="right"/>
      </w:pPr>
      <w:r>
        <w:t>اس سے باڈی کو انرجی ملتی ہے۔ باڈی کی زندگی باقی رہتی ہے۔ سوال یہ ہے کہ مائنڈ کو اتنا انوکھا جو مائنڈ ہے، اتنا انوکھا مائنڈ، اس کی انرجی کیسے مینٹین ہوتی ہے؟</w:t>
      </w:r>
    </w:p>
    <w:p>
      <w:r>
        <w:rPr>
          <w:b/>
        </w:rPr>
        <w:t xml:space="preserve">[15:49] </w:t>
      </w:r>
      <w:r>
        <w:t>mind ki energy kaise maintain ho rahi hai? kyunke is ko toh yeh food nahi chahiye jo body ko hum dete hain. is ke liye koi aur food chahiye.</w:t>
      </w:r>
    </w:p>
    <w:p>
      <w:pPr>
        <w:jc w:val="right"/>
      </w:pPr>
      <w:r>
        <w:t>مائنڈ کی انرجی کیسے مینٹین ہو رہی ہے؟ کیونکہ اس کو تو یہ فوڈ نہیں چاہیے جو باڈی کو ہم دیتے ہیں۔ اس کے لیے کوئی اور فوڈ چاہیے۔</w:t>
      </w:r>
    </w:p>
    <w:p>
      <w:r>
        <w:rPr>
          <w:b/>
        </w:rPr>
        <w:t xml:space="preserve">[16:00] </w:t>
      </w:r>
      <w:r>
        <w:t>toh mein ne socha ke yeh itni bari jo universe hai, kaun kaun si rays aa rahi hongi is se? aur woh hum ko food de rahi hongi. yaani intellectual food.</w:t>
      </w:r>
    </w:p>
    <w:p>
      <w:pPr>
        <w:jc w:val="right"/>
      </w:pPr>
      <w:r>
        <w:t>تو میں نے سوچا کہ یہ اتنی بڑی جو یونیورس ہے، کون کون سی ریز آ رہی ہوں گی اس سے؟ اور وہ ہم کو فوڈ دے رہی ہوں گی۔ یعنی انٹلیکچول فوڈ۔</w:t>
      </w:r>
    </w:p>
    <w:p>
      <w:r>
        <w:rPr>
          <w:b/>
        </w:rPr>
        <w:t xml:space="preserve">[16:10] </w:t>
      </w:r>
      <w:r>
        <w:t>woh kabhi science daryaft karegi shayad ke mind ki energy jo maintain ho rahi hai, barqarar hai, is ke liye koi universal intezam hoga ke kaise insan dekhta hai, kaise insan bolta hai,</w:t>
      </w:r>
    </w:p>
    <w:p>
      <w:pPr>
        <w:jc w:val="right"/>
      </w:pPr>
      <w:r>
        <w:t>وہ کبھی سائنس دریافت کرے گی شاید کہ مائنڈ کی انرجی جو مینٹین ہو رہی ہے، برقرار ہے، اس کے لیے کوئی یونیورسل انتظام ہوگا کہ کیسے انسان دیکھتا ہے، کیسے انسان بولتا ہے،</w:t>
      </w:r>
    </w:p>
    <w:p>
      <w:r>
        <w:rPr>
          <w:b/>
        </w:rPr>
        <w:t xml:space="preserve">[16:26] </w:t>
      </w:r>
      <w:r>
        <w:t>kaise insan sunta hai. yeh sari baatein bohat hi zyada, yaani trivially strange hain.</w:t>
      </w:r>
    </w:p>
    <w:p>
      <w:pPr>
        <w:jc w:val="right"/>
      </w:pPr>
      <w:r>
        <w:t>کیسے انسان سنتا ہے۔ یہ ساری باتیں بہت ہی زیادہ، یعنی ٹریولی اسٹرینج ہیں۔</w:t>
      </w:r>
    </w:p>
    <w:p>
      <w:r>
        <w:rPr>
          <w:b/>
        </w:rPr>
        <w:t xml:space="preserve">[16:34] </w:t>
      </w:r>
      <w:r>
        <w:t>yeh dahshat nak had tak ajeeb hain. toh poora universe jo hai, woh laga hua hai insan ko life dene mein, energy dene mein.</w:t>
      </w:r>
    </w:p>
    <w:p>
      <w:pPr>
        <w:jc w:val="right"/>
      </w:pPr>
      <w:r>
        <w:t>یہ دہشت ناک حد تک عجیب ہیں۔ تو پورا یونیورس جو ہے، وہ لگا ہوا ہے انسان کو لائف دینے میں، انرجی دینے میں۔</w:t>
      </w:r>
    </w:p>
    <w:p>
      <w:r>
        <w:rPr>
          <w:b/>
        </w:rPr>
        <w:t xml:space="preserve">[16:48] </w:t>
      </w:r>
      <w:r>
        <w:t>toh isi ko science dan ne kaha ke universe custom made universe hai. toh in sab baaton ko sochna isi ka naam hai marifat.</w:t>
      </w:r>
    </w:p>
    <w:p>
      <w:pPr>
        <w:jc w:val="right"/>
      </w:pPr>
      <w:r>
        <w:t>تو اسی کو سائنس دان نے کہا کہ یونیورس کسٹم میڈ یونیورس ہے۔ تو ان سب باتوں کو سوچنا اسی کا نام ہے معرفت۔</w:t>
      </w:r>
    </w:p>
    <w:p>
      <w:r>
        <w:rPr>
          <w:b/>
        </w:rPr>
        <w:t xml:space="preserve">[17:01] </w:t>
      </w:r>
      <w:r>
        <w:t>dekhein, insan paida kyun kiya gaya hai? marifat ke liye. wa ma khalaqtul jinna wal insa illa li ya'budun.</w:t>
      </w:r>
    </w:p>
    <w:p>
      <w:pPr>
        <w:jc w:val="right"/>
      </w:pPr>
      <w:r>
        <w:t>دیکھیں، انسان پیدا کیوں کیا گیا ہے؟ معرفت کے لیے۔ وما خلقت الجن والانس الا لیعبدون۔</w:t>
      </w:r>
    </w:p>
    <w:p>
      <w:r>
        <w:rPr>
          <w:b/>
        </w:rPr>
        <w:t xml:space="preserve">[17:11] </w:t>
      </w:r>
      <w:r>
        <w:t>toh Abdullah ibn Abbas ne kitab ki tashreeh ki hai li ya'budun ki ke li ya'rifun ke insan ko paida kiya gaya is liye ke woh Allah ki marifat hasil kare.</w:t>
      </w:r>
    </w:p>
    <w:p>
      <w:pPr>
        <w:jc w:val="right"/>
      </w:pPr>
      <w:r>
        <w:t>تو عبداللہ ابن عباس نے کتاب کی تشریح کی ہے لیعبدون کی کہ لیعرفون کہ انسان کو پیدا کیا گیا اس لیے کہ وہ اللہ کی معرفت حاصل کرے۔</w:t>
      </w:r>
    </w:p>
    <w:p>
      <w:r>
        <w:rPr>
          <w:b/>
        </w:rPr>
        <w:t xml:space="preserve">[17:22] </w:t>
      </w:r>
      <w:r>
        <w:t>toh marifat kya hai? ke in cheezon ko discover karna. yaani creation mein jo beshumar item hain, Khuda ki glory ke, Khuda ki blessing ke, is ko jab aap discover karte hain toh isi ka naam marifat hai.</w:t>
      </w:r>
    </w:p>
    <w:p>
      <w:pPr>
        <w:jc w:val="right"/>
      </w:pPr>
      <w:r>
        <w:t>تو معرفت کیا ہے؟ کہ ان چیزوں کو ڈسکور کرنا۔ یعنی کریشن میں جو بے شمار آئٹم ہیں، خدا کی گلوری کے، خدا کی بلیسنگ کے، اس کو جب آپ ڈسکور کرتے ہیں تو اسی کا نام معرفت ہے۔</w:t>
      </w:r>
    </w:p>
    <w:p>
      <w:r>
        <w:rPr>
          <w:b/>
        </w:rPr>
        <w:t xml:space="preserve">[17:40] </w:t>
      </w:r>
      <w:r>
        <w:t>isi ka naam marifat hai. ab dekhiye, mein yeh soch raha tha ke agar yeh Allah taala ne 15 billion saal mein duniya banai, woh toh ek second bana sakta tha.</w:t>
      </w:r>
    </w:p>
    <w:p>
      <w:pPr>
        <w:jc w:val="right"/>
      </w:pPr>
      <w:r>
        <w:t>اسی کا نام معرفت ہے۔ اب دیکھیے، میں یہ سوچ رہا تھا کہ اگر یہ اللہ تعالیٰ نے 15 بلین سال میں دنیا بنائی، وہ تو ایک سیکنڈ بنا سکتا تھا۔</w:t>
      </w:r>
    </w:p>
    <w:p>
      <w:r>
        <w:rPr>
          <w:b/>
        </w:rPr>
        <w:t xml:space="preserve">[17:52] </w:t>
      </w:r>
      <w:r>
        <w:t>kyunke woh kun fayakun ki taqat Allah taala ko hasil hai. lekin dekhiye, agar Allah taala ek second bana deta toh kya hota?</w:t>
      </w:r>
    </w:p>
    <w:p>
      <w:pPr>
        <w:jc w:val="right"/>
      </w:pPr>
      <w:r>
        <w:t>کیونکہ وہ کن فیکون کی طاقت اللہ تعالیٰ کو حاصل ہے۔ لیکن دیکھیے، اگر اللہ تعالیٰ ایک سیکنڈ بنا دیتا تو کیا ہوتا؟</w:t>
      </w:r>
    </w:p>
    <w:p>
      <w:r>
        <w:rPr>
          <w:b/>
        </w:rPr>
        <w:t xml:space="preserve">[18:04] </w:t>
      </w:r>
      <w:r>
        <w:t>hamare liye kuch sochne ka item na rehta. kya sochte hain aap? ek second mein duniya ban kar tayyar hogi toh aap kya sochenge?</w:t>
      </w:r>
    </w:p>
    <w:p>
      <w:pPr>
        <w:jc w:val="right"/>
      </w:pPr>
      <w:r>
        <w:t>ہمارے لیے کچھ سوچنے کا آئٹم نہ رہتا۔ کیا سوچتے ہیں آپ؟ ایک سیکنڈ میں دنیا بن کر تیار ہوگی تو آپ کیا سوچیں گے؟</w:t>
      </w:r>
    </w:p>
    <w:p>
      <w:r>
        <w:rPr>
          <w:b/>
        </w:rPr>
        <w:t xml:space="preserve">[18:14] </w:t>
      </w:r>
      <w:r>
        <w:t>lekin ek lambe process jab bani hai, bohat hi lamba process jis ki jo poora huwa banta hai billion saal mein, toh aap ke liye beshumar item sochne ke hain.</w:t>
      </w:r>
    </w:p>
    <w:p>
      <w:pPr>
        <w:jc w:val="right"/>
      </w:pPr>
      <w:r>
        <w:t>لیکن ایک لمبے پروسیس جب بنی ہے، بہت ہی لمبا پروسیس جس کی جو پورا ہوا بنتا ہے بلین سال میں، تو آپ کے لیے بے شمار آئٹم سوچنے کے ہیں۔</w:t>
      </w:r>
    </w:p>
    <w:p>
      <w:r>
        <w:rPr>
          <w:b/>
        </w:rPr>
        <w:t xml:space="preserve">[18:28] </w:t>
      </w:r>
      <w:r>
        <w:t>woh soch soch kar ke aap ko thrill hota hai. soch soch kar aap ko discovery hoti hai. soch soch kar aap ne marifat ko barhate rehte hain.</w:t>
      </w:r>
    </w:p>
    <w:p>
      <w:pPr>
        <w:jc w:val="right"/>
      </w:pPr>
      <w:r>
        <w:t>وہ سوچ سوچ کر کے آپ کو تھرل ہوتا ہے۔ سوچ سوچ کر آپ کو ڈسکوری ہوتی ہے۔ سوچ سوچ کر آپ نے معرفت کو بڑھاتے رہتے ہیں۔</w:t>
      </w:r>
    </w:p>
    <w:p>
      <w:r>
        <w:rPr>
          <w:b/>
        </w:rPr>
        <w:t xml:space="preserve">[18:39] </w:t>
      </w:r>
      <w:r>
        <w:t>kaisi ajeeb baat hai yeh ke insan ki marifat ko, yaani Quran, yaani yeh yeh jo duniya hai, universe jo hai, insan ke liye kitab marifat ban jaye.</w:t>
      </w:r>
    </w:p>
    <w:p>
      <w:pPr>
        <w:jc w:val="right"/>
      </w:pPr>
      <w:r>
        <w:t>کیسی عجیب بات ہے یہ کہ انسان کی معرفت کو، یعنی قرآن، یعنی یہ یہ جو دنیا ہے، یونیورس جو ہے، انسان کے لیے کتاب معرفت بن جائے۔</w:t>
      </w:r>
    </w:p>
    <w:p>
      <w:r>
        <w:rPr>
          <w:b/>
        </w:rPr>
        <w:t xml:space="preserve">[18:53] </w:t>
      </w:r>
      <w:r>
        <w:t>is ke liye Khuda ne itna zyada intezam kiya hai ke creation ko 15 billion saal ke andar phaila diya</w:t>
      </w:r>
    </w:p>
    <w:p>
      <w:pPr>
        <w:jc w:val="right"/>
      </w:pPr>
      <w:r>
        <w:t>اس کے لیے خدا نے اتنا زیادہ اہتمام کیا ہے کہ کریشن کو 15 بلین سال کے اندر پھیلا دیا</w:t>
      </w:r>
    </w:p>
    <w:p>
      <w:r>
        <w:rPr>
          <w:b/>
        </w:rPr>
        <w:t xml:space="preserve">[19:03] </w:t>
      </w:r>
      <w:r>
        <w:t>taake aap ki discovery kabhi khatam na ho. sab se bara thrill jo milta hai insan ko, woh discovery se milta hai. sab se bara jo relation hota hai, woh woh discovery se hota hai.</w:t>
      </w:r>
    </w:p>
    <w:p>
      <w:pPr>
        <w:jc w:val="right"/>
      </w:pPr>
      <w:r>
        <w:t>تاکہ آپ کی ڈسکوری کبھی ختم نہ ہو۔ سب سے بڑا تھرل جو ملتا ہے انسان کو، وہ ڈسکوری سے ملتا ہے۔ سب سے بڑا جو ریلیشن ہوتا ہے، وہ وہ ڈسکوری سے ہوتا ہے۔</w:t>
      </w:r>
    </w:p>
    <w:p>
      <w:r>
        <w:rPr>
          <w:b/>
        </w:rPr>
        <w:t xml:space="preserve">[19:16] </w:t>
      </w:r>
      <w:r>
        <w:t>sab se bari jo marifat hai, woh discovery se hoti hai. toh ek aisi kitab jo kabhi khatam hi na ho, 15 billion saal ko padhte padhte aap, yaani abadi tarah padhte rahenge, woh khatam na hoga is ka item.</w:t>
      </w:r>
    </w:p>
    <w:p>
      <w:pPr>
        <w:jc w:val="right"/>
      </w:pPr>
      <w:r>
        <w:t>سب سے بڑی جو معرفت ہے، وہ ڈسکوری سے ہوتی ہے۔ تو ایک ایسی کتاب جو کبھی ختم ہی نہ ہو، 15 بلین سال کو پڑھتے پڑھتے آپ، یعنی ابدی طرح پڑھتے رہیں گے، وہ ختم نہ ہوگا اس کا آئٹم۔</w:t>
      </w:r>
    </w:p>
    <w:p>
      <w:r>
        <w:rPr>
          <w:b/>
        </w:rPr>
        <w:t xml:space="preserve">[19:35] </w:t>
      </w:r>
      <w:r>
        <w:t>toh Allah taala ne inhi sab baaton ko batane ke liye peghambar bheje. yaani Adam ki se peghambari ka daur shuru ho gaya.</w:t>
      </w:r>
    </w:p>
    <w:p>
      <w:pPr>
        <w:jc w:val="right"/>
      </w:pPr>
      <w:r>
        <w:t>تو اللہ تعالیٰ نے انہی سب باتوں کو بتانے کے لیے پیغمبر بھیجے۔ یعنی آدم کی سے پیغمبری کا دور شروع ہو گیا۔</w:t>
      </w:r>
    </w:p>
    <w:p>
      <w:r>
        <w:rPr>
          <w:b/>
        </w:rPr>
        <w:t xml:space="preserve">[19:51] </w:t>
      </w:r>
      <w:r>
        <w:t>Quran mein hai ke thumma arsalna rusulana tutara, yaani barabar bheja, barabar bheja, barabar bheja. lekin insan jo hai, bohat kam aisa hua ke peghambaron se woh hidayat le.</w:t>
      </w:r>
    </w:p>
    <w:p>
      <w:pPr>
        <w:jc w:val="right"/>
      </w:pPr>
      <w:r>
        <w:t>قرآن میں ہے کہ ثم ارسلنا رسلنا تطرا، یعنی برابر بھیجا، برابر بھیجا، برابر بھیجا۔ لیکن انسان جو ہے، بہت کم ایسا ہوا کہ پیغمبروں سے وہ ہدایت لے۔</w:t>
      </w:r>
    </w:p>
    <w:p>
      <w:r>
        <w:rPr>
          <w:b/>
        </w:rPr>
        <w:t xml:space="preserve">[20:12] </w:t>
      </w:r>
      <w:r>
        <w:t>Quran mein hai ke ya hasratah al ibad ma yatihim min rasulin illa kanu bihi yastahzi'un. log istihza ka subject bana rahe hain nabiyon ko.</w:t>
      </w:r>
    </w:p>
    <w:p>
      <w:pPr>
        <w:jc w:val="right"/>
      </w:pPr>
      <w:r>
        <w:t>قرآن میں ہے کہ یا حسرت یا حسرت العباد مایتی برسول الا کانو بی استادون۔ لوگ استہزاء کا سبجیکٹ بنا رہے ہیں نبیوں کو۔</w:t>
      </w:r>
    </w:p>
    <w:p>
      <w:r>
        <w:rPr>
          <w:b/>
        </w:rPr>
        <w:t xml:space="preserve">[20:26] </w:t>
      </w:r>
      <w:r>
        <w:t>dekhein, is darmian mein ek bohat ek ek waqia aur hua jo negative waqia ke kingship qaim ho gayi duniya mein.</w:t>
      </w:r>
    </w:p>
    <w:p>
      <w:pPr>
        <w:jc w:val="right"/>
      </w:pPr>
      <w:r>
        <w:t>دیکھیں، اس درمیان میں ایک بہت ایک ایک واقعہ اور ہوا جو نیگیٹیو واقعہ کہ کنگ شپ قائم ہو گئی دنیا میں۔</w:t>
      </w:r>
    </w:p>
    <w:p>
      <w:r>
        <w:rPr>
          <w:b/>
        </w:rPr>
        <w:t xml:space="preserve">[20:37] </w:t>
      </w:r>
      <w:r>
        <w:t>pehlay tribal sardar hua karte thay, phir kingship qaim ho gayi. aur kingship hazaron saal tak chalti rahi.</w:t>
      </w:r>
    </w:p>
    <w:p>
      <w:pPr>
        <w:jc w:val="right"/>
      </w:pPr>
      <w:r>
        <w:t>پہلے ٹرائبل سردار ہوا کرتے تھے، پھر کنگ شپ قائم ہو گئی۔ اور کنگ شپ ہزاروں سال تک چلتی رہی۔</w:t>
      </w:r>
    </w:p>
    <w:p>
      <w:r>
        <w:rPr>
          <w:b/>
        </w:rPr>
        <w:t xml:space="preserve">[20:47] </w:t>
      </w:r>
      <w:r>
        <w:t>kingship ka interest yeh tha ke logon mein naya thought na aaye. Jo badshah sochta hai, wahi sab log sochein taake sab log badshah ke subject bane rahein.</w:t>
      </w:r>
    </w:p>
    <w:p>
      <w:pPr>
        <w:jc w:val="right"/>
      </w:pPr>
      <w:r>
        <w:t>کنگ شپ کا انٹرسٹ یہ تھا کہ لوگوں میں نیا تھاٹ نہ آئے۔ جو بادشاہ سوچتا ہے، وہی سب لوگ سوچیں تاکہ سب لوگ بادشاہ کے سبجیکٹ بنے رہیں۔</w:t>
      </w:r>
    </w:p>
    <w:p>
      <w:r>
        <w:rPr>
          <w:b/>
        </w:rPr>
        <w:t xml:space="preserve">[21:02] </w:t>
      </w:r>
      <w:r>
        <w:t>isi soch ki wajah se unhone state ko, isi soch ki wajah se unhone religion ko state ka hissa bana diya.</w:t>
      </w:r>
    </w:p>
    <w:p>
      <w:pPr>
        <w:jc w:val="right"/>
      </w:pPr>
      <w:r>
        <w:t>اسی سوچ کی وجہ سے انہوں نے اسٹیٹ کو، اسی سوچ کی وجہ سے انہوں نے ریلیجن کو اسٹیٹ کا حصہ بنا دیا۔</w:t>
      </w:r>
    </w:p>
    <w:p>
      <w:r>
        <w:rPr>
          <w:b/>
        </w:rPr>
        <w:t xml:space="preserve">[21:18] </w:t>
      </w:r>
      <w:r>
        <w:t>yaani jo state ka region hai, woh is sab sab ka region hai taake sab log wafadar bane rahein. Isi liye jo king hue the pehle zamane mein, woh kisi aur mazhab ko bardasht nahi karte the apne apne daire mein.</w:t>
      </w:r>
    </w:p>
    <w:p>
      <w:pPr>
        <w:jc w:val="right"/>
      </w:pPr>
      <w:r>
        <w:t>یعنی جو اسٹیٹ کا ریجن ہے، وہ اس سب سب کا ریجن ہے تاکہ سب لوگ وفادار بنے رہیں۔ اسی لیے جو کنگ ہوئے تھے پہلے زمانے میں، وہ کسی اور مذہب کو برداشت نہیں کرتے تھے اپنے اپنے دائرے میں۔</w:t>
      </w:r>
    </w:p>
    <w:p>
      <w:r>
        <w:rPr>
          <w:b/>
        </w:rPr>
        <w:t xml:space="preserve">[21:39] </w:t>
      </w:r>
      <w:r>
        <w:t>kaha jata tha ke al-nasu al-din malukin. Jo king ka deen, wahi sab ka deen. Isi se woh cheez paida hui jis ko hum kehte hain religious persecution, mazhabi jabr.</w:t>
      </w:r>
    </w:p>
    <w:p>
      <w:pPr>
        <w:jc w:val="right"/>
      </w:pPr>
      <w:r>
        <w:t>کہا جاتا تھا کہ الناس ولادین ملوکین۔ جو کنگ کا دین، وہی سب کا دین۔ اسی سے وہ چیز پیدا ہوئی جس کو ہم کہتے ہیں ریلیجس پرسیکیوشن، مذہبی جبر۔</w:t>
      </w:r>
    </w:p>
    <w:p>
      <w:r>
        <w:rPr>
          <w:b/>
        </w:rPr>
        <w:t xml:space="preserve">[21:52] </w:t>
      </w:r>
      <w:r>
        <w:t>yaani king ke mazhab ke khilaf, king ke mazhab ke siwa koi aur mazhab agar ikhtiyar kare to us ko marte the, pakadte the, jalate the, phoonkte the, qatl kar dete the taake badshah ki wafadari ka jo naam hai,</w:t>
      </w:r>
    </w:p>
    <w:p>
      <w:pPr>
        <w:jc w:val="right"/>
      </w:pPr>
      <w:r>
        <w:t>یعنی کنگ کے مذہب کے خلاف، کنگ کے مذہب کے سوا کوئی اور مذہب اگر اختیار کرے تو اس کو مارتے تھے، پکڑتے تھے، جلاتے تھے، پھونکتے تھے، قتل کر دیتے تھے تاکہ بادشاہ کی وفاداری کا جو نام ہے،</w:t>
      </w:r>
    </w:p>
    <w:p>
      <w:r>
        <w:rPr>
          <w:b/>
        </w:rPr>
        <w:t xml:space="preserve">[22:09] </w:t>
      </w:r>
      <w:r>
        <w:t>us mein koi kami na aane paye. To anbiya ke zamane mein</w:t>
      </w:r>
    </w:p>
    <w:p>
      <w:pPr>
        <w:jc w:val="right"/>
      </w:pPr>
      <w:r>
        <w:t>اس میں کوئی کمی نہ آنے پائے۔ تو انبیاء کے زمانے میں</w:t>
      </w:r>
    </w:p>
    <w:p>
      <w:r>
        <w:rPr>
          <w:b/>
        </w:rPr>
        <w:t xml:space="preserve">[22:23] </w:t>
      </w:r>
      <w:r>
        <w:t>Allah taala ko yeh matlab tha ke yeh nizam toote, yeh badshahat khatm ho aur logon ko azadana taur par sochne ka mauqa mile.</w:t>
      </w:r>
    </w:p>
    <w:p>
      <w:pPr>
        <w:jc w:val="right"/>
      </w:pPr>
      <w:r>
        <w:t>اللہ تعالیٰ کو یہ مطلوب تھا کہ یہ نظام ٹوٹے، یہ بادشاہت ختم ہو اور لوگوں کو آزادانہ طور پر سوچنے کا موقع ملے۔</w:t>
      </w:r>
    </w:p>
    <w:p>
      <w:r>
        <w:rPr>
          <w:b/>
        </w:rPr>
        <w:t xml:space="preserve">[22:34] </w:t>
      </w:r>
      <w:r>
        <w:t>baghair azadi ke aap discovery nahi kar sakte the, baghair azadi ke aap university mein ghor o fikr nahi kar sakte the, apne choice ke mazhab nahi le sakte the.</w:t>
      </w:r>
    </w:p>
    <w:p>
      <w:pPr>
        <w:jc w:val="right"/>
      </w:pPr>
      <w:r>
        <w:t>بغیر آزادی کے آپ ڈسکوری نہیں کر سکتے تھے، بغیر آزادی کے آپ یونیورسٹی میں غور و فکر نہیں کر سکتے تھے، اپنے چوائس کے مذہب نہیں لے سکتے تھے۔</w:t>
      </w:r>
    </w:p>
    <w:p>
      <w:r>
        <w:rPr>
          <w:b/>
        </w:rPr>
        <w:t xml:space="preserve">[22:45] </w:t>
      </w:r>
      <w:r>
        <w:t>to Allah taala ko matlab tha ke kingship toote taake azadi ka daur aaye. Lekin pichhle paighambaron ke zamane mein aisa nahi hua ke koi team bane.</w:t>
      </w:r>
    </w:p>
    <w:p>
      <w:pPr>
        <w:jc w:val="right"/>
      </w:pPr>
      <w:r>
        <w:t>تو اللہ تعالیٰ کو مطلوب تھا کہ کنگ شپ ٹوٹے تاکہ آزادی کا دور آئے۔ لیکن پچھلے پیغمبروں کے زمانے میں ایسا نہیں ہوا کہ کوئی ٹیم بنے۔</w:t>
      </w:r>
    </w:p>
    <w:p>
      <w:r>
        <w:rPr>
          <w:b/>
        </w:rPr>
        <w:t xml:space="preserve">[22:59] </w:t>
      </w:r>
      <w:r>
        <w:t>kyunki kingship ko todne ke liye ek team chahiye thi. Team. Phir Allah taala ne Hazrat Ibrahim ke zamane mein</w:t>
      </w:r>
    </w:p>
    <w:p>
      <w:pPr>
        <w:jc w:val="right"/>
      </w:pPr>
      <w:r>
        <w:t>کیونکہ کنگ شپ کو توڑنے کے لیے ایک ٹیم چاہیے تھی۔ ٹیم۔ پھر اللہ تعالیٰ نے حضرت ابراہیم کے زمانے میں</w:t>
      </w:r>
    </w:p>
    <w:p>
      <w:r>
        <w:rPr>
          <w:b/>
        </w:rPr>
        <w:t xml:space="preserve">[23:11] </w:t>
      </w:r>
      <w:r>
        <w:t>Hajja Hajja ke zariye se ek mansooba banaya jo</w:t>
      </w:r>
    </w:p>
    <w:p>
      <w:pPr>
        <w:jc w:val="right"/>
      </w:pPr>
      <w:r>
        <w:t>حاجت حاجہ کے ذریعے سے ایک منصوبہ بنایا جو</w:t>
      </w:r>
    </w:p>
    <w:p>
      <w:r>
        <w:rPr>
          <w:b/>
        </w:rPr>
        <w:t xml:space="preserve">[23:17] </w:t>
      </w:r>
      <w:r>
        <w:t>jis se ek nasal bani, ek nayi nasal, taqatwar nasal jis ko hum kehte hain Banu Ismail. Isi nasal mein Rasool Allah paida hue, isi nasal mein Sahaba paida hue.</w:t>
      </w:r>
    </w:p>
    <w:p>
      <w:pPr>
        <w:jc w:val="right"/>
      </w:pPr>
      <w:r>
        <w:t>جس سے ایک نسل بنی، ایک نئی نسل، طاقتور نسل جس کو ہم کہتے ہیں بنو اسماعیل۔ اسی نسل میں رسول اللہ پیدا ہوئے، اسی نسل میں صحابہ پیدا ہوئے۔</w:t>
      </w:r>
    </w:p>
    <w:p>
      <w:r>
        <w:rPr>
          <w:b/>
        </w:rPr>
        <w:t xml:space="preserve">[23:30] </w:t>
      </w:r>
      <w:r>
        <w:t>un logon se kaam liya Allah taala ne kingship ko todne ka. Dekhein, kingship ko todna kyun zaroori tha?</w:t>
      </w:r>
    </w:p>
    <w:p>
      <w:pPr>
        <w:jc w:val="right"/>
      </w:pPr>
      <w:r>
        <w:t>ان لوگوں سے کام لیا اللہ تعالیٰ نے کنگ شپ کو توڑنے کا۔ دیکھیں، کنگ شپ کو توڑنا کیوں ضروری تھا؟</w:t>
      </w:r>
    </w:p>
    <w:p>
      <w:r>
        <w:rPr>
          <w:b/>
        </w:rPr>
        <w:t xml:space="preserve">[23:40] </w:t>
      </w:r>
      <w:r>
        <w:t>iski ek kingship ki wajah se yaani marifat ki unfolding ruki hui thi.</w:t>
      </w:r>
    </w:p>
    <w:p>
      <w:pPr>
        <w:jc w:val="right"/>
      </w:pPr>
      <w:r>
        <w:t>اس کی ایک کنگ شپ کی وجہ سے یعنی معرفت کی انفولڈنگ رکی ہوئی تھی۔</w:t>
      </w:r>
    </w:p>
    <w:p>
      <w:r>
        <w:rPr>
          <w:b/>
        </w:rPr>
        <w:t xml:space="preserve">[23:50] </w:t>
      </w:r>
      <w:r>
        <w:t>yaani nature ki unfolding kya thi? Marifat ki unfolding thi. Woh ruki hui thi. Ab dekhiye, shuru ke zamane ke paighambar the Hazrat Nuh.</w:t>
      </w:r>
    </w:p>
    <w:p>
      <w:pPr>
        <w:jc w:val="right"/>
      </w:pPr>
      <w:r>
        <w:t>یعنی نیچر کی انفولڈنگ کیا تھی؟ معرفت کی انفولڈنگ تھی۔ وہ رکی ہوئی تھی۔ اب دیکھیے، شروع کے زمانے کے پیغمبر تھے حضرت نوح۔</w:t>
      </w:r>
    </w:p>
    <w:p>
      <w:r>
        <w:rPr>
          <w:b/>
        </w:rPr>
        <w:t xml:space="preserve">[24:01] </w:t>
      </w:r>
      <w:r>
        <w:t>unhone kaha apne zamane mein yursil samaa alaikum midrara. Is tarah ke unhone hawale diye fitrat ke.</w:t>
      </w:r>
    </w:p>
    <w:p>
      <w:pPr>
        <w:jc w:val="right"/>
      </w:pPr>
      <w:r>
        <w:t>انہوں نے کہا اپنے زمانے میں یرسل سما علیکم مدرارا۔ اس طرح کے انہوں نے حوالے دیے فطرت کے۔</w:t>
      </w:r>
    </w:p>
    <w:p>
      <w:r>
        <w:rPr>
          <w:b/>
        </w:rPr>
        <w:t xml:space="preserve">[24:10] </w:t>
      </w:r>
      <w:r>
        <w:t>Khuda barish barsata hai, Khuda ghalla ugata hai, Khuda suraj se roshni bhejta hai. Yeh saare waqiyat.</w:t>
      </w:r>
    </w:p>
    <w:p>
      <w:pPr>
        <w:jc w:val="right"/>
      </w:pPr>
      <w:r>
        <w:t>خدا بارش برساتا ہے، خدا غلہ اگاتا ہے، خدا سورج سے روشنی بھیجتا ہے۔ یہ سارے واقعات۔</w:t>
      </w:r>
    </w:p>
    <w:p>
      <w:r>
        <w:rPr>
          <w:b/>
        </w:rPr>
        <w:t xml:space="preserve">[24:20] </w:t>
      </w:r>
      <w:r>
        <w:t>lekin in waqiyat mein jo scientific haqiqatein chhipi hui thi, woh insaan bekhabar tha is se. Maslan unhone kaha ke yursil samaa alaikum midrara ke aasman se Allah barish barsata hai.</w:t>
      </w:r>
    </w:p>
    <w:p>
      <w:pPr>
        <w:jc w:val="right"/>
      </w:pPr>
      <w:r>
        <w:t>لیکن ان واقعات میں جو سائنٹیفک حقیقتیں چھپی ہوئی تھیں، وہ انسان بے خبر تھا اس سے۔ مثلاً انہوں نے کہا کہ یرسل سما علیکم مدرارا کہ آسمان سے اللہ بارش برساتا ہے۔</w:t>
      </w:r>
    </w:p>
    <w:p>
      <w:r>
        <w:rPr>
          <w:b/>
        </w:rPr>
        <w:t xml:space="preserve">[24:34] </w:t>
      </w:r>
      <w:r>
        <w:t>lekin yeh nahi pata tha insaan ko ke samundaron se bhap uthti hai aur bhap mein kya hota hai ke salt content neeche rehta hai, water content upar jata hai.</w:t>
      </w:r>
    </w:p>
    <w:p>
      <w:pPr>
        <w:jc w:val="right"/>
      </w:pPr>
      <w:r>
        <w:t>لیکن یہ نہیں پتہ تھا انسان کو کہ سمندروں سے بھاپ اٹھتی ہے اور بھاپ میں کیا ہوتا ہے کہ سال کنٹینٹ نیچے رہتا ہے، واٹر کنٹینٹ اوپر جاتا ہے۔</w:t>
      </w:r>
    </w:p>
    <w:p>
      <w:r>
        <w:rPr>
          <w:b/>
        </w:rPr>
        <w:t xml:space="preserve">[24:45] </w:t>
      </w:r>
      <w:r>
        <w:t>phir bahut sare asbab se woh badal banta hai, phir bahut sare asbab se woh neeche barish hoti hai. To salinated yaani de-salinated pani neeche aata hai, fresh pani,</w:t>
      </w:r>
    </w:p>
    <w:p>
      <w:pPr>
        <w:jc w:val="right"/>
      </w:pPr>
      <w:r>
        <w:t>پھر بہت سارے اسباب سے وہ بادل بنتا ہے، پھر بہت سارے اسباب سے وہ نیچے بارش ہوتی ہے۔ تو سالینیٹڈ یعنی ڈی سالٹڈ پانی نیچے آتا ہے، فریش پانی،</w:t>
      </w:r>
    </w:p>
    <w:p>
      <w:r>
        <w:rPr>
          <w:b/>
        </w:rPr>
        <w:t xml:space="preserve">[24:59] </w:t>
      </w:r>
      <w:r>
        <w:t>namkeen pani ki jagah meetha pani. Yeh to kisi ko pata nahi tha, yeh to science ne bataya. Isi tarike se Hazrat Ibrahim ne dekhein kaha apne waqt ke badshah ke samne ke in Allah yati bish shamsu milash fatimah al-maghrib ke Khuda suraj ko nikalta hai mashriq se to maghrib se nikalte hain.</w:t>
      </w:r>
    </w:p>
    <w:p>
      <w:pPr>
        <w:jc w:val="right"/>
      </w:pPr>
      <w:r>
        <w:t>نمکین پانی کی جگہ میٹھا پانی۔ یہ تو کسی کو پتہ نہیں تھا، یہ تو سائنس نے بتایا۔ اسی طریقے سے حضرت ابراہیم نے دیکھیں کہا اپنے وقت کے بادشاہ کے سامنے کہ ان اللہ یاتی بشمس ملش فاطمہ المغرب کہ خدا سورج کو نکالتا ہے مشرق سے تو مغرب سے نکالتے ہیں۔</w:t>
      </w:r>
    </w:p>
    <w:p>
      <w:r>
        <w:rPr>
          <w:b/>
        </w:rPr>
        <w:t xml:space="preserve">[25:25] </w:t>
      </w:r>
      <w:r>
        <w:t>lekin yeh yeh jo baat hai,</w:t>
      </w:r>
    </w:p>
    <w:p>
      <w:pPr>
        <w:jc w:val="right"/>
      </w:pPr>
      <w:r>
        <w:t>لیکن یہ یہ جو بات ہے،</w:t>
      </w:r>
    </w:p>
    <w:p>
      <w:r>
        <w:rPr>
          <w:b/>
        </w:rPr>
        <w:t xml:space="preserve">[25:29] </w:t>
      </w:r>
      <w:r>
        <w:t>is baat ki phir jo scientific haqeeqat hai, woh bekhabar tha insan is se.</w:t>
      </w:r>
    </w:p>
    <w:p>
      <w:pPr>
        <w:jc w:val="right"/>
      </w:pPr>
      <w:r>
        <w:t>اس بات کی پھر جو سائنٹیفک حقیقت ہے، وہ بے خبر تھا انسان اس سے۔</w:t>
      </w:r>
    </w:p>
    <w:p>
      <w:r>
        <w:rPr>
          <w:b/>
        </w:rPr>
        <w:t xml:space="preserve">[25:33] </w:t>
      </w:r>
      <w:r>
        <w:t>yani solar system ka hona aur is mein zameen</w:t>
      </w:r>
    </w:p>
    <w:p>
      <w:pPr>
        <w:jc w:val="right"/>
      </w:pPr>
      <w:r>
        <w:t>یعنی سولر سسٹم کا ہونا اور اس میں زمین</w:t>
      </w:r>
    </w:p>
    <w:p>
      <w:r>
        <w:rPr>
          <w:b/>
        </w:rPr>
        <w:t xml:space="preserve">[25:40] </w:t>
      </w:r>
      <w:r>
        <w:t>ka ghoomna aur ghoomne ki wajah se aik aik is ki gardish orbit par, aik axis par, us</w:t>
      </w:r>
    </w:p>
    <w:p>
      <w:pPr>
        <w:jc w:val="right"/>
      </w:pPr>
      <w:r>
        <w:t>کا گھومنا اور گھومنے کی وجہ سے ایک ایک اس کی گردش اربٹ پر، ایک ایکسز پر، اس</w:t>
      </w:r>
    </w:p>
    <w:p>
      <w:r>
        <w:rPr>
          <w:b/>
        </w:rPr>
        <w:t xml:space="preserve">[25:49] </w:t>
      </w:r>
      <w:r>
        <w:t>se mausam paida hona, raat din paida hona, yeh sara jo system hai, woh is se bekhabar</w:t>
      </w:r>
    </w:p>
    <w:p>
      <w:pPr>
        <w:jc w:val="right"/>
      </w:pPr>
      <w:r>
        <w:t>سے موسم پیدا ہونا، رات دن پیدا ہونا، یہ سارا جو سسٹم ہے، وہ اس سے بے خبر</w:t>
      </w:r>
    </w:p>
    <w:p>
      <w:r>
        <w:rPr>
          <w:b/>
        </w:rPr>
        <w:t xml:space="preserve">[25:54] </w:t>
      </w:r>
      <w:r>
        <w:t>tha insaan.</w:t>
      </w:r>
    </w:p>
    <w:p>
      <w:pPr>
        <w:jc w:val="right"/>
      </w:pPr>
      <w:r>
        <w:t>تھا انسان۔</w:t>
      </w:r>
    </w:p>
    <w:p>
      <w:r>
        <w:rPr>
          <w:b/>
        </w:rPr>
        <w:t xml:space="preserve">[25:56] </w:t>
      </w:r>
      <w:r>
        <w:t>aur jab tak ke is ke liye science ki zaroorat thi aur kingship jo hai roki hui thi, yaani yeh koi bhi soch nayi ko bardasht nahi karte karte the.</w:t>
      </w:r>
    </w:p>
    <w:p>
      <w:pPr>
        <w:jc w:val="right"/>
      </w:pPr>
      <w:r>
        <w:t>اور جب تک کہ اس کے لیے سائنس کی ضرورت تھی اور کنگ شپ جو ہے روکی ہوئی تھی، یعنی یہ کوئی بھی سوچ نئی کو برداشت نہیں کرتے کرتے تھے۔</w:t>
      </w:r>
    </w:p>
    <w:p>
      <w:r>
        <w:rPr>
          <w:b/>
        </w:rPr>
        <w:t xml:space="preserve">[26:11] </w:t>
      </w:r>
      <w:r>
        <w:t>woh jaise ke aap jante hain ke jab science ka zahoor hua to bahut zabardast yaani reaction hua mazhab ki taraf se.</w:t>
      </w:r>
    </w:p>
    <w:p>
      <w:pPr>
        <w:jc w:val="right"/>
      </w:pPr>
      <w:r>
        <w:t>وہ جیسے کہ آپ جانتے ہیں کہ جب سائنس کا ظہور ہوا تو بہت زبردست یعنی ری ایکشن ہوا مذہب کی طرف سے۔</w:t>
      </w:r>
    </w:p>
    <w:p>
      <w:r>
        <w:rPr>
          <w:b/>
        </w:rPr>
        <w:t xml:space="preserve">[26:23] </w:t>
      </w:r>
      <w:r>
        <w:t>iski kitab jo likhi hai unhone Draper mein Conflict Between Science and Religion. Accha dekhiye, Rasool Allah ne suraj grahan aur chand grahan ke bare mein farmaya ke aayatun min aayatillah, yeh Allah ki do nishaniyan hain.</w:t>
      </w:r>
    </w:p>
    <w:p>
      <w:pPr>
        <w:jc w:val="right"/>
      </w:pPr>
      <w:r>
        <w:t>اس کی کتاب جو لکھی ہے انہوں نے ڈریپر میں کانفلکٹ بٹوین سائنس اینڈ ریلیجن۔ اچھا دیکھیے، رسول اللہ نے سورج گرہن اور چاند گرہن کے بارے میں فرمایا کہ ایتان من ایت اللہ، یہ اللہ کی دو نشانیاں ہیں۔</w:t>
      </w:r>
    </w:p>
    <w:p>
      <w:r>
        <w:rPr>
          <w:b/>
        </w:rPr>
        <w:t xml:space="preserve">[26:45] </w:t>
      </w:r>
      <w:r>
        <w:t>lekin is nishaniyon mein jo aur baat chhupi hui thi, woh insaan be khabar tha is se. bohat zamane mein insaan bataya science ne ke teen boundary ka space mein alignment ek khaas proportion ke sath hota hai, to is se chand grahan aur suraj grahan paida hota hai.</w:t>
      </w:r>
    </w:p>
    <w:p>
      <w:pPr>
        <w:jc w:val="right"/>
      </w:pPr>
      <w:r>
        <w:t>لیکن اس نشانیوں میں جو اور بات چھپی ہوئی تھی، وہ انسان بے خبر تھا اس سے۔ بہت زمانے میں انسان بتایا سائنس نے کہ تین باؤنڈری کا اسپیس میں الائنٹمنٹ ایک خاص پروپورشن کے ساتھ ہوتا ہے، تو اس سے چاند گرہن اور سورج گرہن پیدا ہوتا ہے۔</w:t>
      </w:r>
    </w:p>
    <w:p>
      <w:r>
        <w:rPr>
          <w:b/>
        </w:rPr>
        <w:t xml:space="preserve">[27:06] </w:t>
      </w:r>
      <w:r>
        <w:t>ab is se kitna zyada aap ko marifat hasil hoti hai? to marifat ke jo item the, bare bare, is par is se pehle sirf isharay kiye thay nabiyon ne.</w:t>
      </w:r>
    </w:p>
    <w:p>
      <w:pPr>
        <w:jc w:val="right"/>
      </w:pPr>
      <w:r>
        <w:t>اب اس سے کتنا زیادہ آپ کو معرفت حاصل ہوتی ہے؟ تو معرفت کے جو آئٹم تھے، بڑے بڑے، اس پر اس سے پہلے صرف اشارے کیے تھے نبیوں نے۔</w:t>
      </w:r>
    </w:p>
    <w:p>
      <w:r>
        <w:rPr>
          <w:b/>
        </w:rPr>
        <w:t xml:space="preserve">[27:18] </w:t>
      </w:r>
      <w:r>
        <w:t>tafseel to science ke zamane mein zahir hui. to kaise hoti hai? science ke darwazay band thay, nature par soch phir ke darwazay band thay.</w:t>
      </w:r>
    </w:p>
    <w:p>
      <w:pPr>
        <w:jc w:val="right"/>
      </w:pPr>
      <w:r>
        <w:t>تفصیل تو سائنس کے زمانے میں ظاہر ہوئی۔ تو کیسے ہوتی ہے؟ سائنس کے دروازے بند تھے، نیچر پر سوچ پھر کے دروازے بند تھے۔</w:t>
      </w:r>
    </w:p>
    <w:p>
      <w:r>
        <w:rPr>
          <w:b/>
        </w:rPr>
        <w:t xml:space="preserve">[27:29] </w:t>
      </w:r>
      <w:r>
        <w:t>to rasool aur sahaba rasool ke zamane mein yeh hua ke kingship ko toda gaya. yani sasani empire aur roman empire, jo is zamane mein kingship ke do bari chatanen theen, almi chatanen,</w:t>
      </w:r>
    </w:p>
    <w:p>
      <w:pPr>
        <w:jc w:val="right"/>
      </w:pPr>
      <w:r>
        <w:t>تو رسول اور صحابہ رسول کے زمانے میں یہ ہوا کہ کنگ شپ کو توڑا گیا۔ یعنی ساسانی ایمپائر اور رومن ایمپائر، جو اس زمانے میں کنگ شپ کے دو بڑی چٹانیں تھیں، عالمی چٹانیں،</w:t>
      </w:r>
    </w:p>
    <w:p>
      <w:r>
        <w:rPr>
          <w:b/>
        </w:rPr>
        <w:t xml:space="preserve">[27:46] </w:t>
      </w:r>
      <w:r>
        <w:t>bible mein hai ke abdi chatanen toot gayeen. is se murad yahi hai. to jab rasool aur sahaba rasool ki jahad se, yani yeh jo team bani thi hazrat hajra ke zamane mein, jo planning shuru hui thi, to jab yeh kingship tooti,</w:t>
      </w:r>
    </w:p>
    <w:p>
      <w:pPr>
        <w:jc w:val="right"/>
      </w:pPr>
      <w:r>
        <w:t>بائبل میں ہے کہ ابدی چٹانیں ٹوٹ گئیں۔ اس سے مراد یہی ہے۔ تو جب رسول اور صحابہ رسول کی جدوجہد سے، یعنی یہ جو ٹیم بنی تھی حضرت ہاجرہ کے زمانے میں، جو پلاننگ شروع ہوئی تھی، تو جب یہ کنگ شپ ٹوٹی،</w:t>
      </w:r>
    </w:p>
    <w:p>
      <w:r>
        <w:rPr>
          <w:b/>
        </w:rPr>
        <w:t xml:space="preserve">[28:06] </w:t>
      </w:r>
      <w:r>
        <w:t>tab ja kar science ka darwaza khula. is ka matlab nahi ke foran science ban gayi. ek process chala. process. woh process jo hai, is ka conversion tha jo europe mein hua.</w:t>
      </w:r>
    </w:p>
    <w:p>
      <w:pPr>
        <w:jc w:val="right"/>
      </w:pPr>
      <w:r>
        <w:t>تب جا کر سائنس کا دروازہ کھلا۔ اس کا مطلب نہیں کہ فوراً سائنس بن گئی۔ ایک پروسیس چلا۔ پروسیس۔ وہ پروسیس جو ہے، اس کا کنورژن تھا جو یورپ میں ہوا۔</w:t>
      </w:r>
    </w:p>
    <w:p>
      <w:r>
        <w:rPr>
          <w:b/>
        </w:rPr>
        <w:t xml:space="preserve">[28:19] </w:t>
      </w:r>
      <w:r>
        <w:t>is tarah se marifat ke darwazay khul gaye. science kya hai? science marifat ki. science ko nature ki unfolding kaha jata hai.</w:t>
      </w:r>
    </w:p>
    <w:p>
      <w:pPr>
        <w:jc w:val="right"/>
      </w:pPr>
      <w:r>
        <w:t>اس طرح سے معرفت کے دروازے کھل گئے۔ سائنس کیا ہے؟ سائنس معرفت کی۔ سائنس کو نیچر کی انفولڈنگ کہا جاتا ہے۔</w:t>
      </w:r>
    </w:p>
    <w:p>
      <w:r>
        <w:rPr>
          <w:b/>
        </w:rPr>
        <w:t xml:space="preserve">[28:30] </w:t>
      </w:r>
      <w:r>
        <w:t>isi ko mein kehta hoon marifat ki unfolding. yeh to sab hi mante hain ke science jo hai, woh nature ko, is ko explore kiya, nature ko daryaft kiya.</w:t>
      </w:r>
    </w:p>
    <w:p>
      <w:pPr>
        <w:jc w:val="right"/>
      </w:pPr>
      <w:r>
        <w:t>اسی کو میں کہتا ہوں معرفت کی انفولڈنگ۔ یہ تو سب ہی مانتے ہیں کہ سائنس جو ہے، وہ نیچر کو، اس کو ایکسپلور کیا، نیچر کو دریافت کیا۔</w:t>
      </w:r>
    </w:p>
    <w:p>
      <w:r>
        <w:rPr>
          <w:b/>
        </w:rPr>
        <w:t xml:space="preserve">[28:43] </w:t>
      </w:r>
      <w:r>
        <w:t>to isi ko hum kehte hain marifat ki unfolding. to yeh poora ek ek Allah taala ka ek plan tha jo 15 billion saal ke andar poora hua.</w:t>
      </w:r>
    </w:p>
    <w:p>
      <w:pPr>
        <w:jc w:val="right"/>
      </w:pPr>
      <w:r>
        <w:t>تو اسی کو ہم کہتے ہیں معرفت کی انفولڈنگ۔ تو یہ پورا ایک ایک اللہ تعالیٰ کا ایک پلان تھا جو 15 بلین سال کے اندر پورا ہوا۔</w:t>
      </w:r>
    </w:p>
    <w:p>
      <w:r>
        <w:rPr>
          <w:b/>
        </w:rPr>
        <w:t xml:space="preserve">[28:57] </w:t>
      </w:r>
      <w:r>
        <w:t>ab woh hote hote tareekh wahan pahunchi hai jahan hum hum hain. yani aaj communication ka zamana hai, aaj openness ka zamana hai, printing press ka zamana hai,</w:t>
      </w:r>
    </w:p>
    <w:p>
      <w:pPr>
        <w:jc w:val="right"/>
      </w:pPr>
      <w:r>
        <w:t>اب وہ ہوتے ہوتے تاریخ وہاں پہنچی ہے جہاں ہم ہم ہیں۔ یعنی آج کمیونیکیشن کا زمانہ ہے، آج اوپننس کا زمانہ ہے، پرنٹنگ پریس کا زمانہ ہے،</w:t>
      </w:r>
    </w:p>
    <w:p>
      <w:r>
        <w:rPr>
          <w:b/>
        </w:rPr>
        <w:t xml:space="preserve">[29:11] </w:t>
      </w:r>
      <w:r>
        <w:t>nai nai cheezen zahoor mein aayi hain.</w:t>
      </w:r>
    </w:p>
    <w:p>
      <w:pPr>
        <w:jc w:val="right"/>
      </w:pPr>
      <w:r>
        <w:t>نئی نئی چیزیں ظہور میں آئیں ہیں۔</w:t>
      </w:r>
    </w:p>
    <w:p>
      <w:r>
        <w:rPr>
          <w:b/>
        </w:rPr>
        <w:t xml:space="preserve">[29:17] </w:t>
      </w:r>
      <w:r>
        <w:t>abhi parson mere pas ek ello banaya madras se. to madras mein american embassy ne ek intezam kiya tha jo ek jagah ek jagah jagah karte hain, woh log english sikhane ka.</w:t>
      </w:r>
    </w:p>
    <w:p>
      <w:pPr>
        <w:jc w:val="right"/>
      </w:pPr>
      <w:r>
        <w:t>ابھی پرسوں میرے پاس ایک ایلو بنایا مدراس سے۔ تو مدراس میں امریکن ایمبیسی نے ایک انتظام کیا تھا جو ایک جگہ ایک جگہ جگہ کرتے ہیں، وہ لوگ انگلش سکھانے کا۔</w:t>
      </w:r>
    </w:p>
    <w:p>
      <w:r>
        <w:rPr>
          <w:b/>
        </w:rPr>
        <w:t xml:space="preserve">[29:36] </w:t>
      </w:r>
      <w:r>
        <w:t>yani madaris ke logon ko english sikhana. to wahan madaris ke kuch, yani farigheen madaris ke parhe hue, bulaye gaye.</w:t>
      </w:r>
    </w:p>
    <w:p>
      <w:pPr>
        <w:jc w:val="right"/>
      </w:pPr>
      <w:r>
        <w:t>یعنی مدرسے کے لوگوں کو انگلش سکھانا۔ تو وہاں مدرسے کے کچھ، یعنی فارغین مدرسے کے پڑھے ہوئے، بلائے گئے۔</w:t>
      </w:r>
    </w:p>
    <w:p>
      <w:r>
        <w:rPr>
          <w:b/>
        </w:rPr>
        <w:t xml:space="preserve">[29:49] </w:t>
      </w:r>
      <w:r>
        <w:t>is mein hamare bhi kai sathi thay, umri group jo jo hain hamare sath, woh bhi wahan thay. to mere pas yeh ello banaya ke yahan hum log aaye hain, yahan hamein english sikhane ke liye america se professor aaye hain.</w:t>
      </w:r>
    </w:p>
    <w:p>
      <w:pPr>
        <w:jc w:val="right"/>
      </w:pPr>
      <w:r>
        <w:t>اس میں ہمارے بھی کئی ساتھی تھے، عمری گروپ جو جو ہیں ہمارے ساتھ، وہ بھی وہاں تھے۔ تو میرے پاس یہ ایلو بنایا کہ یہاں ہم لوگ آئے ہیں، یہاں ہمیں انگلش سکھانے کے لیے امریکہ سے پروفیسر آئے ہیں۔</w:t>
      </w:r>
    </w:p>
    <w:p>
      <w:r>
        <w:rPr>
          <w:b/>
        </w:rPr>
        <w:t xml:space="preserve">[30:08] </w:t>
      </w:r>
      <w:r>
        <w:t>ab ghor kijiye ke yeh sara jo is mein sara kharcha, yani american embassy ne ada kiya, isi ne professor banaya, isi ne top ke professors ke zariye english ka class chalaya wahan par.</w:t>
      </w:r>
    </w:p>
    <w:p>
      <w:pPr>
        <w:jc w:val="right"/>
      </w:pPr>
      <w:r>
        <w:t>اب غور کیجئے کہ یہ سارا جو اس میں سارا خرچہ، یعنی امریکن ایمبیسی نے ادا کیا، اسی نے پروفیسر بنایا، اسی نے ٹاپ کے پروفیسرز کے ذریعے انگلش کا کلاس چلایا وہاں پر۔</w:t>
      </w:r>
    </w:p>
    <w:p>
      <w:r>
        <w:rPr>
          <w:b/>
        </w:rPr>
        <w:t xml:space="preserve">[30:26] </w:t>
      </w:r>
      <w:r>
        <w:t>to mujhe ek ajib ehsas mujhe hua. mein ne socha ke dekho, yani woh log jo hain madu hain aur yeh hazrat jo madaris ke farigheen ekatha hue, woh dawi hain.</w:t>
      </w:r>
    </w:p>
    <w:p>
      <w:pPr>
        <w:jc w:val="right"/>
      </w:pPr>
      <w:r>
        <w:t>تو مجھے ایک عجیب احساس مجھے ہوا۔ میں نے سوچا کہ دیکھو، یعنی وہ لوگ جو ہیں مدعو ہیں اور یہ حضرات جو مدرسے کے فارغین اکٹھا ہوئے، وہ داعی ہیں۔</w:t>
      </w:r>
    </w:p>
    <w:p>
      <w:r>
        <w:rPr>
          <w:b/>
        </w:rPr>
        <w:t xml:space="preserve">[30:41] </w:t>
      </w:r>
      <w:r>
        <w:t>un ke pas Allah ka deen hai jis ko pahunchana hai, woh Allah ke deen se be khabar hain, woh madu hain. to mein ek ajib ehsas hua ke goya ke madu yeh keh raha hai ke aao hamare kharche par aur hamari zuban sikho aur phir hum ko batao ke Allah ka deen kya hai.</w:t>
      </w:r>
    </w:p>
    <w:p>
      <w:pPr>
        <w:jc w:val="right"/>
      </w:pPr>
      <w:r>
        <w:t>ان کے پاس اللہ کا دین ہے جس کو پہنچانا ہے، وہ اللہ کے دین سے بے خبر ہیں، وہ مدعو ہیں۔ تو میں ایک عجیب احساس ہوا کہ گویا کہ مدعو یہ کہہ رہا ہے کہ آؤ ہمارے خرچے پر اور ہماری زبان سیکھو اور پھر ہم کو بتاؤ کہ اللہ کا دین کیا ہے۔</w:t>
      </w:r>
    </w:p>
    <w:p>
      <w:r>
        <w:rPr>
          <w:b/>
        </w:rPr>
        <w:t xml:space="preserve">[31:02] </w:t>
      </w:r>
      <w:r>
        <w:t>kaisi ajib baat hai</w:t>
      </w:r>
    </w:p>
    <w:p>
      <w:pPr>
        <w:jc w:val="right"/>
      </w:pPr>
      <w:r>
        <w:t>کیسی عجیب بات ہے</w:t>
      </w:r>
    </w:p>
    <w:p>
      <w:r>
        <w:rPr>
          <w:b/>
        </w:rPr>
        <w:t xml:space="preserve">[31:06] </w:t>
      </w:r>
      <w:r>
        <w:t>ke madu khud apne intezam ke tehat dawi ko bulata hai, sara arrangement woh karta hai aur dawi se kehta hai ke aap sikho hamari zuban english language aur hum ko batao ke Khuda ka deen kya hai.</w:t>
      </w:r>
    </w:p>
    <w:p>
      <w:pPr>
        <w:jc w:val="right"/>
      </w:pPr>
      <w:r>
        <w:t>کہ مدعو خود اپنے انتظام کے تحت داعی کو بلاتا ہے، سارا ارینجمنٹ وہ کرتا ہے اور داعی سے کہتا ہے کہ آپ سیکھو ہماری زبان انگلش لینگویج اور ہم کو بتاؤ کہ خدا کا دین کیا ہے۔</w:t>
      </w:r>
    </w:p>
    <w:p>
      <w:r>
        <w:rPr>
          <w:b/>
        </w:rPr>
        <w:t xml:space="preserve">[31:27] </w:t>
      </w:r>
      <w:r>
        <w:t>kaisi ajib baat hai. phir sochte sochte mujhe samajh mein aaya aur bohat si baaten jo is zamane mein paida hui hain.</w:t>
      </w:r>
    </w:p>
    <w:p>
      <w:pPr>
        <w:jc w:val="right"/>
      </w:pPr>
      <w:r>
        <w:t>کیسی عجیب بات ہے۔ پھر سوچتے سوچتے مجھے سمجھ میں آیا اور بہت سی باتیں جو اس زمانے میں پیدا ہوئی ہیں۔</w:t>
      </w:r>
    </w:p>
    <w:p>
      <w:r>
        <w:rPr>
          <w:b/>
        </w:rPr>
        <w:t xml:space="preserve">[31:40] </w:t>
      </w:r>
      <w:r>
        <w:t>yani Allah taala ko itna zyada matloob hai ke log janen haqeeqat ko.</w:t>
      </w:r>
    </w:p>
    <w:p>
      <w:pPr>
        <w:jc w:val="right"/>
      </w:pPr>
      <w:r>
        <w:t>یعنی اللہ تعالیٰ کو اتنا زیادہ مطلوب ہے کہ لوگ جانیں حقیقت کو۔</w:t>
      </w:r>
    </w:p>
    <w:p>
      <w:r>
        <w:rPr>
          <w:b/>
        </w:rPr>
        <w:t xml:space="preserve">[31:49] </w:t>
      </w:r>
      <w:r>
        <w:t>zyada se zyada log jo hain yeh dunya mein, yani aisi zindagi guzaren ke woh select kiye ja saken.</w:t>
      </w:r>
    </w:p>
    <w:p>
      <w:pPr>
        <w:jc w:val="right"/>
      </w:pPr>
      <w:r>
        <w:t>زیادہ سے زیادہ لوگ جو ہیں یہ دنیا میں، یعنی ایسی زندگی گزاریں کہ وہ سلیکٹ کیے جا سکیں۔</w:t>
      </w:r>
    </w:p>
    <w:p>
      <w:r>
        <w:rPr>
          <w:b/>
        </w:rPr>
        <w:t xml:space="preserve">[31:58] </w:t>
      </w:r>
      <w:r>
        <w:t>jaise ke mein ne arz kiya, yeh selected ground hai, dunya secretary bases par yahan afraad ko liya janay wala hai jannat ke liye.</w:t>
      </w:r>
    </w:p>
    <w:p>
      <w:pPr>
        <w:jc w:val="right"/>
      </w:pPr>
      <w:r>
        <w:t>جیسے کہ میں نے عرض کیا، یہ سلیکٹڈ گراؤنڈ ہے، دنیا سیکرٹری بیسز پر یہاں افراد کو لیا جانے والا ہے جنت کے لیے۔</w:t>
      </w:r>
    </w:p>
    <w:p>
      <w:r>
        <w:rPr>
          <w:b/>
        </w:rPr>
        <w:t xml:space="preserve">[32:09] </w:t>
      </w:r>
      <w:r>
        <w:t>to misal ke tor par dekhiye,</w:t>
      </w:r>
    </w:p>
    <w:p>
      <w:pPr>
        <w:jc w:val="right"/>
      </w:pPr>
      <w:r>
        <w:t>تو مثال کے طور پر دیکھیے،</w:t>
      </w:r>
    </w:p>
    <w:p>
      <w:r>
        <w:rPr>
          <w:b/>
        </w:rPr>
        <w:t xml:space="preserve">[32:15] </w:t>
      </w:r>
      <w:r>
        <w:t>tourism ko lijiye. kabhi pichlay zamane mein is tarah se siyahat nahi hoti thi jaise aaj kal hoti hai. sare dunya ke log nikal nikal kar ke ja rahe hain siyahat ke liye.</w:t>
      </w:r>
    </w:p>
    <w:p>
      <w:pPr>
        <w:jc w:val="right"/>
      </w:pPr>
      <w:r>
        <w:t>ٹورزم کو لیجئے۔ کبھی پچھلے زمانے میں اس طرح سے سیاحت نہیں ہوتی تھی جیسے آج کل ہوتی ہے۔ سارے دنیا کے لوگ نکل نکل کر کے جا رہے ہیں سیاحت کے لیے۔</w:t>
      </w:r>
    </w:p>
    <w:p>
      <w:r>
        <w:rPr>
          <w:b/>
        </w:rPr>
        <w:t xml:space="preserve">[32:33] </w:t>
      </w:r>
      <w:r>
        <w:t>yani tourism industry ek khul gayi hai. tourist industry. tourist industry is zamane mein bohat bari industry mani jati hai.</w:t>
      </w:r>
    </w:p>
    <w:p>
      <w:pPr>
        <w:jc w:val="right"/>
      </w:pPr>
      <w:r>
        <w:t>یعنی ٹورزم انڈسٹری ایک کھل گئی ہے۔ ٹورسٹ انڈسٹری۔ ٹورسٹ انڈسٹری اس زمانے میں بہت بڑی انڈسٹری مانی جاتی ہے۔</w:t>
      </w:r>
    </w:p>
    <w:p>
      <w:r>
        <w:rPr>
          <w:b/>
        </w:rPr>
        <w:t xml:space="preserve">[32:44] </w:t>
      </w:r>
      <w:r>
        <w:t>abhi hamare saathi kuch gaye thay turkey. unhon ne bataya ke wahan par sab bhare hue hain tourist, yani foreigners. kyun?</w:t>
      </w:r>
    </w:p>
    <w:p>
      <w:pPr>
        <w:jc w:val="right"/>
      </w:pPr>
      <w:r>
        <w:t>ابھی ہمارے ساتھی کچھ گئے تھے ترکی۔ انہوں نے بتایا کہ وہاں پر سب بھرے ہوئے ہیں ٹورسٹ، یعنی فارنرز۔ کیوں؟</w:t>
      </w:r>
    </w:p>
    <w:p>
      <w:r>
        <w:rPr>
          <w:b/>
        </w:rPr>
        <w:t xml:space="preserve">[32:53] </w:t>
      </w:r>
      <w:r>
        <w:t>wahan par jo tareekhi imaratein hain, tareekhi yaadgaarein hain, un ko dekhne ke liye India mein aate hain. jis park mein aap jaiye, wahan par kisi bhi park mein aap jaiye, kisi bhi taj mahal mein jaiye, kahin jaiye jo yahan yaadgaarein hain tareekhi, wahan aap ko milenge foreigners.</w:t>
      </w:r>
    </w:p>
    <w:p>
      <w:pPr>
        <w:jc w:val="right"/>
      </w:pPr>
      <w:r>
        <w:t>وہاں پر جو تاریخی عمارتیں ہیں، تاریخی یادگاریں ہیں، ان کو دیکھنے کے لیے انڈیا میں آتے ہیں۔ جس پارک میں آپ جائیے، وہاں پر کسی بھی پارک میں آپ جائیے، کسی بھی تاج محل میں جائیے، کہیں جائیے جو یہاں یادگاریں ہیں تاریخی، وہاں آپ کو ملیں گے فارنرز۔</w:t>
      </w:r>
    </w:p>
    <w:p>
      <w:r>
        <w:rPr>
          <w:b/>
        </w:rPr>
        <w:t xml:space="preserve">[33:11] </w:t>
      </w:r>
      <w:r>
        <w:t>yeh kya hai? yeh mad'u khud da'i ke paas aa raha hai. yani qadeem zamane mein jo da'i the, sahaba karam woh safar kar ke gaye.</w:t>
      </w:r>
    </w:p>
    <w:p>
      <w:pPr>
        <w:jc w:val="right"/>
      </w:pPr>
      <w:r>
        <w:t>یہ کیا ہے؟ یہ مدعو خود داعی کے پاس آ رہا ہے۔ یعنی قدیم زمانے میں جو دعا تھے، صحابہ کرام وہ سفر کر کے گئے۔</w:t>
      </w:r>
    </w:p>
    <w:p>
      <w:r>
        <w:rPr>
          <w:b/>
        </w:rPr>
        <w:t xml:space="preserve">[33:25] </w:t>
      </w:r>
      <w:r>
        <w:t>Hajjat ul Wida mein Rasool Allah ne farmaya tha ke tum log nikal jao Arab se mukhtalif mulkon mein aur Allah ke deen pounchao logon ko.</w:t>
      </w:r>
    </w:p>
    <w:p>
      <w:pPr>
        <w:jc w:val="right"/>
      </w:pPr>
      <w:r>
        <w:t>حجۃ الوداع میں رسول اللہ نے فرمایا تھا کہ تم لوگ نکل جاؤ عرب سے مختلف ملکوں میں اور اللہ کے دین پہنچاؤ لوگوں کو۔</w:t>
      </w:r>
    </w:p>
    <w:p>
      <w:r>
        <w:rPr>
          <w:b/>
        </w:rPr>
        <w:t xml:space="preserve">[33:37] </w:t>
      </w:r>
      <w:r>
        <w:t>mein apne kuch saathiyon ke sath chand saal pehle gaya tha Cyprus. to Cyprus mein wahan par qabar hai ek sahabi'a ki.</w:t>
      </w:r>
    </w:p>
    <w:p>
      <w:pPr>
        <w:jc w:val="right"/>
      </w:pPr>
      <w:r>
        <w:t>میں اپنے کچھ ساتھیوں کے ساتھ چند سال پہلے گیا تھا سائپرس۔ تو سائپرس میں وہاں پر قبر ہے ایک صحابیہ کی۔</w:t>
      </w:r>
    </w:p>
    <w:p>
      <w:r>
        <w:rPr>
          <w:b/>
        </w:rPr>
        <w:t xml:space="preserve">[33:47] </w:t>
      </w:r>
      <w:r>
        <w:t>to sahaba ka ek waqt wahan pouncha tha Banu Umayyah ke zamane mein. to log jatay thay safar kar ke oonton par, khacharon par, paidal.</w:t>
      </w:r>
    </w:p>
    <w:p>
      <w:pPr>
        <w:jc w:val="right"/>
      </w:pPr>
      <w:r>
        <w:t>تو صحابہ کا ایک وقت وہاں پہنچا تھا بنو امیہ کے زمانے میں۔ تو لوگ جاتے تھے سفر کر کے اونٹوں پر، خچروں پر، پیدل۔</w:t>
      </w:r>
    </w:p>
    <w:p>
      <w:r>
        <w:rPr>
          <w:b/>
        </w:rPr>
        <w:t xml:space="preserve">[33:59] </w:t>
      </w:r>
      <w:r>
        <w:t>tab ja kar doosron tak deen pouncha patay thay woh. yani da'i ko safar kar ke mad'u ke paas jana parta tha. ab kya hai?</w:t>
      </w:r>
    </w:p>
    <w:p>
      <w:pPr>
        <w:jc w:val="right"/>
      </w:pPr>
      <w:r>
        <w:t>تب جا کر دوسروں تک دین پہنچا پاتے تھے وہ۔ یعنی داعی کو سفر کر کے مدعو کے پاس جانا پڑتا تھا۔ اب کیا ہے؟</w:t>
      </w:r>
    </w:p>
    <w:p>
      <w:r>
        <w:rPr>
          <w:b/>
        </w:rPr>
        <w:t xml:space="preserve">[34:09] </w:t>
      </w:r>
      <w:r>
        <w:t>mad'u khud da'i ke paas aa raha hai. kaisi ajeeb baat hai?</w:t>
      </w:r>
    </w:p>
    <w:p>
      <w:pPr>
        <w:jc w:val="right"/>
      </w:pPr>
      <w:r>
        <w:t>مدعو خود داعی کے پاس آ رہا ہے۔ کیسی عجیب بات ہے؟</w:t>
      </w:r>
    </w:p>
    <w:p>
      <w:r>
        <w:rPr>
          <w:b/>
        </w:rPr>
        <w:t xml:space="preserve">[34:16] </w:t>
      </w:r>
      <w:r>
        <w:t>mad'u khud da'i ke paas aa raha hai.</w:t>
      </w:r>
    </w:p>
    <w:p>
      <w:pPr>
        <w:jc w:val="right"/>
      </w:pPr>
      <w:r>
        <w:t>مدعو خود داعی کے پاس آ رہا ہے۔</w:t>
      </w:r>
    </w:p>
    <w:p>
      <w:r>
        <w:rPr>
          <w:b/>
        </w:rPr>
        <w:t xml:space="preserve">[34:20] </w:t>
      </w:r>
      <w:r>
        <w:t>jahan bhi musalmanon ki bastiyan hain, Turkey mein, Misr mein, har mulk mein beshumar</w:t>
      </w:r>
    </w:p>
    <w:p>
      <w:pPr>
        <w:jc w:val="right"/>
      </w:pPr>
      <w:r>
        <w:t>جہاں بھی مسلمانوں کی بستیاں ہیں، ترکی میں، مصر میں، ہر ملک میں بے شمار</w:t>
      </w:r>
    </w:p>
    <w:p>
      <w:r>
        <w:rPr>
          <w:b/>
        </w:rPr>
        <w:t xml:space="preserve">[34:30] </w:t>
      </w:r>
      <w:r>
        <w:t>log aate hain bahir ke. aur abhi jo tashaddud ho raha hai idhar udhar, agar woh na ho to tourist ki tadad bohat barh jaye.</w:t>
      </w:r>
    </w:p>
    <w:p>
      <w:pPr>
        <w:jc w:val="right"/>
      </w:pPr>
      <w:r>
        <w:t>لوگ آتے ہیں باہر کے۔ اور ابھی جو تشدد ہو رہا ہے ادھر ادھر، اگر وہ نہ ہو تو ٹورسٹ کی تعداد بہت بڑھ جائے۔</w:t>
      </w:r>
    </w:p>
    <w:p>
      <w:r>
        <w:rPr>
          <w:b/>
        </w:rPr>
        <w:t xml:space="preserve">[34:43] </w:t>
      </w:r>
      <w:r>
        <w:t>misal ke tor par Iraq mein bohat zabardast tourism tha, bohat log aate thay. lekin jab se wahan tashaddud paida ho gaya to bohat kam ho gaye tourist.</w:t>
      </w:r>
    </w:p>
    <w:p>
      <w:pPr>
        <w:jc w:val="right"/>
      </w:pPr>
      <w:r>
        <w:t>مثال کے طور پر عراق میں بہت زبردست ٹورزم تھا، بہت لوگ آتے تھے۔ لیکن جب سے وہاں تشدد پیدا ہوگیا تو بہت کم ہو گئے ٹورسٹ۔</w:t>
      </w:r>
    </w:p>
    <w:p>
      <w:r>
        <w:rPr>
          <w:b/>
        </w:rPr>
        <w:t xml:space="preserve">[34:54] </w:t>
      </w:r>
      <w:r>
        <w:t>to ek daur hai, ek daur, yeh daur jo hai jis mein mad'u khud da'i ke paas aa raha hai. kaisi ajeeb baat hai?</w:t>
      </w:r>
    </w:p>
    <w:p>
      <w:pPr>
        <w:jc w:val="right"/>
      </w:pPr>
      <w:r>
        <w:t>تو ایک دور ہے، ایک دور، یہ دور جو ہے جس میں مدعو خود داعی کے پاس آ رہا ہے۔ کیسی عجیب بات ہے؟</w:t>
      </w:r>
    </w:p>
    <w:p>
      <w:r>
        <w:rPr>
          <w:b/>
        </w:rPr>
        <w:t xml:space="preserve">[35:07] </w:t>
      </w:r>
      <w:r>
        <w:t>kaisi ajeeb baat hai? yani jo da'i the, jo da'i the, unhon ne</w:t>
      </w:r>
    </w:p>
    <w:p>
      <w:pPr>
        <w:jc w:val="right"/>
      </w:pPr>
      <w:r>
        <w:t>کیسی عجیب بات ہے؟ یعنی جو دعا تھے، جو داعی تھے، انہوں نے</w:t>
      </w:r>
    </w:p>
    <w:p>
      <w:r>
        <w:rPr>
          <w:b/>
        </w:rPr>
        <w:t xml:space="preserve">[35:17] </w:t>
      </w:r>
      <w:r>
        <w:t>un ke liye Allah Ta'ala ne rastay khol diye. woh kaise hua? jab ke safar barh gaya, steamship bana, hawai jahaz bane, communication ka zamana aaya.</w:t>
      </w:r>
    </w:p>
    <w:p>
      <w:pPr>
        <w:jc w:val="right"/>
      </w:pPr>
      <w:r>
        <w:t>ان کے لیے اللہ تعالیٰ نے راستے کھول دیے۔ وہ کیسے ہوا؟ جبکہ سفر بڑھ گیا، اسٹین شپ بنا، ہوائی جہاز بنے، کمیونیکیشن کا زمانہ آیا۔</w:t>
      </w:r>
    </w:p>
    <w:p>
      <w:r>
        <w:rPr>
          <w:b/>
        </w:rPr>
        <w:t xml:space="preserve">[35:31] </w:t>
      </w:r>
      <w:r>
        <w:t>yeh sara woh infrastructure tayyar hua jis se ek aadmi yahan se wahan jata hai, yahan se wahan aata hai. pehle yeh sab tha nahin. to sarey duniya se log nikal nikal kar aanay lagay wahan jahan da'i log hain,</w:t>
      </w:r>
    </w:p>
    <w:p>
      <w:pPr>
        <w:jc w:val="right"/>
      </w:pPr>
      <w:r>
        <w:t>یہ سارا وہ انفراسٹرکچر تیار ہوا جس سے ایک آدمی یہاں سے وہاں جاتا ہے، یہاں سے وہاں آتا ہے۔ پہلے یہ سب تھا نہیں۔ تو سارے دنیا سے لوگ نکل نکل کر آنے لگے وہاں جہاں داعی لوگ ہیں،</w:t>
      </w:r>
    </w:p>
    <w:p>
      <w:r>
        <w:rPr>
          <w:b/>
        </w:rPr>
        <w:t xml:space="preserve">[35:48] </w:t>
      </w:r>
      <w:r>
        <w:t>jahan da'i hai. to</w:t>
      </w:r>
    </w:p>
    <w:p>
      <w:pPr>
        <w:jc w:val="right"/>
      </w:pPr>
      <w:r>
        <w:t>جہاں دعا ہے۔ تو</w:t>
      </w:r>
    </w:p>
    <w:p>
      <w:r>
        <w:rPr>
          <w:b/>
        </w:rPr>
        <w:t xml:space="preserve">[35:51] </w:t>
      </w:r>
      <w:r>
        <w:t>kaisi ajeeb baat hai yeh? kaisi ajeeb baat hai? yani mad'u khud da'i ke paas aa raha hai.</w:t>
      </w:r>
    </w:p>
    <w:p>
      <w:pPr>
        <w:jc w:val="right"/>
      </w:pPr>
      <w:r>
        <w:t>کیسی عجیب بات ہے یہ؟ کیسی عجیب بات ہے؟ یعنی مدعو خود داعی کے پاس آ رہا ہے۔</w:t>
      </w:r>
    </w:p>
    <w:p>
      <w:r>
        <w:rPr>
          <w:b/>
        </w:rPr>
        <w:t xml:space="preserve">[36:02] </w:t>
      </w:r>
      <w:r>
        <w:t>to is zamane mein jitni bhi taraqqiyan hui hain, communication ki taraqqi, printing press ki taraqqi, electronic media aur printing media ki taraqqi, safaron ki taraqqi, yeh jo taraqqiyan hain, in sab mein aap dekhiye ghaur se to sab goya ke da'wat rakhi taraqqiyan hain.</w:t>
      </w:r>
    </w:p>
    <w:p>
      <w:pPr>
        <w:jc w:val="right"/>
      </w:pPr>
      <w:r>
        <w:t>تو اس زمانے میں جتنی بھی ترقیاں ہوئی ہیں، کمیونیکیشن کی ترقی، پرنٹنگ پریس کی ترقی، الیکٹرانک میڈیا اور پرنٹنگ میڈیا کی ترقی، سفروں کی ترقی، یہ جو ترقیاں ہیں، ان سب میں آپ دیکھیے غور سے تو سب گویا کہ دعوت رخی ترقیاں ہیں۔</w:t>
      </w:r>
    </w:p>
    <w:p>
      <w:r>
        <w:rPr>
          <w:b/>
        </w:rPr>
        <w:t xml:space="preserve">[36:24] </w:t>
      </w:r>
      <w:r>
        <w:t>tamam taraqqiyan da'wat rakhi taraqqiyan hain. har taraqqi aakhir kar da'wat e haq mein ja rahi hai.</w:t>
      </w:r>
    </w:p>
    <w:p>
      <w:pPr>
        <w:jc w:val="right"/>
      </w:pPr>
      <w:r>
        <w:t>تمام ترقیاں دعوت رخی ترقیاں ہیں۔ ہر ترقی آخر کار دعوت حق میں جا رہی ہے۔</w:t>
      </w:r>
    </w:p>
    <w:p>
      <w:r>
        <w:rPr>
          <w:b/>
        </w:rPr>
        <w:t xml:space="preserve">[36:36] </w:t>
      </w:r>
      <w:r>
        <w:t>to mad'u log agar zinda hon, mad'u logon ko samajh aa jaye, mad'u ke andar da'wati spirit aa jaye, mad'u ko, nahin, da'i ko, yani da'i agar bashaoor ho,</w:t>
      </w:r>
    </w:p>
    <w:p>
      <w:pPr>
        <w:jc w:val="right"/>
      </w:pPr>
      <w:r>
        <w:t>تو مدعو لوگ اگر زندہ ہوں، مدعو لوگوں کو سمجھ آ جائے، مدعو کے اندر دعوتی سپرٹ آ جائے، مدعو کو، نہیں، داعی کو، یعنی داعی اگر باشعور ہو،</w:t>
      </w:r>
    </w:p>
    <w:p>
      <w:r>
        <w:rPr>
          <w:b/>
        </w:rPr>
        <w:t xml:space="preserve">[36:52] </w:t>
      </w:r>
      <w:r>
        <w:t>da'i agar is ke andar da'wati spirit maujood ho, yani ahle iman ke darmiyan,</w:t>
      </w:r>
    </w:p>
    <w:p>
      <w:pPr>
        <w:jc w:val="right"/>
      </w:pPr>
      <w:r>
        <w:t>داعی اگر اس کے اندر دعوتی سپرٹ موجود ہو، یعنی اہل ایمان کے درمیان،</w:t>
      </w:r>
    </w:p>
    <w:p>
      <w:r>
        <w:rPr>
          <w:b/>
        </w:rPr>
        <w:t xml:space="preserve">[37:02] </w:t>
      </w:r>
      <w:r>
        <w:t>to da'i agar bashaoor ho, da'i zinda ho, da'i ke andar zimmedari ka ehsas maujood ho to khud usi ke paas mad'u bheer ke bheer chalaye, mad'u ki bheer ki bheer chali aa rahi hai.</w:t>
      </w:r>
    </w:p>
    <w:p>
      <w:pPr>
        <w:jc w:val="right"/>
      </w:pPr>
      <w:r>
        <w:t>تو داعی اگر باشعور ہو، داعی زندہ ہو، داعی کے اندر ذمہ داری کا احساس موجود ہو تو خود اسی کے پاس مدعو بھیڑ کے بھیڑ چلائے، مدعو کی بھیڑ کی بھیڑ چلی آ رہی ہے۔</w:t>
      </w:r>
    </w:p>
    <w:p>
      <w:r>
        <w:rPr>
          <w:b/>
        </w:rPr>
        <w:t xml:space="preserve">[37:19] </w:t>
      </w:r>
      <w:r>
        <w:t>aisa ajeeb o ghareeb zaman</w:t>
      </w:r>
    </w:p>
    <w:p>
      <w:pPr>
        <w:jc w:val="right"/>
      </w:pPr>
      <w:r>
        <w:t>ایسا عجیب و غریب زمان</w:t>
      </w:r>
    </w:p>
    <w:p>
      <w:r>
        <w:rPr>
          <w:b/>
        </w:rPr>
        <w:t xml:space="preserve">[37:21] </w:t>
      </w:r>
      <w:r>
        <w:t>hai hai yeh. aisa ajeeb o ghareeb zamana hai.</w:t>
      </w:r>
    </w:p>
    <w:p>
      <w:pPr>
        <w:jc w:val="right"/>
      </w:pPr>
      <w:r>
        <w:t>ہ ہے یہ۔ ایسا عجیب و غریب زمانہ ہے۔</w:t>
      </w:r>
    </w:p>
    <w:p>
      <w:r>
        <w:rPr>
          <w:b/>
        </w:rPr>
        <w:t xml:space="preserve">[37:28] </w:t>
      </w:r>
      <w:r>
        <w:t>aur yeh Allah taala ne apni madad ko dawat ke liye bohat ziyada wada farmaya ke daai ka jo dawat ka jo kaam karega, us ke liye madad aayegi zaroor.</w:t>
      </w:r>
    </w:p>
    <w:p>
      <w:pPr>
        <w:jc w:val="right"/>
      </w:pPr>
      <w:r>
        <w:t>اور یہ اللہ تعالیٰ نے اپنی مدد کو دعوت کے لیے بہت زیادہ وعدہ فرمایا کہ داعی کا جو دعوت کا جو کام کرے گا، اس کے لیے مدد آئے گی ضرور۔</w:t>
      </w:r>
    </w:p>
    <w:p>
      <w:r>
        <w:rPr>
          <w:b/>
        </w:rPr>
        <w:t xml:space="preserve">[37:43] </w:t>
      </w:r>
      <w:r>
        <w:t>aaj hi subah mujhe aik waqia bataya gaya ke hamare saathi Khurram sahib Kalim Pong gaye to wahan ki masjid mein woh namaz parhne gaye to wahan par dekha ke bohat se log hain.</w:t>
      </w:r>
    </w:p>
    <w:p>
      <w:pPr>
        <w:jc w:val="right"/>
      </w:pPr>
      <w:r>
        <w:t>آج ہی صبح مجھے ایک واقعہ بتایا گیا کہ ہمارے ساتھی خرم صاحب کالیم پونگ گئے تو وہاں کی مسجد میں وہ نماز پڑھنے گئے تو وہاں پر دیکھا کہ بہت سے لوگ ہیں۔</w:t>
      </w:r>
    </w:p>
    <w:p>
      <w:r>
        <w:rPr>
          <w:b/>
        </w:rPr>
        <w:t xml:space="preserve">[37:58] </w:t>
      </w:r>
      <w:r>
        <w:t>to</w:t>
      </w:r>
    </w:p>
    <w:p>
      <w:pPr>
        <w:jc w:val="right"/>
      </w:pPr>
      <w:r>
        <w:t>تو</w:t>
      </w:r>
    </w:p>
    <w:p>
      <w:r>
        <w:rPr>
          <w:b/>
        </w:rPr>
        <w:t xml:space="preserve">[38:01] </w:t>
      </w:r>
      <w:r>
        <w:t>unhon ne chaha ke unhon ne in ko Quran waghera dein to koi mutawajjah nahi hua. to unhon ne kya kiya? ja kar ke namaz parh ke dua kiya.</w:t>
      </w:r>
    </w:p>
    <w:p>
      <w:pPr>
        <w:jc w:val="right"/>
      </w:pPr>
      <w:r>
        <w:t>انہوں نے چاہا کہ انہوں نے ان کو قرآن وغیرہ دیں تو کوئی متوجہ نہیں ہوا۔ تو انہوں نے کیا کیا؟ جا کر کے نماز پڑھ کے دعا کیا۔</w:t>
      </w:r>
    </w:p>
    <w:p>
      <w:r>
        <w:rPr>
          <w:b/>
        </w:rPr>
        <w:t xml:space="preserve">[38:13] </w:t>
      </w:r>
      <w:r>
        <w:t>dua ke baad jab woh bahar aaye to ajeeb ghareeb tor par logon ke gird aktha ho gaye. log reh gaye Quran mangne, Islami kitabein mangne.</w:t>
      </w:r>
    </w:p>
    <w:p>
      <w:pPr>
        <w:jc w:val="right"/>
      </w:pPr>
      <w:r>
        <w:t>دعا کے بعد جب وہ باہر آئے تو عجیب غریب طور پر لوگوں کے گرد اکٹھا ہو گئے۔ لوگ رہ گئے قرآن مانگنے، اسلامی کتابیں مانگنے۔</w:t>
      </w:r>
    </w:p>
    <w:p>
      <w:r>
        <w:rPr>
          <w:b/>
        </w:rPr>
        <w:t xml:space="preserve">[38:25] </w:t>
      </w:r>
      <w:r>
        <w:t>yeh qissa inshallah jab woh wapas aayenge, aaj woh yaani Delhi mein nahi hain to woh qissa inhi ki zuban se hum sunenge.</w:t>
      </w:r>
    </w:p>
    <w:p>
      <w:pPr>
        <w:jc w:val="right"/>
      </w:pPr>
      <w:r>
        <w:t>یہ قصہ انشاءاللہ جب وہ واپس آئیں گے، آج وہ یعنی دلی میں نہیں ہیں تو وہ قصہ انہی کی زبان سے ہم سنیں گے۔</w:t>
      </w:r>
    </w:p>
    <w:p>
      <w:r>
        <w:rPr>
          <w:b/>
        </w:rPr>
        <w:t xml:space="preserve">[38:35] </w:t>
      </w:r>
      <w:r>
        <w:t>is tarah ke bohat se waqiat hain ke hamare saathi jagah jagah jate hain aur dekhte hain kahin kaam nahi ho raha hai to dua karte hain.</w:t>
      </w:r>
    </w:p>
    <w:p>
      <w:pPr>
        <w:jc w:val="right"/>
      </w:pPr>
      <w:r>
        <w:t>اس طرح کے بہت سے واقعات ہیں کہ ہمارے ساتھی جگہ جگہ جاتے ہیں اور دیکھتے ہیں کہیں کام نہیں ہو رہا ہے تو دعا کرتے ہیں۔</w:t>
      </w:r>
    </w:p>
    <w:p>
      <w:r>
        <w:rPr>
          <w:b/>
        </w:rPr>
        <w:t xml:space="preserve">[38:46] </w:t>
      </w:r>
      <w:r>
        <w:t>dua karte hi darwaze khul jate hain. to aik taraf dekhiye, science ne yaani infrastructure paida kar diya, ajeeb o ghareeb tor par har qism ka.</w:t>
      </w:r>
    </w:p>
    <w:p>
      <w:pPr>
        <w:jc w:val="right"/>
      </w:pPr>
      <w:r>
        <w:t>دعا کرتے ہی دروازے کھل جاتے ہیں۔ تو ایک طرف دیکھیے، سائنس نے یعنی انفراسٹرکچر پیدا کر دیا، عجیب و غریب طور پر ہر قسم کا۔</w:t>
      </w:r>
    </w:p>
    <w:p>
      <w:r>
        <w:rPr>
          <w:b/>
        </w:rPr>
        <w:t xml:space="preserve">[39:03] </w:t>
      </w:r>
      <w:r>
        <w:t>doosri taraf aap farishte lage hue hain aap ke sath, aap dua kijiye aur Allah taala farishton ko active kar denge. to itne ziyada imkanat Allah taala ne badha diye hain dawat ke ke aap ke liye koi excuse baqi nahi.</w:t>
      </w:r>
    </w:p>
    <w:p>
      <w:pPr>
        <w:jc w:val="right"/>
      </w:pPr>
      <w:r>
        <w:t>دوسری طرف آپ فرشتے لگے ہوئے ہیں آپ کے ساتھ، آپ دعا کیجئے اور اللہ تعالیٰ فرشتوں کو ایکٹیو کر دیں گے۔ تو اتنے زیادہ امکانات اللہ تعالیٰ نے بڑھا دیے ہیں دعوت کے کہ آپ کے لیے کوئی ایکسکیوز باقی نہیں۔</w:t>
      </w:r>
    </w:p>
    <w:p>
      <w:r>
        <w:rPr>
          <w:b/>
        </w:rPr>
        <w:t xml:space="preserve">[39:22] </w:t>
      </w:r>
      <w:r>
        <w:t>siray se koi bhi excuse nahi hai. kisi qism ka koi excuse nahi hai.</w:t>
      </w:r>
    </w:p>
    <w:p>
      <w:pPr>
        <w:jc w:val="right"/>
      </w:pPr>
      <w:r>
        <w:t>سرے سے کوئی بھی ایکسکیوز نہیں ہے۔ کسی قسم کا کوئی ایکسکیوز نہیں ہے۔</w:t>
      </w:r>
    </w:p>
    <w:p>
      <w:r>
        <w:rPr>
          <w:b/>
        </w:rPr>
        <w:t xml:space="preserve">[39:32] </w:t>
      </w:r>
      <w:r>
        <w:t>agar aap ke paas infrastructure hai to us ko istemal kijiye, nahi hai to dua kijiye.</w:t>
      </w:r>
    </w:p>
    <w:p>
      <w:pPr>
        <w:jc w:val="right"/>
      </w:pPr>
      <w:r>
        <w:t>اگر آپ کے پاس انفراسٹرکچر ہے تو اس کو استعمال کیجئے، نہیں ہے تو دعا کیجئے۔</w:t>
      </w:r>
    </w:p>
    <w:p>
      <w:r>
        <w:rPr>
          <w:b/>
        </w:rPr>
        <w:t xml:space="preserve">[39:41] </w:t>
      </w:r>
      <w:r>
        <w:t>agar aap ke paas infrastructure nahi hai to dua kijiye aur phir sara intezam Allah ki taraf se ho jayega. is tarah ke waqiat bar bar hamare saathiyon ke sath ho rahe hain.</w:t>
      </w:r>
    </w:p>
    <w:p>
      <w:pPr>
        <w:jc w:val="right"/>
      </w:pPr>
      <w:r>
        <w:t>اگر آپ کے پاس انفراسٹرکچر نہیں ہے تو دعا کیجئے اور پھر سارا انتظام اللہ کی طرف سے ہو جائے گا۔ اس طرح کے واقعات بار بار ہمارے ساتھیوں کے ساتھ ہو رہے ہیں۔</w:t>
      </w:r>
    </w:p>
    <w:p>
      <w:r>
        <w:rPr>
          <w:b/>
        </w:rPr>
        <w:t xml:space="preserve">[39:57] </w:t>
      </w:r>
      <w:r>
        <w:t>to mein yeh kahunga ke yeh zamana dawah explosion ka zamana hai. dawah explosion yaani har woh woh tamam mawaqe akhirat tak khul gaye hain aur tamam</w:t>
      </w:r>
    </w:p>
    <w:p>
      <w:pPr>
        <w:jc w:val="right"/>
      </w:pPr>
      <w:r>
        <w:t>تو میں یہ کہوں گا کہ یہ زمانہ دعویٰ ایکسپلوژن کا زمانہ ہے۔ دعویٰ ایکسپلوژن یعنی ہر وہ وہ تمام مواقع آخرت تک کھل گئے ہیں اور تمام</w:t>
      </w:r>
    </w:p>
    <w:p>
      <w:r>
        <w:rPr>
          <w:b/>
        </w:rPr>
        <w:t xml:space="preserve">[40:19] </w:t>
      </w:r>
      <w:r>
        <w:t>woh tamam opportunities akhirat tak faraham ho chuki hain jis ko jin ko istemal kar ke hum dawah work karein.</w:t>
      </w:r>
    </w:p>
    <w:p>
      <w:pPr>
        <w:jc w:val="right"/>
      </w:pPr>
      <w:r>
        <w:t>وہ تمام اپرچونیٹیز آخرت تک فراہم ہو چکی ہیں جس کو جن کو استعمال کر کے ہم دعا ورک کریں۔</w:t>
      </w:r>
    </w:p>
    <w:p>
      <w:r>
        <w:rPr>
          <w:b/>
        </w:rPr>
        <w:t xml:space="preserve">[40:32] </w:t>
      </w:r>
      <w:r>
        <w:t>koi bhi sirf shart aik hai, woh yeh hai ke aap violence na karein, hate na karein, bas aur koi shart nahi hai.</w:t>
      </w:r>
    </w:p>
    <w:p>
      <w:pPr>
        <w:jc w:val="right"/>
      </w:pPr>
      <w:r>
        <w:t>کوئی بھی صرف شرط ایک ہے، وہ یہ ہے کہ آپ وائیلنس نہ کریں، ہیٹ نہ کریں، بس اور کوئی شرط نہیں ہے۔</w:t>
      </w:r>
    </w:p>
    <w:p>
      <w:r>
        <w:rPr>
          <w:b/>
        </w:rPr>
        <w:t xml:space="preserve">[40:44] </w:t>
      </w:r>
      <w:r>
        <w:t>dawah work dekhiye, bohat ziyada positive work hai. dawah work ke liye sirf yahi chahiye ke aap insanon ke khair khwah banein aur Allah se dua karein.</w:t>
      </w:r>
    </w:p>
    <w:p>
      <w:pPr>
        <w:jc w:val="right"/>
      </w:pPr>
      <w:r>
        <w:t>دعا ورک دیکھیے، بہت زیادہ پوزیٹیو ورک ہے۔ دعا ورک کے لیے صرف یہی چاہیے کہ آپ انسانوں کے خیر خواہ بنیں اور اللہ سے دعا کریں۔</w:t>
      </w:r>
    </w:p>
    <w:p>
      <w:r>
        <w:rPr>
          <w:b/>
        </w:rPr>
        <w:t xml:space="preserve">[40:56] </w:t>
      </w:r>
      <w:r>
        <w:t>bas do hi shart kafi hain: insanon ke khair khwahi aur Allah se dua karna.</w:t>
      </w:r>
    </w:p>
    <w:p>
      <w:pPr>
        <w:jc w:val="right"/>
      </w:pPr>
      <w:r>
        <w:t>بس دو ہی شرط کافی ہیں: انسانوں کے خیر خواہی اور اللہ سے دعا کرنا۔</w:t>
      </w:r>
    </w:p>
    <w:p>
      <w:r>
        <w:rPr>
          <w:b/>
        </w:rPr>
        <w:t xml:space="preserve">[41:05] </w:t>
      </w:r>
      <w:r>
        <w:t>lekin bad qismati se musalman is raat ko nahi jante, jagah jagah tashaddud jari kiye hue hain.</w:t>
      </w:r>
    </w:p>
    <w:p>
      <w:pPr>
        <w:jc w:val="right"/>
      </w:pPr>
      <w:r>
        <w:t>لیکن بدقسمتی سے مسلمان اس رات کو نہیں جانتے، جگہ جگہ تشدد جاری کیے ہوئے ہیں۔</w:t>
      </w:r>
    </w:p>
    <w:p>
      <w:r>
        <w:rPr>
          <w:b/>
        </w:rPr>
        <w:t xml:space="preserve">[41:13] </w:t>
      </w:r>
      <w:r>
        <w:t>jagah jagah dekhiye, tashaddud tashaddud hai ke khatam hi nahi hota. misal ke tor par aap dekhiye, Egypt mein, Misr mein bohat dhoop machi yahan tak ke Hosni Mubarak chale gaye, tab bhi tashaddud khatam nahi hua.</w:t>
      </w:r>
    </w:p>
    <w:p>
      <w:pPr>
        <w:jc w:val="right"/>
      </w:pPr>
      <w:r>
        <w:t>جگہ جگہ دیکھیں، تشدد تشدد ہے کہ ختم ہی نہیں ہوتا۔ مثال کے طور پر آپ دیکھیے، ایجپٹ میں، مصر میں بہت دھوپ مچی یہاں تک کہ حسن مبارک چلے گئے، تب بھی تشدد ختم نہیں ہوا۔</w:t>
      </w:r>
    </w:p>
    <w:p>
      <w:r>
        <w:rPr>
          <w:b/>
        </w:rPr>
        <w:t xml:space="preserve">[41:29] </w:t>
      </w:r>
      <w:r>
        <w:t>tab bhi wahan pathar mare ja rahe hain, goliyan chal rahi hain.</w:t>
      </w:r>
    </w:p>
    <w:p>
      <w:pPr>
        <w:jc w:val="right"/>
      </w:pPr>
      <w:r>
        <w:t>تب بھی وہاں پتھر مارے جا رہے ہیں، گولیاں چل رہی ہیں۔</w:t>
      </w:r>
    </w:p>
    <w:p>
      <w:r>
        <w:rPr>
          <w:b/>
        </w:rPr>
        <w:t xml:space="preserve">[41:36] </w:t>
      </w:r>
      <w:r>
        <w:t>to aik hi cheez darkar hai ke log zamane ke yaani halaat ko janein aur is zamane mein jo naye mawaqe khule hain, un ko janein aur tashaddud ko unit unitly to hum khatam karte hain.</w:t>
      </w:r>
    </w:p>
    <w:p>
      <w:pPr>
        <w:jc w:val="right"/>
      </w:pPr>
      <w:r>
        <w:t>تو ایک ہی چیز درکار ہے کہ لوگ زمانے کے یعنی حالات کو جانیں اور اس زمانے میں جو نئے مواقع کھلے ہیں، ان کو جانیں اور تشدد کو یونٹ یونٹلی تو ہم ختم کرتے ہیں۔</w:t>
      </w:r>
    </w:p>
    <w:p>
      <w:r>
        <w:rPr>
          <w:b/>
        </w:rPr>
        <w:t xml:space="preserve">[41:58] </w:t>
      </w:r>
      <w:r>
        <w:t>mukammal tor par tashaddud se mawaqe barbad hote hain, nafratein aati hain, normal taluqat baqi nahi rehte.</w:t>
      </w:r>
    </w:p>
    <w:p>
      <w:pPr>
        <w:jc w:val="right"/>
      </w:pPr>
      <w:r>
        <w:t>مکمل طور پر تشدد سے مواقع برباد ہوتے ہیں، نفرتیں آتی ہیں، نارمل تعلقات باقی نہیں رہتے۔</w:t>
      </w:r>
    </w:p>
    <w:p>
      <w:r>
        <w:rPr>
          <w:b/>
        </w:rPr>
        <w:t xml:space="preserve">[42:11] </w:t>
      </w:r>
      <w:r>
        <w:t>is tarah ke negative soch logon mein aa jati hai to is tarah ke jahan halaat hon, wahan dawat kaam nahi ho sakta, bilkul nahi ho sakta.</w:t>
      </w:r>
    </w:p>
    <w:p>
      <w:pPr>
        <w:jc w:val="right"/>
      </w:pPr>
      <w:r>
        <w:t>اس طرح کے نیگیٹیو سوچ لوگوں میں آ جاتی ہے تو اس طرح کے جہاں حالات ہوں، وہاں دعوت کام نہیں ہو سکتا، بالکل نہیں ہو سکتا۔</w:t>
      </w:r>
    </w:p>
    <w:p>
      <w:r>
        <w:rPr>
          <w:b/>
        </w:rPr>
        <w:t xml:space="preserve">[42:26] </w:t>
      </w:r>
      <w:r>
        <w:t>to ab dawat ke rastay mein jo rukawat hai, woh andar se hai, bahar se nahi hai. bahar se to sab kuch ho chuka hai, hamein sirf avail karna hai.</w:t>
      </w:r>
    </w:p>
    <w:p>
      <w:pPr>
        <w:jc w:val="right"/>
      </w:pPr>
      <w:r>
        <w:t>تو اب دعوت کے راستے میں جو رکاوٹ ہے، وہ اندر سے ہے، باہر سے نہیں ہے۔ باہر سے تو سب کچھ ہو چکا ہے، ہمیں صرف اویل کرنا ہے۔</w:t>
      </w:r>
    </w:p>
    <w:p>
      <w:r>
        <w:rPr>
          <w:b/>
        </w:rPr>
        <w:t xml:space="preserve">[42:37] </w:t>
      </w:r>
      <w:r>
        <w:t>awwal karne mein jo cheez rukawat hai, woh sirf yeh hai ke hamare andar jo nafratein aa gayi hain, jo negative thinking aa gayi hai, jis ka culmination yeh hai ke log gun chala rahe hain aur bomb ka chala rahe hain.</w:t>
      </w:r>
    </w:p>
    <w:p>
      <w:pPr>
        <w:jc w:val="right"/>
      </w:pPr>
      <w:r>
        <w:t>اویل کرنے میں جو چیز رکاوٹ ہے، وہ صرف یہ ہے کہ ہمارے اندر جو نفرتیں آ گئی ہیں، جو نیگیٹیو تھنکنگ آ گئی ہے، جس کا کلمیشن یہ ہے کہ لوگ گن چل رہے ہیں اور بم کا چلا رہے ہیں۔</w:t>
      </w:r>
    </w:p>
    <w:p>
      <w:r>
        <w:rPr>
          <w:b/>
        </w:rPr>
        <w:t xml:space="preserve">[42:54] </w:t>
      </w:r>
      <w:r>
        <w:t>har jagah aap dekhiye, abhi aap falasteen ke bare mein aap ne khabar suni hogi ke wahan par al-quds billion march ho raha hai. kis liye? sirf takrao ke liye.</w:t>
      </w:r>
    </w:p>
    <w:p>
      <w:pPr>
        <w:jc w:val="right"/>
      </w:pPr>
      <w:r>
        <w:t>ہر جگہ آپ دیکھیے، ابھی آپ فلسطین کے بارے میں آپ نے خبر سنی ہوگی کہ وہاں پر القدس بلین مارچ ہو رہا ہے۔ کس لیے؟ صرف ٹکراؤ کے لیے۔</w:t>
      </w:r>
    </w:p>
    <w:p>
      <w:r>
        <w:rPr>
          <w:b/>
        </w:rPr>
        <w:t xml:space="preserve">[43:06] </w:t>
      </w:r>
      <w:r>
        <w:t>al-quds billion march hona chahiye, dawat ke liye hona chahiye. yaani million log nikle hain is liye ke unhein dawat dena hai. is liye nahi ke logon ko ja kar ladna hai, lad kar qabza karna hai.</w:t>
      </w:r>
    </w:p>
    <w:p>
      <w:pPr>
        <w:jc w:val="right"/>
      </w:pPr>
      <w:r>
        <w:t>القدس بلین مارچ ہونا چاہیے، دعوت کے لیے ہونا چاہیے۔ یعنی ملین لوگ نکلے ہیں اس لیے کہ انہیں دعوت دینا ہے۔ اس لیے نہیں کہ لوگوں کو جا کر لڑنا ہے، لڑ کر قبضہ کرنا ہے۔</w:t>
      </w:r>
    </w:p>
    <w:p>
      <w:r>
        <w:rPr>
          <w:b/>
        </w:rPr>
        <w:t xml:space="preserve">[43:19] </w:t>
      </w:r>
      <w:r>
        <w:t>yeh sab political march hain. to al-quds billion march ki wajah hona chahiye ke dawat ke liye log niklein, million billion ki tadad mein aur insanon ko Allah ka paigham pohanchayein.</w:t>
      </w:r>
    </w:p>
    <w:p>
      <w:pPr>
        <w:jc w:val="right"/>
      </w:pPr>
      <w:r>
        <w:t>یہ سب پولیٹیکل مارچ ہیں۔ تو القدس بلین مارچ کی وجہ ہونا چاہیے کہ دعوت کے لیے لوگ نکلیں، ملین بلین کی تعداد میں اور انسانوں کو اللہ کا پیغام پہنچائیں۔</w:t>
      </w:r>
    </w:p>
    <w:p>
      <w:r>
        <w:rPr>
          <w:b/>
        </w:rPr>
        <w:t xml:space="preserve">[43:37] </w:t>
      </w:r>
      <w:r>
        <w:t>kal ek sahab ko hamare paas telephone aaya, unhone kaha ke</w:t>
      </w:r>
    </w:p>
    <w:p>
      <w:pPr>
        <w:jc w:val="right"/>
      </w:pPr>
      <w:r>
        <w:t>کل ایک صاحب کو ہمارے پاس ٹیلی فون آیا، انہوں نے کہا کہ</w:t>
      </w:r>
    </w:p>
    <w:p>
      <w:r>
        <w:rPr>
          <w:b/>
        </w:rPr>
        <w:t xml:space="preserve">[43:43] </w:t>
      </w:r>
      <w:r>
        <w:t>aap dawat ki baat karte hain, yahan to musalmanon ke liye tahaffuz ka masla hai.</w:t>
      </w:r>
    </w:p>
    <w:p>
      <w:pPr>
        <w:jc w:val="right"/>
      </w:pPr>
      <w:r>
        <w:t>آپ دعوت کی بات کرتے ہیں، یہاں تو مسلمانوں کے لیے تحفظ کا مسئلہ ہے۔</w:t>
      </w:r>
    </w:p>
    <w:p>
      <w:r>
        <w:rPr>
          <w:b/>
        </w:rPr>
        <w:t xml:space="preserve">[43:53] </w:t>
      </w:r>
      <w:r>
        <w:t>aap dawat ki baat karte hain, hum musalmanon ke liye masla yeh hai ke unko zulm ho raha hai, sataya ja raha hai, unke liye tahaffuz ka masla hai.</w:t>
      </w:r>
    </w:p>
    <w:p>
      <w:pPr>
        <w:jc w:val="right"/>
      </w:pPr>
      <w:r>
        <w:t>آپ دعوت کی بات کرتے ہیں، ہم مسلمانوں کے لیے مسئلہ یہ ہے کہ ان کو ظلم ہو رہا ہے، ستایا جا رہا ہے، ان کے لیے تحفظ کا مسئلہ ہے۔</w:t>
      </w:r>
    </w:p>
    <w:p>
      <w:r>
        <w:rPr>
          <w:b/>
        </w:rPr>
        <w:t xml:space="preserve">[44:04] </w:t>
      </w:r>
      <w:r>
        <w:t>to maine kaha ke dekhiye, yeh soch aap ki jo hai,</w:t>
      </w:r>
    </w:p>
    <w:p>
      <w:pPr>
        <w:jc w:val="right"/>
      </w:pPr>
      <w:r>
        <w:t>تو میں نے کہا کہ دیکھیے، یہ سوچ آپ کی جو ہے،</w:t>
      </w:r>
    </w:p>
    <w:p>
      <w:r>
        <w:rPr>
          <w:b/>
        </w:rPr>
        <w:t xml:space="preserve">[44:11] </w:t>
      </w:r>
      <w:r>
        <w:t>yeh aap ki zaati soch hai, yeh quran wali soch nahi hai.</w:t>
      </w:r>
    </w:p>
    <w:p>
      <w:pPr>
        <w:jc w:val="right"/>
      </w:pPr>
      <w:r>
        <w:t>یہ آپ کی ذاتی سوچ ہے، یہ قرآن والی سوچ نہیں ہے۔</w:t>
      </w:r>
    </w:p>
    <w:p>
      <w:r>
        <w:rPr>
          <w:b/>
        </w:rPr>
        <w:t xml:space="preserve">[44:18] </w:t>
      </w:r>
      <w:r>
        <w:t>aap baaton ko quran ki roshni mein dekhiye, quran ko le kar sochiye. to quran mein ek ayat hai: "ya ayyuhal rasool, baligh ma unzila ilayka min rabbik, wa in lam taf'al fa ma balaghta risalatah,</w:t>
      </w:r>
    </w:p>
    <w:p>
      <w:pPr>
        <w:jc w:val="right"/>
      </w:pPr>
      <w:r>
        <w:t>آپ باتوں کو قرآن کی روشنی میں دیکھیے، قرآن کو لے کر سوچیے۔ تو قرآن میں ایک آیت ہے: "یا ایہا الرسول، بلغ ما انزل الیک من ربک، ولم تفعل وما بلغت رسالتا،</w:t>
      </w:r>
    </w:p>
    <w:p>
      <w:r>
        <w:rPr>
          <w:b/>
        </w:rPr>
        <w:t xml:space="preserve">[44:40] </w:t>
      </w:r>
      <w:r>
        <w:t>wallahu ya'simuka minan naas". maine kaha dekhiye, is ayat se saaf taur par sabit hota hai, bohat hi clear taur par ke ismat minan naas ka raaz dawat-e-ilahi mein chupa hua hai.</w:t>
      </w:r>
    </w:p>
    <w:p>
      <w:pPr>
        <w:jc w:val="right"/>
      </w:pPr>
      <w:r>
        <w:t>واللہ یاسمک من الناس"۔ میں نے کہا دیکھیے، اس آیت سے صاف طور پر ثابت ہوتا ہے، بہت ہی کلیئر طور پر کہ عصمت من الناس کا راز دعوت الہی میں چھپا ہوا ہے۔</w:t>
      </w:r>
    </w:p>
    <w:p>
      <w:r>
        <w:rPr>
          <w:b/>
        </w:rPr>
        <w:t xml:space="preserve">[44:57] </w:t>
      </w:r>
      <w:r>
        <w:t>yaani millat ka tahaffuz, millat ke liye, millat ke liye yaani peaceful life, millat ko masail ka hal, millat ke liye masail ka hal, yeh sab sari cheezein jo hain,</w:t>
      </w:r>
    </w:p>
    <w:p>
      <w:pPr>
        <w:jc w:val="right"/>
      </w:pPr>
      <w:r>
        <w:t>یعنی ملت کا تحفظ، ملت کے لیے، ملت کے لیے یعنی پیس فل لائف، ملت کو مسائل کا حل، ملت کے لیے مسائل کا حل، یہ سب ساری چیزیں جو ہیں،</w:t>
      </w:r>
    </w:p>
    <w:p>
      <w:r>
        <w:rPr>
          <w:b/>
        </w:rPr>
        <w:t xml:space="preserve">[45:19] </w:t>
      </w:r>
      <w:r>
        <w:t>kis cheez par munhasir hain? dawat par, tabligh billah, yaani Allah ne jo utara hai kitab, jo message, us ko logon tak pahunchana.</w:t>
      </w:r>
    </w:p>
    <w:p>
      <w:pPr>
        <w:jc w:val="right"/>
      </w:pPr>
      <w:r>
        <w:t>کس چیز پر منحصر ہیں؟ دعوت پر، تبلیغ بان اللہ، یعنی اللہ نے جو اتارا ہے کتاب، جو میسج، اس کو لوگوں تک پہنچانا۔</w:t>
      </w:r>
    </w:p>
    <w:p>
      <w:r>
        <w:rPr>
          <w:b/>
        </w:rPr>
        <w:t xml:space="preserve">[45:33] </w:t>
      </w:r>
      <w:r>
        <w:t>yeh kaam aap karenge to to is ke baad Allah ki taraf se aap guarantee hai ke aap ko tahaffuz milega.</w:t>
      </w:r>
    </w:p>
    <w:p>
      <w:pPr>
        <w:jc w:val="right"/>
      </w:pPr>
      <w:r>
        <w:t>یہ کام آپ کریں گے تو تو اس کے بعد اللہ کی طرف سے آپ گارنٹی ہے کہ آپ کو تحفظ ملے گا۔</w:t>
      </w:r>
    </w:p>
    <w:p>
      <w:r>
        <w:rPr>
          <w:b/>
        </w:rPr>
        <w:t xml:space="preserve">[45:44] </w:t>
      </w:r>
      <w:r>
        <w:t>yaani kaisi ajeeb ayat hai yeh.</w:t>
      </w:r>
    </w:p>
    <w:p>
      <w:pPr>
        <w:jc w:val="right"/>
      </w:pPr>
      <w:r>
        <w:t>یعنی کیسی عجیب آیت ہے یہ۔</w:t>
      </w:r>
    </w:p>
    <w:p>
      <w:r>
        <w:rPr>
          <w:b/>
        </w:rPr>
        <w:t xml:space="preserve">[45:47] </w:t>
      </w:r>
      <w:r>
        <w:t>is ayat ke hote hue log tahaffuz-e-millat ke naam par jalsay kar rahe hain, jaloos kar rahe hain, barat kar rahe hain, hatta ke gun culture aur bomb culture chalate hain, million march karte hain.</w:t>
      </w:r>
    </w:p>
    <w:p>
      <w:pPr>
        <w:jc w:val="right"/>
      </w:pPr>
      <w:r>
        <w:t>اس آیت کے ہوتے ہوئے لوگ تحفظ ملت کے نام پر جلسے کر رہے ہیں، جلوس کر رہے ہیں، بارات کر رہے ہیں، حتیٰ کہ گن کلچر اور بم کلچر چلاتے ہیں، ملین مارچ کرتے ہیں۔</w:t>
      </w:r>
    </w:p>
    <w:p>
      <w:r>
        <w:rPr>
          <w:b/>
        </w:rPr>
        <w:t xml:space="preserve">[46:01] </w:t>
      </w:r>
      <w:r>
        <w:t>saara jo Allah taala ne rakh diya hai ahl-e-imaan ke liye, woh sab dawat-e-ilahi mein hai.</w:t>
      </w:r>
    </w:p>
    <w:p>
      <w:pPr>
        <w:jc w:val="right"/>
      </w:pPr>
      <w:r>
        <w:t>سارا جو اللہ تعالیٰ نے رکھ دیا ہے اہل ایمان کے لیے، وہ سب دعوت الہی میں ہے۔</w:t>
      </w:r>
    </w:p>
    <w:p>
      <w:r>
        <w:rPr>
          <w:b/>
        </w:rPr>
        <w:t xml:space="preserve">[46:14] </w:t>
      </w:r>
      <w:r>
        <w:t>dawat-e-ilahi hi se sari baatein nikalti hain aur Allah taala ne itni badi misaal qaim kar di. terveen sadi mein dekhiye, terveen sadi mein abbasi empire qaim tha, bohat hi bada empire, bohat taqatwar.</w:t>
      </w:r>
    </w:p>
    <w:p>
      <w:pPr>
        <w:jc w:val="right"/>
      </w:pPr>
      <w:r>
        <w:t>دعوت الہی ہی سے ساری باتیں نکلتی ہیں اور اللہ تعالیٰ نے اتنی بڑی مثال قائم کر دی۔ تیرویں صدی میں دیکھیے، تیرویں صدی میں عباسی ایمپائر قائم تھا، بہت ہی بڑا ایمپائر، بہت طاقتور۔</w:t>
      </w:r>
    </w:p>
    <w:p>
      <w:r>
        <w:rPr>
          <w:b/>
        </w:rPr>
        <w:t xml:space="preserve">[46:37] </w:t>
      </w:r>
      <w:r>
        <w:t>abbasi empire ka jo khalifa tha, haroon rasheed, ek din woh baitha hua tha apne mahal ki chhat par to badal ka hai, badal kuch badal jo hai, hawa mein udte hue guzre us ke sar ke upar se.</w:t>
      </w:r>
    </w:p>
    <w:p>
      <w:pPr>
        <w:jc w:val="right"/>
      </w:pPr>
      <w:r>
        <w:t>عباسی ایمپائر کا جو خلیفہ تھا، ہارون رشید، ایک دن وہ بیٹھا ہوا تھا اپنے محل کی چھت پر تو بادل کا ہے، بادل کچھ بادل جو ہے، ہوا میں اڑتے ہوئے گزرے اس کے سر کے اوپر سے۔</w:t>
      </w:r>
    </w:p>
    <w:p>
      <w:r>
        <w:rPr>
          <w:b/>
        </w:rPr>
        <w:t xml:space="preserve">[46:54] </w:t>
      </w:r>
      <w:r>
        <w:t>to khalifa haroon rasheed ki zuban se nikla: "umtari haythu shaa'ti fa'amti, fa'innama kharajuka ilayya" yaani jahan chaha ja kar bars,</w:t>
      </w:r>
    </w:p>
    <w:p>
      <w:pPr>
        <w:jc w:val="right"/>
      </w:pPr>
      <w:r>
        <w:t>تو خلیفہ ہارون رشید کی زبان سے نکلا: "امتری حیثیت فسجات اخراجک" یعنی جہاں چاہا جا کر برس،</w:t>
      </w:r>
    </w:p>
    <w:p>
      <w:r>
        <w:rPr>
          <w:b/>
        </w:rPr>
        <w:t xml:space="preserve">[47:07] </w:t>
      </w:r>
      <w:r>
        <w:t>tera ikhraj mere mere paas aayega. yeh dabdaba tha lekin us ke baad terveen sadi mein tatari qabail uthe, woh taqreeban 12 hazar the, woh log ghodo par sawaar ho kar nikle aur samarqand se le kar harrab tak sab tabah tabah kar diya.</w:t>
      </w:r>
    </w:p>
    <w:p>
      <w:pPr>
        <w:jc w:val="right"/>
      </w:pPr>
      <w:r>
        <w:t>تیرا اخراج میرے میرے پاس آئے گا۔ یہ دبدبہ تھا لیکن اس کے بعد تیرویں صدی میں تاتاری قبائل اٹھے، وہ تقریباً 12 ہزار تھے، وہ لوگ گھوڑوں پر سوار ہو کر نکلے اور سمرقند سے لے کر حرب تک سب تباہ تباہ کر دیا۔</w:t>
      </w:r>
    </w:p>
    <w:p>
      <w:r>
        <w:rPr>
          <w:b/>
        </w:rPr>
        <w:t xml:space="preserve">[47:29] </w:t>
      </w:r>
      <w:r>
        <w:t>abbasi saltanat khatam ho gayi. phir kya hua? us zamane mein itna dabdaba tha tatariyon ka, ek ayat aata tha ke "idha qeela laka annat tar nahdham fala tusaddiq".</w:t>
      </w:r>
    </w:p>
    <w:p>
      <w:pPr>
        <w:jc w:val="right"/>
      </w:pPr>
      <w:r>
        <w:t>عباسی سلطنت ختم ہوگئی۔ پھر کیا ہوا؟ اس زمانے میں اتنا دبدبہ تھا تاتاریوں کا، ایک آیت آتا تھا کہ "اذا قیل لک ان تطر نہضم فلا تصدق"۔</w:t>
      </w:r>
    </w:p>
    <w:p>
      <w:r>
        <w:rPr>
          <w:b/>
        </w:rPr>
        <w:t xml:space="preserve">[47:46] </w:t>
      </w:r>
      <w:r>
        <w:t>agar yeh kaha jaye ke tatari tatariyon ko defeat ho gayi to marna mat.</w:t>
      </w:r>
    </w:p>
    <w:p>
      <w:pPr>
        <w:jc w:val="right"/>
      </w:pPr>
      <w:r>
        <w:t>اگر یہ کہا جائے کہ تاتاری تاتاریوں کو ڈیفیٹ ہو گئی تو مارنا مت۔</w:t>
      </w:r>
    </w:p>
    <w:p>
      <w:r>
        <w:rPr>
          <w:b/>
        </w:rPr>
        <w:t xml:space="preserve">[47:55] </w:t>
      </w:r>
      <w:r>
        <w:t>"idha qeela laka annat tar nahdham fala tusaddiq". agar yeh kaha jaye ke tatari jo hai, unko defeat ho gayi to marna mat is ko.</w:t>
      </w:r>
    </w:p>
    <w:p>
      <w:pPr>
        <w:jc w:val="right"/>
      </w:pPr>
      <w:r>
        <w:t>"اذا قیل لک ان تطر نہضم فلا تصدق"۔ اگر یہ کہا جائے کہ تاتاری جو ہے، ان کو ڈیفیٹ ہو گئی تو مارنا مت اس کو۔</w:t>
      </w:r>
    </w:p>
    <w:p>
      <w:r>
        <w:rPr>
          <w:b/>
        </w:rPr>
        <w:t xml:space="preserve">[48:05] </w:t>
      </w:r>
      <w:r>
        <w:t>lekin hua kya? pachaas saal ke andar andar wahan par tatari islam mein dakhil ho gaye, badi tadad unki aur tareekh badal gayi.</w:t>
      </w:r>
    </w:p>
    <w:p>
      <w:pPr>
        <w:jc w:val="right"/>
      </w:pPr>
      <w:r>
        <w:t>لیکن ہوا کیا؟ پچاس سال کے اندر اندر وہاں پر تاتاری اسلام میں داخل ہو گئے، بڑی تعداد ان کی اور تاریخ بدل گئی۔</w:t>
      </w:r>
    </w:p>
    <w:p>
      <w:r>
        <w:rPr>
          <w:b/>
        </w:rPr>
        <w:t xml:space="preserve">[48:21] </w:t>
      </w:r>
      <w:r>
        <w:t>tareekh badal gai. isi ko shair ne kaha hai ke "haaye ayaan fitnay tattaar ke afsaane se paasban mil gaye kaaba ko sanam khaane se".</w:t>
      </w:r>
    </w:p>
    <w:p>
      <w:pPr>
        <w:jc w:val="right"/>
      </w:pPr>
      <w:r>
        <w:t>تاریخ بدل گئی۔ اسی کو شاعر نے کہا ہے کہ "ہائے عیاں فتنے تاتار کے افسانے سے پاسباں مل گئے کعبہ کو صنم خانے سے"۔</w:t>
      </w:r>
    </w:p>
    <w:p>
      <w:r>
        <w:rPr>
          <w:b/>
        </w:rPr>
        <w:t xml:space="preserve">[48:35] </w:t>
      </w:r>
      <w:r>
        <w:t>aik aur atheist ne is waqeye ki zikr karte hue likha hai ke "the legend of Muslims have conquered where their arms had failed" yaani jahan musalmanon ke hathiyaar fail ho gaye thay,</w:t>
      </w:r>
    </w:p>
    <w:p>
      <w:pPr>
        <w:jc w:val="right"/>
      </w:pPr>
      <w:r>
        <w:t>ایک اور ایٹلسٹ نے اس واقعے کی ذکر کرتے ہوئے لکھا ہے کہ "دا لیجنڈ اف مسلمز ہیو کانکرڈ ویر دیر ارمز ہیڈ فیلڈ" یعنی جہاں مسلمانوں کے ہتھیار فیل ہو گئے تھے،</w:t>
      </w:r>
    </w:p>
    <w:p>
      <w:r>
        <w:rPr>
          <w:b/>
        </w:rPr>
        <w:t xml:space="preserve">[48:51] </w:t>
      </w:r>
      <w:r>
        <w:t>wahan un ke mazhab ne fateh ko jeet liya. yeh tareekh kya sabak de rahi hai? yaani quran mein jo baat kahi gayi thi, bator usool, isi ko yeh tareekhi waqeya amli tasdeeq kar raha hai.</w:t>
      </w:r>
    </w:p>
    <w:p>
      <w:pPr>
        <w:jc w:val="right"/>
      </w:pPr>
      <w:r>
        <w:t>وہاں ان کے مذہب نے فاتح کو جیت لیا۔ یہ تاریخ کیا سبق دے رہی ہے؟ یعنی قرآن میں جو بات کہی گئی تھی، بطور اصول، اسی کو یہ تاریخی واقعہ عملی تصدیق کر رہا ہے۔</w:t>
      </w:r>
    </w:p>
    <w:p>
      <w:r>
        <w:rPr>
          <w:b/>
        </w:rPr>
        <w:t xml:space="preserve">[49:10] </w:t>
      </w:r>
      <w:r>
        <w:t>allah ta'ala ne yeh yeh nazeer qaim kar di, misaal qaim kar di taake musalmanon ko is se inspiration mile, is se yaqeen mile, is se unhein guideline mile ke karna kya hai.</w:t>
      </w:r>
    </w:p>
    <w:p>
      <w:pPr>
        <w:jc w:val="right"/>
      </w:pPr>
      <w:r>
        <w:t>اللہ تعالیٰ نے یہ یہ نظری نظیر قائم کر دی، مثال قائم کر دی تاکہ مسلمانوں کو اس سے انسپیریشن ملے، اس سے یقین ملے، اس سے انہیں گائیڈ لائن ملے کہ کرنا کیا ہے۔</w:t>
      </w:r>
    </w:p>
    <w:p>
      <w:r>
        <w:rPr>
          <w:b/>
        </w:rPr>
        <w:t xml:space="preserve">[49:26] </w:t>
      </w:r>
      <w:r>
        <w:t>to tareekh ki nazeer maujood hai. aaj communication ke zamanay mein hain aap, hum ke mozu khud daai ke paas aa raha hai, printing press ke zariye kitaabein chhap chhap kar har jagah pahunchai ja sakti hain.</w:t>
      </w:r>
    </w:p>
    <w:p>
      <w:pPr>
        <w:jc w:val="right"/>
      </w:pPr>
      <w:r>
        <w:t>تو تاریخ کی نظیر موجود ہے۔ آج کمیونیکیشن کے زمانے میں ہیں آپ، ہم کہ موضوع خود داعی کے پاس آ رہا ہے، پرنٹنگ پریس کے ذریعے کتابیں چھپ چھپ کر ہر جگہ پہنچائی جا سکتی ہیں۔</w:t>
      </w:r>
    </w:p>
    <w:p>
      <w:r>
        <w:rPr>
          <w:b/>
        </w:rPr>
        <w:t xml:space="preserve">[49:40] </w:t>
      </w:r>
      <w:r>
        <w:t>yaani kya kuch ho chuka hai? yaani mein is ko kaha karta hoon ke yeh hai opportunity explosion ka zamanah, yaani mawaqe ka infijar.</w:t>
      </w:r>
    </w:p>
    <w:p>
      <w:pPr>
        <w:jc w:val="right"/>
      </w:pPr>
      <w:r>
        <w:t>یعنی کیا کچھ ہو چکا ہے؟ یعنی میں اس کو کہا کرتا ہوں کہ یہ ہے اپرچونیٹی ایکسپلوژن کا زمانہ، یعنی مواقع کا انفجار۔</w:t>
      </w:r>
    </w:p>
    <w:p>
      <w:r>
        <w:rPr>
          <w:b/>
        </w:rPr>
        <w:t xml:space="preserve">[49:54] </w:t>
      </w:r>
      <w:r>
        <w:t>mawaqe ka infijar to jo kaam pehle hota tha, bohat hi sakht mushkil se, ab woh bohat aasani se hone laga.</w:t>
      </w:r>
    </w:p>
    <w:p>
      <w:pPr>
        <w:jc w:val="right"/>
      </w:pPr>
      <w:r>
        <w:t>مواقع کا انفجار تو جو کام پہلے ہوتا تھا، بہت ہی سخت مشکل سے، اب وہ بہت آسانی سے ہونے لگا۔</w:t>
      </w:r>
    </w:p>
    <w:p>
      <w:r>
        <w:rPr>
          <w:b/>
        </w:rPr>
        <w:t xml:space="preserve">[50:05] </w:t>
      </w:r>
      <w:r>
        <w:t>aap dekhiye, quran ke jo surah baqarah hai, al-baqarah, us ki jo aakhri ayat hai, bilkul aakhri ayat, us mein hai ke yaani sahaba ki zubaan se yeh dua: "rabbana wala tahmil alaina isran kama hamaltahu allazeena min qablina".</w:t>
      </w:r>
    </w:p>
    <w:p>
      <w:pPr>
        <w:jc w:val="right"/>
      </w:pPr>
      <w:r>
        <w:t>آپ دیکھیے، قرآن کے جو سورہ بقرہ ہے، البقرہ، اس کی جو آخری آیت ہے، بالکل آخری آیت، اس میں ہے کہ یعنی صحابہ کی زبان سے یہ دعا: "ربنا ولا تحمل علینا اسرا کما حملتہ الذین من قبلنا"۔</w:t>
      </w:r>
    </w:p>
    <w:p>
      <w:r>
        <w:rPr>
          <w:b/>
        </w:rPr>
        <w:t xml:space="preserve">[50:26] </w:t>
      </w:r>
      <w:r>
        <w:t>ae hamare rab, hamare upar woh bojh na daal jo tu ne daala tha pichhle pichhle logon par. yaani pichhle jo log thay, pichhle nabiyon ke saathi, pichhle zamanay mein ke ahl-e-imaan,</w:t>
      </w:r>
    </w:p>
    <w:p>
      <w:pPr>
        <w:jc w:val="right"/>
      </w:pPr>
      <w:r>
        <w:t>اے ہمارے رب، ہمارے اوپر وہ بوجھ نہ ڈال جو تو نے ڈالا تھا پچھلے پچھلے لوگوں پر۔ یعنی پچھلے جو لوگ تھے، پچھلے نبیوں کے ساتھی، پچھلے زمانے میں کے اہل ایمان،</w:t>
      </w:r>
    </w:p>
    <w:p>
      <w:r>
        <w:rPr>
          <w:b/>
        </w:rPr>
        <w:t xml:space="preserve">[50:41] </w:t>
      </w:r>
      <w:r>
        <w:t>pichhle zamanay ke khuda parast, woh bohat hi zyada mushkilon mein un ko kaam karna parta tha. bohat mushkilon mein.</w:t>
      </w:r>
    </w:p>
    <w:p>
      <w:pPr>
        <w:jc w:val="right"/>
      </w:pPr>
      <w:r>
        <w:t>پچھلے زمانے کے خداپرست، وہ بہت ہی زیادہ مشکلوں میں ان کو کام کرنا پڑتا تھا۔ بہت مشکلوں میں۔</w:t>
      </w:r>
    </w:p>
    <w:p>
      <w:r>
        <w:rPr>
          <w:b/>
        </w:rPr>
        <w:t xml:space="preserve">[50:50] </w:t>
      </w:r>
      <w:r>
        <w:t>is zamanay mein sawariyan nahi theen, communication nahi tha, sarkein nahi theen, geography nahi tha, maloom nahi tha kidhar kon mulk hai, kidhar kon mulk hai.</w:t>
      </w:r>
    </w:p>
    <w:p>
      <w:pPr>
        <w:jc w:val="right"/>
      </w:pPr>
      <w:r>
        <w:t>اس زمانے میں سواریاں نہیں تھیں، کمیونیکیشن نہیں تھا، سڑکیں نہیں تھیں، جغرافیہ نہیں تھا، معلوم نہیں تھا کدھر کون ملک ہے، کدھر کون ملک ہے۔</w:t>
      </w:r>
    </w:p>
    <w:p>
      <w:r>
        <w:rPr>
          <w:b/>
        </w:rPr>
        <w:t xml:space="preserve">[51:00] </w:t>
      </w:r>
      <w:r>
        <w:t>yeh saari baatein us waqt yaani un known theen. ab sab kuch maloom ho chuka hai, har taraf mawaqe hain, har taraf aap ko yaani sawariyan hain, communication hai, sab kuch darwaze khule hue hain.</w:t>
      </w:r>
    </w:p>
    <w:p>
      <w:pPr>
        <w:jc w:val="right"/>
      </w:pPr>
      <w:r>
        <w:t>یہ ساری باتیں اس وقت یعنی ان نون تھیں۔ اب سب کچھ معلوم ہو چکا ہے، ہر طرف مواقع ہیں، ہر طرف آپ کو یعنی سواریاں ہیں، کمیونیکیشن ہے، سب کچھ دروازے کھلے ہوئے ہیں۔</w:t>
      </w:r>
    </w:p>
    <w:p>
      <w:r>
        <w:rPr>
          <w:b/>
        </w:rPr>
        <w:t xml:space="preserve">[51:18] </w:t>
      </w:r>
      <w:r>
        <w:t>to mein samajhta hoon ke yeh jo ayat hai quran majeed mein surah baqarah ki, woh aik peshangoi thi. sach poochhein to yeh aik prediction tha, prediction ke sahaba ke zamanay mein ya sahaba se pehle ke zamanay mein logon ko mushkil halaat se guzar kar dawat ka kaam karna parta tha.</w:t>
      </w:r>
    </w:p>
    <w:p>
      <w:pPr>
        <w:jc w:val="right"/>
      </w:pPr>
      <w:r>
        <w:t>تو میں سمجھتا ہوں کہ یہ جو آیت ہے قرآن مجید میں سورہ بقرہ کی، وہ ایک پیشنگوئی تھی۔ سچ پوچھیں تو یہ ایک پریڈکشن تھا، پریڈکشن کہ صحابہ کے زمانے میں یا صحابہ سے پہلے کے زمانے میں لوگوں کو مشکل حالات سے گزر کر دعوتی کام کرنا پڑتا تھا۔</w:t>
      </w:r>
    </w:p>
    <w:p>
      <w:r>
        <w:rPr>
          <w:b/>
        </w:rPr>
        <w:t xml:space="preserve">[51:37] </w:t>
      </w:r>
      <w:r>
        <w:t>lekin aage woh zamanah aa raha hai jabke aasaniyon ke zariye se dawat ka kaam hone lage ga, aasaniyon ke mahol mein hone lage ga.</w:t>
      </w:r>
    </w:p>
    <w:p>
      <w:pPr>
        <w:jc w:val="right"/>
      </w:pPr>
      <w:r>
        <w:t>لیکن آگے وہ زمانہ آ رہا ہے جبکہ آسانیوں کے ذریعے سے دعوت کا کام ہونے لگے گا، آسانیوں کے ماحول میں ہونے لگے گا۔</w:t>
      </w:r>
    </w:p>
    <w:p>
      <w:r>
        <w:rPr>
          <w:b/>
        </w:rPr>
        <w:t xml:space="preserve">[51:49] </w:t>
      </w:r>
      <w:r>
        <w:t>kisi ajeeb baat hai yeh.</w:t>
      </w:r>
    </w:p>
    <w:p>
      <w:pPr>
        <w:jc w:val="right"/>
      </w:pPr>
      <w:r>
        <w:t>کیسی عجیب بات ہے یہ۔</w:t>
      </w:r>
    </w:p>
    <w:p>
      <w:r>
        <w:rPr>
          <w:b/>
        </w:rPr>
        <w:t xml:space="preserve">[51:52] </w:t>
      </w:r>
      <w:r>
        <w:t>yeh ayat utri thi yaani saatveen sadi ke first quarter mein, kitna pehle?</w:t>
      </w:r>
    </w:p>
    <w:p>
      <w:pPr>
        <w:jc w:val="right"/>
      </w:pPr>
      <w:r>
        <w:t>یہ آیت اتری تھی یعنی ساتویں صدی کے فرسٹ کوارٹر میں، کتنا پہلے؟</w:t>
      </w:r>
    </w:p>
    <w:p>
      <w:r>
        <w:rPr>
          <w:b/>
        </w:rPr>
        <w:t xml:space="preserve">[52:03] </w:t>
      </w:r>
      <w:r>
        <w:t>yaani chaudah so saal pehle. us waqt is ka koi imkaan nahi tha. to us waqt yeh jo dua quran mein aayi hai, to woh aik goya ke aik prediction tha future ke baray mein ke agarchay</w:t>
      </w:r>
    </w:p>
    <w:p>
      <w:pPr>
        <w:jc w:val="right"/>
      </w:pPr>
      <w:r>
        <w:t>یعنی چودہ سو سال پہلے۔ اس وقت اس کا کوئی امکان نہیں تھا۔ تو اس وقت یہ جو دعا قرآن میں آئی ہے، تو وہ ایک گویا کہ ایک پریڈکشن تھا فیوچر کے بارے میں کہ اگرچہ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