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Don't Be In A Hurry 09 Nov 2019 - Maulana Wahiduddin Khan</w:t>
      </w:r>
    </w:p>
    <w:p>
      <w:r>
        <w:t>https://www.youtube.com/watch?v=PzAaMFBJLL8</w:t>
      </w:r>
    </w:p>
    <w:p>
      <w:r>
        <w:rPr>
          <w:b/>
        </w:rPr>
        <w:t xml:space="preserve">[00:13] </w:t>
      </w:r>
      <w:r>
        <w:t>bismillah-ir-rehman-ir-raheem, 9 november 2019.</w:t>
      </w:r>
    </w:p>
    <w:p>
      <w:pPr>
        <w:jc w:val="right"/>
      </w:pPr>
      <w:r>
        <w:t>بسم اللہ الرحمن الرحیم، 9 نومبر 2019۔</w:t>
      </w:r>
    </w:p>
    <w:p>
      <w:r>
        <w:rPr>
          <w:b/>
        </w:rPr>
        <w:t xml:space="preserve">[00:26] </w:t>
      </w:r>
      <w:r>
        <w:t>aaj ka topic hai</w:t>
      </w:r>
    </w:p>
    <w:p>
      <w:pPr>
        <w:jc w:val="right"/>
      </w:pPr>
      <w:r>
        <w:t>آج کا ٹاپک ہے</w:t>
      </w:r>
    </w:p>
    <w:p>
      <w:r>
        <w:rPr>
          <w:b/>
        </w:rPr>
        <w:t xml:space="preserve">[00:30] </w:t>
      </w:r>
      <w:r>
        <w:t>jo pia mulk ne</w:t>
      </w:r>
    </w:p>
    <w:p>
      <w:pPr>
        <w:jc w:val="right"/>
      </w:pPr>
      <w:r>
        <w:t>جو پیا ملک نے</w:t>
      </w:r>
    </w:p>
    <w:p>
      <w:r>
        <w:rPr>
          <w:b/>
        </w:rPr>
        <w:t xml:space="preserve">[00:34] </w:t>
      </w:r>
      <w:r>
        <w:t>suggest kiya hai, woh hai sabr.</w:t>
      </w:r>
    </w:p>
    <w:p>
      <w:pPr>
        <w:jc w:val="right"/>
      </w:pPr>
      <w:r>
        <w:t>سجیسٹ کیا ہے، وہ ہے صبر۔</w:t>
      </w:r>
    </w:p>
    <w:p>
      <w:r>
        <w:rPr>
          <w:b/>
        </w:rPr>
        <w:t xml:space="preserve">[00:41] </w:t>
      </w:r>
      <w:r>
        <w:t>sabr ka jo topic hai, us par mujhe khud apna aik waqeya yaad aaya.</w:t>
      </w:r>
    </w:p>
    <w:p>
      <w:pPr>
        <w:jc w:val="right"/>
      </w:pPr>
      <w:r>
        <w:t>صبر کا جو ٹاپک ہے، اس پر مجھے خود اپنا ایک واقعہ یاد آیا۔</w:t>
      </w:r>
    </w:p>
    <w:p>
      <w:r>
        <w:rPr>
          <w:b/>
        </w:rPr>
        <w:t xml:space="preserve">[00:50] </w:t>
      </w:r>
      <w:r>
        <w:t>aap ko maloom hoga ke america se aik magazine nikalti hai, us ka naam hai "readers digest".</w:t>
      </w:r>
    </w:p>
    <w:p>
      <w:pPr>
        <w:jc w:val="right"/>
      </w:pPr>
      <w:r>
        <w:t>آپ کو معلوم ہوگا کہ امریکہ سے ایک میگزین نکلتی ہے، اس کا نام ہے "ریڈرز ڈائجسٹ"۔</w:t>
      </w:r>
    </w:p>
    <w:p>
      <w:r>
        <w:rPr>
          <w:b/>
        </w:rPr>
        <w:t xml:space="preserve">[01:03] </w:t>
      </w:r>
      <w:r>
        <w:t>yeh magazine shuru hua tha 1922 mein,</w:t>
      </w:r>
    </w:p>
    <w:p>
      <w:pPr>
        <w:jc w:val="right"/>
      </w:pPr>
      <w:r>
        <w:t>یہ میگزین شروع ہوا تھا 1922 میں،</w:t>
      </w:r>
    </w:p>
    <w:p>
      <w:r>
        <w:rPr>
          <w:b/>
        </w:rPr>
        <w:t xml:space="preserve">[01:11] </w:t>
      </w:r>
      <w:r>
        <w:t>us ka naam tha "readers digest".</w:t>
      </w:r>
    </w:p>
    <w:p>
      <w:pPr>
        <w:jc w:val="right"/>
      </w:pPr>
      <w:r>
        <w:t>اس کا نام تھا "ریڈرز ڈائجسٹ"۔</w:t>
      </w:r>
    </w:p>
    <w:p>
      <w:r>
        <w:rPr>
          <w:b/>
        </w:rPr>
        <w:t xml:space="preserve">[01:19] </w:t>
      </w:r>
      <w:r>
        <w:t>to is parche mein ghaliban 1922 mein aik mazmoon chhaapa tha, is ka title tha "I am in a hurry but God did it".</w:t>
      </w:r>
    </w:p>
    <w:p>
      <w:pPr>
        <w:jc w:val="right"/>
      </w:pPr>
      <w:r>
        <w:t>تو اس پرچے میں غالباً 1922 میں ایک مضمون چھپا تھا، اس کا ٹائٹل تھا "آئی ایم ان ہیری بٹ گاڈ ڈیڈ اٹ"۔</w:t>
      </w:r>
    </w:p>
    <w:p>
      <w:r>
        <w:rPr>
          <w:b/>
        </w:rPr>
        <w:t xml:space="preserve">[01:34] </w:t>
      </w:r>
      <w:r>
        <w:t>main jaldi mein hoon lekin khuda jaldi nahi chahta.</w:t>
      </w:r>
    </w:p>
    <w:p>
      <w:pPr>
        <w:jc w:val="right"/>
      </w:pPr>
      <w:r>
        <w:t>میں جلدی میں ہوں لیکن خدا جلدی نہیں چاہتا۔</w:t>
      </w:r>
    </w:p>
    <w:p>
      <w:r>
        <w:rPr>
          <w:b/>
        </w:rPr>
        <w:t xml:space="preserve">[01:40] </w:t>
      </w:r>
      <w:r>
        <w:t>yeh bohat dilchasp mazmoon tha.</w:t>
      </w:r>
    </w:p>
    <w:p>
      <w:pPr>
        <w:jc w:val="right"/>
      </w:pPr>
      <w:r>
        <w:t>یہ بہت دلچسپ مضمون تھا۔</w:t>
      </w:r>
    </w:p>
    <w:p>
      <w:r>
        <w:rPr>
          <w:b/>
        </w:rPr>
        <w:t xml:space="preserve">[01:48] </w:t>
      </w:r>
      <w:r>
        <w:t>to parcha to nikla tha mere,</w:t>
      </w:r>
    </w:p>
    <w:p>
      <w:pPr>
        <w:jc w:val="right"/>
      </w:pPr>
      <w:r>
        <w:t>تو پرچہ تو نکلا تھا میرے،</w:t>
      </w:r>
    </w:p>
    <w:p>
      <w:r>
        <w:rPr>
          <w:b/>
        </w:rPr>
        <w:t xml:space="preserve">[01:54] </w:t>
      </w:r>
      <w:r>
        <w:t>jab main English jaanta bhi nahi tha, lekin baad ko unhon ne parha is ko.</w:t>
      </w:r>
    </w:p>
    <w:p>
      <w:pPr>
        <w:jc w:val="right"/>
      </w:pPr>
      <w:r>
        <w:t>جب میں انگلش جانتا بھی نہیں تھا، لیکن بعد کو انہوں نے پڑھا اس کو۔</w:t>
      </w:r>
    </w:p>
    <w:p>
      <w:r>
        <w:rPr>
          <w:b/>
        </w:rPr>
        <w:t xml:space="preserve">[02:04] </w:t>
      </w:r>
      <w:r>
        <w:t>to</w:t>
      </w:r>
    </w:p>
    <w:p>
      <w:pPr>
        <w:jc w:val="right"/>
      </w:pPr>
      <w:r>
        <w:t>تو</w:t>
      </w:r>
    </w:p>
    <w:p>
      <w:r>
        <w:rPr>
          <w:b/>
        </w:rPr>
        <w:t xml:space="preserve">[02:08] </w:t>
      </w:r>
      <w:r>
        <w:t>is ka title tha "I am in a hurry but God isn't". main jaldi mein hoon aur khuda jaldi nahi chahta.</w:t>
      </w:r>
    </w:p>
    <w:p>
      <w:pPr>
        <w:jc w:val="right"/>
      </w:pPr>
      <w:r>
        <w:t>اس کا ٹائٹل تھا "آئی ایم ان ہیری بٹ گاڈ اٹ"۔ میں جلدی میں ہوں اور خدا جلدی نہیں چاہتا۔</w:t>
      </w:r>
    </w:p>
    <w:p>
      <w:r>
        <w:rPr>
          <w:b/>
        </w:rPr>
        <w:t xml:space="preserve">[02:20] </w:t>
      </w:r>
      <w:r>
        <w:t>to main ne khud bhi is waqt jis waaqe ka zikr tha, main ne khud bhi is ka experience kiya, is ka tajruba kiya.</w:t>
      </w:r>
    </w:p>
    <w:p>
      <w:pPr>
        <w:jc w:val="right"/>
      </w:pPr>
      <w:r>
        <w:t>تو میں نے خود بھی اس وقت جس واقعے کا ذکر تھا، میں نے خود بھی اس کا ایکسپیرینس کیا، اس کا تجربہ کیا۔</w:t>
      </w:r>
    </w:p>
    <w:p>
      <w:r>
        <w:rPr>
          <w:b/>
        </w:rPr>
        <w:t xml:space="preserve">[02:34] </w:t>
      </w:r>
      <w:r>
        <w:t>woh yeh tha ke writer ne likha tha</w:t>
      </w:r>
    </w:p>
    <w:p>
      <w:pPr>
        <w:jc w:val="right"/>
      </w:pPr>
      <w:r>
        <w:t>وہ یہ تھا کہ رائٹر نے لکھا تھا</w:t>
      </w:r>
    </w:p>
    <w:p>
      <w:r>
        <w:rPr>
          <w:b/>
        </w:rPr>
        <w:t xml:space="preserve">[02:40] </w:t>
      </w:r>
      <w:r>
        <w:t>ke aik din woh apne dost se milne ke liye gaya. woh dost ghaliban koi christian tha, woh.</w:t>
      </w:r>
    </w:p>
    <w:p>
      <w:pPr>
        <w:jc w:val="right"/>
      </w:pPr>
      <w:r>
        <w:t>کہ ایک دن وہ اپنے دوست سے ملنے کے لیے گیا۔ وہ دوست غالباً کوئی کرسچن تھا، وہ۔</w:t>
      </w:r>
    </w:p>
    <w:p>
      <w:r>
        <w:rPr>
          <w:b/>
        </w:rPr>
        <w:t xml:space="preserve">[02:52] </w:t>
      </w:r>
      <w:r>
        <w:t>to woh dost is ka apne ghar ke bahir kuch pareshani ke sath chal raha tha, walk kar raha tha.</w:t>
      </w:r>
    </w:p>
    <w:p>
      <w:pPr>
        <w:jc w:val="right"/>
      </w:pPr>
      <w:r>
        <w:t>تو وہ دوست اس کا اپنے گھر کے باہر کچھ پریشانی کے ساتھ چل رہا تھا، واک کر رہا تھا۔</w:t>
      </w:r>
    </w:p>
    <w:p>
      <w:r>
        <w:rPr>
          <w:b/>
        </w:rPr>
        <w:t xml:space="preserve">[03:07] </w:t>
      </w:r>
      <w:r>
        <w:t>to is ne poocha ke aap aaj pareshan dikhai de rahe hain, kya baat hai? to is aadmi ne kaha "I am in a hurry but God knows it".</w:t>
      </w:r>
    </w:p>
    <w:p>
      <w:pPr>
        <w:jc w:val="right"/>
      </w:pPr>
      <w:r>
        <w:t>تو اس نے پوچھا کہ آپ آج پریشان دکھائی دے رہے ہیں، کیا بات ہے؟ تو اس آدمی نے کہا "آئی ایم ان ہیری بٹ گاڈ اٹ"۔</w:t>
      </w:r>
    </w:p>
    <w:p>
      <w:r>
        <w:rPr>
          <w:b/>
        </w:rPr>
        <w:t xml:space="preserve">[03:25] </w:t>
      </w:r>
      <w:r>
        <w:t>God but God is not. Main jaldi mein hoon aur khuda jaldi nahi chahta.</w:t>
      </w:r>
    </w:p>
    <w:p>
      <w:pPr>
        <w:jc w:val="right"/>
      </w:pPr>
      <w:r>
        <w:t>گاڈ بٹ گاڈ از ناٹ۔ میں جلدی میں ہوں اور خدا جلدی نہیں چاہتا۔</w:t>
      </w:r>
    </w:p>
    <w:p>
      <w:r>
        <w:rPr>
          <w:b/>
        </w:rPr>
        <w:t xml:space="preserve">[03:35] </w:t>
      </w:r>
      <w:r>
        <w:t>yeh bohat hi ajeeb title tha. to is ko unhon ne parha.</w:t>
      </w:r>
    </w:p>
    <w:p>
      <w:pPr>
        <w:jc w:val="right"/>
      </w:pPr>
      <w:r>
        <w:t>یہ بہت ہی عجیب ٹائٹل تھا۔ تو اس کو انہوں نے پڑھا۔</w:t>
      </w:r>
    </w:p>
    <w:p>
      <w:r>
        <w:rPr>
          <w:b/>
        </w:rPr>
        <w:t xml:space="preserve">[03:47] </w:t>
      </w:r>
      <w:r>
        <w:t>to is mein likha tha is ne</w:t>
      </w:r>
    </w:p>
    <w:p>
      <w:pPr>
        <w:jc w:val="right"/>
      </w:pPr>
      <w:r>
        <w:t>تو اس میں لکھا تھا اس نے</w:t>
      </w:r>
    </w:p>
    <w:p>
      <w:r>
        <w:rPr>
          <w:b/>
        </w:rPr>
        <w:t xml:space="preserve">[03:51] </w:t>
      </w:r>
      <w:r>
        <w:t>ke main chahta tha ke mere ghar ke samne aik bara darakht ho. chacha main ne yeh kiya</w:t>
      </w:r>
    </w:p>
    <w:p>
      <w:pPr>
        <w:jc w:val="right"/>
      </w:pPr>
      <w:r>
        <w:t>کہ میں چاہتا تھا کہ میرے گھر کے سامنے ایک بڑا درخت ہو۔ چاچا میں نے یہ کیا</w:t>
      </w:r>
    </w:p>
    <w:p>
      <w:r>
        <w:rPr>
          <w:b/>
        </w:rPr>
        <w:t xml:space="preserve">[04:06] </w:t>
      </w:r>
      <w:r>
        <w:t>ke aik bara darakht jo mere ghar ke bahir baagh mein uga hua tha, us ko woh khod ke laya aur ghar ke samne laga diya.</w:t>
      </w:r>
    </w:p>
    <w:p>
      <w:pPr>
        <w:jc w:val="right"/>
      </w:pPr>
      <w:r>
        <w:t>کہ ایک بڑا درخت جو میرے گھر کے باہر باغ میں اگا ہوا تھا، اس کو وہ کھود کے لایا اور گھر کے سامنے لگا دیا۔</w:t>
      </w:r>
    </w:p>
    <w:p>
      <w:r>
        <w:rPr>
          <w:b/>
        </w:rPr>
        <w:t xml:space="preserve">[04:23] </w:t>
      </w:r>
      <w:r>
        <w:t>to main sochta tha ke main ne aik hi din mein itna bara darakht khara kar liya.</w:t>
      </w:r>
    </w:p>
    <w:p>
      <w:pPr>
        <w:jc w:val="right"/>
      </w:pPr>
      <w:r>
        <w:t>تو میں سوچتا تھا کہ میں نے ایک ہی دن میں اتنا بڑا درخت کھڑا کر لیا۔</w:t>
      </w:r>
    </w:p>
    <w:p>
      <w:r>
        <w:rPr>
          <w:b/>
        </w:rPr>
        <w:t xml:space="preserve">[04:34] </w:t>
      </w:r>
      <w:r>
        <w:t>to bohat khush tha main is din ka. lekin agle hi din main ne dekha ke mera peir barsa gaya tha.</w:t>
      </w:r>
    </w:p>
    <w:p>
      <w:pPr>
        <w:jc w:val="right"/>
      </w:pPr>
      <w:r>
        <w:t>تو بہت خوش تھا میں اس دن کا۔ لیکن اگلے ہی دن میں نے دیکھا کہ میرا پیڑ برسا گیا تھا۔</w:t>
      </w:r>
    </w:p>
    <w:p>
      <w:r>
        <w:rPr>
          <w:b/>
        </w:rPr>
        <w:t xml:space="preserve">[04:45] </w:t>
      </w:r>
      <w:r>
        <w:t>agle din aur barsa gaya aur teesre din woh bilkul sookh gaya.</w:t>
      </w:r>
    </w:p>
    <w:p>
      <w:pPr>
        <w:jc w:val="right"/>
      </w:pPr>
      <w:r>
        <w:t>اگلے دن اور برسا گیا اور تیسرے دن وہ بالکل سوکھ گیا۔</w:t>
      </w:r>
    </w:p>
    <w:p>
      <w:r>
        <w:rPr>
          <w:b/>
        </w:rPr>
        <w:t xml:space="preserve">[04:54] </w:t>
      </w:r>
      <w:r>
        <w:t>to is ne likha tha ke khuda chahta hai ke darakht 25 saal mein tayyar ho aur main ne chaha ke woh aik hi din mein tayyar ho jaye.</w:t>
      </w:r>
    </w:p>
    <w:p>
      <w:pPr>
        <w:jc w:val="right"/>
      </w:pPr>
      <w:r>
        <w:t>تو اس نے لکھا تھا کہ خدا چاہتا ہے کہ درخت 25 سال میں تیار ہو اور میں نے چاہا کہ وہ ایک ہی دن میں تیار ہو جائے۔</w:t>
      </w:r>
    </w:p>
    <w:p>
      <w:r>
        <w:rPr>
          <w:b/>
        </w:rPr>
        <w:t xml:space="preserve">[05:08] </w:t>
      </w:r>
      <w:r>
        <w:t>to woh khuda ki jo is ki baat thi, us ke mutabiq nahi. is liye woh</w:t>
      </w:r>
    </w:p>
    <w:p>
      <w:pPr>
        <w:jc w:val="right"/>
      </w:pPr>
      <w:r>
        <w:t>تو وہ خدا کی جو اس کی بات تھی، اس کے مطابق نہیں۔ اس لیے وہ</w:t>
      </w:r>
    </w:p>
    <w:p>
      <w:r>
        <w:rPr>
          <w:b/>
        </w:rPr>
        <w:t xml:space="preserve">[05:21] </w:t>
      </w:r>
      <w:r>
        <w:t>woh tayyar bhi na ho saka.</w:t>
      </w:r>
    </w:p>
    <w:p>
      <w:pPr>
        <w:jc w:val="right"/>
      </w:pPr>
      <w:r>
        <w:t>وہ تیار بھی نہ ہو سکا۔</w:t>
      </w:r>
    </w:p>
    <w:p>
      <w:r>
        <w:rPr>
          <w:b/>
        </w:rPr>
        <w:t xml:space="preserve">[05:27] </w:t>
      </w:r>
      <w:r>
        <w:t>ajeeb baat hai ke khud main ne yahi kaam kiya.</w:t>
      </w:r>
    </w:p>
    <w:p>
      <w:pPr>
        <w:jc w:val="right"/>
      </w:pPr>
      <w:r>
        <w:t>عجیب بات ہے کہ خود میں نے یہی کام کیا۔</w:t>
      </w:r>
    </w:p>
    <w:p>
      <w:r>
        <w:rPr>
          <w:b/>
        </w:rPr>
        <w:t xml:space="preserve">[05:35] </w:t>
      </w:r>
      <w:r>
        <w:t>yani apne gaon, all over ke gaon mein main rehta tha aur ghar ke samne aik baagh tha.</w:t>
      </w:r>
    </w:p>
    <w:p>
      <w:pPr>
        <w:jc w:val="right"/>
      </w:pPr>
      <w:r>
        <w:t>یعنی اپنے گاؤں، ال اوور کے گاؤں میں میں رہتا تھا اور گھر کے سامنے ایک باغ تھا۔</w:t>
      </w:r>
    </w:p>
    <w:p>
      <w:r>
        <w:rPr>
          <w:b/>
        </w:rPr>
        <w:t xml:space="preserve">[05:45] </w:t>
      </w:r>
      <w:r>
        <w:t>to ghar bagh ka ek darakht mein ne chaha ke woh mere ghar mein uga diya jaye aur woh khoob bara darakht ek din mein ban jaye.</w:t>
      </w:r>
    </w:p>
    <w:p>
      <w:pPr>
        <w:jc w:val="right"/>
      </w:pPr>
      <w:r>
        <w:t>تو گھر باغ کا ایک درخت میں نے چاہا کہ وہ میرے گھر میں اگا دیا جائے اور وہ خوب بڑا درخت ایک دن میں بن جائے۔</w:t>
      </w:r>
    </w:p>
    <w:p>
      <w:r>
        <w:rPr>
          <w:b/>
        </w:rPr>
        <w:t xml:space="preserve">[05:59] </w:t>
      </w:r>
      <w:r>
        <w:t>to sara din mujhe ab tak yaad hai ke sara din mein khuddwaya. Woh to idare ka zamana tha.</w:t>
      </w:r>
    </w:p>
    <w:p>
      <w:pPr>
        <w:jc w:val="right"/>
      </w:pPr>
      <w:r>
        <w:t>تو سارا دن مجھے اب تک یاد ہے کہ سارا دن میں کھدوایا۔ وہ تو ادارے کا زمانہ تھا۔</w:t>
      </w:r>
    </w:p>
    <w:p>
      <w:r>
        <w:rPr>
          <w:b/>
        </w:rPr>
        <w:t xml:space="preserve">[06:10] </w:t>
      </w:r>
      <w:r>
        <w:t>hum ne moazin laga diye ke khodo is ko. To sara din khod kar is ko nikala gaya.</w:t>
      </w:r>
    </w:p>
    <w:p>
      <w:pPr>
        <w:jc w:val="right"/>
      </w:pPr>
      <w:r>
        <w:t>ہم نے موذن لگا دیے کہ کھودو اس کو۔ تو سارا دن کھود کر اس کو نکالا گیا۔</w:t>
      </w:r>
    </w:p>
    <w:p>
      <w:r>
        <w:rPr>
          <w:b/>
        </w:rPr>
        <w:t xml:space="preserve">[06:24] </w:t>
      </w:r>
      <w:r>
        <w:t>woh jisay kehte hain qad adam,</w:t>
      </w:r>
    </w:p>
    <w:p>
      <w:pPr>
        <w:jc w:val="right"/>
      </w:pPr>
      <w:r>
        <w:t>وہ جسے کہتے ہیں قد آدم،</w:t>
      </w:r>
    </w:p>
    <w:p>
      <w:r>
        <w:rPr>
          <w:b/>
        </w:rPr>
        <w:t xml:space="preserve">[06:31] </w:t>
      </w:r>
      <w:r>
        <w:t>itna bara tha woh. To hum ne apne hamare ghar mein bara angan tha, us mein laga diya.</w:t>
      </w:r>
    </w:p>
    <w:p>
      <w:pPr>
        <w:jc w:val="right"/>
      </w:pPr>
      <w:r>
        <w:t>اتنا بڑا تھا وہ۔ تو ہم نے اپنے ہمارے گھر میں بڑا آنگن تھا، اس میں لگا دیا۔</w:t>
      </w:r>
    </w:p>
    <w:p>
      <w:r>
        <w:rPr>
          <w:b/>
        </w:rPr>
        <w:t xml:space="preserve">[06:44] </w:t>
      </w:r>
      <w:r>
        <w:t>hum bohat khush thay ke</w:t>
      </w:r>
    </w:p>
    <w:p>
      <w:pPr>
        <w:jc w:val="right"/>
      </w:pPr>
      <w:r>
        <w:t>ہم بہت خوش تھے کہ</w:t>
      </w:r>
    </w:p>
    <w:p>
      <w:r>
        <w:rPr>
          <w:b/>
        </w:rPr>
        <w:t xml:space="preserve">[06:49] </w:t>
      </w:r>
      <w:r>
        <w:t>jo darakht 25 saal mein tayyar hua hai, woh ek hi din mein hamare ghar mein aa gaya.</w:t>
      </w:r>
    </w:p>
    <w:p>
      <w:pPr>
        <w:jc w:val="right"/>
      </w:pPr>
      <w:r>
        <w:t>جو درخت 25 سال میں تیار ہوا ہے، وہ ایک ہی دن میں ہمارے گھر میں آ گیا۔</w:t>
      </w:r>
    </w:p>
    <w:p>
      <w:r>
        <w:rPr>
          <w:b/>
        </w:rPr>
        <w:t xml:space="preserve">[06:57] </w:t>
      </w:r>
      <w:r>
        <w:t>lekin woh wohi hua ke woh sookh gaya, sookh ke khatam ho gaya.</w:t>
      </w:r>
    </w:p>
    <w:p>
      <w:pPr>
        <w:jc w:val="right"/>
      </w:pPr>
      <w:r>
        <w:t>لیکن وہ وہی ہوا کہ وہ سوکھ گیا، سوکھ کے ختم ہو گیا۔</w:t>
      </w:r>
    </w:p>
    <w:p>
      <w:r>
        <w:rPr>
          <w:b/>
        </w:rPr>
        <w:t xml:space="preserve">[07:06] </w:t>
      </w:r>
      <w:r>
        <w:t>to wohi title ko le kar bane hue ek mazmoon likha tha us zamane mein.</w:t>
      </w:r>
    </w:p>
    <w:p>
      <w:pPr>
        <w:jc w:val="right"/>
      </w:pPr>
      <w:r>
        <w:t>تو وہی ٹائٹل کو لے کر بنے ہوئے ایک مضمون لکھا تھا اس زمانے میں۔</w:t>
      </w:r>
    </w:p>
    <w:p>
      <w:r>
        <w:rPr>
          <w:b/>
        </w:rPr>
        <w:t xml:space="preserve">[07:16] </w:t>
      </w:r>
      <w:r>
        <w:t>mujhe yaad nahi ke mera title kya tha, lekin behal mafhoom is ka wohi tha ke "I am in a hurry but God did it".</w:t>
      </w:r>
    </w:p>
    <w:p>
      <w:pPr>
        <w:jc w:val="right"/>
      </w:pPr>
      <w:r>
        <w:t>مجھے یاد نہیں کہ میرا ٹائٹل کیا تھا، لیکن بہرحال مفہوم اس کا وہی تھا کہ "آئی ایم ان ہیری بٹ گاڈ اٹ"۔</w:t>
      </w:r>
    </w:p>
    <w:p>
      <w:r>
        <w:rPr>
          <w:b/>
        </w:rPr>
        <w:t xml:space="preserve">[07:26] </w:t>
      </w:r>
      <w:r>
        <w:t>but God did not.</w:t>
      </w:r>
    </w:p>
    <w:p>
      <w:pPr>
        <w:jc w:val="right"/>
      </w:pPr>
      <w:r>
        <w:t>بٹ گاڈ اٹ ناٹ۔</w:t>
      </w:r>
    </w:p>
    <w:p>
      <w:r>
        <w:rPr>
          <w:b/>
        </w:rPr>
        <w:t xml:space="preserve">[07:33] </w:t>
      </w:r>
      <w:r>
        <w:t>to yahan se meri soch shuru hui.</w:t>
      </w:r>
    </w:p>
    <w:p>
      <w:pPr>
        <w:jc w:val="right"/>
      </w:pPr>
      <w:r>
        <w:t>تو یہاں سے میری سوچ شروع ہوئی۔</w:t>
      </w:r>
    </w:p>
    <w:p>
      <w:r>
        <w:rPr>
          <w:b/>
        </w:rPr>
        <w:t xml:space="preserve">[07:40] </w:t>
      </w:r>
      <w:r>
        <w:t>to mein ne baqayda is par socha yeh janne ke liye ke is ka raaz kya hai,</w:t>
      </w:r>
    </w:p>
    <w:p>
      <w:pPr>
        <w:jc w:val="right"/>
      </w:pPr>
      <w:r>
        <w:t>تو میں نے باقاعدہ اس پر سوچا یہ جاننے کے لیے کہ اس کا راز کیا ہے،</w:t>
      </w:r>
    </w:p>
    <w:p>
      <w:r>
        <w:rPr>
          <w:b/>
        </w:rPr>
        <w:t xml:space="preserve">[07:51] </w:t>
      </w:r>
      <w:r>
        <w:t>kyun aisa hai.</w:t>
      </w:r>
    </w:p>
    <w:p>
      <w:pPr>
        <w:jc w:val="right"/>
      </w:pPr>
      <w:r>
        <w:t>کیوں ایسا ہے۔</w:t>
      </w:r>
    </w:p>
    <w:p>
      <w:r>
        <w:rPr>
          <w:b/>
        </w:rPr>
        <w:t xml:space="preserve">[07:55] </w:t>
      </w:r>
      <w:r>
        <w:t>to is dunya mein garday ka jo khaliq hai, is ka koi kaam</w:t>
      </w:r>
    </w:p>
    <w:p>
      <w:pPr>
        <w:jc w:val="right"/>
      </w:pPr>
      <w:r>
        <w:t>تو اس دنیا میں گردے کا جو خالق ہے، اس کا کوئی کام</w:t>
      </w:r>
    </w:p>
    <w:p>
      <w:r>
        <w:rPr>
          <w:b/>
        </w:rPr>
        <w:t xml:space="preserve">[08:06] </w:t>
      </w:r>
      <w:r>
        <w:t>is tarah nahi banta ke shou badtar se khara ho jaye woh, balke woh law of nature hai, us ke mutabiq hota hai.</w:t>
      </w:r>
    </w:p>
    <w:p>
      <w:pPr>
        <w:jc w:val="right"/>
      </w:pPr>
      <w:r>
        <w:t>اس طرح نہیں بنتا کہ شو بدتر سے کھڑا ہو جائے وہ، بلکہ وہ لاء آف نیچر ہے، اس کے مطابق ہوتا ہے۔</w:t>
      </w:r>
    </w:p>
    <w:p>
      <w:r>
        <w:rPr>
          <w:b/>
        </w:rPr>
        <w:t xml:space="preserve">[08:21] </w:t>
      </w:r>
      <w:r>
        <w:t>to wahan se maine seekha ke chahe darakht ka mamla ho, chahe ek insan ki</w:t>
      </w:r>
    </w:p>
    <w:p>
      <w:pPr>
        <w:jc w:val="right"/>
      </w:pPr>
      <w:r>
        <w:t>تو وہاں سے میں نے سیکھا کہ چاہے درخت کا معاملہ ہو، چاہے ایک انسان کی</w:t>
      </w:r>
    </w:p>
    <w:p>
      <w:r>
        <w:rPr>
          <w:b/>
        </w:rPr>
        <w:t xml:space="preserve">[08:32] </w:t>
      </w:r>
      <w:r>
        <w:t>tarbiyat ka mamla ho ya ek society banane ka mamla ho,</w:t>
      </w:r>
    </w:p>
    <w:p>
      <w:pPr>
        <w:jc w:val="right"/>
      </w:pPr>
      <w:r>
        <w:t>تربیت کا معاملہ ہو یا ایک سوسائٹی بنانے کا معاملہ ہو،</w:t>
      </w:r>
    </w:p>
    <w:p>
      <w:r>
        <w:rPr>
          <w:b/>
        </w:rPr>
        <w:t xml:space="preserve">[08:41] </w:t>
      </w:r>
      <w:r>
        <w:t>woh is ka jo time hai, woh amal dena parega. Is ke liye jo jo tayyari karna hai, jo kha dena hai, woh sab karna hoga.</w:t>
      </w:r>
    </w:p>
    <w:p>
      <w:pPr>
        <w:jc w:val="right"/>
      </w:pPr>
      <w:r>
        <w:t>وہ اس کا جو ٹائم ہے، وہ عمل دینا پڑے گا۔ اس کے لیے جو جو تیاری کرنا ہے، جو کھا دینا ہے، وہ سب کرنا ہوگا۔</w:t>
      </w:r>
    </w:p>
    <w:p>
      <w:r>
        <w:rPr>
          <w:b/>
        </w:rPr>
        <w:t xml:space="preserve">[08:59] </w:t>
      </w:r>
      <w:r>
        <w:t>tab insan ki personality banegi, tab society tayyar hogi.</w:t>
      </w:r>
    </w:p>
    <w:p>
      <w:pPr>
        <w:jc w:val="right"/>
      </w:pPr>
      <w:r>
        <w:t>تب انسان کی پرسنیلٹی بنے گی، تب سوسائٹی تیار ہوگی۔</w:t>
      </w:r>
    </w:p>
    <w:p>
      <w:r>
        <w:rPr>
          <w:b/>
        </w:rPr>
        <w:t xml:space="preserve">[09:09] </w:t>
      </w:r>
      <w:r>
        <w:t>to yeh maine apne zaati waqeye se jana. Us waqt mein chota tha, mas shauq mein aisa kiya tha, mein janta kuch nahi tha.</w:t>
      </w:r>
    </w:p>
    <w:p>
      <w:pPr>
        <w:jc w:val="right"/>
      </w:pPr>
      <w:r>
        <w:t>تو یہ میں نے اپنے ذاتی واقعے سے جانا۔ اس وقت میں چھوٹا تھا، مس شوق میں ایسا کیا تھا، میں جانتا کچھ نہیں تھا۔</w:t>
      </w:r>
    </w:p>
    <w:p>
      <w:r>
        <w:rPr>
          <w:b/>
        </w:rPr>
        <w:t xml:space="preserve">[09:29] </w:t>
      </w:r>
      <w:r>
        <w:t>balke agar agar mein kahoon ke maine jo is ke baad jo tehreek chalai thi, chalai, us ki us ka us ko beginning isi waqeye se hui hai,</w:t>
      </w:r>
    </w:p>
    <w:p>
      <w:pPr>
        <w:jc w:val="right"/>
      </w:pPr>
      <w:r>
        <w:t>بلکہ اگر اگر میں کہوں کہ میں نے جو اس کے بعد جو تحریک چلائی تھی، چلائی، اس کی اس کا اس کو بگننگ اسی واقعے سے ہوئی ہے،</w:t>
      </w:r>
    </w:p>
    <w:p>
      <w:r>
        <w:rPr>
          <w:b/>
        </w:rPr>
        <w:t xml:space="preserve">[09:48] </w:t>
      </w:r>
      <w:r>
        <w:t>isi waqeye se.</w:t>
      </w:r>
    </w:p>
    <w:p>
      <w:pPr>
        <w:jc w:val="right"/>
      </w:pPr>
      <w:r>
        <w:t>اسی واقعے سے۔</w:t>
      </w:r>
    </w:p>
    <w:p>
      <w:r>
        <w:rPr>
          <w:b/>
        </w:rPr>
        <w:t xml:space="preserve">[09:53] </w:t>
      </w:r>
      <w:r>
        <w:t>aur mein India, India ki India ko as a developed society banana, India ko ek as a developed society banana ya Muslim ummat ko as a developed ummat banana,</w:t>
      </w:r>
    </w:p>
    <w:p>
      <w:pPr>
        <w:jc w:val="right"/>
      </w:pPr>
      <w:r>
        <w:t>اور میں انڈیا، انڈیا کی انڈیا کو ایز اے ڈیولپڈ سوسائٹی بنانا، انڈیا کو ایک ایز اے ڈیولپڈ سوسائٹی بنانا یا مسلم ملت کو ایز اے ڈیولپڈ ملت بنانا،</w:t>
      </w:r>
    </w:p>
    <w:p>
      <w:r>
        <w:rPr>
          <w:b/>
        </w:rPr>
        <w:t xml:space="preserve">[10:13] </w:t>
      </w:r>
      <w:r>
        <w:t>yeh sab jo hai, maine isi se seekha</w:t>
      </w:r>
    </w:p>
    <w:p>
      <w:pPr>
        <w:jc w:val="right"/>
      </w:pPr>
      <w:r>
        <w:t>یہ سب جو ہے، میں نے اسی سے سیکھا</w:t>
      </w:r>
    </w:p>
    <w:p>
      <w:r>
        <w:rPr>
          <w:b/>
        </w:rPr>
        <w:t xml:space="preserve">[10:22] </w:t>
      </w:r>
      <w:r>
        <w:t>keh jo process hai, woh hamein</w:t>
      </w:r>
    </w:p>
    <w:p>
      <w:pPr>
        <w:jc w:val="right"/>
      </w:pPr>
      <w:r>
        <w:t>کہ جو پروسیس ہے، وہ ہمیں</w:t>
      </w:r>
    </w:p>
    <w:p>
      <w:r>
        <w:rPr>
          <w:b/>
        </w:rPr>
        <w:t xml:space="preserve">[10:29] </w:t>
      </w:r>
      <w:r>
        <w:t>ikhtiyar karna parega.</w:t>
      </w:r>
    </w:p>
    <w:p>
      <w:pPr>
        <w:jc w:val="right"/>
      </w:pPr>
      <w:r>
        <w:t>اختیار کرنا پڑے گا۔</w:t>
      </w:r>
    </w:p>
    <w:p>
      <w:r>
        <w:rPr>
          <w:b/>
        </w:rPr>
        <w:t xml:space="preserve">[10:34] </w:t>
      </w:r>
      <w:r>
        <w:t>kisi aur tareeqay se hum na nation bana sakte, na community bana sakte,</w:t>
      </w:r>
    </w:p>
    <w:p>
      <w:pPr>
        <w:jc w:val="right"/>
      </w:pPr>
      <w:r>
        <w:t>کسی اور طریقے سے ہم نہ نیشن بنا سکتے، نہ کمیونٹی بنا سکتے،</w:t>
      </w:r>
    </w:p>
    <w:p>
      <w:r>
        <w:rPr>
          <w:b/>
        </w:rPr>
        <w:t xml:space="preserve">[10:46] </w:t>
      </w:r>
      <w:r>
        <w:t>na kuch bana sakte.</w:t>
      </w:r>
    </w:p>
    <w:p>
      <w:pPr>
        <w:jc w:val="right"/>
      </w:pPr>
      <w:r>
        <w:t>نہ کچھ بنا سکتے۔</w:t>
      </w:r>
    </w:p>
    <w:p>
      <w:r>
        <w:rPr>
          <w:b/>
        </w:rPr>
        <w:t xml:space="preserve">[10:52] </w:t>
      </w:r>
      <w:r>
        <w:t>badqismati se abhi bhi log isi mein phansay hue hain.</w:t>
      </w:r>
    </w:p>
    <w:p>
      <w:pPr>
        <w:jc w:val="right"/>
      </w:pPr>
      <w:r>
        <w:t>بدقسمتی سے ابھی بھی لوگ اسی میں پھنسے ہوئے ہیں۔</w:t>
      </w:r>
    </w:p>
    <w:p>
      <w:r>
        <w:rPr>
          <w:b/>
        </w:rPr>
        <w:t xml:space="preserve">[11:07] </w:t>
      </w:r>
      <w:r>
        <w:t>aap ko law of nature ko janna hoga. law of nature,</w:t>
      </w:r>
    </w:p>
    <w:p>
      <w:pPr>
        <w:jc w:val="right"/>
      </w:pPr>
      <w:r>
        <w:t>آپ کو لاء آف نیچر کو جاننا ہوگا۔ لاء آف نیچر،</w:t>
      </w:r>
    </w:p>
    <w:p>
      <w:r>
        <w:rPr>
          <w:b/>
        </w:rPr>
        <w:t xml:space="preserve">[11:23] </w:t>
      </w:r>
      <w:r>
        <w:t>law of nature ko janna hoga. baghair law of nature ko janna aur apply kiye baghair aap koi kaam nahi kar sakte.</w:t>
      </w:r>
    </w:p>
    <w:p>
      <w:pPr>
        <w:jc w:val="right"/>
      </w:pPr>
      <w:r>
        <w:t>لاء آف نیچر کو جاننا ہوگا۔ بغیر لاء آف نیچر کو جاننا اور اپلائی کیے بغیر آپ کوئی کام نہیں کر سکتے۔</w:t>
      </w:r>
    </w:p>
    <w:p>
      <w:r>
        <w:rPr>
          <w:b/>
        </w:rPr>
        <w:t xml:space="preserve">[11:42] </w:t>
      </w:r>
      <w:r>
        <w:t>hamare mulk mein beshumar mawaqe hain, India mein mawaqe ki bharmar hai, opportunity ki bharmar hai.</w:t>
      </w:r>
    </w:p>
    <w:p>
      <w:pPr>
        <w:jc w:val="right"/>
      </w:pPr>
      <w:r>
        <w:t>ہمارے ملک میں بے شمار مواقع ہیں، انڈیا میں مواقع کی بھرمار ہے، اپرچونیٹی کی بھرمار ہے۔</w:t>
      </w:r>
    </w:p>
    <w:p>
      <w:r>
        <w:rPr>
          <w:b/>
        </w:rPr>
        <w:t xml:space="preserve">[11:56] </w:t>
      </w:r>
      <w:r>
        <w:t>lekin Musalman aaj bhi shikayat karte hain. Musalman shikayat karte hain, zulm ho raha hai, discrimination ho raha hai, yeh ho raha hai, woh ho raha hai.</w:t>
      </w:r>
    </w:p>
    <w:p>
      <w:pPr>
        <w:jc w:val="right"/>
      </w:pPr>
      <w:r>
        <w:t>لیکن مسلمان آج بھی شکایت کرتے ہیں۔ مسلمان شکایت کرتے ہیں، ظلم ہو رہا ہے، ڈسکریمنشن ہو رہا ہے، یہ ہو رہا ہے، وہ ہو رہا ہے۔</w:t>
      </w:r>
    </w:p>
    <w:p>
      <w:r>
        <w:rPr>
          <w:b/>
        </w:rPr>
        <w:t xml:space="preserve">[12:08] </w:t>
      </w:r>
      <w:r>
        <w:t>yeh sab bilkul false baatein hain, be buniyad baatein hain. Aziz, hamari planning hamari galat hai, planning galat hai.</w:t>
      </w:r>
    </w:p>
    <w:p>
      <w:pPr>
        <w:jc w:val="right"/>
      </w:pPr>
      <w:r>
        <w:t>یہ سب بالکل فالس باتیں ہیں، بے بنیاد باتیں ہیں۔ عزیز، ہماری پلاننگ ہماری غلط ہے، پلاننگ غلط ہے۔</w:t>
      </w:r>
    </w:p>
    <w:p>
      <w:r>
        <w:rPr>
          <w:b/>
        </w:rPr>
        <w:t xml:space="preserve">[12:25] </w:t>
      </w:r>
      <w:r>
        <w:t>misalan dekhiye, aaj jo verdict aaya hai</w:t>
      </w:r>
    </w:p>
    <w:p>
      <w:pPr>
        <w:jc w:val="right"/>
      </w:pPr>
      <w:r>
        <w:t>مثلاً دیکھیے، آج جو ورڈکٹ آیا ہے</w:t>
      </w:r>
    </w:p>
    <w:p>
      <w:r>
        <w:rPr>
          <w:b/>
        </w:rPr>
        <w:t xml:space="preserve">[12:31] </w:t>
      </w:r>
      <w:r>
        <w:t>toh</w:t>
      </w:r>
    </w:p>
    <w:p>
      <w:pPr>
        <w:jc w:val="right"/>
      </w:pPr>
      <w:r>
        <w:t>تو</w:t>
      </w:r>
    </w:p>
    <w:p>
      <w:r>
        <w:rPr>
          <w:b/>
        </w:rPr>
        <w:t xml:space="preserve">[12:34] </w:t>
      </w:r>
      <w:r>
        <w:t>yeh woh opportunity khuli thi, bohat pehle, bohat pehle.</w:t>
      </w:r>
    </w:p>
    <w:p>
      <w:pPr>
        <w:jc w:val="right"/>
      </w:pPr>
      <w:r>
        <w:t>یہ وہ اپرچونیٹی کھلی تھی، بہت پہلے، بہت پہلے۔</w:t>
      </w:r>
    </w:p>
    <w:p>
      <w:r>
        <w:rPr>
          <w:b/>
        </w:rPr>
        <w:t xml:space="preserve">[12:44] </w:t>
      </w:r>
      <w:r>
        <w:t>yani 1920 ke zamane mein. us waqt mein ne kaha tha, sab chupa hua hai.</w:t>
      </w:r>
    </w:p>
    <w:p>
      <w:pPr>
        <w:jc w:val="right"/>
      </w:pPr>
      <w:r>
        <w:t>یعنی 1920 کے زمانے میں۔ اس وقت میں نے کہا تھا، سب چھپا ہوا ہے۔</w:t>
      </w:r>
    </w:p>
    <w:p>
      <w:r>
        <w:rPr>
          <w:b/>
        </w:rPr>
        <w:t xml:space="preserve">[12:57] </w:t>
      </w:r>
      <w:r>
        <w:t>Musalman jo controversial masjid hai, us ko relocate karne par raazi ho jao.</w:t>
      </w:r>
    </w:p>
    <w:p>
      <w:pPr>
        <w:jc w:val="right"/>
      </w:pPr>
      <w:r>
        <w:t>مسلمان جو کنٹروورشل مسجد ہے، اس کو ری لوکیٹ کرنے پر راضی ہو جاؤ۔</w:t>
      </w:r>
    </w:p>
    <w:p>
      <w:r>
        <w:rPr>
          <w:b/>
        </w:rPr>
        <w:t xml:space="preserve">[13:09] </w:t>
      </w:r>
      <w:r>
        <w:t>yeh chupa hua maujood hai, relocation par raazi ho jao.</w:t>
      </w:r>
    </w:p>
    <w:p>
      <w:pPr>
        <w:jc w:val="right"/>
      </w:pPr>
      <w:r>
        <w:t>یہ چھپا ہوا موجود ہے، ری لوکیشن پر راضی ہو جاؤ۔</w:t>
      </w:r>
    </w:p>
    <w:p>
      <w:r>
        <w:rPr>
          <w:b/>
        </w:rPr>
        <w:t xml:space="preserve">[13:17] </w:t>
      </w:r>
      <w:r>
        <w:t>aur mein ne bara safar, India ka safar kiya, bare bare log mile aur majority raazi ho gayi is par.</w:t>
      </w:r>
    </w:p>
    <w:p>
      <w:pPr>
        <w:jc w:val="right"/>
      </w:pPr>
      <w:r>
        <w:t>اور میں نے بڑا سفر، انڈیا کا سفر کیا، بڑے بڑے لوگ ملے اور میجورٹی راضی ہو گئی اس پر۔</w:t>
      </w:r>
    </w:p>
    <w:p>
      <w:r>
        <w:rPr>
          <w:b/>
        </w:rPr>
        <w:t xml:space="preserve">[13:27] </w:t>
      </w:r>
      <w:r>
        <w:t>lekin Musalman jo jazbati qaum hai, Musalmanon ki jazbatiyat record ban gayi kyunke relocation un ke nazdeek jaiz hi nahi tha.</w:t>
      </w:r>
    </w:p>
    <w:p>
      <w:pPr>
        <w:jc w:val="right"/>
      </w:pPr>
      <w:r>
        <w:t>لیکن مسلمان جو جذباتی قوم ہے، مسلمانوں کی جذباتیت ریکارڈ بن گئی کیونکہ ری لوکیشن ان کے نزدیک جائز ہی نہیں تھا۔</w:t>
      </w:r>
    </w:p>
    <w:p>
      <w:r>
        <w:rPr>
          <w:b/>
        </w:rPr>
        <w:t xml:space="preserve">[13:46] </w:t>
      </w:r>
      <w:r>
        <w:t>yani Islam mein yeh usool hai ke fatwa mein tahseel karo, tahseel fatwa, taaseer na karo,</w:t>
      </w:r>
    </w:p>
    <w:p>
      <w:pPr>
        <w:jc w:val="right"/>
      </w:pPr>
      <w:r>
        <w:t>یعنی اسلام میں یہ اصول ہے کہ فتویٰ میں تحصیل کرو، تحصیل فتویٰ، تاثیر نہ کرو،</w:t>
      </w:r>
    </w:p>
    <w:p>
      <w:r>
        <w:rPr>
          <w:b/>
        </w:rPr>
        <w:t xml:space="preserve">[14:01] </w:t>
      </w:r>
      <w:r>
        <w:t>taaseer fatwa nahi. yani mushkil se fatwa na do, aasan fatwa do. aur Rasool Allah Sallallahu Alaihi Wasallam ka yeh tareeqa tha.</w:t>
      </w:r>
    </w:p>
    <w:p>
      <w:pPr>
        <w:jc w:val="right"/>
      </w:pPr>
      <w:r>
        <w:t>تاثیر فتویٰ نہیں۔ یعنی مشکل سے فتویٰ نہ دو، آسان فتویٰ دو۔ اور رسول اللہ صلی اللہ علیہ وسلم کا یہ طریقہ تھا۔</w:t>
      </w:r>
    </w:p>
    <w:p>
      <w:r>
        <w:rPr>
          <w:b/>
        </w:rPr>
        <w:t xml:space="preserve">[14:12] </w:t>
      </w:r>
      <w:r>
        <w:t>hamesha aap taaseer ki taraf jatay thay, taaseer ki taraf nahi jatay thay.</w:t>
      </w:r>
    </w:p>
    <w:p>
      <w:pPr>
        <w:jc w:val="right"/>
      </w:pPr>
      <w:r>
        <w:t>ہمیشہ آپ تاثیر کی طرف جاتے تھے، تاثیر کی طرف نہیں جاتے تھے۔</w:t>
      </w:r>
    </w:p>
    <w:p>
      <w:r>
        <w:rPr>
          <w:b/>
        </w:rPr>
        <w:t xml:space="preserve">[14:21] </w:t>
      </w:r>
      <w:r>
        <w:t>lekin Musalmanon ne kiya kiya? masjid wahin banao, masjid wahin banao, masjid wahin banao.</w:t>
      </w:r>
    </w:p>
    <w:p>
      <w:pPr>
        <w:jc w:val="right"/>
      </w:pPr>
      <w:r>
        <w:t>لیکن مسلمانوں نے کیا کیا؟ مسجد وہیں بناؤ، مسجد وہیں بناؤ، مسجد وہیں بناؤ۔</w:t>
      </w:r>
    </w:p>
    <w:p>
      <w:r>
        <w:rPr>
          <w:b/>
        </w:rPr>
        <w:t xml:space="preserve">[14:32] </w:t>
      </w:r>
      <w:r>
        <w:t>tarteeb yeh hai ke aaj toh nahi bani aur mujhe abhi shakk hai ke kuch hoga ya nahi hoga.</w:t>
      </w:r>
    </w:p>
    <w:p>
      <w:pPr>
        <w:jc w:val="right"/>
      </w:pPr>
      <w:r>
        <w:t>ترتیب یہ ہے کہ آج تو نہیں بنی اور مجھے ابھی شک ہے کہ کچھ ہوگا یا نہیں ہوگا۔</w:t>
      </w:r>
    </w:p>
    <w:p>
      <w:r>
        <w:rPr>
          <w:b/>
        </w:rPr>
        <w:t xml:space="preserve">[14:41] </w:t>
      </w:r>
      <w:r>
        <w:t>jabke jo go adalat, jo court ka verdict hai, woh aaeen wahi hai jo mein ne kaha tha.</w:t>
      </w:r>
    </w:p>
    <w:p>
      <w:pPr>
        <w:jc w:val="right"/>
      </w:pPr>
      <w:r>
        <w:t>جبکہ جو گو عدالت، جو کورٹ کا ورڈکٹ ہے، وہ آئین وہی ہے جو میں نے کہا تھا۔</w:t>
      </w:r>
    </w:p>
    <w:p>
      <w:r>
        <w:rPr>
          <w:b/>
        </w:rPr>
        <w:t xml:space="preserve">[14:54] </w:t>
      </w:r>
      <w:r>
        <w:t>bohat ajeeb baat hai</w:t>
      </w:r>
    </w:p>
    <w:p>
      <w:pPr>
        <w:jc w:val="right"/>
      </w:pPr>
      <w:r>
        <w:t>بہت عجیب بات ہے</w:t>
      </w:r>
    </w:p>
    <w:p>
      <w:r>
        <w:rPr>
          <w:b/>
        </w:rPr>
        <w:t xml:space="preserve">[14:58] </w:t>
      </w:r>
      <w:r>
        <w:t>keh masjid ko re locate kar diya jaye.</w:t>
      </w:r>
    </w:p>
    <w:p>
      <w:pPr>
        <w:jc w:val="right"/>
      </w:pPr>
      <w:r>
        <w:t>کہ مسجد کو ری لوکیٹ کر دیا جائے۔</w:t>
      </w:r>
    </w:p>
    <w:p>
      <w:r>
        <w:rPr>
          <w:b/>
        </w:rPr>
        <w:t xml:space="preserve">[15:03] </w:t>
      </w:r>
      <w:r>
        <w:t>government ne kaha tha keh hum is se ziyada bari jagah dein ge, agar musalman razi ho jayen re location ke. wahan woh masjid banayen, center banayen, idaray banayen, taleemi.</w:t>
      </w:r>
    </w:p>
    <w:p>
      <w:pPr>
        <w:jc w:val="right"/>
      </w:pPr>
      <w:r>
        <w:t>گورنمنٹ نے کہا تھا کہ ہم اس سے زیادہ بڑی جگہ دیں گے، اگر مسلمان راضی ہو جائیں ری لوکیشن کی۔ وہاں وہ مسجد بنائیں، سینٹر بنائیں، ادارے بنائیں، تعلیمی۔</w:t>
      </w:r>
    </w:p>
    <w:p>
      <w:r>
        <w:rPr>
          <w:b/>
        </w:rPr>
        <w:t xml:space="preserve">[15:22] </w:t>
      </w:r>
      <w:r>
        <w:t>aap ghor kijiye,</w:t>
      </w:r>
    </w:p>
    <w:p>
      <w:pPr>
        <w:jc w:val="right"/>
      </w:pPr>
      <w:r>
        <w:t>آپ غور کیجئے،</w:t>
      </w:r>
    </w:p>
    <w:p>
      <w:r>
        <w:rPr>
          <w:b/>
        </w:rPr>
        <w:t xml:space="preserve">[15:28] </w:t>
      </w:r>
      <w:r>
        <w:t>kya itni lambi muddat mein aap. aap ka kitna bara kaam ho sakta hua hota lekin</w:t>
      </w:r>
    </w:p>
    <w:p>
      <w:pPr>
        <w:jc w:val="right"/>
      </w:pPr>
      <w:r>
        <w:t>کیا اتنی لمبی مدت میں آپ۔ آپ کا کتنا بڑا کام ہو سکتا ہوا ہوتا لیکن</w:t>
      </w:r>
    </w:p>
    <w:p>
      <w:r>
        <w:rPr>
          <w:b/>
        </w:rPr>
        <w:t xml:space="preserve">[15:36] </w:t>
      </w:r>
      <w:r>
        <w:t>bohat se musalman mare gaye, bohat nuqsan musalmanon ko hua aur kya kya hua aur ab tak woh</w:t>
      </w:r>
    </w:p>
    <w:p>
      <w:pPr>
        <w:jc w:val="right"/>
      </w:pPr>
      <w:r>
        <w:t>بہت سے مسلمان مارے گئے، بہت نقصان مسلمانوں کو ہوا اور کیا کیا ہوا اور اب تک وہ</w:t>
      </w:r>
    </w:p>
    <w:p>
      <w:r>
        <w:rPr>
          <w:b/>
        </w:rPr>
        <w:t xml:space="preserve">[15:46] </w:t>
      </w:r>
      <w:r>
        <w:t>pari hui hai.</w:t>
      </w:r>
    </w:p>
    <w:p>
      <w:pPr>
        <w:jc w:val="right"/>
      </w:pPr>
      <w:r>
        <w:t>پڑی ہوئی ہے۔</w:t>
      </w:r>
    </w:p>
    <w:p>
      <w:r>
        <w:rPr>
          <w:b/>
        </w:rPr>
        <w:t xml:space="preserve">[15:53] </w:t>
      </w:r>
      <w:r>
        <w:t>kyun? kyunkeh kisi ko pata hi nahi keh duniya mein jo kuch hota hai woh law of nature ke tehet hota hai.</w:t>
      </w:r>
    </w:p>
    <w:p>
      <w:pPr>
        <w:jc w:val="right"/>
      </w:pPr>
      <w:r>
        <w:t>کیوں؟ کیونکہ کسی کو پتہ ہی نہیں کہ دنیا میں جو کچھ ہوتا ہے وہ لاء آف نیچر کے تحت ہوتا ہے۔</w:t>
      </w:r>
    </w:p>
    <w:p>
      <w:r>
        <w:rPr>
          <w:b/>
        </w:rPr>
        <w:t xml:space="preserve">[16:08] </w:t>
      </w:r>
      <w:r>
        <w:t>kuch bhi jo hota hai is duniya mein, chahay peR ugna ho, ek peR ka ugna ho, ek society ko banana ho, ek nation ko tayyar karna ho, kuch bhi ho,</w:t>
      </w:r>
    </w:p>
    <w:p>
      <w:pPr>
        <w:jc w:val="right"/>
      </w:pPr>
      <w:r>
        <w:t>کچھ بھی جو ہوتا ہے اس دنیا میں، چاہے پیڑ اگنا ہو، ایک پیڑ کا اگنا ہو، ایک سوسائٹی کو بنانا ہو، ایک نیشن کو تیار کرنا ہو، کچھ بھی ہو،</w:t>
      </w:r>
    </w:p>
    <w:p>
      <w:r>
        <w:rPr>
          <w:b/>
        </w:rPr>
        <w:t xml:space="preserve">[16:22] </w:t>
      </w:r>
      <w:r>
        <w:t>is ke liye time chahiye, planning chahiye.</w:t>
      </w:r>
    </w:p>
    <w:p>
      <w:pPr>
        <w:jc w:val="right"/>
      </w:pPr>
      <w:r>
        <w:t>اس کے لیے ٹائم چاہیے، پلاننگ چاہیے۔</w:t>
      </w:r>
    </w:p>
    <w:p>
      <w:r>
        <w:rPr>
          <w:b/>
        </w:rPr>
        <w:t xml:space="preserve">[16:32] </w:t>
      </w:r>
      <w:r>
        <w:t>lekin hamare haan jazbati nare lagana jante hain log aur planning ki khabar hi nahi. beharhal yeh jo waqia maine arz kiya, jo dead chhupa tha aur khud bara tajurba isi qism ka hua,</w:t>
      </w:r>
    </w:p>
    <w:p>
      <w:pPr>
        <w:jc w:val="right"/>
      </w:pPr>
      <w:r>
        <w:t>لیکن ہمارے ہاں جذباتی نعرے لگانا جانتے ہیں لوگ اور پلاننگ کی خبر ہی نہیں۔ بہرحال یہ جو واقعہ میں نے عرض کیا، جو ڈیڈ چھپا تھا اور خود بڑا تجربہ اسی قسم کا ہوا،</w:t>
      </w:r>
    </w:p>
    <w:p>
      <w:r>
        <w:rPr>
          <w:b/>
        </w:rPr>
        <w:t xml:space="preserve">[16:51] </w:t>
      </w:r>
      <w:r>
        <w:t>yeh law of nature hai. aap koi bhi kaam karna chahte hon</w:t>
      </w:r>
    </w:p>
    <w:p>
      <w:pPr>
        <w:jc w:val="right"/>
      </w:pPr>
      <w:r>
        <w:t>یہ لاء آف نیچر ہے۔ آپ کوئی بھی کام کرنا چاہتے ہوں</w:t>
      </w:r>
    </w:p>
    <w:p>
      <w:r>
        <w:rPr>
          <w:b/>
        </w:rPr>
        <w:t xml:space="preserve">[16:59] </w:t>
      </w:r>
      <w:r>
        <w:t>to aap ko intezar karna pare ga. yani intezar ke ma'ni kya hain? keh aap ka</w:t>
      </w:r>
    </w:p>
    <w:p>
      <w:pPr>
        <w:jc w:val="right"/>
      </w:pPr>
      <w:r>
        <w:t>تو آپ کو انتظار کرنا پڑے گا۔ یعنی انتظار کے معنی کیا ہیں؟ کہ آپ کا</w:t>
      </w:r>
    </w:p>
    <w:p>
      <w:r>
        <w:rPr>
          <w:b/>
        </w:rPr>
        <w:t xml:space="preserve">[17:13] </w:t>
      </w:r>
      <w:r>
        <w:t>jo maqsad hai, jo required time hai, woh poora ho</w:t>
      </w:r>
    </w:p>
    <w:p>
      <w:pPr>
        <w:jc w:val="right"/>
      </w:pPr>
      <w:r>
        <w:t>جو مقصد ہے، جو ریکوائرڈ ٹائم ہے، وہ پورا ہو</w:t>
      </w:r>
    </w:p>
    <w:p>
      <w:r>
        <w:rPr>
          <w:b/>
        </w:rPr>
        <w:t xml:space="preserve">[17:23] </w:t>
      </w:r>
      <w:r>
        <w:t>warna kuch nahi ho sakta. to chahay ek bachay ki tarbiyat karna ho ya ek ghar banana ho, ek business karna ho, ek nation building ka kaam ho, kuch bhi ho,</w:t>
      </w:r>
    </w:p>
    <w:p>
      <w:pPr>
        <w:jc w:val="right"/>
      </w:pPr>
      <w:r>
        <w:t>ورنہ کچھ نہیں ہو سکتا۔ تو چاہے ایک بچے کی تربیت کرنا ہو یا ایک گھر بنانا ہو، ایک بزنس کرنا ہو، ایک نیشن بلڈنگ کا کام ہو، کچھ بھی ہو،</w:t>
      </w:r>
    </w:p>
    <w:p>
      <w:r>
        <w:rPr>
          <w:b/>
        </w:rPr>
        <w:t xml:space="preserve">[17:41] </w:t>
      </w:r>
      <w:r>
        <w:t>aap ko sabr karna pare ga, sabrana planning karni pare gi, tab kaam hoga.</w:t>
      </w:r>
    </w:p>
    <w:p>
      <w:pPr>
        <w:jc w:val="right"/>
      </w:pPr>
      <w:r>
        <w:t>آپ کو صبر کرنا پڑے گا، صابرانہ پلاننگ کرنی پڑے گی، تب کام ہوگا۔</w:t>
      </w:r>
    </w:p>
    <w:p>
      <w:r>
        <w:rPr>
          <w:b/>
        </w:rPr>
        <w:t xml:space="preserve">[17:52] </w:t>
      </w:r>
      <w:r>
        <w:t>meri dua hai keh aap sab logon ko Allah taala</w:t>
      </w:r>
    </w:p>
    <w:p>
      <w:pPr>
        <w:jc w:val="right"/>
      </w:pPr>
      <w:r>
        <w:t>میری دعا ہے کہ آپ سب لوگوں کو اللہ تعالیٰ</w:t>
      </w:r>
    </w:p>
    <w:p>
      <w:r>
        <w:rPr>
          <w:b/>
        </w:rPr>
        <w:t xml:space="preserve">[18:00] </w:t>
      </w:r>
      <w:r>
        <w:t>yeh wisdom de.</w:t>
      </w:r>
    </w:p>
    <w:p>
      <w:pPr>
        <w:jc w:val="right"/>
      </w:pPr>
      <w:r>
        <w:t>یہ وزڈم دے۔</w:t>
      </w:r>
    </w:p>
    <w:p>
      <w:r>
        <w:rPr>
          <w:b/>
        </w:rPr>
        <w:t xml:space="preserve">[18:07] </w:t>
      </w:r>
      <w:r>
        <w:t>assalam o alaikum wa rehmatullah.</w:t>
      </w:r>
    </w:p>
    <w:p>
      <w:pPr>
        <w:jc w:val="right"/>
      </w:pPr>
      <w:r>
        <w:t>السلام علیکم ورحمۃ اللہ۔</w:t>
      </w:r>
    </w:p>
    <w:p>
      <w:r>
        <w:rPr>
          <w:b/>
        </w:rPr>
        <w:t xml:space="preserve">[18:22] </w:t>
      </w:r>
      <w:r>
        <w:t>maulana, hamara question yeh hai keh</w:t>
      </w:r>
    </w:p>
    <w:p>
      <w:pPr>
        <w:jc w:val="right"/>
      </w:pPr>
      <w:r>
        <w:t>مولانا، ہمارا کوئسچن یہ ہے کہ</w:t>
      </w:r>
    </w:p>
    <w:p>
      <w:r>
        <w:rPr>
          <w:b/>
        </w:rPr>
        <w:t xml:space="preserve">[18:27] </w:t>
      </w:r>
      <w:r>
        <w:t>sabr ke sath Maulana, dua dua ka kya role? dua karne ka kya role hai is mein? dua yahi hai keh aap ko Allah taala be sabri se bachaye.</w:t>
      </w:r>
    </w:p>
    <w:p>
      <w:pPr>
        <w:jc w:val="right"/>
      </w:pPr>
      <w:r>
        <w:t>صبر کے ساتھ مولانا، دعا دعا کا کیا رول؟ دعا کرنے کا کیا رول ہے اس میں؟ دعا یہی ہے کہ آپ کو اللہ تعالیٰ بے صبری سے بچائے۔</w:t>
      </w:r>
    </w:p>
    <w:p>
      <w:r>
        <w:rPr>
          <w:b/>
        </w:rPr>
        <w:t xml:space="preserve">[18:41] </w:t>
      </w:r>
      <w:r>
        <w:t>yahi dua hai.</w:t>
      </w:r>
    </w:p>
    <w:p>
      <w:pPr>
        <w:jc w:val="right"/>
      </w:pPr>
      <w:r>
        <w:t>یہی دعا ہے۔</w:t>
      </w:r>
    </w:p>
    <w:p>
      <w:r>
        <w:rPr>
          <w:b/>
        </w:rPr>
        <w:t xml:space="preserve">[18:45] </w:t>
      </w:r>
      <w:r>
        <w:t>aap ko Allah taala be sabri se bachaye. assalam o alaikum Maulana Yaseen Nadvi sahib, Lucknow se aap ko salam pohanchaya hai aur kaha keh aap ki 100% baat aaj sach ho gayi.</w:t>
      </w:r>
    </w:p>
    <w:p>
      <w:pPr>
        <w:jc w:val="right"/>
      </w:pPr>
      <w:r>
        <w:t>آپ کو اللہ تعالیٰ بے صبری سے بچائے۔ السلام علیکم مولانا یاسین ندوی صاحب، لکھنو سے آپ کو سلام پہنچایا ہے اور کہا کہ آپ کی 100 فیصد بات آج سچ ہو گئی۔</w:t>
      </w:r>
    </w:p>
    <w:p>
      <w:r>
        <w:rPr>
          <w:b/>
        </w:rPr>
        <w:t xml:space="preserve">[19:00] </w:t>
      </w:r>
      <w:r>
        <w:t>Maulana, I understood today the importance of patience, as everything in this world takes place as per the law of nature, and for that time is needed, and a process is needed.</w:t>
      </w:r>
    </w:p>
    <w:p>
      <w:pPr>
        <w:jc w:val="right"/>
      </w:pPr>
      <w:r>
        <w:t>مولانا، آئی انڈرسٹڈ ٹوڈے دا امپورٹنس آف پیشنس، ایز ایوری تھنگ ان دس ورلڈ ٹیکس پلیس ایز پر دا لاء آف نیچر، اینڈ فار دیٹ ٹائم از نیڈڈ، اینڈ ا پروسیس از نیڈڈ۔</w:t>
      </w:r>
    </w:p>
    <w:p>
      <w:r>
        <w:rPr>
          <w:b/>
        </w:rPr>
        <w:t xml:space="preserve">[19:18] </w:t>
      </w:r>
      <w:r>
        <w:t>If you try to hurry that up, nothing positive will occur. So we have to only be patient, and I think that is part of accepting God's creation plan in every aspect.</w:t>
      </w:r>
    </w:p>
    <w:p>
      <w:pPr>
        <w:jc w:val="right"/>
      </w:pPr>
      <w:r>
        <w:t>اف یو ٹرائی ٹو ہری دیٹ اپ، نتھنگ پوزیٹیو ول اکر۔ سو وی ہیو ٹو اونلی بی پیشنٹ، اینڈ آئی تھنک دیٹ از پارٹ آف ایکسیپٹنگ گاڈز کریشن پلان ان ایوری ایسپیکٹ۔</w:t>
      </w:r>
    </w:p>
    <w:p>
      <w:r>
        <w:rPr>
          <w:b/>
        </w:rPr>
        <w:t xml:space="preserve">[19:36] </w:t>
      </w:r>
      <w:r>
        <w:t>Is that? Am I right in thinking that way? Maine to arz kiya keh dua zaroori hai keh aap Allah taala se yeh mangen keh khuda ya mujhe be sabri se bacha.</w:t>
      </w:r>
    </w:p>
    <w:p>
      <w:pPr>
        <w:jc w:val="right"/>
      </w:pPr>
      <w:r>
        <w:t>از دیٹ؟ ایم آئی رائٹ ان تھنکنگ دیٹ وے؟ میں نے تو عرض کیا کہ دعا ضروری ہے کہ آپ اللہ تعالیٰ سے یہ مانگیں کہ خدایا مجھے بے صبری سے بچا۔</w:t>
      </w:r>
    </w:p>
    <w:p>
      <w:r>
        <w:rPr>
          <w:b/>
        </w:rPr>
        <w:t xml:space="preserve">[19:54] </w:t>
      </w:r>
      <w:r>
        <w:t>yani jo taqaza hai, jo requirement hai aap ke planning ki, wo aap pura kar kar payein taake aap ka plan kaam kamyab ho.</w:t>
      </w:r>
    </w:p>
    <w:p>
      <w:pPr>
        <w:jc w:val="right"/>
      </w:pPr>
      <w:r>
        <w:t>یعنی جو تقاضا ہے، جو ریکوائرمنٹ ہے آپ کے پلاننگ کی، وہ آپ پورا کر کر پائیں تاکہ آپ کا پلان کام کامیاب ہو۔</w:t>
      </w:r>
    </w:p>
    <w:p>
      <w:r>
        <w:rPr>
          <w:b/>
        </w:rPr>
        <w:t xml:space="preserve">[20:17] </w:t>
      </w:r>
      <w:r>
        <w:t>yani is case mein, is case mein dua ka matlab yahi hai ke aap besabri se bach jayen kyunke besabri mein sara...</w:t>
      </w:r>
    </w:p>
    <w:p>
      <w:pPr>
        <w:jc w:val="right"/>
      </w:pPr>
      <w:r>
        <w:t>یعنی اس کیس میں، اس کیس میں دعا کا مطلب یہی ہے کہ آپ بے صبری سے بچ جائیں کیونکہ بے صبری میں سارا...</w:t>
      </w:r>
    </w:p>
    <w:p>
      <w:r>
        <w:rPr>
          <w:b/>
        </w:rPr>
        <w:t xml:space="preserve">[20:35] </w:t>
      </w:r>
      <w:r>
        <w:t>ab dekhiye, main aap ko misaal deta hoon, besabri kya cheez hai? muslim mumalik jo hain, muslim falasteen hai, pakistan hai, har jagah musalmanon ne besabri ka muamla kiya.</w:t>
      </w:r>
    </w:p>
    <w:p>
      <w:pPr>
        <w:jc w:val="right"/>
      </w:pPr>
      <w:r>
        <w:t>اب دیکھیے، میں آپ کو مثال دیتا ہوں، بے صبری کیا چیز ہے؟ مسلم ممالک جو ہیں، مسلم فلسطین ہے، پاکستان ہے، ہر جگہ مسلمانوں نے بے صبری کا معاملہ کیا۔</w:t>
      </w:r>
    </w:p>
    <w:p>
      <w:r>
        <w:rPr>
          <w:b/>
        </w:rPr>
        <w:t xml:space="preserve">[20:51] </w:t>
      </w:r>
      <w:r>
        <w:t>yeh kuch bala nahi, aaj tak sawal tabahi ka kuch bala nahin.</w:t>
      </w:r>
    </w:p>
    <w:p>
      <w:pPr>
        <w:jc w:val="right"/>
      </w:pPr>
      <w:r>
        <w:t>یہ کچھ بلا نہیں، آج تک سوال تباہی کا کچھ بلا نہیں۔</w:t>
      </w:r>
    </w:p>
    <w:p>
      <w:r>
        <w:rPr>
          <w:b/>
        </w:rPr>
        <w:t xml:space="preserve">[20:58] </w:t>
      </w:r>
      <w:r>
        <w:t>misalan pakistan mein president ayub ne</w:t>
      </w:r>
    </w:p>
    <w:p>
      <w:pPr>
        <w:jc w:val="right"/>
      </w:pPr>
      <w:r>
        <w:t>مثلاً پاکستان میں پریزیڈنٹ ایوب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