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 Brief Survey of Islamic History (Eng) February 15, 2007</w:t>
      </w:r>
    </w:p>
    <w:p>
      <w:r>
        <w:t>https://youtu.be/MdRtdA99UlA</w:t>
      </w:r>
    </w:p>
    <w:p>
      <w:r>
        <w:rPr>
          <w:b/>
        </w:rPr>
        <w:t xml:space="preserve">[00:34] </w:t>
      </w:r>
      <w:r>
        <w:t>da topic for this day is</w:t>
      </w:r>
    </w:p>
    <w:p>
      <w:pPr>
        <w:jc w:val="right"/>
      </w:pPr>
      <w:r>
        <w:t>دا ٹاپک فار دس ڈے از</w:t>
      </w:r>
    </w:p>
    <w:p>
      <w:r>
        <w:rPr>
          <w:b/>
        </w:rPr>
        <w:t xml:space="preserve">[00:42] </w:t>
      </w:r>
      <w:r>
        <w:t>a brief survey of the history of islam.</w:t>
      </w:r>
    </w:p>
    <w:p>
      <w:pPr>
        <w:jc w:val="right"/>
      </w:pPr>
      <w:r>
        <w:t>ا بریف سروے آف دا ہسٹری آف اسلام۔</w:t>
      </w:r>
    </w:p>
    <w:p>
      <w:r>
        <w:rPr>
          <w:b/>
        </w:rPr>
        <w:t xml:space="preserve">[00:51] </w:t>
      </w:r>
      <w:r>
        <w:t>the historians generally start the islamic history from muhammad, the final prophet of god.</w:t>
      </w:r>
    </w:p>
    <w:p>
      <w:pPr>
        <w:jc w:val="right"/>
      </w:pPr>
      <w:r>
        <w:t>دا ہسٹورینز جنرلی سٹارٹ دا اسلامک ہسٹری فرام محمد، دی فائنل پرافٹ آف گاڈ۔</w:t>
      </w:r>
    </w:p>
    <w:p>
      <w:r>
        <w:rPr>
          <w:b/>
        </w:rPr>
        <w:t xml:space="preserve">[01:06] </w:t>
      </w:r>
      <w:r>
        <w:t>so according to the general practice, history of islam begins in 610, when prophet muhammad was appointed as a prophet.</w:t>
      </w:r>
    </w:p>
    <w:p>
      <w:pPr>
        <w:jc w:val="right"/>
      </w:pPr>
      <w:r>
        <w:t>سو اکارڈنگ ٹو دا جنرل پریکٹس، ہسٹری آف اسلام بیگنز ان 610، وین پرافٹ محمد واز اپوائنٹڈ ایز اے پرافٹ۔</w:t>
      </w:r>
    </w:p>
    <w:p>
      <w:r>
        <w:rPr>
          <w:b/>
        </w:rPr>
        <w:t xml:space="preserve">[01:24] </w:t>
      </w:r>
      <w:r>
        <w:t>but, this is not correct.</w:t>
      </w:r>
    </w:p>
    <w:p>
      <w:pPr>
        <w:jc w:val="right"/>
      </w:pPr>
      <w:r>
        <w:t>بٹ، this is not correct.</w:t>
      </w:r>
    </w:p>
    <w:p>
      <w:r>
        <w:rPr>
          <w:b/>
        </w:rPr>
        <w:t xml:space="preserve">[01:33] </w:t>
      </w:r>
      <w:r>
        <w:t>in fact, the history of islam begins right from the first person, that is adam (adam).</w:t>
      </w:r>
    </w:p>
    <w:p>
      <w:pPr>
        <w:jc w:val="right"/>
      </w:pPr>
      <w:r>
        <w:t>In fact, the history of Islam beginsright from the first person, that is Adam (Adam).</w:t>
      </w:r>
    </w:p>
    <w:p>
      <w:r>
        <w:rPr>
          <w:b/>
        </w:rPr>
        <w:t xml:space="preserve">[01:47] </w:t>
      </w:r>
      <w:r>
        <w:t>because there are</w:t>
      </w:r>
    </w:p>
    <w:p>
      <w:pPr>
        <w:jc w:val="right"/>
      </w:pPr>
      <w:r>
        <w:t>Because there are</w:t>
      </w:r>
    </w:p>
    <w:p>
      <w:r>
        <w:rPr>
          <w:b/>
        </w:rPr>
        <w:t xml:space="preserve">[01:58] </w:t>
      </w:r>
      <w:r>
        <w:t>references—many references in the qur'an and also in the hadith—that prove that islamic history</w:t>
      </w:r>
    </w:p>
    <w:p>
      <w:pPr>
        <w:jc w:val="right"/>
      </w:pPr>
      <w:r>
        <w:t>references—many references in the Qur'an and also in the Hadith—that prove that Islamic history</w:t>
      </w:r>
    </w:p>
    <w:p>
      <w:r>
        <w:rPr>
          <w:b/>
        </w:rPr>
        <w:t xml:space="preserve">[02:12] </w:t>
      </w:r>
      <w:r>
        <w:t>is the history of the prophets.</w:t>
      </w:r>
    </w:p>
    <w:p>
      <w:pPr>
        <w:jc w:val="right"/>
      </w:pPr>
      <w:r>
        <w:t>is the history of the prophets.</w:t>
      </w:r>
    </w:p>
    <w:p>
      <w:r>
        <w:rPr>
          <w:b/>
        </w:rPr>
        <w:t xml:space="preserve">[02:20] </w:t>
      </w:r>
      <w:r>
        <w:t>there is a verse in the qur'an:</w:t>
      </w:r>
    </w:p>
    <w:p>
      <w:pPr>
        <w:jc w:val="right"/>
      </w:pPr>
      <w:r>
        <w:t>There is a verse in the Qur'an:</w:t>
      </w:r>
    </w:p>
    <w:p>
      <w:r>
        <w:rPr>
          <w:b/>
        </w:rPr>
        <w:t xml:space="preserve">[02:30] </w:t>
      </w:r>
      <w:r>
        <w:t>"afaghayr deenillahi yabghuna wal yu'assama man fis samawati walaw laytahum karha?" "</w:t>
      </w:r>
    </w:p>
    <w:p>
      <w:pPr>
        <w:jc w:val="right"/>
      </w:pPr>
      <w:r>
        <w:t>"أفَغَيْرَ دِينِ اللَّهِ يَبْغُونَ وَلْيُؤَسَّمَ مَنْ فِي السَّمٰوَاتِ وَلَوْلَيْتَهُمْ كَرْهَا؟" "</w:t>
      </w:r>
    </w:p>
    <w:p>
      <w:r>
        <w:rPr>
          <w:b/>
        </w:rPr>
        <w:t xml:space="preserve">[02:40] </w:t>
      </w:r>
      <w:r>
        <w:t>innad deena indallahi al-islam." these verses</w:t>
      </w:r>
    </w:p>
    <w:p>
      <w:pPr>
        <w:jc w:val="right"/>
      </w:pPr>
      <w:r>
        <w:t>إِنَّ الدِّينَ عِندَ اللَّهِ الْإِسْلَامُ." These verses</w:t>
      </w:r>
    </w:p>
    <w:p>
      <w:r>
        <w:rPr>
          <w:b/>
        </w:rPr>
        <w:t xml:space="preserve">[02:48] </w:t>
      </w:r>
      <w:r>
        <w:t>tell us that</w:t>
      </w:r>
    </w:p>
    <w:p>
      <w:pPr>
        <w:jc w:val="right"/>
      </w:pPr>
      <w:r>
        <w:t>tell us that</w:t>
      </w:r>
    </w:p>
    <w:p>
      <w:r>
        <w:rPr>
          <w:b/>
        </w:rPr>
        <w:t xml:space="preserve">[02:54] </w:t>
      </w:r>
      <w:r>
        <w:t>all the</w:t>
      </w:r>
    </w:p>
    <w:p>
      <w:pPr>
        <w:jc w:val="right"/>
      </w:pPr>
      <w:r>
        <w:t>all the</w:t>
      </w:r>
    </w:p>
    <w:p>
      <w:r>
        <w:rPr>
          <w:b/>
        </w:rPr>
        <w:t xml:space="preserve">[02:59] </w:t>
      </w:r>
      <w:r>
        <w:t>prophets were given the same religion, that is islam.</w:t>
      </w:r>
    </w:p>
    <w:p>
      <w:pPr>
        <w:jc w:val="right"/>
      </w:pPr>
      <w:r>
        <w:t>prophets were given the same religion, that is Islam.</w:t>
      </w:r>
    </w:p>
    <w:p>
      <w:r>
        <w:rPr>
          <w:b/>
        </w:rPr>
        <w:t xml:space="preserve">[03:06] </w:t>
      </w:r>
      <w:r>
        <w:t>then there is a very relevant verse in the qur'an: "shar'a lakum raddina ma wassa bihi nuhun walladhi awhayna alayka." it means that prophet muhammad was given the same religion that was given to all other prophets.</w:t>
      </w:r>
    </w:p>
    <w:p>
      <w:pPr>
        <w:jc w:val="right"/>
      </w:pPr>
      <w:r>
        <w:t>Then there is a very relevant verse in the Qur'an: "شَرَعَ لَكُمْ رَدِّينَ مَا وَصَّى بِهِ نُوحٌ وَالَّذِي أَوْحَانَا عَلَيْكَ." It means that Prophet Muhammad was given the same religion that was given to all other prophets.</w:t>
      </w:r>
    </w:p>
    <w:p>
      <w:r>
        <w:rPr>
          <w:b/>
        </w:rPr>
        <w:t xml:space="preserve">[03:29] </w:t>
      </w:r>
      <w:r>
        <w:t>There is a verse in the Qur'an about Adam</w:t>
      </w:r>
    </w:p>
    <w:p>
      <w:pPr>
        <w:jc w:val="right"/>
      </w:pPr>
      <w:r>
        <w:t>There is a verse in the Qur'an about Adam</w:t>
      </w:r>
    </w:p>
    <w:p>
      <w:r>
        <w:rPr>
          <w:b/>
        </w:rPr>
        <w:t xml:space="preserve">[03:34] </w:t>
      </w:r>
      <w:r>
        <w:t>: "inna allaha istaba'a adama wa nuhhan wa 'ala ibrahima 'alal 'alamin." This verse is very clear about this notion that Adam was the first prophet.</w:t>
      </w:r>
    </w:p>
    <w:p>
      <w:pPr>
        <w:jc w:val="right"/>
      </w:pPr>
      <w:r>
        <w:t>: "إِنَّ اللَّهَ اصْطَبَعَ آدَمَ وَنُوحًا وَعَلَى إِبْرَاهِيمَ عَلَى الْعَالَمِينَ." This verse is very clear about this notion that Adam was the first prophet.</w:t>
      </w:r>
    </w:p>
    <w:p>
      <w:r>
        <w:rPr>
          <w:b/>
        </w:rPr>
        <w:t xml:space="preserve">[03:49] </w:t>
      </w:r>
      <w:r>
        <w:t>Adam was the first person, as well as he was the first prophet of God.</w:t>
      </w:r>
    </w:p>
    <w:p>
      <w:pPr>
        <w:jc w:val="right"/>
      </w:pPr>
      <w:r>
        <w:t>Adam was the first person, as well as he was the first prophet of God.</w:t>
      </w:r>
    </w:p>
    <w:p>
      <w:r>
        <w:rPr>
          <w:b/>
        </w:rPr>
        <w:t xml:space="preserve">[03:58] </w:t>
      </w:r>
      <w:r>
        <w:t>Then in—there is a very important verse in the Qur'an: "ula'ika alladhina hada allahu fabihudahu muqtadi." It means that all the prophets were given guidance from God.</w:t>
      </w:r>
    </w:p>
    <w:p>
      <w:pPr>
        <w:jc w:val="right"/>
      </w:pPr>
      <w:r>
        <w:t>Then in—there is a very important verse in the Qur'an: "أُلَائِكَ الَّذِينَ هَدَى اللَّهَ فَبَهُدَاهُ مُقْتَدِى." It means that all the prophets were given guidance from God.</w:t>
      </w:r>
    </w:p>
    <w:p>
      <w:r>
        <w:rPr>
          <w:b/>
        </w:rPr>
        <w:t xml:space="preserve">[04:24] </w:t>
      </w:r>
      <w:r>
        <w:t>So, O Muhammad, you should follow their example.</w:t>
      </w:r>
    </w:p>
    <w:p>
      <w:pPr>
        <w:jc w:val="right"/>
      </w:pPr>
      <w:r>
        <w:t>So, O Muhammad, you should follow their example.</w:t>
      </w:r>
    </w:p>
    <w:p>
      <w:r>
        <w:rPr>
          <w:b/>
        </w:rPr>
        <w:t xml:space="preserve">[04:34] </w:t>
      </w:r>
      <w:r>
        <w:t>Then there is a verse in the Qur'an: "la lafarruqu bayna ahadin min rusulihi." It means that we are not allowed to differentiate between different prophets.</w:t>
      </w:r>
    </w:p>
    <w:p>
      <w:pPr>
        <w:jc w:val="right"/>
      </w:pPr>
      <w:r>
        <w:t>Then there is a verse in the Qur'an: "لَا لَفَرَّقُ بَيْنَ أَحَدٍ مِنْ رُسُلِهِ." It means that we are not allowed to differentiate between different prophets.</w:t>
      </w:r>
    </w:p>
    <w:p>
      <w:r>
        <w:rPr>
          <w:b/>
        </w:rPr>
        <w:t xml:space="preserve">[04:53] </w:t>
      </w:r>
      <w:r>
        <w:t>Don't differentiate between the prophets of God. So, all these references—all those Qur'anic references—clearly</w:t>
      </w:r>
    </w:p>
    <w:p>
      <w:pPr>
        <w:jc w:val="right"/>
      </w:pPr>
      <w:r>
        <w:t>Don't differentiate between the prophets of God. So, all these references—all those Qur'anic references—clearly</w:t>
      </w:r>
    </w:p>
    <w:p>
      <w:r>
        <w:rPr>
          <w:b/>
        </w:rPr>
        <w:t xml:space="preserve">[05:12] </w:t>
      </w:r>
      <w:r>
        <w:t>substantiate that the history of Islam begins from</w:t>
      </w:r>
    </w:p>
    <w:p>
      <w:pPr>
        <w:jc w:val="right"/>
      </w:pPr>
      <w:r>
        <w:t>substantiate that the history of Islam begins from</w:t>
      </w:r>
    </w:p>
    <w:p>
      <w:r>
        <w:rPr>
          <w:b/>
        </w:rPr>
        <w:t xml:space="preserve">[05:21] </w:t>
      </w:r>
      <w:r>
        <w:t>Adam, who was the first prophet of God.</w:t>
      </w:r>
    </w:p>
    <w:p>
      <w:pPr>
        <w:jc w:val="right"/>
      </w:pPr>
      <w:r>
        <w:t>Adam, who was the first prophet of God.</w:t>
      </w:r>
    </w:p>
    <w:p>
      <w:r>
        <w:rPr>
          <w:b/>
        </w:rPr>
        <w:t xml:space="preserve">[05:29] </w:t>
      </w:r>
      <w:r>
        <w:t>This is very important to understand. This is very important</w:t>
      </w:r>
    </w:p>
    <w:p>
      <w:pPr>
        <w:jc w:val="right"/>
      </w:pPr>
      <w:r>
        <w:t>This is very important to understand. This is very important</w:t>
      </w:r>
    </w:p>
    <w:p>
      <w:r>
        <w:rPr>
          <w:b/>
        </w:rPr>
        <w:t xml:space="preserve">[05:37] </w:t>
      </w:r>
      <w:r>
        <w:t>to understand the present subject. Why? Because every prophet was sent in different conditions.</w:t>
      </w:r>
    </w:p>
    <w:p>
      <w:pPr>
        <w:jc w:val="right"/>
      </w:pPr>
      <w:r>
        <w:t>to understand the present subject. Why? Because every prophet was sent in different conditions.</w:t>
      </w:r>
    </w:p>
    <w:p>
      <w:r>
        <w:rPr>
          <w:b/>
        </w:rPr>
        <w:t xml:space="preserve">[05:55] </w:t>
      </w:r>
      <w:r>
        <w:t>Different condition</w:t>
      </w:r>
    </w:p>
    <w:p>
      <w:pPr>
        <w:jc w:val="right"/>
      </w:pPr>
      <w:r>
        <w:t>Different condition</w:t>
      </w:r>
    </w:p>
    <w:p>
      <w:r>
        <w:rPr>
          <w:b/>
        </w:rPr>
        <w:t xml:space="preserve">[05:56] </w:t>
      </w:r>
      <w:r>
        <w:t>s. So, every prophet has some very special example.</w:t>
      </w:r>
    </w:p>
    <w:p>
      <w:pPr>
        <w:jc w:val="right"/>
      </w:pPr>
      <w:r>
        <w:t>s. So, every prophet has some very special example.</w:t>
      </w:r>
    </w:p>
    <w:p>
      <w:r>
        <w:rPr>
          <w:b/>
        </w:rPr>
        <w:t xml:space="preserve">[06:05] </w:t>
      </w:r>
      <w:r>
        <w:t>Very special example. So, when we take all the prophets as examples as a part of the history of Islam, then we</w:t>
      </w:r>
    </w:p>
    <w:p>
      <w:pPr>
        <w:jc w:val="right"/>
      </w:pPr>
      <w:r>
        <w:t>Very special example. So, when we take all the prophets as examples as a part of the history of Islam, then we</w:t>
      </w:r>
    </w:p>
    <w:p>
      <w:r>
        <w:rPr>
          <w:b/>
        </w:rPr>
        <w:t xml:space="preserve">[06:23] </w:t>
      </w:r>
      <w:r>
        <w:t>can</w:t>
      </w:r>
    </w:p>
    <w:p>
      <w:pPr>
        <w:jc w:val="right"/>
      </w:pPr>
      <w:r>
        <w:t>can</w:t>
      </w:r>
    </w:p>
    <w:p>
      <w:r>
        <w:rPr>
          <w:b/>
        </w:rPr>
        <w:t xml:space="preserve">[06:26] </w:t>
      </w:r>
      <w:r>
        <w:t>discover</w:t>
      </w:r>
    </w:p>
    <w:p>
      <w:pPr>
        <w:jc w:val="right"/>
      </w:pPr>
      <w:r>
        <w:t>discover</w:t>
      </w:r>
    </w:p>
    <w:p>
      <w:r>
        <w:rPr>
          <w:b/>
        </w:rPr>
        <w:t xml:space="preserve">[06:30] </w:t>
      </w:r>
      <w:r>
        <w:t>their examples very relevant to our situations.</w:t>
      </w:r>
    </w:p>
    <w:p>
      <w:pPr>
        <w:jc w:val="right"/>
      </w:pPr>
      <w:r>
        <w:t>their examples very relevant to our situations.</w:t>
      </w:r>
    </w:p>
    <w:p>
      <w:r>
        <w:rPr>
          <w:b/>
        </w:rPr>
        <w:t xml:space="preserve">[06:37] </w:t>
      </w:r>
      <w:r>
        <w:t>Every time there were different situations.</w:t>
      </w:r>
    </w:p>
    <w:p>
      <w:pPr>
        <w:jc w:val="right"/>
      </w:pPr>
      <w:r>
        <w:t>Every time there were different situations.</w:t>
      </w:r>
    </w:p>
    <w:p>
      <w:r>
        <w:rPr>
          <w:b/>
        </w:rPr>
        <w:t xml:space="preserve">[06:43] </w:t>
      </w:r>
      <w:r>
        <w:t>So, every time we have to find out some examples—some prophetic examples—and all the examples are not present in the Prophet Muhammad's lif</w:t>
      </w:r>
    </w:p>
    <w:p>
      <w:pPr>
        <w:jc w:val="right"/>
      </w:pPr>
      <w:r>
        <w:t>So, every time we have to find out some examples—some prophetic examples—and all the examples are not present in the Prophet Muhammad's lif</w:t>
      </w:r>
    </w:p>
    <w:p>
      <w:r>
        <w:rPr>
          <w:b/>
        </w:rPr>
        <w:t xml:space="preserve">[07:01] </w:t>
      </w:r>
      <w:r>
        <w:t>e. There are so many examples that we can find only in other prophets rather than in the life of the Prophet of Islam.</w:t>
      </w:r>
    </w:p>
    <w:p>
      <w:pPr>
        <w:jc w:val="right"/>
      </w:pPr>
      <w:r>
        <w:t>e. There are so many examples that we can find only in other prophets rather than in the life of the Prophet of Islam.</w:t>
      </w:r>
    </w:p>
    <w:p>
      <w:r>
        <w:rPr>
          <w:b/>
        </w:rPr>
        <w:t xml:space="preserve">[07:11] </w:t>
      </w:r>
      <w:r>
        <w:t>Because of this, the Qur'an says, "fabihudahu muqtadi." You have to follow the examples of other prophets also.</w:t>
      </w:r>
    </w:p>
    <w:p>
      <w:pPr>
        <w:jc w:val="right"/>
      </w:pPr>
      <w:r>
        <w:t>Because of this, the Qur'an says, "فَبَهُدَاهُ مُقْتَدِى." You have to follow the examples of other prophets also.</w:t>
      </w:r>
    </w:p>
    <w:p>
      <w:r>
        <w:rPr>
          <w:b/>
        </w:rPr>
        <w:t xml:space="preserve">[07:23] </w:t>
      </w:r>
      <w:r>
        <w:t>It is very clear in the Qur'an.</w:t>
      </w:r>
    </w:p>
    <w:p>
      <w:pPr>
        <w:jc w:val="right"/>
      </w:pPr>
      <w:r>
        <w:t>It is very clear in the Qur'an.</w:t>
      </w:r>
    </w:p>
    <w:p>
      <w:r>
        <w:rPr>
          <w:b/>
        </w:rPr>
        <w:t xml:space="preserve">[07:27] </w:t>
      </w:r>
      <w:r>
        <w:t>So, it is very important when you want to follow the religion of God in your life, you have to see all the prophets.</w:t>
      </w:r>
    </w:p>
    <w:p>
      <w:pPr>
        <w:jc w:val="right"/>
      </w:pPr>
      <w:r>
        <w:t>So, it is very important when you want to follow the religion of God in your life, you have to see all the prophets.</w:t>
      </w:r>
    </w:p>
    <w:p>
      <w:r>
        <w:rPr>
          <w:b/>
        </w:rPr>
        <w:t xml:space="preserve">[07:41] </w:t>
      </w:r>
      <w:r>
        <w:t>All the prophets. Otherwise, you will fail to find the examples</w:t>
      </w:r>
    </w:p>
    <w:p>
      <w:pPr>
        <w:jc w:val="right"/>
      </w:pPr>
      <w:r>
        <w:t>All the prophets. Otherwise, you will fail to find the examples</w:t>
      </w:r>
    </w:p>
    <w:p>
      <w:r>
        <w:rPr>
          <w:b/>
        </w:rPr>
        <w:t xml:space="preserve">[07:49] </w:t>
      </w:r>
      <w:r>
        <w:t>in different situations.</w:t>
      </w:r>
    </w:p>
    <w:p>
      <w:pPr>
        <w:jc w:val="right"/>
      </w:pPr>
      <w:r>
        <w:t>in different situations.</w:t>
      </w:r>
    </w:p>
    <w:p>
      <w:r>
        <w:rPr>
          <w:b/>
        </w:rPr>
        <w:t xml:space="preserve">[07:55] </w:t>
      </w:r>
      <w:r>
        <w:t>So, here I would like to give some examples. These examples will show that why this verse was included in the Qur'an: "faba hudahu muqtadi." Why God revealed this verse?</w:t>
      </w:r>
    </w:p>
    <w:p>
      <w:pPr>
        <w:jc w:val="right"/>
      </w:pPr>
      <w:r>
        <w:t>So, here I would like to give some examples. These examples will show that why this verse was included in the Qur'an: "فَبَهُدَاهُ مُقْتَدِى." Why God revealed this verse?</w:t>
      </w:r>
    </w:p>
    <w:p>
      <w:r>
        <w:rPr>
          <w:b/>
        </w:rPr>
        <w:t xml:space="preserve">[08:14] </w:t>
      </w:r>
      <w:r>
        <w:t>You have to follow. You should follow the prophet. You should follow the examples of other prophets also.</w:t>
      </w:r>
    </w:p>
    <w:p>
      <w:pPr>
        <w:jc w:val="right"/>
      </w:pPr>
      <w:r>
        <w:t>You have to follow. You should follow the prophet. You should follow the examples of other prophets also.</w:t>
      </w:r>
    </w:p>
    <w:p>
      <w:r>
        <w:rPr>
          <w:b/>
        </w:rPr>
        <w:t xml:space="preserve">[08:26] </w:t>
      </w:r>
      <w:r>
        <w:t>So, when you study the history of other prophets, you can understand the meaning of this verse.</w:t>
      </w:r>
    </w:p>
    <w:p>
      <w:pPr>
        <w:jc w:val="right"/>
      </w:pPr>
      <w:r>
        <w:t>So, when you study the history of other prophets, you can understand the meaning of this verse.</w:t>
      </w:r>
    </w:p>
    <w:p>
      <w:r>
        <w:rPr>
          <w:b/>
        </w:rPr>
        <w:t xml:space="preserve">[08:39] </w:t>
      </w:r>
      <w:r>
        <w:t>Now, here I would like to give some examples.</w:t>
      </w:r>
    </w:p>
    <w:p>
      <w:pPr>
        <w:jc w:val="right"/>
      </w:pPr>
      <w:r>
        <w:t>Now, here I would like to give some examples.</w:t>
      </w:r>
    </w:p>
    <w:p>
      <w:r>
        <w:rPr>
          <w:b/>
        </w:rPr>
        <w:t xml:space="preserve">[08:46] </w:t>
      </w:r>
      <w:r>
        <w:t>Only to state this point. I am not speaking about the whole histor</w:t>
      </w:r>
    </w:p>
    <w:p>
      <w:pPr>
        <w:jc w:val="right"/>
      </w:pPr>
      <w:r>
        <w:t>Only to state this point. I am not speaking about the whole histor</w:t>
      </w:r>
    </w:p>
    <w:p>
      <w:r>
        <w:rPr>
          <w:b/>
        </w:rPr>
        <w:t xml:space="preserve">[08:56] </w:t>
      </w:r>
      <w:r>
        <w:t>y. Only I am speaking about the lessons from the Islamic history that beginright from Adam. So,</w:t>
      </w:r>
    </w:p>
    <w:p>
      <w:pPr>
        <w:jc w:val="right"/>
      </w:pPr>
      <w:r>
        <w:t>y. Only I am speaking about the lessons from the Islamic history that beginright from Adam. So,</w:t>
      </w:r>
    </w:p>
    <w:p>
      <w:r>
        <w:rPr>
          <w:b/>
        </w:rPr>
        <w:t xml:space="preserve">[09:11] </w:t>
      </w:r>
      <w:r>
        <w:t>here I would like to begin from the example of Ismail.</w:t>
      </w:r>
    </w:p>
    <w:p>
      <w:pPr>
        <w:jc w:val="right"/>
      </w:pPr>
      <w:r>
        <w:t>here I would like to begin from the example of Ismail.</w:t>
      </w:r>
    </w:p>
    <w:p>
      <w:r>
        <w:rPr>
          <w:b/>
        </w:rPr>
        <w:t xml:space="preserve">[09:20] </w:t>
      </w:r>
      <w:r>
        <w:t>You know Ismail was the son of Prophet Abraham. Prophet Abraham. So, what happened</w:t>
      </w:r>
    </w:p>
    <w:p>
      <w:pPr>
        <w:jc w:val="right"/>
      </w:pPr>
      <w:r>
        <w:t>You know Ismail was the son of Prophet Abraham. Prophet Abraham. So, what happened</w:t>
      </w:r>
    </w:p>
    <w:p>
      <w:r>
        <w:rPr>
          <w:b/>
        </w:rPr>
        <w:t xml:space="preserve">[09:35] </w:t>
      </w:r>
      <w:r>
        <w:t>?</w:t>
      </w:r>
    </w:p>
    <w:p>
      <w:pPr>
        <w:jc w:val="right"/>
      </w:pPr>
      <w:r>
        <w:t>? God</w:t>
      </w:r>
    </w:p>
    <w:p>
      <w:r>
        <w:rPr>
          <w:b/>
        </w:rPr>
        <w:t xml:space="preserve">[09:38] </w:t>
      </w:r>
      <w:r>
        <w:t>God directed. Prophet Abraham. And according to divine direction, he settled his wife Hajrah and his son Ismail in the desert of Makkah.</w:t>
      </w:r>
    </w:p>
    <w:p>
      <w:pPr>
        <w:jc w:val="right"/>
      </w:pPr>
      <w:r>
        <w:t>directed. Prophet Abraham. And according to divine direction, he settled his wife Hajrah and his son Ismail in the desert of Makkah.</w:t>
      </w:r>
    </w:p>
    <w:p>
      <w:r>
        <w:rPr>
          <w:b/>
        </w:rPr>
        <w:t xml:space="preserve">[09:57] </w:t>
      </w:r>
      <w:r>
        <w:t>At that time, Makkah was simply a desert. There was no water.</w:t>
      </w:r>
    </w:p>
    <w:p>
      <w:pPr>
        <w:jc w:val="right"/>
      </w:pPr>
      <w:r>
        <w:t>At that time, Makkah was simply a desert. There was no water.</w:t>
      </w:r>
    </w:p>
    <w:p>
      <w:r>
        <w:rPr>
          <w:b/>
        </w:rPr>
        <w:t xml:space="preserve">[10:05] </w:t>
      </w:r>
      <w:r>
        <w:t>You know water is the source of life.</w:t>
      </w:r>
    </w:p>
    <w:p>
      <w:pPr>
        <w:jc w:val="right"/>
      </w:pPr>
      <w:r>
        <w:t>You know water is the source of life.</w:t>
      </w:r>
    </w:p>
    <w:p>
      <w:r>
        <w:rPr>
          <w:b/>
        </w:rPr>
        <w:t xml:space="preserve">[10:15] </w:t>
      </w:r>
      <w:r>
        <w:t>waja'alna minal ma'i kulli shay'in hayyan Life depends on water. Without water, there is no life.</w:t>
      </w:r>
    </w:p>
    <w:p>
      <w:pPr>
        <w:jc w:val="right"/>
      </w:pPr>
      <w:r>
        <w:t>وَجَعَلْنَا مِنَ الْمَاءِ كُلَّ شَيْءٍ حَيًّا Life depends on water. Without water, there is no life.</w:t>
      </w:r>
    </w:p>
    <w:p>
      <w:r>
        <w:rPr>
          <w:b/>
        </w:rPr>
        <w:t xml:space="preserve">[10:26] </w:t>
      </w:r>
      <w:r>
        <w:t>No plant, no animal, no human being. Nothing.</w:t>
      </w:r>
    </w:p>
    <w:p>
      <w:pPr>
        <w:jc w:val="right"/>
      </w:pPr>
      <w:r>
        <w:t>No plant, no animal, no human being. Nothing.</w:t>
      </w:r>
    </w:p>
    <w:p>
      <w:r>
        <w:rPr>
          <w:b/>
        </w:rPr>
        <w:t xml:space="preserve">[10:32] </w:t>
      </w:r>
      <w:r>
        <w:t>So, everyone knows that life depends on water. Our agriculture, our horticulture—everything depends on water.</w:t>
      </w:r>
    </w:p>
    <w:p>
      <w:pPr>
        <w:jc w:val="right"/>
      </w:pPr>
      <w:r>
        <w:t>So, everyone knows that life depends on water. Our agriculture, our horticulture—everything depends on water.</w:t>
      </w:r>
    </w:p>
    <w:p>
      <w:r>
        <w:rPr>
          <w:b/>
        </w:rPr>
        <w:t xml:space="preserve">[10:44] </w:t>
      </w:r>
      <w:r>
        <w:t>So, at that time, there was no water. Simply desert.</w:t>
      </w:r>
    </w:p>
    <w:p>
      <w:pPr>
        <w:jc w:val="right"/>
      </w:pPr>
      <w:r>
        <w:t>So, at that time, there was no water. Simply desert.</w:t>
      </w:r>
    </w:p>
    <w:p>
      <w:r>
        <w:rPr>
          <w:b/>
        </w:rPr>
        <w:t xml:space="preserve">[10:53] </w:t>
      </w:r>
      <w:r>
        <w:t>But according to divine direction, Prophet Abraham settled his wife Hajrah and his son Ismail in the desert of Makkah.</w:t>
      </w:r>
    </w:p>
    <w:p>
      <w:pPr>
        <w:jc w:val="right"/>
      </w:pPr>
      <w:r>
        <w:t>But according to divine direction, Prophet Abraham settled his wife Hajrah and his son Ismail in the desert of Makkah.</w:t>
      </w:r>
    </w:p>
    <w:p>
      <w:r>
        <w:rPr>
          <w:b/>
        </w:rPr>
        <w:t xml:space="preserve">[11:08] </w:t>
      </w:r>
      <w:r>
        <w:t>At that time, there was no Makkah. No town. No city. No human being. In the vast desert, they were compelled to live in the vast desert.</w:t>
      </w:r>
    </w:p>
    <w:p>
      <w:pPr>
        <w:jc w:val="right"/>
      </w:pPr>
      <w:r>
        <w:t>At that time, there was no Makkah. No town. No city. No human being. In the vast desert, they were compelled to live in the vast desert.</w:t>
      </w:r>
    </w:p>
    <w:p>
      <w:r>
        <w:rPr>
          <w:b/>
        </w:rPr>
        <w:t xml:space="preserve">[11:24] </w:t>
      </w:r>
      <w:r>
        <w:t>Then what happened? After some time,</w:t>
      </w:r>
    </w:p>
    <w:p>
      <w:pPr>
        <w:jc w:val="right"/>
      </w:pPr>
      <w:r>
        <w:t>Then what happened? After some time,</w:t>
      </w:r>
    </w:p>
    <w:p>
      <w:r>
        <w:rPr>
          <w:b/>
        </w:rPr>
        <w:t xml:space="preserve">[11:34] </w:t>
      </w:r>
      <w:r>
        <w:t>miraculously, there emerged a stream that is Zamzam. It was a miracle of God.</w:t>
      </w:r>
    </w:p>
    <w:p>
      <w:pPr>
        <w:jc w:val="right"/>
      </w:pPr>
      <w:r>
        <w:t>miraculously, there emerged a stream that is Zamzam. It was a miracle of God.</w:t>
      </w:r>
    </w:p>
    <w:p>
      <w:r>
        <w:rPr>
          <w:b/>
        </w:rPr>
        <w:t xml:space="preserve">[11:46] </w:t>
      </w:r>
      <w:r>
        <w:t>When Ismail and Hajrah followed the god's command and they settled in that desert, so when they followed the god's command,</w:t>
      </w:r>
    </w:p>
    <w:p>
      <w:pPr>
        <w:jc w:val="right"/>
      </w:pPr>
      <w:r>
        <w:t>When Ismail and Hajrah followed the god's command and they settled in that desert, so when they followed the god's command,</w:t>
      </w:r>
    </w:p>
    <w:p>
      <w:r>
        <w:rPr>
          <w:b/>
        </w:rPr>
        <w:t xml:space="preserve">[12:07] </w:t>
      </w:r>
      <w:r>
        <w:t>God provided His help miraculously</w:t>
      </w:r>
    </w:p>
    <w:p>
      <w:pPr>
        <w:jc w:val="right"/>
      </w:pPr>
      <w:r>
        <w:t>God provided His help miraculously</w:t>
      </w:r>
    </w:p>
    <w:p>
      <w:r>
        <w:rPr>
          <w:b/>
        </w:rPr>
        <w:t xml:space="preserve">[12:15] </w:t>
      </w:r>
      <w:r>
        <w:t>. It was a great miracle that one day a stream emerged suddenly.</w:t>
      </w:r>
    </w:p>
    <w:p>
      <w:pPr>
        <w:jc w:val="right"/>
      </w:pPr>
      <w:r>
        <w:t>. It was a great miracle that one day a stream emerged suddenly.</w:t>
      </w:r>
    </w:p>
    <w:p>
      <w:r>
        <w:rPr>
          <w:b/>
        </w:rPr>
        <w:t xml:space="preserve">[12:24] </w:t>
      </w:r>
      <w:r>
        <w:t>And it was so great that even today it is there.</w:t>
      </w:r>
    </w:p>
    <w:p>
      <w:pPr>
        <w:jc w:val="right"/>
      </w:pPr>
      <w:r>
        <w:t>And it was so great that even today it is there.</w:t>
      </w:r>
    </w:p>
    <w:p>
      <w:r>
        <w:rPr>
          <w:b/>
        </w:rPr>
        <w:t xml:space="preserve">[12:34] </w:t>
      </w:r>
      <w:r>
        <w:t>People use the water of Zamzam every day and night. But it is flowing, flowing, flowing.</w:t>
      </w:r>
    </w:p>
    <w:p>
      <w:pPr>
        <w:jc w:val="right"/>
      </w:pPr>
      <w:r>
        <w:t>People use the water of Zamzam every day and night. But it is flowing, flowing, flowing.</w:t>
      </w:r>
    </w:p>
    <w:p>
      <w:r>
        <w:rPr>
          <w:b/>
        </w:rPr>
        <w:t xml:space="preserve">[12:48] </w:t>
      </w:r>
      <w:r>
        <w:t>So, this example gives us courage that if we</w:t>
      </w:r>
    </w:p>
    <w:p>
      <w:pPr>
        <w:jc w:val="right"/>
      </w:pPr>
      <w:r>
        <w:t>So, this example gives us courage that if we</w:t>
      </w:r>
    </w:p>
    <w:p>
      <w:r>
        <w:rPr>
          <w:b/>
        </w:rPr>
        <w:t xml:space="preserve">[13:03] </w:t>
      </w:r>
      <w:r>
        <w:t>follow God's command, if we follow</w:t>
      </w:r>
    </w:p>
    <w:p>
      <w:pPr>
        <w:jc w:val="right"/>
      </w:pPr>
      <w:r>
        <w:t>follow God's command, if we follow</w:t>
      </w:r>
    </w:p>
    <w:p>
      <w:r>
        <w:rPr>
          <w:b/>
        </w:rPr>
        <w:t xml:space="preserve">[13:09] </w:t>
      </w:r>
      <w:r>
        <w:t>the divine path given by the prophets,</w:t>
      </w:r>
    </w:p>
    <w:p>
      <w:pPr>
        <w:jc w:val="right"/>
      </w:pPr>
      <w:r>
        <w:t>the divine path given by the prophets,</w:t>
      </w:r>
    </w:p>
    <w:p>
      <w:r>
        <w:rPr>
          <w:b/>
        </w:rPr>
        <w:t xml:space="preserve">[13:15] </w:t>
      </w:r>
      <w:r>
        <w:t>we will be provided by the help of God, which is called a Nusra.</w:t>
      </w:r>
    </w:p>
    <w:p>
      <w:pPr>
        <w:jc w:val="right"/>
      </w:pPr>
      <w:r>
        <w:t>we will be provided by the help of God, which is called a Nusra.</w:t>
      </w:r>
    </w:p>
    <w:p>
      <w:r>
        <w:rPr>
          <w:b/>
        </w:rPr>
        <w:t xml:space="preserve">[13:23] </w:t>
      </w:r>
      <w:r>
        <w:t>So, it gives us great courage, great conviction. The example of the prophets Ismail and Hajrah gives us a great example.</w:t>
      </w:r>
    </w:p>
    <w:p>
      <w:pPr>
        <w:jc w:val="right"/>
      </w:pPr>
      <w:r>
        <w:t>So, it gives us great courage, great conviction. The example of the prophets Ismail and Hajrah gives us a great example.</w:t>
      </w:r>
    </w:p>
    <w:p>
      <w:r>
        <w:rPr>
          <w:b/>
        </w:rPr>
        <w:t xml:space="preserve">[13:42] </w:t>
      </w:r>
      <w:r>
        <w:t>It inculcates in ourselves the spirit of conviction, the spirit of courage.</w:t>
      </w:r>
    </w:p>
    <w:p>
      <w:pPr>
        <w:jc w:val="right"/>
      </w:pPr>
      <w:r>
        <w:t>It inculcates in ourselves the spirit of conviction, the spirit of courage.</w:t>
      </w:r>
    </w:p>
    <w:p>
      <w:r>
        <w:rPr>
          <w:b/>
        </w:rPr>
        <w:t xml:space="preserve">[13:55] </w:t>
      </w:r>
      <w:r>
        <w:t>So, it is a great example.</w:t>
      </w:r>
    </w:p>
    <w:p>
      <w:pPr>
        <w:jc w:val="right"/>
      </w:pPr>
      <w:r>
        <w:t>So, it is a great example.</w:t>
      </w:r>
    </w:p>
    <w:p>
      <w:r>
        <w:rPr>
          <w:b/>
        </w:rPr>
        <w:t xml:space="preserve">[13:57] </w:t>
      </w:r>
      <w:r>
        <w:t>Every time in this world, when you decide to live the life according to the divine injunctions, you need every time God's help, God's assistance</w:t>
      </w:r>
    </w:p>
    <w:p>
      <w:pPr>
        <w:jc w:val="right"/>
      </w:pPr>
      <w:r>
        <w:t>Every time in this world, when you decide to live the life according to the divine injunctions, you need every time God's help, God's assistance</w:t>
      </w:r>
    </w:p>
    <w:p>
      <w:r>
        <w:rPr>
          <w:b/>
        </w:rPr>
        <w:t xml:space="preserve">[14:15] </w:t>
      </w:r>
      <w:r>
        <w:t>. So, the example of Prophet Ismail gives you a solace, gives you a conviction that God will not waste you.</w:t>
      </w:r>
    </w:p>
    <w:p>
      <w:pPr>
        <w:jc w:val="right"/>
      </w:pPr>
      <w:r>
        <w:t>. So, the example of Prophet Ismail gives you a solace, gives you a conviction that God will not waste you.</w:t>
      </w:r>
    </w:p>
    <w:p>
      <w:r>
        <w:rPr>
          <w:b/>
        </w:rPr>
        <w:t xml:space="preserve">[14:33] </w:t>
      </w:r>
      <w:r>
        <w:t>God will provide help in every situation.</w:t>
      </w:r>
    </w:p>
    <w:p>
      <w:pPr>
        <w:jc w:val="right"/>
      </w:pPr>
      <w:r>
        <w:t>God will provide help in every situation.</w:t>
      </w:r>
    </w:p>
    <w:p>
      <w:r>
        <w:rPr>
          <w:b/>
        </w:rPr>
        <w:t xml:space="preserve">[14:40] </w:t>
      </w:r>
      <w:r>
        <w:t>This kind of example you cannot find in the life of any other prophet.</w:t>
      </w:r>
    </w:p>
    <w:p>
      <w:pPr>
        <w:jc w:val="right"/>
      </w:pPr>
      <w:r>
        <w:t>This kind of example you cannot find in the life of any other prophet.</w:t>
      </w:r>
    </w:p>
    <w:p>
      <w:r>
        <w:rPr>
          <w:b/>
        </w:rPr>
        <w:t xml:space="preserve">[14:50] </w:t>
      </w:r>
      <w:r>
        <w:t>This kind of help exclusively is found in the life of the prophet of Ismail.</w:t>
      </w:r>
    </w:p>
    <w:p>
      <w:pPr>
        <w:jc w:val="right"/>
      </w:pPr>
      <w:r>
        <w:t>This kind of help exclusively is found in the life of the prophet of Ismail.</w:t>
      </w:r>
    </w:p>
    <w:p>
      <w:r>
        <w:rPr>
          <w:b/>
        </w:rPr>
        <w:t xml:space="preserve">[15:02] </w:t>
      </w:r>
      <w:r>
        <w:t>So, it is a great source of solace.</w:t>
      </w:r>
    </w:p>
    <w:p>
      <w:pPr>
        <w:jc w:val="right"/>
      </w:pPr>
      <w:r>
        <w:t>So, it is a great source of solace.</w:t>
      </w:r>
    </w:p>
    <w:p>
      <w:r>
        <w:rPr>
          <w:b/>
        </w:rPr>
        <w:t xml:space="preserve">[15:09] </w:t>
      </w:r>
      <w:r>
        <w:t>Then I will give you the example of Prophet Yunus.</w:t>
      </w:r>
    </w:p>
    <w:p>
      <w:pPr>
        <w:jc w:val="right"/>
      </w:pPr>
      <w:r>
        <w:t>Then I will give you the example of Prophet Yunus.</w:t>
      </w:r>
    </w:p>
    <w:p>
      <w:r>
        <w:rPr>
          <w:b/>
        </w:rPr>
        <w:t xml:space="preserve">[15:21] </w:t>
      </w:r>
      <w:r>
        <w:t>Yunus—the name of Yunus is referred in the Bible as Jonah. In the Qur'an, it is Yunus.</w:t>
      </w:r>
    </w:p>
    <w:p>
      <w:pPr>
        <w:jc w:val="right"/>
      </w:pPr>
      <w:r>
        <w:t>Yunus—the name of Yunus is referred in the Bible as Jonah. In the Qur'an, it is Yunus.</w:t>
      </w:r>
    </w:p>
    <w:p>
      <w:r>
        <w:rPr>
          <w:b/>
        </w:rPr>
        <w:t xml:space="preserve">[15:30] </w:t>
      </w:r>
      <w:r>
        <w:t>And in the Bible, it is referred as Jonah.</w:t>
      </w:r>
    </w:p>
    <w:p>
      <w:pPr>
        <w:jc w:val="right"/>
      </w:pPr>
      <w:r>
        <w:t>And in the Bible, it is referred as Jonah.</w:t>
      </w:r>
    </w:p>
    <w:p>
      <w:r>
        <w:rPr>
          <w:b/>
        </w:rPr>
        <w:t xml:space="preserve">[15:34] </w:t>
      </w:r>
      <w:r>
        <w:t>So, there is a very, very—there is a great lesson in the prophet of—in the prophet Yunus.</w:t>
      </w:r>
    </w:p>
    <w:p>
      <w:pPr>
        <w:jc w:val="right"/>
      </w:pPr>
      <w:r>
        <w:t>So, there is a very, very—there is a great lesson in the prophet of—in the prophet Yunus.</w:t>
      </w:r>
    </w:p>
    <w:p>
      <w:r>
        <w:rPr>
          <w:b/>
        </w:rPr>
        <w:t xml:space="preserve">[15:44] </w:t>
      </w:r>
      <w:r>
        <w:t>You know Yunus was sent to Nineveh. Nineveh was a city in in the present Iraq</w:t>
      </w:r>
    </w:p>
    <w:p>
      <w:pPr>
        <w:jc w:val="right"/>
      </w:pPr>
      <w:r>
        <w:t>You know Yunus was sent to Nineveh. Nineveh was a city in in the present Iraq</w:t>
      </w:r>
    </w:p>
    <w:p>
      <w:r>
        <w:rPr>
          <w:b/>
        </w:rPr>
        <w:t xml:space="preserve">[15:57] </w:t>
      </w:r>
      <w:r>
        <w:t>. So, Yunus was sent as a prophet to those people who were living in Nineveh.</w:t>
      </w:r>
    </w:p>
    <w:p>
      <w:pPr>
        <w:jc w:val="right"/>
      </w:pPr>
      <w:r>
        <w:t>. So, Yunus was sent as a prophet to those people who were living in Nineveh.</w:t>
      </w:r>
    </w:p>
    <w:p>
      <w:r>
        <w:rPr>
          <w:b/>
        </w:rPr>
        <w:t xml:space="preserve">[16:09] </w:t>
      </w:r>
      <w:r>
        <w:t>Then what happened?</w:t>
      </w:r>
    </w:p>
    <w:p>
      <w:pPr>
        <w:jc w:val="right"/>
      </w:pPr>
      <w:r>
        <w:t>Then what happened?</w:t>
      </w:r>
    </w:p>
    <w:p>
      <w:r>
        <w:rPr>
          <w:b/>
        </w:rPr>
        <w:t xml:space="preserve">[16:12] </w:t>
      </w:r>
      <w:r>
        <w:t>Prophet Yunus gave the message of God.</w:t>
      </w:r>
    </w:p>
    <w:p>
      <w:pPr>
        <w:jc w:val="right"/>
      </w:pPr>
      <w:r>
        <w:t>Prophet Yunus gave the message of God.</w:t>
      </w:r>
    </w:p>
    <w:p>
      <w:r>
        <w:rPr>
          <w:b/>
        </w:rPr>
        <w:t xml:space="preserve">[16:23] </w:t>
      </w:r>
      <w:r>
        <w:t>And but after some time, he decided that they are not giving a positive response.</w:t>
      </w:r>
    </w:p>
    <w:p>
      <w:pPr>
        <w:jc w:val="right"/>
      </w:pPr>
      <w:r>
        <w:t>And but after some time, he decided that they are not giving a positive response.</w:t>
      </w:r>
    </w:p>
    <w:p>
      <w:r>
        <w:rPr>
          <w:b/>
        </w:rPr>
        <w:t xml:space="preserve">[16:35] </w:t>
      </w:r>
      <w:r>
        <w:t>So, he became</w:t>
      </w:r>
    </w:p>
    <w:p>
      <w:pPr>
        <w:jc w:val="right"/>
      </w:pPr>
      <w:r>
        <w:t>So, he became</w:t>
      </w:r>
    </w:p>
    <w:p>
      <w:r>
        <w:rPr>
          <w:b/>
        </w:rPr>
        <w:t xml:space="preserve">[16:39] </w:t>
      </w:r>
      <w:r>
        <w:t>disappointed.</w:t>
      </w:r>
    </w:p>
    <w:p>
      <w:pPr>
        <w:jc w:val="right"/>
      </w:pPr>
      <w:r>
        <w:t>disappointed.</w:t>
      </w:r>
    </w:p>
    <w:p>
      <w:r>
        <w:rPr>
          <w:b/>
        </w:rPr>
        <w:t xml:space="preserve">[16:44] </w:t>
      </w:r>
      <w:r>
        <w:t>So, due to this disappointment, he left Nineveh and wanted to go somewhere else.</w:t>
      </w:r>
    </w:p>
    <w:p>
      <w:pPr>
        <w:jc w:val="right"/>
      </w:pPr>
      <w:r>
        <w:t>So, due to this disappointment, he left Nineveh and wanted to go somewhere else.</w:t>
      </w:r>
    </w:p>
    <w:p>
      <w:r>
        <w:rPr>
          <w:b/>
        </w:rPr>
        <w:t xml:space="preserve">[16:58] </w:t>
      </w:r>
      <w:r>
        <w:t>But what happened?</w:t>
      </w:r>
    </w:p>
    <w:p>
      <w:pPr>
        <w:jc w:val="right"/>
      </w:pPr>
      <w:r>
        <w:t>But what happened?</w:t>
      </w:r>
    </w:p>
    <w:p>
      <w:r>
        <w:rPr>
          <w:b/>
        </w:rPr>
        <w:t xml:space="preserve">[17:01] </w:t>
      </w:r>
      <w:r>
        <w:t>When he reached the coast of the sea and boarded a boat—so, during the travel in the sea, there was a storm.</w:t>
      </w:r>
    </w:p>
    <w:p>
      <w:pPr>
        <w:jc w:val="right"/>
      </w:pPr>
      <w:r>
        <w:t>When he reached the coast of the sea and boarded a boat—so, during the travel in the sea, there was a storm.</w:t>
      </w:r>
    </w:p>
    <w:p>
      <w:r>
        <w:rPr>
          <w:b/>
        </w:rPr>
        <w:t xml:space="preserve">[17:18] </w:t>
      </w:r>
      <w:r>
        <w:t>So, according to the ancient tradition, people wanted to throw someone</w:t>
      </w:r>
    </w:p>
    <w:p>
      <w:pPr>
        <w:jc w:val="right"/>
      </w:pPr>
      <w:r>
        <w:t>So, according to the ancient tradition, people wanted to throw someone</w:t>
      </w:r>
    </w:p>
    <w:p>
      <w:r>
        <w:rPr>
          <w:b/>
        </w:rPr>
        <w:t xml:space="preserve">[17:34] </w:t>
      </w:r>
      <w:r>
        <w:t>only to make the boat lighter.</w:t>
      </w:r>
    </w:p>
    <w:p>
      <w:pPr>
        <w:jc w:val="right"/>
      </w:pPr>
      <w:r>
        <w:t>only to make the boat lighter.</w:t>
      </w:r>
    </w:p>
    <w:p>
      <w:r>
        <w:rPr>
          <w:b/>
        </w:rPr>
        <w:t xml:space="preserve">[17:39] </w:t>
      </w:r>
      <w:r>
        <w:t>So, they decided to throw Yunus. And Yunus was thrown into the sea.</w:t>
      </w:r>
    </w:p>
    <w:p>
      <w:pPr>
        <w:jc w:val="right"/>
      </w:pPr>
      <w:r>
        <w:t>So, they decided to throw Yunus. And Yunus was thrown into the sea.</w:t>
      </w:r>
    </w:p>
    <w:p>
      <w:r>
        <w:rPr>
          <w:b/>
        </w:rPr>
        <w:t xml:space="preserve">[17:50] </w:t>
      </w:r>
      <w:r>
        <w:t>Then what happened?</w:t>
      </w:r>
    </w:p>
    <w:p>
      <w:pPr>
        <w:jc w:val="right"/>
      </w:pPr>
      <w:r>
        <w:t>Then what happened?</w:t>
      </w:r>
    </w:p>
    <w:p>
      <w:r>
        <w:rPr>
          <w:b/>
        </w:rPr>
        <w:t xml:space="preserve">[17:53] </w:t>
      </w:r>
      <w:r>
        <w:t>According to the Qur'an and also according to the Bible, some big fish swallowed him.</w:t>
      </w:r>
    </w:p>
    <w:p>
      <w:pPr>
        <w:jc w:val="right"/>
      </w:pPr>
      <w:r>
        <w:t>According to the Qur'an and also according to the Bible, some big fish swallowed him.</w:t>
      </w:r>
    </w:p>
    <w:p>
      <w:r>
        <w:rPr>
          <w:b/>
        </w:rPr>
        <w:t xml:space="preserve">[18:04] </w:t>
      </w:r>
      <w:r>
        <w:t>And he compelled to live in the stomach of that fish, perhaps up to forty days.</w:t>
      </w:r>
    </w:p>
    <w:p>
      <w:pPr>
        <w:jc w:val="right"/>
      </w:pPr>
      <w:r>
        <w:t>And he compelled to live in the stomach of that fish, perhaps up to forty days.</w:t>
      </w:r>
    </w:p>
    <w:p>
      <w:r>
        <w:rPr>
          <w:b/>
        </w:rPr>
        <w:t xml:space="preserve">[18:17] </w:t>
      </w:r>
      <w:r>
        <w:t>Then he,</w:t>
      </w:r>
    </w:p>
    <w:p>
      <w:pPr>
        <w:jc w:val="right"/>
      </w:pPr>
      <w:r>
        <w:t>Then he,</w:t>
      </w:r>
    </w:p>
    <w:p>
      <w:r>
        <w:rPr>
          <w:b/>
        </w:rPr>
        <w:t xml:space="preserve">[18:27] </w:t>
      </w:r>
      <w:r>
        <w:t>after introspection, found that he was guilty. So, he was repentant.</w:t>
      </w:r>
    </w:p>
    <w:p>
      <w:pPr>
        <w:jc w:val="right"/>
      </w:pPr>
      <w:r>
        <w:t>after introspection, found that he was guilty. So, he was repentant.</w:t>
      </w:r>
    </w:p>
    <w:p>
      <w:r>
        <w:rPr>
          <w:b/>
        </w:rPr>
        <w:t xml:space="preserve">[18:37] </w:t>
      </w:r>
      <w:r>
        <w:t>After this repentance, God accepted his tawbah or repentance. And that fish again threw him on the coast.</w:t>
      </w:r>
    </w:p>
    <w:p>
      <w:pPr>
        <w:jc w:val="right"/>
      </w:pPr>
      <w:r>
        <w:t>After this repentance, God accepted his tawbah or repentance. And that fish again threw him on the coast.</w:t>
      </w:r>
    </w:p>
    <w:p>
      <w:r>
        <w:rPr>
          <w:b/>
        </w:rPr>
        <w:t xml:space="preserve">[18:52] </w:t>
      </w:r>
      <w:r>
        <w:t>So, then</w:t>
      </w:r>
    </w:p>
    <w:p>
      <w:pPr>
        <w:jc w:val="right"/>
      </w:pPr>
      <w:r>
        <w:t>So, then</w:t>
      </w:r>
    </w:p>
    <w:p>
      <w:r>
        <w:rPr>
          <w:b/>
        </w:rPr>
        <w:t xml:space="preserve">[18:56] </w:t>
      </w:r>
      <w:r>
        <w:t>an angel came to him and said that you were guilty.</w:t>
      </w:r>
    </w:p>
    <w:p>
      <w:pPr>
        <w:jc w:val="right"/>
      </w:pPr>
      <w:r>
        <w:t>an angel came to him and said that you were guilty.</w:t>
      </w:r>
    </w:p>
    <w:p>
      <w:r>
        <w:rPr>
          <w:b/>
        </w:rPr>
        <w:t xml:space="preserve">[19:05] </w:t>
      </w:r>
      <w:r>
        <w:t>You left</w:t>
      </w:r>
    </w:p>
    <w:p>
      <w:pPr>
        <w:jc w:val="right"/>
      </w:pPr>
      <w:r>
        <w:t>You left</w:t>
      </w:r>
    </w:p>
    <w:p>
      <w:r>
        <w:rPr>
          <w:b/>
        </w:rPr>
        <w:t xml:space="preserve">[19:11] </w:t>
      </w:r>
      <w:r>
        <w:t>Nineveh without completing your da'wah work. So, you must go to Nineveh again.</w:t>
      </w:r>
    </w:p>
    <w:p>
      <w:pPr>
        <w:jc w:val="right"/>
      </w:pPr>
      <w:r>
        <w:t>Nineveh without completing your da'wah work. So, you must go to Nineveh again.</w:t>
      </w:r>
    </w:p>
    <w:p>
      <w:r>
        <w:rPr>
          <w:b/>
        </w:rPr>
        <w:t xml:space="preserve">[19:21] </w:t>
      </w:r>
      <w:r>
        <w:t>He again visited Nineveh. And again, he was engaged in da'wah work.</w:t>
      </w:r>
    </w:p>
    <w:p>
      <w:pPr>
        <w:jc w:val="right"/>
      </w:pPr>
      <w:r>
        <w:t>He again visited Nineveh. And again, he was engaged in da'wah work.</w:t>
      </w:r>
    </w:p>
    <w:p>
      <w:r>
        <w:rPr>
          <w:b/>
        </w:rPr>
        <w:t xml:space="preserve">[19:32] </w:t>
      </w:r>
      <w:r>
        <w:t>And all the Nineveh people accepted Islam. So, this example is very important.</w:t>
      </w:r>
    </w:p>
    <w:p>
      <w:pPr>
        <w:jc w:val="right"/>
      </w:pPr>
      <w:r>
        <w:t>And all the Nineveh people accepted Islam. So, this example is very important.</w:t>
      </w:r>
    </w:p>
    <w:p>
      <w:r>
        <w:rPr>
          <w:b/>
        </w:rPr>
        <w:t xml:space="preserve">[19:42] </w:t>
      </w:r>
      <w:r>
        <w:t>Very, very important.</w:t>
      </w:r>
    </w:p>
    <w:p>
      <w:pPr>
        <w:jc w:val="right"/>
      </w:pPr>
      <w:r>
        <w:t>Very, very important.</w:t>
      </w:r>
    </w:p>
    <w:p>
      <w:r>
        <w:rPr>
          <w:b/>
        </w:rPr>
        <w:t xml:space="preserve">[19:44] </w:t>
      </w:r>
      <w:r>
        <w:t>This example tells us—this example tells us that we are not allowed to go in frustration, in disappointment.</w:t>
      </w:r>
    </w:p>
    <w:p>
      <w:pPr>
        <w:jc w:val="right"/>
      </w:pPr>
      <w:r>
        <w:t>This example tells us—this example tells us that we are not allowed to go in frustration, in disappointment.</w:t>
      </w:r>
    </w:p>
    <w:p>
      <w:r>
        <w:rPr>
          <w:b/>
        </w:rPr>
        <w:t xml:space="preserve">[19:59] </w:t>
      </w:r>
      <w:r>
        <w:t>Da'wah work is a continuous work. There is no end of da'wah work.</w:t>
      </w:r>
    </w:p>
    <w:p>
      <w:pPr>
        <w:jc w:val="right"/>
      </w:pPr>
      <w:r>
        <w:t>Da'wah work is a continuous work. There is no end of da'wah work.</w:t>
      </w:r>
    </w:p>
    <w:p>
      <w:r>
        <w:rPr>
          <w:b/>
        </w:rPr>
        <w:t xml:space="preserve">[20:05] </w:t>
      </w:r>
      <w:r>
        <w:t>We have to do da'wah work continuously. And we must be hopeful.</w:t>
      </w:r>
    </w:p>
    <w:p>
      <w:pPr>
        <w:jc w:val="right"/>
      </w:pPr>
      <w:r>
        <w:t>We have to do da'wah work continuously. And we must be hopeful.</w:t>
      </w:r>
    </w:p>
    <w:p>
      <w:r>
        <w:rPr>
          <w:b/>
        </w:rPr>
        <w:t xml:space="preserve">[20:20] </w:t>
      </w:r>
      <w:r>
        <w:t>And we have to hope that after some time—maybe after some months or after some years—they will accept your message.</w:t>
      </w:r>
    </w:p>
    <w:p>
      <w:pPr>
        <w:jc w:val="right"/>
      </w:pPr>
      <w:r>
        <w:t>And we have to hope that after some time—maybe after some months or after some years—they will accept your message.</w:t>
      </w:r>
    </w:p>
    <w:p>
      <w:r>
        <w:rPr>
          <w:b/>
        </w:rPr>
        <w:t xml:space="preserve">[20:33] </w:t>
      </w:r>
      <w:r>
        <w:t>So, there is a great lesson in the life of Prophet Yunus. That is, we have to—that da'wahi must be hopeful for every time.</w:t>
      </w:r>
    </w:p>
    <w:p>
      <w:pPr>
        <w:jc w:val="right"/>
      </w:pPr>
      <w:r>
        <w:t>So, there is a great lesson in the life of Prophet Yunus. That is, we have to—that da'wahi must be hopeful for every time.</w:t>
      </w:r>
    </w:p>
    <w:p>
      <w:r>
        <w:rPr>
          <w:b/>
        </w:rPr>
        <w:t xml:space="preserve">[20:48] </w:t>
      </w:r>
      <w:r>
        <w:t>Every time. You are not allowed to go to disappointment. It is haram for a da'wahi.</w:t>
      </w:r>
    </w:p>
    <w:p>
      <w:pPr>
        <w:jc w:val="right"/>
      </w:pPr>
      <w:r>
        <w:t>Every time. You are not allowed to go to disappointment. It is haram for a da'wahi.</w:t>
      </w:r>
    </w:p>
    <w:p>
      <w:r>
        <w:rPr>
          <w:b/>
        </w:rPr>
        <w:t xml:space="preserve">[21:01] </w:t>
      </w:r>
      <w:r>
        <w:t>Disappointment is haram for a da'wahi. Even if Madhu is giving a negative response initially, you have to continue your da'wah work without</w:t>
      </w:r>
    </w:p>
    <w:p>
      <w:pPr>
        <w:jc w:val="right"/>
      </w:pPr>
      <w:r>
        <w:t>Disappointment is haram for a da'wahi. Even if Madhu is giving a negative response initially, you have to continue your da'wah work without</w:t>
      </w:r>
    </w:p>
    <w:p>
      <w:r>
        <w:rPr>
          <w:b/>
        </w:rPr>
        <w:t xml:space="preserve">[21:21] </w:t>
      </w:r>
      <w:r>
        <w:t>any anger, without any negative thought, without feeling disappointment</w:t>
      </w:r>
    </w:p>
    <w:p>
      <w:pPr>
        <w:jc w:val="right"/>
      </w:pPr>
      <w:r>
        <w:t>any anger, without any negative thought, without feeling disappointment</w:t>
      </w:r>
    </w:p>
    <w:p>
      <w:r>
        <w:rPr>
          <w:b/>
        </w:rPr>
        <w:t xml:space="preserve">[21:32] </w:t>
      </w:r>
      <w:r>
        <w:t>. So, this is a great example in the prophet of Yunus.</w:t>
      </w:r>
    </w:p>
    <w:p>
      <w:pPr>
        <w:jc w:val="right"/>
      </w:pPr>
      <w:r>
        <w:t>. So, this is a great example in the prophet of Yunus.</w:t>
      </w:r>
    </w:p>
    <w:p>
      <w:r>
        <w:rPr>
          <w:b/>
        </w:rPr>
        <w:t xml:space="preserve">[21:38] </w:t>
      </w:r>
      <w:r>
        <w:t>And also, this example tells us that if we fail to fulfill our da'wah duty, we will go directly to the stomach of a fish.</w:t>
      </w:r>
    </w:p>
    <w:p>
      <w:pPr>
        <w:jc w:val="right"/>
      </w:pPr>
      <w:r>
        <w:t>And also, this example tells us that if we fail to fulfill our da'wah duty, we will go directly to the stomach of a fish.</w:t>
      </w:r>
    </w:p>
    <w:p>
      <w:r>
        <w:rPr>
          <w:b/>
        </w:rPr>
        <w:t xml:space="preserve">[21:56] </w:t>
      </w:r>
      <w:r>
        <w:t>In other words, to the stomach of problems.</w:t>
      </w:r>
    </w:p>
    <w:p>
      <w:pPr>
        <w:jc w:val="right"/>
      </w:pPr>
      <w:r>
        <w:t>In other words, to the stomach of problems.</w:t>
      </w:r>
    </w:p>
    <w:p>
      <w:r>
        <w:rPr>
          <w:b/>
        </w:rPr>
        <w:t xml:space="preserve">[22:01] </w:t>
      </w:r>
      <w:r>
        <w:t>Problems will swallow us. There is no escape. There is no option for da'wahi. Da'wahi either will continue his da'wah work or he will face problems.</w:t>
      </w:r>
    </w:p>
    <w:p>
      <w:pPr>
        <w:jc w:val="right"/>
      </w:pPr>
      <w:r>
        <w:t>Problems will swallow us. There is no escape. There is no option for da'wahi. Da'wahi either will continue his da'wah work or he will face problems.</w:t>
      </w:r>
    </w:p>
    <w:p>
      <w:r>
        <w:rPr>
          <w:b/>
        </w:rPr>
        <w:t xml:space="preserve">[22:18] </w:t>
      </w:r>
      <w:r>
        <w:t>Or he will go to the stomach of the problems.</w:t>
      </w:r>
    </w:p>
    <w:p>
      <w:pPr>
        <w:jc w:val="right"/>
      </w:pPr>
      <w:r>
        <w:t>Or he will go to the stomach of the problems.</w:t>
      </w:r>
    </w:p>
    <w:p>
      <w:r>
        <w:rPr>
          <w:b/>
        </w:rPr>
        <w:t xml:space="preserve">[22:25] </w:t>
      </w:r>
      <w:r>
        <w:t>So, this is a great example, great lesson in the life of the prophet Yunus. Then let us take the example of</w:t>
      </w:r>
    </w:p>
    <w:p>
      <w:pPr>
        <w:jc w:val="right"/>
      </w:pPr>
      <w:r>
        <w:t>So, this is a great example, great lesson in the life of the prophet Yunus. Then let us take the example of</w:t>
      </w:r>
    </w:p>
    <w:p>
      <w:r>
        <w:rPr>
          <w:b/>
        </w:rPr>
        <w:t xml:space="preserve">[22:41] </w:t>
      </w:r>
      <w:r>
        <w:t>Yusuf. In the Qur'an, his name is given as Yusuf. And in the Bible, his name is referred to as Joseph.</w:t>
      </w:r>
    </w:p>
    <w:p>
      <w:pPr>
        <w:jc w:val="right"/>
      </w:pPr>
      <w:r>
        <w:t>Yusuf. In the Qur'an, his name is given as Yusuf. And in the Bible, his name is referred to as Joseph.</w:t>
      </w:r>
    </w:p>
    <w:p>
      <w:r>
        <w:rPr>
          <w:b/>
        </w:rPr>
        <w:t xml:space="preserve">[22:53] </w:t>
      </w:r>
      <w:r>
        <w:t>You know the prophet Joseph was sent to Egypt, in ancient Egypt. At that time, there was a king.</w:t>
      </w:r>
    </w:p>
    <w:p>
      <w:pPr>
        <w:jc w:val="right"/>
      </w:pPr>
      <w:r>
        <w:t>You know the prophet Joseph was sent to Egypt, in ancient Egypt. At that time, there was a king.</w:t>
      </w:r>
    </w:p>
    <w:p>
      <w:r>
        <w:rPr>
          <w:b/>
        </w:rPr>
        <w:t xml:space="preserve">[23:07] </w:t>
      </w:r>
      <w:r>
        <w:t>This king was a mushrik, idol worshipper.</w:t>
      </w:r>
    </w:p>
    <w:p>
      <w:pPr>
        <w:jc w:val="right"/>
      </w:pPr>
      <w:r>
        <w:t>This king was a mushrik, idol worshipper.</w:t>
      </w:r>
    </w:p>
    <w:p>
      <w:r>
        <w:rPr>
          <w:b/>
        </w:rPr>
        <w:t xml:space="preserve">[23:14] </w:t>
      </w:r>
      <w:r>
        <w:t>So, he was a mushrik king. But according to the Qur'an, Prophet Joseph—this king offered an office in his government that was like food ministry</w:t>
      </w:r>
    </w:p>
    <w:p>
      <w:pPr>
        <w:jc w:val="right"/>
      </w:pPr>
      <w:r>
        <w:t>So, he was a mushrik king. But according to the Qur'an, Prophet Joseph—this king offered an office in his government that was like food ministry</w:t>
      </w:r>
    </w:p>
    <w:p>
      <w:r>
        <w:rPr>
          <w:b/>
        </w:rPr>
        <w:t xml:space="preserve">[23:37] </w:t>
      </w:r>
      <w:r>
        <w:t>. He wanted to appoint Prophet Joseph as food minister. And Prophet Joseph accepted this offer under that mushrik king.</w:t>
      </w:r>
    </w:p>
    <w:p>
      <w:pPr>
        <w:jc w:val="right"/>
      </w:pPr>
      <w:r>
        <w:t>. He wanted to appoint Prophet Joseph as food minister. And Prophet Joseph accepted this offer under that mushrik king.</w:t>
      </w:r>
    </w:p>
    <w:p>
      <w:r>
        <w:rPr>
          <w:b/>
        </w:rPr>
        <w:t xml:space="preserve">[23:55] </w:t>
      </w:r>
      <w:r>
        <w:t>It is a great example.</w:t>
      </w:r>
    </w:p>
    <w:p>
      <w:pPr>
        <w:jc w:val="right"/>
      </w:pPr>
      <w:r>
        <w:t>It is a great example.</w:t>
      </w:r>
    </w:p>
    <w:p>
      <w:r>
        <w:rPr>
          <w:b/>
        </w:rPr>
        <w:t xml:space="preserve">[23:57] </w:t>
      </w:r>
      <w:r>
        <w:t>It means that if we find ourselves in such a situation where</w:t>
      </w:r>
    </w:p>
    <w:p>
      <w:pPr>
        <w:jc w:val="right"/>
      </w:pPr>
      <w:r>
        <w:t>It means that if we find ourselves in such a situation where</w:t>
      </w:r>
    </w:p>
    <w:p>
      <w:r>
        <w:rPr>
          <w:b/>
        </w:rPr>
        <w:t xml:space="preserve">[24:06] </w:t>
      </w:r>
      <w:r>
        <w:t>the ruler is non-Muslim, the ruler is non-Muslim or mushrik</w:t>
      </w:r>
    </w:p>
    <w:p>
      <w:pPr>
        <w:jc w:val="right"/>
      </w:pPr>
      <w:r>
        <w:t>the ruler is non-Muslim, the ruler is non-Muslim or mushrik</w:t>
      </w:r>
    </w:p>
    <w:p>
      <w:r>
        <w:rPr>
          <w:b/>
        </w:rPr>
        <w:t xml:space="preserve">[24:15] </w:t>
      </w:r>
      <w:r>
        <w:t>or mulhid,</w:t>
      </w:r>
    </w:p>
    <w:p>
      <w:pPr>
        <w:jc w:val="right"/>
      </w:pPr>
      <w:r>
        <w:t>or mulhid,</w:t>
      </w:r>
    </w:p>
    <w:p>
      <w:r>
        <w:rPr>
          <w:b/>
        </w:rPr>
        <w:t xml:space="preserve">[24:19] </w:t>
      </w:r>
      <w:r>
        <w:t>but if that king offers you an opportunity, so you have to accept that opportunity.</w:t>
      </w:r>
    </w:p>
    <w:p>
      <w:pPr>
        <w:jc w:val="right"/>
      </w:pPr>
      <w:r>
        <w:t>but if that king offers you an opportunity, so you have to accept that opportunity.</w:t>
      </w:r>
    </w:p>
    <w:p>
      <w:r>
        <w:rPr>
          <w:b/>
        </w:rPr>
        <w:t xml:space="preserve">[24:29] </w:t>
      </w:r>
      <w:r>
        <w:t>And you have to avail that opportunity. This is an irrelevant issue—that king himself is an idol worshipper or he is an atheist or he is a non-Muslim.</w:t>
      </w:r>
    </w:p>
    <w:p>
      <w:pPr>
        <w:jc w:val="right"/>
      </w:pPr>
      <w:r>
        <w:t>And you have to avail that opportunity. This is an irrelevant issue—that king himself is an idol worshipper or he is an atheist or he is a non-Muslim.</w:t>
      </w:r>
    </w:p>
    <w:p>
      <w:r>
        <w:rPr>
          <w:b/>
        </w:rPr>
        <w:t xml:space="preserve">[24:46] </w:t>
      </w:r>
      <w:r>
        <w:t>This issue is an irrelevant issue.</w:t>
      </w:r>
    </w:p>
    <w:p>
      <w:pPr>
        <w:jc w:val="right"/>
      </w:pPr>
      <w:r>
        <w:t>This issue is an irrelevant issue.</w:t>
      </w:r>
    </w:p>
    <w:p>
      <w:r>
        <w:rPr>
          <w:b/>
        </w:rPr>
        <w:t xml:space="preserve">[24:50] </w:t>
      </w:r>
      <w:r>
        <w:t>In such a situation, da'wahi must see the opportunity rather than the religion of the ruler.</w:t>
      </w:r>
    </w:p>
    <w:p>
      <w:pPr>
        <w:jc w:val="right"/>
      </w:pPr>
      <w:r>
        <w:t>In such a situation, da'wahi must see the opportunity rather than the religion of the ruler.</w:t>
      </w:r>
    </w:p>
    <w:p>
      <w:r>
        <w:rPr>
          <w:b/>
        </w:rPr>
        <w:t xml:space="preserve">[25:01] </w:t>
      </w:r>
      <w:r>
        <w:t>In such a situation, the religion of the ruler is irrelevant. You have to see the opportunity. It is very important.</w:t>
      </w:r>
    </w:p>
    <w:p>
      <w:pPr>
        <w:jc w:val="right"/>
      </w:pPr>
      <w:r>
        <w:t>In such a situation, the religion of the ruler is irrelevant. You have to see the opportunity. It is very important.</w:t>
      </w:r>
    </w:p>
    <w:p>
      <w:r>
        <w:rPr>
          <w:b/>
        </w:rPr>
        <w:t xml:space="preserve">[25:13] </w:t>
      </w:r>
      <w:r>
        <w:t>It means that Prophet Joseph gives us an example, a formula that ignores the political problem, ignores the political problem, and avails the opportunities present over there.</w:t>
      </w:r>
    </w:p>
    <w:p>
      <w:pPr>
        <w:jc w:val="right"/>
      </w:pPr>
      <w:r>
        <w:t>It means that Prophet Joseph gives us an example, a formula that ignores the political problem, ignores the political problem, and avails the opportunities present over there.</w:t>
      </w:r>
    </w:p>
    <w:p>
      <w:r>
        <w:rPr>
          <w:b/>
        </w:rPr>
        <w:t xml:space="preserve">[25:36] </w:t>
      </w:r>
      <w:r>
        <w:t>It is very import</w:t>
      </w:r>
    </w:p>
    <w:p>
      <w:pPr>
        <w:jc w:val="right"/>
      </w:pPr>
      <w:r>
        <w:t>It is very import</w:t>
      </w:r>
    </w:p>
    <w:p>
      <w:r>
        <w:rPr>
          <w:b/>
        </w:rPr>
        <w:t xml:space="preserve">[25:39] </w:t>
      </w:r>
      <w:r>
        <w:t>ant. According to this, we are not allowed to begin our da'wah work from the</w:t>
      </w:r>
    </w:p>
    <w:p>
      <w:pPr>
        <w:jc w:val="right"/>
      </w:pPr>
      <w:r>
        <w:t>ant. According to this, we are not allowed to begin our da'wah work from the</w:t>
      </w:r>
    </w:p>
    <w:p>
      <w:r>
        <w:rPr>
          <w:b/>
        </w:rPr>
        <w:t xml:space="preserve">[25:49] </w:t>
      </w:r>
      <w:r>
        <w:t>political issues.</w:t>
      </w:r>
    </w:p>
    <w:p>
      <w:pPr>
        <w:jc w:val="right"/>
      </w:pPr>
      <w:r>
        <w:t>political issues.</w:t>
      </w:r>
    </w:p>
    <w:p>
      <w:r>
        <w:rPr>
          <w:b/>
        </w:rPr>
        <w:t xml:space="preserve">[25:53] </w:t>
      </w:r>
      <w:r>
        <w:t>But we have to find out the opportunities. If the political system is based on tolerance, if the political system is based on peace, and under that political system, we are allowed to avail some opportunities</w:t>
      </w:r>
    </w:p>
    <w:p>
      <w:pPr>
        <w:jc w:val="right"/>
      </w:pPr>
      <w:r>
        <w:t>But we have to find out the opportunities. If the political system is based on tolerance, if the political system is based on peace, and under that political system, we are allowed to avail some opportunities</w:t>
      </w:r>
    </w:p>
    <w:p>
      <w:r>
        <w:rPr>
          <w:b/>
        </w:rPr>
        <w:t xml:space="preserve">[26:19] </w:t>
      </w:r>
      <w:r>
        <w:t>—for example, da'wah work, for example, education, for example, social reform.</w:t>
      </w:r>
    </w:p>
    <w:p>
      <w:pPr>
        <w:jc w:val="right"/>
      </w:pPr>
      <w:r>
        <w:t>—for example, da'wah work, for example, education, for example, social reform.</w:t>
      </w:r>
    </w:p>
    <w:p>
      <w:r>
        <w:rPr>
          <w:b/>
        </w:rPr>
        <w:t xml:space="preserve">[26:30] </w:t>
      </w:r>
      <w:r>
        <w:t>So, we have to avoid the political problem. And we have to avail that opportunity</w:t>
      </w:r>
    </w:p>
    <w:p>
      <w:pPr>
        <w:jc w:val="right"/>
      </w:pPr>
      <w:r>
        <w:t>So, we have to avoid the political problem. And we have to avail that opportunity</w:t>
      </w:r>
    </w:p>
    <w:p>
      <w:r>
        <w:rPr>
          <w:b/>
        </w:rPr>
        <w:t xml:space="preserve">[26:42] </w:t>
      </w:r>
      <w:r>
        <w:t>without</w:t>
      </w:r>
    </w:p>
    <w:p>
      <w:pPr>
        <w:jc w:val="right"/>
      </w:pPr>
      <w:r>
        <w:t>without</w:t>
      </w:r>
    </w:p>
    <w:p>
      <w:r>
        <w:rPr>
          <w:b/>
        </w:rPr>
        <w:t xml:space="preserve">[26:50] </w:t>
      </w:r>
      <w:r>
        <w:t>waging any confrontation against that political system. So, it is very import</w:t>
      </w:r>
    </w:p>
    <w:p>
      <w:pPr>
        <w:jc w:val="right"/>
      </w:pPr>
      <w:r>
        <w:t>waging any confrontation against that political system. So, it is very import</w:t>
      </w:r>
    </w:p>
    <w:p>
      <w:r>
        <w:rPr>
          <w:b/>
        </w:rPr>
        <w:t xml:space="preserve">[26:59] </w:t>
      </w:r>
      <w:r>
        <w:t>ant. The prophet Joseph is mentioned in the Qur'an. And also, this example is also mentioned in the Qur'an.</w:t>
      </w:r>
    </w:p>
    <w:p>
      <w:pPr>
        <w:jc w:val="right"/>
      </w:pPr>
      <w:r>
        <w:t>ant. The prophet Joseph is mentioned in the Qur'an. And also, this example is also mentioned in the Qur'an.</w:t>
      </w:r>
    </w:p>
    <w:p>
      <w:r>
        <w:rPr>
          <w:b/>
        </w:rPr>
        <w:t xml:space="preserve">[27:10] </w:t>
      </w:r>
      <w:r>
        <w:t>So, according to the direction, we have to follow this example also according to our situation.</w:t>
      </w:r>
    </w:p>
    <w:p>
      <w:pPr>
        <w:jc w:val="right"/>
      </w:pPr>
      <w:r>
        <w:t>So, according to the direction, we have to follow this example also according to our situation.</w:t>
      </w:r>
    </w:p>
    <w:p>
      <w:r>
        <w:rPr>
          <w:b/>
        </w:rPr>
        <w:t xml:space="preserve">[27:24] </w:t>
      </w:r>
      <w:r>
        <w:t>Then let us take the example of Prophet Moses. Prophet Moses was sent to Egypt.</w:t>
      </w:r>
    </w:p>
    <w:p>
      <w:pPr>
        <w:jc w:val="right"/>
      </w:pPr>
      <w:r>
        <w:t>Then let us take the example of Prophet Moses. Prophet Moses was sent to Egypt.</w:t>
      </w:r>
    </w:p>
    <w:p>
      <w:r>
        <w:rPr>
          <w:b/>
        </w:rPr>
        <w:t xml:space="preserve">[27:35] </w:t>
      </w:r>
      <w:r>
        <w:t>At that time, there was the rule of a king, Pharaoh.</w:t>
      </w:r>
    </w:p>
    <w:p>
      <w:pPr>
        <w:jc w:val="right"/>
      </w:pPr>
      <w:r>
        <w:t>At that time, there was the rule of a king, Pharaoh.</w:t>
      </w:r>
    </w:p>
    <w:p>
      <w:r>
        <w:rPr>
          <w:b/>
        </w:rPr>
        <w:t xml:space="preserve">[27:47] </w:t>
      </w:r>
      <w:r>
        <w:t>So, but at the same time, there were children of Israel, Banu Isra'il. So, there were two classes, two communities.</w:t>
      </w:r>
    </w:p>
    <w:p>
      <w:pPr>
        <w:jc w:val="right"/>
      </w:pPr>
      <w:r>
        <w:t>So, but at the same time, there were children of Israel, Banu Isra'il. So, there were two classes, two communities.</w:t>
      </w:r>
    </w:p>
    <w:p>
      <w:r>
        <w:rPr>
          <w:b/>
        </w:rPr>
        <w:t xml:space="preserve">[28:01] </w:t>
      </w:r>
      <w:r>
        <w:t>One was Coptic,</w:t>
      </w:r>
    </w:p>
    <w:p>
      <w:pPr>
        <w:jc w:val="right"/>
      </w:pPr>
      <w:r>
        <w:t>One was Coptic,</w:t>
      </w:r>
    </w:p>
    <w:p>
      <w:r>
        <w:rPr>
          <w:b/>
        </w:rPr>
        <w:t xml:space="preserve">[28:05] </w:t>
      </w:r>
      <w:r>
        <w:t>Coptic community. And the other</w:t>
      </w:r>
    </w:p>
    <w:p>
      <w:pPr>
        <w:jc w:val="right"/>
      </w:pPr>
      <w:r>
        <w:t>Coptic community. And the other</w:t>
      </w:r>
    </w:p>
    <w:p>
      <w:r>
        <w:rPr>
          <w:b/>
        </w:rPr>
        <w:t xml:space="preserve">[28:10] </w:t>
      </w:r>
      <w:r>
        <w:t>community was children of Israel, that is Banu Isra'il. So, Banu Isra'il were Muslims of that time.</w:t>
      </w:r>
    </w:p>
    <w:p>
      <w:pPr>
        <w:jc w:val="right"/>
      </w:pPr>
      <w:r>
        <w:t>community was children of Israel, that is Banu Isra'il. So, Banu Isra'il were Muslims of that time.</w:t>
      </w:r>
    </w:p>
    <w:p>
      <w:r>
        <w:rPr>
          <w:b/>
        </w:rPr>
        <w:t xml:space="preserve">[28:21] </w:t>
      </w:r>
      <w:r>
        <w:t>There were Muslim Ummah of that time.</w:t>
      </w:r>
    </w:p>
    <w:p>
      <w:pPr>
        <w:jc w:val="right"/>
      </w:pPr>
      <w:r>
        <w:t>There were Muslim Ummah of that time.</w:t>
      </w:r>
    </w:p>
    <w:p>
      <w:r>
        <w:rPr>
          <w:b/>
        </w:rPr>
        <w:t xml:space="preserve">[28:26] </w:t>
      </w:r>
      <w:r>
        <w:t>So, and Coptic people were mushrik. And Banu Isra'il were Muslim Ummah, like Muslim Ummah.</w:t>
      </w:r>
    </w:p>
    <w:p>
      <w:pPr>
        <w:jc w:val="right"/>
      </w:pPr>
      <w:r>
        <w:t>So, and Coptic people were mushrik. And Banu Isra'il were Muslim Ummah, like Muslim Ummah.</w:t>
      </w:r>
    </w:p>
    <w:p>
      <w:r>
        <w:rPr>
          <w:b/>
        </w:rPr>
        <w:t xml:space="preserve">[28:39] </w:t>
      </w:r>
      <w:r>
        <w:t>So, Prophet Moses was between two different Madhu, two different communities.</w:t>
      </w:r>
    </w:p>
    <w:p>
      <w:pPr>
        <w:jc w:val="right"/>
      </w:pPr>
      <w:r>
        <w:t>So, Prophet Moses was between two different Madhu, two different communities.</w:t>
      </w:r>
    </w:p>
    <w:p>
      <w:r>
        <w:rPr>
          <w:b/>
        </w:rPr>
        <w:t xml:space="preserve">[28:47] </w:t>
      </w:r>
      <w:r>
        <w:t>One was mushrik and the other one was a Muslim Ummah.</w:t>
      </w:r>
    </w:p>
    <w:p>
      <w:pPr>
        <w:jc w:val="right"/>
      </w:pPr>
      <w:r>
        <w:t>One was mushrik and the other one was a Muslim Ummah.</w:t>
      </w:r>
    </w:p>
    <w:p>
      <w:r>
        <w:rPr>
          <w:b/>
        </w:rPr>
        <w:t xml:space="preserve">[28:55] </w:t>
      </w:r>
      <w:r>
        <w:t>Then what was the method of Prophet Moses? He never said that, "First of all, we have to reform Banu Isra'il." Although there was so much corruption among Banu Isra'il,</w:t>
      </w:r>
    </w:p>
    <w:p>
      <w:pPr>
        <w:jc w:val="right"/>
      </w:pPr>
      <w:r>
        <w:t>Then what was the method of Prophet Moses? He never said that, "First of all, we have to reform Banu Isra'il." Although there was so much corruption among Banu Isra'il,</w:t>
      </w:r>
    </w:p>
    <w:p>
      <w:r>
        <w:rPr>
          <w:b/>
        </w:rPr>
        <w:t xml:space="preserve">[29:13] </w:t>
      </w:r>
      <w:r>
        <w:t>they were degenerated people</w:t>
      </w:r>
    </w:p>
    <w:p>
      <w:pPr>
        <w:jc w:val="right"/>
      </w:pPr>
      <w:r>
        <w:t>they were degenerated people</w:t>
      </w:r>
    </w:p>
    <w:p>
      <w:r>
        <w:rPr>
          <w:b/>
        </w:rPr>
        <w:t xml:space="preserve">[29:18] </w:t>
      </w:r>
      <w:r>
        <w:t>. But Prophet Moses never said that, "First of all, we have to bring reform in Banu Isra'il." But he started his da'wah work</w:t>
      </w:r>
    </w:p>
    <w:p>
      <w:pPr>
        <w:jc w:val="right"/>
      </w:pPr>
      <w:r>
        <w:t>. But Prophet Moses never said that, "First of all, we have to bring reform in Banu Isra'il." But he started his da'wah work</w:t>
      </w:r>
    </w:p>
    <w:p>
      <w:r>
        <w:rPr>
          <w:b/>
        </w:rPr>
        <w:t xml:space="preserve">[29:34] </w:t>
      </w:r>
      <w:r>
        <w:t>on the line, on this line that at one side, he addressed Pharaoh. He addressed the Coptic people who were mushrik.</w:t>
      </w:r>
    </w:p>
    <w:p>
      <w:pPr>
        <w:jc w:val="right"/>
      </w:pPr>
      <w:r>
        <w:t>on the line, on this line that at one side, he addressed Pharaoh. He addressed the Coptic people who were mushrik.</w:t>
      </w:r>
    </w:p>
    <w:p>
      <w:r>
        <w:rPr>
          <w:b/>
        </w:rPr>
        <w:t xml:space="preserve">[29:46] </w:t>
      </w:r>
      <w:r>
        <w:t>At the same time, he addressed Banu Isra'il. So, his formula was a two-point formula. The formula adopted by Prophet Moses was a two-point formula.</w:t>
      </w:r>
    </w:p>
    <w:p>
      <w:pPr>
        <w:jc w:val="right"/>
      </w:pPr>
      <w:r>
        <w:t>At the same time, he addressed Banu Isra'il. So, his formula was a two-point formula. The formula adopted by Prophet Moses was a two-point formula.</w:t>
      </w:r>
    </w:p>
    <w:p>
      <w:r>
        <w:rPr>
          <w:b/>
        </w:rPr>
        <w:t xml:space="preserve">[30:01] </w:t>
      </w:r>
      <w:r>
        <w:t>One, doing da'wah work among Coptic people. And the second, doing reform work among Banu Isra'il.</w:t>
      </w:r>
    </w:p>
    <w:p>
      <w:pPr>
        <w:jc w:val="right"/>
      </w:pPr>
      <w:r>
        <w:t>One, doing da'wah work among Coptic people. And the second, doing reform work among Banu Isra'il.</w:t>
      </w:r>
    </w:p>
    <w:p>
      <w:r>
        <w:rPr>
          <w:b/>
        </w:rPr>
        <w:t xml:space="preserve">[30:12] </w:t>
      </w:r>
      <w:r>
        <w:t>So, this is a very important example.</w:t>
      </w:r>
    </w:p>
    <w:p>
      <w:pPr>
        <w:jc w:val="right"/>
      </w:pPr>
      <w:r>
        <w:t>So, this is a very important example.</w:t>
      </w:r>
    </w:p>
    <w:p>
      <w:r>
        <w:rPr>
          <w:b/>
        </w:rPr>
        <w:t xml:space="preserve">[30:16] </w:t>
      </w:r>
      <w:r>
        <w:t>If we find ourselves in such a situation where there are two groups, Muslims and non-Muslims, so we have to do between the two groups at the same time, we have to try to make—we have to try to</w:t>
      </w:r>
    </w:p>
    <w:p>
      <w:pPr>
        <w:jc w:val="right"/>
      </w:pPr>
      <w:r>
        <w:t>If we find ourselves in such a situation where there are two groups, Muslims and non-Muslims, so we have to do between the two groups at the same time, we have to try to make—we have to try to</w:t>
      </w:r>
    </w:p>
    <w:p>
      <w:r>
        <w:rPr>
          <w:b/>
        </w:rPr>
        <w:t xml:space="preserve">[30:40] </w:t>
      </w:r>
      <w:r>
        <w:t>spread the message of Islam among non-Muslims.</w:t>
      </w:r>
    </w:p>
    <w:p>
      <w:pPr>
        <w:jc w:val="right"/>
      </w:pPr>
      <w:r>
        <w:t>spread the message of Islam among non-Muslims.</w:t>
      </w:r>
    </w:p>
    <w:p>
      <w:r>
        <w:rPr>
          <w:b/>
        </w:rPr>
        <w:t xml:space="preserve">[30:44] </w:t>
      </w:r>
      <w:r>
        <w:t>At the same time, we have to try to revive that Muslim group, to reform that Muslim group.</w:t>
      </w:r>
    </w:p>
    <w:p>
      <w:pPr>
        <w:jc w:val="right"/>
      </w:pPr>
      <w:r>
        <w:t>At the same time, we have to try to revive that Muslim group, to reform that Muslim group.</w:t>
      </w:r>
    </w:p>
    <w:p>
      <w:r>
        <w:rPr>
          <w:b/>
        </w:rPr>
        <w:t xml:space="preserve">[30:54] </w:t>
      </w:r>
      <w:r>
        <w:t>So, this is a very important lesson we can find in the life of the prophet of Prophet Moses.</w:t>
      </w:r>
    </w:p>
    <w:p>
      <w:pPr>
        <w:jc w:val="right"/>
      </w:pPr>
      <w:r>
        <w:t>So, this is a very important lesson we can find in the life of the prophet of Prophet Moses.</w:t>
      </w:r>
    </w:p>
    <w:p>
      <w:r>
        <w:rPr>
          <w:b/>
        </w:rPr>
        <w:t xml:space="preserve">[31:06] </w:t>
      </w:r>
      <w:r>
        <w:t>It is very import</w:t>
      </w:r>
    </w:p>
    <w:p>
      <w:pPr>
        <w:jc w:val="right"/>
      </w:pPr>
      <w:r>
        <w:t>It is very import</w:t>
      </w:r>
    </w:p>
    <w:p>
      <w:r>
        <w:rPr>
          <w:b/>
        </w:rPr>
        <w:t xml:space="preserve">[31:08] </w:t>
      </w:r>
      <w:r>
        <w:t>ant. Then I will refer to the example of Prophet</w:t>
      </w:r>
    </w:p>
    <w:p>
      <w:pPr>
        <w:jc w:val="right"/>
      </w:pPr>
      <w:r>
        <w:t>ant. Then I will refer to the example of Prophet</w:t>
      </w:r>
    </w:p>
    <w:p>
      <w:r>
        <w:rPr>
          <w:b/>
        </w:rPr>
        <w:t xml:space="preserve">[31:20] </w:t>
      </w:r>
      <w:r>
        <w:t>Isa,</w:t>
      </w:r>
    </w:p>
    <w:p>
      <w:pPr>
        <w:jc w:val="right"/>
      </w:pPr>
      <w:r>
        <w:t>Isa,</w:t>
      </w:r>
    </w:p>
    <w:p>
      <w:r>
        <w:rPr>
          <w:b/>
        </w:rPr>
        <w:t xml:space="preserve">[31:23] </w:t>
      </w:r>
      <w:r>
        <w:t>Hazrat Masih. So, here is a very, very important lesson.</w:t>
      </w:r>
    </w:p>
    <w:p>
      <w:pPr>
        <w:jc w:val="right"/>
      </w:pPr>
      <w:r>
        <w:t>Hazrat Masih. So, here is a very, very important lesson.</w:t>
      </w:r>
    </w:p>
    <w:p>
      <w:r>
        <w:rPr>
          <w:b/>
        </w:rPr>
        <w:t xml:space="preserve">[31:32] </w:t>
      </w:r>
      <w:r>
        <w:t>You know the followers of Prophet</w:t>
      </w:r>
    </w:p>
    <w:p>
      <w:pPr>
        <w:jc w:val="right"/>
      </w:pPr>
      <w:r>
        <w:t>You know the followers of Prophet</w:t>
      </w:r>
    </w:p>
    <w:p>
      <w:r>
        <w:rPr>
          <w:b/>
        </w:rPr>
        <w:t xml:space="preserve">[31:40] </w:t>
      </w:r>
      <w:r>
        <w:t>Masih, the followers of Prophet Isa, are greater in number.</w:t>
      </w:r>
    </w:p>
    <w:p>
      <w:pPr>
        <w:jc w:val="right"/>
      </w:pPr>
      <w:r>
        <w:t>Masih, the followers of Prophet Isa, are greater in number.</w:t>
      </w:r>
    </w:p>
    <w:p>
      <w:r>
        <w:rPr>
          <w:b/>
        </w:rPr>
        <w:t xml:space="preserve">[31:50] </w:t>
      </w:r>
      <w:r>
        <w:t>In terms of quantity, Christianity is the largest religion in the world.</w:t>
      </w:r>
    </w:p>
    <w:p>
      <w:pPr>
        <w:jc w:val="right"/>
      </w:pPr>
      <w:r>
        <w:t>In terms of quantity, Christianity is the largest religion in the world.</w:t>
      </w:r>
    </w:p>
    <w:p>
      <w:r>
        <w:rPr>
          <w:b/>
        </w:rPr>
        <w:t xml:space="preserve">[31:56] </w:t>
      </w:r>
      <w:r>
        <w:t>But you know that Prophet Isa never</w:t>
      </w:r>
    </w:p>
    <w:p>
      <w:pPr>
        <w:jc w:val="right"/>
      </w:pPr>
      <w:r>
        <w:t>But you know that Prophet Isa never</w:t>
      </w:r>
    </w:p>
    <w:p>
      <w:r>
        <w:rPr>
          <w:b/>
        </w:rPr>
        <w:t xml:space="preserve">[32:06] </w:t>
      </w:r>
      <w:r>
        <w:t>preached to establish any political rule. Even Prophet Isa said that, "Give to Shether." What is due to Shether?</w:t>
      </w:r>
    </w:p>
    <w:p>
      <w:pPr>
        <w:jc w:val="right"/>
      </w:pPr>
      <w:r>
        <w:t>preached to establish any political rule. Even Prophet Isa said that, "Give to Shether." What is due to Shether?</w:t>
      </w:r>
    </w:p>
    <w:p>
      <w:r>
        <w:rPr>
          <w:b/>
        </w:rPr>
        <w:t xml:space="preserve">[32:26] </w:t>
      </w:r>
      <w:r>
        <w:t>"Go to God." What is due to God?</w:t>
      </w:r>
    </w:p>
    <w:p>
      <w:pPr>
        <w:jc w:val="right"/>
      </w:pPr>
      <w:r>
        <w:t>"Go to God." What is due to God?</w:t>
      </w:r>
    </w:p>
    <w:p>
      <w:r>
        <w:rPr>
          <w:b/>
        </w:rPr>
        <w:t xml:space="preserve">[32:31] </w:t>
      </w:r>
      <w:r>
        <w:t>By this saying, he</w:t>
      </w:r>
    </w:p>
    <w:p>
      <w:pPr>
        <w:jc w:val="right"/>
      </w:pPr>
      <w:r>
        <w:t>By this saying, he</w:t>
      </w:r>
    </w:p>
    <w:p>
      <w:r>
        <w:rPr>
          <w:b/>
        </w:rPr>
        <w:t xml:space="preserve">[32:39] </w:t>
      </w:r>
      <w:r>
        <w:t>said to his followers that never go in confrontation with the rulers. Never, never. Avoid confrontation and engage yourself in da'wah work.</w:t>
      </w:r>
    </w:p>
    <w:p>
      <w:pPr>
        <w:jc w:val="right"/>
      </w:pPr>
      <w:r>
        <w:t>said to his followers that never go in confrontation with the rulers. Never, never. Avoid confrontation and engage yourself in da'wah work.</w:t>
      </w:r>
    </w:p>
    <w:p>
      <w:r>
        <w:rPr>
          <w:b/>
        </w:rPr>
        <w:t xml:space="preserve">[32:55] </w:t>
      </w:r>
      <w:r>
        <w:t>So, in the Bible—I mean in the New Testament—you cannot find political teachings.</w:t>
      </w:r>
    </w:p>
    <w:p>
      <w:pPr>
        <w:jc w:val="right"/>
      </w:pPr>
      <w:r>
        <w:t>So, in the Bible—I mean in the New Testament—you cannot find political teachings.</w:t>
      </w:r>
    </w:p>
    <w:p>
      <w:r>
        <w:rPr>
          <w:b/>
        </w:rPr>
        <w:t xml:space="preserve">[33:05] </w:t>
      </w:r>
      <w:r>
        <w:t>No. Prophet Isa never gave political direction to his followers.</w:t>
      </w:r>
    </w:p>
    <w:p>
      <w:pPr>
        <w:jc w:val="right"/>
      </w:pPr>
      <w:r>
        <w:t>No. Prophet Isa never gave political direction to his followers.</w:t>
      </w:r>
    </w:p>
    <w:p>
      <w:r>
        <w:rPr>
          <w:b/>
        </w:rPr>
        <w:t xml:space="preserve">[33:15] </w:t>
      </w:r>
      <w:r>
        <w:t>He only said that, "You have to preach my message, my religion."</w:t>
      </w:r>
    </w:p>
    <w:p>
      <w:pPr>
        <w:jc w:val="right"/>
      </w:pPr>
      <w:r>
        <w:t>He only said that, "You have to preach my message, my religion."</w:t>
      </w:r>
    </w:p>
    <w:p>
      <w:r>
        <w:rPr>
          <w:b/>
        </w:rPr>
        <w:t xml:space="preserve">[33:23] </w:t>
      </w:r>
      <w:r>
        <w:t>And his followers engaged themselves in da'wah work peacefully.</w:t>
      </w:r>
    </w:p>
    <w:p>
      <w:pPr>
        <w:jc w:val="right"/>
      </w:pPr>
      <w:r>
        <w:t>And his followers engaged themselves in da'wah work peacefully.</w:t>
      </w:r>
    </w:p>
    <w:p>
      <w:r>
        <w:rPr>
          <w:b/>
        </w:rPr>
        <w:t xml:space="preserve">[33:34] </w:t>
      </w:r>
      <w:r>
        <w:t>And the result was miraculous. That at present, there are one dozen major religions in the world.</w:t>
      </w:r>
    </w:p>
    <w:p>
      <w:pPr>
        <w:jc w:val="right"/>
      </w:pPr>
      <w:r>
        <w:t>And the result was miraculous. That at present, there are one dozen major religions in the world.</w:t>
      </w:r>
    </w:p>
    <w:p>
      <w:r>
        <w:rPr>
          <w:b/>
        </w:rPr>
        <w:t xml:space="preserve">[33:46] </w:t>
      </w:r>
      <w:r>
        <w:t>And the largest religion is Christianity.</w:t>
      </w:r>
    </w:p>
    <w:p>
      <w:pPr>
        <w:jc w:val="right"/>
      </w:pPr>
      <w:r>
        <w:t>And the largest religion is Christianity.</w:t>
      </w:r>
    </w:p>
    <w:p>
      <w:r>
        <w:rPr>
          <w:b/>
        </w:rPr>
        <w:t xml:space="preserve">[33:54] </w:t>
      </w:r>
      <w:r>
        <w:t>Without. So, this example tells us that there is no need of political power for da'wah work. You can disseminate Islam.</w:t>
      </w:r>
    </w:p>
    <w:p>
      <w:pPr>
        <w:jc w:val="right"/>
      </w:pPr>
      <w:r>
        <w:t>Without. So, this example tells us that there is no need of political power for da'wah work. You can disseminate Islam.</w:t>
      </w:r>
    </w:p>
    <w:p>
      <w:r>
        <w:rPr>
          <w:b/>
        </w:rPr>
        <w:t xml:space="preserve">[34:04] </w:t>
      </w:r>
      <w:r>
        <w:t>You can spread Islam without any political power, without any help from the political power. Then there is a very important example that Christians adopted a new method for da'wah work</w:t>
      </w:r>
    </w:p>
    <w:p>
      <w:pPr>
        <w:jc w:val="right"/>
      </w:pPr>
      <w:r>
        <w:t>You can spread Islam without any political power, without any help from the political power. Then there is a very important example that Christians adopted a new method for da'wah work</w:t>
      </w:r>
    </w:p>
    <w:p>
      <w:r>
        <w:rPr>
          <w:b/>
        </w:rPr>
        <w:t xml:space="preserve">[34:24] </w:t>
      </w:r>
      <w:r>
        <w:t>. They institutionalized their da'wah work. They formed organizations</w:t>
      </w:r>
    </w:p>
    <w:p>
      <w:pPr>
        <w:jc w:val="right"/>
      </w:pPr>
      <w:r>
        <w:t>. They institutionalized their da'wah work. They formed organizations</w:t>
      </w:r>
    </w:p>
    <w:p>
      <w:r>
        <w:rPr>
          <w:b/>
        </w:rPr>
        <w:t xml:space="preserve">[34:35] </w:t>
      </w:r>
      <w:r>
        <w:t>for this purpose. So, through organizations, through institutions, they spread their message throughout the world.</w:t>
      </w:r>
    </w:p>
    <w:p>
      <w:pPr>
        <w:jc w:val="right"/>
      </w:pPr>
      <w:r>
        <w:t>for this purpose. So, through organizations, through institutions, they spread their message throughout the world.</w:t>
      </w:r>
    </w:p>
    <w:p>
      <w:r>
        <w:rPr>
          <w:b/>
        </w:rPr>
        <w:t xml:space="preserve">[34:45] </w:t>
      </w:r>
      <w:r>
        <w:t>It means that as far as the da'wah work is concerned, organization is more important than the political power.</w:t>
      </w:r>
    </w:p>
    <w:p>
      <w:pPr>
        <w:jc w:val="right"/>
      </w:pPr>
      <w:r>
        <w:t>It means that as far as the da'wah work is concerned, organization is more important than the political power.</w:t>
      </w:r>
    </w:p>
    <w:p>
      <w:r>
        <w:rPr>
          <w:b/>
        </w:rPr>
        <w:t xml:space="preserve">[34:58] </w:t>
      </w:r>
      <w:r>
        <w:t>As far as the da'wah work is concerned, as far as the spread of Islam is concerned, organization is more important than the political power.</w:t>
      </w:r>
    </w:p>
    <w:p>
      <w:pPr>
        <w:jc w:val="right"/>
      </w:pPr>
      <w:r>
        <w:t>As far as the da'wah work is concerned, as far as the spread of Islam is concerned, organization is more important than the political power.</w:t>
      </w:r>
    </w:p>
    <w:p>
      <w:r>
        <w:rPr>
          <w:b/>
        </w:rPr>
        <w:t xml:space="preserve">[35:12] </w:t>
      </w:r>
      <w:r>
        <w:t>A great example, a great lesson. So, this is the message of Prophet Jesus or Prophet Isa.</w:t>
      </w:r>
    </w:p>
    <w:p>
      <w:pPr>
        <w:jc w:val="right"/>
      </w:pPr>
      <w:r>
        <w:t>A great example, a great lesson. So, this is the message of Prophet Jesus or Prophet Isa.</w:t>
      </w:r>
    </w:p>
    <w:p>
      <w:r>
        <w:rPr>
          <w:b/>
        </w:rPr>
        <w:t xml:space="preserve">[35:24] </w:t>
      </w:r>
      <w:r>
        <w:t>Then let us take the example of the Prophet Muhammad.</w:t>
      </w:r>
    </w:p>
    <w:p>
      <w:pPr>
        <w:jc w:val="right"/>
      </w:pPr>
      <w:r>
        <w:t>Then let us take the example of the Prophet Muhammad.</w:t>
      </w:r>
    </w:p>
    <w:p>
      <w:r>
        <w:rPr>
          <w:b/>
        </w:rPr>
        <w:t xml:space="preserve">[35:33] </w:t>
      </w:r>
      <w:r>
        <w:t>He was the final prophet of God</w:t>
      </w:r>
    </w:p>
    <w:p>
      <w:pPr>
        <w:jc w:val="right"/>
      </w:pPr>
      <w:r>
        <w:t>He was the final prophet of God</w:t>
      </w:r>
    </w:p>
    <w:p>
      <w:r>
        <w:rPr>
          <w:b/>
        </w:rPr>
        <w:t xml:space="preserve">[35:41] </w:t>
      </w:r>
      <w:r>
        <w:t>. You know</w:t>
      </w:r>
    </w:p>
    <w:p>
      <w:pPr>
        <w:jc w:val="right"/>
      </w:pPr>
      <w:r>
        <w:t>. You know</w:t>
      </w:r>
    </w:p>
    <w:p>
      <w:r>
        <w:rPr>
          <w:b/>
        </w:rPr>
        <w:t xml:space="preserve">[35:45] </w:t>
      </w:r>
      <w:r>
        <w:t>Prophet Muhammad was born in 570 in Makkah, in ancient Arabia.</w:t>
      </w:r>
    </w:p>
    <w:p>
      <w:pPr>
        <w:jc w:val="right"/>
      </w:pPr>
      <w:r>
        <w:t>Prophet Muhammad was born in 570 in Makkah, in ancient Arabia.</w:t>
      </w:r>
    </w:p>
    <w:p>
      <w:r>
        <w:rPr>
          <w:b/>
        </w:rPr>
        <w:t xml:space="preserve">[36:00] </w:t>
      </w:r>
      <w:r>
        <w:t>He was appointed as prophet from God in 610 AD.</w:t>
      </w:r>
    </w:p>
    <w:p>
      <w:pPr>
        <w:jc w:val="right"/>
      </w:pPr>
      <w:r>
        <w:t>He was appointed as prophet from God in 610 AD.</w:t>
      </w:r>
    </w:p>
    <w:p>
      <w:r>
        <w:rPr>
          <w:b/>
        </w:rPr>
        <w:t xml:space="preserve">[36:13] </w:t>
      </w:r>
      <w:r>
        <w:t>So,</w:t>
      </w:r>
    </w:p>
    <w:p>
      <w:pPr>
        <w:jc w:val="right"/>
      </w:pPr>
      <w:r>
        <w:t>So,</w:t>
      </w:r>
    </w:p>
    <w:p>
      <w:r>
        <w:rPr>
          <w:b/>
        </w:rPr>
        <w:t xml:space="preserve">[36:18] </w:t>
      </w:r>
      <w:r>
        <w:t>the history of Islam in this sense begins in 610. There are so many examples in the life of the Prophet Muhammad,</w:t>
      </w:r>
    </w:p>
    <w:p>
      <w:pPr>
        <w:jc w:val="right"/>
      </w:pPr>
      <w:r>
        <w:t>the history of Islam in this sense begins in 610. There are so many examples in the life of the Prophet Muhammad,</w:t>
      </w:r>
    </w:p>
    <w:p>
      <w:r>
        <w:rPr>
          <w:b/>
        </w:rPr>
        <w:t xml:space="preserve">[36:31] </w:t>
      </w:r>
      <w:r>
        <w:t>Sallallahu Alaihi Wasallam. Here, I would like to give some examples from his lif</w:t>
      </w:r>
    </w:p>
    <w:p>
      <w:pPr>
        <w:jc w:val="right"/>
      </w:pPr>
      <w:r>
        <w:t>Sallallahu Alaihi Wasallam. Here, I would like to give some examples from his lif</w:t>
      </w:r>
    </w:p>
    <w:p>
      <w:r>
        <w:rPr>
          <w:b/>
        </w:rPr>
        <w:t xml:space="preserve">[36:41] </w:t>
      </w:r>
      <w:r>
        <w:t>e. The first example is that the life of the Prophet Muhammad was an eventful life.</w:t>
      </w:r>
    </w:p>
    <w:p>
      <w:pPr>
        <w:jc w:val="right"/>
      </w:pPr>
      <w:r>
        <w:t>e. The first example is that the life of the Prophet Muhammad was an eventful life.</w:t>
      </w:r>
    </w:p>
    <w:p>
      <w:r>
        <w:rPr>
          <w:b/>
        </w:rPr>
        <w:t xml:space="preserve">[36:54] </w:t>
      </w:r>
      <w:r>
        <w:t>His life is full of examples. His life was a complete life. So, all kinds of examples we can find in the life of the Prophet Muhammad.</w:t>
      </w:r>
    </w:p>
    <w:p>
      <w:pPr>
        <w:jc w:val="right"/>
      </w:pPr>
      <w:r>
        <w:t>His life is full of examples. His life was a complete life. So, all kinds of examples we can find in the life of the Prophet Muhammad.</w:t>
      </w:r>
    </w:p>
    <w:p>
      <w:r>
        <w:rPr>
          <w:b/>
        </w:rPr>
        <w:t xml:space="preserve">[37:12] </w:t>
      </w:r>
      <w:r>
        <w:t>Here, I would like to give only a few examples. It is not possible to</w:t>
      </w:r>
    </w:p>
    <w:p>
      <w:pPr>
        <w:jc w:val="right"/>
      </w:pPr>
      <w:r>
        <w:t>Here, I would like to give only a few examples. It is not possible to</w:t>
      </w:r>
    </w:p>
    <w:p>
      <w:r>
        <w:rPr>
          <w:b/>
        </w:rPr>
        <w:t xml:space="preserve">[37:25] </w:t>
      </w:r>
      <w:r>
        <w:t>tell about all the history of the Prophet Muhammad, Sallallahu Alaihi Wasallam.</w:t>
      </w:r>
    </w:p>
    <w:p>
      <w:pPr>
        <w:jc w:val="right"/>
      </w:pPr>
      <w:r>
        <w:t>tell about all the history of the Prophet Muhammad, Sallallahu Alaihi Wasallam.</w:t>
      </w:r>
    </w:p>
    <w:p>
      <w:r>
        <w:rPr>
          <w:b/>
        </w:rPr>
        <w:t xml:space="preserve">[37:36] </w:t>
      </w:r>
      <w:r>
        <w:t>Only some examples that are very relevant to our life, that are very relevant in the present situation.</w:t>
      </w:r>
    </w:p>
    <w:p>
      <w:pPr>
        <w:jc w:val="right"/>
      </w:pPr>
      <w:r>
        <w:t>Only some examples that are very relevant to our life, that are very relevant in the present situation.</w:t>
      </w:r>
    </w:p>
    <w:p>
      <w:r>
        <w:rPr>
          <w:b/>
        </w:rPr>
        <w:t xml:space="preserve">[37:48] </w:t>
      </w:r>
      <w:r>
        <w:t>So, I will give some of that kind of examples which are very relevant to our present situation, in which we can find light, in which we can find guidance in our mission, in our da'wah work, in our activities.</w:t>
      </w:r>
    </w:p>
    <w:p>
      <w:pPr>
        <w:jc w:val="right"/>
      </w:pPr>
      <w:r>
        <w:t>So, I will give some of that kind of examples which are very relevant to our present situation, in which we can find light, in which we can find guidance in our mission, in our da'wah work, in our activities.</w:t>
      </w:r>
    </w:p>
    <w:p>
      <w:r>
        <w:rPr>
          <w:b/>
        </w:rPr>
        <w:t xml:space="preserve">[38:17] </w:t>
      </w:r>
      <w:r>
        <w:t>There is a verse in the Qur'an,</w:t>
      </w:r>
    </w:p>
    <w:p>
      <w:pPr>
        <w:jc w:val="right"/>
      </w:pPr>
      <w:r>
        <w:t>There is a verse in the Qur'an,</w:t>
      </w:r>
    </w:p>
    <w:p>
      <w:r>
        <w:rPr>
          <w:b/>
        </w:rPr>
        <w:t xml:space="preserve">[38:23] </w:t>
      </w:r>
      <w:r>
        <w:t>"There was a good example in the Prophet Muhammad for you." There was a good example in the Prophet Muhammad for you.</w:t>
      </w:r>
    </w:p>
    <w:p>
      <w:pPr>
        <w:jc w:val="right"/>
      </w:pPr>
      <w:r>
        <w:t>"There was a good example in the Prophet Muhammad for you." There was a good example in the Prophet Muhammad for you.</w:t>
      </w:r>
    </w:p>
    <w:p>
      <w:r>
        <w:rPr>
          <w:b/>
        </w:rPr>
        <w:t xml:space="preserve">[38:37] </w:t>
      </w:r>
      <w:r>
        <w:t>The Qur'an never says that there was a complete example for you in the life of the Prophet Muhammad.</w:t>
      </w:r>
    </w:p>
    <w:p>
      <w:pPr>
        <w:jc w:val="right"/>
      </w:pPr>
      <w:r>
        <w:t>The Qur'an never says that there was a complete example for you in the life of the Prophet Muhammad.</w:t>
      </w:r>
    </w:p>
    <w:p>
      <w:r>
        <w:rPr>
          <w:b/>
        </w:rPr>
        <w:t xml:space="preserve">[38:46] </w:t>
      </w:r>
      <w:r>
        <w:t>No. There is a difference between a good example and a complete example. The verse is not in these verses that,</w:t>
      </w:r>
    </w:p>
    <w:p>
      <w:pPr>
        <w:jc w:val="right"/>
      </w:pPr>
      <w:r>
        <w:t>No. There is a difference between a good example and a complete example. The verse is not in these verses that,</w:t>
      </w:r>
    </w:p>
    <w:p>
      <w:r>
        <w:rPr>
          <w:b/>
        </w:rPr>
        <w:t xml:space="preserve">[38:59] </w:t>
      </w:r>
      <w:r>
        <w:t>"But..." So, Prophet Muhammad is a very good example for us but not a complete example because the situation differs.</w:t>
      </w:r>
    </w:p>
    <w:p>
      <w:pPr>
        <w:jc w:val="right"/>
      </w:pPr>
      <w:r>
        <w:t>"But..." So, Prophet Muhammad is a very good example for us but not a complete example because the situation differs.</w:t>
      </w:r>
    </w:p>
    <w:p>
      <w:r>
        <w:rPr>
          <w:b/>
        </w:rPr>
        <w:t xml:space="preserve">[39:15] </w:t>
      </w:r>
      <w:r>
        <w:t>There is also a very relevant principle in the fiqh:</w:t>
      </w:r>
    </w:p>
    <w:p>
      <w:pPr>
        <w:jc w:val="right"/>
      </w:pPr>
      <w:r>
        <w:t>There is also a very relevant principle in the fiqh:</w:t>
      </w:r>
    </w:p>
    <w:p>
      <w:r>
        <w:rPr>
          <w:b/>
        </w:rPr>
        <w:t xml:space="preserve">[39:34] </w:t>
      </w:r>
      <w:r>
        <w:t>It means that situations are different. And according to the situation, we gave different shariat to the prophets.</w:t>
      </w:r>
    </w:p>
    <w:p>
      <w:pPr>
        <w:jc w:val="right"/>
      </w:pPr>
      <w:r>
        <w:t>It means that situations are different. And according to the situation, we gave different shariat to the prophets.</w:t>
      </w:r>
    </w:p>
    <w:p>
      <w:r>
        <w:rPr>
          <w:b/>
        </w:rPr>
        <w:t xml:space="preserve">[39:49] </w:t>
      </w:r>
      <w:r>
        <w:t>So, it is a well-known fact that every time, there are different situations.</w:t>
      </w:r>
    </w:p>
    <w:p>
      <w:pPr>
        <w:jc w:val="right"/>
      </w:pPr>
      <w:r>
        <w:t>So, it is a well-known fact that every time, there are different situations.</w:t>
      </w:r>
    </w:p>
    <w:p>
      <w:r>
        <w:rPr>
          <w:b/>
        </w:rPr>
        <w:t xml:space="preserve">[39:59] </w:t>
      </w:r>
      <w:r>
        <w:t>Even after the advent of Prophet Muhammad, there were so many different situations in history.</w:t>
      </w:r>
    </w:p>
    <w:p>
      <w:pPr>
        <w:jc w:val="right"/>
      </w:pPr>
      <w:r>
        <w:t>Even after the advent of Prophet Muhammad, there were so many different situations in history.</w:t>
      </w:r>
    </w:p>
    <w:p>
      <w:r>
        <w:rPr>
          <w:b/>
        </w:rPr>
        <w:t xml:space="preserve">[40:08] </w:t>
      </w:r>
      <w:r>
        <w:t>So, it is a well-known fact that situations differ. So, every time there is a different situation, we need examples.</w:t>
      </w:r>
    </w:p>
    <w:p>
      <w:pPr>
        <w:jc w:val="right"/>
      </w:pPr>
      <w:r>
        <w:t>So, it is a well-known fact that situations differ. So, every time there is a different situation, we need examples.</w:t>
      </w:r>
    </w:p>
    <w:p>
      <w:r>
        <w:rPr>
          <w:b/>
        </w:rPr>
        <w:t xml:space="preserve">[40:20] </w:t>
      </w:r>
      <w:r>
        <w:t>We need guidance in that</w:t>
      </w:r>
    </w:p>
    <w:p>
      <w:pPr>
        <w:jc w:val="right"/>
      </w:pPr>
      <w:r>
        <w:t>We need guidance in that</w:t>
      </w:r>
    </w:p>
    <w:p>
      <w:r>
        <w:rPr>
          <w:b/>
        </w:rPr>
        <w:t xml:space="preserve">[40:25] </w:t>
      </w:r>
      <w:r>
        <w:t>situation. So, the Qur'an mentions other prophets also. I think there are 25 prophets given in the Qur'an by name.</w:t>
      </w:r>
    </w:p>
    <w:p>
      <w:pPr>
        <w:jc w:val="right"/>
      </w:pPr>
      <w:r>
        <w:t>situation. So, the Qur'an mentions other prophets also. I think there are 25 prophets given in the Qur'an by name.</w:t>
      </w:r>
    </w:p>
    <w:p>
      <w:r>
        <w:rPr>
          <w:b/>
        </w:rPr>
        <w:t xml:space="preserve">[40:42] </w:t>
      </w:r>
      <w:r>
        <w:t>Twenty-five prophets by name are mentioned in the Qur'an.</w:t>
      </w:r>
    </w:p>
    <w:p>
      <w:pPr>
        <w:jc w:val="right"/>
      </w:pPr>
      <w:r>
        <w:t>Twenty-five prophets by name are mentioned in the Qur'an.</w:t>
      </w:r>
    </w:p>
    <w:p>
      <w:r>
        <w:rPr>
          <w:b/>
        </w:rPr>
        <w:t xml:space="preserve">[40:47] </w:t>
      </w:r>
      <w:r>
        <w:t>Then the Qur'an says,</w:t>
      </w:r>
    </w:p>
    <w:p>
      <w:pPr>
        <w:jc w:val="right"/>
      </w:pPr>
      <w:r>
        <w:t>Then the Qur'an says,</w:t>
      </w:r>
    </w:p>
    <w:p>
      <w:r>
        <w:rPr>
          <w:b/>
        </w:rPr>
        <w:t xml:space="preserve">[40:54] </w:t>
      </w:r>
      <w:r>
        <w:t>"These were the guided persons. These were the guided prophets." So, you should follow their example.</w:t>
      </w:r>
    </w:p>
    <w:p>
      <w:pPr>
        <w:jc w:val="right"/>
      </w:pPr>
      <w:r>
        <w:t>"These were the guided persons. These were the guided prophets." So, you should follow their example.</w:t>
      </w:r>
    </w:p>
    <w:p>
      <w:r>
        <w:rPr>
          <w:b/>
        </w:rPr>
        <w:t xml:space="preserve">[41:11] </w:t>
      </w:r>
      <w:r>
        <w:t>By studying this verse,</w:t>
      </w:r>
    </w:p>
    <w:p>
      <w:pPr>
        <w:jc w:val="right"/>
      </w:pPr>
      <w:r>
        <w:t>By studying this verse,</w:t>
      </w:r>
    </w:p>
    <w:p>
      <w:r>
        <w:rPr>
          <w:b/>
        </w:rPr>
        <w:t xml:space="preserve">[41:16] </w:t>
      </w:r>
      <w:r>
        <w:t>I came to the conclusion that these 25 prophets cover all the situations, all the different situations.</w:t>
      </w:r>
    </w:p>
    <w:p>
      <w:pPr>
        <w:jc w:val="right"/>
      </w:pPr>
      <w:r>
        <w:t>I came to the conclusion that these 25 prophets cover all the situations, all the different situations.</w:t>
      </w:r>
    </w:p>
    <w:p>
      <w:r>
        <w:rPr>
          <w:b/>
        </w:rPr>
        <w:t xml:space="preserve">[41:28] </w:t>
      </w:r>
      <w:r>
        <w:t>Although there were more than one lakh prophets sent by God, there is a verse in the Qur'an that, "In every region, in every town, in every country, God sent prophets." But in the Qur'an, there are only 25 prophets mentioned by name.</w:t>
      </w:r>
    </w:p>
    <w:p>
      <w:pPr>
        <w:jc w:val="right"/>
      </w:pPr>
      <w:r>
        <w:t>Although there were more than one lakh prophets sent by God, there is a verse in the Qur'an that, "In every region, in every town, in every country, God sent prophets." But in the Qur'an, there are only 25 prophets mentioned by name.</w:t>
      </w:r>
    </w:p>
    <w:p>
      <w:r>
        <w:rPr>
          <w:b/>
        </w:rPr>
        <w:t xml:space="preserve">[41:56] </w:t>
      </w:r>
      <w:r>
        <w:t>Why?</w:t>
      </w:r>
    </w:p>
    <w:p>
      <w:pPr>
        <w:jc w:val="right"/>
      </w:pPr>
      <w:r>
        <w:t>Why?</w:t>
      </w:r>
    </w:p>
    <w:p>
      <w:r>
        <w:rPr>
          <w:b/>
        </w:rPr>
        <w:t xml:space="preserve">[41:57] </w:t>
      </w:r>
      <w:r>
        <w:t>I think that the life of these 25 prophets covers all the different situations.</w:t>
      </w:r>
    </w:p>
    <w:p>
      <w:pPr>
        <w:jc w:val="right"/>
      </w:pPr>
      <w:r>
        <w:t>I think that the life of these 25 prophets covers all the different situations.</w:t>
      </w:r>
    </w:p>
    <w:p>
      <w:r>
        <w:rPr>
          <w:b/>
        </w:rPr>
        <w:t xml:space="preserve">[42:10] </w:t>
      </w:r>
      <w:r>
        <w:t>Only one prophet does not suffice. Only the life of one prophet does not suffice.</w:t>
      </w:r>
    </w:p>
    <w:p>
      <w:pPr>
        <w:jc w:val="right"/>
      </w:pPr>
      <w:r>
        <w:t>Only one prophet does not suffice. Only the life of one prophet does not suffice.</w:t>
      </w:r>
    </w:p>
    <w:p>
      <w:r>
        <w:rPr>
          <w:b/>
        </w:rPr>
        <w:t xml:space="preserve">[42:20] </w:t>
      </w:r>
      <w:r>
        <w:t>But when we take all these 25 prophets, we can</w:t>
      </w:r>
    </w:p>
    <w:p>
      <w:pPr>
        <w:jc w:val="right"/>
      </w:pPr>
      <w:r>
        <w:t>But when we take all these 25 prophets, we can</w:t>
      </w:r>
    </w:p>
    <w:p>
      <w:r>
        <w:rPr>
          <w:b/>
        </w:rPr>
        <w:t xml:space="preserve">[42:30] </w:t>
      </w:r>
      <w:r>
        <w:t>obtain the guidance in every situation. So, it is by conviction that the life of these 25 prophets covers all the different situation</w:t>
      </w:r>
    </w:p>
    <w:p>
      <w:pPr>
        <w:jc w:val="right"/>
      </w:pPr>
      <w:r>
        <w:t>obtain the guidance in every situation. So, it is by conviction that the life of these 25 prophets covers all the different situation</w:t>
      </w:r>
    </w:p>
    <w:p>
      <w:r>
        <w:rPr>
          <w:b/>
        </w:rPr>
        <w:t xml:space="preserve">[42:48] </w:t>
      </w:r>
      <w:r>
        <w:t>s. Because of this, God has mentioned these prophets. And God gave a brief description of their life in the Qur'an.</w:t>
      </w:r>
    </w:p>
    <w:p>
      <w:pPr>
        <w:jc w:val="right"/>
      </w:pPr>
      <w:r>
        <w:t>s. Because of this, God has mentioned these prophets. And God gave a brief description of their life in the Qur'an.</w:t>
      </w:r>
    </w:p>
    <w:p>
      <w:r>
        <w:rPr>
          <w:b/>
        </w:rPr>
        <w:t xml:space="preserve">[43:03] </w:t>
      </w:r>
      <w:r>
        <w:t>For example, the first prophet was Adam. You know Adam was the first person as well as the first prophet.</w:t>
      </w:r>
    </w:p>
    <w:p>
      <w:pPr>
        <w:jc w:val="right"/>
      </w:pPr>
      <w:r>
        <w:t>For example, the first prophet was Adam. You know Adam was the first person as well as the first prophet.</w:t>
      </w:r>
    </w:p>
    <w:p>
      <w:r>
        <w:rPr>
          <w:b/>
        </w:rPr>
        <w:t xml:space="preserve">[43:14] </w:t>
      </w:r>
      <w:r>
        <w:t>So, what happened?</w:t>
      </w:r>
    </w:p>
    <w:p>
      <w:pPr>
        <w:jc w:val="right"/>
      </w:pPr>
      <w:r>
        <w:t>So, what happened?</w:t>
      </w:r>
    </w:p>
    <w:p>
      <w:r>
        <w:rPr>
          <w:b/>
        </w:rPr>
        <w:t xml:space="preserve">[43:18] </w:t>
      </w:r>
      <w:r>
        <w:t>Adam</w:t>
      </w:r>
    </w:p>
    <w:p>
      <w:pPr>
        <w:jc w:val="right"/>
      </w:pPr>
      <w:r>
        <w:t>Adam</w:t>
      </w:r>
    </w:p>
    <w:p>
      <w:r>
        <w:rPr>
          <w:b/>
        </w:rPr>
        <w:t xml:space="preserve">[43:21] </w:t>
      </w:r>
      <w:r>
        <w:t>committed a mistake according to the Qur'anic description. Adam committed a mistake.</w:t>
      </w:r>
    </w:p>
    <w:p>
      <w:pPr>
        <w:jc w:val="right"/>
      </w:pPr>
      <w:r>
        <w:t>committed a mistake according to the Qur'anic description. Adam committed a mistake.</w:t>
      </w:r>
    </w:p>
    <w:p>
      <w:r>
        <w:rPr>
          <w:b/>
        </w:rPr>
        <w:t xml:space="preserve">[43:31] </w:t>
      </w:r>
      <w:r>
        <w:t>He ate the fruit of the forbidden tree.</w:t>
      </w:r>
    </w:p>
    <w:p>
      <w:pPr>
        <w:jc w:val="right"/>
      </w:pPr>
      <w:r>
        <w:t>He ate the fruit of the forbidden tree.</w:t>
      </w:r>
    </w:p>
    <w:p>
      <w:r>
        <w:rPr>
          <w:b/>
        </w:rPr>
        <w:t xml:space="preserve">[43:38] </w:t>
      </w:r>
      <w:r>
        <w:t>Adam ate the fruit of the forbidden tree.</w:t>
      </w:r>
    </w:p>
    <w:p>
      <w:pPr>
        <w:jc w:val="right"/>
      </w:pPr>
      <w:r>
        <w:t>Adam ate the fruit of the forbidden tree.</w:t>
      </w:r>
    </w:p>
    <w:p>
      <w:r>
        <w:rPr>
          <w:b/>
        </w:rPr>
        <w:t xml:space="preserve">[43:44] </w:t>
      </w:r>
      <w:r>
        <w:t>This was a mistake committed by Adam. And when he committed this mistake, he was disgraced by God.</w:t>
      </w:r>
    </w:p>
    <w:p>
      <w:pPr>
        <w:jc w:val="right"/>
      </w:pPr>
      <w:r>
        <w:t>This was a mistake committed by Adam. And when he committed this mistake, he was disgraced by God.</w:t>
      </w:r>
    </w:p>
    <w:p>
      <w:r>
        <w:rPr>
          <w:b/>
        </w:rPr>
        <w:t xml:space="preserve">[43:59] </w:t>
      </w:r>
      <w:r>
        <w:t>He became a disgraced person.</w:t>
      </w:r>
    </w:p>
    <w:p>
      <w:pPr>
        <w:jc w:val="right"/>
      </w:pPr>
      <w:r>
        <w:t>He became a disgraced person.</w:t>
      </w:r>
    </w:p>
    <w:p>
      <w:r>
        <w:rPr>
          <w:b/>
        </w:rPr>
        <w:t xml:space="preserve">[44:03] </w:t>
      </w:r>
      <w:r>
        <w:t>Then he went to introspection. And Adam</w:t>
      </w:r>
    </w:p>
    <w:p>
      <w:pPr>
        <w:jc w:val="right"/>
      </w:pPr>
      <w:r>
        <w:t>Then he went to introspection. And Adam</w:t>
      </w:r>
    </w:p>
    <w:p>
      <w:r>
        <w:rPr>
          <w:b/>
        </w:rPr>
        <w:t xml:space="preserve">[44:13] </w:t>
      </w:r>
      <w:r>
        <w:t>obtained introspection. Adam</w:t>
      </w:r>
    </w:p>
    <w:p>
      <w:pPr>
        <w:jc w:val="right"/>
      </w:pPr>
      <w:r>
        <w:t>obtained introspection. Adam</w:t>
      </w:r>
    </w:p>
    <w:p>
      <w:r>
        <w:rPr>
          <w:b/>
        </w:rPr>
        <w:t xml:space="preserve">[44:19] </w:t>
      </w:r>
      <w:r>
        <w:t>admitted that he committed a mistake. He was wrong. So, he asked forgiveness from God.</w:t>
      </w:r>
    </w:p>
    <w:p>
      <w:pPr>
        <w:jc w:val="right"/>
      </w:pPr>
      <w:r>
        <w:t>admitted that he committed a mistake. He was wrong. So, he asked forgiveness from God.</w:t>
      </w:r>
    </w:p>
    <w:p>
      <w:r>
        <w:rPr>
          <w:b/>
        </w:rPr>
        <w:t xml:space="preserve">[44:32] </w:t>
      </w:r>
      <w:r>
        <w:t>He asked forgiveness from God. And God forgave him. And God again bestowed His blessing on Adam.</w:t>
      </w:r>
    </w:p>
    <w:p>
      <w:pPr>
        <w:jc w:val="right"/>
      </w:pPr>
      <w:r>
        <w:t>He asked forgiveness from God. And God forgave him. And God again bestowed His blessing on Adam.</w:t>
      </w:r>
    </w:p>
    <w:p>
      <w:r>
        <w:rPr>
          <w:b/>
        </w:rPr>
        <w:t xml:space="preserve">[44:45] </w:t>
      </w:r>
      <w:r>
        <w:t>This is very important. From this reference, we can have a great lesson.</w:t>
      </w:r>
    </w:p>
    <w:p>
      <w:pPr>
        <w:jc w:val="right"/>
      </w:pPr>
      <w:r>
        <w:t>This is very important. From this reference, we can have a great lesson.</w:t>
      </w:r>
    </w:p>
    <w:p>
      <w:r>
        <w:rPr>
          <w:b/>
        </w:rPr>
        <w:t xml:space="preserve">[44:56] </w:t>
      </w:r>
      <w:r>
        <w:t>And this lesson is that</w:t>
      </w:r>
    </w:p>
    <w:p>
      <w:pPr>
        <w:jc w:val="right"/>
      </w:pPr>
      <w:r>
        <w:t>And this lesson is that</w:t>
      </w:r>
    </w:p>
    <w:p>
      <w:r>
        <w:rPr>
          <w:b/>
        </w:rPr>
        <w:t xml:space="preserve">[45:01] </w:t>
      </w:r>
      <w:r>
        <w:t>everyone can commit a mistake, including the prophet. So, committing a mistake is not</w:t>
      </w:r>
    </w:p>
    <w:p>
      <w:pPr>
        <w:jc w:val="right"/>
      </w:pPr>
      <w:r>
        <w:t>everyone can commit a mistake, including the prophet. So, committing a mistake is not</w:t>
      </w:r>
    </w:p>
    <w:p>
      <w:r>
        <w:rPr>
          <w:b/>
        </w:rPr>
        <w:t xml:space="preserve">[45:13] </w:t>
      </w:r>
      <w:r>
        <w:t>a problem. Simply, committing a mistake is not a</w:t>
      </w:r>
    </w:p>
    <w:p>
      <w:pPr>
        <w:jc w:val="right"/>
      </w:pPr>
      <w:r>
        <w:t>a problem. Simply, committing a mistake is not a</w:t>
      </w:r>
    </w:p>
    <w:p>
      <w:r>
        <w:rPr>
          <w:b/>
        </w:rPr>
        <w:t xml:space="preserve">[45:18] </w:t>
      </w:r>
      <w:r>
        <w:t>problem. The problem is that you fail to admit that you were wrong.</w:t>
      </w:r>
    </w:p>
    <w:p>
      <w:pPr>
        <w:jc w:val="right"/>
      </w:pPr>
      <w:r>
        <w:t>problem. The problem is that you fail to admit that you were wrong.</w:t>
      </w:r>
    </w:p>
    <w:p>
      <w:r>
        <w:rPr>
          <w:b/>
        </w:rPr>
        <w:t xml:space="preserve">[45:31] </w:t>
      </w:r>
      <w:r>
        <w:t>When you commit a mistake, you have to say, "I was wrong. I was wrong. Oh God, forgive me. Oh God, forgive me." So, if you commit a mistake, you have to go to introsp</w:t>
      </w:r>
    </w:p>
    <w:p>
      <w:pPr>
        <w:jc w:val="right"/>
      </w:pPr>
      <w:r>
        <w:t>When you commit a mistake, you have to say, "I was wrong. I was wrong. Oh God, forgive me. Oh God, forgive me." So, if you commit a mistake, you have to go to introsp</w:t>
      </w:r>
    </w:p>
    <w:p>
      <w:r>
        <w:rPr>
          <w:b/>
        </w:rPr>
        <w:t xml:space="preserve">[45:47] </w:t>
      </w:r>
      <w:r>
        <w:t>ection. You have to admit that you were wrong. And God will bestow His blessing on you again.</w:t>
      </w:r>
    </w:p>
    <w:p>
      <w:pPr>
        <w:jc w:val="right"/>
      </w:pPr>
      <w:r>
        <w:t>ection. You have to admit that you were wrong. And God will bestow His blessing on you again.</w:t>
      </w:r>
    </w:p>
    <w:p>
      <w:r>
        <w:rPr>
          <w:b/>
        </w:rPr>
        <w:t xml:space="preserve">[45:57] </w:t>
      </w:r>
      <w:r>
        <w:t>This is a very, very important example in the first prophet. There are also some other examples in the life of Adam.</w:t>
      </w:r>
    </w:p>
    <w:p>
      <w:pPr>
        <w:jc w:val="right"/>
      </w:pPr>
      <w:r>
        <w:t>This is a very, very important example in the first prophet. There are also some other examples in the life of Adam.</w:t>
      </w:r>
    </w:p>
    <w:p>
      <w:r>
        <w:rPr>
          <w:b/>
        </w:rPr>
        <w:t xml:space="preserve">[46:10] </w:t>
      </w:r>
      <w:r>
        <w:t>But this example is very important for us in our present situation. Every day, we commit mistakes.</w:t>
      </w:r>
    </w:p>
    <w:p>
      <w:pPr>
        <w:jc w:val="right"/>
      </w:pPr>
      <w:r>
        <w:t>But this example is very important for us in our present situation. Every day, we commit mistakes.</w:t>
      </w:r>
    </w:p>
    <w:p>
      <w:r>
        <w:rPr>
          <w:b/>
        </w:rPr>
        <w:t xml:space="preserve">[46:22] </w:t>
      </w:r>
      <w:r>
        <w:t>Every day.</w:t>
      </w:r>
    </w:p>
    <w:p>
      <w:pPr>
        <w:jc w:val="right"/>
      </w:pPr>
      <w:r>
        <w:t>Every day.</w:t>
      </w:r>
    </w:p>
    <w:p>
      <w:r>
        <w:rPr>
          <w:b/>
        </w:rPr>
        <w:t xml:space="preserve">[46:26] </w:t>
      </w:r>
      <w:r>
        <w:t>So, we have to learn. We have to understand that committing a mistake is not wrong.</w:t>
      </w:r>
    </w:p>
    <w:p>
      <w:pPr>
        <w:jc w:val="right"/>
      </w:pPr>
      <w:r>
        <w:t>So, we have to learn. We have to understand that committing a mistake is not wrong.</w:t>
      </w:r>
    </w:p>
    <w:p>
      <w:r>
        <w:rPr>
          <w:b/>
        </w:rPr>
        <w:t xml:space="preserve">[46:36] </w:t>
      </w:r>
      <w:r>
        <w:t>But not admitting that you were wrong—this is the real mistake—to be ready at all times to say, "I was wrong.</w:t>
      </w:r>
    </w:p>
    <w:p>
      <w:pPr>
        <w:jc w:val="right"/>
      </w:pPr>
      <w:r>
        <w:t>But not admitting that you were wrong—this is the real mistake—to be ready at all times to say, "I was wrong.</w:t>
      </w:r>
    </w:p>
    <w:p>
      <w:r>
        <w:rPr>
          <w:b/>
        </w:rPr>
        <w:t xml:space="preserve">[46:47] </w:t>
      </w:r>
      <w:r>
        <w:t>I was wrong. I was wrong. Oh God, forgive me. Oh God, forgive me."</w:t>
      </w:r>
    </w:p>
    <w:p>
      <w:pPr>
        <w:jc w:val="right"/>
      </w:pPr>
      <w:r>
        <w:t>I was wrong. I was wrong. Oh God, forgive me. Oh God, forgive me."</w:t>
      </w:r>
    </w:p>
    <w:p>
      <w:r>
        <w:rPr>
          <w:b/>
        </w:rPr>
        <w:t xml:space="preserve">[46:53] </w:t>
      </w:r>
      <w:r>
        <w:t>This is the example of a prophet, the first prophet.</w:t>
      </w:r>
    </w:p>
    <w:p>
      <w:pPr>
        <w:jc w:val="right"/>
      </w:pPr>
      <w:r>
        <w:t>This is the example of a prophet, the first prophet.</w:t>
      </w:r>
    </w:p>
    <w:p>
      <w:r>
        <w:rPr>
          <w:b/>
        </w:rPr>
        <w:t xml:space="preserve">[46:59] </w:t>
      </w:r>
      <w:r>
        <w:t>So, introspection is very, very important. Introspection. It is introspection that leads to admission.</w:t>
      </w:r>
    </w:p>
    <w:p>
      <w:pPr>
        <w:jc w:val="right"/>
      </w:pPr>
      <w:r>
        <w:t>So, introspection is very, very important. Introspection. It is introspection that leads to admission.</w:t>
      </w:r>
    </w:p>
    <w:p>
      <w:r>
        <w:rPr>
          <w:b/>
        </w:rPr>
        <w:t xml:space="preserve">[47:16] </w:t>
      </w:r>
      <w:r>
        <w:t>So, this is the example we find in the life of the Prophet</w:t>
      </w:r>
    </w:p>
    <w:p>
      <w:pPr>
        <w:jc w:val="right"/>
      </w:pPr>
      <w:r>
        <w:t>So, this is the example we find in the life of the Prophet</w:t>
      </w:r>
    </w:p>
    <w:p>
      <w:r>
        <w:rPr>
          <w:b/>
        </w:rPr>
        <w:t xml:space="preserve">[47:21] </w:t>
      </w:r>
      <w:r>
        <w:t>Adam. Then there was the Prophet Noah.</w:t>
      </w:r>
    </w:p>
    <w:p>
      <w:pPr>
        <w:jc w:val="right"/>
      </w:pPr>
      <w:r>
        <w:t>Adam. Then there was the Prophet Noah.</w:t>
      </w:r>
    </w:p>
    <w:p>
      <w:r>
        <w:rPr>
          <w:b/>
        </w:rPr>
        <w:t xml:space="preserve">[47:29] </w:t>
      </w:r>
      <w:r>
        <w:t>He was an extraordinary prophet.</w:t>
      </w:r>
    </w:p>
    <w:p>
      <w:pPr>
        <w:jc w:val="right"/>
      </w:pPr>
      <w:r>
        <w:t>He was an extraordinary prophet.</w:t>
      </w:r>
    </w:p>
    <w:p>
      <w:r>
        <w:rPr>
          <w:b/>
        </w:rPr>
        <w:t xml:space="preserve">[47:35] </w:t>
      </w:r>
      <w:r>
        <w:t>According to the Qur'anic account, he was given a very long lif</w:t>
      </w:r>
    </w:p>
    <w:p>
      <w:pPr>
        <w:jc w:val="right"/>
      </w:pPr>
      <w:r>
        <w:t>According to the Qur'anic account, he was given a very long lif</w:t>
      </w:r>
    </w:p>
    <w:p>
      <w:r>
        <w:rPr>
          <w:b/>
        </w:rPr>
        <w:t xml:space="preserve">[47:44] </w:t>
      </w:r>
      <w:r>
        <w:t>e. He</w:t>
      </w:r>
    </w:p>
    <w:p>
      <w:pPr>
        <w:jc w:val="right"/>
      </w:pPr>
      <w:r>
        <w:t>e. He</w:t>
      </w:r>
    </w:p>
    <w:p>
      <w:r>
        <w:rPr>
          <w:b/>
        </w:rPr>
        <w:t xml:space="preserve">[47:48] </w:t>
      </w:r>
      <w:r>
        <w:t>was</w:t>
      </w:r>
    </w:p>
    <w:p>
      <w:pPr>
        <w:jc w:val="right"/>
      </w:pPr>
      <w:r>
        <w:t>was</w:t>
      </w:r>
    </w:p>
    <w:p>
      <w:r>
        <w:rPr>
          <w:b/>
        </w:rPr>
        <w:t xml:space="preserve">[47:52] </w:t>
      </w:r>
      <w:r>
        <w:t>given a very long life. He lived near about 950 years.</w:t>
      </w:r>
    </w:p>
    <w:p>
      <w:pPr>
        <w:jc w:val="right"/>
      </w:pPr>
      <w:r>
        <w:t>given a very long life. He lived near about 950 years.</w:t>
      </w:r>
    </w:p>
    <w:p>
      <w:r>
        <w:rPr>
          <w:b/>
        </w:rPr>
        <w:t xml:space="preserve">[48:05] </w:t>
      </w:r>
      <w:r>
        <w:t>Only 50 years less than 1,000. So, it was an extraordinary lif</w:t>
      </w:r>
    </w:p>
    <w:p>
      <w:pPr>
        <w:jc w:val="right"/>
      </w:pPr>
      <w:r>
        <w:t>Only 50 years less than 1,000. So, it was an extraordinary lif</w:t>
      </w:r>
    </w:p>
    <w:p>
      <w:r>
        <w:rPr>
          <w:b/>
        </w:rPr>
        <w:t xml:space="preserve">[48:13] </w:t>
      </w:r>
      <w:r>
        <w:t>e. Prophet Noah was given this exceptionally very long time for da'wah work.</w:t>
      </w:r>
    </w:p>
    <w:p>
      <w:pPr>
        <w:jc w:val="right"/>
      </w:pPr>
      <w:r>
        <w:t>e. Prophet Noah was given this exceptionally very long time for da'wah work.</w:t>
      </w:r>
    </w:p>
    <w:p>
      <w:r>
        <w:rPr>
          <w:b/>
        </w:rPr>
        <w:t xml:space="preserve">[48:26] </w:t>
      </w:r>
      <w:r>
        <w:t>But according to the Biblical account, only 80% embraced Islam.</w:t>
      </w:r>
    </w:p>
    <w:p>
      <w:pPr>
        <w:jc w:val="right"/>
      </w:pPr>
      <w:r>
        <w:t>But according to the Biblical account, only 80% embraced Islam.</w:t>
      </w:r>
    </w:p>
    <w:p>
      <w:r>
        <w:rPr>
          <w:b/>
        </w:rPr>
        <w:t xml:space="preserve">[48:35] </w:t>
      </w:r>
      <w:r>
        <w:t>Only 80%—eight is zero—accepted his message.</w:t>
      </w:r>
    </w:p>
    <w:p>
      <w:pPr>
        <w:jc w:val="right"/>
      </w:pPr>
      <w:r>
        <w:t>Only 80%—eight is zero—accepted his message.</w:t>
      </w:r>
    </w:p>
    <w:p>
      <w:r>
        <w:rPr>
          <w:b/>
        </w:rPr>
        <w:t xml:space="preserve">[48:45] </w:t>
      </w:r>
      <w:r>
        <w:t>All others failed to accept his message. But the life of Prophet Noah gives us a great lesson.</w:t>
      </w:r>
    </w:p>
    <w:p>
      <w:pPr>
        <w:jc w:val="right"/>
      </w:pPr>
      <w:r>
        <w:t>All others failed to accept his message. But the life of Prophet Noah gives us a great lesson.</w:t>
      </w:r>
    </w:p>
    <w:p>
      <w:r>
        <w:rPr>
          <w:b/>
        </w:rPr>
        <w:t xml:space="preserve">[48:55] </w:t>
      </w:r>
      <w:r>
        <w:t>The Qur'an says about Prophet Noah,</w:t>
      </w:r>
    </w:p>
    <w:p>
      <w:pPr>
        <w:jc w:val="right"/>
      </w:pPr>
      <w:r>
        <w:t>The Qur'an says about Prophet Noah,</w:t>
      </w:r>
    </w:p>
    <w:p>
      <w:r>
        <w:rPr>
          <w:b/>
        </w:rPr>
        <w:t xml:space="preserve">[49:03] </w:t>
      </w:r>
      <w:r>
        <w:t>"I conveyed my message in private as well as in public</w:t>
      </w:r>
    </w:p>
    <w:p>
      <w:pPr>
        <w:jc w:val="right"/>
      </w:pPr>
      <w:r>
        <w:t>"I conveyed my message in private as well as in public</w:t>
      </w:r>
    </w:p>
    <w:p>
      <w:r>
        <w:rPr>
          <w:b/>
        </w:rPr>
        <w:t xml:space="preserve">[49:11] </w:t>
      </w:r>
      <w:r>
        <w:t>. In all the methods—by using all the methods—I conveyed my message to my nation.</w:t>
      </w:r>
    </w:p>
    <w:p>
      <w:pPr>
        <w:jc w:val="right"/>
      </w:pPr>
      <w:r>
        <w:t>. In all the methods—by using all the methods—I conveyed my message to my nation.</w:t>
      </w:r>
    </w:p>
    <w:p>
      <w:r>
        <w:rPr>
          <w:b/>
        </w:rPr>
        <w:t xml:space="preserve">[49:22] </w:t>
      </w:r>
      <w:r>
        <w:t>But they refused. The majority was not ready to accept his message."</w:t>
      </w:r>
    </w:p>
    <w:p>
      <w:pPr>
        <w:jc w:val="right"/>
      </w:pPr>
      <w:r>
        <w:t>But they refused. The majority was not ready to accept his message."</w:t>
      </w:r>
    </w:p>
    <w:p>
      <w:r>
        <w:rPr>
          <w:b/>
        </w:rPr>
        <w:t xml:space="preserve">[49:29] </w:t>
      </w:r>
      <w:r>
        <w:t>So, the example of Prophet Noah gives us a great lesson that we have to continue our da'wah work generation after generation without going into disappointment.</w:t>
      </w:r>
    </w:p>
    <w:p>
      <w:pPr>
        <w:jc w:val="right"/>
      </w:pPr>
      <w:r>
        <w:t>So, the example of Prophet Noah gives us a great lesson that we have to continue our da'wah work generation after generation without going into disappointment.</w:t>
      </w:r>
    </w:p>
    <w:p>
      <w:r>
        <w:rPr>
          <w:b/>
        </w:rPr>
        <w:t xml:space="preserve">[49:52] </w:t>
      </w:r>
      <w:r>
        <w:t>This is a great lesson.</w:t>
      </w:r>
    </w:p>
    <w:p>
      <w:pPr>
        <w:jc w:val="right"/>
      </w:pPr>
      <w:r>
        <w:t>This is a great lesson.</w:t>
      </w:r>
    </w:p>
    <w:p>
      <w:r>
        <w:rPr>
          <w:b/>
        </w:rPr>
        <w:t xml:space="preserve">[49:54] </w:t>
      </w:r>
      <w:r>
        <w:t>We have no option. We have no option in da'wah work other than this. Prophet Noah gives us a great lesson that a da'i has no option other than to continue his da'wah mission generation after generation.</w:t>
      </w:r>
    </w:p>
    <w:p>
      <w:pPr>
        <w:jc w:val="right"/>
      </w:pPr>
      <w:r>
        <w:t>We have no option. We have no option in da'wah work other than this. Prophet Noah gives us a great lesson that a da'i has no option other than to continue his da'wah mission generation after generation.</w:t>
      </w:r>
    </w:p>
    <w:p>
      <w:r>
        <w:rPr>
          <w:b/>
        </w:rPr>
        <w:t xml:space="preserve">[50:20] </w:t>
      </w:r>
      <w:r>
        <w:t>This is a great message.</w:t>
      </w:r>
    </w:p>
    <w:p>
      <w:pPr>
        <w:jc w:val="right"/>
      </w:pPr>
      <w:r>
        <w:t>This is a great message.</w:t>
      </w:r>
    </w:p>
    <w:p>
      <w:r>
        <w:rPr>
          <w:b/>
        </w:rPr>
        <w:t xml:space="preserve">[50:24] </w:t>
      </w:r>
      <w:r>
        <w:t>This is relevant to all the times, even for today.</w:t>
      </w:r>
    </w:p>
    <w:p>
      <w:pPr>
        <w:jc w:val="right"/>
      </w:pPr>
      <w:r>
        <w:t>This is relevant to all the times, even for today.</w:t>
      </w:r>
    </w:p>
    <w:p>
      <w:r>
        <w:rPr>
          <w:b/>
        </w:rPr>
        <w:t xml:space="preserve">[50:30] </w:t>
      </w:r>
      <w:r>
        <w:t>Don't see about the response. The response may be negative.</w:t>
      </w:r>
    </w:p>
    <w:p>
      <w:pPr>
        <w:jc w:val="right"/>
      </w:pPr>
      <w:r>
        <w:t>Don't see about the response. The response may be negative.</w:t>
      </w:r>
    </w:p>
    <w:p>
      <w:r>
        <w:rPr>
          <w:b/>
        </w:rPr>
        <w:t xml:space="preserve">[50:39] </w:t>
      </w:r>
      <w:r>
        <w:t>The response may be positive or negative. But you are not allowed to see the response.</w:t>
      </w:r>
    </w:p>
    <w:p>
      <w:pPr>
        <w:jc w:val="right"/>
      </w:pPr>
      <w:r>
        <w:t>The response may be positive or negative. But you are not allowed to see the response.</w:t>
      </w:r>
    </w:p>
    <w:p>
      <w:r>
        <w:rPr>
          <w:b/>
        </w:rPr>
        <w:t xml:space="preserve">[50:49] </w:t>
      </w:r>
      <w:r>
        <w:t>You have to perform your duty generation after generation.</w:t>
      </w:r>
    </w:p>
    <w:p>
      <w:pPr>
        <w:jc w:val="right"/>
      </w:pPr>
      <w:r>
        <w:t>You have to perform your duty generation after generation.</w:t>
      </w:r>
    </w:p>
    <w:p>
      <w:r>
        <w:rPr>
          <w:b/>
        </w:rPr>
        <w:t xml:space="preserve">[50:58] </w:t>
      </w:r>
      <w:r>
        <w:t>This is the message of Prophet Noah.</w:t>
      </w:r>
    </w:p>
    <w:p>
      <w:pPr>
        <w:jc w:val="right"/>
      </w:pPr>
      <w:r>
        <w:t>This is the message of Prophet Noah.</w:t>
      </w:r>
    </w:p>
    <w:p>
      <w:r>
        <w:rPr>
          <w:b/>
        </w:rPr>
        <w:t xml:space="preserve">[51:04] </w:t>
      </w:r>
      <w:r>
        <w:t>It is relevant for all times.</w:t>
      </w:r>
    </w:p>
    <w:p>
      <w:pPr>
        <w:jc w:val="right"/>
      </w:pPr>
      <w:r>
        <w:t>It is relevant for all times.</w:t>
      </w:r>
    </w:p>
    <w:p>
      <w:r>
        <w:rPr>
          <w:b/>
        </w:rPr>
        <w:t xml:space="preserve">[51:08] </w:t>
      </w:r>
      <w:r>
        <w:t>This kind of example we find only in the life of Prophet Noah because no other prophet was given such a long life in this world.</w:t>
      </w:r>
    </w:p>
    <w:p>
      <w:pPr>
        <w:jc w:val="right"/>
      </w:pPr>
      <w:r>
        <w:t>This kind of example we find only in the life of Prophet Noah because no other prophet was given such a long life in this world.</w:t>
      </w:r>
    </w:p>
    <w:p>
      <w:r>
        <w:rPr>
          <w:b/>
        </w:rPr>
        <w:t xml:space="preserve">[51:24] </w:t>
      </w:r>
      <w:r>
        <w:t>So, we have to do our da'wah work without any break. We have to continue it</w:t>
      </w:r>
    </w:p>
    <w:p>
      <w:pPr>
        <w:jc w:val="right"/>
      </w:pPr>
      <w:r>
        <w:t>So, we have to do our da'wah work without any break. We have to continue it</w:t>
      </w:r>
    </w:p>
    <w:p>
      <w:r>
        <w:rPr>
          <w:b/>
        </w:rPr>
        <w:t xml:space="preserve">[51:39] </w:t>
      </w:r>
      <w:r>
        <w:t>even generation after generation. We have no other option. This is the example of Prophet Noah (alaihis salam).</w:t>
      </w:r>
    </w:p>
    <w:p>
      <w:pPr>
        <w:jc w:val="right"/>
      </w:pPr>
      <w:r>
        <w:t>even generation after generation. We have no other option. This is the example of Prophet Noah (alaihis salam).</w:t>
      </w:r>
    </w:p>
    <w:p>
      <w:r>
        <w:rPr>
          <w:b/>
        </w:rPr>
        <w:t xml:space="preserve">[51:50] </w:t>
      </w:r>
      <w:r>
        <w:t>Then I would like to say a few words about Prophet Muhammad (sallallahu alaihi wasallam). An Orientalist says in one of his books that Prophet Muhammad was born within the full light of histor</w:t>
      </w:r>
    </w:p>
    <w:p>
      <w:pPr>
        <w:jc w:val="right"/>
      </w:pPr>
      <w:r>
        <w:t>Then I would like to say a few words about Prophet Muhammad (صلى الله عليه وسلم). An Orientalist says in one of his books that Prophet Muhammad was born within the full light of histor</w:t>
      </w:r>
    </w:p>
    <w:p>
      <w:r>
        <w:rPr>
          <w:b/>
        </w:rPr>
        <w:t xml:space="preserve">[52:09] </w:t>
      </w:r>
      <w:r>
        <w:t>y. So, Prophet Muhammad is only one prophet who is a historical prophet. His life is recorded.</w:t>
      </w:r>
    </w:p>
    <w:p>
      <w:pPr>
        <w:jc w:val="right"/>
      </w:pPr>
      <w:r>
        <w:t>y. So, Prophet Muhammad is only one prophet who is a historical prophet. His life is recorded.</w:t>
      </w:r>
    </w:p>
    <w:p>
      <w:r>
        <w:rPr>
          <w:b/>
        </w:rPr>
        <w:t xml:space="preserve">[52:17] </w:t>
      </w:r>
      <w:r>
        <w:t>We know everything about his life. That the name of Muhammad's father was Abdullah. The name of his grandfather was Abdul Muttalib.</w:t>
      </w:r>
    </w:p>
    <w:p>
      <w:pPr>
        <w:jc w:val="right"/>
      </w:pPr>
      <w:r>
        <w:t>We know everything about his life. That the name of Muhammad's father was Abdullah. The name of his grandfather was Abdul Muttalib.</w:t>
      </w:r>
    </w:p>
    <w:p>
      <w:r>
        <w:rPr>
          <w:b/>
        </w:rPr>
        <w:t xml:space="preserve">[52:29] </w:t>
      </w:r>
      <w:r>
        <w:t>Everything is well-known historically.</w:t>
      </w:r>
    </w:p>
    <w:p>
      <w:pPr>
        <w:jc w:val="right"/>
      </w:pPr>
      <w:r>
        <w:t>Everything is well-known historically.</w:t>
      </w:r>
    </w:p>
    <w:p>
      <w:r>
        <w:rPr>
          <w:b/>
        </w:rPr>
        <w:t xml:space="preserve">[52:35] </w:t>
      </w:r>
      <w:r>
        <w:t>We know that Prophet Muhammad was born in 570 A.D.</w:t>
      </w:r>
    </w:p>
    <w:p>
      <w:pPr>
        <w:jc w:val="right"/>
      </w:pPr>
      <w:r>
        <w:t>We know that Prophet Muhammad was born in 570 A.D.</w:t>
      </w:r>
    </w:p>
    <w:p>
      <w:r>
        <w:rPr>
          <w:b/>
        </w:rPr>
        <w:t xml:space="preserve">[52:45] </w:t>
      </w:r>
      <w:r>
        <w:t>in Makkah. We cannot give this kind of specific statement about any prophet</w:t>
      </w:r>
    </w:p>
    <w:p>
      <w:pPr>
        <w:jc w:val="right"/>
      </w:pPr>
      <w:r>
        <w:t>in Makkah. We cannot give this kind of specific statement about any prophet</w:t>
      </w:r>
    </w:p>
    <w:p>
      <w:r>
        <w:rPr>
          <w:b/>
        </w:rPr>
        <w:t xml:space="preserve">[52:53] </w:t>
      </w:r>
      <w:r>
        <w:t>because historical accounts are not available about previous prophets.</w:t>
      </w:r>
    </w:p>
    <w:p>
      <w:pPr>
        <w:jc w:val="right"/>
      </w:pPr>
      <w:r>
        <w:t>because historical accounts are not available about previous prophets.</w:t>
      </w:r>
    </w:p>
    <w:p>
      <w:r>
        <w:rPr>
          <w:b/>
        </w:rPr>
        <w:t xml:space="preserve">[53:03] </w:t>
      </w:r>
      <w:r>
        <w:t>There is only one prophet that is Muhammad bin Abdullah bin Abdul Muttalib about whom we can say that Muhammad was born in 570 A.D.</w:t>
      </w:r>
    </w:p>
    <w:p>
      <w:pPr>
        <w:jc w:val="right"/>
      </w:pPr>
      <w:r>
        <w:t>There is only one prophet that is Muhammad bin Abdullah bin Abdul Muttalib about whom we can say that Muhammad was born in 570 A.D.</w:t>
      </w:r>
    </w:p>
    <w:p>
      <w:r>
        <w:rPr>
          <w:b/>
        </w:rPr>
        <w:t xml:space="preserve">[53:14] </w:t>
      </w:r>
      <w:r>
        <w:t>in Makkah. And also, we can say that Muhammad died in</w:t>
      </w:r>
    </w:p>
    <w:p>
      <w:pPr>
        <w:jc w:val="right"/>
      </w:pPr>
      <w:r>
        <w:t>in Makkah. And also, we can say that Muhammad died in</w:t>
      </w:r>
    </w:p>
    <w:p>
      <w:r>
        <w:rPr>
          <w:b/>
        </w:rPr>
        <w:t xml:space="preserve">[53:24] </w:t>
      </w:r>
      <w:r>
        <w:t>632. And at that time, he was in Madinah.</w:t>
      </w:r>
    </w:p>
    <w:p>
      <w:pPr>
        <w:jc w:val="right"/>
      </w:pPr>
      <w:r>
        <w:t>632. And at that time, he was in Madinah.</w:t>
      </w:r>
    </w:p>
    <w:p>
      <w:r>
        <w:rPr>
          <w:b/>
        </w:rPr>
        <w:t xml:space="preserve">[53:30] </w:t>
      </w:r>
      <w:r>
        <w:t>This kind of specific statement is not available except Prophet Muhammad. This is very important.</w:t>
      </w:r>
    </w:p>
    <w:p>
      <w:pPr>
        <w:jc w:val="right"/>
      </w:pPr>
      <w:r>
        <w:t>This kind of specific statement is not available except Prophet Muhammad. This is very important.</w:t>
      </w:r>
    </w:p>
    <w:p>
      <w:r>
        <w:rPr>
          <w:b/>
        </w:rPr>
        <w:t xml:space="preserve">[53:45] </w:t>
      </w:r>
      <w:r>
        <w:t>One Hindu scholar, Dr. Nishikan Chattopadhyay, he was a Bengali Hindu.</w:t>
      </w:r>
    </w:p>
    <w:p>
      <w:pPr>
        <w:jc w:val="right"/>
      </w:pPr>
      <w:r>
        <w:t>One Hindu scholar, Dr. Nishikan Chattopadhyay, he was a Bengali Hindu.</w:t>
      </w:r>
    </w:p>
    <w:p>
      <w:r>
        <w:rPr>
          <w:b/>
        </w:rPr>
        <w:t xml:space="preserve">[53:57] </w:t>
      </w:r>
      <w:r>
        <w:t>So, he was a true seeker.</w:t>
      </w:r>
    </w:p>
    <w:p>
      <w:pPr>
        <w:jc w:val="right"/>
      </w:pPr>
      <w:r>
        <w:t>So, he was a true seeker.</w:t>
      </w:r>
    </w:p>
    <w:p>
      <w:r>
        <w:rPr>
          <w:b/>
        </w:rPr>
        <w:t xml:space="preserve">[54:02] </w:t>
      </w:r>
      <w:r>
        <w:t>He studied all the religions, all the philosophies, all the systems of thought, all the religious personalities.</w:t>
      </w:r>
    </w:p>
    <w:p>
      <w:pPr>
        <w:jc w:val="right"/>
      </w:pPr>
      <w:r>
        <w:t>He studied all the religions, all the philosophies, all the systems of thought, all the religious personalities.</w:t>
      </w:r>
    </w:p>
    <w:p>
      <w:r>
        <w:rPr>
          <w:b/>
        </w:rPr>
        <w:t xml:space="preserve">[54:11] </w:t>
      </w:r>
      <w:r>
        <w:t>And then he embraced Islam.</w:t>
      </w:r>
    </w:p>
    <w:p>
      <w:pPr>
        <w:jc w:val="right"/>
      </w:pPr>
      <w:r>
        <w:t>And then he embraced Islam.</w:t>
      </w:r>
    </w:p>
    <w:p>
      <w:r>
        <w:rPr>
          <w:b/>
        </w:rPr>
        <w:t xml:space="preserve">[54:17] </w:t>
      </w:r>
      <w:r>
        <w:t>So, in one of his books, he says that, "Why have I accepted Islam?"</w:t>
      </w:r>
    </w:p>
    <w:p>
      <w:pPr>
        <w:jc w:val="right"/>
      </w:pPr>
      <w:r>
        <w:t>So, in one of his books, he says that, "Why have I accepted Islam?"</w:t>
      </w:r>
    </w:p>
    <w:p>
      <w:r>
        <w:rPr>
          <w:b/>
        </w:rPr>
        <w:t xml:space="preserve">[54:24] </w:t>
      </w:r>
      <w:r>
        <w:t>Because when I studied it, I found that all other religions have no historical base.</w:t>
      </w:r>
    </w:p>
    <w:p>
      <w:pPr>
        <w:jc w:val="right"/>
      </w:pPr>
      <w:r>
        <w:t>Because when I studied it, I found that all other religions have no historical base.</w:t>
      </w:r>
    </w:p>
    <w:p>
      <w:r>
        <w:rPr>
          <w:b/>
        </w:rPr>
        <w:t xml:space="preserve">[54:33] </w:t>
      </w:r>
      <w:r>
        <w:t>It is only Islam that has a historical base. And the prophet of Islam is completely a historical prophet. So, in this book, he says that, "Oh, what a relief to find, after all, a historical prophet to believe in</w:t>
      </w:r>
    </w:p>
    <w:p>
      <w:pPr>
        <w:jc w:val="right"/>
      </w:pPr>
      <w:r>
        <w:t>It is only Islam that has a historical base. And the prophet of Islam is completely a historical prophet. So, in this book, he says that, "Oh, what a relief to find, after all, a historical prophet to believe in</w:t>
      </w:r>
    </w:p>
    <w:p>
      <w:r>
        <w:rPr>
          <w:b/>
        </w:rPr>
        <w:t xml:space="preserve">[54:55] </w:t>
      </w:r>
      <w:r>
        <w:t>." This is the words of Dr. Nishikan Chattopadhyay, who, after a long study, embraced Islam.</w:t>
      </w:r>
    </w:p>
    <w:p>
      <w:pPr>
        <w:jc w:val="right"/>
      </w:pPr>
      <w:r>
        <w:t>." This is the words of Dr. Nishikan Chattopadhyay, who, after a long study, embraced Islam.</w:t>
      </w:r>
    </w:p>
    <w:p>
      <w:r>
        <w:rPr>
          <w:b/>
        </w:rPr>
        <w:t xml:space="preserve">[55:06] </w:t>
      </w:r>
      <w:r>
        <w:t>So, here, I would like to give some examples from the life of Prophet Muhammad (sallallahu alaihi wasallam).</w:t>
      </w:r>
    </w:p>
    <w:p>
      <w:pPr>
        <w:jc w:val="right"/>
      </w:pPr>
      <w:r>
        <w:t>So, here, I would like to give some examples from the life of Prophet Muhammad (صلى الله عليه وسلم).</w:t>
      </w:r>
    </w:p>
    <w:p>
      <w:r>
        <w:rPr>
          <w:b/>
        </w:rPr>
        <w:t xml:space="preserve">[55:17] </w:t>
      </w:r>
      <w:r>
        <w:t>You know when he was—when he started his mission in Makkah, at that time, the Makkahan people were idol worshippers,</w:t>
      </w:r>
    </w:p>
    <w:p>
      <w:pPr>
        <w:jc w:val="right"/>
      </w:pPr>
      <w:r>
        <w:t>You know when he was—when he started his mission in Makkah, at that time, the Makkahan people were idol worshippers,</w:t>
      </w:r>
    </w:p>
    <w:p>
      <w:r>
        <w:rPr>
          <w:b/>
        </w:rPr>
        <w:t xml:space="preserve">[55:31] </w:t>
      </w:r>
      <w:r>
        <w:t>mushrik.</w:t>
      </w:r>
    </w:p>
    <w:p>
      <w:pPr>
        <w:jc w:val="right"/>
      </w:pPr>
      <w:r>
        <w:t>mushrik.</w:t>
      </w:r>
    </w:p>
    <w:p>
      <w:r>
        <w:rPr>
          <w:b/>
        </w:rPr>
        <w:t xml:space="preserve">[55:36] </w:t>
      </w:r>
      <w:r>
        <w:t>So, it was a very difficult situation.</w:t>
      </w:r>
    </w:p>
    <w:p>
      <w:pPr>
        <w:jc w:val="right"/>
      </w:pPr>
      <w:r>
        <w:t>So, it was a very difficult situation.</w:t>
      </w:r>
    </w:p>
    <w:p>
      <w:r>
        <w:rPr>
          <w:b/>
        </w:rPr>
        <w:t xml:space="preserve">[55:42] </w:t>
      </w:r>
      <w:r>
        <w:t>So, the first</w:t>
      </w:r>
    </w:p>
    <w:p>
      <w:pPr>
        <w:jc w:val="right"/>
      </w:pPr>
      <w:r>
        <w:t>So, the first</w:t>
      </w:r>
    </w:p>
    <w:p>
      <w:r>
        <w:rPr>
          <w:b/>
        </w:rPr>
        <w:t xml:space="preserve">[55:46] </w:t>
      </w:r>
      <w:r>
        <w:t>problem was from where to begin? From where to begin?</w:t>
      </w:r>
    </w:p>
    <w:p>
      <w:pPr>
        <w:jc w:val="right"/>
      </w:pPr>
      <w:r>
        <w:t>problem was from where to begin? From where to begin?</w:t>
      </w:r>
    </w:p>
    <w:p>
      <w:r>
        <w:rPr>
          <w:b/>
        </w:rPr>
        <w:t xml:space="preserve">[55:59] </w:t>
      </w:r>
      <w:r>
        <w:t>So, he asked the Makkahan people to gather at a place that was called Safa.</w:t>
      </w:r>
    </w:p>
    <w:p>
      <w:pPr>
        <w:jc w:val="right"/>
      </w:pPr>
      <w:r>
        <w:t>So, he asked the Makkahan people to gather at a place that was called Safa.</w:t>
      </w:r>
    </w:p>
    <w:p>
      <w:r>
        <w:rPr>
          <w:b/>
        </w:rPr>
        <w:t xml:space="preserve">[56:10] </w:t>
      </w:r>
      <w:r>
        <w:t>So, Safa was a well-known place where people used to gather when they wanted to discuss among themselves.</w:t>
      </w:r>
    </w:p>
    <w:p>
      <w:pPr>
        <w:jc w:val="right"/>
      </w:pPr>
      <w:r>
        <w:t>So, Safa was a well-known place where people used to gather when they wanted to discuss among themselves.</w:t>
      </w:r>
    </w:p>
    <w:p>
      <w:r>
        <w:rPr>
          <w:b/>
        </w:rPr>
        <w:t xml:space="preserve">[56:25] </w:t>
      </w:r>
      <w:r>
        <w:t>So, he asked people to gather here.</w:t>
      </w:r>
    </w:p>
    <w:p>
      <w:pPr>
        <w:jc w:val="right"/>
      </w:pPr>
      <w:r>
        <w:t>So, he asked people to gather here.</w:t>
      </w:r>
    </w:p>
    <w:p>
      <w:r>
        <w:rPr>
          <w:b/>
        </w:rPr>
        <w:t xml:space="preserve">[56:29] </w:t>
      </w:r>
      <w:r>
        <w:t>When the Makkahan people gathered at that place, he said addressing these Makkahan people, he said that, "Wallahi,</w:t>
      </w:r>
    </w:p>
    <w:p>
      <w:pPr>
        <w:jc w:val="right"/>
      </w:pPr>
      <w:r>
        <w:t>When the Makkahan people gathered at that place, he said addressing these Makkahan people, he said that, "Wallahi,</w:t>
      </w:r>
    </w:p>
    <w:p>
      <w:r>
        <w:rPr>
          <w:b/>
        </w:rPr>
        <w:t xml:space="preserve">[56:51] </w:t>
      </w:r>
      <w:r>
        <w:t>la tamutunna kama tanamun wala tahyaunna kama tastaykhudun. Wa innaha la jannatun awadhan auli narun awadha."</w:t>
      </w:r>
    </w:p>
    <w:p>
      <w:pPr>
        <w:jc w:val="right"/>
      </w:pPr>
      <w:r>
        <w:t>la tamutunna kama tanamun wala tahyaunna kama tastaykhudun. Wa innaha la jannatun awadhan auli narun awadha."</w:t>
      </w:r>
    </w:p>
    <w:p>
      <w:r>
        <w:rPr>
          <w:b/>
        </w:rPr>
        <w:t xml:space="preserve">[57:01] </w:t>
      </w:r>
      <w:r>
        <w:t>It means that this life is not eternal. You have to die. You have to die.</w:t>
      </w:r>
    </w:p>
    <w:p>
      <w:pPr>
        <w:jc w:val="right"/>
      </w:pPr>
      <w:r>
        <w:t>It means that this life is not eternal. You have to die. You have to die.</w:t>
      </w:r>
    </w:p>
    <w:p>
      <w:r>
        <w:rPr>
          <w:b/>
        </w:rPr>
        <w:t xml:space="preserve">[57:12] </w:t>
      </w:r>
      <w:r>
        <w:t>And after death, you will face the problem of accountability. And after this, you will face hell or paradise.</w:t>
      </w:r>
    </w:p>
    <w:p>
      <w:pPr>
        <w:jc w:val="right"/>
      </w:pPr>
      <w:r>
        <w:t>And after death, you will face the problem of accountability. And after this, you will face hell or paradise.</w:t>
      </w:r>
    </w:p>
    <w:p>
      <w:r>
        <w:rPr>
          <w:b/>
        </w:rPr>
        <w:t xml:space="preserve">[57:30] </w:t>
      </w:r>
      <w:r>
        <w:t>If you</w:t>
      </w:r>
    </w:p>
    <w:p>
      <w:pPr>
        <w:jc w:val="right"/>
      </w:pPr>
      <w:r>
        <w:t>If you</w:t>
      </w:r>
    </w:p>
    <w:p>
      <w:r>
        <w:rPr>
          <w:b/>
        </w:rPr>
        <w:t xml:space="preserve">[57:34] </w:t>
      </w:r>
      <w:r>
        <w:t>are good in the eyes of God, then you will be given</w:t>
      </w:r>
    </w:p>
    <w:p>
      <w:pPr>
        <w:jc w:val="right"/>
      </w:pPr>
      <w:r>
        <w:t>are good in the eyes of God, then you will be given</w:t>
      </w:r>
    </w:p>
    <w:p>
      <w:r>
        <w:rPr>
          <w:b/>
        </w:rPr>
        <w:t xml:space="preserve">[57:43] </w:t>
      </w:r>
      <w:r>
        <w:t>paradise as a reward. But if you are bad in the eyes of the prophet, you will be punished and you will be given hell.</w:t>
      </w:r>
    </w:p>
    <w:p>
      <w:pPr>
        <w:jc w:val="right"/>
      </w:pPr>
      <w:r>
        <w:t>paradise as a reward. But if you are bad in the eyes of the prophet, you will be punished and you will be given hell.</w:t>
      </w:r>
    </w:p>
    <w:p>
      <w:r>
        <w:rPr>
          <w:b/>
        </w:rPr>
        <w:t xml:space="preserve">[57:57] </w:t>
      </w:r>
      <w:r>
        <w:t>And both are eternal.</w:t>
      </w:r>
    </w:p>
    <w:p>
      <w:pPr>
        <w:jc w:val="right"/>
      </w:pPr>
      <w:r>
        <w:t>And both are eternal.</w:t>
      </w:r>
    </w:p>
    <w:p>
      <w:r>
        <w:rPr>
          <w:b/>
        </w:rPr>
        <w:t xml:space="preserve">[57:59] </w:t>
      </w:r>
      <w:r>
        <w:t>So, this was the first message. First message.</w:t>
      </w:r>
    </w:p>
    <w:p>
      <w:pPr>
        <w:jc w:val="right"/>
      </w:pPr>
      <w:r>
        <w:t>So, this was the first message. First message.</w:t>
      </w:r>
    </w:p>
    <w:p>
      <w:r>
        <w:rPr>
          <w:b/>
        </w:rPr>
        <w:t xml:space="preserve">[58:06] </w:t>
      </w:r>
      <w:r>
        <w:t>In this message, there was no politics. There were no social problems. Nothing. Only</w:t>
      </w:r>
    </w:p>
    <w:p>
      <w:pPr>
        <w:jc w:val="right"/>
      </w:pPr>
      <w:r>
        <w:t>In this message, there was no politics. There were no social problems. Nothing. Only</w:t>
      </w:r>
    </w:p>
    <w:p>
      <w:r>
        <w:rPr>
          <w:b/>
        </w:rPr>
        <w:t xml:space="preserve">[58:21] </w:t>
      </w:r>
      <w:r>
        <w:t>a message</w:t>
      </w:r>
    </w:p>
    <w:p>
      <w:pPr>
        <w:jc w:val="right"/>
      </w:pPr>
      <w:r>
        <w:t>a message</w:t>
      </w:r>
    </w:p>
    <w:p>
      <w:r>
        <w:rPr>
          <w:b/>
        </w:rPr>
        <w:t xml:space="preserve">[58:22] </w:t>
      </w:r>
      <w:r>
        <w:t>the prophet wanted. In other words, I can say that in these words, the prophet informed them.</w:t>
      </w:r>
    </w:p>
    <w:p>
      <w:pPr>
        <w:jc w:val="right"/>
      </w:pPr>
      <w:r>
        <w:t>the prophet wanted. In other words, I can say that in these words, the prophet informed them.</w:t>
      </w:r>
    </w:p>
    <w:p>
      <w:r>
        <w:rPr>
          <w:b/>
        </w:rPr>
        <w:t xml:space="preserve">[58:31] </w:t>
      </w:r>
      <w:r>
        <w:t>The prophet wanted to convey this message that what is the creation plan of God? Who are you?</w:t>
      </w:r>
    </w:p>
    <w:p>
      <w:pPr>
        <w:jc w:val="right"/>
      </w:pPr>
      <w:r>
        <w:t>The prophet wanted to convey this message that what is the creation plan of God? Who are you?</w:t>
      </w:r>
    </w:p>
    <w:p>
      <w:r>
        <w:rPr>
          <w:b/>
        </w:rPr>
        <w:t xml:space="preserve">[58:45] </w:t>
      </w:r>
      <w:r>
        <w:t>Who has created you? What is about the pre-death period? And what is about the post-death period</w:t>
      </w:r>
    </w:p>
    <w:p>
      <w:pPr>
        <w:jc w:val="right"/>
      </w:pPr>
      <w:r>
        <w:t>Who has created you? What is about the pre-death period? And what is about the post-death period</w:t>
      </w:r>
    </w:p>
    <w:p>
      <w:r>
        <w:rPr>
          <w:b/>
        </w:rPr>
        <w:t xml:space="preserve">[58:53] </w:t>
      </w:r>
      <w:r>
        <w:t>? So, this I call the creation plan of God. So, the prophet of Islam started his mission by telling people about the creation plan of God.</w:t>
      </w:r>
    </w:p>
    <w:p>
      <w:pPr>
        <w:jc w:val="right"/>
      </w:pPr>
      <w:r>
        <w:t>? So, this I call the creation plan of God. So, the prophet of Islam started his mission by telling people about the creation plan of God.</w:t>
      </w:r>
    </w:p>
    <w:p>
      <w:r>
        <w:rPr>
          <w:b/>
        </w:rPr>
        <w:t xml:space="preserve">[59:07] </w:t>
      </w:r>
      <w:r>
        <w:t>This is the starting point. This is very important for every time in every time and space.</w:t>
      </w:r>
    </w:p>
    <w:p>
      <w:pPr>
        <w:jc w:val="right"/>
      </w:pPr>
      <w:r>
        <w:t>This is the starting point. This is very important for every time in every time and space.</w:t>
      </w:r>
    </w:p>
    <w:p>
      <w:r>
        <w:rPr>
          <w:b/>
        </w:rPr>
        <w:t xml:space="preserve">[59:22] </w:t>
      </w:r>
      <w:r>
        <w:t>So, this is the starting point of da'wah work. Then, you know, in Makkah, there was</w:t>
      </w:r>
    </w:p>
    <w:p>
      <w:pPr>
        <w:jc w:val="right"/>
      </w:pPr>
      <w:r>
        <w:t>So, this is the starting point of da'wah work. Then, you know, in Makkah, there was</w:t>
      </w:r>
    </w:p>
    <w:p>
      <w:r>
        <w:rPr>
          <w:b/>
        </w:rPr>
        <w:t xml:space="preserve">[59:36] </w:t>
      </w:r>
      <w:r>
        <w:t>the Kaaba. Kaaba was a mosque built by Prophet Abraham</w:t>
      </w:r>
    </w:p>
    <w:p>
      <w:pPr>
        <w:jc w:val="right"/>
      </w:pPr>
      <w:r>
        <w:t>the Kaaba. Kaaba was a mosque built by Prophet Abraham</w:t>
      </w:r>
    </w:p>
    <w:p>
      <w:r>
        <w:rPr>
          <w:b/>
        </w:rPr>
        <w:t xml:space="preserve">[59:46] </w:t>
      </w:r>
      <w:r>
        <w:t>. So, at that time, although Kaaba was built as a mosque, but</w:t>
      </w:r>
    </w:p>
    <w:p>
      <w:pPr>
        <w:jc w:val="right"/>
      </w:pPr>
      <w:r>
        <w:t>. So, at that time, although Kaaba was built as a mosque, but</w:t>
      </w:r>
    </w:p>
    <w:p>
      <w:r>
        <w:rPr>
          <w:b/>
        </w:rPr>
        <w:t xml:space="preserve">[59:59] </w:t>
      </w:r>
      <w:r>
        <w:t>during that time, Kaaba was in the custody of mushrik people, idol worshippers.</w:t>
      </w:r>
    </w:p>
    <w:p>
      <w:pPr>
        <w:jc w:val="right"/>
      </w:pPr>
      <w:r>
        <w:t>during that time, Kaaba was in the custody of mushrik people, idol worshippers.</w:t>
      </w:r>
    </w:p>
    <w:p>
      <w:r>
        <w:rPr>
          <w:b/>
        </w:rPr>
        <w:t xml:space="preserve">[1:00:10] </w:t>
      </w:r>
      <w:r>
        <w:t>So, they placed idols in the premises of Kaaba. And the number of these idols was no less than 360</w:t>
      </w:r>
    </w:p>
    <w:p>
      <w:pPr>
        <w:jc w:val="right"/>
      </w:pPr>
      <w:r>
        <w:t>So, they placed idols in the premises of Kaaba. And the number of these idols was no less than 360</w:t>
      </w:r>
    </w:p>
    <w:p>
      <w:r>
        <w:rPr>
          <w:b/>
        </w:rPr>
        <w:t xml:space="preserve">[1:00:27] </w:t>
      </w:r>
      <w:r>
        <w:t>. So, when the prophet of Islam started his mission, he found that there were 360 idols placed in the sacred Kaaba.</w:t>
      </w:r>
    </w:p>
    <w:p>
      <w:pPr>
        <w:jc w:val="right"/>
      </w:pPr>
      <w:r>
        <w:t>. So, when the prophet of Islam started his mission, he found that there were 360 idols placed in the sacred Kaaba.</w:t>
      </w:r>
    </w:p>
    <w:p>
      <w:r>
        <w:rPr>
          <w:b/>
        </w:rPr>
        <w:t xml:space="preserve">[1:00:41] </w:t>
      </w:r>
      <w:r>
        <w:t>It was a very perturbing scene. But the prophet managed this problem.</w:t>
      </w:r>
    </w:p>
    <w:p>
      <w:pPr>
        <w:jc w:val="right"/>
      </w:pPr>
      <w:r>
        <w:t>It was a very perturbing scene. But the prophet managed this problem.</w:t>
      </w:r>
    </w:p>
    <w:p>
      <w:r>
        <w:rPr>
          <w:b/>
        </w:rPr>
        <w:t xml:space="preserve">[1:00:54] </w:t>
      </w:r>
      <w:r>
        <w:t>He never touched any idol. E</w:t>
      </w:r>
    </w:p>
    <w:p>
      <w:pPr>
        <w:jc w:val="right"/>
      </w:pPr>
      <w:r>
        <w:t>He never touched any idol. E</w:t>
      </w:r>
    </w:p>
    <w:p>
      <w:r>
        <w:rPr>
          <w:b/>
        </w:rPr>
        <w:t xml:space="preserve">[1:00:58] </w:t>
      </w:r>
      <w:r>
        <w:t>ven he never questioned that you have to remove all these idols. You have noright to put these idols in the sacred Kaaba.</w:t>
      </w:r>
    </w:p>
    <w:p>
      <w:pPr>
        <w:jc w:val="right"/>
      </w:pPr>
      <w:r>
        <w:t>ven he never questioned that you have to remove all these idols. You have noright to put these idols in the sacred Kaaba.</w:t>
      </w:r>
    </w:p>
    <w:p>
      <w:r>
        <w:rPr>
          <w:b/>
        </w:rPr>
        <w:t xml:space="preserve">[1:01:08] </w:t>
      </w:r>
      <w:r>
        <w:t>No. He never said like this. He never raised this question: "Why did you put these idols in the sacred Kaaba?" He never raised this question at all.</w:t>
      </w:r>
    </w:p>
    <w:p>
      <w:pPr>
        <w:jc w:val="right"/>
      </w:pPr>
      <w:r>
        <w:t>No. He never said like this. He never raised this question: "Why did you put these idols in the sacred Kaaba?" He never raised this question at all.</w:t>
      </w:r>
    </w:p>
    <w:p>
      <w:r>
        <w:rPr>
          <w:b/>
        </w:rPr>
        <w:t xml:space="preserve">[1:01:24] </w:t>
      </w:r>
      <w:r>
        <w:t>But he followed a very simple formula.</w:t>
      </w:r>
    </w:p>
    <w:p>
      <w:pPr>
        <w:jc w:val="right"/>
      </w:pPr>
      <w:r>
        <w:t>But he followed a very simple formula.</w:t>
      </w:r>
    </w:p>
    <w:p>
      <w:r>
        <w:rPr>
          <w:b/>
        </w:rPr>
        <w:t xml:space="preserve">[1:01:33] </w:t>
      </w:r>
      <w:r>
        <w:t>I can say that his formula at that time was, "Ignore the problem. Avail the opportunities."</w:t>
      </w:r>
    </w:p>
    <w:p>
      <w:pPr>
        <w:jc w:val="right"/>
      </w:pPr>
      <w:r>
        <w:t>I can say that his formula at that time was, "Ignore the problem. Avail the opportunities.</w:t>
      </w:r>
    </w:p>
    <w:p>
      <w:r>
        <w:rPr>
          <w:b/>
        </w:rPr>
        <w:t xml:space="preserve">[1:01:42] </w:t>
      </w:r>
      <w:r>
        <w:t>Ignore the problem. Avail the opportunities." So, he ignored the problem of idols and availed the opportunities of da'wah work.</w:t>
      </w:r>
    </w:p>
    <w:p>
      <w:pPr>
        <w:jc w:val="right"/>
      </w:pPr>
      <w:r>
        <w:t>Ignore the problem. Avail the opportunities." So, he ignored the problem of idols and availed the opportunities of da'wah work.</w:t>
      </w:r>
    </w:p>
    <w:p>
      <w:r>
        <w:rPr>
          <w:b/>
        </w:rPr>
        <w:t xml:space="preserve">[1:01:53] </w:t>
      </w:r>
      <w:r>
        <w:t>This was his strategy. This was his method.</w:t>
      </w:r>
    </w:p>
    <w:p>
      <w:pPr>
        <w:jc w:val="right"/>
      </w:pPr>
      <w:r>
        <w:t>This was his strategy. This was his method.</w:t>
      </w:r>
    </w:p>
    <w:p>
      <w:r>
        <w:rPr>
          <w:b/>
        </w:rPr>
        <w:t xml:space="preserve">[1:02:00] </w:t>
      </w:r>
      <w:r>
        <w:t>So, what a great lesson! People generally—people used to engage themselves in problems, problems, problems.</w:t>
      </w:r>
    </w:p>
    <w:p>
      <w:pPr>
        <w:jc w:val="right"/>
      </w:pPr>
      <w:r>
        <w:t>So, what a great lesson! People generally—people used to engage themselves in problems, problems, problems.</w:t>
      </w:r>
    </w:p>
    <w:p>
      <w:r>
        <w:rPr>
          <w:b/>
        </w:rPr>
        <w:t xml:space="preserve">[1:02:12] </w:t>
      </w:r>
      <w:r>
        <w:t>But the prophet completely ignored the problems.</w:t>
      </w:r>
    </w:p>
    <w:p>
      <w:pPr>
        <w:jc w:val="right"/>
      </w:pPr>
      <w:r>
        <w:t>But the prophet completely ignored the problems.</w:t>
      </w:r>
    </w:p>
    <w:p>
      <w:r>
        <w:rPr>
          <w:b/>
        </w:rPr>
        <w:t xml:space="preserve">[1:02:18] </w:t>
      </w:r>
      <w:r>
        <w:t>It was a great problem that there were 360 idols placed in the premises of the Holy Kaaba.</w:t>
      </w:r>
    </w:p>
    <w:p>
      <w:pPr>
        <w:jc w:val="right"/>
      </w:pPr>
      <w:r>
        <w:t>It was a great problem that there were 360 idols placed in the premises of the Holy Kaaba.</w:t>
      </w:r>
    </w:p>
    <w:p>
      <w:r>
        <w:rPr>
          <w:b/>
        </w:rPr>
        <w:t xml:space="preserve">[1:02:31] </w:t>
      </w:r>
      <w:r>
        <w:t>It is quite evident that it was a great problem. But the prophet adopted this formula: "Ignore the problem.</w:t>
      </w:r>
    </w:p>
    <w:p>
      <w:pPr>
        <w:jc w:val="right"/>
      </w:pPr>
      <w:r>
        <w:t>It is quite evident that it was a great problem. But the prophet adopted this formula: "Ignore the problem.</w:t>
      </w:r>
    </w:p>
    <w:p>
      <w:r>
        <w:rPr>
          <w:b/>
        </w:rPr>
        <w:t xml:space="preserve">[1:02:41] </w:t>
      </w:r>
      <w:r>
        <w:t>Avail the opportunities."</w:t>
      </w:r>
    </w:p>
    <w:p>
      <w:pPr>
        <w:jc w:val="right"/>
      </w:pPr>
      <w:r>
        <w:t>Avail the opportunities."</w:t>
      </w:r>
    </w:p>
    <w:p>
      <w:r>
        <w:rPr>
          <w:b/>
        </w:rPr>
        <w:t xml:space="preserve">[1:02:45] </w:t>
      </w:r>
      <w:r>
        <w:t>So, he never questioned. He completely ignored the presence of those idols in the Holy Kaaba.</w:t>
      </w:r>
    </w:p>
    <w:p>
      <w:pPr>
        <w:jc w:val="right"/>
      </w:pPr>
      <w:r>
        <w:t>So, he never questioned. He completely ignored the presence of those idols in the Holy Kaaba.</w:t>
      </w:r>
    </w:p>
    <w:p>
      <w:r>
        <w:rPr>
          <w:b/>
        </w:rPr>
        <w:t xml:space="preserve">[1:02:57] </w:t>
      </w:r>
      <w:r>
        <w:t>At the same time, he tried to avail the opportunity to address people.</w:t>
      </w:r>
    </w:p>
    <w:p>
      <w:pPr>
        <w:jc w:val="right"/>
      </w:pPr>
      <w:r>
        <w:t>At the same time, he tried to avail the opportunity to address people.</w:t>
      </w:r>
    </w:p>
    <w:p>
      <w:r>
        <w:rPr>
          <w:b/>
        </w:rPr>
        <w:t xml:space="preserve">[1:03:06] </w:t>
      </w:r>
      <w:r>
        <w:t>He used to say, "Ayyuhar naas, ulu la ilaha illallah tufluhu."</w:t>
      </w:r>
    </w:p>
    <w:p>
      <w:pPr>
        <w:jc w:val="right"/>
      </w:pPr>
      <w:r>
        <w:t>He used to say, "Ayyuhar naas, ulu la ilaha illallah tufluhu."</w:t>
      </w:r>
    </w:p>
    <w:p>
      <w:r>
        <w:rPr>
          <w:b/>
        </w:rPr>
        <w:t xml:space="preserve">[1:03:14] </w:t>
      </w:r>
      <w:r>
        <w:t>He never said that, "Oh people, you have to remove all these idols from the Holy Kaaba." No.</w:t>
      </w:r>
    </w:p>
    <w:p>
      <w:pPr>
        <w:jc w:val="right"/>
      </w:pPr>
      <w:r>
        <w:t>He never said that, "Oh people, you have to remove all these idols from the Holy Kaaba." No.</w:t>
      </w:r>
    </w:p>
    <w:p>
      <w:r>
        <w:rPr>
          <w:b/>
        </w:rPr>
        <w:t xml:space="preserve">[1:03:23] </w:t>
      </w:r>
      <w:r>
        <w:t>He simply said that—simply he said that, "Ayyuhar naas, ulu la ilaha illallah tufluhu.</w:t>
      </w:r>
    </w:p>
    <w:p>
      <w:pPr>
        <w:jc w:val="right"/>
      </w:pPr>
      <w:r>
        <w:t>He simply said that—simply he said that, "Ayyuhar naas, ulu la ilaha illallah tufluhu.</w:t>
      </w:r>
    </w:p>
    <w:p>
      <w:r>
        <w:rPr>
          <w:b/>
        </w:rPr>
        <w:t xml:space="preserve">[1:03:34] </w:t>
      </w:r>
      <w:r>
        <w:t>Oh people, say that there is no God but one God and you will find success."</w:t>
      </w:r>
    </w:p>
    <w:p>
      <w:pPr>
        <w:jc w:val="right"/>
      </w:pPr>
      <w:r>
        <w:t>Oh people, say that there is no God but one God and you will find success."</w:t>
      </w:r>
    </w:p>
    <w:p>
      <w:r>
        <w:rPr>
          <w:b/>
        </w:rPr>
        <w:t xml:space="preserve">[1:03:56] </w:t>
      </w:r>
      <w:r>
        <w:t>In these early days,</w:t>
      </w:r>
    </w:p>
    <w:p>
      <w:pPr>
        <w:jc w:val="right"/>
      </w:pPr>
      <w:r>
        <w:t>In these early days,</w:t>
      </w:r>
    </w:p>
    <w:p>
      <w:r>
        <w:rPr>
          <w:b/>
        </w:rPr>
        <w:t xml:space="preserve">[1:04:01] </w:t>
      </w:r>
      <w:r>
        <w:t>he received a revelation from God. It is present in the Qur'an. It was, "Wasayabaka fatahi." He never received such revelation that, "Tahri al-Ka'wat abral-'Islam." "Tahri al-Ka'wat abral-'Islam." Purify the Holy Kaaba from the idols.</w:t>
      </w:r>
    </w:p>
    <w:p>
      <w:pPr>
        <w:jc w:val="right"/>
      </w:pPr>
      <w:r>
        <w:t>he received a revelation from God. It is present in the Qur'an. It was, "Wasayabaka fatahi." He never received such revelation that, "Tahri al-Ka'wat abral-'Islam." "Tahri al-Ka'wat abral-'Islam." Purify the Holy Kaaba from the idols.</w:t>
      </w:r>
    </w:p>
    <w:p>
      <w:r>
        <w:rPr>
          <w:b/>
        </w:rPr>
        <w:t xml:space="preserve">[1:04:23] </w:t>
      </w:r>
      <w:r>
        <w:t>No. There was no such revelation.</w:t>
      </w:r>
    </w:p>
    <w:p>
      <w:pPr>
        <w:jc w:val="right"/>
      </w:pPr>
      <w:r>
        <w:t>No. There was no such revelation.</w:t>
      </w:r>
    </w:p>
    <w:p>
      <w:r>
        <w:rPr>
          <w:b/>
        </w:rPr>
        <w:t xml:space="preserve">[1:04:29] </w:t>
      </w:r>
      <w:r>
        <w:t>"Tahri al-Ka'wat abral-'Islam." He never received such revelation that you have to purify the Holy Kaaba from the idols.</w:t>
      </w:r>
    </w:p>
    <w:p>
      <w:pPr>
        <w:jc w:val="right"/>
      </w:pPr>
      <w:r>
        <w:t>"Tahri al-Ka'wat abral-'Islam." He never received such revelation that you have to purify the Holy Kaaba from the idols.</w:t>
      </w:r>
    </w:p>
    <w:p>
      <w:r>
        <w:rPr>
          <w:b/>
        </w:rPr>
        <w:t xml:space="preserve">[1:04:42] </w:t>
      </w:r>
      <w:r>
        <w:t>Instead, he was given this message from God: "Wasayabaka fatahi." You need to purify yourself.</w:t>
      </w:r>
    </w:p>
    <w:p>
      <w:pPr>
        <w:jc w:val="right"/>
      </w:pPr>
      <w:r>
        <w:t>Instead, he was given this message from God: "Wasayabaka fatahi." You need to purify yourself.</w:t>
      </w:r>
    </w:p>
    <w:p>
      <w:r>
        <w:rPr>
          <w:b/>
        </w:rPr>
        <w:t xml:space="preserve">[1:05:00] </w:t>
      </w:r>
      <w:r>
        <w:t>God never gave such commandment that purify the Holy Kaaba. But he said, "Purify yourself." "Wasayabaka fatahi." It means purify yourself.</w:t>
      </w:r>
    </w:p>
    <w:p>
      <w:pPr>
        <w:jc w:val="right"/>
      </w:pPr>
      <w:r>
        <w:t>God never gave such commandment that purify the Holy Kaaba. But he said, "Purify yourself." "Wasayabaka fatahi." It means purify yourself.</w:t>
      </w:r>
    </w:p>
    <w:p>
      <w:r>
        <w:rPr>
          <w:b/>
        </w:rPr>
        <w:t xml:space="preserve">[1:05:17] </w:t>
      </w:r>
      <w:r>
        <w:t>This is the method followed by the prophet Muhammad.</w:t>
      </w:r>
    </w:p>
    <w:p>
      <w:pPr>
        <w:jc w:val="right"/>
      </w:pPr>
      <w:r>
        <w:t>This is the method followed by the prophet Muhammad.</w:t>
      </w:r>
    </w:p>
    <w:p>
      <w:r>
        <w:rPr>
          <w:b/>
        </w:rPr>
        <w:t xml:space="preserve">[1:05:28] </w:t>
      </w:r>
      <w:r>
        <w:t>Then, you know, Makkahan people became hostile. Became hostile.</w:t>
      </w:r>
    </w:p>
    <w:p>
      <w:pPr>
        <w:jc w:val="right"/>
      </w:pPr>
      <w:r>
        <w:t>Then, you know, Makkahan people became hostile. Became hostile.</w:t>
      </w:r>
    </w:p>
    <w:p>
      <w:r>
        <w:rPr>
          <w:b/>
        </w:rPr>
        <w:t xml:space="preserve">[1:05:41] </w:t>
      </w:r>
      <w:r>
        <w:t>They</w:t>
      </w:r>
    </w:p>
    <w:p>
      <w:pPr>
        <w:jc w:val="right"/>
      </w:pPr>
      <w:r>
        <w:t>They</w:t>
      </w:r>
    </w:p>
    <w:p>
      <w:r>
        <w:rPr>
          <w:b/>
        </w:rPr>
        <w:t xml:space="preserve">[1:05:45] </w:t>
      </w:r>
      <w:r>
        <w:t>refused to accept his message.</w:t>
      </w:r>
    </w:p>
    <w:p>
      <w:pPr>
        <w:jc w:val="right"/>
      </w:pPr>
      <w:r>
        <w:t>refused to accept his message.</w:t>
      </w:r>
    </w:p>
    <w:p>
      <w:r>
        <w:rPr>
          <w:b/>
        </w:rPr>
        <w:t xml:space="preserve">[1:05:55] </w:t>
      </w:r>
      <w:r>
        <w:t>They refused to accept the message of Tawhid. Even they wanted to kill him.</w:t>
      </w:r>
    </w:p>
    <w:p>
      <w:pPr>
        <w:jc w:val="right"/>
      </w:pPr>
      <w:r>
        <w:t>They refused to accept the message of Tawhid. Even they wanted to kill him.</w:t>
      </w:r>
    </w:p>
    <w:p>
      <w:r>
        <w:rPr>
          <w:b/>
        </w:rPr>
        <w:t xml:space="preserve">[1:06:05] </w:t>
      </w:r>
      <w:r>
        <w:t>So, after—and when they wanted to kill him and wanted to persecute him,</w:t>
      </w:r>
    </w:p>
    <w:p>
      <w:pPr>
        <w:jc w:val="right"/>
      </w:pPr>
      <w:r>
        <w:t>So, after—and when they wanted to kill him and wanted to persecute him,</w:t>
      </w:r>
    </w:p>
    <w:p>
      <w:r>
        <w:rPr>
          <w:b/>
        </w:rPr>
        <w:t xml:space="preserve">[1:06:20] </w:t>
      </w:r>
      <w:r>
        <w:t>so after these persecutions, he</w:t>
      </w:r>
    </w:p>
    <w:p>
      <w:pPr>
        <w:jc w:val="right"/>
      </w:pPr>
      <w:r>
        <w:t>so after these persecutions, he</w:t>
      </w:r>
    </w:p>
    <w:p>
      <w:r>
        <w:rPr>
          <w:b/>
        </w:rPr>
        <w:t xml:space="preserve">[1:06:28] </w:t>
      </w:r>
      <w:r>
        <w:t>wanted to migrate from Makkah and settle in Madinah. But this migration was not a simple migration.</w:t>
      </w:r>
    </w:p>
    <w:p>
      <w:pPr>
        <w:jc w:val="right"/>
      </w:pPr>
      <w:r>
        <w:t>wanted to migrate from Makkah and settle in Madinah. But this migration was not a simple migration.</w:t>
      </w:r>
    </w:p>
    <w:p>
      <w:r>
        <w:rPr>
          <w:b/>
        </w:rPr>
        <w:t xml:space="preserve">[1:06:43] </w:t>
      </w:r>
      <w:r>
        <w:t>It was not simply to leave one place and to settle in another place. No. It was migration from problem and settling in opportunity.</w:t>
      </w:r>
    </w:p>
    <w:p>
      <w:pPr>
        <w:jc w:val="right"/>
      </w:pPr>
      <w:r>
        <w:t>It was not simply to leave one place and to settle in another place. No. It was migration from problem and settling in opportunity.</w:t>
      </w:r>
    </w:p>
    <w:p>
      <w:r>
        <w:rPr>
          <w:b/>
        </w:rPr>
        <w:t xml:space="preserve">[1:06:58] </w:t>
      </w:r>
      <w:r>
        <w:t>At that time, Makkah became a land of problem and Madinah was a land of opportunities</w:t>
      </w:r>
    </w:p>
    <w:p>
      <w:pPr>
        <w:jc w:val="right"/>
      </w:pPr>
      <w:r>
        <w:t>At that time, Makkah became a land of problem and Madinah was a land of opportunities</w:t>
      </w:r>
    </w:p>
    <w:p>
      <w:r>
        <w:rPr>
          <w:b/>
        </w:rPr>
        <w:t xml:space="preserve">[1:07:08] </w:t>
      </w:r>
      <w:r>
        <w:t>. Due to some reason—I mentioned these reasons in my book—that due to some reason, Makkahan people became hostile.</w:t>
      </w:r>
    </w:p>
    <w:p>
      <w:pPr>
        <w:jc w:val="right"/>
      </w:pPr>
      <w:r>
        <w:t>. Due to some reason—I mentioned these reasons in my book—that due to some reason, Makkahan people became hostile.</w:t>
      </w:r>
    </w:p>
    <w:p>
      <w:r>
        <w:rPr>
          <w:b/>
        </w:rPr>
        <w:t xml:space="preserve">[1:07:21] </w:t>
      </w:r>
      <w:r>
        <w:t>But Madinah people had a soft corner. They were not hostile. They were—as compared to Makkahan people, Madinah people were receptive.</w:t>
      </w:r>
    </w:p>
    <w:p>
      <w:pPr>
        <w:jc w:val="right"/>
      </w:pPr>
      <w:r>
        <w:t>But Madinah people had a soft corner. They were not hostile. They were—as compared to Makkahan people, Madinah people were receptive.</w:t>
      </w:r>
    </w:p>
    <w:p>
      <w:r>
        <w:rPr>
          <w:b/>
        </w:rPr>
        <w:t xml:space="preserve">[1:07:36] </w:t>
      </w:r>
      <w:r>
        <w:t>Due to some reason, there was a difference between the two people. So, Makkahan people—the majority of Makkahan people—turned hostile.</w:t>
      </w:r>
    </w:p>
    <w:p>
      <w:pPr>
        <w:jc w:val="right"/>
      </w:pPr>
      <w:r>
        <w:t>Due to some reason, there was a difference between the two people. So, Makkahan people—the majority of Makkahan people—turned hostile.</w:t>
      </w:r>
    </w:p>
    <w:p>
      <w:r>
        <w:rPr>
          <w:b/>
        </w:rPr>
        <w:t xml:space="preserve">[1:07:46] </w:t>
      </w:r>
      <w:r>
        <w:t>But</w:t>
      </w:r>
    </w:p>
    <w:p>
      <w:pPr>
        <w:jc w:val="right"/>
      </w:pPr>
      <w:r>
        <w:t>But</w:t>
      </w:r>
    </w:p>
    <w:p>
      <w:r>
        <w:rPr>
          <w:b/>
        </w:rPr>
        <w:t xml:space="preserve">[1:07:50] </w:t>
      </w:r>
      <w:r>
        <w:t>Madinah people—it was proved after some experience that Madinah people are comparatively receptive.</w:t>
      </w:r>
    </w:p>
    <w:p>
      <w:pPr>
        <w:jc w:val="right"/>
      </w:pPr>
      <w:r>
        <w:t>Madinah people—it was proved after some experience that Madinah people are comparatively receptive.</w:t>
      </w:r>
    </w:p>
    <w:p>
      <w:r>
        <w:rPr>
          <w:b/>
        </w:rPr>
        <w:t xml:space="preserve">[1:08:03] </w:t>
      </w:r>
      <w:r>
        <w:t>So, he opted for Madinah. Why? Because at that time, Madinah was a land of opportunity whereas Makkah became a land of problem.</w:t>
      </w:r>
    </w:p>
    <w:p>
      <w:pPr>
        <w:jc w:val="right"/>
      </w:pPr>
      <w:r>
        <w:t>So, he opted for Madinah. Why? Because at that time, Madinah was a land of opportunity whereas Makkah became a land of problem.</w:t>
      </w:r>
    </w:p>
    <w:p>
      <w:r>
        <w:rPr>
          <w:b/>
        </w:rPr>
        <w:t xml:space="preserve">[1:08:20] </w:t>
      </w:r>
      <w:r>
        <w:t>So, it means that when you are compelled to face such kind of situation that one place becomes hostile for you, well, one place becomes a place of problem for you.</w:t>
      </w:r>
    </w:p>
    <w:p>
      <w:pPr>
        <w:jc w:val="right"/>
      </w:pPr>
      <w:r>
        <w:t>So, it means that when you are compelled to face such kind of situation that one place becomes hostile for you, well, one place becomes a place of problem for you.</w:t>
      </w:r>
    </w:p>
    <w:p>
      <w:r>
        <w:rPr>
          <w:b/>
        </w:rPr>
        <w:t xml:space="preserve">[1:08:43] </w:t>
      </w:r>
      <w:r>
        <w:t>So, don't opt for the confrontational method. But leave that place. And try to find some other place where you can find opportunities.</w:t>
      </w:r>
    </w:p>
    <w:p>
      <w:pPr>
        <w:jc w:val="right"/>
      </w:pPr>
      <w:r>
        <w:t>So, don't opt for the confrontational method. But leave that place. And try to find some other place where you can find opportunities.</w:t>
      </w:r>
    </w:p>
    <w:p>
      <w:r>
        <w:rPr>
          <w:b/>
        </w:rPr>
        <w:t xml:space="preserve">[1:09:00] </w:t>
      </w:r>
      <w:r>
        <w:t>So, it means that here we find a very great lesson.</w:t>
      </w:r>
    </w:p>
    <w:p>
      <w:pPr>
        <w:jc w:val="right"/>
      </w:pPr>
      <w:r>
        <w:t>So, it means that here we find a very great lesson.</w:t>
      </w:r>
    </w:p>
    <w:p>
      <w:r>
        <w:rPr>
          <w:b/>
        </w:rPr>
        <w:t xml:space="preserve">[1:09:12] </w:t>
      </w:r>
      <w:r>
        <w:t>This principle is given in the Qur'an in these words: "As-Sulhu Khair." "As-Sulhu Khair" means peace is good.</w:t>
      </w:r>
    </w:p>
    <w:p>
      <w:pPr>
        <w:jc w:val="right"/>
      </w:pPr>
      <w:r>
        <w:t>This principle is given in the Qur'an in these words: "As-Sulhu Khair." "As-Sulhu Khair" means peace is good.</w:t>
      </w:r>
    </w:p>
    <w:p>
      <w:r>
        <w:rPr>
          <w:b/>
        </w:rPr>
        <w:t xml:space="preserve">[1:09:25] </w:t>
      </w:r>
      <w:r>
        <w:t>Peace is better. It means that when there is a confrontation, when there is a problem, you have to adopt a peaceful method rather than a confrontational method.</w:t>
      </w:r>
    </w:p>
    <w:p>
      <w:pPr>
        <w:jc w:val="right"/>
      </w:pPr>
      <w:r>
        <w:t>Peace is better. It means that when there is a confrontation, when there is a problem, you have to adopt a peaceful method rather than a confrontational method.</w:t>
      </w:r>
    </w:p>
    <w:p>
      <w:r>
        <w:rPr>
          <w:b/>
        </w:rPr>
        <w:t xml:space="preserve">[1:09:44] </w:t>
      </w:r>
      <w:r>
        <w:t>So, in Makkah at that time, there were two options for the prophet: one opting for the confrontational method and the second to migrate from Makkah.</w:t>
      </w:r>
    </w:p>
    <w:p>
      <w:pPr>
        <w:jc w:val="right"/>
      </w:pPr>
      <w:r>
        <w:t>So, in Makkah at that time, there were two options for the prophet: one opting for the confrontational method and the second to migrate from Makkah.</w:t>
      </w:r>
    </w:p>
    <w:p>
      <w:r>
        <w:rPr>
          <w:b/>
        </w:rPr>
        <w:t xml:space="preserve">[1:10:02] </w:t>
      </w:r>
      <w:r>
        <w:t>So, the prophet avoided confrontation. "Hijrah" means</w:t>
      </w:r>
    </w:p>
    <w:p>
      <w:pPr>
        <w:jc w:val="right"/>
      </w:pPr>
      <w:r>
        <w:t>So, the prophet avoided confrontation. "Hijrah" means</w:t>
      </w:r>
    </w:p>
    <w:p>
      <w:r>
        <w:rPr>
          <w:b/>
        </w:rPr>
        <w:t xml:space="preserve">[1:10:11] </w:t>
      </w:r>
      <w:r>
        <w:t>avoidance</w:t>
      </w:r>
    </w:p>
    <w:p>
      <w:pPr>
        <w:jc w:val="right"/>
      </w:pPr>
      <w:r>
        <w:t>avoidance</w:t>
      </w:r>
    </w:p>
    <w:p>
      <w:r>
        <w:rPr>
          <w:b/>
        </w:rPr>
        <w:t xml:space="preserve">[1:10:14] </w:t>
      </w:r>
      <w:r>
        <w:t>. "Hijrah" is not simply</w:t>
      </w:r>
    </w:p>
    <w:p>
      <w:pPr>
        <w:jc w:val="right"/>
      </w:pPr>
      <w:r>
        <w:t>. "Hijrah" is not simply</w:t>
      </w:r>
    </w:p>
    <w:p>
      <w:r>
        <w:rPr>
          <w:b/>
        </w:rPr>
        <w:t xml:space="preserve">[1:10:19] </w:t>
      </w:r>
      <w:r>
        <w:t>leaving one place and settling in another place. "Hijrah" is a method of avoidance. So, the prophet avoided confrontation and migrated from Makkah to Madinah.</w:t>
      </w:r>
    </w:p>
    <w:p>
      <w:pPr>
        <w:jc w:val="right"/>
      </w:pPr>
      <w:r>
        <w:t>leaving one place and settling in another place. "Hijrah" is a method of avoidance. So, the prophet avoided confrontation and migrated from Makkah to Madinah.</w:t>
      </w:r>
    </w:p>
    <w:p>
      <w:r>
        <w:rPr>
          <w:b/>
        </w:rPr>
        <w:t xml:space="preserve">[1:10:33] </w:t>
      </w:r>
      <w:r>
        <w:t>That was, at that time, a place of opportunities.</w:t>
      </w:r>
    </w:p>
    <w:p>
      <w:pPr>
        <w:jc w:val="right"/>
      </w:pPr>
      <w:r>
        <w:t>That was, at that time, a place of opportunities.</w:t>
      </w:r>
    </w:p>
    <w:p>
      <w:r>
        <w:rPr>
          <w:b/>
        </w:rPr>
        <w:t xml:space="preserve">[1:10:40] </w:t>
      </w:r>
      <w:r>
        <w:t>So, he tried to avail these opportunities. And he was very successful. He was able to establish a center, a da'wah center at Madinah.</w:t>
      </w:r>
    </w:p>
    <w:p>
      <w:pPr>
        <w:jc w:val="right"/>
      </w:pPr>
      <w:r>
        <w:t>So, he tried to avail these opportunities. And he was very successful. He was able to establish a center, a da'wah center at Madinah.</w:t>
      </w:r>
    </w:p>
    <w:p>
      <w:r>
        <w:rPr>
          <w:b/>
        </w:rPr>
        <w:t xml:space="preserve">[1:10:57] </w:t>
      </w:r>
      <w:r>
        <w:t>And you know, history tells us that after some—after a short period—he was able to Islamize the whole Arabia, including Makkah.</w:t>
      </w:r>
    </w:p>
    <w:p>
      <w:pPr>
        <w:jc w:val="right"/>
      </w:pPr>
      <w:r>
        <w:t>And you know, history tells us that after some—after a short period—he was able to Islamize the whole Arabia, including Makkah.</w:t>
      </w:r>
    </w:p>
    <w:p>
      <w:r>
        <w:rPr>
          <w:b/>
        </w:rPr>
        <w:t xml:space="preserve">[1:11:15] </w:t>
      </w:r>
      <w:r>
        <w:t>So, this method that is based on this formula—"ignore the problem. Avail the opportunities"—this formula</w:t>
      </w:r>
    </w:p>
    <w:p>
      <w:pPr>
        <w:jc w:val="right"/>
      </w:pPr>
      <w:r>
        <w:t>So, this method that is based on this formula—"ignore the problem. Avail the opportunities"—this formula</w:t>
      </w:r>
    </w:p>
    <w:p>
      <w:r>
        <w:rPr>
          <w:b/>
        </w:rPr>
        <w:t xml:space="preserve">[1:11:30] </w:t>
      </w:r>
      <w:r>
        <w:t>is a very, very important formula. The prophet</w:t>
      </w:r>
    </w:p>
    <w:p>
      <w:pPr>
        <w:jc w:val="right"/>
      </w:pPr>
      <w:r>
        <w:t>is a very, very important formula. The prophet</w:t>
      </w:r>
    </w:p>
    <w:p>
      <w:r>
        <w:rPr>
          <w:b/>
        </w:rPr>
        <w:t xml:space="preserve">[1:11:37] </w:t>
      </w:r>
      <w:r>
        <w:t>adopted this formula and the result was revolutionar</w:t>
      </w:r>
    </w:p>
    <w:p>
      <w:pPr>
        <w:jc w:val="right"/>
      </w:pPr>
      <w:r>
        <w:t>adopted this formula and the result was revolutionar</w:t>
      </w:r>
    </w:p>
    <w:p>
      <w:r>
        <w:rPr>
          <w:b/>
        </w:rPr>
        <w:t xml:space="preserve">[1:11:45] </w:t>
      </w:r>
      <w:r>
        <w:t>y. He was able to Islamize the whole Arabia, including Makkah and Madinah.</w:t>
      </w:r>
    </w:p>
    <w:p>
      <w:pPr>
        <w:jc w:val="right"/>
      </w:pPr>
      <w:r>
        <w:t>y. He was able to Islamize the whole Arabia, including Makkah and Madinah.</w:t>
      </w:r>
    </w:p>
    <w:p>
      <w:r>
        <w:rPr>
          <w:b/>
        </w:rPr>
        <w:t xml:space="preserve">[1:11:56] </w:t>
      </w:r>
      <w:r>
        <w:t>So, this is the lesson of the Prophet of Islam. There are also other lessons.</w:t>
      </w:r>
    </w:p>
    <w:p>
      <w:pPr>
        <w:jc w:val="right"/>
      </w:pPr>
      <w:r>
        <w:t>So, this is the lesson of the Prophet of Islam. There are also other lessons.</w:t>
      </w:r>
    </w:p>
    <w:p>
      <w:r>
        <w:rPr>
          <w:b/>
        </w:rPr>
        <w:t xml:space="preserve">[1:12:05] </w:t>
      </w:r>
      <w:r>
        <w:t>Inshallah, I will give the detail of other lessons in some other lectures. In this meeting,</w:t>
      </w:r>
    </w:p>
    <w:p>
      <w:pPr>
        <w:jc w:val="right"/>
      </w:pPr>
      <w:r>
        <w:t>Inshallah, I will give the detail of other lessons in some other lectures. In this meeting,</w:t>
      </w:r>
    </w:p>
    <w:p>
      <w:r>
        <w:rPr>
          <w:b/>
        </w:rPr>
        <w:t xml:space="preserve">[1:12:13] </w:t>
      </w:r>
      <w:r>
        <w:t>I want to give this</w:t>
      </w:r>
    </w:p>
    <w:p>
      <w:pPr>
        <w:jc w:val="right"/>
      </w:pPr>
      <w:r>
        <w:t>I want to give this</w:t>
      </w:r>
    </w:p>
    <w:p>
      <w:r>
        <w:rPr>
          <w:b/>
        </w:rPr>
        <w:t xml:space="preserve">[1:12:17] </w:t>
      </w:r>
      <w:r>
        <w:t>message from the Prophet of Islam that we have to adopt this formula:</w:t>
      </w:r>
    </w:p>
    <w:p>
      <w:pPr>
        <w:jc w:val="right"/>
      </w:pPr>
      <w:r>
        <w:t>message from the Prophet of Islam that we have to adopt this formula:</w:t>
      </w:r>
    </w:p>
    <w:p>
      <w:r>
        <w:rPr>
          <w:b/>
        </w:rPr>
        <w:t xml:space="preserve">[1:12:24] </w:t>
      </w:r>
      <w:r>
        <w:t>"Ignore the problem and avail the opportunities."</w:t>
      </w:r>
    </w:p>
    <w:p>
      <w:pPr>
        <w:jc w:val="right"/>
      </w:pPr>
      <w:r>
        <w:t>"Ignore the problem and avail the opportunities."</w:t>
      </w:r>
    </w:p>
    <w:p>
      <w:r>
        <w:rPr>
          <w:b/>
        </w:rPr>
        <w:t xml:space="preserve">[1:12:29] </w:t>
      </w:r>
      <w:r>
        <w:t>And you will</w:t>
      </w:r>
    </w:p>
    <w:p>
      <w:pPr>
        <w:jc w:val="right"/>
      </w:pPr>
      <w:r>
        <w:t>And you will</w:t>
      </w:r>
    </w:p>
    <w:p>
      <w:r>
        <w:rPr>
          <w:b/>
        </w:rPr>
        <w:t xml:space="preserve">[1:12:31] </w:t>
      </w:r>
      <w:r>
        <w:t>find that this formula</w:t>
      </w:r>
    </w:p>
    <w:p>
      <w:pPr>
        <w:jc w:val="right"/>
      </w:pPr>
      <w:r>
        <w:t>find that this formula</w:t>
      </w:r>
    </w:p>
    <w:p>
      <w:r>
        <w:rPr>
          <w:b/>
        </w:rPr>
        <w:t xml:space="preserve">[1:12:37] </w:t>
      </w:r>
      <w:r>
        <w:t>will give you great, great results—</w:t>
      </w:r>
    </w:p>
    <w:p>
      <w:pPr>
        <w:jc w:val="right"/>
      </w:pPr>
      <w:r>
        <w:t>will give you great, great results—</w:t>
      </w:r>
    </w:p>
    <w:p>
      <w:r>
        <w:rPr>
          <w:b/>
        </w:rPr>
        <w:t xml:space="preserve">[1:12:45] </w:t>
      </w:r>
      <w:r>
        <w:t>unfailing results and positive results. So, this formula is a prophetic formula.</w:t>
      </w:r>
    </w:p>
    <w:p>
      <w:pPr>
        <w:jc w:val="right"/>
      </w:pPr>
      <w:r>
        <w:t>unfailing results and positive results. So, this formula is a prophetic formula.</w:t>
      </w:r>
    </w:p>
    <w:p>
      <w:r>
        <w:rPr>
          <w:b/>
        </w:rPr>
        <w:t xml:space="preserve">[1:12:54] </w:t>
      </w:r>
      <w:r>
        <w:t>So, this formula is a rewardable formula as well as it has great positive results in this world.</w:t>
      </w:r>
    </w:p>
    <w:p>
      <w:pPr>
        <w:jc w:val="right"/>
      </w:pPr>
      <w:r>
        <w:t>So, this formula is a rewardable formula as well as it has great positive results in this world.</w:t>
      </w:r>
    </w:p>
    <w:p>
      <w:r>
        <w:rPr>
          <w:b/>
        </w:rPr>
        <w:t xml:space="preserve">[1:13:07] </w:t>
      </w:r>
      <w:r>
        <w:t>So, we have to adopt this prophetic formula.</w:t>
      </w:r>
    </w:p>
    <w:p>
      <w:pPr>
        <w:jc w:val="right"/>
      </w:pPr>
      <w:r>
        <w:t>So, we have to adopt this prophetic formula.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