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Ideology, Team and Method 9 Oct, 2011 - Maulana Wahiduddin Khan</w:t>
      </w:r>
    </w:p>
    <w:p>
      <w:r>
        <w:t>https://www.youtube.com/watch?v=gEd027DIDw8</w:t>
      </w:r>
    </w:p>
    <w:p>
      <w:r>
        <w:rPr>
          <w:b/>
        </w:rPr>
        <w:t xml:space="preserve">[00:14] </w:t>
      </w:r>
      <w:r>
        <w:t>bismillah rahman rahim, wa sali allahu ala nabiyyil karim. rab ishrah li sadri, wa yassir li amri, wah 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[00:37] </w:t>
      </w:r>
      <w:r>
        <w:t>islam</w:t>
      </w:r>
    </w:p>
    <w:p>
      <w:pPr>
        <w:jc w:val="right"/>
      </w:pPr>
      <w:r>
        <w:t>اسلام</w:t>
      </w:r>
    </w:p>
    <w:p>
      <w:r>
        <w:rPr>
          <w:b/>
        </w:rPr>
        <w:t xml:space="preserve">[00:42] </w:t>
      </w:r>
      <w:r>
        <w:t>shuru hua pehle peghambar se, aur aakhri peghambar ka jo deen aaya wo sab islami tha.</w:t>
      </w:r>
    </w:p>
    <w:p>
      <w:pPr>
        <w:jc w:val="right"/>
      </w:pPr>
      <w:r>
        <w:t>شروع ہوا پہلے پیغمبر سے، اور آخری پیغمبر کا جو دین آیا وہ سب اسلامی تھا۔</w:t>
      </w:r>
    </w:p>
    <w:p>
      <w:r>
        <w:rPr>
          <w:b/>
        </w:rPr>
        <w:t xml:space="preserve">[00:56] </w:t>
      </w:r>
      <w:r>
        <w:t>lekin</w:t>
      </w:r>
    </w:p>
    <w:p>
      <w:pPr>
        <w:jc w:val="right"/>
      </w:pPr>
      <w:r>
        <w:t>لیکن</w:t>
      </w:r>
    </w:p>
    <w:p>
      <w:r>
        <w:rPr>
          <w:b/>
        </w:rPr>
        <w:t xml:space="preserve">[01:00] </w:t>
      </w:r>
      <w:r>
        <w:t>pichhle peghambaron ke zamane mein islam, yani</w:t>
      </w:r>
    </w:p>
    <w:p>
      <w:pPr>
        <w:jc w:val="right"/>
      </w:pPr>
      <w:r>
        <w:t>پچھلے پیغمبروں کے زمانے میں اسلام، یعنی</w:t>
      </w:r>
    </w:p>
    <w:p>
      <w:r>
        <w:rPr>
          <w:b/>
        </w:rPr>
        <w:t xml:space="preserve">[01:08] </w:t>
      </w:r>
      <w:r>
        <w:t>region of god, preserve nahin reh saka. to aakhri rasool ke zamane mein Allah taala ne special madad ki, aur wo hamesha ke liye preserve ho gaya.</w:t>
      </w:r>
    </w:p>
    <w:p>
      <w:pPr>
        <w:jc w:val="right"/>
      </w:pPr>
      <w:r>
        <w:t>ریجن آف گاڈ، پریزرو نہیں رہ سکا۔ تو آخری رسول کے زمانے میں اللہ تعالیٰ نے اسپیشل مدد کی، اور وہ ہمیشہ کے لیے پریزرو ہو گیا۔</w:t>
      </w:r>
    </w:p>
    <w:p>
      <w:r>
        <w:rPr>
          <w:b/>
        </w:rPr>
        <w:t xml:space="preserve">[01:29] </w:t>
      </w:r>
      <w:r>
        <w:t>Islam superior religion nahi hai,</w:t>
      </w:r>
    </w:p>
    <w:p>
      <w:pPr>
        <w:jc w:val="right"/>
      </w:pPr>
      <w:r>
        <w:t>اسلام سپیریئر ریلیجن نہیں ہے،</w:t>
      </w:r>
    </w:p>
    <w:p>
      <w:r>
        <w:rPr>
          <w:b/>
        </w:rPr>
        <w:t xml:space="preserve">[01:35] </w:t>
      </w:r>
      <w:r>
        <w:t>Islam preserved religion hai.</w:t>
      </w:r>
    </w:p>
    <w:p>
      <w:pPr>
        <w:jc w:val="right"/>
      </w:pPr>
      <w:r>
        <w:t>اسلام پریزروڈ ریلیجن ہے۔</w:t>
      </w:r>
    </w:p>
    <w:p>
      <w:r>
        <w:rPr>
          <w:b/>
        </w:rPr>
        <w:t xml:space="preserve">[01:37] </w:t>
      </w:r>
      <w:r>
        <w:t>Albata chounke aik hi</w:t>
      </w:r>
    </w:p>
    <w:p>
      <w:pPr>
        <w:jc w:val="right"/>
      </w:pPr>
      <w:r>
        <w:t>البتہ چونکہ ایک ہی</w:t>
      </w:r>
    </w:p>
    <w:p>
      <w:r>
        <w:rPr>
          <w:b/>
        </w:rPr>
        <w:t xml:space="preserve">[01:40] </w:t>
      </w:r>
      <w:r>
        <w:t>paighambar ka deen</w:t>
      </w:r>
    </w:p>
    <w:p>
      <w:pPr>
        <w:jc w:val="right"/>
      </w:pPr>
      <w:r>
        <w:t>پیغمبر کا دین</w:t>
      </w:r>
    </w:p>
    <w:p>
      <w:r>
        <w:rPr>
          <w:b/>
        </w:rPr>
        <w:t xml:space="preserve">[01:44] </w:t>
      </w:r>
      <w:r>
        <w:t>preserve hua, is liye ab baad ki naslon ke liye</w:t>
      </w:r>
    </w:p>
    <w:p>
      <w:pPr>
        <w:jc w:val="right"/>
      </w:pPr>
      <w:r>
        <w:t>پریزرو ہوا، اس لیے اب بعد کی نسلوں کے لیے</w:t>
      </w:r>
    </w:p>
    <w:p>
      <w:r>
        <w:rPr>
          <w:b/>
        </w:rPr>
        <w:t xml:space="preserve">[01:49] </w:t>
      </w:r>
      <w:r>
        <w:t>wohi authentic source hai Khuda ke</w:t>
      </w:r>
    </w:p>
    <w:p>
      <w:pPr>
        <w:jc w:val="right"/>
      </w:pPr>
      <w:r>
        <w:t>وہی اتھینٹک سورس ہے خدا کے</w:t>
      </w:r>
    </w:p>
    <w:p>
      <w:r>
        <w:rPr>
          <w:b/>
        </w:rPr>
        <w:t xml:space="preserve">[01:54] </w:t>
      </w:r>
      <w:r>
        <w:t>us ki baat things ko janne ka.</w:t>
      </w:r>
    </w:p>
    <w:p>
      <w:pPr>
        <w:jc w:val="right"/>
      </w:pPr>
      <w:r>
        <w:t>اس کی بات تھنگز کو جاننے کا۔</w:t>
      </w:r>
    </w:p>
    <w:p>
      <w:r>
        <w:rPr>
          <w:b/>
        </w:rPr>
        <w:t xml:space="preserve">[02:01] </w:t>
      </w:r>
      <w:r>
        <w:t>yeh hai islam. to is waqt mein islam ke baray mein kuch kehna chahta hoon.</w:t>
      </w:r>
    </w:p>
    <w:p>
      <w:pPr>
        <w:jc w:val="right"/>
      </w:pPr>
      <w:r>
        <w:t>یہ ہے اسلام۔ تو اس وقت میں اسلام کے بارے میں کچھ کہنا چاہتا ہوں۔</w:t>
      </w:r>
    </w:p>
    <w:p>
      <w:r>
        <w:rPr>
          <w:b/>
        </w:rPr>
        <w:t xml:space="preserve">[02:13] </w:t>
      </w:r>
      <w:r>
        <w:t>basically islam ke do aspect hain: aik hai ideology, aur doosra hai practical wisdom ya practical form.</w:t>
      </w:r>
    </w:p>
    <w:p>
      <w:pPr>
        <w:jc w:val="right"/>
      </w:pPr>
      <w:r>
        <w:t>بیسکلی اسلام کے دو اسپیکٹ ہیں: ایک ہے آئیڈیالوجی، اور دوسرا ہے پریکٹیکل وزڈم یا پریکٹیکل فارم۔</w:t>
      </w:r>
    </w:p>
    <w:p>
      <w:r>
        <w:rPr>
          <w:b/>
        </w:rPr>
        <w:t xml:space="preserve">[02:30] </w:t>
      </w:r>
      <w:r>
        <w:t>dekhiye, ideology ka mamla yeh hai ke woh</w:t>
      </w:r>
    </w:p>
    <w:p>
      <w:pPr>
        <w:jc w:val="right"/>
      </w:pPr>
      <w:r>
        <w:t>دیکھیے، آئیڈیالوجی کا معاملہ یہ ہے کہ وہ</w:t>
      </w:r>
    </w:p>
    <w:p>
      <w:r>
        <w:rPr>
          <w:b/>
        </w:rPr>
        <w:t xml:space="preserve">[02:40] </w:t>
      </w:r>
      <w:r>
        <w:t>ideal par base karti hai.</w:t>
      </w:r>
    </w:p>
    <w:p>
      <w:pPr>
        <w:jc w:val="right"/>
      </w:pPr>
      <w:r>
        <w:t>آئیڈیل پر بیس کرتی ہے۔</w:t>
      </w:r>
    </w:p>
    <w:p>
      <w:r>
        <w:rPr>
          <w:b/>
        </w:rPr>
        <w:t xml:space="preserve">[02:45] </w:t>
      </w:r>
      <w:r>
        <w:t>ideology ke liye zaroori hai ke woh ideal sense mein theek ho. less than ideal nahi ho sakti ideology.</w:t>
      </w:r>
    </w:p>
    <w:p>
      <w:pPr>
        <w:jc w:val="right"/>
      </w:pPr>
      <w:r>
        <w:t>آئیڈیالوجی کے لیے ضروری ہے کہ وہ آئیڈیل سینس میں ٹھیک ہو۔ لیس دین آئیڈیل نہیں ہو سکتی آئیڈیالوجی۔</w:t>
      </w:r>
    </w:p>
    <w:p>
      <w:r>
        <w:rPr>
          <w:b/>
        </w:rPr>
        <w:t xml:space="preserve">[02:59] </w:t>
      </w:r>
      <w:r>
        <w:t>albata jo practical implication hai, us mein ideal nahi chalta.</w:t>
      </w:r>
    </w:p>
    <w:p>
      <w:pPr>
        <w:jc w:val="right"/>
      </w:pPr>
      <w:r>
        <w:t>البتہ جو پریکٹیکل ایمپلیکیشن ہے، اس میں آئیڈیل نہیں چلتا۔</w:t>
      </w:r>
    </w:p>
    <w:p>
      <w:r>
        <w:rPr>
          <w:b/>
        </w:rPr>
        <w:t xml:space="preserve">[03:10] </w:t>
      </w:r>
      <w:r>
        <w:t>us mein jo usool hai, woh hai ideal can not be achieved in practical matters. to is lihaaz se</w:t>
      </w:r>
    </w:p>
    <w:p>
      <w:pPr>
        <w:jc w:val="right"/>
      </w:pPr>
      <w:r>
        <w:t>اس میں جو اصول ہے، وہ ہے آئیڈیل کین ناٹ بی اچیوڈ ان پریکٹیکل میٹرز۔ تو اس لحاظ سے</w:t>
      </w:r>
    </w:p>
    <w:p>
      <w:r>
        <w:rPr>
          <w:b/>
        </w:rPr>
        <w:t xml:space="preserve">[03:25] </w:t>
      </w:r>
      <w:r>
        <w:t>islam ke do hissay bante hain: aik ideology, jo perfect hai aur</w:t>
      </w:r>
    </w:p>
    <w:p>
      <w:pPr>
        <w:jc w:val="right"/>
      </w:pPr>
      <w:r>
        <w:t>اسلام کے دو حصے بنتے ہیں: ایک آئیڈیالوجی، جو پرفیکٹ ہے اور</w:t>
      </w:r>
    </w:p>
    <w:p>
      <w:r>
        <w:rPr>
          <w:b/>
        </w:rPr>
        <w:t xml:space="preserve">[03:36] </w:t>
      </w:r>
      <w:r>
        <w:t>100 fisad durust hai, aur doosre is ka implementation.</w:t>
      </w:r>
    </w:p>
    <w:p>
      <w:pPr>
        <w:jc w:val="right"/>
      </w:pPr>
      <w:r>
        <w:t>100 فیصد درست ہے، اور دوسرے اس کا امپلیمنٹیشن۔</w:t>
      </w:r>
    </w:p>
    <w:p>
      <w:r>
        <w:rPr>
          <w:b/>
        </w:rPr>
        <w:t xml:space="preserve">[03:50] </w:t>
      </w:r>
      <w:r>
        <w:t>to implementation ke aitbaar se is ke do hissay hain: aik hai team. team kaise banai jaye? kyunke islam aik mission hai.</w:t>
      </w:r>
    </w:p>
    <w:p>
      <w:pPr>
        <w:jc w:val="right"/>
      </w:pPr>
      <w:r>
        <w:t>تو امپلیمنٹیشن کے اعتبار سے اس کے دو حصے ہیں: ایک ہے ٹیم۔ ٹیم کیسے بنائی جائے؟ کیونکہ اسلام ایک مشن ہے۔</w:t>
      </w:r>
    </w:p>
    <w:p>
      <w:r>
        <w:rPr>
          <w:b/>
        </w:rPr>
        <w:t xml:space="preserve">[04:02] </w:t>
      </w:r>
      <w:r>
        <w:t>mission ke liye aik team chahiye. to aik sawal hai ke team kaise banai jaye? aur doosre dunya mein is ko logon ke darmiyan acceptable banana hai,</w:t>
      </w:r>
    </w:p>
    <w:p>
      <w:pPr>
        <w:jc w:val="right"/>
      </w:pPr>
      <w:r>
        <w:t>مشن کے لیے ایک ٹیم چاہیے۔ تو ایک سوال ہے کہ ٹیم کیسے بنائی جائے؟ اور دوسرے دنیا میں اس کو لوگوں کے درمیان ایکسیپٹیبل بنانا ہے،</w:t>
      </w:r>
    </w:p>
    <w:p>
      <w:r>
        <w:rPr>
          <w:b/>
        </w:rPr>
        <w:t xml:space="preserve">[04:21] </w:t>
      </w:r>
      <w:r>
        <w:t>to is ka method kya ho? to yeh do cheezein hain, yani team aur method. isi ke baray mein mein kuch arz karna chahta hoon.</w:t>
      </w:r>
    </w:p>
    <w:p>
      <w:pPr>
        <w:jc w:val="right"/>
      </w:pPr>
      <w:r>
        <w:t>تو اس کا میتھڈ کیا ہو؟ تو یہ دو چیزیں ہیں، یعنی ٹیم اور میتھڈ۔ اسی کے بارے میں میں کچھ عرض کرنا چاہتا ہوں۔</w:t>
      </w:r>
    </w:p>
    <w:p>
      <w:r>
        <w:rPr>
          <w:b/>
        </w:rPr>
        <w:t xml:space="preserve">[04:35] </w:t>
      </w:r>
      <w:r>
        <w:t>dekhiye, jo ideology hai islam ki,</w:t>
      </w:r>
    </w:p>
    <w:p>
      <w:pPr>
        <w:jc w:val="right"/>
      </w:pPr>
      <w:r>
        <w:t>دیکھیے، جو آئیڈیالوجی ہے اسلام کی،</w:t>
      </w:r>
    </w:p>
    <w:p>
      <w:r>
        <w:rPr>
          <w:b/>
        </w:rPr>
        <w:t xml:space="preserve">[04:40] </w:t>
      </w:r>
      <w:r>
        <w:t>woh to is ka maakhaz sirf aik hi hai, aur woh hai quran. quran mein hai ke: "ومن یبتغ غیر غیر الاسلام دینا فلیقبل من وہ فی الاخرۃ من الخاسرین".</w:t>
      </w:r>
    </w:p>
    <w:p>
      <w:pPr>
        <w:jc w:val="right"/>
      </w:pPr>
      <w:r>
        <w:t>وہ تو اس کا ماخذ صرف ایک ہی ہے، اور وہ ہے قرآن۔ قرآن میں ہے کہ: "ومن یبتغ غیر غیر الاسلام دینا فلیقبل من وہ فی الاخرۃ من الخاسرین"۔</w:t>
      </w:r>
    </w:p>
    <w:p>
      <w:r>
        <w:rPr>
          <w:b/>
        </w:rPr>
        <w:t xml:space="preserve">[04:58] </w:t>
      </w:r>
      <w:r>
        <w:t>yeh elaan hai quran majeed mein ke ab chunke islam preserved mazhab ka hissa rakhta hai, is liye wohi authentic hai aur wohi approve kiya jayega Allah taala ke haan.</w:t>
      </w:r>
    </w:p>
    <w:p>
      <w:pPr>
        <w:jc w:val="right"/>
      </w:pPr>
      <w:r>
        <w:t>یہ اعلان ہے قرآن مجید میں کہ اب چونکہ اسلام پریزروڈ مذہب کا حصہ رکھتا ہے، اس لیے وہی اتھینٹک ہے اور وہی اپروو کیا جائے گا اللہ تعالیٰ کے ہاں۔</w:t>
      </w:r>
    </w:p>
    <w:p>
      <w:r>
        <w:rPr>
          <w:b/>
        </w:rPr>
        <w:t xml:space="preserve">[05:14] </w:t>
      </w:r>
      <w:r>
        <w:t>to jahan tak Allah ke deen ki ideology ki baat hai, is ko janne ka authentic source sirf aik hi hai, aur woh hai quran.</w:t>
      </w:r>
    </w:p>
    <w:p>
      <w:pPr>
        <w:jc w:val="right"/>
      </w:pPr>
      <w:r>
        <w:t>تو جہاں تک اللہ کے دین کی آئیڈیالوجی کی بات ہے، اس کو جاننے کا اتھینٹک سورس صرف ایک ہی ہے، اور وہ ہے قرآن۔</w:t>
      </w:r>
    </w:p>
    <w:p>
      <w:r>
        <w:rPr>
          <w:b/>
        </w:rPr>
        <w:t xml:space="preserve">[05:26] </w:t>
      </w:r>
      <w:r>
        <w:t>jo aadmi janna chahta ho ke "what is the creation plan of God", "mein kyun paida hua", "maut kya hai", "maut ke baad kya hai", "mera future kaise successful ho sakta hai" waghera, yeh sab jo cheezein hain,</w:t>
      </w:r>
    </w:p>
    <w:p>
      <w:pPr>
        <w:jc w:val="right"/>
      </w:pPr>
      <w:r>
        <w:t>جو آدمی جاننا چاہتا ہو کہ "واٹ از دا کریشن پلان آف گاڈ"، "میں کیوں پیدا ہوا"، "موت کیا ہے"، "موت کے بعد کیا ہے"، "میرا فیوچر کیسے سکسیس فل ہو سکتا ہے" وغیرہ، یہ سب جو چیزیں ہیں،</w:t>
      </w:r>
    </w:p>
    <w:p>
      <w:r>
        <w:rPr>
          <w:b/>
        </w:rPr>
        <w:t xml:space="preserve">[05:51] </w:t>
      </w:r>
      <w:r>
        <w:t>to in ka jo ideological aspect hai, woh sirf quran se maloom hoga.</w:t>
      </w:r>
    </w:p>
    <w:p>
      <w:pPr>
        <w:jc w:val="right"/>
      </w:pPr>
      <w:r>
        <w:t>تو ان کا جو آئیڈیالوجیکل اسپیکٹ ہے، وہ صرف قرآن سے معلوم ہوگا۔</w:t>
      </w:r>
    </w:p>
    <w:p>
      <w:r>
        <w:rPr>
          <w:b/>
        </w:rPr>
        <w:t xml:space="preserve">[06:00] </w:t>
      </w:r>
      <w:r>
        <w:t>misal ke tor par, hum paida hote hain, mar jate hain. to aik aam aadmi soch sakta hai ke bas yeh hi dunya ki zindagi hai, yehin paida ho, yehin par khao piyo aur mar jao.</w:t>
      </w:r>
    </w:p>
    <w:p>
      <w:pPr>
        <w:jc w:val="right"/>
      </w:pPr>
      <w:r>
        <w:t>مثال کے طور پر، ہم پیدا ہوتے ہیں، مر جاتے ہیں۔ تو ایک عام آدمی سوچ سکتا ہے کہ بس یہی دنیا کی زندگی ہے، یہیں پیدا ہو، یہیں پر کھاؤ پیو اور مر جاؤ۔</w:t>
      </w:r>
    </w:p>
    <w:p>
      <w:r>
        <w:rPr>
          <w:b/>
        </w:rPr>
        <w:t xml:space="preserve">[06:19] </w:t>
      </w:r>
      <w:r>
        <w:t>lekin quran batata hai ke aisa nahi hai. yeh dunya mein aadmi aata hai test ke liye. to yeh test period hai.</w:t>
      </w:r>
    </w:p>
    <w:p>
      <w:pPr>
        <w:jc w:val="right"/>
      </w:pPr>
      <w:r>
        <w:t>لیکن قرآن بتاتا ہے کہ ایسا نہیں ہے۔ یہ دنیا میں آدمی آتا ہے ٹیسٹ کے لیے۔ تو یہ ٹیسٹ پیریڈ ہے۔</w:t>
      </w:r>
    </w:p>
    <w:p>
      <w:r>
        <w:rPr>
          <w:b/>
        </w:rPr>
        <w:t xml:space="preserve">[06:34] </w:t>
      </w:r>
      <w:r>
        <w:t>test hai azadi ka. Khuda ne aap ko azadi di hai, aur Khuda yeh dekhna chahta hai ke woh kaun hai jo apni azadi ko mehsoos karta hai, kaun apni azadi ko theek theek istemal karta hai.</w:t>
      </w:r>
    </w:p>
    <w:p>
      <w:pPr>
        <w:jc w:val="right"/>
      </w:pPr>
      <w:r>
        <w:t>ٹیسٹ ہے آزادی کا۔ خدا نے آپ کو آزادی دی ہے، اور خدا یہ دیکھنا چاہتا ہے کہ وہ کون ہے جو اپنی آزادی کو محسوس کرتا ہے، کون اپنی آزادی کو ٹھیک ٹھیک استعمال کرتا ہے۔</w:t>
      </w:r>
    </w:p>
    <w:p>
      <w:r>
        <w:rPr>
          <w:b/>
        </w:rPr>
        <w:t xml:space="preserve">[06:52] </w:t>
      </w:r>
      <w:r>
        <w:t>dekhiye, is kainat mein jitni cheezein hain, chahe sitare hon, sayare hon, pahad hon, samandar hon, darakht hon, hatta ke haiwan, sab ke sab Allah ke control mein hain.</w:t>
      </w:r>
    </w:p>
    <w:p>
      <w:pPr>
        <w:jc w:val="right"/>
      </w:pPr>
      <w:r>
        <w:t>دیکھیے، اس کائنات میں جتنی چیزیں ہیں، چاہے ستارے ہوں، سیارے ہوں، پہاڑ ہوں، سمندر ہوں، درخت ہوں، حتیٰ کہ حیوان، سب کے سب اللہ کے کنٹرول میں ہیں۔</w:t>
      </w:r>
    </w:p>
    <w:p>
      <w:r>
        <w:rPr>
          <w:b/>
        </w:rPr>
        <w:t xml:space="preserve">[07:08] </w:t>
      </w:r>
      <w:r>
        <w:t>poori tarah wohi karte hain jo law of nature hai, jo divine law hai, us se woh kabhi bhi idhar udhar hatate nahi hain.</w:t>
      </w:r>
    </w:p>
    <w:p>
      <w:pPr>
        <w:jc w:val="right"/>
      </w:pPr>
      <w:r>
        <w:t>پوری طرح وہ وہی کرتے ہیں جو لاء آف نیچر ہے، جو ڈیوائن لاء ہے، اس سے وہ کبھی بھی ادھر ادھر ہٹتے نہیں ہیں۔</w:t>
      </w:r>
    </w:p>
    <w:p>
      <w:r>
        <w:rPr>
          <w:b/>
        </w:rPr>
        <w:t xml:space="preserve">[07:21] </w:t>
      </w:r>
      <w:r>
        <w:t>to in ko kaha azadi nahi hai, wahan compulsion hai. insaan ko azadi di gayi hai. insaan ko bhi agarche</w:t>
      </w:r>
    </w:p>
    <w:p>
      <w:pPr>
        <w:jc w:val="right"/>
      </w:pPr>
      <w:r>
        <w:t>تو ان کو کہا آزادی نہیں ہے، وہاں کمپرشن ہے۔ انسان کو آزادی دی گئی ہے۔ انسان کو بھی اگرچہ</w:t>
      </w:r>
    </w:p>
    <w:p>
      <w:r>
        <w:rPr>
          <w:b/>
        </w:rPr>
        <w:t xml:space="preserve">[07:35] </w:t>
      </w:r>
      <w:r>
        <w:t>yehi karna hai ke woh Allah ke qanoon ko follow kare, lekin yeh kaam insaan ko apni azadi se karna hai.</w:t>
      </w:r>
    </w:p>
    <w:p>
      <w:pPr>
        <w:jc w:val="right"/>
      </w:pPr>
      <w:r>
        <w:t>یہی کرنا ہے کہ وہ اللہ کے قانون کو فالو کرے، لیکن یہ کام انسان کو اپنی آزادی سے کرنا ہے۔</w:t>
      </w:r>
    </w:p>
    <w:p>
      <w:r>
        <w:rPr>
          <w:b/>
        </w:rPr>
        <w:t xml:space="preserve">[07:47] </w:t>
      </w:r>
      <w:r>
        <w:t>yani sari kainat mein ghaas se le kar galaxy tak har ek silent language bol raha hai ke "khudaya, tu ne mujhe paida kiya,</w:t>
      </w:r>
    </w:p>
    <w:p>
      <w:pPr>
        <w:jc w:val="right"/>
      </w:pPr>
      <w:r>
        <w:t>یعنی ساری کائنات میں گھاس سے لے کر گلیکسی تک ہر ایک سائلنٹ لینگویج بول رہا ہے کہ "خدایا، تو نے مجھے پیدا کیا،</w:t>
      </w:r>
    </w:p>
    <w:p>
      <w:r>
        <w:rPr>
          <w:b/>
        </w:rPr>
        <w:t xml:space="preserve">[08:03] </w:t>
      </w:r>
      <w:r>
        <w:t>mein tere laws ko follow karta hoon"۔ insan is zameen par khada hota hai aur khud apne irade se, apne ikhtiyar se, apni azadi se kehta hai ke "khudaya, mein tera banda hoon,</w:t>
      </w:r>
    </w:p>
    <w:p>
      <w:pPr>
        <w:jc w:val="right"/>
      </w:pPr>
      <w:r>
        <w:t>میں تیرے لاز کو فالو کرتا ہوں"۔ انسان اس زمین پر کھڑا ہوتا ہے اور خود اپنے ارادے سے، اپنے اختیار سے، اپنی آزادی سے کہتا ہے کہ "خدایا، میں تیرا بندہ ہوں،</w:t>
      </w:r>
    </w:p>
    <w:p>
      <w:r>
        <w:rPr>
          <w:b/>
        </w:rPr>
        <w:t xml:space="preserve">[08:22] </w:t>
      </w:r>
      <w:r>
        <w:t>mein</w:t>
      </w:r>
    </w:p>
    <w:p>
      <w:pPr>
        <w:jc w:val="right"/>
      </w:pPr>
      <w:r>
        <w:t>میں</w:t>
      </w:r>
    </w:p>
    <w:p>
      <w:r>
        <w:rPr>
          <w:b/>
        </w:rPr>
        <w:t xml:space="preserve">[08:26] </w:t>
      </w:r>
      <w:r>
        <w:t>tere qanoon ka paband hoon"۔ to agarche insan inkar kar sakta hai, lekin apni inkari ka, apne inkar, woh inkar ka choice nahi leta.</w:t>
      </w:r>
    </w:p>
    <w:p>
      <w:pPr>
        <w:jc w:val="right"/>
      </w:pPr>
      <w:r>
        <w:t>تیرے قانون کا پابند ہوں"۔ تو اگرچہ انسان انکار کر سکتا ہے، لیکن اپنی انکاری کا، اپنے انکار، وہ انکار کا چوائس نہیں لیتا۔</w:t>
      </w:r>
    </w:p>
    <w:p>
      <w:r>
        <w:rPr>
          <w:b/>
        </w:rPr>
        <w:t xml:space="preserve">[08:42] </w:t>
      </w:r>
      <w:r>
        <w:t>agarche do choice hain insan ke liye: inkar ka bhi, iqrar ka bhi. lekin insan khud apni azadi se inkar ka choice nahi leta, woh iqrar ka choice leta hai.</w:t>
      </w:r>
    </w:p>
    <w:p>
      <w:pPr>
        <w:jc w:val="right"/>
      </w:pPr>
      <w:r>
        <w:t>اگرچہ دو چوائس ہیں انسان کے لیے: انکار کا بھی، اقرار کا بھی۔ لیکن انسان خود اپنی آزادی سے انکار کا چوائس نہیں لیتا، وہ اقرار کا چوائس لیتا ہے۔</w:t>
      </w:r>
    </w:p>
    <w:p>
      <w:r>
        <w:rPr>
          <w:b/>
        </w:rPr>
        <w:t xml:space="preserve">[08:56] </w:t>
      </w:r>
      <w:r>
        <w:t>isi waja se insan ka darja bohat barhta hai, aur isi liye us ko jannat hai. is ke liye</w:t>
      </w:r>
    </w:p>
    <w:p>
      <w:pPr>
        <w:jc w:val="right"/>
      </w:pPr>
      <w:r>
        <w:t>اسی وجہ سے انسان کا درجہ بہت بڑھتا ہے، اور اسی لیے اس کو جنت ہے۔ اس کے لیے</w:t>
      </w:r>
    </w:p>
    <w:p>
      <w:r>
        <w:rPr>
          <w:b/>
        </w:rPr>
        <w:t xml:space="preserve">[09:05] </w:t>
      </w:r>
      <w:r>
        <w:t>to quran jo hai, ek lafz mein mein kahunga ke woh is ka subject jo hai, creation plan of god ko batana hai.</w:t>
      </w:r>
    </w:p>
    <w:p>
      <w:pPr>
        <w:jc w:val="right"/>
      </w:pPr>
      <w:r>
        <w:t>تو قرآن جو ہے، ایک لفظ میں میں کہوں گا کہ وہ اس کا سبجیکٹ جو ہے، کریشن پلان آف گاڈ کو بتانا ہے۔</w:t>
      </w:r>
    </w:p>
    <w:p>
      <w:r>
        <w:rPr>
          <w:b/>
        </w:rPr>
        <w:t xml:space="preserve">[09:17] </w:t>
      </w:r>
      <w:r>
        <w:t>to ek pehlu yeh hua. ab doosre jo jo jo cheezein hain, team aur method ke bare mein, us ko le jaiye. dekhiye, allah taala ne mukhtalif namune paighambaron ke zariye dunya mein qaim kiye hain taake hum ko amli taur par maloom ho sake ke kis tarah implement karna hai.</w:t>
      </w:r>
    </w:p>
    <w:p>
      <w:pPr>
        <w:jc w:val="right"/>
      </w:pPr>
      <w:r>
        <w:t>تو ایک پہلو یہ ہوا۔ اب دوسرے جو جو جو چیزیں ہیں، ٹیم اور میتھڈ کے بارے میں، اس کو لیجئے۔ دیکھیے، اللہ تعالیٰ نے مختلف نمونے پیغمبروں کے ذریعے دنیا میں قائم کیے ہیں تاکہ ہم کو عملی طور پر معلوم ہو سکے کہ کس طرح امپلیمنٹ کرنا ہے۔</w:t>
      </w:r>
    </w:p>
    <w:p>
      <w:r>
        <w:rPr>
          <w:b/>
        </w:rPr>
        <w:t xml:space="preserve">[09:40] </w:t>
      </w:r>
      <w:r>
        <w:t>yani divine ideology ko hum kis tarah implement karein, is ka namuna paighambaron ke zariye dunya mein qaim hua hai.</w:t>
      </w:r>
    </w:p>
    <w:p>
      <w:pPr>
        <w:jc w:val="right"/>
      </w:pPr>
      <w:r>
        <w:t>یعنی ڈیوائن آئیڈیالوجی کو ہم کس طرح امپلیمنٹ کریں، اس کا نمونہ پیغمبروں کے ذریعے دنیا میں قائم ہوا ہے۔</w:t>
      </w:r>
    </w:p>
    <w:p>
      <w:r>
        <w:rPr>
          <w:b/>
        </w:rPr>
        <w:t xml:space="preserve">[09:52] </w:t>
      </w:r>
      <w:r>
        <w:t>khud rasool allah is mamle mein uswa-e-hasna hain, jaisa ke quran mein ailan kiya gaya hai. yahan mein do paighambaron ka hawala doonga, kyunke log jo hain, doosre paighambaron ko sirf tareekh ki cheez samajhte hain,</w:t>
      </w:r>
    </w:p>
    <w:p>
      <w:pPr>
        <w:jc w:val="right"/>
      </w:pPr>
      <w:r>
        <w:t>خود رسول اللہ اس معاملے میں اسوہ حسنہ ہیں، جیسا کہ قرآن میں اعلان کیا گیا ہے۔ یہاں میں دو پیغمبروں کا حوالہ دوں گا، کیونکہ لوگ جو ہیں، دوسرے پیغمبروں کو صرف تاریخ کی چیز سمجھتے ہیں،</w:t>
      </w:r>
    </w:p>
    <w:p>
      <w:r>
        <w:rPr>
          <w:b/>
        </w:rPr>
        <w:t xml:space="preserve">[10:07] </w:t>
      </w:r>
      <w:r>
        <w:t>un ko apne liye model nahi samajhte. halanke quran mein saaf saaf hai ke "fa bihi q tada", yani tamam paighambaron mein tumhare liye guidance hai,</w:t>
      </w:r>
    </w:p>
    <w:p>
      <w:pPr>
        <w:jc w:val="right"/>
      </w:pPr>
      <w:r>
        <w:t>ان کو اپنے لیے ماڈل نہیں سمجھتے۔ حالانکہ قرآن میں صاف صاف ہے کہ "فبہدا مقتدا"، یعنی تمام پیغمبروں میں تمہارے لیے گائیڈنس ہے،</w:t>
      </w:r>
    </w:p>
    <w:p>
      <w:r>
        <w:rPr>
          <w:b/>
        </w:rPr>
        <w:t xml:space="preserve">[10:21] </w:t>
      </w:r>
      <w:r>
        <w:t>saaf saaf "fa bihi q tada"۔ to yeh hamare iman ka juz hai ke har paighambar ki zindagi mein rehnumai hai.</w:t>
      </w:r>
    </w:p>
    <w:p>
      <w:pPr>
        <w:jc w:val="right"/>
      </w:pPr>
      <w:r>
        <w:t>صاف صاف "فبہدا مقتدا"۔ تو یہ ہمارے ایمان کا جز ہے کہ ہر پیغمبر کی زندگی میں رہنمائی ہے۔</w:t>
      </w:r>
    </w:p>
    <w:p>
      <w:r>
        <w:rPr>
          <w:b/>
        </w:rPr>
        <w:t xml:space="preserve">[10:33] </w:t>
      </w:r>
      <w:r>
        <w:t>to yahan mein is aitbar se do namune ka zikr karunga. ek hai woh namuna jo ismail bin ibrahim</w:t>
      </w:r>
    </w:p>
    <w:p>
      <w:pPr>
        <w:jc w:val="right"/>
      </w:pPr>
      <w:r>
        <w:t>تو یہاں میں اس اعتبار سے دو نمونے کا ذکر کروں گا۔ ایک ہے وہ نمونہ جو اسماعیل بن ابراہیم</w:t>
      </w:r>
    </w:p>
    <w:p>
      <w:r>
        <w:rPr>
          <w:b/>
        </w:rPr>
        <w:t xml:space="preserve">[10:47] </w:t>
      </w:r>
      <w:r>
        <w:t>ke zariye qaim hua, hazrat ismail ke zariye. doosra namuna woh hai jo yusuf bin yaqoob ke zariye qaim hua, hazrat yusuf ke zariye.</w:t>
      </w:r>
    </w:p>
    <w:p>
      <w:pPr>
        <w:jc w:val="right"/>
      </w:pPr>
      <w:r>
        <w:t>کے ذریعے قائم ہوا، حضرت اسماعیل کے ذریعے۔ دوسرا نمونہ وہ ہے جو یوسف بن یعقوب کے ذریعے قائم ہوا، حضرت یوسف کے ذریعے۔</w:t>
      </w:r>
    </w:p>
    <w:p>
      <w:r>
        <w:rPr>
          <w:b/>
        </w:rPr>
        <w:t xml:space="preserve">[10:59] </w:t>
      </w:r>
      <w:r>
        <w:t>ab dono se ek ek ko le jaiye. hazrat ismail ke zariye kaun sa namuna qaim hua? woh namuna yeh tha ke team kaise banai jaye.</w:t>
      </w:r>
    </w:p>
    <w:p>
      <w:pPr>
        <w:jc w:val="right"/>
      </w:pPr>
      <w:r>
        <w:t>اب دونوں سے ایک ایک کو لیجئے۔ حضرت اسماعیل کے ذریعے کون سا نمونہ قائم ہوا؟ وہ نمونہ یہ تھا کہ ٹیم کیسے بنائی جائے۔</w:t>
      </w:r>
    </w:p>
    <w:p>
      <w:r>
        <w:rPr>
          <w:b/>
        </w:rPr>
        <w:t xml:space="preserve">[11:13] </w:t>
      </w:r>
      <w:r>
        <w:t>dekhein, aap ki itni achi ideology ho, lekin aap ko jab tak aap ke paas team na ho, tab tak aap koi bara kaam nahi kar sakte.</w:t>
      </w:r>
    </w:p>
    <w:p>
      <w:pPr>
        <w:jc w:val="right"/>
      </w:pPr>
      <w:r>
        <w:t>دیکھیں، آپ کی اتنی اچھی آئیڈیالوجی ہو، لیکن آپ کو جب تک آپ کے پاس ٹیم نہ ہو، تب تک آپ کوئی بڑا کام نہیں کر سکتے۔</w:t>
      </w:r>
    </w:p>
    <w:p>
      <w:r>
        <w:rPr>
          <w:b/>
        </w:rPr>
        <w:t xml:space="preserve">[11:25] </w:t>
      </w:r>
      <w:r>
        <w:t>ek aadmi nahi, koi bara kaam kar sakta. to aap ke sath ek team honi chahiye. to team kaise bane, is ka namuna qaim hua hazrat ismail ke zariye se,</w:t>
      </w:r>
    </w:p>
    <w:p>
      <w:pPr>
        <w:jc w:val="right"/>
      </w:pPr>
      <w:r>
        <w:t>ایک آدمی نہیں، کوئی بڑا کام کر سکتا۔ تو آپ کے ساتھ ایک ٹیم ہونی چاہیے۔ تو ٹیم کیسے بنے، اس کا نمونہ قائم ہوا حضرت اسماعیل کے ذریعے سے،</w:t>
      </w:r>
    </w:p>
    <w:p>
      <w:r>
        <w:rPr>
          <w:b/>
        </w:rPr>
        <w:t xml:space="preserve">[11:39] </w:t>
      </w:r>
      <w:r>
        <w:t>jo hazrat ibrahim ke bete the. is namune mein hazrat ibrahim, hazrat haajra, hazrat ismail, teen aadmi ka basic role hai.</w:t>
      </w:r>
    </w:p>
    <w:p>
      <w:pPr>
        <w:jc w:val="right"/>
      </w:pPr>
      <w:r>
        <w:t>جو حضرت ابراہیم کے بیٹے تھے۔ اس نمونے میں حضرت ابراہیم، حضرت ہاجرہ، حضرت اسماعیل، تین آدمی کا بیسک رول ہے۔</w:t>
      </w:r>
    </w:p>
    <w:p>
      <w:r>
        <w:rPr>
          <w:b/>
        </w:rPr>
        <w:t xml:space="preserve">[11:53] </w:t>
      </w:r>
      <w:r>
        <w:t>hazrat ibrahim paida hue iraq mein, wahan unhone dawat ka kaam kiya.</w:t>
      </w:r>
    </w:p>
    <w:p>
      <w:pPr>
        <w:jc w:val="right"/>
      </w:pPr>
      <w:r>
        <w:t>حضرت ابراہیم پیدا ہوئے عراق میں، وہاں انہوں نے دعوتی کام کیا۔</w:t>
      </w:r>
    </w:p>
    <w:p>
      <w:r>
        <w:rPr>
          <w:b/>
        </w:rPr>
        <w:t xml:space="preserve">[12:03] </w:t>
      </w:r>
      <w:r>
        <w:t>to wahan par team nahi bani, wahan par afraad ikattha nahi hue, woh akele reh gaye. to bara kaam kaise ho?</w:t>
      </w:r>
    </w:p>
    <w:p>
      <w:pPr>
        <w:jc w:val="right"/>
      </w:pPr>
      <w:r>
        <w:t>تو وہاں پر ٹیم نہیں بنی، وہاں پر افراد اکٹھا نہیں ہوئے، وہ اکیلے رہ گئے۔ تو بڑا کام کیسے ہو؟</w:t>
      </w:r>
    </w:p>
    <w:p>
      <w:r>
        <w:rPr>
          <w:b/>
        </w:rPr>
        <w:t xml:space="preserve">[12:15] </w:t>
      </w:r>
      <w:r>
        <w:t>is ke liye team chahiye. to ek team banane ke liye allah taala ne unhein hukum diya ke tum le jao apni aulad ko aur un ko basa do desert mein.</w:t>
      </w:r>
    </w:p>
    <w:p>
      <w:pPr>
        <w:jc w:val="right"/>
      </w:pPr>
      <w:r>
        <w:t>اس کے لیے ٹیم چاہیے۔ تو ایک ٹیم بنانے کے لیے اللہ تعالیٰ نے انہیں حکم دیا کہ تم لے جاؤ اپنی اولاد کو اور ان کو بسا دو ڈیزرٹ میں۔</w:t>
      </w:r>
    </w:p>
    <w:p>
      <w:r>
        <w:rPr>
          <w:b/>
        </w:rPr>
        <w:t xml:space="preserve">[12:27] </w:t>
      </w:r>
      <w:r>
        <w:t>quran mein hai ke hazrat ibrahim ne farmaya: "rabb inni askantu min zurriyyati biwadin ghairi zar'in 'inda baitika al-muharram" ke maine apne</w:t>
      </w:r>
    </w:p>
    <w:p>
      <w:pPr>
        <w:jc w:val="right"/>
      </w:pPr>
      <w:r>
        <w:t>قرآن میں ہے کہ حضرت ابراہیم نے فرمایا: "رب انی اسکنت من ذریتی بباد غیر ذرین عند بیت المحرم" کہ میں نے اپنے</w:t>
      </w:r>
    </w:p>
    <w:p>
      <w:r>
        <w:rPr>
          <w:b/>
        </w:rPr>
        <w:t xml:space="preserve">[12:45] </w:t>
      </w:r>
      <w:r>
        <w:t>apni aulad ko basa diya hai desert mein, sahra mein.</w:t>
      </w:r>
    </w:p>
    <w:p>
      <w:pPr>
        <w:jc w:val="right"/>
      </w:pPr>
      <w:r>
        <w:t>اپنی اولاد کو بسا دیا ہے ڈیزرٹ میں، صحرا میں۔</w:t>
      </w:r>
    </w:p>
    <w:p>
      <w:r>
        <w:rPr>
          <w:b/>
        </w:rPr>
        <w:t xml:space="preserve">[12:55] </w:t>
      </w:r>
      <w:r>
        <w:t>yeh hai, yeh hai in his da beginning. team banane ki beginning is se maloom hoti hai ke agar aap ko team banana ho to aap ko kuch aise afraad</w:t>
      </w:r>
    </w:p>
    <w:p>
      <w:pPr>
        <w:jc w:val="right"/>
      </w:pPr>
      <w:r>
        <w:t>یہ ہے، یہ ہے ان ہیز دا بگننگ۔ ٹیم بنانے کی بگننگ اس سے معلوم ہوتی ہے کہ اگر آپ کو ٹیم بنانا ہو تو آپ کو کچھ ایسے افراد</w:t>
      </w:r>
    </w:p>
    <w:p>
      <w:r>
        <w:rPr>
          <w:b/>
        </w:rPr>
        <w:t xml:space="preserve">[13:13] </w:t>
      </w:r>
      <w:r>
        <w:t>talash karne chahiye jo desert mein settle hone ke tayyar hon. lekin yahan desert alamati lafz hai. aaj ke zamane mein is ka amli shakal desert nahi hogi.</w:t>
      </w:r>
    </w:p>
    <w:p>
      <w:pPr>
        <w:jc w:val="right"/>
      </w:pPr>
      <w:r>
        <w:t>تلاش کرنے چاہیے جو ڈیزرٹ میں سیٹل ہونے کے تیار ہوں۔ لیکن یہاں ڈیزرٹ علامتی لفظ ہے۔ آج کے زمانے میں اس کا عملی شکل ڈیزرٹ نہیں ہوگی۔</w:t>
      </w:r>
    </w:p>
    <w:p>
      <w:r>
        <w:rPr>
          <w:b/>
        </w:rPr>
        <w:t xml:space="preserve">[13:30] </w:t>
      </w:r>
      <w:r>
        <w:t>aaj aap apne sathiyon ko le kar desert mein nahin jaayenge. aaj kya hai? aaj jo hai, in desert mein kyon gaye the woh log?</w:t>
      </w:r>
    </w:p>
    <w:p>
      <w:pPr>
        <w:jc w:val="right"/>
      </w:pPr>
      <w:r>
        <w:t>آج آپ اپنے ساتھیوں کو لے کر ڈیزرٹ میں نہیں جائیں گے۔ آج کیا ہے؟ آج جو ہے، ان ڈیزرٹ میں کیوں گئے تھے وہ لوگ؟</w:t>
      </w:r>
    </w:p>
    <w:p>
      <w:r>
        <w:rPr>
          <w:b/>
        </w:rPr>
        <w:t xml:space="preserve">[13:42] </w:t>
      </w:r>
      <w:r>
        <w:t>kyonke shahron mein jo temptation hai, jo distraction hai, us se bachane ke liye.</w:t>
      </w:r>
    </w:p>
    <w:p>
      <w:pPr>
        <w:jc w:val="right"/>
      </w:pPr>
      <w:r>
        <w:t>کیونکہ شہروں میں جو ٹیمپٹیشن ہے، جو ڈسٹریکشن ہے، اس سے بچانے کے لیے۔</w:t>
      </w:r>
    </w:p>
    <w:p>
      <w:r>
        <w:rPr>
          <w:b/>
        </w:rPr>
        <w:t xml:space="preserve">[13:52] </w:t>
      </w:r>
      <w:r>
        <w:t>yaani yoon kehna chahiye ke world of distraction se bacha kar ek kahin jagah le jaana jahan kam se kam distraction ho, aur phir wahan un ko train karna.</w:t>
      </w:r>
    </w:p>
    <w:p>
      <w:pPr>
        <w:jc w:val="right"/>
      </w:pPr>
      <w:r>
        <w:t>یعنی یوں کہنا چاہیے کہ ورلڈ آف ڈسٹریکشن سے بچا کر ایک کہیں جگہ لے جانا جہاں کم سے کم ڈسٹریکشن ہو، اور پھر وہاں ان کو ٹرین کرنا۔</w:t>
      </w:r>
    </w:p>
    <w:p>
      <w:r>
        <w:rPr>
          <w:b/>
        </w:rPr>
        <w:t xml:space="preserve">[14:10] </w:t>
      </w:r>
      <w:r>
        <w:t>to aaj ke zamane mein kya hai? aaj ke zamane mein desert woh jagah nahin jahan aap team banaayen. isi duniya mein banana padega aap ko.</w:t>
      </w:r>
    </w:p>
    <w:p>
      <w:pPr>
        <w:jc w:val="right"/>
      </w:pPr>
      <w:r>
        <w:t>تو آج کے زمانے میں کیا ہے؟ آج کے زمانے میں ڈیزرٹ وہ جگہ نہیں جہاں آپ ٹیم بنائیں۔ اسی دنیا میں بنانا پڑے گا آپ کو۔</w:t>
      </w:r>
    </w:p>
    <w:p>
      <w:r>
        <w:rPr>
          <w:b/>
        </w:rPr>
        <w:t xml:space="preserve">[14:23] </w:t>
      </w:r>
      <w:r>
        <w:t>to kuch logon ke andar, kuch log aise jahan mile aap ko hausla wale jo is ke liye tayyar hon ke waadi ghair zarr mein bas bas basne ke liye tayyar hon.</w:t>
      </w:r>
    </w:p>
    <w:p>
      <w:pPr>
        <w:jc w:val="right"/>
      </w:pPr>
      <w:r>
        <w:t>تو کچھ لوگوں کے اندر، کچھ لوگ ایسے جہاں ملے آپ کو حوصلہ والے جو اس کے لیے تیار ہوں کہ وادی غیر ذرے میں بس بس بسنے کے لیے تیار ہوں۔</w:t>
      </w:r>
    </w:p>
    <w:p>
      <w:r>
        <w:rPr>
          <w:b/>
        </w:rPr>
        <w:t xml:space="preserve">[14:37] </w:t>
      </w:r>
      <w:r>
        <w:t>yaani temptation se door, interest se door, material comfort se door.</w:t>
      </w:r>
    </w:p>
    <w:p>
      <w:pPr>
        <w:jc w:val="right"/>
      </w:pPr>
      <w:r>
        <w:t>یعنی ٹیمپٹیشن سے دور، انٹرسٹ سے دور، مٹیریل کمفرٹ سے دور۔</w:t>
      </w:r>
    </w:p>
    <w:p>
      <w:r>
        <w:rPr>
          <w:b/>
        </w:rPr>
        <w:t xml:space="preserve">[14:45] </w:t>
      </w:r>
      <w:r>
        <w:t>yeh matlab hai is ka. ishkant mun zirrati babad ghair zarrin ka aaj ke lihaaz se jo is ka</w:t>
      </w:r>
    </w:p>
    <w:p>
      <w:pPr>
        <w:jc w:val="right"/>
      </w:pPr>
      <w:r>
        <w:t>یہ مطلب ہے اس کا۔ اسکنت من ذریتی بباد غیر ذرین کا آج کے لحاظ سے جو اس کا</w:t>
      </w:r>
    </w:p>
    <w:p>
      <w:r>
        <w:rPr>
          <w:b/>
        </w:rPr>
        <w:t xml:space="preserve">[14:58] </w:t>
      </w:r>
      <w:r>
        <w:t>jo is ki shakal hogi, woh yeh hogi ke aise kuch afraad aap ko agar milte hain, aisa afraad aap ko talash karne hain jo is ke liye tayyar hon ke woh apne aap ko distraction se bachaayenge,</w:t>
      </w:r>
    </w:p>
    <w:p>
      <w:pPr>
        <w:jc w:val="right"/>
      </w:pPr>
      <w:r>
        <w:t>جو اس کی شکل ہوگی، وہ یہ ہوگی کہ ایسے کچھ افراد آپ کو اگر ملتے ہیں، ایسا افراد آپ کو تلاش کرنے ہیں جو اس کے لیے تیار ہوں کہ وہ اپنے آپ کو ڈسٹریکشن سے بچائیں گے،</w:t>
      </w:r>
    </w:p>
    <w:p>
      <w:r>
        <w:rPr>
          <w:b/>
        </w:rPr>
        <w:t xml:space="preserve">[15:15] </w:t>
      </w:r>
      <w:r>
        <w:t>material interest se bachaayenge. aaj kya cheezein hain? dekhiye, aaj jo hai, jab bhi aap koi kaam karta hai to media ka zamana hai.</w:t>
      </w:r>
    </w:p>
    <w:p>
      <w:pPr>
        <w:jc w:val="right"/>
      </w:pPr>
      <w:r>
        <w:t>مٹیریل انٹرسٹ سے بچائیں گے۔ آج کیا چیزیں ہیں؟ دیکھیے، آج جو ہے، جب بھی آپ کوئی کام کرتا ہے تو میڈیا کا زمانہ ہے۔</w:t>
      </w:r>
    </w:p>
    <w:p>
      <w:r>
        <w:rPr>
          <w:b/>
        </w:rPr>
        <w:t xml:space="preserve">[15:25] </w:t>
      </w:r>
      <w:r>
        <w:t>aap foran media mein aate hain, wahan aap ki tasveerein chapti hain, TV mein aap aate hain, aise hi aap juloos nikaalte hain, jalsa karte hain to woh bhi media mein aata hai.</w:t>
      </w:r>
    </w:p>
    <w:p>
      <w:pPr>
        <w:jc w:val="right"/>
      </w:pPr>
      <w:r>
        <w:t>آپ فوراً میڈیا میں آتے ہیں، وہاں آپ کی تصویریں چھپتی ہیں، ٹی وی میں آپ آتے ہیں، ایسے ہی آپ جلوس نکالتے ہیں، جلسہ کرتے ہیں تو وہ بھی میڈیا میں آتا ہے۔</w:t>
      </w:r>
    </w:p>
    <w:p>
      <w:r>
        <w:rPr>
          <w:b/>
        </w:rPr>
        <w:t xml:space="preserve">[15:40] </w:t>
      </w:r>
      <w:r>
        <w:t>to yeh yeh hai woh cheez jo wajah banti hai distraction ki. to aise logon ko aap ko dhoondna hai, aise naujawanon ko jo in cheezon se oopar uth saken.</w:t>
      </w:r>
    </w:p>
    <w:p>
      <w:pPr>
        <w:jc w:val="right"/>
      </w:pPr>
      <w:r>
        <w:t>تو یہ یہ ہے وہ چیز جو وجہ بنتی ہے ڈسٹریکشن کی۔ تو ایسے لوگوں کو آپ کو ڈھونڈنا ہے، ایسے نوجوانوں کو جو ان چیزوں سے اوپر اٹھ سکیں۔</w:t>
      </w:r>
    </w:p>
    <w:p>
      <w:r>
        <w:rPr>
          <w:b/>
        </w:rPr>
        <w:t xml:space="preserve">[15:57] </w:t>
      </w:r>
      <w:r>
        <w:t>jo desert mein gaye the, woh in cheezon se oopar uth gaye the. is waqt ke jo distraction the, us se oopar uth gaye, uth kar ke woh sar-e-aam chale gaye the.</w:t>
      </w:r>
    </w:p>
    <w:p>
      <w:pPr>
        <w:jc w:val="right"/>
      </w:pPr>
      <w:r>
        <w:t>جو ڈیزرٹ میں گئے تھے، وہ ان چیزوں سے اوپر اٹھ گئے تھے۔ اس وقت کے جو ڈسٹریکشن تھے، اس سے اوپر اٹھ گئے، اٹھ کر کے وہ سرعام چلے گئے تھے۔</w:t>
      </w:r>
    </w:p>
    <w:p>
      <w:r>
        <w:rPr>
          <w:b/>
        </w:rPr>
        <w:t xml:space="preserve">[16:06] </w:t>
      </w:r>
      <w:r>
        <w:t>aaj ka jo distraction hai, woh kya hai? woh fame, popularity, material interest, money ki rail pel is zamane mein hai.</w:t>
      </w:r>
    </w:p>
    <w:p>
      <w:pPr>
        <w:jc w:val="right"/>
      </w:pPr>
      <w:r>
        <w:t>آج کا جو ڈسٹریکشن ہے، وہ کیا ہے؟ وہ فیم، پاپولیرٹی، مٹیریل انٹرسٹ، منی کی ریل پیل اس زمانے میں ہے۔</w:t>
      </w:r>
    </w:p>
    <w:p>
      <w:r>
        <w:rPr>
          <w:b/>
        </w:rPr>
        <w:t xml:space="preserve">[16:19] </w:t>
      </w:r>
      <w:r>
        <w:t>har aadmi paisa kama raha hai, is rail pel se door apne ko le aana. to bahut zyada distraction badh gaya hai is zamane mein.</w:t>
      </w:r>
    </w:p>
    <w:p>
      <w:pPr>
        <w:jc w:val="right"/>
      </w:pPr>
      <w:r>
        <w:t>ہر آدمی پیسہ کما رہا ہے، اس ریل پیل سے دور اپنے کو لے آنا۔ تو بہت زیادہ ڈسٹریکشن بڑھ گیا ہے اس زمانے میں۔</w:t>
      </w:r>
    </w:p>
    <w:p>
      <w:r>
        <w:rPr>
          <w:b/>
        </w:rPr>
        <w:t xml:space="preserve">[16:33] </w:t>
      </w:r>
      <w:r>
        <w:t>to jo aise hausla mand hon ke is se oopar uth saken, aise naujawan, un ko le kar ke aap ko train karna hai. yaani dobara aap ko aise afraad chahiye jo tayyar hon is baat ke liye ke woh</w:t>
      </w:r>
    </w:p>
    <w:p>
      <w:pPr>
        <w:jc w:val="right"/>
      </w:pPr>
      <w:r>
        <w:t>تو جو ایسے حوصلہ مند ہوں کہ اس سے اوپر اٹھ سکیں، ایسے نوجوان، ان کو لے کر کے آپ کو ٹرین کرنا ہے۔ یعنی دوبارہ آپ کو ایسے افراد چاہیے جو تیار ہوں اس بات کے لیے کہ وہ</w:t>
      </w:r>
    </w:p>
    <w:p>
      <w:r>
        <w:rPr>
          <w:b/>
        </w:rPr>
        <w:t xml:space="preserve">[16:56] </w:t>
      </w:r>
      <w:r>
        <w:t>jis tarah se woh log jo Hazrat Ibrahim ke aulad thin, apne zamane ke lihaaz se jo material interest tha, jo distraction tha, us se oopar uthe.</w:t>
      </w:r>
    </w:p>
    <w:p>
      <w:pPr>
        <w:jc w:val="right"/>
      </w:pPr>
      <w:r>
        <w:t>جس طرح سے وہ لوگ جو حضرت ابراہیم کے اولاد تھیں، اپنے زمانے کے لحاظ سے جو مٹیریل انٹرسٹ تھا، جو ڈسٹریکشن تھا، اس سے اوپر اٹھے۔</w:t>
      </w:r>
    </w:p>
    <w:p>
      <w:r>
        <w:rPr>
          <w:b/>
        </w:rPr>
        <w:t xml:space="preserve">[17:08] </w:t>
      </w:r>
      <w:r>
        <w:t>woh oopar uthne ki shakal yeh hui ke ja kar desert mein bas gaye. woh ab wahan par ek lambi muddat tak, yaani generation after generation, ek ek team banti rahi.</w:t>
      </w:r>
    </w:p>
    <w:p>
      <w:pPr>
        <w:jc w:val="right"/>
      </w:pPr>
      <w:r>
        <w:t>وہ اوپر اٹھنے کی شکل یہ ہوئی کہ جا کر ڈیزرٹ میں بس گئے۔ وہ اب وہاں پر ایک لمبی مدت تک، یعنی جنریشن آفٹر جنریشن، ایک ایک ٹیم بنتی رہی۔</w:t>
      </w:r>
    </w:p>
    <w:p>
      <w:r>
        <w:rPr>
          <w:b/>
        </w:rPr>
        <w:t xml:space="preserve">[17:24] </w:t>
      </w:r>
      <w:r>
        <w:t>to aaj hum mein samajhta hoon ke aaj ka zamana woh zamana nahin hai ke aap ko bahut lambi muddat tak intezaar karna pade. aaj ek hi generation mein yeh kaam ho sakta hai kyonke ab bahut zyada zraa'e haasil ho gaye hain jo us waqt haasil nahin the.</w:t>
      </w:r>
    </w:p>
    <w:p>
      <w:pPr>
        <w:jc w:val="right"/>
      </w:pPr>
      <w:r>
        <w:t>تو آج ہم میں سمجھتا ہوں کہ آج کا زمانہ وہ زمانہ نہیں ہے کہ آپ کو بہت لمبی مدت تک انتظار کرنا پڑے۔ آج ایک ہی جنریشن میں یہ کام ہو سکتا ہے کیونکہ اب بہت زیادہ ذرائع حاصل ہو گئے ہیں جو اس وقت حاصل نہیں تھے۔</w:t>
      </w:r>
    </w:p>
    <w:p>
      <w:r>
        <w:rPr>
          <w:b/>
        </w:rPr>
        <w:t xml:space="preserve">[17:42] </w:t>
      </w:r>
      <w:r>
        <w:t>yaani aaj print media, electronic media, communication, interaction</w:t>
      </w:r>
    </w:p>
    <w:p>
      <w:pPr>
        <w:jc w:val="right"/>
      </w:pPr>
      <w:r>
        <w:t>یعنی آج پرنٹ میڈیا، الیکٹرانک میڈیا، کمیونیکیشن، انٹریکشن</w:t>
      </w:r>
    </w:p>
    <w:p>
      <w:r>
        <w:rPr>
          <w:b/>
        </w:rPr>
        <w:t xml:space="preserve">[17:51] </w:t>
      </w:r>
      <w:r>
        <w:t>waghera, rapid transport.</w:t>
      </w:r>
    </w:p>
    <w:p>
      <w:pPr>
        <w:jc w:val="right"/>
      </w:pPr>
      <w:r>
        <w:t>وغیرہ، ریپڈ ٹرانسپورٹ۔</w:t>
      </w:r>
    </w:p>
    <w:p>
      <w:r>
        <w:rPr>
          <w:b/>
        </w:rPr>
        <w:t xml:space="preserve">[17:58] </w:t>
      </w:r>
      <w:r>
        <w:t>jaise kal mein kal shaam ko main ne apne daftar mein, apne daftar se telephone ke zariye main ne khitaab kiya.</w:t>
      </w:r>
    </w:p>
    <w:p>
      <w:pPr>
        <w:jc w:val="right"/>
      </w:pPr>
      <w:r>
        <w:t>جیسے کل میں کل شام کو میں نے اپنے دفتر میں، اپنے دفتر سے ٹیلی فون کے ذریعے میں نے خطاب کیا۔</w:t>
      </w:r>
    </w:p>
    <w:p>
      <w:r>
        <w:rPr>
          <w:b/>
        </w:rPr>
        <w:t xml:space="preserve">[18:11] </w:t>
      </w:r>
      <w:r>
        <w:t>America mein aap ko maloom hai ke America mein kuch log is is mission mein lage hain aur unhon ne wahan par ek ek group banaya hai, is ka naam hai "Al-Risala Forum International".</w:t>
      </w:r>
    </w:p>
    <w:p>
      <w:pPr>
        <w:jc w:val="right"/>
      </w:pPr>
      <w:r>
        <w:t>امریکہ میں آپ کو معلوم ہے کہ امریکہ میں کچھ لوگ اس اس مشن میں لگے ہیں اور انہوں نے وہاں پر ایک ایک گروپ بنایا ہے، اس کا نام ہے "الرسالہ فورم انٹرنیشنل"۔</w:t>
      </w:r>
    </w:p>
    <w:p>
      <w:r>
        <w:rPr>
          <w:b/>
        </w:rPr>
        <w:t xml:space="preserve">[18:28] </w:t>
      </w:r>
      <w:r>
        <w:t>to tele teleconferencing hui. main bhi telephone mein bola. woh log mukhtalif shaharoon mein the, woh bhi telephone par ek doosre se marboot hue.</w:t>
      </w:r>
    </w:p>
    <w:p>
      <w:pPr>
        <w:jc w:val="right"/>
      </w:pPr>
      <w:r>
        <w:t>تو ٹیلی ٹیلی کانفرنسنگ ہوئی۔ میں بھی ٹیلی فون میں بولا۔ وہ لوگ مختلف شہروں میں تھے، وہ بھی ٹیلی فون پر ایک دوسرے سے مربوط ہوئے۔</w:t>
      </w:r>
    </w:p>
    <w:p>
      <w:r>
        <w:rPr>
          <w:b/>
        </w:rPr>
        <w:t xml:space="preserve">[18:40] </w:t>
      </w:r>
      <w:r>
        <w:t>to yeh teleconferencing jo aaj hui, yeh pehle kahan mumkin thi? yaani 15 hazar kilometer ke radius mein log base hue, ek doosre se, yaani</w:t>
      </w:r>
    </w:p>
    <w:p>
      <w:pPr>
        <w:jc w:val="right"/>
      </w:pPr>
      <w:r>
        <w:t>تو یہ ٹیلی کانفرنسنگ جو آج ہوئی، یہ پہلے کہاں ممکن تھی؟ یعنی 15 ہزار کلومیٹر کے ریڈیس میں لوگ بسے ہوئے، ایک دوسرے سے، یعنی</w:t>
      </w:r>
    </w:p>
    <w:p>
      <w:r>
        <w:rPr>
          <w:b/>
        </w:rPr>
        <w:t xml:space="preserve">[18:59] </w:t>
      </w:r>
      <w:r>
        <w:t>ek doosre se milte rahe, yaani ek doosre se baat karte rahe, discussion karte rahe. instantly, yaani aisa nahin ke main boloon to kal woh awaaz aap tak pahuche.</w:t>
      </w:r>
    </w:p>
    <w:p>
      <w:pPr>
        <w:jc w:val="right"/>
      </w:pPr>
      <w:r>
        <w:t>ایک دوسرے سے ملتے رہے، یعنی ایک دوسرے سے بات کرتے رہے، ڈسکشن کرتے رہے۔ انسٹنٹلی، یعنی ایسا نہیں کہ میں بولوں تو کل وہ آواز آپ تک پہنچے۔</w:t>
      </w:r>
    </w:p>
    <w:p>
      <w:r>
        <w:rPr>
          <w:b/>
        </w:rPr>
        <w:t xml:space="preserve">[19:12] </w:t>
      </w:r>
      <w:r>
        <w:t>jaise hum khat bhejte the pehle zamane mein to kaha jata tha ke india mein ek khat teen din mein pohanchta hai aur bahar jane ke liye ek mahina chahiye.</w:t>
      </w:r>
    </w:p>
    <w:p>
      <w:pPr>
        <w:jc w:val="right"/>
      </w:pPr>
      <w:r>
        <w:t>جیسے ہم خط بھیجتے تھے پہلے زمانے میں تو کہا جاتا تھا کہ انڈیا میں ایک خط تین دن میں پہنچتا ہے اور باہر جانے کے لیے ایک مہینہ چاہیے۔</w:t>
      </w:r>
    </w:p>
    <w:p>
      <w:r>
        <w:rPr>
          <w:b/>
        </w:rPr>
        <w:t xml:space="preserve">[19:21] </w:t>
      </w:r>
      <w:r>
        <w:t>to aisa nahin. idhar main bola, idhar unhon ne suna. idhar woh bolay, idhar maine suna. to ab itna zyada har cheez rapid ho gayi hai, itni tez ho gayi hai ke ab natija lene ke liye humein itni lambi muddat intezar karne ki zarurat nahin hai jo ke Hazrat Hajra aur Ismail ko karna pada tha.</w:t>
      </w:r>
    </w:p>
    <w:p>
      <w:pPr>
        <w:jc w:val="right"/>
      </w:pPr>
      <w:r>
        <w:t>تو ایسا نہیں۔ ادھر میں بولا، ادھر انہوں نے سنا۔ ادھر وہ بولے، ادھر میں نے سنا۔ تو اب اتنا زیادہ ہر چیز ریپڈ ہو گئی ہے، اتنی تیز ہو گئی ہے کہ اب نتیجہ لینے کے لیے ہمیں اتنی لمبی مدت انتظار کرنے کی ضرورت نہیں ہے جو کہ حضرت ہاجرہ اور اسماعیل کو کرنا پڑا تھا۔</w:t>
      </w:r>
    </w:p>
    <w:p>
      <w:r>
        <w:rPr>
          <w:b/>
        </w:rPr>
        <w:t xml:space="preserve">[19:43] </w:t>
      </w:r>
      <w:r>
        <w:t>to aaj jo hai, modern technique, modern technology, modern zarea ko istemal karke bahut jald hum result hasil kar sakte hain.</w:t>
      </w:r>
    </w:p>
    <w:p>
      <w:pPr>
        <w:jc w:val="right"/>
      </w:pPr>
      <w:r>
        <w:t>تو آج جو ہے، ماڈرن ٹیکنیک، ماڈرن ٹیکنالوجی، ماڈرن ذرائع کو استعمال کر کے بہت جلد ہم رزلٹ حاصل کر سکتے ہیں۔</w:t>
      </w:r>
    </w:p>
    <w:p>
      <w:r>
        <w:rPr>
          <w:b/>
        </w:rPr>
        <w:t xml:space="preserve">[19:53] </w:t>
      </w:r>
      <w:r>
        <w:t>lekin zarurat isi ki hai ke dobara aise afraad milen aap ko, itne hosla mand jo waqti temptation se oopar uth saken,</w:t>
      </w:r>
    </w:p>
    <w:p>
      <w:pPr>
        <w:jc w:val="right"/>
      </w:pPr>
      <w:r>
        <w:t>لیکن ضرورت اسی کی ہے کہ دوبارہ ایسے افراد ملیں آپ کو، اتنے حوصلہ مند جو وقتی ٹیمپٹیشن سے اوپر اٹھ سکیں،</w:t>
      </w:r>
    </w:p>
    <w:p>
      <w:r>
        <w:rPr>
          <w:b/>
        </w:rPr>
        <w:t xml:space="preserve">[20:07] </w:t>
      </w:r>
      <w:r>
        <w:t>waqti distraction se oopar uth saken, aur apne aap ko ek ek ek cause ke liye dedicate kar dein ke hum ko hum ko train karo, hum ko tayyar karo.</w:t>
      </w:r>
    </w:p>
    <w:p>
      <w:pPr>
        <w:jc w:val="right"/>
      </w:pPr>
      <w:r>
        <w:t>وقتی ڈسٹریکشن سے اوپر اٹھ سکیں، اور اپنے آپ کو ایک ایک ایک کاز کے لیے ڈیڈیکیٹ کر دیں کہ ہم کو ہم کو ٹرین کرو، ہم کو تیار کرو۔</w:t>
      </w:r>
    </w:p>
    <w:p>
      <w:r>
        <w:rPr>
          <w:b/>
        </w:rPr>
        <w:t xml:space="preserve">[20:21] </w:t>
      </w:r>
      <w:r>
        <w:t>to yeh hai ke Islam ka jo mission hai, Islam ka jo jo jo aalmi mission hai, us ke liye humein team chahiye.</w:t>
      </w:r>
    </w:p>
    <w:p>
      <w:pPr>
        <w:jc w:val="right"/>
      </w:pPr>
      <w:r>
        <w:t>تو یہ ہے کہ اسلام کا جو مشن ہے، اسلام کا جو جو جو عالمی مشن ہے، اس کے لیے ہمیں ٹیم چاہیے۔</w:t>
      </w:r>
    </w:p>
    <w:p>
      <w:r>
        <w:rPr>
          <w:b/>
        </w:rPr>
        <w:t xml:space="preserve">[20:36] </w:t>
      </w:r>
      <w:r>
        <w:t>baghair team ke hum is mission ko bade paimane par nahin chala sakte. lekin team ki tayyari ke liye wohi humein dobara wohi history repeat karni padegi jo Hazrat Hajra ke zamane mein hui thi.</w:t>
      </w:r>
    </w:p>
    <w:p>
      <w:pPr>
        <w:jc w:val="right"/>
      </w:pPr>
      <w:r>
        <w:t>بغیر ٹیم کے ہم اس مشن کو بڑے پیمانے پر نہیں چلا سکتے۔ لیکن ٹیم کی تیاری کے لیے وہی ہمیں دوبارہ وہی ہسٹری ریپیٹ کرنی پڑے گی جو حضرت ہاجرہ کے زمانے میں ہوئی۔</w:t>
      </w:r>
    </w:p>
    <w:p>
      <w:r>
        <w:rPr>
          <w:b/>
        </w:rPr>
        <w:t xml:space="preserve">[20:48] </w:t>
      </w:r>
      <w:r>
        <w:t>babaad ghair zar, yani wadi ghair zar, ghair zar mein un ko ikattha karna hoga, yani ek brand land mein.</w:t>
      </w:r>
    </w:p>
    <w:p>
      <w:pPr>
        <w:jc w:val="right"/>
      </w:pPr>
      <w:r>
        <w:t>بباد غیر ذر، یعنی وادی غیر ذر، غیر ذر میں ان کو اکٹھا کرنا ہوگا، یعنی ایک برینڈ لینڈ میں۔</w:t>
      </w:r>
    </w:p>
    <w:p>
      <w:r>
        <w:rPr>
          <w:b/>
        </w:rPr>
        <w:t xml:space="preserve">[20:59] </w:t>
      </w:r>
      <w:r>
        <w:t>Lekin aaj ka brand land woh nahi hai jo pehle tha.</w:t>
      </w:r>
    </w:p>
    <w:p>
      <w:pPr>
        <w:jc w:val="right"/>
      </w:pPr>
      <w:r>
        <w:t>لیکن آج کا برینڈ لینڈ وہ نہیں ہے جو پہلے تھا۔</w:t>
      </w:r>
    </w:p>
    <w:p>
      <w:r>
        <w:rPr>
          <w:b/>
        </w:rPr>
        <w:t xml:space="preserve">[21:03] </w:t>
      </w:r>
      <w:r>
        <w:t>Is is ayat mein doosra jo bohat bara pehlu is ka hai</w:t>
      </w:r>
    </w:p>
    <w:p>
      <w:pPr>
        <w:jc w:val="right"/>
      </w:pPr>
      <w:r>
        <w:t>اس اس آیت میں دوسرا جو بہت بڑا پہلو اس کا ہے</w:t>
      </w:r>
    </w:p>
    <w:p>
      <w:r>
        <w:rPr>
          <w:b/>
        </w:rPr>
        <w:t xml:space="preserve">[21:11] </w:t>
      </w:r>
      <w:r>
        <w:t>ke jab kuch log yeh yeh Allah ke bharose par yeh karein ke woh apne aap ko</w:t>
      </w:r>
    </w:p>
    <w:p>
      <w:pPr>
        <w:jc w:val="right"/>
      </w:pPr>
      <w:r>
        <w:t>کہ جب کچھ لوگ یہ یہ اللہ کے بھروسے پر یہ کریں کہ وہ اپنے آپ کو</w:t>
      </w:r>
    </w:p>
    <w:p>
      <w:r>
        <w:rPr>
          <w:b/>
        </w:rPr>
        <w:t xml:space="preserve">[21:19] </w:t>
      </w:r>
      <w:r>
        <w:t>team ki shakal banane ke liye apne aap ko de dein Allah ke</w:t>
      </w:r>
    </w:p>
    <w:p>
      <w:pPr>
        <w:jc w:val="right"/>
      </w:pPr>
      <w:r>
        <w:t>ٹیم کی شکل بنانے کے لیے اپنے آپ کو دے دیں اللہ کے</w:t>
      </w:r>
    </w:p>
    <w:p>
      <w:r>
        <w:rPr>
          <w:b/>
        </w:rPr>
        <w:t xml:space="preserve">[21:25] </w:t>
      </w:r>
      <w:r>
        <w:t>Allah ke mission mein, to Allah ki rahain toot padti hain.</w:t>
      </w:r>
    </w:p>
    <w:p>
      <w:pPr>
        <w:jc w:val="right"/>
      </w:pPr>
      <w:r>
        <w:t>اللہ کے مشن میں، تو اللہ کی راہوں ٹوٹ پڑتی ہیں۔</w:t>
      </w:r>
    </w:p>
    <w:p>
      <w:r>
        <w:rPr>
          <w:b/>
        </w:rPr>
        <w:t xml:space="preserve">[21:31] </w:t>
      </w:r>
      <w:r>
        <w:t>chunanche Quran mein bataya gaya hai ke logon par har taraf se rizq aane laga. kabhi bhi aisa nahin hua ke woh bhookon bhare, aur phir maujooda zamane mein to un ko</w:t>
      </w:r>
    </w:p>
    <w:p>
      <w:pPr>
        <w:jc w:val="right"/>
      </w:pPr>
      <w:r>
        <w:t>چنانچہ قرآن میں بتایا گیا ہے کہ لوگوں پر ہر طرف سے رزق آنے لگا۔ کبھی بھی ایسا نہیں ہوا کہ وہ بھوکوں بھرے، اور پھر موجودہ زمانے میں تو ان کو</w:t>
      </w:r>
    </w:p>
    <w:p>
      <w:r>
        <w:rPr>
          <w:b/>
        </w:rPr>
        <w:t xml:space="preserve">[21:48] </w:t>
      </w:r>
      <w:r>
        <w:t>petrol daal ke barish ho gayi un ke oopar. isi ka yeh extension hai. to jo log yeh hosla karein, un ke liye basharat hai ke yeh hosla karein ke woh apne aap ko ek team banane ke liye wadi ghair zar mein daal dein ge,</w:t>
      </w:r>
    </w:p>
    <w:p>
      <w:pPr>
        <w:jc w:val="right"/>
      </w:pPr>
      <w:r>
        <w:t>پیٹرول ڈال کے بارش ہو گئی ان کے اوپر۔ اسی کا یہ ایکسٹینشن ہے۔ تو جو لوگ یہ حوصلہ کریں، ان کے لیے بشارت ہے کہ یہ حوصلہ کریں کہ وہ اپنے آپ کو ایک ٹیم بنانے کے لیے وادی غیر ذر میں ڈال دیں گے،</w:t>
      </w:r>
    </w:p>
    <w:p>
      <w:r>
        <w:rPr>
          <w:b/>
        </w:rPr>
        <w:t xml:space="preserve">[22:09] </w:t>
      </w:r>
      <w:r>
        <w:t>yani aise scheme ko apnaayen ge jahan un ke liye bazahir dunyaavi ambitions ki takmeel nahin hai.</w:t>
      </w:r>
    </w:p>
    <w:p>
      <w:pPr>
        <w:jc w:val="right"/>
      </w:pPr>
      <w:r>
        <w:t>یعنی ایسے اسکیم کو اپنائیں گے جہاں ان کے لیے بظاہر دنیاوی ایمبیشنز کی تکمیل نہیں ہے۔</w:t>
      </w:r>
    </w:p>
    <w:p>
      <w:r>
        <w:rPr>
          <w:b/>
        </w:rPr>
        <w:t xml:space="preserve">[22:20] </w:t>
      </w:r>
      <w:r>
        <w:t>misal ke taur par yeh ke woh media mein numayan nahin honge, un ke sath bheed nahin hogi, un ke sath paise ki rail peil nahin hogi, un ke pas badi badi buildingen nahin hongi, un ke pas dunya ahmiyat ki cheezen nahin hongi.</w:t>
      </w:r>
    </w:p>
    <w:p>
      <w:pPr>
        <w:jc w:val="right"/>
      </w:pPr>
      <w:r>
        <w:t>مثلاً یہ کہ وہ میڈیا میں نمایاں نہیں ہوں گے، ان کے ساتھ بھیڑ نہیں ہوگی، ان کے ساتھ پیسے کی ریل پیل نہیں ہوگی، ان کے پاس بڑی بڑی بلڈنگیں نہیں ہوں گی، ان کے پاس دنیا اہمیت کی چیزیں نہیں ہوں گی۔</w:t>
      </w:r>
    </w:p>
    <w:p>
      <w:r>
        <w:rPr>
          <w:b/>
        </w:rPr>
        <w:t xml:space="preserve">[22:36] </w:t>
      </w:r>
      <w:r>
        <w:t>is par aap log daal dein to aisa nahin hoga ke Allah taala unhein isi halat mein chhod de. aisa nahin ho sakta.</w:t>
      </w:r>
    </w:p>
    <w:p>
      <w:pPr>
        <w:jc w:val="right"/>
      </w:pPr>
      <w:r>
        <w:t>اس پر آپ لوگ ڈال دیں تو ایسا نہیں ہوگا کہ اللہ تعالیٰ انہیں اسی حالت میں چھوڑ دے۔ ایسا نہیں ہو سکتا۔</w:t>
      </w:r>
    </w:p>
    <w:p>
      <w:r>
        <w:rPr>
          <w:b/>
        </w:rPr>
        <w:t xml:space="preserve">[22:46] </w:t>
      </w:r>
      <w:r>
        <w:t>zahir hai ke hadith mein aata hai ke "man ja'al al-humoom hammaan waahidan hamma al-akhirati kafahullahu 'anhum ad-dunya".</w:t>
      </w:r>
    </w:p>
    <w:p>
      <w:pPr>
        <w:jc w:val="right"/>
      </w:pPr>
      <w:r>
        <w:t>ظاہر ہے کہ حدیث میں آتا ہے کہ "من جعل الهموم ہمن واحدا ہم آخرتہ کفاہ اللہ عنہم الدنیا"۔</w:t>
      </w:r>
    </w:p>
    <w:p>
      <w:r>
        <w:rPr>
          <w:b/>
        </w:rPr>
        <w:t xml:space="preserve">[22:56] </w:t>
      </w:r>
      <w:r>
        <w:t>yani aap jab apne aap ko Allah ke mission ke liye daal dein to Allah ki nusratein toot parti hain aap ke oopar.</w:t>
      </w:r>
    </w:p>
    <w:p>
      <w:pPr>
        <w:jc w:val="right"/>
      </w:pPr>
      <w:r>
        <w:t>یعنی آپ جب اپنے آپ کو اللہ کے مشن کے لیے ڈال دیں تو اللہ کی نصرتیں ٹوٹ پڑتی ہیں آپ کے اوپر۔</w:t>
      </w:r>
    </w:p>
    <w:p>
      <w:r>
        <w:rPr>
          <w:b/>
        </w:rPr>
        <w:t xml:space="preserve">[23:07] </w:t>
      </w:r>
      <w:r>
        <w:t>aadmi akela nahin rehta. to ek cheez yeh hai ke distraction, dis world of distraction mein kis tarah team banai jaye.</w:t>
      </w:r>
    </w:p>
    <w:p>
      <w:pPr>
        <w:jc w:val="right"/>
      </w:pPr>
      <w:r>
        <w:t>آدمی اکیلا نہیں رہتا۔ تو ایک چیز یہ ہے کہ ڈسٹریکشن، ڈس ورلڈ آف ڈسٹریکشن میں کس طرح ٹیم بنائی جائے۔</w:t>
      </w:r>
    </w:p>
    <w:p>
      <w:r>
        <w:rPr>
          <w:b/>
        </w:rPr>
        <w:t xml:space="preserve">[23:24] </w:t>
      </w:r>
      <w:r>
        <w:t>world of distraction mein kis tarah woh team banai jaye jo Islam ke mission ko le ke aage badhe. to is ka jo example hai, us ko jo model hai, woh qaim hua Hazrat Ismail, Hazrat Hajra, Hazrat Ismail, Hazrat Ibrahim ke zariye se.</w:t>
      </w:r>
    </w:p>
    <w:p>
      <w:pPr>
        <w:jc w:val="right"/>
      </w:pPr>
      <w:r>
        <w:t>ورلڈ آف ڈسٹریکشن میں کس طرح وہ ٹیم بنائی جائے جو اسلام کے مشن کو لے کے آگے بڑھے۔ تو اس کا جو ایگزامپل ہے، اس کو جو ماڈل ہے، وہ قائم ہوا حضرت اسماعیل، حضرت ہاجرہ، حضرت اسماعیل، حضرت ابراہیم کے ذریعے سے۔</w:t>
      </w:r>
    </w:p>
    <w:p>
      <w:r>
        <w:rPr>
          <w:b/>
        </w:rPr>
        <w:t xml:space="preserve">[23:44] </w:t>
      </w:r>
      <w:r>
        <w:t>to jaisa ke maine arz kiya, woh model apni haqeeqat ke aitbar se matloob hai na ke apni shakal ke aitbar se.</w:t>
      </w:r>
    </w:p>
    <w:p>
      <w:pPr>
        <w:jc w:val="right"/>
      </w:pPr>
      <w:r>
        <w:t>تو جیسا کہ میں نے عرض کیا، وہ ماڈل اپنی حقیقت کے اعتبار سے مطلوب ہے نہ کہ اپنی شکل کے اعتبار سے۔</w:t>
      </w:r>
    </w:p>
    <w:p>
      <w:r>
        <w:rPr>
          <w:b/>
        </w:rPr>
        <w:t xml:space="preserve">[23:53] </w:t>
      </w:r>
      <w:r>
        <w:t>is model ki jo spirit hai, woh aaj matloob hai. is ki jo shakal hai, woh aaj matloob nahin hai. aur spirit yahi hai ke kuch log apne aap ko Allah ke bharose par daal dein ke woh apne ko train karein, apne ko tayyar karein, apne ko prepare karein team banne ke liye.</w:t>
      </w:r>
    </w:p>
    <w:p>
      <w:pPr>
        <w:jc w:val="right"/>
      </w:pPr>
      <w:r>
        <w:t>اس ماڈل کی جو اسپرٹ ہے، وہ آج مطلوب ہے۔ اس کی جو شکل ہے، وہ آج مطلوب نہیں ہے۔ اور اسپرٹ یہی ہے کہ کچھ لوگ اپنے آپ کو اللہ کے بھروسے پر ڈال دیں کہ وہ اپنے کو ٹرین کریں، اپنے کو تیار کریں، اپنے کو پریپیئر کریں ٹیم بننے کے لیے۔</w:t>
      </w:r>
    </w:p>
    <w:p>
      <w:r>
        <w:rPr>
          <w:b/>
        </w:rPr>
        <w:t xml:space="preserve">[24:20] </w:t>
      </w:r>
      <w:r>
        <w:t>to ek yeh cheez hai ke world of distraction mein kis tarah se aisi team banai jaye jo Islam ki dawat mission ko le kar aage badhe.</w:t>
      </w:r>
    </w:p>
    <w:p>
      <w:pPr>
        <w:jc w:val="right"/>
      </w:pPr>
      <w:r>
        <w:t>تو ایک یہ چیز ہے کہ ورلڈ آف ڈسٹریکشن میں کس طرح سے ایسی ٹیم بنائی جائے جو اسلام کی دعوتی مشن کو لے کر آگے بڑھے۔</w:t>
      </w:r>
    </w:p>
    <w:p>
      <w:r>
        <w:rPr>
          <w:b/>
        </w:rPr>
        <w:t xml:space="preserve">[24:33] </w:t>
      </w:r>
      <w:r>
        <w:t>team bahut hi zaruri hai. team ke baghair kaam nahin ho sakta. Allah ke fazl se hamare mission mein yeh sari baaten wajood mein aa chuki hain.</w:t>
      </w:r>
    </w:p>
    <w:p>
      <w:pPr>
        <w:jc w:val="right"/>
      </w:pPr>
      <w:r>
        <w:t>ٹیم بہت ہی ضروری ہے۔ ٹیم کے بغیر کام نہیں ہو سکتا۔ اللہ کے فضل سے ہمارے مشن میں یہ ساری باتیں وجود میں آ چکی ہیں۔</w:t>
      </w:r>
    </w:p>
    <w:p>
      <w:r>
        <w:rPr>
          <w:b/>
        </w:rPr>
        <w:t xml:space="preserve">[24:44] </w:t>
      </w:r>
      <w:r>
        <w:t>hamari koi is mein plan nahin hai. Allah ki madad ki wajah se aisa hua ke team ban rahi hai yahan se le kar America tak, aur isi lihaz mein ban rahi hai ke woh log fi waqe wadi ghair zar mein jump kar rahe hain.</w:t>
      </w:r>
    </w:p>
    <w:p>
      <w:pPr>
        <w:jc w:val="right"/>
      </w:pPr>
      <w:r>
        <w:t>ہماری کوئی اس میں پلان نہیں ہے۔ اللہ کی مدد کی وجہ سے ایسا ہوا کہ ٹیم بن رہی ہے یہاں سے لے کر امریکہ تک، اور اسی لحاظ میں بن رہی ہے کہ وہ لوگ فی الواقع وادی غیر ذر میں جمپ کر رہے ہیں۔</w:t>
      </w:r>
    </w:p>
    <w:p>
      <w:r>
        <w:rPr>
          <w:b/>
        </w:rPr>
        <w:t xml:space="preserve">[25:02] </w:t>
      </w:r>
      <w:r>
        <w:t>yani ab dunya bhaag rahi hai material taraqqi ke liye, aur more aur more money ke money ke liye.</w:t>
      </w:r>
    </w:p>
    <w:p>
      <w:pPr>
        <w:jc w:val="right"/>
      </w:pPr>
      <w:r>
        <w:t>یعنی اب دنیا بھاگ رہی ہے مٹیریل ترقی کے لیے، اور مور اور مور منی کے منی کے لیے۔</w:t>
      </w:r>
    </w:p>
    <w:p>
      <w:r>
        <w:rPr>
          <w:b/>
        </w:rPr>
        <w:t xml:space="preserve">[25:12] </w:t>
      </w:r>
      <w:r>
        <w:t>in logon ne apne ko dala hai ke more aur more nusrat Khuda, yani bajaye is ke ke aur zyada, aur zyada paisa, aur zyada, is ke bajaye aur zyada, aur zyada Allah ki madad is rah par dala hai.</w:t>
      </w:r>
    </w:p>
    <w:p>
      <w:pPr>
        <w:jc w:val="right"/>
      </w:pPr>
      <w:r>
        <w:t>ان لوگوں نے اپنے کو ڈالا ہے کہ مور اور مور نصرت خدا، یعنی بجائے اس کے کہ اور زیادہ، اور زیادہ پیسہ، اور زیادہ، اس کے بجائے اور زیادہ، اور زیادہ اللہ کی مدد اس راہ پر ڈالا ہے۔</w:t>
      </w:r>
    </w:p>
    <w:p>
      <w:r>
        <w:rPr>
          <w:b/>
        </w:rPr>
        <w:t xml:space="preserve">[25:28] </w:t>
      </w:r>
      <w:r>
        <w:t>to allah ke fazl se hamare liye ye mustaqbil ki baat nahi, aaj ki baat hai. yani ab ye cheez waqe ho chuki hai ke pehle islam ki ideology samne aai,</w:t>
      </w:r>
    </w:p>
    <w:p>
      <w:pPr>
        <w:jc w:val="right"/>
      </w:pPr>
      <w:r>
        <w:t>تو اللہ کے فضل سے ہمارے لیے یہ مستقبل کی بات نہیں، آج کی بات ہے۔ یعنی اب یہ چیز واقع ہو چکی ہے کہ پہلے اسلام کی آئیڈیالوجی سامنے آئی،</w:t>
      </w:r>
    </w:p>
    <w:p>
      <w:r>
        <w:rPr>
          <w:b/>
        </w:rPr>
        <w:t xml:space="preserve">[25:42] </w:t>
      </w:r>
      <w:r>
        <w:t>Quran ka transition hua, Quran ki commentary likhi gayi dawat ki buniyad par, aur ab Allah ke fazl</w:t>
      </w:r>
    </w:p>
    <w:p>
      <w:pPr>
        <w:jc w:val="right"/>
      </w:pPr>
      <w:r>
        <w:t>قرآن کا ٹرانزیشن ہوا، قرآن کی کورٹری لکھی گئی دعوت کی بنیاد پر، اور اب اللہ کے فضل</w:t>
      </w:r>
    </w:p>
    <w:p>
      <w:r>
        <w:rPr>
          <w:b/>
        </w:rPr>
        <w:t xml:space="preserve">[25:50] </w:t>
      </w:r>
      <w:r>
        <w:t>se aise afraad ikhatta ho gaye hain jo apne aap ko prepare kar rahe hain, apne aap ko</w:t>
      </w:r>
    </w:p>
    <w:p>
      <w:pPr>
        <w:jc w:val="right"/>
      </w:pPr>
      <w:r>
        <w:t>سے ایسے افراد اکٹھا ہو گئے ہیں جو اپنے آپ کو پریپیئر کر رہے ہیں، اپنے آپ کو</w:t>
      </w:r>
    </w:p>
    <w:p>
      <w:r>
        <w:rPr>
          <w:b/>
        </w:rPr>
        <w:t xml:space="preserve">[25:58] </w:t>
      </w:r>
      <w:r>
        <w:t>taiyar kar rahe hain ke woh team ban kar</w:t>
      </w:r>
    </w:p>
    <w:p>
      <w:pPr>
        <w:jc w:val="right"/>
      </w:pPr>
      <w:r>
        <w:t>تیار کر رہے ہیں کہ وہ ٹیم بن کر</w:t>
      </w:r>
    </w:p>
    <w:p>
      <w:r>
        <w:rPr>
          <w:b/>
        </w:rPr>
        <w:t xml:space="preserve">[26:01] </w:t>
      </w:r>
      <w:r>
        <w:t>Islam ka jo aalmi</w:t>
      </w:r>
    </w:p>
    <w:p>
      <w:pPr>
        <w:jc w:val="right"/>
      </w:pPr>
      <w:r>
        <w:t>اسلام کا جو عالمی</w:t>
      </w:r>
    </w:p>
    <w:p>
      <w:r>
        <w:rPr>
          <w:b/>
        </w:rPr>
        <w:t xml:space="preserve">[26:07] </w:t>
      </w:r>
      <w:r>
        <w:t>mission hai, us ko</w:t>
      </w:r>
    </w:p>
    <w:p>
      <w:pPr>
        <w:jc w:val="right"/>
      </w:pPr>
      <w:r>
        <w:t>مشن ہے، اس کو</w:t>
      </w:r>
    </w:p>
    <w:p>
      <w:r>
        <w:rPr>
          <w:b/>
        </w:rPr>
        <w:t xml:space="preserve">[26:10] </w:t>
      </w:r>
      <w:r>
        <w:t>is mein apna hissa ada karein.</w:t>
      </w:r>
    </w:p>
    <w:p>
      <w:pPr>
        <w:jc w:val="right"/>
      </w:pPr>
      <w:r>
        <w:t>اس میں اپنا حصہ ادا کریں۔</w:t>
      </w:r>
    </w:p>
    <w:p>
      <w:r>
        <w:rPr>
          <w:b/>
        </w:rPr>
        <w:t xml:space="preserve">[26:14] </w:t>
      </w:r>
      <w:r>
        <w:t>dusri cheez jo main kehna chahta hoon, wo hai methodology ko le kar ke, method ko le kar ke. ye ek bahut mushkil sawal hai ke aap ek ideology ko le kar jab aate hain society mein to doosre logon ki alag ideology hai, doosre logon ke alag interest hain.</w:t>
      </w:r>
    </w:p>
    <w:p>
      <w:pPr>
        <w:jc w:val="right"/>
      </w:pPr>
      <w:r>
        <w:t>دوسری چیز جو میں کہنا چاہتا ہوں، وہ ہے میتھڈالوجی کو لے کر کے، میتھڈ کو لے کر کے۔ یہ ایک بہت مشکل سوال ہے کہ آپ ایک آئیڈیالوجی کو لے کر جب آتے ہیں سوسائٹی میں تو دوسرے لوگوں کی الگ آئیڈیالوجی ہے، دوسرے لوگوں کے الگ انٹرسٹ ہیں۔</w:t>
      </w:r>
    </w:p>
    <w:p>
      <w:r>
        <w:rPr>
          <w:b/>
        </w:rPr>
        <w:t xml:space="preserve">[26:33] </w:t>
      </w:r>
      <w:r>
        <w:t>har aadmi apni azadi ko istemal kar raha hai. to qadam bad qadam par rukawat. is lihaz se main kahunga ke ye masla jo hai, agar world of conflict mein, world of conflict mein ye talash karna ke kaise apne mission ko aap chalayen,</w:t>
      </w:r>
    </w:p>
    <w:p>
      <w:pPr>
        <w:jc w:val="right"/>
      </w:pPr>
      <w:r>
        <w:t>ہر آدمی اپنی آزادی کو استعمال کر رہا ہے۔ تو قدم بد قدم پر رکاوٹ۔ اس لحاظ سے میں کہوں گا کہ یہ مسئلہ جو ہے، اگر ورلڈ آف کانفلکٹ میں، ورلڈ آف کانفلکٹ میں یہ تلاش کرنا کہ کیسے اپنے مشن کو آپ چلائیں،</w:t>
      </w:r>
    </w:p>
    <w:p>
      <w:r>
        <w:rPr>
          <w:b/>
        </w:rPr>
        <w:t xml:space="preserve">[26:56] </w:t>
      </w:r>
      <w:r>
        <w:t>wahan jo tha ke world of distraction mein kaise aap ek team banayen, ye wahan ye sawal tha. yahan ye sawal hai ke world of conflict mein kaise aap apne liye rasta nikalein,</w:t>
      </w:r>
    </w:p>
    <w:p>
      <w:pPr>
        <w:jc w:val="right"/>
      </w:pPr>
      <w:r>
        <w:t>وہاں جو تھا کہ ورلڈ آف ڈسٹریکشن میں کیسے آپ ایک ٹیم بنائیں، یہ وہاں یہ سوال تھا۔ یہاں یہ سوال ہے کہ ورلڈ آف کانفلکٹ میں کیسے آپ اپنے لیے راستہ نکالیں،</w:t>
      </w:r>
    </w:p>
    <w:p>
      <w:r>
        <w:rPr>
          <w:b/>
        </w:rPr>
        <w:t xml:space="preserve">[27:11] </w:t>
      </w:r>
      <w:r>
        <w:t>kaise aap apne mission ko aage badhayen. to is ka namuna dekhiye, paighambaron ka hai, khud rasool allah ka hai, lekin ek bahut hi zabardast namuna quran mein wo hai jo surah yusuf mein hai.</w:t>
      </w:r>
    </w:p>
    <w:p>
      <w:pPr>
        <w:jc w:val="right"/>
      </w:pPr>
      <w:r>
        <w:t>کیسے آپ اپنے مشن کو آگے بڑھائیں۔ تو اس کا نمونہ دیکھیے، پیغمبروں کا ہے، خود رسول اللہ کا ہے، لیکن ایک بہت ہی زبردست نمونہ قرآن میں وہ ہے جو سورہ یوسف میں ہے۔</w:t>
      </w:r>
    </w:p>
    <w:p>
      <w:r>
        <w:rPr>
          <w:b/>
        </w:rPr>
        <w:t xml:space="preserve">[27:29] </w:t>
      </w:r>
      <w:r>
        <w:t>isi namune ki wajah se is ko asal al qasas kaha gaya hai ke hazrat yusuf ke ke namuno ko kaha gaya asal al qasas, best story.</w:t>
      </w:r>
    </w:p>
    <w:p>
      <w:pPr>
        <w:jc w:val="right"/>
      </w:pPr>
      <w:r>
        <w:t>اسی نمونے کی وجہ سے اس کو اصل القصص کہا گیا ہے کہ حضرت یوسف کے کے نمونوں کو کہا گیا اصل القصص، بیسٹ سٹوری۔</w:t>
      </w:r>
    </w:p>
    <w:p>
      <w:r>
        <w:rPr>
          <w:b/>
        </w:rPr>
        <w:t xml:space="preserve">[27:42] </w:t>
      </w:r>
      <w:r>
        <w:t>ye lafz quran mein kahin aur kisi aur ke liye nahi aaya hai, hazrat ibrahim ke liye aaya hai, uswa hasna, uswa hasna.</w:t>
      </w:r>
    </w:p>
    <w:p>
      <w:pPr>
        <w:jc w:val="right"/>
      </w:pPr>
      <w:r>
        <w:t>یہ لفظ قرآن میں کہیں اور کسی اور کے لیے نہیں آیا ہے، حضرت ابراہیم کے لیے آیا ہے، اسوہ حسنہ، اسوہ حسنہ۔</w:t>
      </w:r>
    </w:p>
    <w:p>
      <w:r>
        <w:rPr>
          <w:b/>
        </w:rPr>
        <w:t xml:space="preserve">[27:52] </w:t>
      </w:r>
      <w:r>
        <w:t>yahan hazrat yusuf ke liye lafz aaya hai, asal al qasas, best story. to hazrat yusuf ki zindagi mein best story hai, yani best example hai.</w:t>
      </w:r>
    </w:p>
    <w:p>
      <w:pPr>
        <w:jc w:val="right"/>
      </w:pPr>
      <w:r>
        <w:t>یہاں حضرت یوسف کے لیے لفظ آیا ہے، اصل القصص، بیسٹ سٹوری۔ تو حضرت یوسف کی زندگی میں بیسٹ سٹوری ہے، یعنی بیسٹ ایگزامپل ہے۔</w:t>
      </w:r>
    </w:p>
    <w:p>
      <w:r>
        <w:rPr>
          <w:b/>
        </w:rPr>
        <w:t xml:space="preserve">[28:06] </w:t>
      </w:r>
      <w:r>
        <w:t>ye bahut hi ajib baat hai, aur quran ki ek hi aisi ek hi aisi surah hai ke poori surah mein ek hi paighambar ka zikr hai, hazrat yusuf ka, wo surah yusuf.</w:t>
      </w:r>
    </w:p>
    <w:p>
      <w:pPr>
        <w:jc w:val="right"/>
      </w:pPr>
      <w:r>
        <w:t>یہ بہت ہی عجیب بات ہے، اور قرآن کی ایک ہی ایسی ایک ہی ایسی سورہ ہے کہ پوری سورہ میں ایک ہی پیغمبر کا ذکر ہے، حضرت یوسف کا، وہ سورہ یوسف۔</w:t>
      </w:r>
    </w:p>
    <w:p>
      <w:r>
        <w:rPr>
          <w:b/>
        </w:rPr>
        <w:t xml:space="preserve">[28:20] </w:t>
      </w:r>
      <w:r>
        <w:t>to ye kya namuna hai? ye bahut zyada is surah ka aap log bahut gehrai se mutala karen, kyunke surah yusuf mein wo wo model bataya gaya hai ke world of conflict mein kis tarah aap apne liye rasta nikalein,</w:t>
      </w:r>
    </w:p>
    <w:p>
      <w:pPr>
        <w:jc w:val="right"/>
      </w:pPr>
      <w:r>
        <w:t>تو یہ کیا نمونہ ہے؟ یہ بہت زیادہ اس سورہ کا آپ لوگ بہت گہرائی سے مطالعہ کریں، کیونکہ سورہ یوسف میں وہ وہ ماڈل بتایا گیا ہے کہ ورلڈ آف کانفلکٹ میں کس طرح آپ اپنے لیے راستہ نکالیں،</w:t>
      </w:r>
    </w:p>
    <w:p>
      <w:r>
        <w:rPr>
          <w:b/>
        </w:rPr>
        <w:t xml:space="preserve">[28:42] </w:t>
      </w:r>
      <w:r>
        <w:t>apne kaam ki suratain paida karen. to hazrat yusuf ka mamla kya tha? hazrat yusuf paida hue falasteen mein,</w:t>
      </w:r>
    </w:p>
    <w:p>
      <w:pPr>
        <w:jc w:val="right"/>
      </w:pPr>
      <w:r>
        <w:t>اپنے کام کی صورتیں پیدا کریں۔ تو حضرت یوسف کا معاملہ کیا تھا؟ حضرت یوسف پیدا ہوئے فلسطین میں،</w:t>
      </w:r>
    </w:p>
    <w:p>
      <w:r>
        <w:rPr>
          <w:b/>
        </w:rPr>
        <w:t xml:space="preserve">[28:57] </w:t>
      </w:r>
      <w:r>
        <w:t>aur ek dehat mein paida hue, dehat mein jahan koi shehri mahol nahi tha.</w:t>
      </w:r>
    </w:p>
    <w:p>
      <w:pPr>
        <w:jc w:val="right"/>
      </w:pPr>
      <w:r>
        <w:t>اور ایک دیہات میں پیدا ہوئے، دیہات میں جہاں کوئی شہری ماحول نہیں تھا۔</w:t>
      </w:r>
    </w:p>
    <w:p>
      <w:r>
        <w:rPr>
          <w:b/>
        </w:rPr>
        <w:t xml:space="preserve">[29:07] </w:t>
      </w:r>
      <w:r>
        <w:t>to quran mein hai ke le aaya yusuf ko dehat se shehar mein, yani misr mein, falasteen ke dehat mein the wo.</w:t>
      </w:r>
    </w:p>
    <w:p>
      <w:pPr>
        <w:jc w:val="right"/>
      </w:pPr>
      <w:r>
        <w:t>تو قرآن میں ہے کہ لے آیا یوسف کو دیہات سے شہر میں، یعنی مصر میں، فلسطین کے دیہات میں تھے وہ۔</w:t>
      </w:r>
    </w:p>
    <w:p>
      <w:r>
        <w:rPr>
          <w:b/>
        </w:rPr>
        <w:t xml:space="preserve">[29:18] </w:t>
      </w:r>
      <w:r>
        <w:t>to wahan se allah taala ishaalat paida hue ke allah taala un ko laye misr ke shehar mein, jo tamaddun, jo mutamaddin shehar us waqt tha.</w:t>
      </w:r>
    </w:p>
    <w:p>
      <w:pPr>
        <w:jc w:val="right"/>
      </w:pPr>
      <w:r>
        <w:t>تو وہاں سے اللہ تعالیٰ اشعالات پیدا ہوئے کہ اللہ تعالیٰ ان کو لائے مصر کے شہر میں، جو تمدن، جو متمدن شہر اس وقت تھا۔</w:t>
      </w:r>
    </w:p>
    <w:p>
      <w:r>
        <w:rPr>
          <w:b/>
        </w:rPr>
        <w:t xml:space="preserve">[29:29] </w:t>
      </w:r>
      <w:r>
        <w:t>to ye jo hazrat yusuf wahan laye gaye, ye planning thi allah taala ki, bahut badi planning. ek cheez ko demonstration dena tha jo falasteen mein mumkin nahi tha.</w:t>
      </w:r>
    </w:p>
    <w:p>
      <w:pPr>
        <w:jc w:val="right"/>
      </w:pPr>
      <w:r>
        <w:t>تو یہ جو حضرت یوسف وہاں لائے گئے، یہ پلاننگ تھی اللہ تعالیٰ کی، بہت بڑی پلاننگ۔ ایک چیز کو ڈیمسٹریشن دینا تھا جو فلسطین میں ممکن نہیں تھا۔</w:t>
      </w:r>
    </w:p>
    <w:p>
      <w:r>
        <w:rPr>
          <w:b/>
        </w:rPr>
        <w:t xml:space="preserve">[29:39] </w:t>
      </w:r>
      <w:r>
        <w:t>wo demonstration kya? yani wahan jo the kanam mein, kanam mein koi hukoomat nahi thi, koi bada conflict wahan nahi tha is type ka, aur misr mein baqayda hukoomat thi.</w:t>
      </w:r>
    </w:p>
    <w:p>
      <w:pPr>
        <w:jc w:val="right"/>
      </w:pPr>
      <w:r>
        <w:t>وہ ڈیمسٹریشن کیا؟ یعنی وہاں جو تھے کنعام میں، کنعام میں کوئی حکومت نہیں تھی، کوئی بڑا کانفلکٹ وہاں نہیں تھا اس ٹائپ کا، اور مصر میں باقاعدہ حکومت تھی۔</w:t>
      </w:r>
    </w:p>
    <w:p>
      <w:r>
        <w:rPr>
          <w:b/>
        </w:rPr>
        <w:t xml:space="preserve">[29:53] </w:t>
      </w:r>
      <w:r>
        <w:t>to hukoomat jo hai, sab se bada source hoti hai conflict ka. political system jo hai, political ruler jo hai, sab se zyada conflict isi se paida hota hai, isi se takrao paida hota hai.</w:t>
      </w:r>
    </w:p>
    <w:p>
      <w:pPr>
        <w:jc w:val="right"/>
      </w:pPr>
      <w:r>
        <w:t>تو حکومت جو ہے، سب سے بڑا سورس ہوتی ہے کانفلکٹ کا۔ پولیٹیکل سسٹم جو ہے، پولیٹیکل رولر جو ہے، سب سے زیادہ کانفلکٹ اسی سے پیدا ہوتا ہے، اسی سے ٹکراؤ پیدا ہوتا ہے۔</w:t>
      </w:r>
    </w:p>
    <w:p>
      <w:r>
        <w:rPr>
          <w:b/>
        </w:rPr>
        <w:t xml:space="preserve">[30:10] </w:t>
      </w:r>
      <w:r>
        <w:t>to jab mulkon mulkon mein hukoomaten qaim hon, aur wahan political role hon log, aur aap ko dawati kaam karna hai, to kaise aap takrao ko avoid kar ke wahan par aisa karen?</w:t>
      </w:r>
    </w:p>
    <w:p>
      <w:pPr>
        <w:jc w:val="right"/>
      </w:pPr>
      <w:r>
        <w:t>تو جب ملکوں ملکوں میں حکومتیں قائم ہوں، اور وہاں پولیٹیکل رول ہوں لوگ، اور آپ کو دعوتی کام کرنا ہے، تو کیسے آپ ٹکراؤ کو اوائڈ کر کے وہاں پر ایسا کریں؟</w:t>
      </w:r>
    </w:p>
    <w:p>
      <w:r>
        <w:rPr>
          <w:b/>
        </w:rPr>
        <w:t xml:space="preserve">[30:25] </w:t>
      </w:r>
      <w:r>
        <w:t>wo hazrat yusuf ke misal mein bataya gaya hai. wo misal kya thi? dekhiye, ye hazrat yusuf jo kanam se aaye misr mein,</w:t>
      </w:r>
    </w:p>
    <w:p>
      <w:pPr>
        <w:jc w:val="right"/>
      </w:pPr>
      <w:r>
        <w:t>وہ حضرت یوسف کے مثال میں بتایا گیا ہے۔ وہ مثال کیا تھی؟ دیکھیے، یہ حضرت یوسف جو کنعام سے آئے مصر میں،</w:t>
      </w:r>
    </w:p>
    <w:p>
      <w:r>
        <w:rPr>
          <w:b/>
        </w:rPr>
        <w:t xml:space="preserve">[30:40] </w:t>
      </w:r>
      <w:r>
        <w:t>to ek khwab unhon ne dekha. badshah ne is badshah ke is khwab ki taabeer karne wala aur koi nahi mila.</w:t>
      </w:r>
    </w:p>
    <w:p>
      <w:pPr>
        <w:jc w:val="right"/>
      </w:pPr>
      <w:r>
        <w:t>تو ایک خواب انہوں نے دیکھا۔ بادشاہ نے اس بادشاہ کے اس خواب کی تعبیر کرنے والا اور کوئی نہیں ملا۔</w:t>
      </w:r>
    </w:p>
    <w:p>
      <w:r>
        <w:rPr>
          <w:b/>
        </w:rPr>
        <w:t xml:space="preserve">[30:50] </w:t>
      </w:r>
      <w:r>
        <w:t>hazrat yusuf ne is kitaben bayan kin. badshah ko bahut pasand aaya wo khwab ki taabeer. to is tarah se wo badshah ke darbar tak koi pahunchi hui.</w:t>
      </w:r>
    </w:p>
    <w:p>
      <w:pPr>
        <w:jc w:val="right"/>
      </w:pPr>
      <w:r>
        <w:t>حضرت یوسف نے اس کتابیں بیان کیں۔ بادشاہ کو بہت پسند آیا وہ خواب کی تعبیر۔ تو اس طرح سے وہ بادشاہ کے دربار تک کوئی پہنچ ہوئی۔</w:t>
      </w:r>
    </w:p>
    <w:p>
      <w:r>
        <w:rPr>
          <w:b/>
        </w:rPr>
        <w:t xml:space="preserve">[31:02] </w:t>
      </w:r>
      <w:r>
        <w:t>aur phir kya hua ke allah taala ne khushhali wahan aai. aur doosre ne bataya ke saat saal khushhali ke honge, saat saal achhi barishon ke honge, achhi paidawar hogi.</w:t>
      </w:r>
    </w:p>
    <w:p>
      <w:pPr>
        <w:jc w:val="right"/>
      </w:pPr>
      <w:r>
        <w:t>اور پھر کیا ہوا کہ اللہ تعالیٰ نے خوشحالی وہاں آئی۔ اور دوسرے نے بتایا کہ سات سال خوشحالی کے ہوں گے، سات سال اچھی بارشیں ہوں گی، اچھی پیداوار ہوگی۔</w:t>
      </w:r>
    </w:p>
    <w:p>
      <w:r>
        <w:rPr>
          <w:b/>
        </w:rPr>
        <w:t xml:space="preserve">[31:19] </w:t>
      </w:r>
      <w:r>
        <w:t>is ke baad saat saal khushhali ke honge. ye cheez badshah ko bahut zyada, yani kyunke us ko apni riaya ka lehaaz karna tha, apni riaya ke liye khurak ka intezam karna tha,</w:t>
      </w:r>
    </w:p>
    <w:p>
      <w:pPr>
        <w:jc w:val="right"/>
      </w:pPr>
      <w:r>
        <w:t>اس کے بعد سات سال خوشحالی کے ہوں گے۔ یہ چیز بادشاہ کو بہت زیادہ، یعنی چونکہ اس کو اپنی رعایا کا لحاظ کرنا تھا، اپنی رعایا کے لیے خوراک کا انتظام کرنا تھا،</w:t>
      </w:r>
    </w:p>
    <w:p>
      <w:r>
        <w:rPr>
          <w:b/>
        </w:rPr>
        <w:t xml:space="preserve">[31:32] </w:t>
      </w:r>
      <w:r>
        <w:t>ye cheez bahut pasand aai is ko. aur hazrat yusuf ne is waqt kaha ke main janta hoon kaise intezam kiya jaye is ka. to badshah un ko accept kar liya, un ko ab poora mahkama ziraat un ko de diya.</w:t>
      </w:r>
    </w:p>
    <w:p>
      <w:pPr>
        <w:jc w:val="right"/>
      </w:pPr>
      <w:r>
        <w:t>یہ چیز بہت پسند آئی اس کو۔ اور حضرت یوسف نے اس وقت کہا کہ میں جانتا ہوں کیسے انتظام کیا جائے اس کا۔ تو بادشاہ ان کو ایکسیپٹ کر لیا، ان کو اب پورا محکمہ زراعت ان کو دے دیا۔</w:t>
      </w:r>
    </w:p>
    <w:p>
      <w:r>
        <w:rPr>
          <w:b/>
        </w:rPr>
        <w:t xml:space="preserve">[31:48] </w:t>
      </w:r>
      <w:r>
        <w:t>yani badshah phir bhi woh tha, yani mushrik. is ko kehte hain hyksas kings.</w:t>
      </w:r>
    </w:p>
    <w:p>
      <w:pPr>
        <w:jc w:val="right"/>
      </w:pPr>
      <w:r>
        <w:t>یعنی بادشاہ پھر بھی وہ تھا، یعنی مشرک۔ اس کو کہتے ہیں ہکساس کنگز۔</w:t>
      </w:r>
    </w:p>
    <w:p>
      <w:r>
        <w:rPr>
          <w:b/>
        </w:rPr>
        <w:t xml:space="preserve">[31:57] </w:t>
      </w:r>
      <w:r>
        <w:t>to ek dynasty thi, is dynasty ko hyksas kaha jata hai. to woh log mushrik thay. lekin hazrat yusuf ne un ki peshkash ko, yani is ko kaha ke khazain arz,</w:t>
      </w:r>
    </w:p>
    <w:p>
      <w:pPr>
        <w:jc w:val="right"/>
      </w:pPr>
      <w:r>
        <w:t>تو ایک ڈائنسٹی تھی، اس ڈائنسٹی کو ہکساس کہا جاتا ہے۔ تو وہ لوگ مشرک تھے۔ لیکن حضرت یوسف نے ان کی پیشکش کو، یعنی اس کو کہا کہ خزائن ارض،</w:t>
      </w:r>
    </w:p>
    <w:p>
      <w:r>
        <w:rPr>
          <w:b/>
        </w:rPr>
        <w:t xml:space="preserve">[32:16] </w:t>
      </w:r>
      <w:r>
        <w:t>badshah ne khazain arz mein, yani wasail, is ke mulk ke jo wasail hain, us ka intezam yeh karein, is ko manage karein.</w:t>
      </w:r>
    </w:p>
    <w:p>
      <w:pPr>
        <w:jc w:val="right"/>
      </w:pPr>
      <w:r>
        <w:t>بادشاہ نے خزائن ارض میں، یعنی وسائل، اس کے ملک کے جو وسائل ہیں، اس کا انتظام یہ کریں، اس کو مینج کریں۔</w:t>
      </w:r>
    </w:p>
    <w:p>
      <w:r>
        <w:rPr>
          <w:b/>
        </w:rPr>
        <w:t xml:space="preserve">[32:25] </w:t>
      </w:r>
      <w:r>
        <w:t>hazrat yusuf to un ko offer de diya ke takht par badshah ke sath to mein hi rahoon ga, lekin baqi sara misr mein aap ko moqa hoga ke aap sab manage karein.</w:t>
      </w:r>
    </w:p>
    <w:p>
      <w:pPr>
        <w:jc w:val="right"/>
      </w:pPr>
      <w:r>
        <w:t>حضرت یوسف تو ان کو آفر دے دیا کہ تخت پر بادشاہ کے ساتھ تو میں ہی رہوں گا، لیکن باقی سارا مصر میں آپ کو موقع ہوگا کہ آپ سب مینج کریں۔</w:t>
      </w:r>
    </w:p>
    <w:p>
      <w:r>
        <w:rPr>
          <w:b/>
        </w:rPr>
        <w:t xml:space="preserve">[32:40] </w:t>
      </w:r>
      <w:r>
        <w:t>hazrat yusuf ne qabool kar liya is ko. is ke nateejay mein bohat zabardast kaam kar sake hazrat yusuf alaih-e-salam. aur isi ki wajah se mumkin hua ke woh bani israel ko qanaam se la kar ke misr mein basayein.</w:t>
      </w:r>
    </w:p>
    <w:p>
      <w:pPr>
        <w:jc w:val="right"/>
      </w:pPr>
      <w:r>
        <w:t>حضرت یوسف نے قبول کر لیا اس کو۔ اس کے نتیجے میں بہت زبردست کام کر سکے حضرت یوسف علیہ السلام۔ اور اسی کی وجہ سے ممکن ہوا کہ وہ بنی اسرائیل کو کنعام سے لا کر کے مصر میں بسائیں۔</w:t>
      </w:r>
    </w:p>
    <w:p>
      <w:r>
        <w:rPr>
          <w:b/>
        </w:rPr>
        <w:t xml:space="preserve">[32:54] </w:t>
      </w:r>
      <w:r>
        <w:t>yeh bhi Allah taala ki bohat bari scheme thi ke inhi mein se paida hui. phir moosa aur moosa ne phir firoun ko khitab kiya. aur ek poora ek is ka ek waqia aap quran mein parh sakte hain.</w:t>
      </w:r>
    </w:p>
    <w:p>
      <w:pPr>
        <w:jc w:val="right"/>
      </w:pPr>
      <w:r>
        <w:t>یہ بھی اللہ تعالیٰ کی بہت بڑی اسکیم تھی کہ انہی میں سے پیدا ہوئی۔ پھر موسیٰ اور موسیٰ نے پھر فرعون کو خطاب کیا۔ اور ایک پورا ایک اس کا ایک واقعہ آپ قرآن میں پڑھ سکتے ہیں۔</w:t>
      </w:r>
    </w:p>
    <w:p>
      <w:r>
        <w:rPr>
          <w:b/>
        </w:rPr>
        <w:t xml:space="preserve">[33:07] </w:t>
      </w:r>
      <w:r>
        <w:t>to yeh kaise mumkin hua ke hazrat yusuf jo hai, itna bara kaam kar saka misr mein? woh hua political power se yak-tarfa adjustment.</w:t>
      </w:r>
    </w:p>
    <w:p>
      <w:pPr>
        <w:jc w:val="right"/>
      </w:pPr>
      <w:r>
        <w:t>تو یہ کیسے ممکن ہوا کہ حضرت یوسف جو ہے، اتنا بڑا کام کر سکا مصر میں؟ وہ ہوا پولیٹیکل پاور سے یکطرفہ ایڈجسٹمنٹ۔</w:t>
      </w:r>
    </w:p>
    <w:p>
      <w:r>
        <w:rPr>
          <w:b/>
        </w:rPr>
        <w:t xml:space="preserve">[33:23] </w:t>
      </w:r>
      <w:r>
        <w:t>ek tarfa adjustment, yani badshah ko badshah ki tasleem kar liya unhon ne. ba'sat badshah ki tasleem kar liya unhon ne.</w:t>
      </w:r>
    </w:p>
    <w:p>
      <w:pPr>
        <w:jc w:val="right"/>
      </w:pPr>
      <w:r>
        <w:t>ایک طرفہ ایڈجسٹمنٹ، یعنی بادشاہ کو بادشاہ کی تسلیم کر لیا انہوں نے۔ بعثت بادشاہ کی تسلیم کر لیا انہوں نے۔</w:t>
      </w:r>
    </w:p>
    <w:p>
      <w:r>
        <w:rPr>
          <w:b/>
        </w:rPr>
        <w:t xml:space="preserve">[33:33] </w:t>
      </w:r>
      <w:r>
        <w:t>quran mein hai ke deen mulk badshah ka tha, yani law of land jo tha, tab bhi badshah ka tha. is ko unhon ne tasleem kar liya.</w:t>
      </w:r>
    </w:p>
    <w:p>
      <w:pPr>
        <w:jc w:val="right"/>
      </w:pPr>
      <w:r>
        <w:t>قرآن میں ہے کہ دین ملک بادشاہ کا تھا، یعنی لاء آف لینڈ جو تھا، تب بھی بادشاہ کا تھا۔ اس کو انہوں نے تسلیم کر لیا۔</w:t>
      </w:r>
    </w:p>
    <w:p>
      <w:r>
        <w:rPr>
          <w:b/>
        </w:rPr>
        <w:t xml:space="preserve">[33:43] </w:t>
      </w:r>
      <w:r>
        <w:t>to badshah ka ki sovereignty badshah ki taraf se qaim hua. law of land is ko maan liya unhon ne, is ka takrao nahi kiya.</w:t>
      </w:r>
    </w:p>
    <w:p>
      <w:pPr>
        <w:jc w:val="right"/>
      </w:pPr>
      <w:r>
        <w:t>تو بادشاہ کا کی سورنٹی بادشاہ کی طرف سے قائم ہوا۔ لاء آف لینڈ اس کو مان لیا انہوں نے، اس کا ٹکراؤ نہیں کیا۔</w:t>
      </w:r>
    </w:p>
    <w:p>
      <w:r>
        <w:rPr>
          <w:b/>
        </w:rPr>
        <w:t xml:space="preserve">[33:53] </w:t>
      </w:r>
      <w:r>
        <w:t>to poora misr un ke, poora misr un ke, yani zer amal aa gaya. yeh hai asal al-qasas.</w:t>
      </w:r>
    </w:p>
    <w:p>
      <w:pPr>
        <w:jc w:val="right"/>
      </w:pPr>
      <w:r>
        <w:t>تو پورا مصر ان کے، پورا مصر ان کے، یعنی زیر عمل آ گیا۔ یہ ہے اصل القصص۔</w:t>
      </w:r>
    </w:p>
    <w:p>
      <w:r>
        <w:rPr>
          <w:b/>
        </w:rPr>
        <w:t xml:space="preserve">[34:05] </w:t>
      </w:r>
      <w:r>
        <w:t>asal al-qasas ka matlab yeh hai ke ek aisi, aisi practical wisdom. yeh yeh ek bar practical wisdom thi.</w:t>
      </w:r>
    </w:p>
    <w:p>
      <w:pPr>
        <w:jc w:val="right"/>
      </w:pPr>
      <w:r>
        <w:t>اصل القصص کا مطلب یہ ہے کہ ایک ایسی، ایسی پریکٹیکل وزڈم۔ یہ یہ ایک بار پریکٹیکل وزڈم تھی۔</w:t>
      </w:r>
    </w:p>
    <w:p>
      <w:r>
        <w:rPr>
          <w:b/>
        </w:rPr>
        <w:t xml:space="preserve">[34:15] </w:t>
      </w:r>
      <w:r>
        <w:t>yeh agar wahan par hazrat yusuf idealism chalate, idealism ke mein hi hukoomat mein rahoon ga, mein bhi takht pe baithoon ga, aur mein hi yahan par khudai qanoon jari karoon ga, to kuch na hota.</w:t>
      </w:r>
    </w:p>
    <w:p>
      <w:pPr>
        <w:jc w:val="right"/>
      </w:pPr>
      <w:r>
        <w:t>یہ اگر وہاں پر حضرت یوسف آئیڈیل چلاتے، آئیڈیلزم کہ میں ہی حکومت میں رہوں گا، میں بھی تخت پہ بیٹھوں گا، اور میں ہی یہاں پر خدائی قانون جاری کروں گا، تو کچھ نہ ہوتا۔</w:t>
      </w:r>
    </w:p>
    <w:p>
      <w:r>
        <w:rPr>
          <w:b/>
        </w:rPr>
        <w:t xml:space="preserve">[34:30] </w:t>
      </w:r>
      <w:r>
        <w:t>yeh mutalba nahi kiya hazrat yusuf ne ke mujhe yahan khudai qanoon jari karna hai. to hato yaar takht se, mujhe takht pe bithao. to woh phir jail mein bhejta un ko ya qatal kar deta.</w:t>
      </w:r>
    </w:p>
    <w:p>
      <w:pPr>
        <w:jc w:val="right"/>
      </w:pPr>
      <w:r>
        <w:t>یہ مطالبہ نہیں کیا حضرت یوسف نے کہ مجھے یہاں خدائی قانون جاری کرنا ہے۔ تو ہٹو یار تخت سے، مجھے تخت پہ بٹھاؤ۔ تو وہ پھر جیل میں بھیجتا ان کو یا قتل کر دیتا۔</w:t>
      </w:r>
    </w:p>
    <w:p>
      <w:r>
        <w:rPr>
          <w:b/>
        </w:rPr>
        <w:t xml:space="preserve">[34:41] </w:t>
      </w:r>
      <w:r>
        <w:t>to unhon ne kiya kiya ke do alag alag, dono, yani do do shobay ek doosre se alag detach kar diye ke political authority ki aise se badshah ko maan liya, aur jo opportunities theen, wahan par unhon ne us ko avail karna shuru kar diya.</w:t>
      </w:r>
    </w:p>
    <w:p>
      <w:pPr>
        <w:jc w:val="right"/>
      </w:pPr>
      <w:r>
        <w:t>تو انہوں نے کیا کیا کہ دو الگ الگ، دونوں، یعنی دو دو شعبے ایک دوسرے سے الگ ڈیٹیچ کر دیے کہ پولیٹیکل اتھارٹی کی ایسے سے بادشاہ کو مان لیا، اور جو اپرچونیٹیز تھیں، وہاں پر انہوں نے اس کو اویل کرنا شروع کر دیا۔</w:t>
      </w:r>
    </w:p>
    <w:p>
      <w:r>
        <w:rPr>
          <w:b/>
        </w:rPr>
        <w:t xml:space="preserve">[35:06] </w:t>
      </w:r>
      <w:r>
        <w:t>yeh hai asal al-qasas, yani best tadbeer. best story ka matlab hai best method, sab se achi tadbeer.</w:t>
      </w:r>
    </w:p>
    <w:p>
      <w:pPr>
        <w:jc w:val="right"/>
      </w:pPr>
      <w:r>
        <w:t>یہ ہے اصل القصص، یعنی بیسٹ تدبیر۔ بیسٹ سٹوری کا مطلب ہے بیسٹ میتھڈ، سب سے اچھی تدبیر۔</w:t>
      </w:r>
    </w:p>
    <w:p>
      <w:r>
        <w:rPr>
          <w:b/>
        </w:rPr>
        <w:t xml:space="preserve">[35:15] </w:t>
      </w:r>
      <w:r>
        <w:t>to sab se achi tadbeer kya hai? woh hai practical wisdom ka ikhtiyar karna. practical wisdom kya hai?</w:t>
      </w:r>
    </w:p>
    <w:p>
      <w:pPr>
        <w:jc w:val="right"/>
      </w:pPr>
      <w:r>
        <w:t>تو سب سے اچھی تدبیر کیا ہے؟ وہ ہے پریکٹیکل وزڈم کا اختیار کرنا۔ پریکٹیکل وزڈم کیا ہے؟</w:t>
      </w:r>
    </w:p>
    <w:p>
      <w:r>
        <w:rPr>
          <w:b/>
        </w:rPr>
        <w:t xml:space="preserve">[35:25] </w:t>
      </w:r>
      <w:r>
        <w:t>political authority se aap takrao na karein, political authority ko accept kar lein. is ke nateejay mein kya hoga?</w:t>
      </w:r>
    </w:p>
    <w:p>
      <w:pPr>
        <w:jc w:val="right"/>
      </w:pPr>
      <w:r>
        <w:t>پولیٹیکل اتھارٹی سے آپ ٹکراؤ نہ کریں، پولیٹیکل اتھارٹی کو ایکسیپٹ کر لیں۔ اس کے نتیجے میں کیا ہوگا؟</w:t>
      </w:r>
    </w:p>
    <w:p>
      <w:r>
        <w:rPr>
          <w:b/>
        </w:rPr>
        <w:t xml:space="preserve">[35:35] </w:t>
      </w:r>
      <w:r>
        <w:t>non-political field mein sari opportunities aap ko hasil ho jayengi. jaise hum is mulk mein, India mein, hum yahan ki jo political authority hai, us se hum koi takrao nahi karte.</w:t>
      </w:r>
    </w:p>
    <w:p>
      <w:pPr>
        <w:jc w:val="right"/>
      </w:pPr>
      <w:r>
        <w:t>نان پولیٹیکل فیلڈ میں ساری اپرچونیٹیز آپ کو حاصل ہو جائیں گی۔ جیسے ہم اس ملک میں، انڈیا میں، ہم یہاں کی جو پولیٹیکل اتھارٹی ہے، اس سے ہم کوئی ٹکراؤ نہیں کرتے۔</w:t>
      </w:r>
    </w:p>
    <w:p>
      <w:r>
        <w:rPr>
          <w:b/>
        </w:rPr>
        <w:t xml:space="preserve">[35:49] </w:t>
      </w:r>
      <w:r>
        <w:t>woh apna administer kar rahe hain mulk ko. hum hum se police, fauj, aur jitne bhi shobay hain, political shobay, sab un ke hath mein hain.</w:t>
      </w:r>
    </w:p>
    <w:p>
      <w:pPr>
        <w:jc w:val="right"/>
      </w:pPr>
      <w:r>
        <w:t>وہ اپنا ایڈمنسٹر کر رہے ہیں ملک کو۔ ہم ہم سے پولیس، فوج، اور جتنے بھی شعبے ہیں، پولیٹیکل شعبے، سب ان کے ہاتھ میں ہیں۔</w:t>
      </w:r>
    </w:p>
    <w:p>
      <w:r>
        <w:rPr>
          <w:b/>
        </w:rPr>
        <w:t xml:space="preserve">[35:59] </w:t>
      </w:r>
      <w:r>
        <w:t>humein is se koi na hamari koi demand hai, na koi shikayat hai, na koi protest hai. to yahan ki jo political authority hai, us ko accept ki hui hai.</w:t>
      </w:r>
    </w:p>
    <w:p>
      <w:pPr>
        <w:jc w:val="right"/>
      </w:pPr>
      <w:r>
        <w:t>ہمیں اس سے کوئی نہ ہماری کوئی ڈیمانڈ ہے، نہ کوئی شکایت ہے، نہ کوئی پروٹیسٹ ہے۔ تو یہاں کی جو پولیٹیکل اتھارٹی ہے، اس کو ایکسیپٹ کی ہوئی ہے۔</w:t>
      </w:r>
    </w:p>
    <w:p>
      <w:r>
        <w:rPr>
          <w:b/>
        </w:rPr>
        <w:t xml:space="preserve">[36:11] </w:t>
      </w:r>
      <w:r>
        <w:t>nateejay kya hai? hum ko sari opportunities ka, opportunities ko avail karne ka moqa mil gaya hai. sari opportunities ko avail karne ka moqa mil gaya hai.</w:t>
      </w:r>
    </w:p>
    <w:p>
      <w:pPr>
        <w:jc w:val="right"/>
      </w:pPr>
      <w:r>
        <w:t>نتیجہ کیا ہے؟ ہم کو ساری اپرچونیٹیز کا، اپرچونیٹیز کو اویل کرنے کا موقع مل گیا ہے۔ ساری اپرچونیٹیز کو اویل کرنے کا موقع مل گیا ہے۔</w:t>
      </w:r>
    </w:p>
    <w:p>
      <w:r>
        <w:rPr>
          <w:b/>
        </w:rPr>
        <w:t xml:space="preserve">[36:22] </w:t>
      </w:r>
      <w:r>
        <w:t>hum yahan ke newspaper ko istemal karte hain, yahan ke TV ko istemal karte hain, yahan ke radio ko istemal karte hain, yahan ke jo baray baray hall hain jahan log jama hote hain,</w:t>
      </w:r>
    </w:p>
    <w:p>
      <w:pPr>
        <w:jc w:val="right"/>
      </w:pPr>
      <w:r>
        <w:t>ہم یہاں کے نیوز پیپر کو استعمال کرتے ہیں، یہاں کے ٹی وی کو استعمال کرتے ہیں، یہاں کے ریڈیو کو استعمال کرتے ہیں، یہاں کے جو بڑے بڑے ہال ہیں جہاں لوگ جمع ہوتے ہیں،</w:t>
      </w:r>
    </w:p>
    <w:p>
      <w:r>
        <w:rPr>
          <w:b/>
        </w:rPr>
        <w:t xml:space="preserve">[36:35] </w:t>
      </w:r>
      <w:r>
        <w:t>meeting hoti hai, samra hoti hai, us ko istemal karte hain. ghraz yeh ke sara infrastructure, sara infrastructure hum istemal kar rahe hain apni dawat ke kaam ke liye.</w:t>
      </w:r>
    </w:p>
    <w:p>
      <w:pPr>
        <w:jc w:val="right"/>
      </w:pPr>
      <w:r>
        <w:t>میٹنگ ہوتی ہے، سمرہ ہوتی ہے، اس کو استعمال کرتے ہیں۔ غرض یہ کہ سارا انفراسٹرکچر، سارا انفراسٹرکچر ہم استعمال کر رہے ہیں اپنی دعوتی کام کے لیے۔</w:t>
      </w:r>
    </w:p>
    <w:p>
      <w:r>
        <w:rPr>
          <w:b/>
        </w:rPr>
        <w:t xml:space="preserve">[36:46] </w:t>
      </w:r>
      <w:r>
        <w:t>yeh hai wisdom. agar aap political authority se takrao na karein to kisi mulk mein jo wahan jo infrastructure hai, woh sab aap ke istemal aa jata hai.</w:t>
      </w:r>
    </w:p>
    <w:p>
      <w:pPr>
        <w:jc w:val="right"/>
      </w:pPr>
      <w:r>
        <w:t>یہ ہے وزڈم۔ اگر آپ پولیٹیکل اتھارٹی سے ٹکراؤ نہ کریں تو کسی ملک میں جو وہاں جو انفراسٹرکچر ہے، وہ سب آپ کے استعمال آ جاتا ہے۔</w:t>
      </w:r>
    </w:p>
    <w:p>
      <w:r>
        <w:rPr>
          <w:b/>
        </w:rPr>
        <w:t xml:space="preserve">[36:58] </w:t>
      </w:r>
      <w:r>
        <w:t>yahi hai asal al-qasas, yahi hai best story, yeh best methodology. to yeh do baatein hum ne arz keen.</w:t>
      </w:r>
    </w:p>
    <w:p>
      <w:pPr>
        <w:jc w:val="right"/>
      </w:pPr>
      <w:r>
        <w:t>یہی ہے اصل القصص، یہی ہے بیسٹ سٹوری، یہ بیسٹ میتھڈالوجی۔ تو یہ دو باتیں ہم نے عرض کیں۔</w:t>
      </w:r>
    </w:p>
    <w:p>
      <w:r>
        <w:rPr>
          <w:b/>
        </w:rPr>
        <w:t xml:space="preserve">[37:10] </w:t>
      </w:r>
      <w:r>
        <w:t>ek hai ke world of distraction mein team kaise banai jaye?</w:t>
      </w:r>
    </w:p>
    <w:p>
      <w:pPr>
        <w:jc w:val="right"/>
      </w:pPr>
      <w:r>
        <w:t>ایک ہے کہ ورلڈ آف ڈسٹریکشن میں ٹیم کیسے بنائی جائے؟</w:t>
      </w:r>
    </w:p>
    <w:p>
      <w:r>
        <w:rPr>
          <w:b/>
        </w:rPr>
        <w:t xml:space="preserve">[37:20] </w:t>
      </w:r>
      <w:r>
        <w:t>is ka ek misaal Hazrat Ibrahim, Hazrat Ismail, Hazrat Haja ke zariye qaim hua. to apne zamane ke lehaz se aaj hum isi ko dohrainge.</w:t>
      </w:r>
    </w:p>
    <w:p>
      <w:pPr>
        <w:jc w:val="right"/>
      </w:pPr>
      <w:r>
        <w:t>اس کا ایک مثال حضرت ابراہیم، حضرت اسماعیل، حضرت حاجہ کے ذریعے قائم ہوئی۔ تو اپنے زمانے کے لحاظ سے آج ہم اسی کو دہرائیں گے۔</w:t>
      </w:r>
    </w:p>
    <w:p>
      <w:r>
        <w:rPr>
          <w:b/>
        </w:rPr>
        <w:t xml:space="preserve">[37:30] </w:t>
      </w:r>
      <w:r>
        <w:t>tab hum bana painge team, yani mission ke liye jo team darkar hai, us ko banane ke liye ek hi shakal hai ke hum is model ko jo Hazrat Ismail, Hazrat Ibrahim ke liye qaim hua tha, is model ko aaj ke zamane ke lehaz se implement karein.</w:t>
      </w:r>
    </w:p>
    <w:p>
      <w:pPr>
        <w:jc w:val="right"/>
      </w:pPr>
      <w:r>
        <w:t>تب ہم بنا پائیں گے ٹیم، یعنی مشن کے لیے جو ٹیم درکار ہے، اس کو بنانے کے لیے ایک ہی شکل ہے کہ ہم اس ماڈل کو جو حضرت اسماعیل، حضرت ابراہیم کے لیے قائم ہوا تھا، اس ماڈل کو آج کے زمانے کے لحاظ سے امپلیمنٹ کریں۔</w:t>
      </w:r>
    </w:p>
    <w:p>
      <w:r>
        <w:rPr>
          <w:b/>
        </w:rPr>
        <w:t xml:space="preserve">[37:49] </w:t>
      </w:r>
      <w:r>
        <w:t>aur doosra jo hai ke political authority hamari record number hai. to is ka is ki shakal kya hai?</w:t>
      </w:r>
    </w:p>
    <w:p>
      <w:pPr>
        <w:jc w:val="right"/>
      </w:pPr>
      <w:r>
        <w:t>اور دوسرا جو ہے کہ پولیٹیکل اتھارٹی ہماری ریکارڈ نمبر ہے۔ تو اس کا اس کی شکل کیا ہے؟</w:t>
      </w:r>
    </w:p>
    <w:p>
      <w:r>
        <w:rPr>
          <w:b/>
        </w:rPr>
        <w:t xml:space="preserve">[38:00] </w:t>
      </w:r>
      <w:r>
        <w:t>political, political authority ko aap aap challenge mat kijiye. is ko apne daire mein jo kaam hue karne dijiye.</w:t>
      </w:r>
    </w:p>
    <w:p>
      <w:pPr>
        <w:jc w:val="right"/>
      </w:pPr>
      <w:r>
        <w:t>پولیٹیکل، پولیٹیکل اتھارٹی کو آپ آپ چیلنج مت کیجئے۔ اس کو اپنے دائرے میں جو کام ہوئے کرنے دیجئے۔</w:t>
      </w:r>
    </w:p>
    <w:p>
      <w:r>
        <w:rPr>
          <w:b/>
        </w:rPr>
        <w:t xml:space="preserve">[38:10] </w:t>
      </w:r>
      <w:r>
        <w:t>to faida kya aap ko milega? ke daai ka asal masla yeh hai ke jo infrastructure hai, jo opportunities hain, woh us ko milein.</w:t>
      </w:r>
    </w:p>
    <w:p>
      <w:pPr>
        <w:jc w:val="right"/>
      </w:pPr>
      <w:r>
        <w:t>تو فائدہ کیا آپ کو ملے گا؟ کہ داعی کا اصل مسئلہ یہ ہے کہ جو انفراسٹرکچر ہے، جو اپرچونیٹیز ہیں، وہ اس کو ملیں۔</w:t>
      </w:r>
    </w:p>
    <w:p>
      <w:r>
        <w:rPr>
          <w:b/>
        </w:rPr>
        <w:t xml:space="preserve">[38:20] </w:t>
      </w:r>
      <w:r>
        <w:t>hum humein kya zaroorat hai ke hum hamare haath mein, humein is ki kya zaroorat hai ke hum sadar hon, wazir-e-azam hon, minister hon? is ki humein zaroorat hi kya hai?</w:t>
      </w:r>
    </w:p>
    <w:p>
      <w:pPr>
        <w:jc w:val="right"/>
      </w:pPr>
      <w:r>
        <w:t>ہم ہمیں کیا ضرورت ہے کہ ہم ہمارے ہاتھ میں، ہمیں اس کی کیا ضرورت ہے کہ ہم صدر ہوں، وزیراعظم ہوں، منسٹر ہوں؟ اس کی ہمیں ضرورت ہی کیا ہے؟</w:t>
      </w:r>
    </w:p>
    <w:p>
      <w:r>
        <w:rPr>
          <w:b/>
        </w:rPr>
        <w:t xml:space="preserve">[38:30] </w:t>
      </w:r>
      <w:r>
        <w:t>yeh to ek shaan o shaukat ki cheez hai. humein jo zaroorat hai, woh yeh hai ke is mulk ka jo infrastructure hai, is mulk mein jo opportunities hain, woh hamari qabil-e-istemal hon.</w:t>
      </w:r>
    </w:p>
    <w:p>
      <w:pPr>
        <w:jc w:val="right"/>
      </w:pPr>
      <w:r>
        <w:t>یہ تو ایک شان و شوکت کی چیز ہے۔ ہمیں جو ضرورت ہے، وہ یہ ہے کہ اس ملک کا جو انفراسٹرکچر ہے، اس ملک میں جو اپرچونیٹیز ہیں، وہ ہماری قابل استعمال ہوں۔</w:t>
      </w:r>
    </w:p>
    <w:p>
      <w:r>
        <w:rPr>
          <w:b/>
        </w:rPr>
        <w:t xml:space="preserve">[38:44] </w:t>
      </w:r>
      <w:r>
        <w:t>to woh poori tarah hamare, yani hundred percent hamare zariye istemal hain, koi rukawat nahi hai. to isi isi tadbeer ko, isi method ko Quran mein asal al-qasas kaha gaya hai.</w:t>
      </w:r>
    </w:p>
    <w:p>
      <w:pPr>
        <w:jc w:val="right"/>
      </w:pPr>
      <w:r>
        <w:t>تو وہ پوری طرح ہمارے، یعنی ہنڈرڈ پرسنٹ ہمارے ذریعے استعمال ہیں، کوئی رکاوٹ نہیں ہے۔ تو اسی اسی تدبیر کو، اسی میتھڈ کو قرآن میں اصل القصص کہا گیا ہے۔</w:t>
      </w:r>
    </w:p>
    <w:p>
      <w:r>
        <w:rPr>
          <w:b/>
        </w:rPr>
        <w:t xml:space="preserve">[38:58] </w:t>
      </w:r>
      <w:r>
        <w:t>asal al-qasas ka lafzi tarjuma hai best story. main samajhta hoon ke is mauqa ke lehaz se kaha jaye ga ke is ka matlab hai best method.</w:t>
      </w:r>
    </w:p>
    <w:p>
      <w:pPr>
        <w:jc w:val="right"/>
      </w:pPr>
      <w:r>
        <w:t>اصل القصص کا لفظی ترجمہ ہے بیسٹ سٹوری۔ میں سمجھتا ہوں کہ اس موقع کے لحاظ سے کہا جائے گا کہ اس کا مطلب ہے بیسٹ میتھڈ۔</w:t>
      </w:r>
    </w:p>
    <w:p>
      <w:r>
        <w:rPr>
          <w:b/>
        </w:rPr>
        <w:t xml:space="preserve">[39:11] </w:t>
      </w:r>
      <w:r>
        <w:t>best method. to main samajhta hoon ke yeh jo Hazrat Yusuf ne jo misaal qaim ki thi, aaj ke zamane mein woh thousand times zyada important ho gayi hai.</w:t>
      </w:r>
    </w:p>
    <w:p>
      <w:pPr>
        <w:jc w:val="right"/>
      </w:pPr>
      <w:r>
        <w:t>بیسٹ میتھڈ۔ تو میں سمجھتا ہوں کہ یہ جو حضرت یوسف نے جو مثال قائم کی تھی، آج کے زمانے میں وہ تھاؤزنڈ ٹائمز زیادہ امپورٹنٹ ہو گئی ہے۔</w:t>
      </w:r>
    </w:p>
    <w:p>
      <w:r>
        <w:rPr>
          <w:b/>
        </w:rPr>
        <w:t xml:space="preserve">[39:24] </w:t>
      </w:r>
      <w:r>
        <w:t>kyun ke dekhiye, aaj kya hai? pehle zamane mein kingship hua karti thi. king jo tha, king har cheez ka malik samajhata tha.</w:t>
      </w:r>
    </w:p>
    <w:p>
      <w:pPr>
        <w:jc w:val="right"/>
      </w:pPr>
      <w:r>
        <w:t>کیونکہ دیکھیے، آج کیا ہے؟ پہلے زمانے میں کنگ شپ ہوا کرتی تھی۔ کنگ جو تھا، کنگ ہر چیز کا مالک سمجھاتا تھا۔</w:t>
      </w:r>
    </w:p>
    <w:p>
      <w:r>
        <w:rPr>
          <w:b/>
        </w:rPr>
        <w:t xml:space="preserve">[39:37] </w:t>
      </w:r>
      <w:r>
        <w:t>king jo tha, har cheez ka malik samajhata tha. malik. ab kya hai? ab khud jo development, jo jo political philosophy ka jo development hua hai,</w:t>
      </w:r>
    </w:p>
    <w:p>
      <w:pPr>
        <w:jc w:val="right"/>
      </w:pPr>
      <w:r>
        <w:t>کنگ جو تھا، ہر چیز کا مالک سمجھاتا تھا۔ مالک۔ اب کیا ہے؟ اب خود جو ڈیولپمنٹ، جو جو پولیٹیکل فلاسفی کا جو ڈیولپمنٹ ہوا ہے،</w:t>
      </w:r>
    </w:p>
    <w:p>
      <w:r>
        <w:rPr>
          <w:b/>
        </w:rPr>
        <w:t xml:space="preserve">[39:50] </w:t>
      </w:r>
      <w:r>
        <w:t>aaj ki political philosophy woh nahi hai jo pehle thi. pehle ki political philosophy ke mutabiq king jo tha, woh sab kuch wohi usi ka hota tha.</w:t>
      </w:r>
    </w:p>
    <w:p>
      <w:pPr>
        <w:jc w:val="right"/>
      </w:pPr>
      <w:r>
        <w:t>آج کی پولیٹیکل فلاسفی وہ نہیں ہے جو پہلے تھی۔ پہلے کی پولیٹیکل فلاسفی کے مطابق کنگ جو تھا، وہ سب کچھ وہی اسی کا ہوتا تھا۔</w:t>
      </w:r>
    </w:p>
    <w:p>
      <w:r>
        <w:rPr>
          <w:b/>
        </w:rPr>
        <w:t xml:space="preserve">[40:03] </w:t>
      </w:r>
      <w:r>
        <w:t>sab kuch. har king despotic king hota tha pehle zamane mein. kyun ke us zamane ki jo political philosophy thi, woh yahi thi. aaj ki jo political philosophy hai, woh yeh hai ke ab hukoomat jo hai, sirf administration hai.</w:t>
      </w:r>
    </w:p>
    <w:p>
      <w:pPr>
        <w:jc w:val="right"/>
      </w:pPr>
      <w:r>
        <w:t>سب کچھ۔ ہر کنگ ڈسپارٹک کنگ ہوتا تھا پہلے زمانے میں۔ کیونکہ اس زمانے کی جو پولیٹیکل فلاسفی تھی، وہ یہی تھی۔ آج کی جو پولیٹیکل فلاسفی ہے، وہ یہ ہے کہ اب حکومت جو ہے، صرف ایڈمنسٹریشن ہے۔</w:t>
      </w:r>
    </w:p>
    <w:p>
      <w:r>
        <w:rPr>
          <w:b/>
        </w:rPr>
        <w:t xml:space="preserve">[40:18] </w:t>
      </w:r>
      <w:r>
        <w:t>bas. chunancha dekhiye, itna bara mulk hai America, to wahan par government nahi boli jati. yani American government nahi boli jati wahan par.</w:t>
      </w:r>
    </w:p>
    <w:p>
      <w:pPr>
        <w:jc w:val="right"/>
      </w:pPr>
      <w:r>
        <w:t>بس۔ چنانچہ دیکھیے، اتنا بڑا ملک ہے امریکہ، تو وہاں پر گورنمنٹ نہیں بولی جاتی۔ یعنی امریکن گورنمنٹ نہیں بولی جاتی وہاں پر۔</w:t>
      </w:r>
    </w:p>
    <w:p>
      <w:r>
        <w:rPr>
          <w:b/>
        </w:rPr>
        <w:t xml:space="preserve">[40:28] </w:t>
      </w:r>
      <w:r>
        <w:t>wahan kehta hai American administration. yeh is zamane mein sahi, sahi expression hai political authority ka.</w:t>
      </w:r>
    </w:p>
    <w:p>
      <w:pPr>
        <w:jc w:val="right"/>
      </w:pPr>
      <w:r>
        <w:t>وہاں کہتا ہے امریکن ایڈمنسٹریشن۔ یہ اس زمانے میں صحیح، صحیح ایکسپریشن ہے پولیٹیکل اتھارٹی کا۔</w:t>
      </w:r>
    </w:p>
    <w:p>
      <w:r>
        <w:rPr>
          <w:b/>
        </w:rPr>
        <w:t xml:space="preserve">[40:40] </w:t>
      </w:r>
      <w:r>
        <w:t>to aaj jo hai, political jo khayalat ka development hua hai, jo thought ka development hua hai, political philosophy ka jo development hua, us ke mutabiq ab hukoomat jo hai,</w:t>
      </w:r>
    </w:p>
    <w:p>
      <w:pPr>
        <w:jc w:val="right"/>
      </w:pPr>
      <w:r>
        <w:t>تو آج جو ہے، پولیٹیکل جو خیالات کا ڈیولپمنٹ ہوا ہے، جو تھاٹ کا ڈیولپمنٹ ہوا ہے، پولیٹیکل فلاسفی کا جو ڈیولپمنٹ ہوا، اس کے مطابق اب حکومت جو ہے،</w:t>
      </w:r>
    </w:p>
    <w:p>
      <w:r>
        <w:rPr>
          <w:b/>
        </w:rPr>
        <w:t xml:space="preserve">[40:55] </w:t>
      </w:r>
      <w:r>
        <w:t>ka woh tasawwur nahi hai jo pehle zamane mein hua karta tha. ab hukoomat jo hai, sirf administration hai. bas. zyada nahi. riwayat ke ek ek dealing, ek dealing kar diya hai maujooda zamane ne hukoomat ko aur doosri cheezon ko.</w:t>
      </w:r>
    </w:p>
    <w:p>
      <w:pPr>
        <w:jc w:val="right"/>
      </w:pPr>
      <w:r>
        <w:t>کا وہ تصور نہیں ہے جو پہلے زمانے میں ہوا کرتا تھا۔ اب حکومت جو ہے، صرف ایڈمنسٹریشن ہے۔ بس۔ زیادہ نہیں۔ روایت کہ ایک ایک ڈیلنگ، ایک ڈیلنگ کر دیا ہے موجودہ زمانے نے حکومت کو اور دوسری چیزوں کو۔</w:t>
      </w:r>
    </w:p>
    <w:p>
      <w:r>
        <w:rPr>
          <w:b/>
        </w:rPr>
        <w:t xml:space="preserve">[41:13] </w:t>
      </w:r>
      <w:r>
        <w:t>to yeh ain hamare haq mein hai. yeh jo zamane mein jo yeh jo cheez paida hui hai, woh ain hamare haq mein hai.</w:t>
      </w:r>
    </w:p>
    <w:p>
      <w:pPr>
        <w:jc w:val="right"/>
      </w:pPr>
      <w:r>
        <w:t>تو یہ عین ہمارے حق میں ہے۔ یہ جو زمانے میں جو یہ جو چیز پیدا ہوئی ہے، وہ عین ہمارے حق میں ہے۔</w:t>
      </w:r>
    </w:p>
    <w:p>
      <w:r>
        <w:rPr>
          <w:b/>
        </w:rPr>
        <w:t xml:space="preserve">[41:23] </w:t>
      </w:r>
      <w:r>
        <w:t>humein koi zaroorat nahi hai political authority ki. humein koi zaroorat nahi hai political rule ki. humein chahiye sirf infrastructure, opportunities, opportunities ko avail karna.</w:t>
      </w:r>
    </w:p>
    <w:p>
      <w:pPr>
        <w:jc w:val="right"/>
      </w:pPr>
      <w:r>
        <w:t>ہمیں کوئی ضرورت نہیں ہے پولیٹیکل اتھارٹی کی۔ ہمیں کوئی ضرورت نہیں ہے پولیٹیکل رول کی۔ ہمیں چاہیے صرف انفراسٹرکچر، اپرچونیٹیز، اپرچونیٹیز کو اویل کرنا۔</w:t>
      </w:r>
    </w:p>
    <w:p>
      <w:r>
        <w:rPr>
          <w:b/>
        </w:rPr>
        <w:t xml:space="preserve">[41:36] </w:t>
      </w:r>
      <w:r>
        <w:t>misal ke taur par humein Quran chhapna tha. English tarjuma Quran. to us ke liye humein koi zaroorat nahi ke hum hukoomat hamare haath mein ho.</w:t>
      </w:r>
    </w:p>
    <w:p>
      <w:pPr>
        <w:jc w:val="right"/>
      </w:pPr>
      <w:r>
        <w:t>مثلاً ہمیں قرآن چھاپنا تھا۔ انگلش ترجمہ قرآن۔ تو اس کے لیے ہمیں کوئی ضرورت نہیں کہ ہم حکومت ہمارے ہاتھ میں ہو۔</w:t>
      </w:r>
    </w:p>
    <w:p>
      <w:r>
        <w:rPr>
          <w:b/>
        </w:rPr>
        <w:t xml:space="preserve">[41:45] </w:t>
      </w:r>
      <w:r>
        <w:t>tab chhape. pehle zamane mein hukoomat aap ke haath mein ho, tab hi chhap sakta tha. ab is ki zaroorat hi nahi hai. kyun ke yahan dealing kar diya gaya hai.</w:t>
      </w:r>
    </w:p>
    <w:p>
      <w:pPr>
        <w:jc w:val="right"/>
      </w:pPr>
      <w:r>
        <w:t>تب چھپے۔ پہلے زمانے میں حکومت آپ کے ہاتھ میں ہو، تب ہی چھپ سکتا تھا۔ اب اس کی ضرورت ہی نہیں ہے۔ کیونکہ یہاں ڈیلنگ کر دیا گیا ہے۔</w:t>
      </w:r>
    </w:p>
    <w:p>
      <w:r>
        <w:rPr>
          <w:b/>
        </w:rPr>
        <w:t xml:space="preserve">[41:58] </w:t>
      </w:r>
      <w:r>
        <w:t>to hukoomat kisi aur ke haath mein hai. hamara koi talluq nahi hai. hum bohat nihayat azadi se hum Quran ko chhapte hain. hum aise mahnama magazine nikalte hain apna.</w:t>
      </w:r>
    </w:p>
    <w:p>
      <w:pPr>
        <w:jc w:val="right"/>
      </w:pPr>
      <w:r>
        <w:t>تو حکومت کسی اور کے ہاتھ میں ہے۔ ہمارا کوئی تعلق نہیں ہے۔ ہم بہت نہایت آزادی سے ہم قرآن کو چھاپتے ہیں۔ ہم ایسے ماہنامہ میگزین نکالتے ہیں اپنا۔</w:t>
      </w:r>
    </w:p>
    <w:p>
      <w:r>
        <w:rPr>
          <w:b/>
        </w:rPr>
        <w:t xml:space="preserve">[42:12] </w:t>
      </w:r>
      <w:r>
        <w:t>to pehle zamane mein jab kingship ke zamane mein aap aazad magazine nahi nikal sakte the. lekin hum aazad magazine nikal rahe hain. koi pakad thakkar nahi.</w:t>
      </w:r>
    </w:p>
    <w:p>
      <w:pPr>
        <w:jc w:val="right"/>
      </w:pPr>
      <w:r>
        <w:t>تو پہلے زمانے میں جب کنگ شپ کے زمانے میں آپ آزاد میگزین نہیں نکال سکتے تھے۔ لیکن ہم آزاد میگزین نکال رہے ہیں۔ کوئی پکڑ تھکڑ نہیں۔</w:t>
      </w:r>
    </w:p>
    <w:p>
      <w:r>
        <w:rPr>
          <w:b/>
        </w:rPr>
        <w:t xml:space="preserve">[42:22] </w:t>
      </w:r>
      <w:r>
        <w:t>kisi se poochna hi humein. hamein kisi se poochne ki zaroorat nahi hai. sankron kitabein humne chhapi hain. bachchon ke liye, baron ke liye. sankron ki tadad hai.</w:t>
      </w:r>
    </w:p>
    <w:p>
      <w:pPr>
        <w:jc w:val="right"/>
      </w:pPr>
      <w:r>
        <w:t>کسی سے پوچھنا ہی ہمیں۔ ہمیں کسی سے پوچھنے کی ضرورت نہیں ہے۔ سینکڑوں کتابیں ہم نے چھاپی ہیں۔ بچوں کے لیے، بڑوں کے لیے۔ سینکڑوں کی تعداد ہے۔</w:t>
      </w:r>
    </w:p>
    <w:p>
      <w:r>
        <w:rPr>
          <w:b/>
        </w:rPr>
        <w:t xml:space="preserve">[42:31] </w:t>
      </w:r>
      <w:r>
        <w:t>balki shayad hazaron ki tadad mein. bachchon ke liye bhi aur baron ke liye bhi. koi koi rukawat nahi hai. koi pakad thakkar nahi hai. to yeh kitna bada Allah taala ka mamla hai.</w:t>
      </w:r>
    </w:p>
    <w:p>
      <w:pPr>
        <w:jc w:val="right"/>
      </w:pPr>
      <w:r>
        <w:t>بلکہ شاید ہزاروں کی تعداد میں۔ بچوں کے لیے بھی اور بڑوں کے لیے بھی۔ کوئی کوئی رکاوٹ نہیں ہے۔ کوئی پکڑ تھکڑ نہیں ہے۔ تو یہ کتنا بڑا اللہ تعالیٰ کا معاملہ ہے۔</w:t>
      </w:r>
    </w:p>
    <w:p>
      <w:r>
        <w:rPr>
          <w:b/>
        </w:rPr>
        <w:t xml:space="preserve">[42:46] </w:t>
      </w:r>
      <w:r>
        <w:t>to is is tareeqa e kar ka model Allah taala ne Hazrat Yusuf ke zariye bahut pehle qaim kar diya tha.</w:t>
      </w:r>
    </w:p>
    <w:p>
      <w:pPr>
        <w:jc w:val="right"/>
      </w:pPr>
      <w:r>
        <w:t>تو اس اس طریقہ کار کا ماڈل اللہ تعالیٰ نے حضرت یوسف کے ذریعے بہت پہلے قائم کر دیا تھا۔</w:t>
      </w:r>
    </w:p>
    <w:p>
      <w:r>
        <w:rPr>
          <w:b/>
        </w:rPr>
        <w:t xml:space="preserve">[42:57] </w:t>
      </w:r>
      <w:r>
        <w:t>taake woh authentic model maana jaye. yeh jo model hai, pehle agar qaim na hua hota to log kehte hain ke yeh authentic model nahi hai.</w:t>
      </w:r>
    </w:p>
    <w:p>
      <w:pPr>
        <w:jc w:val="right"/>
      </w:pPr>
      <w:r>
        <w:t>تاکہ وہ اتھنٹک ماڈل مانا جائے۔ یہ جو ماڈل ہے، پہلے اگر قائم نہ ہوا ہوتا تو لوگ کہتے ہیں کہ یہ اتھنٹک ماڈل نہیں ہے۔</w:t>
      </w:r>
    </w:p>
    <w:p>
      <w:r>
        <w:rPr>
          <w:b/>
        </w:rPr>
        <w:t xml:space="preserve">[43:07] </w:t>
      </w:r>
      <w:r>
        <w:t>hum hukoomat se ladne ladenge hum. hukoomat se ladenge, is par qabza karenge. is ke baghair kaam nahi ho sakta. to Allah taala ne ek model bana qaim kar diya Hazrat Yusuf ke zariye se.</w:t>
      </w:r>
    </w:p>
    <w:p>
      <w:pPr>
        <w:jc w:val="right"/>
      </w:pPr>
      <w:r>
        <w:t>ہم حکومت سے لڑنے لڑیں گے ہم۔ حکومت سے لڑیں گے، اس پر قبضہ کریں گے۔ اس کے بغیر کام نہیں ہو سکتا۔ تو اللہ تعالیٰ نے ایک ماڈل بنا قائم کر دیا حضرت یوسف کے ذریعے سے۔</w:t>
      </w:r>
    </w:p>
    <w:p>
      <w:r>
        <w:rPr>
          <w:b/>
        </w:rPr>
        <w:t xml:space="preserve">[43:21] </w:t>
      </w:r>
      <w:r>
        <w:t>is ko kaha ke ailan kar diya ke asal al qasas hai yeh. best model hai yeh. best model hone ka ailan kar diya.</w:t>
      </w:r>
    </w:p>
    <w:p>
      <w:pPr>
        <w:jc w:val="right"/>
      </w:pPr>
      <w:r>
        <w:t>اس کو کہا کہ اعلان کر دیا کہ اصل القصص ہے یہ۔ بیسٹ ماڈل ہے یہ۔ بیسٹ ماڈل ہونے کا اعلان کر دیا۔</w:t>
      </w:r>
    </w:p>
    <w:p>
      <w:r>
        <w:rPr>
          <w:b/>
        </w:rPr>
        <w:t xml:space="preserve">[43:32] </w:t>
      </w:r>
      <w:r>
        <w:t>to ab hamein goya sanction mil gaya Allah taala ki taraf se. jo hum ikhtiyar kiye hue hain, jo tareeqa ke hukoomat se takrao na kar ke apne ko mehdood rakha hai humne infrastructure tak.</w:t>
      </w:r>
    </w:p>
    <w:p>
      <w:pPr>
        <w:jc w:val="right"/>
      </w:pPr>
      <w:r>
        <w:t>تو اب ہمیں گویا سینکشن مل گیا اللہ تعالیٰ کی طرف سے۔ جو ہم اختیار کیے ہوئے ہیں، جو طریقہ کہ حکومت سے ٹکراؤ نہ کر کے اپنے کو محدود رکھا ہے ہم نے انفراسٹرکچر تک۔</w:t>
      </w:r>
    </w:p>
    <w:p>
      <w:r>
        <w:rPr>
          <w:b/>
        </w:rPr>
        <w:t xml:space="preserve">[43:48] </w:t>
      </w:r>
      <w:r>
        <w:t>opportunities tak. peaceful jo non political field mein jo peaceful da'wah work par yeh humne apne ko yahan par mehdood rakha hai.</w:t>
      </w:r>
    </w:p>
    <w:p>
      <w:pPr>
        <w:jc w:val="right"/>
      </w:pPr>
      <w:r>
        <w:t>اپرچونیٹیز تک۔ پیس فل جو نان پولیٹیکل فیلڈ میں جو پیس فل داؤ ورک پر یہ ہم نے اپنے کو یہاں پر محدود کر رکھا ہے۔</w:t>
      </w:r>
    </w:p>
    <w:p>
      <w:r>
        <w:rPr>
          <w:b/>
        </w:rPr>
        <w:t xml:space="preserve">[44:00] </w:t>
      </w:r>
      <w:r>
        <w:t>to agar Hazrat Yusuf alaihissalam ki misaal na hoti to koi keh sakta tha ke is ki is ka is ki authenticity kya hai.</w:t>
      </w:r>
    </w:p>
    <w:p>
      <w:pPr>
        <w:jc w:val="right"/>
      </w:pPr>
      <w:r>
        <w:t>تو اگر حضرت یوسف علیہ السلام کی مثال نہ ہوتی تو کوئی کہہ سکتا تھا کہ اس کی اس کا اس کی اتھنٹسٹی کیا ہے۔</w:t>
      </w:r>
    </w:p>
    <w:p>
      <w:r>
        <w:rPr>
          <w:b/>
        </w:rPr>
        <w:t xml:space="preserve">[44:11] </w:t>
      </w:r>
      <w:r>
        <w:t>lekin Hazrat Yusuf alaihissalam ki misaal qaim kar ke Allah taala ne aur is ko asal al qasas ka darja de kar ke is ko best method bana kar ke hamare is tareeqa e kar ko authentic bana diya.</w:t>
      </w:r>
    </w:p>
    <w:p>
      <w:pPr>
        <w:jc w:val="right"/>
      </w:pPr>
      <w:r>
        <w:t>لیکن حضرت یوسف علیہ السلام کی مثال قائم کر کے اللہ تعالیٰ نے اور اس کو اصل القصص کا درجہ دے کر کے اس کو بیسٹ میتھڈ بنا کر کے ہمارے اس طریقہ کار کو اتھنٹک بنا دیا۔</w:t>
      </w:r>
    </w:p>
    <w:p>
      <w:r>
        <w:rPr>
          <w:b/>
        </w:rPr>
        <w:t xml:space="preserve">[44:28] </w:t>
      </w:r>
      <w:r>
        <w:t>aur Quran mein yeh bhi likh diya ke fawba khuda muqtada hai. yaani saare hi paighambar namoona hain. aisa nahi ke sirf sirf paighambar akhir Hazrat Muhammad Sallallahu Alaihi Wasallam har paighambar namoona hai.</w:t>
      </w:r>
    </w:p>
    <w:p>
      <w:pPr>
        <w:jc w:val="right"/>
      </w:pPr>
      <w:r>
        <w:t>اور قرآن میں یہ بھی لکھ دیا کہ فوبہ خدا مقتدا ہے۔ یعنی سارے ہی پیغمبر نمونہ ہیں۔ ایسا نہیں کہ صرف صرف پیغمبر آخر حضرت محمد صلی اللہ علیہ وسلم ہر پیغمبر نمونہ ہے۔</w:t>
      </w:r>
    </w:p>
    <w:p>
      <w:r>
        <w:rPr>
          <w:b/>
        </w:rPr>
        <w:t xml:space="preserve">[44:41] </w:t>
      </w:r>
      <w:r>
        <w:t>to jis tarah Rasool Allah ki zindagi namoona hai, waisi Hazrat Yusuf ki zindagi namoona hai. waisi Hazrat Ismail ki zindagi namoona hai. waisi Hazrat Ibrahim ki zindagi namoona hai.</w:t>
      </w:r>
    </w:p>
    <w:p>
      <w:pPr>
        <w:jc w:val="right"/>
      </w:pPr>
      <w:r>
        <w:t>تو جس طرح رسول اللہ کی زندگی نمونہ ہے، ویسی حضرت یوسف کی زندگی نمونہ ہے۔ ویسی حضرت اسماعیل کی زندگی نمونہ ہے۔ ویسی حضرت ابراہیم کی زندگی نمونہ ہے۔</w:t>
      </w:r>
    </w:p>
    <w:p>
      <w:r>
        <w:rPr>
          <w:b/>
        </w:rPr>
        <w:t xml:space="preserve">[44:52] </w:t>
      </w:r>
      <w:r>
        <w:t>to yeh kitni badi nemat hai Allah taala ki hai. kitni badi nemat hai. yaani ek taraf Allah taala ne ek mehfooz kitaab yaani preserved book apne yaani khudai mazhab ki hamein de di bashakl basurat Quran.</w:t>
      </w:r>
    </w:p>
    <w:p>
      <w:pPr>
        <w:jc w:val="right"/>
      </w:pPr>
      <w:r>
        <w:t>تو یہ کتنی بڑی نعمت ہے اللہ تعالیٰ کی ہے۔ کتنی بڑی نعمت ہے۔ یعنی ایک طرف اللہ تعالیٰ نے ایک محفوظ کتاب یعنی پریزروڈ بک اپنے یعنی خدائی مذہب کی ہمیں دے دی بشکل بصورت قرآن۔</w:t>
      </w:r>
    </w:p>
    <w:p>
      <w:r>
        <w:rPr>
          <w:b/>
        </w:rPr>
        <w:t xml:space="preserve">[45:15] </w:t>
      </w:r>
      <w:r>
        <w:t>yeh ek nemat hai Allah taala ki. aur yeh nemat hum ko mili hai Rasool Allah Sallallahu Alaihi Wasallam se ki taraf se ke Rasool Allah Sallallahu Alaihi Wasallam ne un ke ahle bait ne un ke ashaab ne bahut zyada qurbaniyan dein.</w:t>
      </w:r>
    </w:p>
    <w:p>
      <w:pPr>
        <w:jc w:val="right"/>
      </w:pPr>
      <w:r>
        <w:t>یہ ایک نعمت ہے اللہ تعالیٰ کی۔ اور یہ نعمت ہم کو ملی ہے رسول اللہ صلی اللہ علیہ وسلم سے کی طرف سے کہ رسول اللہ صلی اللہ علیہ وسلم نے ان کے اہل بیت نے ان کے اصحاب نے بہت زیادہ قربانیاں دیں۔</w:t>
      </w:r>
    </w:p>
    <w:p>
      <w:r>
        <w:rPr>
          <w:b/>
        </w:rPr>
        <w:t xml:space="preserve">[45:27] </w:t>
      </w:r>
      <w:r>
        <w:t>tab ja kar yeh mehfooz kitaab hum ko pahunchi hai. isi liye hum kehte hain har baar baar Sallallahu Alaihi Wasallam yeh durood bhejte hain.</w:t>
      </w:r>
    </w:p>
    <w:p>
      <w:pPr>
        <w:jc w:val="right"/>
      </w:pPr>
      <w:r>
        <w:t>تب جا کر یہ محفوظ کتاب ہم کو پہنچی ہے۔ اسی لیے ہم کہتے ہیں ہر بار بار صلی اللہ علیہ والہ وسلم یہ درود بھیجتے ہیں۔</w:t>
      </w:r>
    </w:p>
    <w:p>
      <w:r>
        <w:rPr>
          <w:b/>
        </w:rPr>
        <w:t xml:space="preserve">[45:37] </w:t>
      </w:r>
      <w:r>
        <w:t>durood kya hai? durood dua hai. durood jo hai eteraaf hai. jab hum durood padhte hain to hum Rasool Allah Sallallahu Alaihi Wasallam ka eteraaf karte hain ke aap ke zariye se hamein mehfooz kitaab mili.</w:t>
      </w:r>
    </w:p>
    <w:p>
      <w:pPr>
        <w:jc w:val="right"/>
      </w:pPr>
      <w:r>
        <w:t>درود کیا ہے؟ درود دعا ہے۔ درود جو ہے اعتراف ہے۔ جب ہم درود پڑھتے ہیں تو ہم رسول اللہ صلی اللہ علیہ وسلم کا اعتراف کرتے ہیں کہ آپ کے ذریعے سے ہمیں محفوظ کتاب ملی۔</w:t>
      </w:r>
    </w:p>
    <w:p>
      <w:r>
        <w:rPr>
          <w:b/>
        </w:rPr>
        <w:t xml:space="preserve">[45:51] </w:t>
      </w:r>
      <w:r>
        <w:t>yeh samajh lijiye ke durood koi purasrar cheez nahi hai. durood koi purasrar cheez nahi hai.</w:t>
      </w:r>
    </w:p>
    <w:p>
      <w:pPr>
        <w:jc w:val="right"/>
      </w:pPr>
      <w:r>
        <w:t>یہ سمجھ لیجئے کہ درود کوئی پراسرار چیز نہیں ہے۔ درود کوئی پراسرار چیز نہیں ہے۔</w:t>
      </w:r>
    </w:p>
    <w:p>
      <w:r>
        <w:rPr>
          <w:b/>
        </w:rPr>
        <w:t xml:space="preserve">[46:12] </w:t>
      </w:r>
      <w:r>
        <w:t>durood na to koi purasrar cheez hai, na muqaddas kalmaat hain, na sirf ek sawab ki cheez hai. durood jo hai il eimaan ki taraf se Rasool Allah Sallallahu Alaihi Wasallam ke liye eteraaf hai, acknowledge karna hai ke aap ki qurbaniyon se aap ke saathiyon ki qurbaniyon ki wajah se hamein Khuda ke deen ki ka mehfooz radiation, authentic radiation mila.</w:t>
      </w:r>
    </w:p>
    <w:p>
      <w:pPr>
        <w:jc w:val="right"/>
      </w:pPr>
      <w:r>
        <w:t>درود نہ تو کوئی پراسرار چیز ہے، نہ مقدس کلمات ہیں، نہ صرف ایک ثواب کی چیز ہے۔ درود جو ہے ال ایمان کی طرف سے رسول اللہ صلی اللہ علیہ وسلم کے لیے اعتراف ہے، اکنالج کرنا ہے کہ آپ کی قربانیوں سے آپ کے ساتھیوں کی قربانیوں کی وجہ سے ہمیں خدا کے دین کی کا محفوظ ریڈی ایشن، اتھنٹک ریڈی ایشن ملا۔</w:t>
      </w:r>
    </w:p>
    <w:p>
      <w:r>
        <w:rPr>
          <w:b/>
        </w:rPr>
        <w:t xml:space="preserve">[46:39] </w:t>
      </w:r>
      <w:r>
        <w:t>yeh hai acknowledgement. to yeh Quran ki baat hai. isi tarah se dekhiye doosre anbiya ke zariye se jo woh bhi mustanad namoona hai hamare liye.</w:t>
      </w:r>
    </w:p>
    <w:p>
      <w:pPr>
        <w:jc w:val="right"/>
      </w:pPr>
      <w:r>
        <w:t>یہ ہے اکنالجمنٹ۔ تو یہ قرآن کی بات ہے۔ اسی طریقے سے دیکھیے دوسرے انبیاء کے ذریعے سے جو وہ بھی مستند نمونہ ہے ہمارے لیے۔</w:t>
      </w:r>
    </w:p>
    <w:p>
      <w:r>
        <w:rPr>
          <w:b/>
        </w:rPr>
        <w:t xml:space="preserve">[46:53] </w:t>
      </w:r>
      <w:r>
        <w:t>to Hazrat Ismail, Hazrat Ibrahim ke zariye se hamein ek model woh mila ke team kaise banai jaye. team kaise banai jaye.</w:t>
      </w:r>
    </w:p>
    <w:p>
      <w:pPr>
        <w:jc w:val="right"/>
      </w:pPr>
      <w:r>
        <w:t>تو حضرت اسماعیل، حضرت ابراہیم کے ذریعے سے ہمیں ایک ماڈل وہ ملا کہ ٹیم کیسے بنائی جائے۔ ٹیم کیسے بنائی جائے۔</w:t>
      </w:r>
    </w:p>
    <w:p>
      <w:r>
        <w:rPr>
          <w:b/>
        </w:rPr>
        <w:t xml:space="preserve">[47:02] </w:t>
      </w:r>
      <w:r>
        <w:t>is ka model mila humein. aur bhai yeh bhi basharat hai ke team ko banane ke liye jab kuch log apne ko tayyar karein ke woh wadi e ghair zar'a chale jayenge.</w:t>
      </w:r>
    </w:p>
    <w:p>
      <w:pPr>
        <w:jc w:val="right"/>
      </w:pPr>
      <w:r>
        <w:t>اس کا ماڈل ملا ہمیں۔ اور بھئی یہ بھی بشارت ہے کہ ٹیم کو بنانے کے لیے جب کچھ لوگ اپنے کو تیار کریں کہ وہ وادی غیر زر زرم چلے جائیں گے۔</w:t>
      </w:r>
    </w:p>
    <w:p>
      <w:r>
        <w:rPr>
          <w:b/>
        </w:rPr>
        <w:t xml:space="preserve">[47:12] </w:t>
      </w:r>
      <w:r>
        <w:t>yaani wahan jahan ke na koi property hai, na koi material interest hai, na koi dunyaavi faida hai.</w:t>
      </w:r>
    </w:p>
    <w:p>
      <w:pPr>
        <w:jc w:val="right"/>
      </w:pPr>
      <w:r>
        <w:t>یعنی وہاں جہاں کہ نہ کوئی پراپرٹی ہے، نہ کوئی مٹیریل انٹرسٹ ہے، نہ کوئی دنیاوی فائدہ ہے۔</w:t>
      </w:r>
    </w:p>
    <w:p>
      <w:r>
        <w:rPr>
          <w:b/>
        </w:rPr>
        <w:t xml:space="preserve">[47:22] </w:t>
      </w:r>
      <w:r>
        <w:t>to Khuda ki taraf se nusrat umad padegi. yeh bhi basharat hai jaisa ke umad padi banu Ismail ke upar.</w:t>
      </w:r>
    </w:p>
    <w:p>
      <w:pPr>
        <w:jc w:val="right"/>
      </w:pPr>
      <w:r>
        <w:t>تو خدا کی طرف سے نصرت امڈ پڑے گی۔ یہ بھی بشارت ہے جیسا کہ امڈ پڑی بنو اسماعیل کے اوپر۔</w:t>
      </w:r>
    </w:p>
    <w:p>
      <w:r>
        <w:rPr>
          <w:b/>
        </w:rPr>
        <w:t xml:space="preserve">[47:32] </w:t>
      </w:r>
      <w:r>
        <w:t>to Allah taala ne dekhiye yeh do namoone ke liye do shakhhein jo hain in ko muntakhib farmaya.</w:t>
      </w:r>
    </w:p>
    <w:p>
      <w:pPr>
        <w:jc w:val="right"/>
      </w:pPr>
      <w:r>
        <w:t>تو اللہ تعالیٰ نے دیکھیے یہ دو نمونے کے لیے دو شاخیں جو ہیں ان کو منتخب فرمایا۔</w:t>
      </w:r>
    </w:p>
    <w:p>
      <w:r>
        <w:rPr>
          <w:b/>
        </w:rPr>
        <w:t xml:space="preserve">[47:41] </w:t>
      </w:r>
      <w:r>
        <w:t>hazrat ibrahim ke aulad ki ek shakh woh hai jo jisko hum bano ismail kehte hain. doosri woh jisko hum bano bano ishaq kehte hain.</w:t>
      </w:r>
    </w:p>
    <w:p>
      <w:pPr>
        <w:jc w:val="right"/>
      </w:pPr>
      <w:r>
        <w:t>حضرت ابراہیم کے اولاد کی ایک شاخ وہ ہے جو جس کو ہم بنو اسماعیل کہتے ہیں۔ دوسری وہ جس کو ہم بنو بنو اسحاق کہتے ہیں۔</w:t>
      </w:r>
    </w:p>
    <w:p>
      <w:r>
        <w:rPr>
          <w:b/>
        </w:rPr>
        <w:t xml:space="preserve">[47:50] </w:t>
      </w:r>
      <w:r>
        <w:t>isko bano israil bhi kaha jata hai. to bano ismail ki shakh ke zariye se allah ta'ala ne yeh namuna qaim kiya ke world of distraction mein team kaise banai jaye.</w:t>
      </w:r>
    </w:p>
    <w:p>
      <w:pPr>
        <w:jc w:val="right"/>
      </w:pPr>
      <w:r>
        <w:t>اس کو بنو اسرائیل بھی کہا جاتا ہے۔ تو بنو اسماعیل کی شاخ کے ذریعے سے اللہ تعالیٰ نے یہ نمونہ قائم کیا کہ ورلڈ آف ڈسٹریکشن میں ٹیم کیسے بنائی جائے۔</w:t>
      </w:r>
    </w:p>
    <w:p>
      <w:r>
        <w:rPr>
          <w:b/>
        </w:rPr>
        <w:t xml:space="preserve">[48:02] </w:t>
      </w:r>
      <w:r>
        <w:t>aur phir is par jo basharatein hain allah ta'ala ki. aur bano ishaq ke ke zariye yeh model qaim kiya yeh misaal ke world of conflict mein kis tarah se aap ke liye success fully rasta nikala jaye kaam karne ka.</w:t>
      </w:r>
    </w:p>
    <w:p>
      <w:pPr>
        <w:jc w:val="right"/>
      </w:pPr>
      <w:r>
        <w:t>اور پھر اس پر جو بشارتیں ہیں اللہ تعالیٰ کی۔ اور بنو اسحاق کے کے ذریعے یہ ماڈل قائم کیا یہ مثال کہ ورلڈ آف کانفلکٹ میں کس طرح سے آپ کے لیے سکسیس فلی راستہ نکالا جائے کام کرنے کا۔</w:t>
      </w:r>
    </w:p>
    <w:p>
      <w:r>
        <w:rPr>
          <w:b/>
        </w:rPr>
        <w:t xml:space="preserve">[48:25] </w:t>
      </w:r>
      <w:r>
        <w:t>to allah ta'ala ne hazrat ibrahim ke do shakh ko chuna is kaam ko karne ke liye. to rasool allah sallallahu alaihi wasallam ke zariye allah ta'ala ne ideology mehfooz kar di book of ideology quran ki shakal mein.</w:t>
      </w:r>
    </w:p>
    <w:p>
      <w:pPr>
        <w:jc w:val="right"/>
      </w:pPr>
      <w:r>
        <w:t>تو اللہ تعالیٰ نے حضرت ابراہیم کے دو شاخ کو چنا اس کام کو کرنے کے لیے۔ تو رسول اللہ صلی اللہ علیہ وسلم کے ذریعے اللہ تعالیٰ نے ائیڈیالوجی محفوظ کر دی بک آف ائیڈیالوجی قرآن کی شکل میں۔</w:t>
      </w:r>
    </w:p>
    <w:p>
      <w:r>
        <w:rPr>
          <w:b/>
        </w:rPr>
        <w:t xml:space="preserve">[48:41] </w:t>
      </w:r>
      <w:r>
        <w:t>aur bano ismail aur hazrat hajra aur bano ismail, hazrat hajra, ismail aur ibrahim ke zariye se model qaim kiya ke team kaise banai jaye.</w:t>
      </w:r>
    </w:p>
    <w:p>
      <w:pPr>
        <w:jc w:val="right"/>
      </w:pPr>
      <w:r>
        <w:t>اور بنو اسماعیل اور حضرت ہاجرہ اور بنو اسماعیل، حضرت ہاجرہ، اسماعیل اور ابراہیم کے ذریعے سے ماڈل قائم کیا کہ ٹیم کیسے بنائی جائے۔</w:t>
      </w:r>
    </w:p>
    <w:p>
      <w:r>
        <w:rPr>
          <w:b/>
        </w:rPr>
        <w:t xml:space="preserve">[48:53] </w:t>
      </w:r>
      <w:r>
        <w:t>aur team banane ke liye jo aap ko sacrifice karni paregi. yani wadi ghair zar'a jo jana parega aap ko. to basharat hai ke koi ghabrane ki zaroorat nahi hai.</w:t>
      </w:r>
    </w:p>
    <w:p>
      <w:pPr>
        <w:jc w:val="right"/>
      </w:pPr>
      <w:r>
        <w:t>اور ٹیم بنانے کے لیے جو آپ کو سیکریفائس کرنی پڑے گی۔ یعنی وادی غیر زرم جو جانا پڑے گا آپ کو۔ تو بشارت ہے کہ کوئی گھبرانے کی ضرورت نہیں ہے۔</w:t>
      </w:r>
    </w:p>
    <w:p>
      <w:r>
        <w:rPr>
          <w:b/>
        </w:rPr>
        <w:t xml:space="preserve">[49:03] </w:t>
      </w:r>
      <w:r>
        <w:t>yaqeen rakho ke allah ta'ala hamein madad karega. isi tarah se hazrat yusuf ke zariye se itni badi misaal qaim ki hai ke agar yeh misaal na qaim hoti to bohat hi yani mushkil tha logon ko mutmain karna.</w:t>
      </w:r>
    </w:p>
    <w:p>
      <w:pPr>
        <w:jc w:val="right"/>
      </w:pPr>
      <w:r>
        <w:t>یقین رکھو کہ اللہ تعالیٰ ہمیں مدد کرے گا۔ اسی طرح سے حضرت یوسف کے ذریعے سے اتنی بڑی مثال قائم کی ہے کہ اگر یہ مثال نہ قائم ہوتی تو بہت ہی یعنی مشکل تھا لوگوں کو مطمئن کرنا۔</w:t>
      </w:r>
    </w:p>
    <w:p>
      <w:r>
        <w:rPr>
          <w:b/>
        </w:rPr>
        <w:t xml:space="preserve">[49:19] </w:t>
      </w:r>
      <w:r>
        <w:t>har aadmi kehta ke sara ikhtiyar to hakim ke paas hota hai. hakim se agar aap avoid karein, us se door reh kar kaam karna chahein to koi kaam hi nahi hoga.</w:t>
      </w:r>
    </w:p>
    <w:p>
      <w:pPr>
        <w:jc w:val="right"/>
      </w:pPr>
      <w:r>
        <w:t>ہر آدمی کہتا کہ سارا اختیار تو حاکم کے پاس ہوتا ہے۔ حاکم سے اگر آپ اوائڈ کریں، اس سے دور رہ کر کام کرنا چاہیں تو کوئی کام ہی نہیں ہوگا۔</w:t>
      </w:r>
    </w:p>
    <w:p>
      <w:r>
        <w:rPr>
          <w:b/>
        </w:rPr>
        <w:t xml:space="preserve">[49:33] </w:t>
      </w:r>
      <w:r>
        <w:t>to hazrat yusuf ke ke zariye allah ta'ala ne misaal qaim ki ke nahi, hakim se political takrao na karne mein itna bada faida hai ke poora poora mulk aap ke zariye istemal ho jata hai.</w:t>
      </w:r>
    </w:p>
    <w:p>
      <w:pPr>
        <w:jc w:val="right"/>
      </w:pPr>
      <w:r>
        <w:t>تو حضرت یوسف کے کے ذریعے اللہ تعالیٰ نے مثال قائم کی کہ نہیں، حاکم سے پولیٹیکل ٹکراؤ نہ کرنے میں اتنا بڑا فائدہ ہے کہ پورا پورا ملک آپ کے ذریعے استعمال ہو جاتا ہے۔</w:t>
      </w:r>
    </w:p>
    <w:p>
      <w:r>
        <w:rPr>
          <w:b/>
        </w:rPr>
        <w:t xml:space="preserve">[49:48] </w:t>
      </w:r>
      <w:r>
        <w:t>hazrat yusuf ne badshah se takrao nahi kiya, agarche woh mushrik tha woh. to poora bistar aap ke zer tasarrf aa gaya. aisi aaj jo hai aap chahe india mein hon ya america mein hon, kisi bhi mulk mein hon,</w:t>
      </w:r>
    </w:p>
    <w:p>
      <w:pPr>
        <w:jc w:val="right"/>
      </w:pPr>
      <w:r>
        <w:t>حضرت یوسف نے بادشاہ سے ٹکراؤ نہیں کیا، اگرچہ وہ مشرک تھا وہ۔ تو پورا بستر آپ کے زیر تصرف آ گیا۔ ایسی آج جو ہے آپ چاہے انڈیا میں ہوں یا امریکہ میں ہوں، کسی بھی ملک میں ہوں،</w:t>
      </w:r>
    </w:p>
    <w:p>
      <w:r>
        <w:rPr>
          <w:b/>
        </w:rPr>
        <w:t xml:space="preserve">[50:02] </w:t>
      </w:r>
      <w:r>
        <w:t>aaj aap agar hukoomaton se takrao na karein to poora mulk, poori poori duniya aap ke zer istemal aa jayegi. poori poori duniya ke mawaqe aap istemal kar sakenge.</w:t>
      </w:r>
    </w:p>
    <w:p>
      <w:pPr>
        <w:jc w:val="right"/>
      </w:pPr>
      <w:r>
        <w:t>آج آپ اگر حکومتوں سے ٹکراؤ نہ کریں تو پورا ملک، پوری پوری دنیا آپ کے زیر استعمال آ جائے گی۔ پوری پوری دنیا کے مواقع آپ استعمال کر سکیں گے۔</w:t>
      </w:r>
    </w:p>
    <w:p>
      <w:r>
        <w:rPr>
          <w:b/>
        </w:rPr>
        <w:t xml:space="preserve">[50:14] </w:t>
      </w:r>
      <w:r>
        <w:t>yeh yahi hai asal al-qasas. asal al-qasas hai yeh yeh tadbeer kar ke aitbar se. asal al-qasas ka matlab yeh nahi ke qisse kahaniyan, zul kha ki kahani aur falan kahani, yeh matlab nahi hai is ka.</w:t>
      </w:r>
    </w:p>
    <w:p>
      <w:pPr>
        <w:jc w:val="right"/>
      </w:pPr>
      <w:r>
        <w:t>یہ یہی ہے اصل القصص۔ اصل القصص ہے یہ یہ تدبیر کار کے اعتبار سے۔ اصل القصص کا مطلب یہ نہیں کہ قصے کہانیاں، ذوالخوا کی کہانی اور فلاں کہانی، یہ مطلب نہیں ہے اس کا۔</w:t>
      </w:r>
    </w:p>
    <w:p>
      <w:r>
        <w:rPr>
          <w:b/>
        </w:rPr>
        <w:t xml:space="preserve">[50:30] </w:t>
      </w:r>
      <w:r>
        <w:t>nahi, tadbeer kar jo hai yeh is ke is ke aitbar se woh asal al-qasas hai ke best method, behtareen tareeqa kar ke asal cheez jo hai woh infrastructure hai,</w:t>
      </w:r>
    </w:p>
    <w:p>
      <w:pPr>
        <w:jc w:val="right"/>
      </w:pPr>
      <w:r>
        <w:t>نہیں، تدبیر کار جو ہے یہ اس کے جو اس کے اعتبار سے وہ اصل القصص ہے کہ بیسٹ میتھڈ، بہترین طریقہ کار کہ اصل چیز جو ہے وہ انفراسٹرکچر ہے،</w:t>
      </w:r>
    </w:p>
    <w:p>
      <w:r>
        <w:rPr>
          <w:b/>
        </w:rPr>
        <w:t xml:space="preserve">[50:52] </w:t>
      </w:r>
      <w:r>
        <w:t>opportunities hain, woh aap ke poore poore poore mulk mein, poore poore duniya mein aap ke qabze mein aa jate hain agar aap takrao na karein to. aur mein yahan par yeh arz karunga ke jo aqwam, united nations ka jo norm hai,</w:t>
      </w:r>
    </w:p>
    <w:p>
      <w:pPr>
        <w:jc w:val="right"/>
      </w:pPr>
      <w:r>
        <w:t>اپرچونیٹیز ہیں، وہ آپ کے پورے پورے پورے ملک میں، پورے پورے دنیا میں آپ کے قبضے میں آ جاتے ہیں اگر آپ ٹکراؤ نہ کریں تو۔ اور میں یہاں پر یہ عرض کروں گا کہ جو اقوام، یونائٹڈ نیشنز کا جو نارم ہے،</w:t>
      </w:r>
    </w:p>
    <w:p>
      <w:r>
        <w:rPr>
          <w:b/>
        </w:rPr>
        <w:t xml:space="preserve">[51:09] </w:t>
      </w:r>
      <w:r>
        <w:t>united nations ki taraf se jo 1948 mein jo universal declaration of human rights jo waza kiya gaya tha, jis par duniya ke tamam mulkon ne dastakhat kiye hain, us waqt united nations ke 193 members hain aur sab ne is par dastakhat kiya hai.</w:t>
      </w:r>
    </w:p>
    <w:p>
      <w:pPr>
        <w:jc w:val="right"/>
      </w:pPr>
      <w:r>
        <w:t>یونائٹڈ نیشنز کی طرف سے جو 1948 میں جو یونیورسل ڈیکریشن آف ہیومن رائٹس جو وضع کیا گیا تھا، جس پر دنیا کے تمام ملکوں نے دستخط کیے ہیں، اس وقت یونائٹڈ نیشنز کے 193 ممبرز ہیں اور سب نے اس پر دستخط کیا ہے۔</w:t>
      </w:r>
    </w:p>
    <w:p>
      <w:r>
        <w:rPr>
          <w:b/>
        </w:rPr>
        <w:t xml:space="preserve">[51:29] </w:t>
      </w:r>
      <w:r>
        <w:t>is mein yeh mana gaya hai yani yani yeh universal accepted norm ban gaya hai yeh yeh baat ke agar aap tashaddud na karein, violence na karein,</w:t>
      </w:r>
    </w:p>
    <w:p>
      <w:pPr>
        <w:jc w:val="right"/>
      </w:pPr>
      <w:r>
        <w:t>اس میں یہ مانا گیا ہے یعنی یعنی یہ یونیورسل ایکسیپٹڈ نارم بن گیا ہے یہ یہ بات کہ اگر آپ تشدد نہ کریں، وائنس نہ کریں،</w:t>
      </w:r>
    </w:p>
    <w:p>
      <w:r>
        <w:rPr>
          <w:b/>
        </w:rPr>
        <w:t xml:space="preserve">[51:44] </w:t>
      </w:r>
      <w:r>
        <w:t>military si na chalayein, hathiyar na uthayein to sari duniya aap ke liye hai, poori poori duniya aap aap ke liye hai, jis tarah chahein apna mashriq chahe.</w:t>
      </w:r>
    </w:p>
    <w:p>
      <w:pPr>
        <w:jc w:val="right"/>
      </w:pPr>
      <w:r>
        <w:t>ملٹریسی نہ چلائیں، ہتھیار نہ اٹھائیں تو ساری دنیا آپ کے لیے ہے، پوری پوری دنیا آپ آپ کے لیے ہے، جس طرح چاہیں اپنا مشرق چاہیے۔</w:t>
      </w:r>
    </w:p>
    <w:p>
      <w:r>
        <w:rPr>
          <w:b/>
        </w:rPr>
        <w:t xml:space="preserve">[51:56] </w:t>
      </w:r>
      <w:r>
        <w:t>yeh kaisi ajeeb cheez hui hai kyunke is se pehle aap jante hain ke duniya mein aisa tha ke sirf yeh kehne par ke khuda ek hai, woh maar dalte the.</w:t>
      </w:r>
    </w:p>
    <w:p>
      <w:pPr>
        <w:jc w:val="right"/>
      </w:pPr>
      <w:r>
        <w:t>یہ کیسی عجیب چیز ہوئی ہے کیونکہ اس سے پہلے آپ جانتے ہیں کہ دنیا میں ایسا تھا کہ صرف یہ کہنے پر کہ خدا ایک ہے، وہ مار ڈالتے تھے۔</w:t>
      </w:r>
    </w:p>
    <w:p>
      <w:r>
        <w:rPr>
          <w:b/>
        </w:rPr>
        <w:t xml:space="preserve">[52:10] </w:t>
      </w:r>
      <w:r>
        <w:t>sirf khuda ek hai kehne par ashab e kahf ko shehar chhod kar ke kho mein ja ke panah lena pari. woh zamana tha.</w:t>
      </w:r>
    </w:p>
    <w:p>
      <w:pPr>
        <w:jc w:val="right"/>
      </w:pPr>
      <w:r>
        <w:t>صرف خدا ایک ہے کہنے پر اصحاب کہف کو شہر چھوڑ کر کے کھو میں جا کے پناہ لینا پڑی۔ وہ زمانہ تھا۔</w:t>
      </w:r>
    </w:p>
    <w:p>
      <w:r>
        <w:rPr>
          <w:b/>
        </w:rPr>
        <w:t xml:space="preserve">[52:20] </w:t>
      </w:r>
      <w:r>
        <w:t>is zamane mein mana jata tha ke state jo hai woh political power bhi hai aur state hi ka mazhab bhi chalega.</w:t>
      </w:r>
    </w:p>
    <w:p>
      <w:pPr>
        <w:jc w:val="right"/>
      </w:pPr>
      <w:r>
        <w:t>اس زمانے میں مانا جاتا تھا کہ اسٹیٹ جو ہے وہ پولیٹیکل پاور بھی ہے اور اسٹیٹ ہی کا مذہب بھی چلے گا۔</w:t>
      </w:r>
    </w:p>
    <w:p>
      <w:r>
        <w:rPr>
          <w:b/>
        </w:rPr>
        <w:t xml:space="preserve">[52:30] </w:t>
      </w:r>
      <w:r>
        <w:t>jo mazhab state ka ho, wohi mazhab sab ka rahega. naas din mulk, yeh sab khatm ho gaya. yeh sab khatm ho gaya.</w:t>
      </w:r>
    </w:p>
    <w:p>
      <w:pPr>
        <w:jc w:val="right"/>
      </w:pPr>
      <w:r>
        <w:t>جو مذہب اسٹیٹ کا ہو، وہی مذہب سب کا رہے گا۔ الناس دین ملک، یہ سب ختم ہو گیا۔ یہ سب ختم ہو گیا۔</w:t>
      </w:r>
    </w:p>
    <w:p>
      <w:r>
        <w:rPr>
          <w:b/>
        </w:rPr>
        <w:t xml:space="preserve">[52:41] </w:t>
      </w:r>
      <w:r>
        <w:t>ab to dono yani dono shobe alag kar diye gaye. to hamare liye hazrat yusuf ki zindagi mein yeh namuna hai ke hum ek taraf quran se ideology lein,</w:t>
      </w:r>
    </w:p>
    <w:p>
      <w:pPr>
        <w:jc w:val="right"/>
      </w:pPr>
      <w:r>
        <w:t>اب تو دونوں یعنی دونوں شعبے الگ کر دیے گئے۔ تو ہمارے لیے حضرت یوسف کی زندگی میں یہ نمونہ ہے کہ ہم ایک طرف قرآن سے ائیڈیالوجی لیں،</w:t>
      </w:r>
    </w:p>
    <w:p>
      <w:r>
        <w:rPr>
          <w:b/>
        </w:rPr>
        <w:t xml:space="preserve">[52:56] </w:t>
      </w:r>
      <w:r>
        <w:t>doosri taraf hazrat ibrahim ke namoonon ko le kar aap team banayein, aur teesri taraf yeh hai ke hum hazrat yusuf ke namoonon ko le kar ke</w:t>
      </w:r>
    </w:p>
    <w:p>
      <w:pPr>
        <w:jc w:val="right"/>
      </w:pPr>
      <w:r>
        <w:t>دوسری طرف حضرت ابراہیم کے نمونوں کو لے کر آپ ٹیم بنائیں، اور تیسری طرف یہ ہے کہ ہم حضرت یوسف کے نمونوں کو لے کر کے</w:t>
      </w:r>
    </w:p>
    <w:p>
      <w:r>
        <w:rPr>
          <w:b/>
        </w:rPr>
        <w:t xml:space="preserve">[53:08] </w:t>
      </w:r>
      <w:r>
        <w:t>yeh policy ikhtiyar karein ke ke political confrontation se akhirat tak door rahein. yani niyat ke aitbar se bhi door.</w:t>
      </w:r>
    </w:p>
    <w:p>
      <w:pPr>
        <w:jc w:val="right"/>
      </w:pPr>
      <w:r>
        <w:t>یہ پالیسی اختیار کریں کہ کہ پولیٹیکل کنفrontiشن سے آخرت تک دور رہیں۔ یعنی نیت کے اعتبار سے بھی دور۔</w:t>
      </w:r>
    </w:p>
    <w:p>
      <w:r>
        <w:rPr>
          <w:b/>
        </w:rPr>
        <w:t xml:space="preserve">[53:16] </w:t>
      </w:r>
      <w:r>
        <w:t>hamare dilon mein bhi niyat yeh na ho ke mujhe political power kab se par qabza karna hai. dil mein bhi na ho.</w:t>
      </w:r>
    </w:p>
    <w:p>
      <w:pPr>
        <w:jc w:val="right"/>
      </w:pPr>
      <w:r>
        <w:t>ہمارے دلوں میں بھی نیت یہ نہ ہو کہ مجھے پولیٹیکل پاور کب سے پر قبضہ کرنا ہے۔ دل میں بھی نہ ہو۔</w:t>
      </w:r>
    </w:p>
    <w:p>
      <w:r>
        <w:rPr>
          <w:b/>
        </w:rPr>
        <w:t xml:space="preserve">[53:27] </w:t>
      </w:r>
      <w:r>
        <w:t>kyunke dekhiye, dil mein jab na hoga tabhi aap dua kar sakenge. duai ke liye zaruri hai ke woh duaon ke saaye mein dua dawat chalti hai.</w:t>
      </w:r>
    </w:p>
    <w:p>
      <w:pPr>
        <w:jc w:val="right"/>
      </w:pPr>
      <w:r>
        <w:t>کیونکہ دیکھیے، دل میں جب نہ ہوگا تبھی آپ دعا کر سکیں گے۔ دعائی کے لیے ضروری ہے کہ وہ دعاؤں کے سائے میں دعا دعوت چلتی ہے۔</w:t>
      </w:r>
    </w:p>
    <w:p>
      <w:r>
        <w:rPr>
          <w:b/>
        </w:rPr>
        <w:t xml:space="preserve">[53:39] </w:t>
      </w:r>
      <w:r>
        <w:t>yaad rakhiye, dawat ilallah jo hai, duaon ke saaye mein chalti hai. impossible hai ke aap ke andar sachi dua aap ke dil se na nikalti ho aur aap dawat ka kaam bhi kar saken.</w:t>
      </w:r>
    </w:p>
    <w:p>
      <w:pPr>
        <w:jc w:val="right"/>
      </w:pPr>
      <w:r>
        <w:t>یاد رکھیے، دعوت الی اللہ جو ہے، دعاؤں کے سائے میں چلتی ہے۔ امپاسیبل ہے کہ آپ کے اندر سچی دعا آپ کے دل سے نہ نکلتی ہو اور آپ دعوت کا کام بھی کر سکیں۔</w:t>
      </w:r>
    </w:p>
    <w:p>
      <w:r>
        <w:rPr>
          <w:b/>
        </w:rPr>
        <w:t xml:space="preserve">[53:56] </w:t>
      </w:r>
      <w:r>
        <w:t>dawat ka kaam koi yani mechanical announcement ka naam nahi hai ke aap kuch cheez chhaap dein, kuch loudspeaker par bol dein to dawat ho jaye.</w:t>
      </w:r>
    </w:p>
    <w:p>
      <w:pPr>
        <w:jc w:val="right"/>
      </w:pPr>
      <w:r>
        <w:t>دعا دعوت کا کام کوئی یعنی مکینیکل اناؤنسمنٹ کا نام نہیں ہے کہ آپ کچھ چیز چھاپ دیں، کچھ لاؤڈ اسپیکر پر بول دیں تو دعوت ہو جائے۔</w:t>
      </w:r>
    </w:p>
    <w:p>
      <w:r>
        <w:rPr>
          <w:b/>
        </w:rPr>
        <w:t xml:space="preserve">[54:08] </w:t>
      </w:r>
      <w:r>
        <w:t>dawat naam hai izhaar e khair khwahi ka. aur izhaar e khair khwahi ki pehchan yeh hai ke aap ke dil se dua nikalne lage.</w:t>
      </w:r>
    </w:p>
    <w:p>
      <w:pPr>
        <w:jc w:val="right"/>
      </w:pPr>
      <w:r>
        <w:t>دعوت نام ہے اظہار خیر خواہی کا۔ اور اظہار خیر خواہی کی پہچان یہ ہے کہ آپ کے دل سے دعا نکلنے لگے۔</w:t>
      </w:r>
    </w:p>
    <w:p>
      <w:r>
        <w:rPr>
          <w:b/>
        </w:rPr>
        <w:t xml:space="preserve">[54:18] </w:t>
      </w:r>
      <w:r>
        <w:t>to jab aap hukumat jo hai, aap ke dil mein bhi na ho, aap us ke liye khwahishmand, us ki khwahish na rakhte hon, tabhi aap ki dua niklegi.</w:t>
      </w:r>
    </w:p>
    <w:p>
      <w:pPr>
        <w:jc w:val="right"/>
      </w:pPr>
      <w:r>
        <w:t>تو جب آپ حکومت جو ہے، آپ کے دل میں بھی نہ ہو، آپ اس کے لیے خواہش مند، اس کی خواہش نہ رکھتے ہوں، تبھی آپ کی دعا نکلے گی۔</w:t>
      </w:r>
    </w:p>
    <w:p>
      <w:r>
        <w:rPr>
          <w:b/>
        </w:rPr>
        <w:t xml:space="preserve">[54:32] </w:t>
      </w:r>
      <w:r>
        <w:t>dua ka matlab mein yeh is waqt mera yeh hai ke in logon ke liye dua jinhone yeh infrastructure qaim kiya hai, in logon ke liye dua jinhone age of communication paida kiya, jinhone printed technology paida ki,</w:t>
      </w:r>
    </w:p>
    <w:p>
      <w:pPr>
        <w:jc w:val="right"/>
      </w:pPr>
      <w:r>
        <w:t>دعا کا مطلب میں یہ اس وقت میرا یہ ہے کہ ان لوگوں کے لیے دعا جنہوں نے یہ انفراسٹرکچر قائم کیا ہے، ان لوگوں کے لیے دعا جنہوں نے ایج آف کمیونیکیشن پیدا کیا، جنہوں نے پرنٹڈ ٹیکنالوجی پیدا کی،</w:t>
      </w:r>
    </w:p>
    <w:p>
      <w:r>
        <w:rPr>
          <w:b/>
        </w:rPr>
        <w:t xml:space="preserve">[54:49] </w:t>
      </w:r>
      <w:r>
        <w:t>jinhone multimedia ka daur paida kiya, un ke liye tere dil se dua nikalni chahiye aap ko. chahe woh hukumat ke log hon, tab bhi agar aap dil se dua nikalen to goya ke aap ne is ki qeemat ada ki.</w:t>
      </w:r>
    </w:p>
    <w:p>
      <w:pPr>
        <w:jc w:val="right"/>
      </w:pPr>
      <w:r>
        <w:t>جنہوں نے ملٹی میڈیا کا دور پیدا کیا، ان کے لیے تیرے دل سے دعا نکلنی چاہیے آپ کو۔ چاہے وہ حکومت کے لوگ ہوں، تب بھی اگر آپ دل سے دعا نکالیں تو گویا کہ آپ نے اس کی قیمت ادا کی۔</w:t>
      </w:r>
    </w:p>
    <w:p>
      <w:r>
        <w:rPr>
          <w:b/>
        </w:rPr>
        <w:t xml:space="preserve">[55:08] </w:t>
      </w:r>
      <w:r>
        <w:t>dekhein, hum jo istemal karte hain aaj mobile, maslan to aap bohat thore paise mein milta hai aaj mobile.</w:t>
      </w:r>
    </w:p>
    <w:p>
      <w:pPr>
        <w:jc w:val="right"/>
      </w:pPr>
      <w:r>
        <w:t>دیکھیں، ہم جو استعمال کرتے ہیں آج موبائل، مثلاً تو آپ بہت تھوڑے پیسے میں ملتا ہے آج موبائل۔</w:t>
      </w:r>
    </w:p>
    <w:p>
      <w:r>
        <w:rPr>
          <w:b/>
        </w:rPr>
        <w:t xml:space="preserve">[55:17] </w:t>
      </w:r>
      <w:r>
        <w:t>to kya wohi is ki qeemat hai? jinhone is ke liye qurbaniyan dein, muddaton tak is ke liye research ki, beshumar paisa is mein is mein dafan kar diya, to un ki qurbaniyan itni zyada hain ke woh chand hazar rupay is ke badal nahi is ka.</w:t>
      </w:r>
    </w:p>
    <w:p>
      <w:pPr>
        <w:jc w:val="right"/>
      </w:pPr>
      <w:r>
        <w:t>تو کیا وہی اس کی قیمت ہے؟ جن لوگوں نے اس کے لیے قربانیاں دیں، مدتوں تک اس کے لیے ریسرچ کی، بے شمار پیسہ اس میں اس میں دفن کر دیا، تو ان کی قربانیاں اتنی زیادہ ہیں کہ وہ چند ہزار روپے اس کے بدل نہیں اس کا۔</w:t>
      </w:r>
    </w:p>
    <w:p>
      <w:r>
        <w:rPr>
          <w:b/>
        </w:rPr>
        <w:t xml:space="preserve">[55:36] </w:t>
      </w:r>
      <w:r>
        <w:t>to jab aap ek car hasil karen, ek mobile hasil karen, jab print media, electronic media ko istemal karen to aap ke dil se un logon se duaen nikalni chahiye ke kitna bara un ki wajah se hamein yeh mauqa mila ke hum dawat ka kaam is tarah kar sakte hain.</w:t>
      </w:r>
    </w:p>
    <w:p>
      <w:pPr>
        <w:jc w:val="right"/>
      </w:pPr>
      <w:r>
        <w:t>تو جب آپ ایک کار حاصل کریں، ایک موبائل حاصل کریں، جب پرنٹ میڈیا، الیکٹرانک میڈیا کو استعمال کریں تو آپ کے دل سے ان لوگوں سے دعائیں نکلنی چاہیے کہ کتنا بڑا ان کی وجہ سے ہمیں یہ موقع ملا کہ ہم دعوت کا کام اس طرح کر سکتے ہیں۔</w:t>
      </w:r>
    </w:p>
    <w:p>
      <w:r>
        <w:rPr>
          <w:b/>
        </w:rPr>
        <w:t xml:space="preserve">[55:54] </w:t>
      </w:r>
      <w:r>
        <w:t>kal jo mein tak meri, mera jo mein ne address kiya tha America walon ko to mein ne kaha ke dekhiye,</w:t>
      </w:r>
    </w:p>
    <w:p>
      <w:pPr>
        <w:jc w:val="right"/>
      </w:pPr>
      <w:r>
        <w:t>کل جو میں تک میری، میرا جو میں نے ایڈریس کیا تھا امریکہ والوں کو تو میں نے کہا کہ دیکھیے،</w:t>
      </w:r>
    </w:p>
    <w:p>
      <w:r>
        <w:rPr>
          <w:b/>
        </w:rPr>
        <w:t xml:space="preserve">[56:07] </w:t>
      </w:r>
      <w:r>
        <w:t>Uqba bin Nafi tabai ek thay jo bohat hi hausla mand aadmi thay. to woh</w:t>
      </w:r>
    </w:p>
    <w:p>
      <w:pPr>
        <w:jc w:val="right"/>
      </w:pPr>
      <w:r>
        <w:t>عقبہ بن نافع تابعی ایک تھے جو بہت ہی حوصلہ مند آدمی تھے۔ تو وہ</w:t>
      </w:r>
    </w:p>
    <w:p>
      <w:r>
        <w:rPr>
          <w:b/>
        </w:rPr>
        <w:t xml:space="preserve">[56:16] </w:t>
      </w:r>
      <w:r>
        <w:t>agarche Rasool Allah ke dawane paida ho chuke thay, woh lekin sohbat un ko nahi mili thi, is liye woh tabai maane jate hain. to un ke andar dawat ka jazba bhara hua tha, bohat zyada, ek bohat hi hausla mand aadmi thay.</w:t>
      </w:r>
    </w:p>
    <w:p>
      <w:pPr>
        <w:jc w:val="right"/>
      </w:pPr>
      <w:r>
        <w:t>اگرچہ رسول اللہ کے دعوانے پیدا ہو چکے تھے، وہ لیکن صحبت ان کو نہیں ملی تھی، اس لیے وہ تابعی مانے جاتے ہیں۔ تو ان کے اندر دعوت کا جذبہ بھرا ہوا تھا، بہت زیادہ، ایک بہت ہی حوصلہ مند آدمی تھے۔</w:t>
      </w:r>
    </w:p>
    <w:p>
      <w:r>
        <w:rPr>
          <w:b/>
        </w:rPr>
        <w:t xml:space="preserve">[56:30] </w:t>
      </w:r>
      <w:r>
        <w:t>to aap ghor kijiye ke woh Arab se nikle, Arab ko tay kiya, Asia ko tay kiya, phir Africa mein dakhil ho gaye, West Africa ko par karte karte woh wahan pahunch gaye jahan Atlantic hai.</w:t>
      </w:r>
    </w:p>
    <w:p>
      <w:pPr>
        <w:jc w:val="right"/>
      </w:pPr>
      <w:r>
        <w:t>تو آپ غور کیجئے کہ وہ عرب سے نکلے، عرب کو طے کیا، ایشیا کو طے کیا، پھر افریقہ میں داخل ہو گئے، ویسٹ افریقہ کو پار کرتے کرتے وہ وہاں پہنچ گئے جہاں اٹلانٹک ہے۔</w:t>
      </w:r>
    </w:p>
    <w:p>
      <w:r>
        <w:rPr>
          <w:b/>
        </w:rPr>
        <w:t xml:space="preserve">[56:44] </w:t>
      </w:r>
      <w:r>
        <w:t>aaj hum jante hain ke Atlantic ke ek ek taraf Africa hai, doosri taraf America hai, lekin us waqt yeh geography maloom nahi tha logon ko. us waqt yeh jaag rahe pata nahi tha ke Atlantic is par Africa hai, is par America hai,</w:t>
      </w:r>
    </w:p>
    <w:p>
      <w:pPr>
        <w:jc w:val="right"/>
      </w:pPr>
      <w:r>
        <w:t>آج ہم جانتے ہیں کہ اٹلانٹک کے ایک ایک طرف افریقہ ہے، دوسری طرف امریکہ ہے، لیکن اس وقت یہ جغرافیہ معلوم نہیں تھا لوگوں کو۔ اس وقت یہ جاگ رہے پتہ نہیں تھا کہ اٹلانٹک اس پر افریقہ ہے، اس پر امریکہ ہے،</w:t>
      </w:r>
    </w:p>
    <w:p>
      <w:r>
        <w:rPr>
          <w:b/>
        </w:rPr>
        <w:t xml:space="preserve">[57:00] </w:t>
      </w:r>
      <w:r>
        <w:t>aur na to sazind tha wahan pahunchne ka. to Uqba bin Nafi ghore par sawar thay, un ke aur saathi dasta ko le kar nikle thay.</w:t>
      </w:r>
    </w:p>
    <w:p>
      <w:pPr>
        <w:jc w:val="right"/>
      </w:pPr>
      <w:r>
        <w:t>اور نہ تو سازند تھا وہاں پہنچنے کا۔ تو عقبہ بن نافع گھوڑے پر سوار تھے، ان کے اور ساتھی دستہ کو لے کر نکلے تھے۔</w:t>
      </w:r>
    </w:p>
    <w:p>
      <w:r>
        <w:rPr>
          <w:b/>
        </w:rPr>
        <w:t xml:space="preserve">[57:10] </w:t>
      </w:r>
      <w:r>
        <w:t>woh ghore par sawar sawar unhon ne kaha: "اللہم لو عالم انا ورا البحر بلد لخصتہ حتی لا یبد الدینک دونک۔" to mein ne kaha ke dekhiye, jahan Hazrat Uqba ka safar khatam hoga tha, wahan se aap ka safar shuru hua.</w:t>
      </w:r>
    </w:p>
    <w:p>
      <w:pPr>
        <w:jc w:val="right"/>
      </w:pPr>
      <w:r>
        <w:t>وہ گھوڑے پر سوار سوار انہوں نے کہا: "اللہم لو عالم انا ورا البحر بلد لخصتہ حتی لا یبد الدینک دونک۔" تو میں نے کہا کہ دیکھیے، جہاں حضرت عقبہ کا سفر ختم ہوگا تھا، وہاں سے آپ کا سفر شروع ہوا۔</w:t>
      </w:r>
    </w:p>
    <w:p>
      <w:r>
        <w:rPr>
          <w:b/>
        </w:rPr>
        <w:t xml:space="preserve">[57:34] </w:t>
      </w:r>
      <w:r>
        <w:t>kitni bari, kitni bari baat hai!</w:t>
      </w:r>
    </w:p>
    <w:p>
      <w:pPr>
        <w:jc w:val="right"/>
      </w:pPr>
      <w:r>
        <w:t>کتنی بڑی، کتنی بڑی بات ہے!</w:t>
      </w:r>
    </w:p>
    <w:p>
      <w:r>
        <w:rPr>
          <w:b/>
        </w:rPr>
        <w:t xml:space="preserve">[57:39] </w:t>
      </w:r>
      <w:r>
        <w:t>jahan Hazrat Uqba ka safar dawat khatam hua tha, wahan se Allah taala ne aap ko safar shuru karne ka mauqa de diya. to aap America mein dawat pahunchaiye, Quran phailaiye, idkhal e kalma kijiye,</w:t>
      </w:r>
    </w:p>
    <w:p>
      <w:pPr>
        <w:jc w:val="right"/>
      </w:pPr>
      <w:r>
        <w:t>جہاں حضرت عقبہ کا سفر دعوت ختم ہوا تھا، وہاں سے اللہ تعالی نے آپ کو سفر شروع کرنے کا موقع دے دیا۔ تو آپ امریکہ میں دعوت پہنچائیے، قرآن پھیلائیے، ادخال کلمہ کیجئے،</w:t>
      </w:r>
    </w:p>
    <w:p>
      <w:r>
        <w:rPr>
          <w:b/>
        </w:rPr>
        <w:t xml:space="preserve">[57:53] </w:t>
      </w:r>
      <w:r>
        <w:t>aur is khwab ko poora kijiye jo Sahaba aur Tabeen ne dekha tha. us waqt ki communication na hone ki wajah se woh khwab us waqt yani taabeer is ki nahi ho sakti thi.</w:t>
      </w:r>
    </w:p>
    <w:p>
      <w:pPr>
        <w:jc w:val="right"/>
      </w:pPr>
      <w:r>
        <w:t>اور اس خواب کو پورا کیجئے جو صحابہ اور تابعین نے دیکھا تھا۔ اس وقت کی کمیونیکیشن نہ ہونے کی وجہ سے وہ خواب اس وقت یعنی تعبیر اس کی نہیں ہو سکتی تھی۔</w:t>
      </w:r>
    </w:p>
    <w:p>
      <w:r>
        <w:rPr>
          <w:b/>
        </w:rPr>
        <w:t xml:space="preserve">[58:07] </w:t>
      </w:r>
      <w:r>
        <w:t>to yeh</w:t>
      </w:r>
    </w:p>
    <w:p>
      <w:pPr>
        <w:jc w:val="right"/>
      </w:pPr>
      <w:r>
        <w:t>تو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