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Idealism vs Practical Wisdom 13 Nov 2011 - Maulana Wahiduddin Khan</w:t>
      </w:r>
    </w:p>
    <w:p>
      <w:r>
        <w:t>https://www.youtube.com/watch?v=_aRRsKhGoWo</w:t>
      </w:r>
    </w:p>
    <w:p>
      <w:r>
        <w:rPr>
          <w:b/>
        </w:rPr>
        <w:t xml:space="preserve">[00:13] </w:t>
      </w:r>
      <w:r>
        <w:t>Bismillah Rehmane Raheem, wa sallallahu ala nabi al kareem.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 lul uqdata min lisani yafqahu qawli.</w:t>
      </w:r>
    </w:p>
    <w:p>
      <w:pPr>
        <w:jc w:val="right"/>
      </w:pPr>
      <w:r>
        <w:t>واحل العقدۃ من لسانی یفقہ قولی۔</w:t>
      </w:r>
    </w:p>
    <w:p>
      <w:r>
        <w:rPr>
          <w:b/>
        </w:rPr>
        <w:t xml:space="preserve">[00:37] </w:t>
      </w:r>
      <w:r>
        <w:t>aaj ka topic hai: idealism versus practical wisdom.</w:t>
      </w:r>
    </w:p>
    <w:p>
      <w:pPr>
        <w:jc w:val="right"/>
      </w:pPr>
      <w:r>
        <w:t>آج کا ٹاپک ہے: آئیڈیلزم ورسز پریکٹیکل وزڈم۔</w:t>
      </w:r>
    </w:p>
    <w:p>
      <w:r>
        <w:rPr>
          <w:b/>
        </w:rPr>
        <w:t xml:space="preserve">[00:50] </w:t>
      </w:r>
      <w:r>
        <w:t>yani mayar pasandi aur amli nateejay ke aitbar se cheezon ko lena.</w:t>
      </w:r>
    </w:p>
    <w:p>
      <w:pPr>
        <w:jc w:val="right"/>
      </w:pPr>
      <w:r>
        <w:t>یعنی معیار پسندی اور عملی نتیجے کے اعتبار سے چیزوں کو لینا۔</w:t>
      </w:r>
    </w:p>
    <w:p>
      <w:r>
        <w:rPr>
          <w:b/>
        </w:rPr>
        <w:t xml:space="preserve">[01:07] </w:t>
      </w:r>
      <w:r>
        <w:t>yeh ajeeb baat hai ke poori history mein insaan ideal ke peeche daurta raha hai. bohat hi kam misalein milein gi jab ke insaan ne practical wisdom ki ahmiyat ko samjha ho.</w:t>
      </w:r>
    </w:p>
    <w:p>
      <w:pPr>
        <w:jc w:val="right"/>
      </w:pPr>
      <w:r>
        <w:t>یہ عجیب بات ہے کہ پوری ہسٹری میں انسان آئیڈیل کے پیچھے دوڑتا رہا ہے۔ بہت ہی کم مثالیں ملیں گی جب کہ انسان نے پریکٹیکل وزڈم کی اہمیت کو سمجھا ہو۔</w:t>
      </w:r>
    </w:p>
    <w:p>
      <w:r>
        <w:rPr>
          <w:b/>
        </w:rPr>
        <w:t xml:space="preserve">[01:26] </w:t>
      </w:r>
      <w:r>
        <w:t>pehlay bhi aisay hi tha, aaj bhi aisa hi hai.</w:t>
      </w:r>
    </w:p>
    <w:p>
      <w:pPr>
        <w:jc w:val="right"/>
      </w:pPr>
      <w:r>
        <w:t>پہلے بھی ایسے ہی تھا، آج بھی ایسا ہی ہے۔</w:t>
      </w:r>
    </w:p>
    <w:p>
      <w:r>
        <w:rPr>
          <w:b/>
        </w:rPr>
        <w:t xml:space="preserve">[01:33] </w:t>
      </w:r>
      <w:r>
        <w:t>is maamlay mein quran ko parhtay hue mujhe aik ajeeb ehsas hota hai ke adam ki jo kahani hai, woh kahani itni zyada, is ke itnay diverse aspect hain ke taqreeban zindagi ke saaray aspect ko woh cover kar raha hai.</w:t>
      </w:r>
    </w:p>
    <w:p>
      <w:pPr>
        <w:jc w:val="right"/>
      </w:pPr>
      <w:r>
        <w:t>اس معاملے میں قرآن کو پڑھتے ہوئے مجھے ایک عجیب احساس ہوتا ہے کہ آدم کی جو کہانی ہے، وہ کہانی اتنی زیادہ، اس کے اتنے ڈائیورس ایسپیکٹ ہیں کہ تقریباً زندگی کے سارے ایسپیکٹ کو وہ کور کر رہا ہے۔</w:t>
      </w:r>
    </w:p>
    <w:p>
      <w:r>
        <w:rPr>
          <w:b/>
        </w:rPr>
        <w:t xml:space="preserve">[01:57] </w:t>
      </w:r>
      <w:r>
        <w:t>aap ko yeh janna ho ke dunya mein humain kis tarah rehna hai to sirf adam aur iblis ki kahani ko aap parhiye, phir ghhor kijiye to aap ko saari guidance isi mein mil jaye gi.</w:t>
      </w:r>
    </w:p>
    <w:p>
      <w:pPr>
        <w:jc w:val="right"/>
      </w:pPr>
      <w:r>
        <w:t>آپ کو یہ جاننا ہو کہ دنیا میں ہمیں کس طرح رہنا ہے تو صرف آدم اور ابلیس کی کہانی کو آپ پڑھیے، پھر غور کیجئے تو آپ کو ساری گائیڈنس اسی میں مل جائے گی۔</w:t>
      </w:r>
    </w:p>
    <w:p>
      <w:r>
        <w:rPr>
          <w:b/>
        </w:rPr>
        <w:t xml:space="preserve">[02:19] </w:t>
      </w:r>
      <w:r>
        <w:t>bohat hi ajeeb baat hai yeh. misaal ke tor par dekhiye, yeh jo masla aaj hum le rahay hain, jo topic, is ka jawab bhi adam ki zindagi mein maujood hai.</w:t>
      </w:r>
    </w:p>
    <w:p>
      <w:pPr>
        <w:jc w:val="right"/>
      </w:pPr>
      <w:r>
        <w:t>بہت ہی عجیب بات ہے یہ۔ مثال کے طور پر دیکھیے، یہ جو مسئلہ آج ہم لے رہے ہیں، جو ٹاپک، اس کا جواب بھی آدم کی زندگی میں موجود ہے۔</w:t>
      </w:r>
    </w:p>
    <w:p>
      <w:r>
        <w:rPr>
          <w:b/>
        </w:rPr>
        <w:t xml:space="preserve">[02:30] </w:t>
      </w:r>
      <w:r>
        <w:t>yani ke woh pehlay insaan hi ki zindagi hai, phir bhi insaan ne is se sabak nahi liya. aap dekhiye, adam ko jab Allah taala ne paida kiya</w:t>
      </w:r>
    </w:p>
    <w:p>
      <w:pPr>
        <w:jc w:val="right"/>
      </w:pPr>
      <w:r>
        <w:t>یعنی کہ وہ پہلے انسان ہی کی زندگی ہے، پھر بھی انسان نے اس سے سبق نہیں لیا۔ آپ دیکھیے، آدم کو جب اللہ تعالیٰ نے پیدا کیا</w:t>
      </w:r>
    </w:p>
    <w:p>
      <w:r>
        <w:rPr>
          <w:b/>
        </w:rPr>
        <w:t xml:space="preserve">[02:47] </w:t>
      </w:r>
      <w:r>
        <w:t>to un ko jannat mein rakha</w:t>
      </w:r>
    </w:p>
    <w:p>
      <w:pPr>
        <w:jc w:val="right"/>
      </w:pPr>
      <w:r>
        <w:t>تو ان کو جنت میں رکھا</w:t>
      </w:r>
    </w:p>
    <w:p>
      <w:r>
        <w:rPr>
          <w:b/>
        </w:rPr>
        <w:t xml:space="preserve">[02:52] </w:t>
      </w:r>
      <w:r>
        <w:t>aur yeh kaha ke poori jannat mein tum</w:t>
      </w:r>
    </w:p>
    <w:p>
      <w:pPr>
        <w:jc w:val="right"/>
      </w:pPr>
      <w:r>
        <w:t>اور یہ کہا کہ پوری جنت میں تم</w:t>
      </w:r>
    </w:p>
    <w:p>
      <w:r>
        <w:rPr>
          <w:b/>
        </w:rPr>
        <w:t xml:space="preserve">[02:58] </w:t>
      </w:r>
      <w:r>
        <w:t>istehzaar raho, poori poori jannat tumhare liye khuli hui hai. lekin wahan par sirf aik darakht tha, aik forbidden tree,</w:t>
      </w:r>
    </w:p>
    <w:p>
      <w:pPr>
        <w:jc w:val="right"/>
      </w:pPr>
      <w:r>
        <w:t>استہزار رہو، پوری پوری جنت تمہارے لیے کھلی ہوئی ہے۔ لیکن وہاں پر صرف ایک درخت تھا، ایک فائیبریڈنٹ ٹری،</w:t>
      </w:r>
    </w:p>
    <w:p>
      <w:r>
        <w:rPr>
          <w:b/>
        </w:rPr>
        <w:t xml:space="preserve">[03:13] </w:t>
      </w:r>
      <w:r>
        <w:t>to kaha gaya ke is darakht ke paas na jana, is darakht ka phal na khana.</w:t>
      </w:r>
    </w:p>
    <w:p>
      <w:pPr>
        <w:jc w:val="right"/>
      </w:pPr>
      <w:r>
        <w:t>تو کہا گیا کہ اس درخت کے پاس نہ جانا، اس درخت کا پھل نہ کھانا۔</w:t>
      </w:r>
    </w:p>
    <w:p>
      <w:r>
        <w:rPr>
          <w:b/>
        </w:rPr>
        <w:t xml:space="preserve">[03:24] </w:t>
      </w:r>
      <w:r>
        <w:t>yeh tha,</w:t>
      </w:r>
    </w:p>
    <w:p>
      <w:pPr>
        <w:jc w:val="right"/>
      </w:pPr>
      <w:r>
        <w:t>یہ تھا،</w:t>
      </w:r>
    </w:p>
    <w:p>
      <w:r>
        <w:rPr>
          <w:b/>
        </w:rPr>
        <w:t xml:space="preserve">[03:28] </w:t>
      </w:r>
      <w:r>
        <w:t>yeh thi jo un ko</w:t>
      </w:r>
    </w:p>
    <w:p>
      <w:pPr>
        <w:jc w:val="right"/>
      </w:pPr>
      <w:r>
        <w:t>یہ تھی جو ان کو</w:t>
      </w:r>
    </w:p>
    <w:p>
      <w:r>
        <w:rPr>
          <w:b/>
        </w:rPr>
        <w:t xml:space="preserve">[03:32] </w:t>
      </w:r>
      <w:r>
        <w:t>direction diya gaya jannat mein. lekin aap jantay hain kya hua? adam aur hawa ne is darakht ka phal kha liya,</w:t>
      </w:r>
    </w:p>
    <w:p>
      <w:pPr>
        <w:jc w:val="right"/>
      </w:pPr>
      <w:r>
        <w:t>ڈائریکشن دیا گیا جنت میں۔ لیکن آپ جانتے ہیں کیا ہوا؟ آدم اور حوا نے اس درخت کا پھل کھا لیا،</w:t>
      </w:r>
    </w:p>
    <w:p>
      <w:r>
        <w:rPr>
          <w:b/>
        </w:rPr>
        <w:t xml:space="preserve">[03:47] </w:t>
      </w:r>
      <w:r>
        <w:t>woh jo forbidden tree tha jannat mein, us ke paas gaye aur us ka phal kha liya. to kya hua?</w:t>
      </w:r>
    </w:p>
    <w:p>
      <w:pPr>
        <w:jc w:val="right"/>
      </w:pPr>
      <w:r>
        <w:t>وہ جو فائیبریڈنٹ ٹری تھا جنت میں، اس کے پاس گئے اور اس کا پھل کھا لیا۔ تو کیا ہوا؟</w:t>
      </w:r>
    </w:p>
    <w:p>
      <w:r>
        <w:rPr>
          <w:b/>
        </w:rPr>
        <w:t xml:space="preserve">[03:57] </w:t>
      </w:r>
      <w:r>
        <w:t>is ke baad woh jannat se mehroom kar diye gaye. jannat se nikaal kar un ko is planet earth par bhej diya gaya.</w:t>
      </w:r>
    </w:p>
    <w:p>
      <w:pPr>
        <w:jc w:val="right"/>
      </w:pPr>
      <w:r>
        <w:t>اس کے بعد وہ جنت سے محروم کر دیے گئے۔ جنت سے نکال کر ان کو اس پلینٹ ارتھ پر بھیج دیا گیا۔</w:t>
      </w:r>
    </w:p>
    <w:p>
      <w:r>
        <w:rPr>
          <w:b/>
        </w:rPr>
        <w:t xml:space="preserve">[04:12] </w:t>
      </w:r>
      <w:r>
        <w:t>yahan par ghhor kijiye is qissay par.</w:t>
      </w:r>
    </w:p>
    <w:p>
      <w:pPr>
        <w:jc w:val="right"/>
      </w:pPr>
      <w:r>
        <w:t>یہاں پر غور کیجئے اس قصے پر۔</w:t>
      </w:r>
    </w:p>
    <w:p>
      <w:r>
        <w:rPr>
          <w:b/>
        </w:rPr>
        <w:t xml:space="preserve">[04:18] </w:t>
      </w:r>
      <w:r>
        <w:t>idealism ka aik taqaza tha, aik practical wisdom ka taqaza tha. idealism yeh hai ke jab jannat meri hai, khuli hui hai to woh darakht bhi khula rehna chahiye.</w:t>
      </w:r>
    </w:p>
    <w:p>
      <w:pPr>
        <w:jc w:val="right"/>
      </w:pPr>
      <w:r>
        <w:t>آئیڈیلزم کا ایک تقاضا تھا، ایک پریکٹیکل وزڈم کا تقاضا تھا۔ آئیڈیلزم یہ ہے کہ جب جنت میری ہے، کھلی ہوئی ہے تو وہ درخت بھی کھلا رہنا چاہیے۔</w:t>
      </w:r>
    </w:p>
    <w:p>
      <w:r>
        <w:rPr>
          <w:b/>
        </w:rPr>
        <w:t xml:space="preserve">[04:31] </w:t>
      </w:r>
      <w:r>
        <w:t>restriction kyun? restriction bilkul hi nahi hona chahiye. yeh idealism tha. poori poori jannat mere liye khuli honi chahiye, without any restriction.</w:t>
      </w:r>
    </w:p>
    <w:p>
      <w:pPr>
        <w:jc w:val="right"/>
      </w:pPr>
      <w:r>
        <w:t>ریسشن کیوں؟ ریسشن بالکل ہی نہیں ہونا چاہیے۔ یہ آئیڈیلزم تھا۔ پوری پوری جنت میرے لیے کھلی ہونی چاہیے، وِد آؤٹ اینی ریسٹرکشن۔</w:t>
      </w:r>
    </w:p>
    <w:p>
      <w:r>
        <w:rPr>
          <w:b/>
        </w:rPr>
        <w:t xml:space="preserve">[04:47] </w:t>
      </w:r>
      <w:r>
        <w:t>yeh tha idealism. lekin practical wisdom kya thi? yeh thi ke hum do aadmi hain aur saari jannat hamari khuli hui hai.</w:t>
      </w:r>
    </w:p>
    <w:p>
      <w:pPr>
        <w:jc w:val="right"/>
      </w:pPr>
      <w:r>
        <w:t>یہ تھا آئیڈیلزم۔ لیکن پریکٹیکل وزڈم کیا تھی؟ یہ تھی کہ ہم دو آدمی ہیں اور ساری جنت ہماری کھلی ہوئی ہے۔</w:t>
      </w:r>
    </w:p>
    <w:p>
      <w:r>
        <w:rPr>
          <w:b/>
        </w:rPr>
        <w:t xml:space="preserve">[04:59] </w:t>
      </w:r>
      <w:r>
        <w:t>aik darakht milay na milay, is se kya farq parta hai?</w:t>
      </w:r>
    </w:p>
    <w:p>
      <w:pPr>
        <w:jc w:val="right"/>
      </w:pPr>
      <w:r>
        <w:t>ایک درخت ملے نہ ملے، اس سے کیا فرق پڑتا ہے؟</w:t>
      </w:r>
    </w:p>
    <w:p>
      <w:r>
        <w:rPr>
          <w:b/>
        </w:rPr>
        <w:t xml:space="preserve">[05:05] </w:t>
      </w:r>
      <w:r>
        <w:t>aap sochiye, aik darakht milay na milay, is se kya farq parta hai? yeh aisay hi hai jaise aik maal ho, us ke so kamray hon to aik aadmi ko woh maal de diya jaye, sirf aik kamray mein lock kar diya jaye ke saara maal tumhare liye hai.</w:t>
      </w:r>
    </w:p>
    <w:p>
      <w:pPr>
        <w:jc w:val="right"/>
      </w:pPr>
      <w:r>
        <w:t>آپ سوچیے، ایک درخت ملے نہ ملے، اس سے کیا فرق پڑتا ہے؟ یہ ایسے ہی ہے جیسے ایک مال ہو، اس کے سو کمرے ہوں تو ایک آدمی کو وہ مال دے دیا جائے، صرف ایک کمرے میں لاک کر دیا جائے کہ سارا مال تمہارے لیے ہے۔</w:t>
      </w:r>
    </w:p>
    <w:p>
      <w:r>
        <w:rPr>
          <w:b/>
        </w:rPr>
        <w:t xml:space="preserve">[05:23] </w:t>
      </w:r>
      <w:r>
        <w:t>aik kamray mein dakhil honay ki koshish na karna. to ab saara maal us ko istemal karna chahiye, lekin us ke zehn mein ideal aye ga ke nahi, woh bhi mujhe milna chahiye.</w:t>
      </w:r>
    </w:p>
    <w:p>
      <w:pPr>
        <w:jc w:val="right"/>
      </w:pPr>
      <w:r>
        <w:t>ایک کمرے میں داخل ہونے کی کوشش نہ کرنا۔ تو اب سارا مال اس کو استعمال کرنا چاہیے، لیکن اس کے ذہن میں آئیڈیل آئے گا کہ نہیں، وہ بھی مجھے ملنا چاہیے۔</w:t>
      </w:r>
    </w:p>
    <w:p>
      <w:r>
        <w:rPr>
          <w:b/>
        </w:rPr>
        <w:t xml:space="preserve">[05:40] </w:t>
      </w:r>
      <w:r>
        <w:t>to practical wisdom ka taqaza tha ke adam aur hawa is darakht se door rahen aur baqi jo jannat thi,</w:t>
      </w:r>
    </w:p>
    <w:p>
      <w:pPr>
        <w:jc w:val="right"/>
      </w:pPr>
      <w:r>
        <w:t>تو پریکٹیکل وزڈم کا تقاضا تھا کہ آدم اور حوا اس درخت سے دور رہیں اور بقیہ جو جنت تھی،</w:t>
      </w:r>
    </w:p>
    <w:p>
      <w:r>
        <w:rPr>
          <w:b/>
        </w:rPr>
        <w:t xml:space="preserve">[05:54] </w:t>
      </w:r>
      <w:r>
        <w:t>us ko kaafi samjhen apne liye. lekin unhon ne aisa nahi kiya.</w:t>
      </w:r>
    </w:p>
    <w:p>
      <w:pPr>
        <w:jc w:val="right"/>
      </w:pPr>
      <w:r>
        <w:t>اس کو کافی سمجھیں اپنے لیے۔ لیکن انہوں نے ایسا نہیں کیا۔</w:t>
      </w:r>
    </w:p>
    <w:p>
      <w:r>
        <w:rPr>
          <w:b/>
        </w:rPr>
        <w:t xml:space="preserve">[06:03] </w:t>
      </w:r>
      <w:r>
        <w:t>aur is darakht ka woh forbidden tree jo tha, us ka phal khane ki koshish ki nateeja mein kya hua?</w:t>
      </w:r>
    </w:p>
    <w:p>
      <w:pPr>
        <w:jc w:val="right"/>
      </w:pPr>
      <w:r>
        <w:t>اور اس درخت کا وہ فائیبریڈنٹ ٹری جو تھا، اس کا پھل کھانے کی کوشش کی نتیجے میں کیا ہوا؟</w:t>
      </w:r>
    </w:p>
    <w:p>
      <w:r>
        <w:rPr>
          <w:b/>
        </w:rPr>
        <w:t xml:space="preserve">[06:11] </w:t>
      </w:r>
      <w:r>
        <w:t>woh jannat se mahroom ho gaye. yahi misaal saari tareekh mein milti hai. aap ko bohat hi kam aisay afraad milenge aap ko jo practical wisdom ko jaanein, us ki ahmiyat ko,</w:t>
      </w:r>
    </w:p>
    <w:p>
      <w:pPr>
        <w:jc w:val="right"/>
      </w:pPr>
      <w:r>
        <w:t>وہ جنت سے محروم ہو گئے۔ یہی مثال ساری تاریخ میں ملتی ہے۔ آپ کو بہت ہی کم ایسے افراد ملیں گے آپ کو جو پریکٹیکل وزڈم کو جانیں، اس کی اہمیت کو،</w:t>
      </w:r>
    </w:p>
    <w:p>
      <w:r>
        <w:rPr>
          <w:b/>
        </w:rPr>
        <w:t xml:space="preserve">[06:30] </w:t>
      </w:r>
      <w:r>
        <w:t>aur idealism ke bajaye practical wisdom ko jante hain. bohat hi kam. balkay mujhe to rasool Allah sal Allah alaih wasallam ki zindagi mein is ka namoona milta hai, poore poore namoona.</w:t>
      </w:r>
    </w:p>
    <w:p>
      <w:pPr>
        <w:jc w:val="right"/>
      </w:pPr>
      <w:r>
        <w:t>اور آئیڈیلزم کے بجائے پریکٹیکل وزڈم کو جانتے ہیں۔ بہت ہی کم۔ بلکہ مجھے تو رسول اللہ صلی اللہ علیہ وسلم کی زندگی میں اس کا نمونہ ملتا ہے، پورے پورا نمونہ۔</w:t>
      </w:r>
    </w:p>
    <w:p>
      <w:r>
        <w:rPr>
          <w:b/>
        </w:rPr>
        <w:t xml:space="preserve">[06:44] </w:t>
      </w:r>
      <w:r>
        <w:t>baqi tareekh khali idhar ki hai. misaal ke tor par dekhiye,</w:t>
      </w:r>
    </w:p>
    <w:p>
      <w:pPr>
        <w:jc w:val="right"/>
      </w:pPr>
      <w:r>
        <w:t>باقی تاریخ خالی ادھر کی ہے۔ مثال کے طور پر دیکھیے،</w:t>
      </w:r>
    </w:p>
    <w:p>
      <w:r>
        <w:rPr>
          <w:b/>
        </w:rPr>
        <w:t xml:space="preserve">[06:52] </w:t>
      </w:r>
      <w:r>
        <w:t>Greece jo hai, Yunan, wahan par falsafe ka janam hua.</w:t>
      </w:r>
    </w:p>
    <w:p>
      <w:pPr>
        <w:jc w:val="right"/>
      </w:pPr>
      <w:r>
        <w:t>گریس جو ہے، یونان، وہاں پر فلسفے کا جنم ہوا۔</w:t>
      </w:r>
    </w:p>
    <w:p>
      <w:r>
        <w:rPr>
          <w:b/>
        </w:rPr>
        <w:t xml:space="preserve">[06:59] </w:t>
      </w:r>
      <w:r>
        <w:t>woh land of philosophy samjha jata hai. wahan par aik bara philosopher paida hua, us ko kehte hain Aristotle ya Arastu.</w:t>
      </w:r>
    </w:p>
    <w:p>
      <w:pPr>
        <w:jc w:val="right"/>
      </w:pPr>
      <w:r>
        <w:t>وہ لینڈ آف فلاسفی سمجھا جاتا ہے۔ وہاں پر ایک بڑا فلاسفر پیدا ہوا، اس کو کہتے ہیں ارسٹارٹل یا ارسطو۔</w:t>
      </w:r>
    </w:p>
    <w:p>
      <w:r>
        <w:rPr>
          <w:b/>
        </w:rPr>
        <w:t xml:space="preserve">[07:11] </w:t>
      </w:r>
      <w:r>
        <w:t>Aristotle ka yeh darja hai ke us ko father of western philosophy samjha jata hai. yeh daawa darja hai.</w:t>
      </w:r>
    </w:p>
    <w:p>
      <w:pPr>
        <w:jc w:val="right"/>
      </w:pPr>
      <w:r>
        <w:t>ارسٹارٹل کا یہ درجہ ہے کہ اس کو فادر آف ویسٹرن فلاسفی سمجھا جاتا ہے۔ یہ دعویٰ درجہ ہے۔</w:t>
      </w:r>
    </w:p>
    <w:p>
      <w:r>
        <w:rPr>
          <w:b/>
        </w:rPr>
        <w:t xml:space="preserve">[07:20] </w:t>
      </w:r>
      <w:r>
        <w:t>is ka zamana tha chauthi sadi qabl-e-Maseeh.</w:t>
      </w:r>
    </w:p>
    <w:p>
      <w:pPr>
        <w:jc w:val="right"/>
      </w:pPr>
      <w:r>
        <w:t>اس کا زمانہ تھا چوتھی صدی قبل مسیح۔</w:t>
      </w:r>
    </w:p>
    <w:p>
      <w:r>
        <w:rPr>
          <w:b/>
        </w:rPr>
        <w:t xml:space="preserve">[07:28] </w:t>
      </w:r>
      <w:r>
        <w:t>chauthi sadi qabl-e-Maseeh, yani Maseeh se pehle. to us ko aik bohat hi bara chance mila.</w:t>
      </w:r>
    </w:p>
    <w:p>
      <w:pPr>
        <w:jc w:val="right"/>
      </w:pPr>
      <w:r>
        <w:t>چوتھی صدی قبل مسیح، یعنی مسیح سے پہلے۔ تو اس کو ایک بہت ہی بڑا چانس ملا۔</w:t>
      </w:r>
    </w:p>
    <w:p>
      <w:r>
        <w:rPr>
          <w:b/>
        </w:rPr>
        <w:t xml:space="preserve">[07:41] </w:t>
      </w:r>
      <w:r>
        <w:t>is zamane mein wahan ka jo badshah tha, to us ka aik jo shehzada tha, jo crown prince bhi tha, to crown prince jo tha, us ka naam tha Alexander.</w:t>
      </w:r>
    </w:p>
    <w:p>
      <w:pPr>
        <w:jc w:val="right"/>
      </w:pPr>
      <w:r>
        <w:t>اس زمانے میں وہاں کا جو بادشاہ تھا، تو اس کا ایک جو شہزادہ تھا، جو کراؤن پرنس بھی تھا، تو کراؤن پرنس جو تھا، اس کا نام تھا الیگزینڈر۔</w:t>
      </w:r>
    </w:p>
    <w:p>
      <w:r>
        <w:rPr>
          <w:b/>
        </w:rPr>
        <w:t xml:space="preserve">[07:55] </w:t>
      </w:r>
      <w:r>
        <w:t>us ka woh ustaad ban gaya, tutor ban gaya, us ka ustaad ban gaya. to Aristotle ne yeh theory develop ki thi ke zindagi mein idealism hona chahiye.</w:t>
      </w:r>
    </w:p>
    <w:p>
      <w:pPr>
        <w:jc w:val="right"/>
      </w:pPr>
      <w:r>
        <w:t>اس کا وہ معلم بن گیا، ٹیوٹر بن گیا، اس کا استاد بن گیا۔ تو ارسطو نے یہ تھیوری ڈیولپ کی تھی کہ زندگی میں آئیڈیلزم ہونا چاہیے۔</w:t>
      </w:r>
    </w:p>
    <w:p>
      <w:r>
        <w:rPr>
          <w:b/>
        </w:rPr>
        <w:t xml:space="preserve">[08:11] </w:t>
      </w:r>
      <w:r>
        <w:t>ideal government, ideal society, ideal state, yeh tha us ka khwab. to is ka nazariya yeh tha ke agar ruler jo hai, woh philosopher ho to bas sab kuch ideal ho jayega.</w:t>
      </w:r>
    </w:p>
    <w:p>
      <w:pPr>
        <w:jc w:val="right"/>
      </w:pPr>
      <w:r>
        <w:t>آئیڈیل گورنمنٹ، آئیڈیل سوسائٹی، آئیڈیل اسٹیٹ، یہ تھا اس کا خواب۔ تو اس کا نظریہ یہ تھا کہ اگر رولر جو ہے، وہ فلاسفر ہو تو بس سب کچھ آئیڈیل ہو جائے گا۔</w:t>
      </w:r>
    </w:p>
    <w:p>
      <w:r>
        <w:rPr>
          <w:b/>
        </w:rPr>
        <w:t xml:space="preserve">[08:28] </w:t>
      </w:r>
      <w:r>
        <w:t>woh philosophy ko queen of art manta tha.</w:t>
      </w:r>
    </w:p>
    <w:p>
      <w:pPr>
        <w:jc w:val="right"/>
      </w:pPr>
      <w:r>
        <w:t>وہ فلاسفی کو کوئین آف آرٹ مانتا تھا۔</w:t>
      </w:r>
    </w:p>
    <w:p>
      <w:r>
        <w:rPr>
          <w:b/>
        </w:rPr>
        <w:t xml:space="preserve">[08:34] </w:t>
      </w:r>
      <w:r>
        <w:t>to us ko mauqa mil gaya ke jo crown prince tha, us ka woh tutor ban jaye. aur ban gaya woh.</w:t>
      </w:r>
    </w:p>
    <w:p>
      <w:pPr>
        <w:jc w:val="right"/>
      </w:pPr>
      <w:r>
        <w:t>تو اس کو موقع مل گیا کہ جو کراؤن پرنس تھا، اس کا وہ ٹیوٹر بن جائے۔ اور بن گیا وہ۔</w:t>
      </w:r>
    </w:p>
    <w:p>
      <w:r>
        <w:rPr>
          <w:b/>
        </w:rPr>
        <w:t xml:space="preserve">[08:44] </w:t>
      </w:r>
      <w:r>
        <w:t>aur us ko khoob tayyar kiya. is ne is ka naam baad ko mashhoor hua, Alexander the Great, Sikandar Azam.</w:t>
      </w:r>
    </w:p>
    <w:p>
      <w:pPr>
        <w:jc w:val="right"/>
      </w:pPr>
      <w:r>
        <w:t>اور اس کو خوب تیار کیا۔ اس نے اس کا نام بعد کو مشہور ہوا، الیگزینڈر دا گریٹ، سکندر اعظم۔</w:t>
      </w:r>
    </w:p>
    <w:p>
      <w:r>
        <w:rPr>
          <w:b/>
        </w:rPr>
        <w:t xml:space="preserve">[08:57] </w:t>
      </w:r>
      <w:r>
        <w:t>lekin aap dekhiye kya nateeja nikla? baap ke marne ke baad jab Alexander the Great is jab baitha takht par to is ka sara concern yeh ho gaya ke apne hukoomat ka expansion,</w:t>
      </w:r>
    </w:p>
    <w:p>
      <w:pPr>
        <w:jc w:val="right"/>
      </w:pPr>
      <w:r>
        <w:t>لیکن آپ دیکھیے کیا نتیجہ نکلا؟ باپ کے مرنے کے بعد جب الیگزینڈر دا گریٹ اس جب بیٹھا تخت پر تو اس کا سارا کنسرن یہ ہو گیا کہ اپنے حکومت کا ایکسپینشن،</w:t>
      </w:r>
    </w:p>
    <w:p>
      <w:r>
        <w:rPr>
          <w:b/>
        </w:rPr>
        <w:t xml:space="preserve">[09:16] </w:t>
      </w:r>
      <w:r>
        <w:t>yani Greece mein to us ki quwwat thi, expansion. ab is ne army banai. ab Greece se chal kar ke woh fateh karta hua Punjab tak pohanch gaya.</w:t>
      </w:r>
    </w:p>
    <w:p>
      <w:pPr>
        <w:jc w:val="right"/>
      </w:pPr>
      <w:r>
        <w:t>یعنی گریس میں تو اس کی قوت تھی، ایکسپینشن۔ اب اس نے آرمی بنائی۔ اب گریس سے چل کر کے وہ فتح کرتا ہوا پنجاب تک پہنچ گیا۔</w:t>
      </w:r>
    </w:p>
    <w:p>
      <w:r>
        <w:rPr>
          <w:b/>
        </w:rPr>
        <w:t xml:space="preserve">[09:31] </w:t>
      </w:r>
      <w:r>
        <w:t>India ka Punjab jo hai, darya-e-Sindh tak. itna bara area fateh kiya is ne. lekin jo is ki jo army thi, Punjab pohanch kar woh thak chuki thi.</w:t>
      </w:r>
    </w:p>
    <w:p>
      <w:pPr>
        <w:jc w:val="right"/>
      </w:pPr>
      <w:r>
        <w:t>انڈیا کا پنجاب جو ہے، دریائے سندھ تک۔ اتنا بڑا ایریا فتح کیا اس نے۔ لیکن جو اس کی جو آرمی تھی، پنجاب پہنچ کر وہ تھک چکی تھی۔</w:t>
      </w:r>
    </w:p>
    <w:p>
      <w:r>
        <w:rPr>
          <w:b/>
        </w:rPr>
        <w:t xml:space="preserve">[09:47] </w:t>
      </w:r>
      <w:r>
        <w:t>thak chuki thi. is ne mosoof Panjabiyan fateh kiya, Egypt fateh kiya. wahan apne naam ke sath Alexandria shehar qaim kiya, jo aap bhi ab bhi maujood hai.</w:t>
      </w:r>
    </w:p>
    <w:p>
      <w:pPr>
        <w:jc w:val="right"/>
      </w:pPr>
      <w:r>
        <w:t>تھک چکی تھی۔ اس نے موصوف پنابیاں فتح کیا، ایجپٹ فتح کیا۔ وہاں اپنے نام کے ساتھ الیگزینڈریا شہر قائم کیا، جو آپ بھی اب بھی موجود ہے۔</w:t>
      </w:r>
    </w:p>
    <w:p>
      <w:r>
        <w:rPr>
          <w:b/>
        </w:rPr>
        <w:t xml:space="preserve">[10:01] </w:t>
      </w:r>
      <w:r>
        <w:t>lekin Punjab tak pohanch kar is ka army thak gayi. is ne inkar kar diya ke hum aage nahi barh sakte. to kya hua? frustration, bohat frustration hua Alexander the Great ko.</w:t>
      </w:r>
    </w:p>
    <w:p>
      <w:pPr>
        <w:jc w:val="right"/>
      </w:pPr>
      <w:r>
        <w:t>لیکن پنجاب تک پہنچ کر اس کا آرمی تھک گئی۔ اس نے انکار کر دیا کہ ہم آگے نہیں بڑھ سکتے۔ تو کیا ہوا؟ فریسٹن، بہت فریسٹن ہوا الیگزینڈر دا گریٹ کو۔</w:t>
      </w:r>
    </w:p>
    <w:p>
      <w:r>
        <w:rPr>
          <w:b/>
        </w:rPr>
        <w:t xml:space="preserve">[10:13] </w:t>
      </w:r>
      <w:r>
        <w:t>frustration mein mar gaya woh. aur jab mara to is ki umar kitni thi? sirf 33 years, sirf 33 saal.</w:t>
      </w:r>
    </w:p>
    <w:p>
      <w:pPr>
        <w:jc w:val="right"/>
      </w:pPr>
      <w:r>
        <w:t>فریسٹریشن میں مر گیا وہ۔ اور جب مرا تو اس کی عمر کتنی تھی؟ صرف 33 ایئرز، صرف 33 سال۔</w:t>
      </w:r>
    </w:p>
    <w:p>
      <w:r>
        <w:rPr>
          <w:b/>
        </w:rPr>
        <w:t xml:space="preserve">[10:24] </w:t>
      </w:r>
      <w:r>
        <w:t>aur is ka aik tutor tha, Aristotle, woh mara to is ki umar thi kitni? 62 years. 62 saal mein ustaad mar gaya, 33 saal mein is ka shagird badshah mar gaya.</w:t>
      </w:r>
    </w:p>
    <w:p>
      <w:pPr>
        <w:jc w:val="right"/>
      </w:pPr>
      <w:r>
        <w:t>اور اس کا ایک ٹیوٹر تھا، ریسٹارٹل، وہ مرا تو اس کی عمر تھی کتنی؟ 62 ایئرز۔ 62 سال میں استاد مر گیا، 33 سال میں اس کا شاگرد بادشاہ مر گیا۔</w:t>
      </w:r>
    </w:p>
    <w:p>
      <w:r>
        <w:rPr>
          <w:b/>
        </w:rPr>
        <w:t xml:space="preserve">[10:40] </w:t>
      </w:r>
      <w:r>
        <w:t>aur na ideal rule qaim hua, na ideal state bana, kuch nahi hua. ab dekhiye ke agar woh practical wisdom par chalta to Yunan ko sanwarta, woh Yunan mein achhe se achha nizam banata,</w:t>
      </w:r>
    </w:p>
    <w:p>
      <w:pPr>
        <w:jc w:val="right"/>
      </w:pPr>
      <w:r>
        <w:t>اور نہ آئیڈیل رول قائم ہوا، نہ آئیڈیل اسٹیٹ بنا، کچھ نہیں ہوا۔ اب دیکھیے کہ اگر وہ پریکٹیکل وزڈم پر چلتا تو یونان کو سنوارتا، وہ یونان میں اچھے سے اچھا نظام بناتا،</w:t>
      </w:r>
    </w:p>
    <w:p>
      <w:r>
        <w:rPr>
          <w:b/>
        </w:rPr>
        <w:t xml:space="preserve">[11:03] </w:t>
      </w:r>
      <w:r>
        <w:t>woh is ke bas mein tha. lekin ab sare alam ko le kar woh daud pada to kuch bhi nahi kar saka. aur mayusi mein mar gaya.</w:t>
      </w:r>
    </w:p>
    <w:p>
      <w:pPr>
        <w:jc w:val="right"/>
      </w:pPr>
      <w:r>
        <w:t>وہ اس کے بس میں تھا۔ لیکن اب سارے عالم کو لے کر وہ دوڑ پڑا تو کچھ بھی نہیں کر سکا۔ اور مایوسی میں مر گیا۔</w:t>
      </w:r>
    </w:p>
    <w:p>
      <w:r>
        <w:rPr>
          <w:b/>
        </w:rPr>
        <w:t xml:space="preserve">[11:14] </w:t>
      </w:r>
      <w:r>
        <w:t>despair, frustration.</w:t>
      </w:r>
    </w:p>
    <w:p>
      <w:pPr>
        <w:jc w:val="right"/>
      </w:pPr>
      <w:r>
        <w:t>ڈسپیر، فرسٹریشن۔</w:t>
      </w:r>
    </w:p>
    <w:p>
      <w:r>
        <w:rPr>
          <w:b/>
        </w:rPr>
        <w:t xml:space="preserve">[11:22] </w:t>
      </w:r>
      <w:r>
        <w:t>main samajhta hoon ke yeh poori poori tareekh ki kahani hai, poori history ki kahani hai.</w:t>
      </w:r>
    </w:p>
    <w:p>
      <w:pPr>
        <w:jc w:val="right"/>
      </w:pPr>
      <w:r>
        <w:t>میں سمجھتا ہوں کہ یہ پوری پوری تاریخ کی کہانی ہے، پوری ہسٹری کی کہانی ہے۔</w:t>
      </w:r>
    </w:p>
    <w:p>
      <w:r>
        <w:rPr>
          <w:b/>
        </w:rPr>
        <w:t xml:space="preserve">[11:32] </w:t>
      </w:r>
      <w:r>
        <w:t>mein ne apne tajrube se jana hai ke yeh jo insani zindagi hai, one percent woh hai idealism aur 99 percent hai practical wisdom.</w:t>
      </w:r>
    </w:p>
    <w:p>
      <w:pPr>
        <w:jc w:val="right"/>
      </w:pPr>
      <w:r>
        <w:t>میں نے اپنے تجربے سے جانا ہے کہ یہ جو انسانی زندگی ہے، ون پرسنٹ وہ ہے آئیڈیلزم اور 99 پرسنٹ ہے پریکٹیکل وزڈم۔</w:t>
      </w:r>
    </w:p>
    <w:p>
      <w:r>
        <w:rPr>
          <w:b/>
        </w:rPr>
        <w:t xml:space="preserve">[11:52] </w:t>
      </w:r>
      <w:r>
        <w:t>one percent hai mayar pasandi. baqi 99 percent jo hai, woh sab ke sab amli halaat par mabni hai.</w:t>
      </w:r>
    </w:p>
    <w:p>
      <w:pPr>
        <w:jc w:val="right"/>
      </w:pPr>
      <w:r>
        <w:t>ون پرسنٹ ہے معیار پسندی۔ باقی 99 پرسنٹ جو ہے، وہ سب کے سب عملی حالات پر مبنی ہے۔</w:t>
      </w:r>
    </w:p>
    <w:p>
      <w:r>
        <w:rPr>
          <w:b/>
        </w:rPr>
        <w:t xml:space="preserve">[12:01] </w:t>
      </w:r>
      <w:r>
        <w:t>kyun? idealism aap apne upar chala sakte hain. apne mind mein aap idealist ban sakte hain.</w:t>
      </w:r>
    </w:p>
    <w:p>
      <w:pPr>
        <w:jc w:val="right"/>
      </w:pPr>
      <w:r>
        <w:t>کیوں؟ آئیڈیلزم آپ اپنے اوپر چلا سکتے ہیں۔ اپنے مائنڈ میں آپ آئیڈیلسٹ بن سکتے ہیں۔</w:t>
      </w:r>
    </w:p>
    <w:p>
      <w:r>
        <w:rPr>
          <w:b/>
        </w:rPr>
        <w:t xml:space="preserve">[12:12] </w:t>
      </w:r>
      <w:r>
        <w:t>to apne mind mein aap idealist baniye. lekin jab sab samaj mein aur pure mulk mein, puri insaniyat mein aap chahein idealism chalana to woh kabhi possible nahi hota.</w:t>
      </w:r>
    </w:p>
    <w:p>
      <w:pPr>
        <w:jc w:val="right"/>
      </w:pPr>
      <w:r>
        <w:t>تو اپنے مائنڈ میں آپ آئیڈیلسٹ بنیے۔ لیکن جب سب سماج میں اور پورے ملک میں، پوری انسانیت میں آپ چاہیں آئیڈیلزم چلانا تو وہ کبھی پاسیبل نہیں ہوتا۔</w:t>
      </w:r>
    </w:p>
    <w:p>
      <w:r>
        <w:rPr>
          <w:b/>
        </w:rPr>
        <w:t xml:space="preserve">[12:28] </w:t>
      </w:r>
      <w:r>
        <w:t>kyunke har aadmi ke desire alag hain, har aadmi ka goal alag hai, har aadmi ki soch alag hai. har aadmi is duniya mein jo insan hai, woh sab Mr. different hai.</w:t>
      </w:r>
    </w:p>
    <w:p>
      <w:pPr>
        <w:jc w:val="right"/>
      </w:pPr>
      <w:r>
        <w:t>کیونکہ ہر آدمی کے ڈیزائر الگ ہیں، ہر آدمی کا گول الگ ہے، ہر آدمی کی سوچ الگ ہے۔ ہر آدمی اس دنیا میں جو انسان ہے، وہ سب مسٹر ڈفرنٹ ہے۔</w:t>
      </w:r>
    </w:p>
    <w:p>
      <w:r>
        <w:rPr>
          <w:b/>
        </w:rPr>
        <w:t xml:space="preserve">[12:42] </w:t>
      </w:r>
      <w:r>
        <w:t>sab ke sab Mr. different. khatoon jo hai, woh sab ke sab Ms. different. to aaj ki duniya mein misaal ke taur par seven billion insan aaj duniya mein hain.</w:t>
      </w:r>
    </w:p>
    <w:p>
      <w:pPr>
        <w:jc w:val="right"/>
      </w:pPr>
      <w:r>
        <w:t>سب کے سب مسٹر ڈفرنٹ۔ خاتون جو ہے، وہ سب کے سب مس ڈفرنٹ۔ تو آج کی دنیا میں مثال کے طور پر سیون بلین انسان آج دنیا میں ہیں۔</w:t>
      </w:r>
    </w:p>
    <w:p>
      <w:r>
        <w:rPr>
          <w:b/>
        </w:rPr>
        <w:t xml:space="preserve">[12:54] </w:t>
      </w:r>
      <w:r>
        <w:t>seven billion. to seven billion Mr. different aur Ms. different hain. aap bataiye, insanon ke jungle mein aap kahin chalayenge ideal, idealist society banane ke liye aap ko sare insanon ko apna ham خیال banana parta hai.</w:t>
      </w:r>
    </w:p>
    <w:p>
      <w:pPr>
        <w:jc w:val="right"/>
      </w:pPr>
      <w:r>
        <w:t>سیون بلین۔ تو سیون بلین مسٹر ڈفرنٹ اور مس ڈفرنٹ ہیں۔ آپ بتائیے، انسانوں کے جنگل میں آپ کہیں چلائیں گے آئیڈیل، آئیڈیلسٹ سوسائٹی بنانے کے لیے آپ کو سارے انسانوں کو اپنا ہم خیال بنانا پڑتا ہے۔</w:t>
      </w:r>
    </w:p>
    <w:p>
      <w:r>
        <w:rPr>
          <w:b/>
        </w:rPr>
        <w:t xml:space="preserve">[13:12] </w:t>
      </w:r>
      <w:r>
        <w:t>sab isi tarah sochein jis tarah aap sochte hain. to kaise possible hai? aap ki zindagi kal mili hai, aap aap yeh bhi dekh lijiye ke aap ko zindagi kitni kam mili hai.</w:t>
      </w:r>
    </w:p>
    <w:p>
      <w:pPr>
        <w:jc w:val="right"/>
      </w:pPr>
      <w:r>
        <w:t>سب اسی طرح سوچیں جس طرح آپ سوچتے ہیں۔ تو کیسے پاسیبل ہے؟ آپ کی زندگی کل ملی ہے، آپ آپ یہ بھی دیکھ لیجئے کہ آپ کو زندگی کتنی کم ملی ہے۔</w:t>
      </w:r>
    </w:p>
    <w:p>
      <w:r>
        <w:rPr>
          <w:b/>
        </w:rPr>
        <w:t xml:space="preserve">[13:25] </w:t>
      </w:r>
      <w:r>
        <w:t>aap Aristotle hain to bas 62 saal mein marna hai aap ko. Alexander hain to aap ko 33 saal mein marna hai. aur sare alam ko kaise bana denge aap?</w:t>
      </w:r>
    </w:p>
    <w:p>
      <w:pPr>
        <w:jc w:val="right"/>
      </w:pPr>
      <w:r>
        <w:t>آپ ارسٹارٹل ہیں تو بس 62 سال میں مرنا ہے آپ کو۔ الیگزینڈر ہیں تو آپ کو 33 سال میں مرنا ہے۔ اور سارے عالم کو کیسے بنا دیں گے آپ؟</w:t>
      </w:r>
    </w:p>
    <w:p>
      <w:r>
        <w:rPr>
          <w:b/>
        </w:rPr>
        <w:t xml:space="preserve">[13:35] </w:t>
      </w:r>
      <w:r>
        <w:t>ideal society mein kaise dhal lenge?</w:t>
      </w:r>
    </w:p>
    <w:p>
      <w:pPr>
        <w:jc w:val="right"/>
      </w:pPr>
      <w:r>
        <w:t>آئیڈیل سوسائٹی میں کیسے ڈھال لیں گے؟</w:t>
      </w:r>
    </w:p>
    <w:p>
      <w:r>
        <w:rPr>
          <w:b/>
        </w:rPr>
        <w:t xml:space="preserve">[13:45] </w:t>
      </w:r>
      <w:r>
        <w:t>to hamare ustad the, woh kaha karte the ke insan mein</w:t>
      </w:r>
    </w:p>
    <w:p>
      <w:pPr>
        <w:jc w:val="right"/>
      </w:pPr>
      <w:r>
        <w:t>تو ہمارے استاد تھے، وہ کہا کرتے تھے کہ انسان میں</w:t>
      </w:r>
    </w:p>
    <w:p>
      <w:r>
        <w:rPr>
          <w:b/>
        </w:rPr>
        <w:t xml:space="preserve">[13:54] </w:t>
      </w:r>
      <w:r>
        <w:t>sudhaar lana hai, aise aise ke medak ke panseri banana. aap log mujhe nahi maloom, yeh yeh yeh tasveer samjhenge, nahi samjhenge.</w:t>
      </w:r>
    </w:p>
    <w:p>
      <w:pPr>
        <w:jc w:val="right"/>
      </w:pPr>
      <w:r>
        <w:t>سدھار لانا ہے، ایسے ایسے کہ میڈو کے پنسیری بنانا۔ آپ لوگ مجھے نہیں معلوم، یہ یہ یہ تصویر سمجھیں گے، نہیں سمجھیں گے۔</w:t>
      </w:r>
    </w:p>
    <w:p>
      <w:r>
        <w:rPr>
          <w:b/>
        </w:rPr>
        <w:t xml:space="preserve">[14:04] </w:t>
      </w:r>
      <w:r>
        <w:t>pehle zamane mein panseri bana banate the log. yaani ek tarazu hai, ek taraf panch seer ka part rakha unhone aur doosri taraf koi aur cheez rakhi, gehoon, chawal,</w:t>
      </w:r>
    </w:p>
    <w:p>
      <w:pPr>
        <w:jc w:val="right"/>
      </w:pPr>
      <w:r>
        <w:t>پہلے زمانے میں پنسیری بنا بناتے تھے لوگ۔ یعنی ایک ترازو ہے، ایک طرف پانچ سیر کا پارٹ رکھا انہوں نے اور دوسری طرف کوئی اور چیز رکھی، گیہوں، چاول،</w:t>
      </w:r>
    </w:p>
    <w:p>
      <w:r>
        <w:rPr>
          <w:b/>
        </w:rPr>
        <w:t xml:space="preserve">[14:20] </w:t>
      </w:r>
      <w:r>
        <w:t>koi doosri cheez. to panch saal, panch seer ke barabar idhar tola unhone. to keh diya ke ek taraf panch seer ka part hai, doosri taraf aap medakon ko panch seer toal rahe hain, panch seer meter.</w:t>
      </w:r>
    </w:p>
    <w:p>
      <w:pPr>
        <w:jc w:val="right"/>
      </w:pPr>
      <w:r>
        <w:t>کوئی دوسری چیز۔ تو پانچ سال، پانچ سیر کے برابر ادھر تولہ انہوں نے۔ تو کہہ دیا کہ ایک طرف پانچ سیر کا پارٹ ہے، دوسری طرف آپ میڈکوں کو پانچ سیر تول رہے ہیں، پانچ سیر میٹر۔</w:t>
      </w:r>
    </w:p>
    <w:p>
      <w:r>
        <w:rPr>
          <w:b/>
        </w:rPr>
        <w:t xml:space="preserve">[14:35] </w:t>
      </w:r>
      <w:r>
        <w:t>to medak to kutte rehte hain, aap jante hain, har medak kutta rahega. yeh faragh jo hai, medak is ke mizaj mein kudna hai.</w:t>
      </w:r>
    </w:p>
    <w:p>
      <w:pPr>
        <w:jc w:val="right"/>
      </w:pPr>
      <w:r>
        <w:t>تو میڈک تو کتے رہتے ہیں، آپ جانتے ہیں، ہر میڈک کتا رہے گا۔ یہ فراغ جو ہے، میڈک اس کے مزاج میں کدنا ہے۔</w:t>
      </w:r>
    </w:p>
    <w:p>
      <w:r>
        <w:rPr>
          <w:b/>
        </w:rPr>
        <w:t xml:space="preserve">[14:48] </w:t>
      </w:r>
      <w:r>
        <w:t>to aap</w:t>
      </w:r>
    </w:p>
    <w:p>
      <w:pPr>
        <w:jc w:val="right"/>
      </w:pPr>
      <w:r>
        <w:t>تو آپ</w:t>
      </w:r>
    </w:p>
    <w:p>
      <w:r>
        <w:rPr>
          <w:b/>
        </w:rPr>
        <w:t xml:space="preserve">[14:52] </w:t>
      </w:r>
      <w:r>
        <w:t>banate rahenge aur barson bhi ban nahi payegi medakon ki panseri. to har insan Mr. different hai, har khatoon Ms. different hai.</w:t>
      </w:r>
    </w:p>
    <w:p>
      <w:pPr>
        <w:jc w:val="right"/>
      </w:pPr>
      <w:r>
        <w:t>بناتے رہیں گے اور برسوں بھی بن نہیں پائے گی میڈکوں کی پنسیری۔ تو ہر انسان مسٹر ڈفرنٹ ہے، ہر خاتون مس ڈفرنٹ ہے۔</w:t>
      </w:r>
    </w:p>
    <w:p>
      <w:r>
        <w:rPr>
          <w:b/>
        </w:rPr>
        <w:t xml:space="preserve">[15:03] </w:t>
      </w:r>
      <w:r>
        <w:t>aap kaise in ko ek dhang ke culture par layenge? is wajah se sahi formula kya hai?</w:t>
      </w:r>
    </w:p>
    <w:p>
      <w:pPr>
        <w:jc w:val="right"/>
      </w:pPr>
      <w:r>
        <w:t>آپ کیسے ان کو ایک ڈھنگ کے کلچر پر لائیں گے؟ اس وجہ سے صحیح فارمولا کیا ہے؟</w:t>
      </w:r>
    </w:p>
    <w:p>
      <w:r>
        <w:rPr>
          <w:b/>
        </w:rPr>
        <w:t xml:space="preserve">[15:15] </w:t>
      </w:r>
      <w:r>
        <w:t>apne aap mein aap idealist baniye, lekin society mein aate hi aap practical wisdom ko pakad lijiye. yaani practical wisdom ka matlab kya hai?</w:t>
      </w:r>
    </w:p>
    <w:p>
      <w:pPr>
        <w:jc w:val="right"/>
      </w:pPr>
      <w:r>
        <w:t>اپنے آپ میں آپ آئیڈیلسٹ بنیے، لیکن سوسائٹی میں آتے ہی آپ پریکٹیکل وزڈم کو پکڑ لیجئے۔ یعنی پریکٹیکل وزڈم کا مطلب کیا ہے؟</w:t>
      </w:r>
    </w:p>
    <w:p>
      <w:r>
        <w:rPr>
          <w:b/>
        </w:rPr>
        <w:t xml:space="preserve">[15:29] </w:t>
      </w:r>
      <w:r>
        <w:t>jo possible hai, us par raazi ho jana.</w:t>
      </w:r>
    </w:p>
    <w:p>
      <w:pPr>
        <w:jc w:val="right"/>
      </w:pPr>
      <w:r>
        <w:t>جو پاسیبل ہے، اس پر راضی ہو جانا۔</w:t>
      </w:r>
    </w:p>
    <w:p>
      <w:r>
        <w:rPr>
          <w:b/>
        </w:rPr>
        <w:t xml:space="preserve">[15:34] </w:t>
      </w:r>
      <w:r>
        <w:t>jo possible hai, yaani practically jo possible hai, us par raazi ho jana. practically jo possible hai, us par raazi hone ka naam hai practical wisdom.</w:t>
      </w:r>
    </w:p>
    <w:p>
      <w:pPr>
        <w:jc w:val="right"/>
      </w:pPr>
      <w:r>
        <w:t>جو پاسیبل ہے، یعنی پریکٹیکلی جو پاسیبل ہے، اس پر راضی ہو جانا۔ پریکٹیکلی جو پاسیبل ہے، اس پر راضی ہونے کا نام ہے پریکٹیکل وزڈم۔</w:t>
      </w:r>
    </w:p>
    <w:p>
      <w:r>
        <w:rPr>
          <w:b/>
        </w:rPr>
        <w:t xml:space="preserve">[15:49] </w:t>
      </w:r>
      <w:r>
        <w:t>yeh baat ek hadith mein is tarah kahi gayi hai:</w:t>
      </w:r>
    </w:p>
    <w:p>
      <w:pPr>
        <w:jc w:val="right"/>
      </w:pPr>
      <w:r>
        <w:t>یہ بات ایک حدیث میں اس طرح کہی گئی ہے:</w:t>
      </w:r>
    </w:p>
    <w:p>
      <w:r>
        <w:rPr>
          <w:b/>
        </w:rPr>
        <w:t xml:space="preserve">[15:56] </w:t>
      </w:r>
      <w:r>
        <w:t>"qad aflaha man aslama". woh roze ka kafaaf wa kun Allah bima ata.</w:t>
      </w:r>
    </w:p>
    <w:p>
      <w:pPr>
        <w:jc w:val="right"/>
      </w:pPr>
      <w:r>
        <w:t>"قد افلح من اسلم"۔ وہ روزے کا کفاف وکن اللہ بما آتا۔</w:t>
      </w:r>
    </w:p>
    <w:p>
      <w:r>
        <w:rPr>
          <w:b/>
        </w:rPr>
        <w:t xml:space="preserve">[16:08] </w:t>
      </w:r>
      <w:r>
        <w:t>yaani woh shakhs kamyab ho gaya, yaani kamyabi us shakhs ke liye hai jis ne Islam qubool kiya.</w:t>
      </w:r>
    </w:p>
    <w:p>
      <w:pPr>
        <w:jc w:val="right"/>
      </w:pPr>
      <w:r>
        <w:t>یعنی وہ شخص کامیاب ہو گیا، یعنی کامیابی اس شخص کے لیے ہے جس نے اسلام قبول کیا۔</w:t>
      </w:r>
    </w:p>
    <w:p>
      <w:r>
        <w:rPr>
          <w:b/>
        </w:rPr>
        <w:t xml:space="preserve">[16:20] </w:t>
      </w:r>
      <w:r>
        <w:t>yaani Islam qubool karne ka matlab kya hai? haqeeqat ko mana, sachai ka etraf kiya, haqeeqat waqe ko accept kiya.</w:t>
      </w:r>
    </w:p>
    <w:p>
      <w:pPr>
        <w:jc w:val="right"/>
      </w:pPr>
      <w:r>
        <w:t>یعنی اسلام قبول کرنے کا معنی کیا ہے؟ حقیقت کو مانا، سچائی کا اعتراف کیا، حقیقت واقعہ کو ایکسیپٹ کیا۔</w:t>
      </w:r>
    </w:p>
    <w:p>
      <w:r>
        <w:rPr>
          <w:b/>
        </w:rPr>
        <w:t xml:space="preserve">[16:34] </w:t>
      </w:r>
      <w:r>
        <w:t>yeh hai islam. to yahan tak to ideal chalega. sachai ko manne ke mamle mein idealist ban sakte hain.</w:t>
      </w:r>
    </w:p>
    <w:p>
      <w:pPr>
        <w:jc w:val="right"/>
      </w:pPr>
      <w:r>
        <w:t>یہ ہے اسلام۔ تو یہاں تک تو آئیڈیل چلے گا۔ سچائی کو ماننے کے معاملے میں آئیڈیلسٹ بن سکتے ہیں۔</w:t>
      </w:r>
    </w:p>
    <w:p>
      <w:r>
        <w:rPr>
          <w:b/>
        </w:rPr>
        <w:t xml:space="preserve">[16:44] </w:t>
      </w:r>
      <w:r>
        <w:t>aap is mein compromise karne ki zaroorat nahi hai. apne mind ke satah par aap ko ek ideology ko, ek sachai ko, ek haq ko manna hai.</w:t>
      </w:r>
    </w:p>
    <w:p>
      <w:pPr>
        <w:jc w:val="right"/>
      </w:pPr>
      <w:r>
        <w:t>آپ اس میں کمپرومائز کرنے کی ضرورت نہیں ہے۔ اپنے مائنڈ کے سطح پر آپ کو ایک آئیڈالوجی کو، ایک سچائی کو، ایک حق کو ماننا ہے۔</w:t>
      </w:r>
    </w:p>
    <w:p>
      <w:r>
        <w:rPr>
          <w:b/>
        </w:rPr>
        <w:t xml:space="preserve">[16:57] </w:t>
      </w:r>
      <w:r>
        <w:t>to wahan par aap ko</w:t>
      </w:r>
    </w:p>
    <w:p>
      <w:pPr>
        <w:jc w:val="right"/>
      </w:pPr>
      <w:r>
        <w:t>تو وہاں پر آپ کو</w:t>
      </w:r>
    </w:p>
    <w:p>
      <w:r>
        <w:rPr>
          <w:b/>
        </w:rPr>
        <w:t xml:space="preserve">[17:01] </w:t>
      </w:r>
      <w:r>
        <w:t>kisi samjhota ke compromise karne ki zaroorat nahi hai. lekin wahan to aap hi aap akele hain. mind ke satah par aap akele hain.</w:t>
      </w:r>
    </w:p>
    <w:p>
      <w:pPr>
        <w:jc w:val="right"/>
      </w:pPr>
      <w:r>
        <w:t>کسی سمجھوتہ کے کمپرومائز کرنے کی ضرورت نہیں ہے۔ لیکن وہاں تو آپ ہی آپ اکیلے ہیں۔ مائنڈ کے سطح پر آپ اکیلے ہیں۔</w:t>
      </w:r>
    </w:p>
    <w:p>
      <w:r>
        <w:rPr>
          <w:b/>
        </w:rPr>
        <w:t xml:space="preserve">[17:10] </w:t>
      </w:r>
      <w:r>
        <w:t>to wahan par aap in compromise negativity ko ikhtiyar kar sakte hain. lekin jab samaj mein aayenge aap ke yeh possible nahi hai, to farmaya ke roze ka kafaaf wakan Allah bima aata.</w:t>
      </w:r>
    </w:p>
    <w:p>
      <w:pPr>
        <w:jc w:val="right"/>
      </w:pPr>
      <w:r>
        <w:t>تو وہاں پر آپ ان کمپرومائز نیگیٹیوٹی کو اختیار کر سکتے ہیں۔ لیکن جب سماج میں آئیں گے آپ کہ یہ پاسیبل نہیں ہے، تو فرمایا کہ روزے کا کفاف وکن اللہ بما آتا۔</w:t>
      </w:r>
    </w:p>
    <w:p>
      <w:r>
        <w:rPr>
          <w:b/>
        </w:rPr>
        <w:t xml:space="preserve">[17:29] </w:t>
      </w:r>
      <w:r>
        <w:t>yani baqadr kafaaf is ko rozi mili, baqadr zaroorat. kyunke dekhiye, is dunya mein aap hi nahi chahte hain cheezein leni.</w:t>
      </w:r>
    </w:p>
    <w:p>
      <w:pPr>
        <w:jc w:val="right"/>
      </w:pPr>
      <w:r>
        <w:t>یعنی بقدر کفاف اس کو روزی ملی، بقدر ضرورت۔ کیونکہ دیکھیے، اس دنیا میں آپ ہی نہیں چاہتے ہیں چیزیں لینا۔</w:t>
      </w:r>
    </w:p>
    <w:p>
      <w:r>
        <w:rPr>
          <w:b/>
        </w:rPr>
        <w:t xml:space="preserve">[17:42] </w:t>
      </w:r>
      <w:r>
        <w:t>seven billion insaan aur bhi hain. to sab kuch aap ko kaise milega? sab kuch aap ko nahi mil sakta.</w:t>
      </w:r>
    </w:p>
    <w:p>
      <w:pPr>
        <w:jc w:val="right"/>
      </w:pPr>
      <w:r>
        <w:t>سیون بلین انسان اور بھی ہیں۔ تو سب کچھ آپ کو کیسے ملے گا؟ سب کچھ آپ کو نہیں مل سکتا۔</w:t>
      </w:r>
    </w:p>
    <w:p>
      <w:r>
        <w:rPr>
          <w:b/>
        </w:rPr>
        <w:t xml:space="preserve">[17:53] </w:t>
      </w:r>
      <w:r>
        <w:t>to aap ke liye ek hi yani possible solution sirf ek hai, woh yeh ke hai ke according to da need par aap razi ho jayein, great par nahi.</w:t>
      </w:r>
    </w:p>
    <w:p>
      <w:pPr>
        <w:jc w:val="right"/>
      </w:pPr>
      <w:r>
        <w:t>تو آپ کے لیے ایک ہی یعنی پاسیبل سولیوشن صرف ایک ہے، وہ یہ کہ ہے کہ اکارڈنگ ٹو دا نیڈ پر آپ راضی ہو جائیں، گریٹ پر نہیں۔</w:t>
      </w:r>
    </w:p>
    <w:p>
      <w:r>
        <w:rPr>
          <w:b/>
        </w:rPr>
        <w:t xml:space="preserve">[18:08] </w:t>
      </w:r>
      <w:r>
        <w:t>sab kuch, sab kuch chahne ka matlab kya hai? aap great par daud rahe hain. to great par daudenge to kuch milega nahi aap ko.</w:t>
      </w:r>
    </w:p>
    <w:p>
      <w:pPr>
        <w:jc w:val="right"/>
      </w:pPr>
      <w:r>
        <w:t>سب کچھ، سب کچھ چاہنے کا مطلب کیا ہے؟ آپ گریٹ پر دوڑ رہے ہیں۔ تو گریٹ پر دوڑیں گے تو کچھ ملے گا نہیں آپ کو۔</w:t>
      </w:r>
    </w:p>
    <w:p>
      <w:r>
        <w:rPr>
          <w:b/>
        </w:rPr>
        <w:t xml:space="preserve">[18:18] </w:t>
      </w:r>
      <w:r>
        <w:t>zindagi par pareshani rahegi. to need par razi ho jayein to woh har ek ko hasil ho jata hai. har ek need ke waqt hasil kar sakta hai.</w:t>
      </w:r>
    </w:p>
    <w:p>
      <w:pPr>
        <w:jc w:val="right"/>
      </w:pPr>
      <w:r>
        <w:t>زندگی پر پریشانی رہے گی۔ تو نیڈ پر راضی ہو جائیں تو وہ ہر ایک کو حاصل ہو جاتا ہے۔ ہر ایک نیڈ کے وقت حاصل کر سکتا ہے۔</w:t>
      </w:r>
    </w:p>
    <w:p>
      <w:r>
        <w:rPr>
          <w:b/>
        </w:rPr>
        <w:t xml:space="preserve">[18:29] </w:t>
      </w:r>
      <w:r>
        <w:t>wakan Allah bima aata. aur woh qana' ho gaya, razi ho gaya. is content aa gaya jo Allah ne diya tha.</w:t>
      </w:r>
    </w:p>
    <w:p>
      <w:pPr>
        <w:jc w:val="right"/>
      </w:pPr>
      <w:r>
        <w:t>وکن اللہ بما آتا۔ اور وہ قانع ہو گیا، راضی ہو گیا۔ اس کنٹینٹ آ گیا جو اللہ نے دیا تھا۔</w:t>
      </w:r>
    </w:p>
    <w:p>
      <w:r>
        <w:rPr>
          <w:b/>
        </w:rPr>
        <w:t xml:space="preserve">[18:42] </w:t>
      </w:r>
      <w:r>
        <w:t>Allah ne diya ka matlab kya hai? jo Khuda ka qanoon hai, jo law of nature hai, jo creation plan hai, us ke mutabiq hi mila.</w:t>
      </w:r>
    </w:p>
    <w:p>
      <w:pPr>
        <w:jc w:val="right"/>
      </w:pPr>
      <w:r>
        <w:t>اللہ نے دیا کا مطلب کیا ہے؟ جو خدا کا قانون ہے، جو لاء آف نیچر ہے، جو کریشن پلان ہے، اس کے مطابق ہی ملا۔</w:t>
      </w:r>
    </w:p>
    <w:p>
      <w:r>
        <w:rPr>
          <w:b/>
        </w:rPr>
        <w:t xml:space="preserve">[18:54] </w:t>
      </w:r>
      <w:r>
        <w:t>is ko is se zyada nahi mil sakta. to Allah ke banaye hue nizam ke mutabiq ya law of nature ke mutabiq, us ke hisse mein jo aaya, us par razi ho gaya.</w:t>
      </w:r>
    </w:p>
    <w:p>
      <w:pPr>
        <w:jc w:val="right"/>
      </w:pPr>
      <w:r>
        <w:t>اس کو اس سے زیادہ نہیں مل سکتا۔ تو اللہ کے بنائے ہوئے نظام کے مطابق یا لاء آف نیچر کے مطابق، اس کے حصے میں جو آیا، اس پر راضی ہو گیا۔</w:t>
      </w:r>
    </w:p>
    <w:p>
      <w:r>
        <w:rPr>
          <w:b/>
        </w:rPr>
        <w:t xml:space="preserve">[19:10] </w:t>
      </w:r>
      <w:r>
        <w:t>jis tarah Alexander ke hisse mein Greece aaya tha, Yunan, us par razi hua tha. woh ke Adam ke hisse mein ek darakht ko chhod kar baqi jannat aayi thi, to razi ho jate hain aap.</w:t>
      </w:r>
    </w:p>
    <w:p>
      <w:pPr>
        <w:jc w:val="right"/>
      </w:pPr>
      <w:r>
        <w:t>جس طرح الیگزینڈر کے حصے میں گریس آیا تھا، یونان، اس پر راضی ہوا تھا۔ وہ کہ آدم کے حصے میں ایک درخت کو چھوڑ کر بقیہ جنت آئی تھی، تو راضی ہو جاتے ہیں آپ۔</w:t>
      </w:r>
    </w:p>
    <w:p>
      <w:r>
        <w:rPr>
          <w:b/>
        </w:rPr>
        <w:t xml:space="preserve">[19:24] </w:t>
      </w:r>
      <w:r>
        <w:t>to jo aisa na kare, us ke liye kya hai? us ke liye is dunya mein kamyabi nahi hai.</w:t>
      </w:r>
    </w:p>
    <w:p>
      <w:pPr>
        <w:jc w:val="right"/>
      </w:pPr>
      <w:r>
        <w:t>تو جو ایسا نہ کرے، اس کے لیے کیا ہے؟ اس کے لیے اس دنیا میں کامیابی نہیں ہے۔</w:t>
      </w:r>
    </w:p>
    <w:p>
      <w:r>
        <w:rPr>
          <w:b/>
        </w:rPr>
        <w:t xml:space="preserve">[19:33] </w:t>
      </w:r>
      <w:r>
        <w:t>us ke liye dunya mein kamyabi nahi hai. main chahta hoon ke Rasool Allah Sal Allahu Alaihi Wasallam ki zindagi mein is formula ki bohat hi ideal misaal hai ke Rasool Allah apni zaat mein to idealist the,</w:t>
      </w:r>
    </w:p>
    <w:p>
      <w:pPr>
        <w:jc w:val="right"/>
      </w:pPr>
      <w:r>
        <w:t>اس کے لیے دنیا میں کامیابی نہیں ہے۔ میں چاہتا ہوں کہ رسول اللہ صلی اللہ علیہ وسلم کی زندگی میں اس فارمولے کی بہت ہی آئیڈیل مثال ہے کہ رسول اللہ اپنی ذات میں تو آئیڈیلسٹ تھے،</w:t>
      </w:r>
    </w:p>
    <w:p>
      <w:r>
        <w:rPr>
          <w:b/>
        </w:rPr>
        <w:t xml:space="preserve">[19:49] </w:t>
      </w:r>
      <w:r>
        <w:t>yani matlab aqeeday ke mamle mein, ibadat ke mamle mein, marifat ke mamle mein, zaati kirdaar ke mamle mein.</w:t>
      </w:r>
    </w:p>
    <w:p>
      <w:pPr>
        <w:jc w:val="right"/>
      </w:pPr>
      <w:r>
        <w:t>یعنی مطلب عقیدے کے معاملے میں، عبادت کے معاملے میں، معرفت کے معاملے میں، ذاتی کردار کے معاملے میں۔</w:t>
      </w:r>
    </w:p>
    <w:p>
      <w:r>
        <w:rPr>
          <w:b/>
        </w:rPr>
        <w:t xml:space="preserve">[20:01] </w:t>
      </w:r>
      <w:r>
        <w:t>aap bilkul idealist the. lekin jab mamla padta doosron se to aap dekhte the hamesha practical wisdom.</w:t>
      </w:r>
    </w:p>
    <w:p>
      <w:pPr>
        <w:jc w:val="right"/>
      </w:pPr>
      <w:r>
        <w:t>آپ بالکل آئیڈیلسٹ تھے۔ لیکن جب معاملہ پڑتا دوسروں سے تو آپ دیکھتے تھے ہمیشہ پریکٹیکل وزڈم۔</w:t>
      </w:r>
    </w:p>
    <w:p>
      <w:r>
        <w:rPr>
          <w:b/>
        </w:rPr>
        <w:t xml:space="preserve">[20:10] </w:t>
      </w:r>
      <w:r>
        <w:t>aap farq karte the what is possible mein aur what is impossible mein. poori zindagi aap ki aisi hi hai.</w:t>
      </w:r>
    </w:p>
    <w:p>
      <w:pPr>
        <w:jc w:val="right"/>
      </w:pPr>
      <w:r>
        <w:t>آپ فرق کرتے تھے واٹ از پاسیبل میں اور واٹ از امپاسیبل میں۔ پوری زندگی آپ کی ایسی ہی ہے۔</w:t>
      </w:r>
    </w:p>
    <w:p>
      <w:r>
        <w:rPr>
          <w:b/>
        </w:rPr>
        <w:t xml:space="preserve">[20:22] </w:t>
      </w:r>
      <w:r>
        <w:t>aap dekhiye ke jab aap ne mission shuru kiya Makka mein to aap jante hain ke Kaaba moosuf sainkado but the. yeh to idealism ke khilaf tha.</w:t>
      </w:r>
    </w:p>
    <w:p>
      <w:pPr>
        <w:jc w:val="right"/>
      </w:pPr>
      <w:r>
        <w:t>آپ دیکھیے کہ جب آپ نے مشن شروع کیا مکہ میں تو آپ جانتے ہیں کہ کعبہ موصوف سینکڑوں بت تھے۔ یہ تو آئیڈیلزم کے خلاف تھا۔</w:t>
      </w:r>
    </w:p>
    <w:p>
      <w:r>
        <w:rPr>
          <w:b/>
        </w:rPr>
        <w:t xml:space="preserve">[20:36] </w:t>
      </w:r>
      <w:r>
        <w:t>kyunke ideal to tha tauheed. ab wahan par 360 us ke khilaf cheezein hain. to aap ladte hain buton se.</w:t>
      </w:r>
    </w:p>
    <w:p>
      <w:pPr>
        <w:jc w:val="right"/>
      </w:pPr>
      <w:r>
        <w:t>کیونکہ آئیڈیل تو تھا توحید۔ اب وہاں پر 360 اس کے خلاف چیزیں ہیں۔ تو آپ لڑتے ہیں بتوں سے۔</w:t>
      </w:r>
    </w:p>
    <w:p>
      <w:r>
        <w:rPr>
          <w:b/>
        </w:rPr>
        <w:t xml:space="preserve">[20:44] </w:t>
      </w:r>
      <w:r>
        <w:t>ladte hain aap. aap ne yeh nahi kiya. buton ko ignore kar ke buton ke jo zaireen the, buton ke jo parastar the, jo buton ke naam par wahan aaya karte the, un mein tableegh shuru kardi.</w:t>
      </w:r>
    </w:p>
    <w:p>
      <w:pPr>
        <w:jc w:val="right"/>
      </w:pPr>
      <w:r>
        <w:t>لڑتے ہیں آپ۔ آپ نے یہ نہیں کیا۔ بتوں کو اگنور کر کے بتوں کے جو زائرین تھے، بتوں کے جو پرستار تھے، جو بتوں کے نام پر وہاں آیا کرتے تھے، ان میں تبلیغ شروع کر دی۔</w:t>
      </w:r>
    </w:p>
    <w:p>
      <w:r>
        <w:rPr>
          <w:b/>
        </w:rPr>
        <w:t xml:space="preserve">[21:01] </w:t>
      </w:r>
      <w:r>
        <w:t>da'wah work shuru kardi. yeh hai practical wisdom. jo impossible tha, us se is ko aap ne ignore kiya.</w:t>
      </w:r>
    </w:p>
    <w:p>
      <w:pPr>
        <w:jc w:val="right"/>
      </w:pPr>
      <w:r>
        <w:t>داؤ ورک شروع کر دیا۔ یہ ہے پریکٹیکل وزڈم۔ جو امپاسیبل تھا، اس سے اس کو آپ نے اگنور کیا۔</w:t>
      </w:r>
    </w:p>
    <w:p>
      <w:r>
        <w:rPr>
          <w:b/>
        </w:rPr>
        <w:t xml:space="preserve">[21:10] </w:t>
      </w:r>
      <w:r>
        <w:t>jo possible tha, us ko le liya. kitna simple formula tha Rasool Allah ka. yani agar aap ideal chalate to sab se pehle ladte aap buton se.</w:t>
      </w:r>
    </w:p>
    <w:p>
      <w:pPr>
        <w:jc w:val="right"/>
      </w:pPr>
      <w:r>
        <w:t>جو پاسیبل تھا، اس کو لے لیا۔ کتنا سمپل فارمولا تھا رسول اللہ کا۔ یعنی اگر آپ آئیڈیل چلاتے تو سب سے پہلے لڑتے آپ بتوں سے۔</w:t>
      </w:r>
    </w:p>
    <w:p>
      <w:r>
        <w:rPr>
          <w:b/>
        </w:rPr>
        <w:t xml:space="preserve">[21:22] </w:t>
      </w:r>
      <w:r>
        <w:t>to tod phod karte wahan. to hungama karte, protest karte, nafrat karte. lekin aap ne apne zaat mein to ideal the.</w:t>
      </w:r>
    </w:p>
    <w:p>
      <w:pPr>
        <w:jc w:val="right"/>
      </w:pPr>
      <w:r>
        <w:t>توڑ پھوڑ کرتے وہاں۔ تو ہنگامہ کرتے، پروٹیسٹ کرتے، نفرت کرتے۔ لیکن آپ نے اپنے ذات میں تو آئیڈیل تھے۔</w:t>
      </w:r>
    </w:p>
    <w:p>
      <w:r>
        <w:rPr>
          <w:b/>
        </w:rPr>
        <w:t xml:space="preserve">[21:34] </w:t>
      </w:r>
      <w:r>
        <w:t>aap purey maanon mein tawheed par thay. purey maanon mein aap ki tawheed mein koi kami nahi thi. to apney aap mein woh ideal maanon mein muahhid thay,</w:t>
      </w:r>
    </w:p>
    <w:p>
      <w:pPr>
        <w:jc w:val="right"/>
      </w:pPr>
      <w:r>
        <w:t>آپ پورے معنوں میں توحید پر تھے۔ پورے معنوں میں آپ کی توحید میں کوئی کمی نہیں تھی۔ تو اپنے آپ میں وہ آئیڈیل معنوں میں معاہد تھے،</w:t>
      </w:r>
    </w:p>
    <w:p>
      <w:r>
        <w:rPr>
          <w:b/>
        </w:rPr>
        <w:t xml:space="preserve">[21:48] </w:t>
      </w:r>
      <w:r>
        <w:t>aik khuda ko maannay walay. lekin jab bahir ka muamla para to aap ne wahan par compromise kar liya. kaisi ajeeb misaal hai?</w:t>
      </w:r>
    </w:p>
    <w:p>
      <w:pPr>
        <w:jc w:val="right"/>
      </w:pPr>
      <w:r>
        <w:t>ایک خدا کو ماننے والے۔ لیکن جب باہر کا معاملہ پڑا تو آپ نے وہاں پر کمپرومائز کر لیا۔ کیسی عجیب مثال ہے؟</w:t>
      </w:r>
    </w:p>
    <w:p>
      <w:r>
        <w:rPr>
          <w:b/>
        </w:rPr>
        <w:t xml:space="preserve">[22:02] </w:t>
      </w:r>
      <w:r>
        <w:t>isi tarah dekhen, jab wahan par unhon ne kaha ke hum aap ko qatal kar dalen ge, aap ko bahir dalen ge, aap ko yeh sab choriye. to aap ne kya kiya? khamoshi se aap makkah chhor kar madinah chalay gaye.</w:t>
      </w:r>
    </w:p>
    <w:p>
      <w:pPr>
        <w:jc w:val="right"/>
      </w:pPr>
      <w:r>
        <w:t>اسی طرح دیکھیں، جب وہاں پر انہوں نے کہا کہ ہم آپ کو قتل کر ڈالیں گے، آپ کو باہر ڈالیں گے، آپ کو یہ سب چھوڑیے۔ تو آپ نے کیا کیا؟ خاموشی سے آپ مکہ چھوڑ کر مدینہ چلے گئے۔</w:t>
      </w:r>
    </w:p>
    <w:p>
      <w:r>
        <w:rPr>
          <w:b/>
        </w:rPr>
        <w:t xml:space="preserve">[22:14] </w:t>
      </w:r>
      <w:r>
        <w:t>yeh bhi to compromise tha.</w:t>
      </w:r>
    </w:p>
    <w:p>
      <w:pPr>
        <w:jc w:val="right"/>
      </w:pPr>
      <w:r>
        <w:t>یہ بھی تو کمپرومائز تھا۔</w:t>
      </w:r>
    </w:p>
    <w:p>
      <w:r>
        <w:rPr>
          <w:b/>
        </w:rPr>
        <w:t xml:space="preserve">[22:19] </w:t>
      </w:r>
      <w:r>
        <w:t>kaha agar aap ideal pe chalte to kehte hain mera watan hai makkah, mein koi chhoroon? mera aabai watan hai, mera yeh mere baap paida hue, yeh meri maan paida hui hai, mere dada paida hue, to mein kuch chhoroon ga</w:t>
      </w:r>
    </w:p>
    <w:p>
      <w:pPr>
        <w:jc w:val="right"/>
      </w:pPr>
      <w:r>
        <w:t>کہا اگر آپ آئیڈیل پہ چلتے تو کہتے ہیں میرا وطن ہے مکہ، میں کوئی چھوڑوں؟ میرا آبائی وطن ہے، میرا یہ میرے باپ پیدا ہوئے، یہ میری ماں پیدا ہوئی ہے، میرے دادا پیدا ہوئے، تو میں کچھ چھوڑوں 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