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Ramadan The Month of Fasting July 31, 2011- Maulana Wahiduddin Khan</w:t>
      </w:r>
    </w:p>
    <w:p>
      <w:r>
        <w:t>https://www.youtube.com/watch?v=EpBJ1QtE748</w:t>
      </w:r>
    </w:p>
    <w:p>
      <w:r>
        <w:rPr>
          <w:b/>
        </w:rPr>
        <w:t xml:space="preserve">[00:14] </w:t>
      </w:r>
      <w:r>
        <w:t>bismillah rahman rahim, wa salli allah ala nabiyyil karim.</w:t>
      </w:r>
    </w:p>
    <w:p>
      <w:pPr>
        <w:jc w:val="right"/>
      </w:pPr>
      <w:r>
        <w:t>بسم اللہ الرحمن الرحیم، وصلی اللہ علی النبی الکریم۔</w:t>
      </w:r>
    </w:p>
    <w:p>
      <w:r>
        <w:rPr>
          <w:b/>
        </w:rPr>
        <w:t xml:space="preserve">[00:22] </w:t>
      </w:r>
      <w:r>
        <w:t>rab ishrah li sadri, wa yassir li amri, wah lul uqdatan min lisani, yafqahu qawli.</w:t>
      </w:r>
    </w:p>
    <w:p>
      <w:pPr>
        <w:jc w:val="right"/>
      </w:pPr>
      <w:r>
        <w:t>رب اشرح لی صدری، ویسر لی امری، واحل العقدۃ من لسانی، یفقہ قولی۔</w:t>
      </w:r>
    </w:p>
    <w:p>
      <w:r>
        <w:rPr>
          <w:b/>
        </w:rPr>
        <w:t xml:space="preserve">[00:37] </w:t>
      </w:r>
      <w:r>
        <w:t>kal se ghaleban ramzan ka mahina shuru ho jaye ga, yaani roze ka mahina.</w:t>
      </w:r>
    </w:p>
    <w:p>
      <w:pPr>
        <w:jc w:val="right"/>
      </w:pPr>
      <w:r>
        <w:t>کل سے غالباً رمضان کا مہینہ شروع ہو جائے گا، یعنی روزے کا مہینہ۔</w:t>
      </w:r>
    </w:p>
    <w:p>
      <w:r>
        <w:rPr>
          <w:b/>
        </w:rPr>
        <w:t xml:space="preserve">[00:48] </w:t>
      </w:r>
      <w:r>
        <w:t>is lihaaz se aaj ka topic hai in sha allah: ramzan di month of fasting, yaani roze ka mahina.</w:t>
      </w:r>
    </w:p>
    <w:p>
      <w:pPr>
        <w:jc w:val="right"/>
      </w:pPr>
      <w:r>
        <w:t>اس لحاظ سے آج کا ٹاپک ہے ان شاء اللہ: رمضان دی منتھ آف فاسٹنگ، یعنی روزے کا مہینہ۔</w:t>
      </w:r>
    </w:p>
    <w:p>
      <w:r>
        <w:rPr>
          <w:b/>
        </w:rPr>
        <w:t xml:space="preserve">[01:03] </w:t>
      </w:r>
      <w:r>
        <w:t>ramzan ka mahina hijri calendar ka nawan mahina hai.</w:t>
      </w:r>
    </w:p>
    <w:p>
      <w:pPr>
        <w:jc w:val="right"/>
      </w:pPr>
      <w:r>
        <w:t>رمضان کا مہینہ ہجری کیلنڈر کا نواں مہینہ ہے۔</w:t>
      </w:r>
    </w:p>
    <w:p>
      <w:r>
        <w:rPr>
          <w:b/>
        </w:rPr>
        <w:t xml:space="preserve">[01:11] </w:t>
      </w:r>
      <w:r>
        <w:t>is purey mahine mein ahle iman se kaha gaya ke woh roze rakhen. roza jo hai woh morning twilight se le kar sunset tak khane peene ko rokne ka naam hota hai.</w:t>
      </w:r>
    </w:p>
    <w:p>
      <w:pPr>
        <w:jc w:val="right"/>
      </w:pPr>
      <w:r>
        <w:t>اس پورے مہینے میں اہل ایمان سے کہا گیا کہ وہ روزہ رکھیں۔ روزہ جو ہے وہ مارننگ ٹویلائٹ سے لے کر سن سیٹ تک کھانے پینے کو روکنے کا نام ہوتا ہے۔</w:t>
      </w:r>
    </w:p>
    <w:p>
      <w:r>
        <w:rPr>
          <w:b/>
        </w:rPr>
        <w:t xml:space="preserve">[01:33] </w:t>
      </w:r>
      <w:r>
        <w:t>isko arabi mein jo lafz hai woh hai saum. saum ke maani hote hain abstinence, rukna.</w:t>
      </w:r>
    </w:p>
    <w:p>
      <w:pPr>
        <w:jc w:val="right"/>
      </w:pPr>
      <w:r>
        <w:t>اس کو عربی میں جو لفظ ہے وہ ہے صوم۔ صوم کے معنی ہوتے ہیں ابسٹیننس، رکنا۔</w:t>
      </w:r>
    </w:p>
    <w:p>
      <w:r>
        <w:rPr>
          <w:b/>
        </w:rPr>
        <w:t xml:space="preserve">[01:45] </w:t>
      </w:r>
      <w:r>
        <w:t>to kaha ke yeh rukne ka roza hai, abstinence ka roza hai. rukna kya cheez hai?</w:t>
      </w:r>
    </w:p>
    <w:p>
      <w:pPr>
        <w:jc w:val="right"/>
      </w:pPr>
      <w:r>
        <w:t>تو کہا کہ یہ رکنے کا روزہ ہے، ابسٹیننس کا روزہ ہے۔ رکنا کیا چیز ہے؟</w:t>
      </w:r>
    </w:p>
    <w:p>
      <w:r>
        <w:rPr>
          <w:b/>
        </w:rPr>
        <w:t xml:space="preserve">[01:54] </w:t>
      </w:r>
      <w:r>
        <w:t>yeh koi mamooli baat nahi hai. rukna ka matlab hota hai rukawat ko hatana. rukawat ko hatana, yeh rukna hai.</w:t>
      </w:r>
    </w:p>
    <w:p>
      <w:pPr>
        <w:jc w:val="right"/>
      </w:pPr>
      <w:r>
        <w:t>یہ کوئی معمولی بات نہیں ہے۔ رکنا کا مطلب ہوتا ہے رکاوٹ کو ہٹانا۔ رکاوٹ کو ہٹانا، یہ رکنا ہے۔</w:t>
      </w:r>
    </w:p>
    <w:p>
      <w:r>
        <w:rPr>
          <w:b/>
        </w:rPr>
        <w:t xml:space="preserve">[02:09] </w:t>
      </w:r>
      <w:r>
        <w:t>to asal yeh hai ke insaan jo hai woh paida kiya gaya hai nature par. fitratallah allati fatara alnnasa alayha.</w:t>
      </w:r>
    </w:p>
    <w:p>
      <w:pPr>
        <w:jc w:val="right"/>
      </w:pPr>
      <w:r>
        <w:t>تو اصل یہ ہے کہ انسان جو ہے وہ پیدا کیا گیا ہے نیچر پر۔ فطرت اللہ التی فطر الناس علیہا۔</w:t>
      </w:r>
    </w:p>
    <w:p>
      <w:r>
        <w:rPr>
          <w:b/>
        </w:rPr>
        <w:t xml:space="preserve">[02:22] </w:t>
      </w:r>
      <w:r>
        <w:t>to sari neki, sari virtue, woh sari baat jo insaan ke liye</w:t>
      </w:r>
    </w:p>
    <w:p>
      <w:pPr>
        <w:jc w:val="right"/>
      </w:pPr>
      <w:r>
        <w:t>تو ساری نیکی، ساری ورچو، وہ ساری بات جو انسان کے لیے</w:t>
      </w:r>
    </w:p>
    <w:p>
      <w:r>
        <w:rPr>
          <w:b/>
        </w:rPr>
        <w:t xml:space="preserve">[02:31] </w:t>
      </w:r>
      <w:r>
        <w:t>success aur salvation ka zariya hai, woh insaan ke andar intervoron. already maujood hai woh.</w:t>
      </w:r>
    </w:p>
    <w:p>
      <w:pPr>
        <w:jc w:val="right"/>
      </w:pPr>
      <w:r>
        <w:t>سکسیس اور سالویشن کا ذریعہ ہے، وہ انسان کے اندر انٹرورون ہے۔ آلریڈی موجود ہے وہ۔</w:t>
      </w:r>
    </w:p>
    <w:p>
      <w:r>
        <w:rPr>
          <w:b/>
        </w:rPr>
        <w:t xml:space="preserve">[02:43] </w:t>
      </w:r>
      <w:r>
        <w:t>lekin duniya mein aa chuka hai, hum halat imtehan mein hain, insaan ko azadi mili hui hai. to woh rukawat aa jati hai, conditioning ho jati hai.</w:t>
      </w:r>
    </w:p>
    <w:p>
      <w:pPr>
        <w:jc w:val="right"/>
      </w:pPr>
      <w:r>
        <w:t>لیکن دنیا میں آ چکا ہے، ہم حالت امتحان میں ہیں، انسان کو آزادی ملی ہوئی ہے۔ تو وہ رکاوٹ آ جاتی ہے، کنڈیشننگ ہو جاتی ہے۔</w:t>
      </w:r>
    </w:p>
    <w:p>
      <w:r>
        <w:rPr>
          <w:b/>
        </w:rPr>
        <w:t xml:space="preserve">[02:57] </w:t>
      </w:r>
      <w:r>
        <w:t>to yeh jo conditioning hoti hai, rukawat hoti hai, isko hatana, is ke liye yeh mahina hai. hatate hi asal haqeeqat aap ke samne aati hai.</w:t>
      </w:r>
    </w:p>
    <w:p>
      <w:pPr>
        <w:jc w:val="right"/>
      </w:pPr>
      <w:r>
        <w:t>تو یہ جو کنڈیشننگ ہوتی ہے، رکاوٹ ہوتی ہے، اس کو ہٹانا، اس کے لیے یہ مہینہ ہے۔ ہٹاتے ہی اصل حقیقت آپ کے سامنے آتی ہے۔</w:t>
      </w:r>
    </w:p>
    <w:p>
      <w:r>
        <w:rPr>
          <w:b/>
        </w:rPr>
        <w:t xml:space="preserve">[03:09] </w:t>
      </w:r>
      <w:r>
        <w:t>jaise aap dekhen, yeh aik glass hai, is mein pani hai. pani aik liquid cheez hai, aik seyal cheez hai. woh apne aap mein girne ke liye tayar hai.</w:t>
      </w:r>
    </w:p>
    <w:p>
      <w:pPr>
        <w:jc w:val="right"/>
      </w:pPr>
      <w:r>
        <w:t>جیسے آپ دیکھیں، یہ ایک گلاس ہے، اس میں پانی ہے۔ پانی ایک لیکوڈ چیز ہے، ایک سیال چیز ہے۔ وہ اپنے آپ میں گرنے کے لیے تیار ہے۔</w:t>
      </w:r>
    </w:p>
    <w:p>
      <w:r>
        <w:rPr>
          <w:b/>
        </w:rPr>
        <w:t xml:space="preserve">[03:22] </w:t>
      </w:r>
      <w:r>
        <w:t>apne aap mein woh girne ke liye tayar hai. lekin is ke upar agar aap ek yeh ek cover fix kar dein to phir nahi girega woh.</w:t>
      </w:r>
    </w:p>
    <w:p>
      <w:pPr>
        <w:jc w:val="right"/>
      </w:pPr>
      <w:r>
        <w:t>اپنے آپ میں وہ گرنے کے لیے تیار ہے۔ لیکن اس کے اوپر اگر آپ ایک یہ ایک کور فکس کر دیں تو پھر نہیں گرے گا وہ۔</w:t>
      </w:r>
    </w:p>
    <w:p>
      <w:r>
        <w:rPr>
          <w:b/>
        </w:rPr>
        <w:t xml:space="preserve">[03:32] </w:t>
      </w:r>
      <w:r>
        <w:t>andar pada rahega woh. aise hi nature mein jo</w:t>
      </w:r>
    </w:p>
    <w:p>
      <w:pPr>
        <w:jc w:val="right"/>
      </w:pPr>
      <w:r>
        <w:t>اندر پڑا رہے گا وہ۔ ایسے ہی نیچر میں جو</w:t>
      </w:r>
    </w:p>
    <w:p>
      <w:r>
        <w:rPr>
          <w:b/>
        </w:rPr>
        <w:t xml:space="preserve">[03:42] </w:t>
      </w:r>
      <w:r>
        <w:t>virtues hain, jo sachai hai, jo achhi baatein hain, woh apne aap mein unfold hone ke liye tayar hain.</w:t>
      </w:r>
    </w:p>
    <w:p>
      <w:pPr>
        <w:jc w:val="right"/>
      </w:pPr>
      <w:r>
        <w:t>ورچوز ہیں، جو سچائی ہے، جو اچھی باتیں ہیں، وہ اپنے آپ میں ان فولڈ ہونے کے لیے تیار ہیں۔</w:t>
      </w:r>
    </w:p>
    <w:p>
      <w:r>
        <w:rPr>
          <w:b/>
        </w:rPr>
        <w:t xml:space="preserve">[03:53] </w:t>
      </w:r>
      <w:r>
        <w:t>to goya ke roze ka matlab yeh hai ke rukawaton ko door karna taake nature unfold hone lage. nature zahir hone lage.</w:t>
      </w:r>
    </w:p>
    <w:p>
      <w:pPr>
        <w:jc w:val="right"/>
      </w:pPr>
      <w:r>
        <w:t>تو گویا کہ روزے کا مطلب یہ ہے کہ رکاوٹوں کو دور کرنا تاکہ نیچر ان فولڈ ہونے لگے۔ نیچر ظاہر ہونے لگے۔</w:t>
      </w:r>
    </w:p>
    <w:p>
      <w:r>
        <w:rPr>
          <w:b/>
        </w:rPr>
        <w:t xml:space="preserve">[04:06] </w:t>
      </w:r>
      <w:r>
        <w:t>yeh hai roza. to yeh jo khana peena ko chhodna hai, yeh symbolic hai, yaani allamati taur par chhodna hai.</w:t>
      </w:r>
    </w:p>
    <w:p>
      <w:pPr>
        <w:jc w:val="right"/>
      </w:pPr>
      <w:r>
        <w:t>یہ ہے روزہ۔ تو یہ جو کھانا پینا کو چھوڑنا ہے، یہ سمبالک ہے، یعنی علامتی طور پر چھوڑنا ہے۔</w:t>
      </w:r>
    </w:p>
    <w:p>
      <w:r>
        <w:rPr>
          <w:b/>
        </w:rPr>
        <w:t xml:space="preserve">[04:21] </w:t>
      </w:r>
      <w:r>
        <w:t>haqiqat yeh hai ke</w:t>
      </w:r>
    </w:p>
    <w:p>
      <w:pPr>
        <w:jc w:val="right"/>
      </w:pPr>
      <w:r>
        <w:t>حقیقت یہ ہے کہ</w:t>
      </w:r>
    </w:p>
    <w:p>
      <w:r>
        <w:rPr>
          <w:b/>
        </w:rPr>
        <w:t xml:space="preserve">[04:25] </w:t>
      </w:r>
      <w:r>
        <w:t>har us cheez ko chhodna hai jo rukawat hai fitrat ko unfold hone mein. jaise hadith mein aata hai ke: "malamida qaul az zur walmubhi hajja" yaani "yada ta'am wa sharaab".</w:t>
      </w:r>
    </w:p>
    <w:p>
      <w:pPr>
        <w:jc w:val="right"/>
      </w:pPr>
      <w:r>
        <w:t>ہر اس چیز کو چھوڑنا ہے جو رکاوٹ ہے فطرت کو ان فولڈ ہونے میں۔ جیسے حدیث میں آتا ہے کہ: "ملمیدا قول الزور ولمبحی حاجہ" یعنی "یدا طعام وشراب"۔</w:t>
      </w:r>
    </w:p>
    <w:p>
      <w:r>
        <w:rPr>
          <w:b/>
        </w:rPr>
        <w:t xml:space="preserve">[04:45] </w:t>
      </w:r>
      <w:r>
        <w:t>jo jhoot bolna aur jhoot par amal karna na chhoday to is ka roza roza nahi hai.</w:t>
      </w:r>
    </w:p>
    <w:p>
      <w:pPr>
        <w:jc w:val="right"/>
      </w:pPr>
      <w:r>
        <w:t>جو جھوٹ بولنا اور جھوٹ پر عمل کرنا نہ چھوڑے تو اس کا روزہ روزہ نہیں ہے۔</w:t>
      </w:r>
    </w:p>
    <w:p>
      <w:r>
        <w:rPr>
          <w:b/>
        </w:rPr>
        <w:t xml:space="preserve">[04:55] </w:t>
      </w:r>
      <w:r>
        <w:t>in do lafzon mein saari baat aa jati hai. ek hota hai sacha character, ek hota hai jhoota character. jitne bhi aadmi galat kaam karta hai, woh asal mein jhoot, jhoote character ka izhaar hota hai.</w:t>
      </w:r>
    </w:p>
    <w:p>
      <w:pPr>
        <w:jc w:val="right"/>
      </w:pPr>
      <w:r>
        <w:t>ان دو لفظوں میں ساری بات آ جاتی ہے۔ ایک ہوتا ہے سچا کریکٹر، ایک ہوتا ہے جھوٹا کریکٹر۔ جتنے بھی آدمی غلط کام کرتا ہے، وہ اصل میں جھوٹ، جھوٹے کریکٹر کا اظہار ہوتا ہے۔</w:t>
      </w:r>
    </w:p>
    <w:p>
      <w:r>
        <w:rPr>
          <w:b/>
        </w:rPr>
        <w:t xml:space="preserve">[05:13] </w:t>
      </w:r>
      <w:r>
        <w:t>jitne sache kaam karta hai woh.</w:t>
      </w:r>
    </w:p>
    <w:p>
      <w:pPr>
        <w:jc w:val="right"/>
      </w:pPr>
      <w:r>
        <w:t>جتنے سچے کام کرتا ہے وہ۔</w:t>
      </w:r>
    </w:p>
    <w:p>
      <w:r>
        <w:rPr>
          <w:b/>
        </w:rPr>
        <w:t xml:space="preserve">[05:20] </w:t>
      </w:r>
      <w:r>
        <w:t>woh khudai haqiqat ka izhaar hota hai.</w:t>
      </w:r>
    </w:p>
    <w:p>
      <w:pPr>
        <w:jc w:val="right"/>
      </w:pPr>
      <w:r>
        <w:t>وہ خدائی حقیقت کا اظہار ہوتا ہے۔</w:t>
      </w:r>
    </w:p>
    <w:p>
      <w:r>
        <w:rPr>
          <w:b/>
        </w:rPr>
        <w:t xml:space="preserve">[05:27] </w:t>
      </w:r>
      <w:r>
        <w:t>to jhoot par ek hota hai kazb khafi, ek hota hai kazb jali. matlab toast kar ke bolna, yeh kazb khafi hai.</w:t>
      </w:r>
    </w:p>
    <w:p>
      <w:pPr>
        <w:jc w:val="right"/>
      </w:pPr>
      <w:r>
        <w:t>تو جھوٹ پر ایک ہوتا ہے کذب خفی، ایک ہوتا ہے کذب جلی۔ مطلب ٹوسٹ کر کے بولنا، یہ کذب خفی ہے۔</w:t>
      </w:r>
    </w:p>
    <w:p>
      <w:r>
        <w:rPr>
          <w:b/>
        </w:rPr>
        <w:t xml:space="preserve">[05:39] </w:t>
      </w:r>
      <w:r>
        <w:t>aur koi bhi amal jo Allah ke qanoon ke khilaf ho, woh jhoot par amal karna hai.</w:t>
      </w:r>
    </w:p>
    <w:p>
      <w:pPr>
        <w:jc w:val="right"/>
      </w:pPr>
      <w:r>
        <w:t>اور کوئی بھی عمل جو اللہ کے قانون کے خلاف ہو، وہ جھوٹ پر عمل کرنا ہے۔</w:t>
      </w:r>
    </w:p>
    <w:p>
      <w:r>
        <w:rPr>
          <w:b/>
        </w:rPr>
        <w:t xml:space="preserve">[05:48] </w:t>
      </w:r>
      <w:r>
        <w:t>to goya ke roza rakh kar ke symbolic taur par aap khana peena chhodte hain aur yeh ahad karte hain ke main isi tarah se har us cheez ko chhod doonga jo meri nature ko unfold hone mein rukawat paida kar raha ho.</w:t>
      </w:r>
    </w:p>
    <w:p>
      <w:pPr>
        <w:jc w:val="right"/>
      </w:pPr>
      <w:r>
        <w:t>تو گویا کہ روزہ رکھ کر کے سمبالک طور پر آپ کھانا پینا چھوڑتے ہیں اور یہ عہد کرتے ہیں کہ میں اسی طرح سے ہر اس چیز کو چھوڑ دوں گا جو میری نیچر کو ان فولڈ ہونے میں رکاوٹ پیدا کر رہا ہو۔</w:t>
      </w:r>
    </w:p>
    <w:p>
      <w:r>
        <w:rPr>
          <w:b/>
        </w:rPr>
        <w:t xml:space="preserve">[06:07] </w:t>
      </w:r>
      <w:r>
        <w:t>rukawat paida kar raha ho. misaal ke taur par agar aap ke andar dis honesty hai, aap ke andar baaton ko toast kar ke bolne ka mizaj hai.</w:t>
      </w:r>
    </w:p>
    <w:p>
      <w:pPr>
        <w:jc w:val="right"/>
      </w:pPr>
      <w:r>
        <w:t>رکاوٹ پیدا کر رہا ہو۔ مثال کے طور پر اگر آپ کے اندر ڈس آنستی ہے، آپ کے اندر باتوں کو ٹوسٹ کر کے بولنے کا مزاج ہے۔</w:t>
      </w:r>
    </w:p>
    <w:p>
      <w:r>
        <w:rPr>
          <w:b/>
        </w:rPr>
        <w:t xml:space="preserve">[06:19] </w:t>
      </w:r>
      <w:r>
        <w:t>andar kuch hain, bahar kuch hain. dil mein kuch hai aur zuban par kuch hai. jisko main kehta hoon weak personality. agar weak personality hai to Allah ka inspiration aap tak nahi pahunchega.</w:t>
      </w:r>
    </w:p>
    <w:p>
      <w:pPr>
        <w:jc w:val="right"/>
      </w:pPr>
      <w:r>
        <w:t>اندر کچھ ہیں، باہر کچھ ہیں۔ دل میں کچھ ہے اور زبان پر کچھ ہے۔ جس کو میں کہتا ہوں ویک پرسنیلٹی۔ اگر ویک پرسنیلٹی ہے تو اللہ کا انسپیریشن آپ تک نہیں پہنچے گا۔</w:t>
      </w:r>
    </w:p>
    <w:p>
      <w:r>
        <w:rPr>
          <w:b/>
        </w:rPr>
        <w:t xml:space="preserve">[06:34] </w:t>
      </w:r>
      <w:r>
        <w:t>Allah ka faizan aap tak nahi pahunchega. Allah se aap ka contact hi nahi hoga.</w:t>
      </w:r>
    </w:p>
    <w:p>
      <w:pPr>
        <w:jc w:val="right"/>
      </w:pPr>
      <w:r>
        <w:t>اللہ کا فیضان آپ تک نہیں پہنچے گا۔ اللہ سے آپ کا کنٹیکٹ ہی نہیں ہوگا۔</w:t>
      </w:r>
    </w:p>
    <w:p>
      <w:r>
        <w:rPr>
          <w:b/>
        </w:rPr>
        <w:t xml:space="preserve">[06:43] </w:t>
      </w:r>
      <w:r>
        <w:t>to aisa jab hoga to nature unfold kaise hogi? nature unfold nahi ho sakti hai. to yeh hai saum.</w:t>
      </w:r>
    </w:p>
    <w:p>
      <w:pPr>
        <w:jc w:val="right"/>
      </w:pPr>
      <w:r>
        <w:t>تو ایسا جب ہوگا تو نیچر ان فولڈ کیسے ہوگی؟ نیچر ان فولڈ نہیں ہو سکتی ہے۔ تو یہ ہے صوم۔</w:t>
      </w:r>
    </w:p>
    <w:p>
      <w:r>
        <w:rPr>
          <w:b/>
        </w:rPr>
        <w:t xml:space="preserve">[06:55] </w:t>
      </w:r>
      <w:r>
        <w:t>quran mein</w:t>
      </w:r>
    </w:p>
    <w:p>
      <w:pPr>
        <w:jc w:val="right"/>
      </w:pPr>
      <w:r>
        <w:t>قرآن میں</w:t>
      </w:r>
    </w:p>
    <w:p>
      <w:r>
        <w:rPr>
          <w:b/>
        </w:rPr>
        <w:t xml:space="preserve">[07:02] </w:t>
      </w:r>
      <w:r>
        <w:t>saum jo hai woh ek poore mahine ke liye hota hai. ramzan ke mahine ke liye.</w:t>
      </w:r>
    </w:p>
    <w:p>
      <w:pPr>
        <w:jc w:val="right"/>
      </w:pPr>
      <w:r>
        <w:t>صوم جو ہے وہ ایک پورے مہینے کے لیے ہوتا ہے۔ رمضان کے مہینے کے لیے۔</w:t>
      </w:r>
    </w:p>
    <w:p>
      <w:r>
        <w:rPr>
          <w:b/>
        </w:rPr>
        <w:t xml:space="preserve">[07:13] </w:t>
      </w:r>
      <w:r>
        <w:t>ek hadith hai ke jab shaban ka mahina aata tha to rasool Allah (SAW) ne</w:t>
      </w:r>
    </w:p>
    <w:p>
      <w:pPr>
        <w:jc w:val="right"/>
      </w:pPr>
      <w:r>
        <w:t>ایک حدیث ہے کہ جب شعبان کا مہینہ آتا تھا تو رسول اللہ صلى الله عليه وسلم نے</w:t>
      </w:r>
    </w:p>
    <w:p>
      <w:r>
        <w:rPr>
          <w:b/>
        </w:rPr>
        <w:t xml:space="preserve">[07:26] </w:t>
      </w:r>
      <w:r>
        <w:t>to ek sahab ne telephone kiya mujh ko. poocha unhon ne ke yeh shaban ke mahine mein jud o jadd al ma'zara ka matlab kya hai?</w:t>
      </w:r>
    </w:p>
    <w:p>
      <w:pPr>
        <w:jc w:val="right"/>
      </w:pPr>
      <w:r>
        <w:t>تو ایک صاحب نے ٹیلی فون کیا مجھ کو۔ پوچھا انہوں نے کہ یہ شعبان کے مہینے میں جد و شد المعذرہ کا مطلب کیا ہے؟</w:t>
      </w:r>
    </w:p>
    <w:p>
      <w:r>
        <w:rPr>
          <w:b/>
        </w:rPr>
        <w:t xml:space="preserve">[07:36] </w:t>
      </w:r>
      <w:r>
        <w:t>yaani mehnat karna, is ke liye kamar kas lena, apne ko tayar karna.</w:t>
      </w:r>
    </w:p>
    <w:p>
      <w:pPr>
        <w:jc w:val="right"/>
      </w:pPr>
      <w:r>
        <w:t>یعنی محنت کرنا، اس کے لیے کمر کس لینا، اپنے کو تیار کرنا۔</w:t>
      </w:r>
    </w:p>
    <w:p>
      <w:r>
        <w:rPr>
          <w:b/>
        </w:rPr>
        <w:t xml:space="preserve">[07:46] </w:t>
      </w:r>
      <w:r>
        <w:t>to main ne kaha ke dekhein har cheez se pehle ek cheez hoti hai. yaani saum se pehle ek pre saum ho. ramzan se pehle ek pre ramzan hai.</w:t>
      </w:r>
    </w:p>
    <w:p>
      <w:pPr>
        <w:jc w:val="right"/>
      </w:pPr>
      <w:r>
        <w:t>تو میں نے کہا کہ دیکھیں ہر چیز سے پہلے ایک چیز ہوتی ہے۔ یعنی صوم سے پہلے ایک پری صوم ہو۔ رمضان سے پہلے ایک پری رمضان ہے۔</w:t>
      </w:r>
    </w:p>
    <w:p>
      <w:r>
        <w:rPr>
          <w:b/>
        </w:rPr>
        <w:t xml:space="preserve">[07:57] </w:t>
      </w:r>
      <w:r>
        <w:t>woh kya hai? is ke baray mein sochna. agar ramzan aap par achaanak aa jaye, aap ne is ke liye kuch socha hi na ho.</w:t>
      </w:r>
    </w:p>
    <w:p>
      <w:pPr>
        <w:jc w:val="right"/>
      </w:pPr>
      <w:r>
        <w:t>وہ کیا ہے؟ اس کے بارے میں سوچنا۔ اگر رمضان آپ پر اچانک آ جائے، آپ نے اس کے لیے کچھ سوچا ہی نہ ہو۔</w:t>
      </w:r>
    </w:p>
    <w:p>
      <w:r>
        <w:rPr>
          <w:b/>
        </w:rPr>
        <w:t xml:space="preserve">[08:08] </w:t>
      </w:r>
      <w:r>
        <w:t>to is mein enter honge aap aise baghair tayari ke. to ramzan ka mahina jo hai woh is liye hai ke aap peshgi tor par sochen ke ramzan kya hai, us ki haqeeqat kya hai.</w:t>
      </w:r>
    </w:p>
    <w:p>
      <w:pPr>
        <w:jc w:val="right"/>
      </w:pPr>
      <w:r>
        <w:t>تو اس میں انٹر ہوں گے آپ ایسے بغیر تیاری کے۔ تو رمضان کا مہینہ جو ہے وہ اس لیے ہے کہ آپ پیشگی طور پر سوچیں کہ رمضان کیا ہے، اس کی حقیقت کیا ہے۔</w:t>
      </w:r>
    </w:p>
    <w:p>
      <w:r>
        <w:rPr>
          <w:b/>
        </w:rPr>
        <w:t xml:space="preserve">[08:24] </w:t>
      </w:r>
      <w:r>
        <w:t>to sochne se ramzan ki haqeeqaten khulengi. sirf bhook pyas se nahi khul sakti hain.</w:t>
      </w:r>
    </w:p>
    <w:p>
      <w:pPr>
        <w:jc w:val="right"/>
      </w:pPr>
      <w:r>
        <w:t>تو سوچنے سے رمضان کی حقیقتیں کھلیں گی۔ صرف بھوک پیاس سے نہیں کھل سکتی ہیں۔</w:t>
      </w:r>
    </w:p>
    <w:p>
      <w:r>
        <w:rPr>
          <w:b/>
        </w:rPr>
        <w:t xml:space="preserve">[08:35] </w:t>
      </w:r>
      <w:r>
        <w:t>sirf bhook pyas se nahi khul sakti hain.</w:t>
      </w:r>
    </w:p>
    <w:p>
      <w:pPr>
        <w:jc w:val="right"/>
      </w:pPr>
      <w:r>
        <w:t>صرف بھوک پیاس سے نہیں کھل سکتی ہیں۔</w:t>
      </w:r>
    </w:p>
    <w:p>
      <w:r>
        <w:rPr>
          <w:b/>
        </w:rPr>
        <w:t xml:space="preserve">[08:39] </w:t>
      </w:r>
      <w:r>
        <w:t>to quran mein hai ke: "kuteba alaikumus siyam kama kuteba allazeena min qablikum la allakum tattaqoon". yeh roza rakhna jo hai pichli ummaton mein bhi tha roza.</w:t>
      </w:r>
    </w:p>
    <w:p>
      <w:pPr>
        <w:jc w:val="right"/>
      </w:pPr>
      <w:r>
        <w:t>تو قرآن میں ہے کہ: "کتب علیکم الصیام کما کتب الذین من قبلکم لعلكم تتقون"۔ یہ روزہ رکھنا جو ہے پچھلی امتوں میں بھی تھا روزہ۔</w:t>
      </w:r>
    </w:p>
    <w:p>
      <w:r>
        <w:rPr>
          <w:b/>
        </w:rPr>
        <w:t xml:space="preserve">[08:52] </w:t>
      </w:r>
      <w:r>
        <w:t>aisa nahi hai ke sirf ummat e muhammadi mein roza hai. goya ke jitne paighambar aaye, jitne paighambar ki ummatein theen, sab ke liye hukum tha ke woh roza rakha hai woh.</w:t>
      </w:r>
    </w:p>
    <w:p>
      <w:pPr>
        <w:jc w:val="right"/>
      </w:pPr>
      <w:r>
        <w:t>ایسا نہیں ہے کہ صرف امت محمدی میں روزہ ہے۔ گویا کہ جتنے پیغمبر آئے، جتنے پیغمبر کی امتیں تھیں، سب کے لیے حکم تھا کہ وہ روزہ رکھا ہے وہ۔</w:t>
      </w:r>
    </w:p>
    <w:p>
      <w:r>
        <w:rPr>
          <w:b/>
        </w:rPr>
        <w:t xml:space="preserve">[09:06] </w:t>
      </w:r>
      <w:r>
        <w:t>is se roze ki universal ahmiyat maloom hoti hai. universal ahmiyat. to kaha bohat hi ahem cheez hai koi roza warna kyun aisa hota ke sare nabiyon ko, sari ummaton ko roze ka hukum diya jata.</w:t>
      </w:r>
    </w:p>
    <w:p>
      <w:pPr>
        <w:jc w:val="right"/>
      </w:pPr>
      <w:r>
        <w:t>اس سے روزہ کی یونیورسل اہمیت معلوم ہوتی ہے۔ یونیورسل اہمیت۔ تو کہا بہت ہی اہم چیز ہے کوئی روزہ ورنہ کیوں ایسا ہوتا کہ سارے نبیوں کو، ساری امتوں کو روزے کا حکم دیا جاتا۔</w:t>
      </w:r>
    </w:p>
    <w:p>
      <w:r>
        <w:rPr>
          <w:b/>
        </w:rPr>
        <w:t xml:space="preserve">[09:26] </w:t>
      </w:r>
      <w:r>
        <w:t>is par mein sochta raha, sochta raha to ek baat meri samajh mein aayi. woh yeh hai ke hum rozana khate peete hain.</w:t>
      </w:r>
    </w:p>
    <w:p>
      <w:pPr>
        <w:jc w:val="right"/>
      </w:pPr>
      <w:r>
        <w:t>اس پر میں سوچتا رہا، سوچتا رہا تو ایک بات میری سمجھ میں آئی۔ وہ یہ ہے کہ ہم روزانہ کھاتے پیتے ہیں۔</w:t>
      </w:r>
    </w:p>
    <w:p>
      <w:r>
        <w:rPr>
          <w:b/>
        </w:rPr>
        <w:t xml:space="preserve">[09:38] </w:t>
      </w:r>
      <w:r>
        <w:t>jab bhi bhook lagi kha liya, jab bhi pyas lagi pani pi liya. to ek aisi zindagi guzarti hai jo goya ke isi qism ka hai jis ko kehte hain ke: "Eat drink and be merry".</w:t>
      </w:r>
    </w:p>
    <w:p>
      <w:pPr>
        <w:jc w:val="right"/>
      </w:pPr>
      <w:r>
        <w:t>جب بھی بھوک لگی کھا لیا، جب بھی پیاس لگی پانی پی لیا۔ تو ایک ایسی زندگی گزرتی ہے جو گویا کہ اسی قسم کا ہے جس کو کہتے ہیں کہ: "Eat drink and be merry"۔</w:t>
      </w:r>
    </w:p>
    <w:p>
      <w:r>
        <w:rPr>
          <w:b/>
        </w:rPr>
        <w:t xml:space="preserve">[09:53] </w:t>
      </w:r>
      <w:r>
        <w:t>khaoo peeo aur khush raho.</w:t>
      </w:r>
    </w:p>
    <w:p>
      <w:pPr>
        <w:jc w:val="right"/>
      </w:pPr>
      <w:r>
        <w:t>کھاؤ پیو اور خوش رہو۔</w:t>
      </w:r>
    </w:p>
    <w:p>
      <w:r>
        <w:rPr>
          <w:b/>
        </w:rPr>
        <w:t xml:space="preserve">[09:59] </w:t>
      </w:r>
      <w:r>
        <w:t>phir roze mein kaha jata hai ke nahi, khana band, peena band. to yeh kya hai? yeh aap ke andar yeh soch paida karne ke liye hai ke zindagi kuch aur ke liye bhi hai, zindagi ka maqsad kuch aur bhi hai.</w:t>
      </w:r>
    </w:p>
    <w:p>
      <w:pPr>
        <w:jc w:val="right"/>
      </w:pPr>
      <w:r>
        <w:t>پھر روزہ میں کہا جاتا ہے کہ نہیں، کھانا بند، پینا بند۔ تو یہ کیا ہے؟ یہ آپ کے اندر یہ سوچ پیدا کرنے کے لیے ہے کہ زندگی کچھ اور کے لیے بھی ہے، زندگی کا مقصد کچھ اور بھی ہے۔</w:t>
      </w:r>
    </w:p>
    <w:p>
      <w:r>
        <w:rPr>
          <w:b/>
        </w:rPr>
        <w:t xml:space="preserve">[10:17] </w:t>
      </w:r>
      <w:r>
        <w:t>"Eat drink and be merry" ke siwa bhi koi cheez hai jo aap ka goal ho.</w:t>
      </w:r>
    </w:p>
    <w:p>
      <w:pPr>
        <w:jc w:val="right"/>
      </w:pPr>
      <w:r>
        <w:t>"Eat drink and be merry" کے سوا بھی کوئی چیز ہے جو آپ کا گول ہو۔</w:t>
      </w:r>
    </w:p>
    <w:p>
      <w:r>
        <w:rPr>
          <w:b/>
        </w:rPr>
        <w:t xml:space="preserve">[10:24] </w:t>
      </w:r>
      <w:r>
        <w:t>yeh maqsad hota hai is ka.</w:t>
      </w:r>
    </w:p>
    <w:p>
      <w:pPr>
        <w:jc w:val="right"/>
      </w:pPr>
      <w:r>
        <w:t>یہ مقصد ہوتا ہے اس کا۔</w:t>
      </w:r>
    </w:p>
    <w:p>
      <w:r>
        <w:rPr>
          <w:b/>
        </w:rPr>
        <w:t xml:space="preserve">[10:31] </w:t>
      </w:r>
      <w:r>
        <w:t>There is something else in my life. meri zindagi mein kuch aur cheez hai jis ko mein apna goal banaon.</w:t>
      </w:r>
    </w:p>
    <w:p>
      <w:pPr>
        <w:jc w:val="right"/>
      </w:pPr>
      <w:r>
        <w:t>There is something else in my life۔ میری زندگی میں کچھ اور چیز ہے جس کو میں اپنا گول بناؤں۔</w:t>
      </w:r>
    </w:p>
    <w:p>
      <w:r>
        <w:rPr>
          <w:b/>
        </w:rPr>
        <w:t xml:space="preserve">[10:41] </w:t>
      </w:r>
      <w:r>
        <w:t>is liye aisa kaha jata hai ke woh kya hai?</w:t>
      </w:r>
    </w:p>
    <w:p>
      <w:pPr>
        <w:jc w:val="right"/>
      </w:pPr>
      <w:r>
        <w:t>اس لیے ایسا کہا جاتا ہے کہ وہ کیا ہے؟</w:t>
      </w:r>
    </w:p>
    <w:p>
      <w:r>
        <w:rPr>
          <w:b/>
        </w:rPr>
        <w:t xml:space="preserve">[10:47] </w:t>
      </w:r>
      <w:r>
        <w:t>woh hai ba maqsad zindagi guzarna. Allah se ta'alluq qaim karna. haqeeqaton ko daryaft karna.</w:t>
      </w:r>
    </w:p>
    <w:p>
      <w:pPr>
        <w:jc w:val="right"/>
      </w:pPr>
      <w:r>
        <w:t>وہ ہے بامقصد زندگی گزارنا۔ اللہ سے تعلق قائم کرنا۔ حقیقتوں کو دریافت کرنا۔</w:t>
      </w:r>
    </w:p>
    <w:p>
      <w:r>
        <w:rPr>
          <w:b/>
        </w:rPr>
        <w:t xml:space="preserve">[10:57] </w:t>
      </w:r>
      <w:r>
        <w:t>spiritual values ko ikhtiyar karna. to goya khana peena chhod kar ke aap ko aisa compulsion create kiya jata hai ke aap sochen ke kuch aur bhi matloob hai, is ke siwa kuch aur bhi cheez hai.</w:t>
      </w:r>
    </w:p>
    <w:p>
      <w:pPr>
        <w:jc w:val="right"/>
      </w:pPr>
      <w:r>
        <w:t>اسپریچول ویلیوز کو اختیار کرنا۔ تو گویا کھانا پینا چھوڑ کر کے آپ کو ایسا کمپشن کریٹ کیا جاتا ہے کہ آپ سوچیں کہ کچھ اور بھی مطلوب ہے، اس کے سوا کچھ اور بھی چیز ہے۔</w:t>
      </w:r>
    </w:p>
    <w:p>
      <w:r>
        <w:rPr>
          <w:b/>
        </w:rPr>
        <w:t xml:space="preserve">[11:18] </w:t>
      </w:r>
      <w:r>
        <w:t>"Eat drink and be merry" ke siwa bhi koi cheez hai jo mera goal bane.</w:t>
      </w:r>
    </w:p>
    <w:p>
      <w:pPr>
        <w:jc w:val="right"/>
      </w:pPr>
      <w:r>
        <w:t>"Eat drink and be merry" کے سوا بھی کوئی چیز ہے جو میرا گول بنے۔</w:t>
      </w:r>
    </w:p>
    <w:p>
      <w:r>
        <w:rPr>
          <w:b/>
        </w:rPr>
        <w:t xml:space="preserve">[11:24] </w:t>
      </w:r>
      <w:r>
        <w:t>to yeh isi liye har sari ummaton mein rakha gaya. kyunke dekhen khana peena aadmi ki zaroorat hai.</w:t>
      </w:r>
    </w:p>
    <w:p>
      <w:pPr>
        <w:jc w:val="right"/>
      </w:pPr>
      <w:r>
        <w:t>تو یہ اسی لیے ہر ساری امتوں میں رکھا گیا۔ کیونکہ دیکھیں کھانا پینا آدمی کی ضرورت ہے۔</w:t>
      </w:r>
    </w:p>
    <w:p>
      <w:r>
        <w:rPr>
          <w:b/>
        </w:rPr>
        <w:t xml:space="preserve">[11:34] </w:t>
      </w:r>
      <w:r>
        <w:t>physical need hai hamari. is ke baghair hum mar jayenge. to aadmi bhook lagi to khata hai.</w:t>
      </w:r>
    </w:p>
    <w:p>
      <w:pPr>
        <w:jc w:val="right"/>
      </w:pPr>
      <w:r>
        <w:t>فزیکل نیڈ ہے ہماری۔ اس کے بغیر ہم مر جائیں گے۔ تو آدمی بھوک لگی تو کھاتا ہے۔</w:t>
      </w:r>
    </w:p>
    <w:p>
      <w:r>
        <w:rPr>
          <w:b/>
        </w:rPr>
        <w:t xml:space="preserve">[11:45] </w:t>
      </w:r>
      <w:r>
        <w:t>pyas lagi to pani pi leta hai. to isi mein is ki zindagi guzarti rehti hai. khane peene mein is ki zindagi guzarti rehti hai.</w:t>
      </w:r>
    </w:p>
    <w:p>
      <w:pPr>
        <w:jc w:val="right"/>
      </w:pPr>
      <w:r>
        <w:t>پیاس لگی تو پانی پی لیتا ہے۔ تو اسی میں اس کی زندگی گزرتی رہتی ہے۔ کھانے پینے میں اس کی زندگی گزرتی رہتی ہے۔</w:t>
      </w:r>
    </w:p>
    <w:p>
      <w:r>
        <w:rPr>
          <w:b/>
        </w:rPr>
        <w:t xml:space="preserve">[11:54] </w:t>
      </w:r>
      <w:r>
        <w:t>to goya ke woh physical, apne physical pehlu jo is ka, us ko to feed kar raha hai woh. to bataya ja raha hai roze ke zariye se tumhara ek aur pehlu hai, woh spiritual.</w:t>
      </w:r>
    </w:p>
    <w:p>
      <w:pPr>
        <w:jc w:val="right"/>
      </w:pPr>
      <w:r>
        <w:t>تو گویا کہ وہ فزیکل، اپنے فزیکل پہلو جو اس کا، اس کو تو فیڈ کر رہا ہے وہ۔ تو بتایا جا رہا ہے روزے کے ذریعے سے تمہارا ایک اور پہلو ہے، وہ اسپریچول۔</w:t>
      </w:r>
    </w:p>
    <w:p>
      <w:r>
        <w:rPr>
          <w:b/>
        </w:rPr>
        <w:t xml:space="preserve">[12:06] </w:t>
      </w:r>
      <w:r>
        <w:t>us ko tum feed nahi kar rahe ho. yani intellectual part jo hai tumhari zindagi ka, us ko tum feed nahi kar rahe ho.</w:t>
      </w:r>
    </w:p>
    <w:p>
      <w:pPr>
        <w:jc w:val="right"/>
      </w:pPr>
      <w:r>
        <w:t>اس کو تم فیڈ نہیں کر رہے ہو۔ یعنی انٹلیکچوئل پارٹ جو ہے تمہاری زندگی کا، اس کو تم فیڈ نہیں کر رہے ہو۔</w:t>
      </w:r>
    </w:p>
    <w:p>
      <w:r>
        <w:rPr>
          <w:b/>
        </w:rPr>
        <w:t xml:space="preserve">[12:16] </w:t>
      </w:r>
      <w:r>
        <w:t>us ko feed karo. sach poochhen to physical part hi mein zindagi guzarti thi, yani gyarah mahine.</w:t>
      </w:r>
    </w:p>
    <w:p>
      <w:pPr>
        <w:jc w:val="right"/>
      </w:pPr>
      <w:r>
        <w:t>اس کو فیڈ کرو۔ سچ پوچھیں تو فزیکل پارٹ ہی میں زندگی گزرتی تھی، یعنی گیارہ مہینے۔</w:t>
      </w:r>
    </w:p>
    <w:p>
      <w:r>
        <w:rPr>
          <w:b/>
        </w:rPr>
        <w:t xml:space="preserve">[12:27] </w:t>
      </w:r>
      <w:r>
        <w:t>to ek mahine ko khaas kiya gaya yeh sochne ke liye ke tum apni zindagi ke physical part ko khurak pahuncha rahe ho.</w:t>
      </w:r>
    </w:p>
    <w:p>
      <w:pPr>
        <w:jc w:val="right"/>
      </w:pPr>
      <w:r>
        <w:t>تو ایک مہینے کو خاص کیا گیا یہ سوچنے کے لیے کہ تم اپنی زندگی کے فزیکل پارٹ کو خوراک پہنچا رہے ہو۔</w:t>
      </w:r>
    </w:p>
    <w:p>
      <w:r>
        <w:rPr>
          <w:b/>
        </w:rPr>
        <w:t xml:space="preserve">[12:37] </w:t>
      </w:r>
      <w:r>
        <w:t>lekin tumhari zindagi ka doosra jo part hai, tumhari intellectual life, tumhari spiritual life, us ko khurak pahunchao. yeh soch paida karne ke liye roza hai.</w:t>
      </w:r>
    </w:p>
    <w:p>
      <w:pPr>
        <w:jc w:val="right"/>
      </w:pPr>
      <w:r>
        <w:t>لیکن تمہاری زندگی کا دوسرا جو پارٹ ہے، تمہاری انٹلیکچوئل لائف، تمہاری اسپریچوئل لائف، اس کو خوراک پہنچاؤ۔ یہ سوچ پیدا کرنے کے لیے روزہ ہے۔</w:t>
      </w:r>
    </w:p>
    <w:p>
      <w:r>
        <w:rPr>
          <w:b/>
        </w:rPr>
        <w:t xml:space="preserve">[12:50] </w:t>
      </w:r>
      <w:r>
        <w:t>roza koi rasam nahi hai. roza aik haqeeqat hai. yeh moazzam kuch rituals nahi hain.</w:t>
      </w:r>
    </w:p>
    <w:p>
      <w:pPr>
        <w:jc w:val="right"/>
      </w:pPr>
      <w:r>
        <w:t>روزہ کوئی رسم نہیں۔ روزہ ایک حقیقت ہے۔ یہ معظم کچھ ریچولز نہیں ہیں۔</w:t>
      </w:r>
    </w:p>
    <w:p>
      <w:r>
        <w:rPr>
          <w:b/>
        </w:rPr>
        <w:t xml:space="preserve">[13:02] </w:t>
      </w:r>
      <w:r>
        <w:t>balkay aik bohat hi gehri is ke andar is ka raaz hai. is par is ko sochna hai.</w:t>
      </w:r>
    </w:p>
    <w:p>
      <w:pPr>
        <w:jc w:val="right"/>
      </w:pPr>
      <w:r>
        <w:t>بلکہ ایک بہت ہی گہری اس کے اندر اس کا راز ہے۔ اس پر اس کو سوچنا ہے۔</w:t>
      </w:r>
    </w:p>
    <w:p>
      <w:r>
        <w:rPr>
          <w:b/>
        </w:rPr>
        <w:t xml:space="preserve">[13:12] </w:t>
      </w:r>
      <w:r>
        <w:t>ab mein chand baatein kahoon ga roze mein jo paish aati hain. dekhein sab se pehle kya hota hai? rooy-e-tahleel.</w:t>
      </w:r>
    </w:p>
    <w:p>
      <w:pPr>
        <w:jc w:val="right"/>
      </w:pPr>
      <w:r>
        <w:t>اب میں چند باتیں کہوں گا روزے میں جو پیش آتی ہیں۔ دیکھیں سب سے پہلے کیا ہوتا ہے؟ روئے تہلیل۔</w:t>
      </w:r>
    </w:p>
    <w:p>
      <w:r>
        <w:rPr>
          <w:b/>
        </w:rPr>
        <w:t xml:space="preserve">[13:23] </w:t>
      </w:r>
      <w:r>
        <w:t>yani ramzan</w:t>
      </w:r>
    </w:p>
    <w:p>
      <w:pPr>
        <w:jc w:val="right"/>
      </w:pPr>
      <w:r>
        <w:t>یعنی رمضان</w:t>
      </w:r>
    </w:p>
    <w:p>
      <w:r>
        <w:rPr>
          <w:b/>
        </w:rPr>
        <w:t xml:space="preserve">[13:27] </w:t>
      </w:r>
      <w:r>
        <w:t>ka pehla jo shaban ka mahina jab khatam hota hai to aakhri raat ko, aakhri shaam ko chand dekha jata hai.</w:t>
      </w:r>
    </w:p>
    <w:p>
      <w:pPr>
        <w:jc w:val="right"/>
      </w:pPr>
      <w:r>
        <w:t>کا پہلا جو شعبان کا مہینہ جب ختم ہوتا ہے تو آخری رات کو، آخری شام کو چاند دیکھا جاتا ہے۔</w:t>
      </w:r>
    </w:p>
    <w:p>
      <w:r>
        <w:rPr>
          <w:b/>
        </w:rPr>
        <w:t xml:space="preserve">[13:38] </w:t>
      </w:r>
      <w:r>
        <w:t>to hadith mein aata hai ke: "saumoo li rooy-e-tahi". matlab dekh kar roza rakho, chand dekh kar roza rakho. to yeh aik bara masla hai ke rooy-e-tahleel jis ko kehte hain ke kya dekhna zaroori hai aankh se dekhna?</w:t>
      </w:r>
    </w:p>
    <w:p>
      <w:pPr>
        <w:jc w:val="right"/>
      </w:pPr>
      <w:r>
        <w:t>تو حدیث میں آتا ہے کہ: "صوموا لروئے تہی"۔ مطلب دیکھ کر روزہ رکھو، چاند دیکھ کر روزہ رکھو۔ تو یہ ایک بڑا مسئلہ ہے کہ روئے تہلیل جس کو کہتے ہیں کہ کیا دیکھنا ضروری ہے آنکھ سے دیکھنا؟</w:t>
      </w:r>
    </w:p>
    <w:p>
      <w:r>
        <w:rPr>
          <w:b/>
        </w:rPr>
        <w:t xml:space="preserve">[13:54] </w:t>
      </w:r>
      <w:r>
        <w:t>in aankhon se dekhna zaroori hai? is zamane mein aap jante hain ke jo observatory hoti hai, rasadgah, jis ko kehte hain marsad.</w:t>
      </w:r>
    </w:p>
    <w:p>
      <w:pPr>
        <w:jc w:val="right"/>
      </w:pPr>
      <w:r>
        <w:t>ان آنکھوں سے دیکھنا ضروری ہے؟ اس زمانے میں آپ جانتے ہیں کہ جو آبزرویٹری ہوتی ہے، رصدگاہ، جس کو کہتے ہیں مرصد۔</w:t>
      </w:r>
    </w:p>
    <w:p>
      <w:r>
        <w:rPr>
          <w:b/>
        </w:rPr>
        <w:t xml:space="preserve">[14:06] </w:t>
      </w:r>
      <w:r>
        <w:t>to aaj ke zamane mein jo calculation kiye jate hain, jo observation kiye jate hain, to theek theek maloom ho jata hai ke kab chand nikla aur kab chand dooba.</w:t>
      </w:r>
    </w:p>
    <w:p>
      <w:pPr>
        <w:jc w:val="right"/>
      </w:pPr>
      <w:r>
        <w:t>تو آج کے زمانے میں جو کیلکولیشن کیے جاتے ہیں، جو آبزرویشن کیے جاتے ہیں، تو ٹھیک ٹھیک معلوم ہو جاتا ہے کہ کب چاند نکلا اور کب چاند ڈوبا۔</w:t>
      </w:r>
    </w:p>
    <w:p>
      <w:r>
        <w:rPr>
          <w:b/>
        </w:rPr>
        <w:t xml:space="preserve">[14:20] </w:t>
      </w:r>
      <w:r>
        <w:t>to aik sawal hai ke kya</w:t>
      </w:r>
    </w:p>
    <w:p>
      <w:pPr>
        <w:jc w:val="right"/>
      </w:pPr>
      <w:r>
        <w:t>تو ایک سوال ہے کہ کیا</w:t>
      </w:r>
    </w:p>
    <w:p>
      <w:r>
        <w:rPr>
          <w:b/>
        </w:rPr>
        <w:t xml:space="preserve">[14:25] </w:t>
      </w:r>
      <w:r>
        <w:t>yeh jo calculations jo maloom hoti hain ya observatory ke zariye jo maloom hoti hain, kya is par hum roza shuru kar sakte hain?</w:t>
      </w:r>
    </w:p>
    <w:p>
      <w:pPr>
        <w:jc w:val="right"/>
      </w:pPr>
      <w:r>
        <w:t>یہ جو کیلکولیشنز جو معلوم ہوتی ہیں یا آبزرویٹری کے ذریعے جو معلوم ہوتی ہیں، کیا اس پر ہم روزہ شروع کر سکتے ہیں؟</w:t>
      </w:r>
    </w:p>
    <w:p>
      <w:r>
        <w:rPr>
          <w:b/>
        </w:rPr>
        <w:t xml:space="preserve">[14:34] </w:t>
      </w:r>
      <w:r>
        <w:t>ya rooy-e-tahleel zaroori hai? mein samajhta hoon ke is mein koi takrao nahi hai. zahiri taur par mein yeh kahoon ga ke aankh se dekhna roze ko yeh bohat hi is ki ahmiyat hai.</w:t>
      </w:r>
    </w:p>
    <w:p>
      <w:pPr>
        <w:jc w:val="right"/>
      </w:pPr>
      <w:r>
        <w:t>یا روئے تہلیل ضروری ہے؟ میں سمجھتا ہوں کہ اس میں کوئی ٹکراؤ نہیں ہے۔ ظاہری طور پر میں یہ کہوں گا کہ آنکھ سے دیکھنا روزے کو یہ بہت ہی اس کی اہمیت ہے۔</w:t>
      </w:r>
    </w:p>
    <w:p>
      <w:r>
        <w:rPr>
          <w:b/>
        </w:rPr>
        <w:t xml:space="preserve">[14:50] </w:t>
      </w:r>
      <w:r>
        <w:t>is liye ke dekhein shaban ki aakhri shaam aayi, aap ki aankhein aasman ki taraf uth gayeen. aap dekh rahe hain, dekh rahe hain, dekh rahe hain, yahan tak ke aap ko aik baar hi aik chand dikhai diya.</w:t>
      </w:r>
    </w:p>
    <w:p>
      <w:pPr>
        <w:jc w:val="right"/>
      </w:pPr>
      <w:r>
        <w:t>اس لیے کہ دیکھیں شعبان کی آخری شام آئی، آپ کی آنکھیں آسمان کی طرف اٹھ گئیں۔ آپ دیکھ رہے ہیں، دیکھ رہے ہیں، دیکھ رہے ہیں، یہاں تک کہ آپ کو ایک بار ہی ایک چاند دکھائی دیا۔</w:t>
      </w:r>
    </w:p>
    <w:p>
      <w:r>
        <w:rPr>
          <w:b/>
        </w:rPr>
        <w:t xml:space="preserve">[15:02] </w:t>
      </w:r>
      <w:r>
        <w:t>to yeh aik ajeeb o ghareeb aik thal ka jazba aata hai ke khuda ne chand zahir kar diya. aik naya daur shuru kiya hamari zindagi mein.</w:t>
      </w:r>
    </w:p>
    <w:p>
      <w:pPr>
        <w:jc w:val="right"/>
      </w:pPr>
      <w:r>
        <w:t>تو یہ ایک عجیب و غریب ایک تھل کا جذبہ آتا ہے کہ خدا نے چاند ظاہر کر دیا۔ ایک نیا دور شروع کیا ہماری زندگی میں۔</w:t>
      </w:r>
    </w:p>
    <w:p>
      <w:r>
        <w:rPr>
          <w:b/>
        </w:rPr>
        <w:t xml:space="preserve">[15:13] </w:t>
      </w:r>
      <w:r>
        <w:t>chand ka dekhna aap ke liye aik naye daur-e-hayat ka aaghaz ka matlab hota hai. to aik aadmi jante hain aap hissi waqea jab tak na ho, us ke andar thal nahi aata.</w:t>
      </w:r>
    </w:p>
    <w:p>
      <w:pPr>
        <w:jc w:val="right"/>
      </w:pPr>
      <w:r>
        <w:t>چاند کا دیکھنا آپ کے لیے ایک نئے دور حیات کا آغاز کا معنی ہوتا ہے۔ تو ایک آدمی جانتے ہیں آپ حسی واقعہ جب تک نہ ہو، اس کے اندر تھل نہیں آتا۔</w:t>
      </w:r>
    </w:p>
    <w:p>
      <w:r>
        <w:rPr>
          <w:b/>
        </w:rPr>
        <w:t xml:space="preserve">[15:28] </w:t>
      </w:r>
      <w:r>
        <w:t>to yeh hissi andaaz mein, muzare ke andaaz mein, observation ke andaaz mein aadmi ke andar ehsas jagaya jata hai ke ramzan ka mahina aa gaya, ramzan ka mahina aa gaya.</w:t>
      </w:r>
    </w:p>
    <w:p>
      <w:pPr>
        <w:jc w:val="right"/>
      </w:pPr>
      <w:r>
        <w:t>تو یہ حسی انداز میں، مضارع کے انداز میں، آبزرویشن کے انداز میں آدمی کے اندر احساس جگایا جاتا ہے کہ رمضان کا مہینہ آ گیا، رمضان کا مہینہ آ گیا۔</w:t>
      </w:r>
    </w:p>
    <w:p>
      <w:r>
        <w:rPr>
          <w:b/>
        </w:rPr>
        <w:t xml:space="preserve">[15:41] </w:t>
      </w:r>
      <w:r>
        <w:t>aur rasool Allah (SAW) ke bare mein aata hai ke aap ne dekha jab chand ko, yani new moon ko, to aap ne farmaya: "Allahumma ahlil alayna bil amni wal aman was salamat wal islam".</w:t>
      </w:r>
    </w:p>
    <w:p>
      <w:pPr>
        <w:jc w:val="right"/>
      </w:pPr>
      <w:r>
        <w:t>اور رسول اللہ صلى الله عليه وسلم کے بارے میں آتا ہے کہ آپ نے دیکھا جب چاند کو، یعنی نیو مون کو، تو آپ نے فرمایا: "اللہم اہل علینا بالامن والامان والسلامۃ والاسلام"۔</w:t>
      </w:r>
    </w:p>
    <w:p>
      <w:r>
        <w:rPr>
          <w:b/>
        </w:rPr>
        <w:t xml:space="preserve">[15:52] </w:t>
      </w:r>
      <w:r>
        <w:t>khuda hai is mahine ko to hamare liye peace ka mahina bana de. salamati ka mahina bana de. spiritual taraqqi ka mahina bana de.</w:t>
      </w:r>
    </w:p>
    <w:p>
      <w:pPr>
        <w:jc w:val="right"/>
      </w:pPr>
      <w:r>
        <w:t>خدا ہے اس مہینے کو تو ہمارے لیے پیس کا مہینہ بنا دے۔ سلامتی کا مہینہ بنا دے۔ اسپریچوئل ترقی کا مہینہ بنا دے۔</w:t>
      </w:r>
    </w:p>
    <w:p>
      <w:r>
        <w:rPr>
          <w:b/>
        </w:rPr>
        <w:t xml:space="preserve">[16:07] </w:t>
      </w:r>
      <w:r>
        <w:t>ab yeh ghor kijiye ke jab aap chand dekhenge tabhi to yeh sab jazbat jaagein ge. agar aaj sirf khabar mile aap ko kisi observatory ke zariye ke aaj chand ho gaya aur phir aap roza rakhein,</w:t>
      </w:r>
    </w:p>
    <w:p>
      <w:pPr>
        <w:jc w:val="right"/>
      </w:pPr>
      <w:r>
        <w:t>اب یہ غور کیجیے کہ جب آپ چاند دیکھیں گے تبھی تو یہ سب جذبات جاگیں گے۔ اگر آج صرف خبر ملے آپ کو کسی آبزرویٹری کے ذریعے کہ آج چاند ہو گیا اور پھر آپ روزہ رکھیں،</w:t>
      </w:r>
    </w:p>
    <w:p>
      <w:r>
        <w:rPr>
          <w:b/>
        </w:rPr>
        <w:t xml:space="preserve">[16:21] </w:t>
      </w:r>
      <w:r>
        <w:t>yeh sari halchal kaise paida hogi? chand ko dekhna aik spiritual halchal ka tajurba hota hai.</w:t>
      </w:r>
    </w:p>
    <w:p>
      <w:pPr>
        <w:jc w:val="right"/>
      </w:pPr>
      <w:r>
        <w:t>یہ ساری ہلچل کیسے پیدا ہوگی؟ چاند کو دیکھنا ایک اسپریچوئل ہلچل کا تجربہ ہوتا ہے۔</w:t>
      </w:r>
    </w:p>
    <w:p>
      <w:r>
        <w:rPr>
          <w:b/>
        </w:rPr>
        <w:t xml:space="preserve">[16:35] </w:t>
      </w:r>
      <w:r>
        <w:t>ab yahan to saaf dikhai deta hai shehron mein. jab hum gaon mein rehte the pehle to wahan matla saaf hota tha.</w:t>
      </w:r>
    </w:p>
    <w:p>
      <w:pPr>
        <w:jc w:val="right"/>
      </w:pPr>
      <w:r>
        <w:t>اب یہاں تو صاف دکھائی دیتا ہے شہروں میں۔ جب ہم گاؤں میں رہتے تھے پہلے تو وہاں مطلع صاف ہوتا تھا۔</w:t>
      </w:r>
    </w:p>
    <w:p>
      <w:r>
        <w:rPr>
          <w:b/>
        </w:rPr>
        <w:t xml:space="preserve">[16:45] </w:t>
      </w:r>
      <w:r>
        <w:t>pollution wahan kuch bhi nahi tha, pollution nahi hota tha. to hum log shaam ko chhat par charh jate the. ab dekhte the, dekhte the, yahan tak ke bahar hi aik chand dikhai de gaya.</w:t>
      </w:r>
    </w:p>
    <w:p>
      <w:pPr>
        <w:jc w:val="right"/>
      </w:pPr>
      <w:r>
        <w:t>پولیوشن وہاں کچھ بھی نہیں تھا، پولیوشن نہیں ہوتا تھا۔ تو ہم لوگ شام کو چھت پر چڑھ جاتے تھے۔ اب دیکھتے تھے، دیکھتے تھے، یہاں تک کہ باہر ہی ایک چاند دکھائی دے گیا۔</w:t>
      </w:r>
    </w:p>
    <w:p>
      <w:r>
        <w:rPr>
          <w:b/>
        </w:rPr>
        <w:t xml:space="preserve">[16:56] </w:t>
      </w:r>
      <w:r>
        <w:t>to aik ajeeb ehsas hota tha.</w:t>
      </w:r>
    </w:p>
    <w:p>
      <w:pPr>
        <w:jc w:val="right"/>
      </w:pPr>
      <w:r>
        <w:t>تو ایک عجیب احساس ہوتا تھا۔</w:t>
      </w:r>
    </w:p>
    <w:p>
      <w:r>
        <w:rPr>
          <w:b/>
        </w:rPr>
        <w:t xml:space="preserve">[17:01] </w:t>
      </w:r>
      <w:r>
        <w:t>ab pollution aik naya phenomenon paida ho gaya hai, is ki wajah se chand hota tab bhi nahi dikhai deta. aap dekhte rahein tab bhi nahi dikhai de ga. pollution ki wajah se.</w:t>
      </w:r>
    </w:p>
    <w:p>
      <w:pPr>
        <w:jc w:val="right"/>
      </w:pPr>
      <w:r>
        <w:t>اب پولیوشن ایک نیا فیناومینا پیدا ہو گیا ہے، اس کی وجہ سے چاند ہوتا تب بھی نہیں دکھائی دیتا۔ آپ دیکھتے رہیں تب بھی نہیں دکھائی دے گا۔ پولیوشن کی وجہ سے۔</w:t>
      </w:r>
    </w:p>
    <w:p>
      <w:r>
        <w:rPr>
          <w:b/>
        </w:rPr>
        <w:t xml:space="preserve">[17:10] </w:t>
      </w:r>
      <w:r>
        <w:t>lekin mein yeh keh raha hoon ke rooy-e-tahleel, yani aankh se dekhna chand ko, aik bara hi spiritual experience hai.</w:t>
      </w:r>
    </w:p>
    <w:p>
      <w:pPr>
        <w:jc w:val="right"/>
      </w:pPr>
      <w:r>
        <w:t>لیکن میں یہ کہہ رہا ہوں کہ روئے تہلیل، یعنی آنکھ سے دیکھنا چاند کو، ایک بڑا ہی اسپریچوئل ایکسپیرئینس ہے۔</w:t>
      </w:r>
    </w:p>
    <w:p>
      <w:r>
        <w:rPr>
          <w:b/>
        </w:rPr>
        <w:t xml:space="preserve">[17:22] </w:t>
      </w:r>
      <w:r>
        <w:t>lekin is ke sath mein yeh bhi kahoon ga ke yeh zaroori nahi ke aap chand ko dekhein tab roza shuru karein. observatory ki khabar bhi isi tarah se valid hai jis tarah chand ko dekhna.</w:t>
      </w:r>
    </w:p>
    <w:p>
      <w:pPr>
        <w:jc w:val="right"/>
      </w:pPr>
      <w:r>
        <w:t>لیکن اس کے ساتھ میں یہ بھی کہوں گا کہ یہ ضروری نہیں کہ آپ چاند کو دیکھیں تب روزہ شروع کریں۔ آبزرویٹری کی خبر بھی اسی طرح سے ویلڈ ہے جس طرح چاند کو دیکھنا۔</w:t>
      </w:r>
    </w:p>
    <w:p>
      <w:r>
        <w:rPr>
          <w:b/>
        </w:rPr>
        <w:t xml:space="preserve">[17:36] </w:t>
      </w:r>
      <w:r>
        <w:t>mein in dono mein farq nahi karta. bilkul. aur is ko dekhiye, is par maine ghor kiya to jo quran ke alfaaz hain, jo hadith ke alfaaz hain, woh dono ko cover kar rahe hain.</w:t>
      </w:r>
    </w:p>
    <w:p>
      <w:pPr>
        <w:jc w:val="right"/>
      </w:pPr>
      <w:r>
        <w:t>میں ان دونوں میں فرق نہیں کرتا۔ بالکل۔ اور اس کو دیکھیے، اس پر میں نے غور کیا تو جو قرآن کے الفاظ ہیں، جو حدیث کے الفاظ ہیں، وہ دونوں کو کور کر رہے ہیں۔</w:t>
      </w:r>
    </w:p>
    <w:p>
      <w:r>
        <w:rPr>
          <w:b/>
        </w:rPr>
        <w:t xml:space="preserve">[17:52] </w:t>
      </w:r>
      <w:r>
        <w:t>in mein aik farq hai jo dono ko cover kar rahe hain woh. kyunke hadith mein to yeh lafz hai ke: "somo li ru'yatihi". dekh kar roza rakho.</w:t>
      </w:r>
    </w:p>
    <w:p>
      <w:pPr>
        <w:jc w:val="right"/>
      </w:pPr>
      <w:r>
        <w:t>ان میں ایک فرق ہے جو دونوں کو کور کر رہے ہیں وہ۔ کیونکہ حدیث میں تو یہ لفظ ہے کہ: "صوموا لروئے تہی"۔ دیکھ کر روزہ رکھو۔</w:t>
      </w:r>
    </w:p>
    <w:p>
      <w:r>
        <w:rPr>
          <w:b/>
        </w:rPr>
        <w:t xml:space="preserve">[18:02] </w:t>
      </w:r>
      <w:r>
        <w:t>magar quran mein lafz nahi hai yeh. dekhne ka lafz nahi hai quran majeed mein. "faman shahida minkum ash-shahra fal-yasum". shuhada ke ma'ne hote hain jo apne aap ko is mahine mein payein.</w:t>
      </w:r>
    </w:p>
    <w:p>
      <w:pPr>
        <w:jc w:val="right"/>
      </w:pPr>
      <w:r>
        <w:t>مگر قرآن میں لفظ نہیں ہے یہ۔ دیکھنے کا لفظ نہیں ہے قرآن مجید میں۔ "فمن شہد منکم الشارع فلیرسم"۔ شہداء کے معنی ہوتے ہیں جو اپنے آپ کو اس مہینے میں پائے۔</w:t>
      </w:r>
    </w:p>
    <w:p>
      <w:r>
        <w:rPr>
          <w:b/>
        </w:rPr>
        <w:t xml:space="preserve">[18:15] </w:t>
      </w:r>
      <w:r>
        <w:t>ya'ni ke jo jab new moon ya ramzan ke pehle chand ko dekh kar nahi. "faman shahida minkum ash-shahra fal-yasum".</w:t>
      </w:r>
    </w:p>
    <w:p>
      <w:pPr>
        <w:jc w:val="right"/>
      </w:pPr>
      <w:r>
        <w:t>یعنی کہ جو جب نیو مون یا رمضان کے پہلے چاند کو دیکھ کر نہیں۔ "فمن شہد منکم الشارع فلیرسم"۔</w:t>
      </w:r>
    </w:p>
    <w:p>
      <w:r>
        <w:rPr>
          <w:b/>
        </w:rPr>
        <w:t xml:space="preserve">[18:24] </w:t>
      </w:r>
      <w:r>
        <w:t>jo apne aap ko is mahine mein paye. is ma'ne ke agar koi khabar aap ko bataye ke chand ho gaya to aap ne apne aap ko ramzan ke mahine mein pa liya.</w:t>
      </w:r>
    </w:p>
    <w:p>
      <w:pPr>
        <w:jc w:val="right"/>
      </w:pPr>
      <w:r>
        <w:t>جو اپنے آپ کو اس مہینے میں پائے۔ اس معنی کہ اگر کوئی خبر آپ کو بتائے کہ چاند ہو گیا تو آپ نے اپنے آپ کو رمضان کے مہینے میں پا لیا۔</w:t>
      </w:r>
    </w:p>
    <w:p>
      <w:r>
        <w:rPr>
          <w:b/>
        </w:rPr>
        <w:t xml:space="preserve">[18:34] </w:t>
      </w:r>
      <w:r>
        <w:t>to bhi kafi hai.</w:t>
      </w:r>
    </w:p>
    <w:p>
      <w:pPr>
        <w:jc w:val="right"/>
      </w:pPr>
      <w:r>
        <w:t>تو بھی کافی ہے۔</w:t>
      </w:r>
    </w:p>
    <w:p>
      <w:r>
        <w:rPr>
          <w:b/>
        </w:rPr>
        <w:t xml:space="preserve">[18:38] </w:t>
      </w:r>
      <w:r>
        <w:t>to mein samajhta hoon ke quran aur hadith ke bayan mein jo farq hai woh is liye shayad hai ke dono sooraton ko cover kar le. ke chand ko aap aankh se dekhein tab bhi theek hai.</w:t>
      </w:r>
    </w:p>
    <w:p>
      <w:pPr>
        <w:jc w:val="right"/>
      </w:pPr>
      <w:r>
        <w:t>تو میں سمجھتا ہوں کہ قرآن اور حدیث کے بیان میں جو فرق ہے وہ اس لیے شاید ہے کہ دونوں صورتوں کو کور کر لے۔ کہ چاند کو آپ آنکھ سے دیکھیں تب بھی ٹھیک ہے۔</w:t>
      </w:r>
    </w:p>
    <w:p>
      <w:r>
        <w:rPr>
          <w:b/>
        </w:rPr>
        <w:t xml:space="preserve">[18:51] </w:t>
      </w:r>
      <w:r>
        <w:t>aur agar aap observatory ki khabar par roza rakhein tab bhi theek hai.</w:t>
      </w:r>
    </w:p>
    <w:p>
      <w:pPr>
        <w:jc w:val="right"/>
      </w:pPr>
      <w:r>
        <w:t>اور اگر آپ آبزرویٹری کی خبر پر روزہ رکھیں تب بھی ٹھیک ہے۔</w:t>
      </w:r>
    </w:p>
    <w:p>
      <w:r>
        <w:rPr>
          <w:b/>
        </w:rPr>
        <w:t xml:space="preserve">[19:01] </w:t>
      </w:r>
      <w:r>
        <w:t>aik pehlu yeh hai. doosri baat yeh hai ke roza jo hai is ki haqeeqat kya hai?</w:t>
      </w:r>
    </w:p>
    <w:p>
      <w:pPr>
        <w:jc w:val="right"/>
      </w:pPr>
      <w:r>
        <w:t>ایک پہلو یہ ہے۔ دوسری بات یہ ہے کہ روزہ جو ہے اس کی حقیقت کیا ہے؟</w:t>
      </w:r>
    </w:p>
    <w:p>
      <w:r>
        <w:rPr>
          <w:b/>
        </w:rPr>
        <w:t xml:space="preserve">[19:12] </w:t>
      </w:r>
      <w:r>
        <w:t>haqeeqat kya hai is ki roze ki? mein samajhta hoon ke roza haqeeqat hai</w:t>
      </w:r>
    </w:p>
    <w:p>
      <w:pPr>
        <w:jc w:val="right"/>
      </w:pPr>
      <w:r>
        <w:t>حقیقت کیا ہے اس کی روزے کی؟ میں سمجھتا ہوں کہ روزہ حقیقت ہے</w:t>
      </w:r>
    </w:p>
    <w:p>
      <w:r>
        <w:rPr>
          <w:b/>
        </w:rPr>
        <w:t xml:space="preserve">[19:22] </w:t>
      </w:r>
      <w:r>
        <w:t>zindagi ko disciplined way mein guzarna.</w:t>
      </w:r>
    </w:p>
    <w:p>
      <w:pPr>
        <w:jc w:val="right"/>
      </w:pPr>
      <w:r>
        <w:t>زندگی کو ڈسپلنڈ وے میں گزارنا۔</w:t>
      </w:r>
    </w:p>
    <w:p>
      <w:r>
        <w:rPr>
          <w:b/>
        </w:rPr>
        <w:t xml:space="preserve">[19:29] </w:t>
      </w:r>
      <w:r>
        <w:t>disciplined way mein guzarna. woh kya hai? dekhein aik hai bandha hua janwar, aik hai khula hua janwar.</w:t>
      </w:r>
    </w:p>
    <w:p>
      <w:pPr>
        <w:jc w:val="right"/>
      </w:pPr>
      <w:r>
        <w:t>ڈسپلنڈ وے میں گزارنا۔ وہ کیا ہے؟ دیکھیں ایک ہے بندھا ہوا جانور، ایک ہے کھلا ہوا جانور۔</w:t>
      </w:r>
    </w:p>
    <w:p>
      <w:r>
        <w:rPr>
          <w:b/>
        </w:rPr>
        <w:t xml:space="preserve">[19:41] </w:t>
      </w:r>
      <w:r>
        <w:t>khula hua janwar is khet mein jata hai, us khet mein jata hai. koi is ki koi cheez is ko rokti nahi.</w:t>
      </w:r>
    </w:p>
    <w:p>
      <w:pPr>
        <w:jc w:val="right"/>
      </w:pPr>
      <w:r>
        <w:t>کھلا ہوا جانور اس کھیت میں جاتا ہے، اس کھیت میں جاتا ہے۔ کوئی اس کی کوئی چیز اس کو روکتی نہیں۔</w:t>
      </w:r>
    </w:p>
    <w:p>
      <w:r>
        <w:rPr>
          <w:b/>
        </w:rPr>
        <w:t xml:space="preserve">[19:50] </w:t>
      </w:r>
      <w:r>
        <w:t>lekin yeh bandha janwar jo hai woh usi tak mehdood rehta hai jo is ke samne hai. to hadith mein aata hai ke yeh yeh misaal di gayi hai ke momin ki misaal aisi hai jaise ke aik khunte mein bandha hua ghoda.</w:t>
      </w:r>
    </w:p>
    <w:p>
      <w:pPr>
        <w:jc w:val="right"/>
      </w:pPr>
      <w:r>
        <w:t>لیکن یہ بندھا جانور جو ہے وہ اسی تک محدود رہتا ہے جو اس کے سامنے ہے۔ تو حدیث میں آتا ہے کہ یہ یہ مثال دی گئی ہے کہ مومن کی مثال ایسی ہے جیسے کہ ایک کھوٹے میں بندھا ہوا گھوڑا۔</w:t>
      </w:r>
    </w:p>
    <w:p>
      <w:r>
        <w:rPr>
          <w:b/>
        </w:rPr>
        <w:t xml:space="preserve">[20:11] </w:t>
      </w:r>
      <w:r>
        <w:t>"mathal momin wa mathal iman". aik</w:t>
      </w:r>
    </w:p>
    <w:p>
      <w:pPr>
        <w:jc w:val="right"/>
      </w:pPr>
      <w:r>
        <w:t>"مثل مومن و مثل ایمان"۔ ایک</w:t>
      </w:r>
    </w:p>
    <w:p>
      <w:r>
        <w:rPr>
          <w:b/>
        </w:rPr>
        <w:t xml:space="preserve">[20:19] </w:t>
      </w:r>
      <w:r>
        <w:t>ghoda khunte mein bandha hua hai, is ki aik rassi hai, farz ki jiye ke teen meter ki. teen meter ke barabar woh ghoomega, is ke aage nahi aa sakta.</w:t>
      </w:r>
    </w:p>
    <w:p>
      <w:pPr>
        <w:jc w:val="right"/>
      </w:pPr>
      <w:r>
        <w:t>گھوڑا کھوٹے میں بندھا ہوا ہے، اس کی ایک رسی ہے، فرض کیجیے کہ تین میٹر کی۔ تین میٹر کے برابر وہ گھومے گا، اس کے آگے نہیں آ سکتا۔</w:t>
      </w:r>
    </w:p>
    <w:p>
      <w:r>
        <w:rPr>
          <w:b/>
        </w:rPr>
        <w:t xml:space="preserve">[20:29] </w:t>
      </w:r>
      <w:r>
        <w:t>to aik janwar jo hai khula hua ho, har khet mein woh daakhil ho jayega. jo bandha hua ho woh usi dayre mein rahega jo is ka is ke malik ne dayra muqarrar kar diya hai.</w:t>
      </w:r>
    </w:p>
    <w:p>
      <w:pPr>
        <w:jc w:val="right"/>
      </w:pPr>
      <w:r>
        <w:t>تو ایک جانور جو ہے کھلا ہوا ہو، ہر کھیت میں وہ داخل ہو جائے گا۔ جو بندھا ہوا ہو وہ اسی دائرے میں رہے گا جو اس کا اس کے مالک نے دائرہ مقرر کر دیا ہے۔</w:t>
      </w:r>
    </w:p>
    <w:p>
      <w:r>
        <w:rPr>
          <w:b/>
        </w:rPr>
        <w:t xml:space="preserve">[20:44] </w:t>
      </w:r>
      <w:r>
        <w:t>to goya ke ramzan ka mahina aap ko yaad dilata hai ke aap ko paband zindagi guzarna hai.</w:t>
      </w:r>
    </w:p>
    <w:p>
      <w:pPr>
        <w:jc w:val="right"/>
      </w:pPr>
      <w:r>
        <w:t>تو گویا کہ رمضان کا مہینہ آپ کو یاد دلاتا ہے کہ آپ کو پابند زندگی گزارنا ہے۔</w:t>
      </w:r>
    </w:p>
    <w:p>
      <w:r>
        <w:rPr>
          <w:b/>
        </w:rPr>
        <w:t xml:space="preserve">[20:55] </w:t>
      </w:r>
      <w:r>
        <w:t>disciplined way mein zindagi guzarna hai. apne aap ko control kar ke duniya mein rehna hai. apne bhook par control, apne pyas par control, apni khwahishon par control.</w:t>
      </w:r>
    </w:p>
    <w:p>
      <w:pPr>
        <w:jc w:val="right"/>
      </w:pPr>
      <w:r>
        <w:t>ڈسپلنڈ وے میں زندگی گزارنا ہے۔ اپنے آپ کو کنٹرول کر کے دنیا میں رہنا ہے۔ اپنے بھوک پر کنٹرول، اپنے پیاس پر کنٹرول، اپنی خواہشوں پر کنٹرول۔</w:t>
      </w:r>
    </w:p>
    <w:p>
      <w:r>
        <w:rPr>
          <w:b/>
        </w:rPr>
        <w:t xml:space="preserve">[21:11] </w:t>
      </w:r>
      <w:r>
        <w:t>har cheez par control.</w:t>
      </w:r>
    </w:p>
    <w:p>
      <w:pPr>
        <w:jc w:val="right"/>
      </w:pPr>
      <w:r>
        <w:t>ہر چیز پر کنٹرول۔</w:t>
      </w:r>
    </w:p>
    <w:p>
      <w:r>
        <w:rPr>
          <w:b/>
        </w:rPr>
        <w:t xml:space="preserve">[21:15] </w:t>
      </w:r>
      <w:r>
        <w:t>to yeh hai ramzan ki haqeeqat. yeh hai ramzan ki haqeeqat. isi liye dekhiye quran mein hai ke: "la'allakum tattaqun".</w:t>
      </w:r>
    </w:p>
    <w:p>
      <w:pPr>
        <w:jc w:val="right"/>
      </w:pPr>
      <w:r>
        <w:t>تو یہ ہے رمضان کی حقیقت۔ یہ ہے رمضان کی حقیقت۔ اسی لیے دیکھیے قرآن میں ہے کہ: "لعلکم تتقون"۔</w:t>
      </w:r>
    </w:p>
    <w:p>
      <w:r>
        <w:rPr>
          <w:b/>
        </w:rPr>
        <w:t xml:space="preserve">[21:29] </w:t>
      </w:r>
      <w:r>
        <w:t>taake tum parhezgari ki zindagi guzaro.</w:t>
      </w:r>
    </w:p>
    <w:p>
      <w:pPr>
        <w:jc w:val="right"/>
      </w:pPr>
      <w:r>
        <w:t>تاکہ تم پرہیزگاری کی زندگی گزارو۔</w:t>
      </w:r>
    </w:p>
    <w:p>
      <w:r>
        <w:rPr>
          <w:b/>
        </w:rPr>
        <w:t xml:space="preserve">[21:34] </w:t>
      </w:r>
      <w:r>
        <w:t>"kutiba 'alaikumus-siyam". "kutiba 'ala allazeena min qablikum". "la'allakum tattaqun".</w:t>
      </w:r>
    </w:p>
    <w:p>
      <w:pPr>
        <w:jc w:val="right"/>
      </w:pPr>
      <w:r>
        <w:t>"کتب علیکم الصیام"۔ "کتب علی من قبلکم"۔ "لعلکم تتقون"۔</w:t>
      </w:r>
    </w:p>
    <w:p>
      <w:r>
        <w:rPr>
          <w:b/>
        </w:rPr>
        <w:t xml:space="preserve">[21:42] </w:t>
      </w:r>
      <w:r>
        <w:t>taake tum parhezgari ki zindagi guzaro. parhezgari kya hai? bachna. bachna kya hai? kuch cheez se bachna, kuch cheez ko ikhtiyar karna.</w:t>
      </w:r>
    </w:p>
    <w:p>
      <w:pPr>
        <w:jc w:val="right"/>
      </w:pPr>
      <w:r>
        <w:t>تاکہ تم پرہیزگاری کی زندگی گزارو۔ پرہیزگاری کیا ہے؟ بچنا۔ بچنا کیا ہے؟ کچھ چیز سے بچنا، کچھ چیز کو اختیار کرنا۔</w:t>
      </w:r>
    </w:p>
    <w:p>
      <w:r>
        <w:rPr>
          <w:b/>
        </w:rPr>
        <w:t xml:space="preserve">[21:54] </w:t>
      </w:r>
      <w:r>
        <w:t>isi ka naam hai taqwa. taqwa aik salbi cheez nahi hai. agar sirf bachna aap bataye taqwa ka matlab to kaha gaya taqwa salbi ho gaya.</w:t>
      </w:r>
    </w:p>
    <w:p>
      <w:pPr>
        <w:jc w:val="right"/>
      </w:pPr>
      <w:r>
        <w:t>اسی کا نام ہے تقویٰ۔ تقویٰ ایک سلبی چیز نہیں ہے۔ اگر صرف بچنا آپ بتائیں تقویٰ کا مطلب تو کہا گیا تقویٰ سلبی ہو گیا۔</w:t>
      </w:r>
    </w:p>
    <w:p>
      <w:r>
        <w:rPr>
          <w:b/>
        </w:rPr>
        <w:t xml:space="preserve">[22:06] </w:t>
      </w:r>
      <w:r>
        <w:t>selbi bhi aik pehlu hai, doosra pehlu ajabi hai. yani kisi cheez se bachna aur kisi kaam ko karna. yeh matlab hua.</w:t>
      </w:r>
    </w:p>
    <w:p>
      <w:pPr>
        <w:jc w:val="right"/>
      </w:pPr>
      <w:r>
        <w:t>سلبی بھی ایک پہلو ہے، دوسرا پہلو ایجابی ہے۔ یعنی کسی چیز سے بچنا اور کسی کام کو کرنا۔ یہ مطلب ہوا۔</w:t>
      </w:r>
    </w:p>
    <w:p>
      <w:r>
        <w:rPr>
          <w:b/>
        </w:rPr>
        <w:t xml:space="preserve">[22:16] </w:t>
      </w:r>
      <w:r>
        <w:t>to "lalakum tattaqoon" ke maani yeh hue ke tum najayaz se bacho aur jayaz hi tak apne ko mehdood rakho.</w:t>
      </w:r>
    </w:p>
    <w:p>
      <w:pPr>
        <w:jc w:val="right"/>
      </w:pPr>
      <w:r>
        <w:t>تو "لعلکم تتقون" کے معنی یہ ہوئے کہ تم ناجائز سے بچو اور جائز ہی تک اپنے کو محدود رکھو۔</w:t>
      </w:r>
    </w:p>
    <w:p>
      <w:r>
        <w:rPr>
          <w:b/>
        </w:rPr>
        <w:t xml:space="preserve">[22:30] </w:t>
      </w:r>
      <w:r>
        <w:t>to roze mein aap kya karte hain ke raat ke auqaat mein khate hain, din ke auqaat mein nahi khatay. raat ke auqaat mein peete hain, din ke auqaat mein nahi peetay.</w:t>
      </w:r>
    </w:p>
    <w:p>
      <w:pPr>
        <w:jc w:val="right"/>
      </w:pPr>
      <w:r>
        <w:t>تو روزے میں آپ کیا کرتے ہیں کہ رات کے اوقات میں کھاتے ہیں، دن کے اوقات میں نہیں کھاتے۔ رات کے اوقات میں پیتے ہیں، دن کے اوقات میں نہیں پیتے۔</w:t>
      </w:r>
    </w:p>
    <w:p>
      <w:r>
        <w:rPr>
          <w:b/>
        </w:rPr>
        <w:t xml:space="preserve">[22:42] </w:t>
      </w:r>
      <w:r>
        <w:t>yeh aik symbolic training hai.</w:t>
      </w:r>
    </w:p>
    <w:p>
      <w:pPr>
        <w:jc w:val="right"/>
      </w:pPr>
      <w:r>
        <w:t>یہ ایک سمبالک ٹریننگ ہے۔</w:t>
      </w:r>
    </w:p>
    <w:p>
      <w:r>
        <w:rPr>
          <w:b/>
        </w:rPr>
        <w:t xml:space="preserve">[22:48] </w:t>
      </w:r>
      <w:r>
        <w:t>yani is ka matlab yeh hua ke jise hadith mein aata hai ke: "hadd hudoodan fala ta'tadooha". Allah ne hadd qaim kar di hai, us hadd ko paar mat karo.</w:t>
      </w:r>
    </w:p>
    <w:p>
      <w:pPr>
        <w:jc w:val="right"/>
      </w:pPr>
      <w:r>
        <w:t>یعنی اس کا مطلب یہ ہوا کہ جسے حدیث میں آتا ہے کہ: "حد حدوداً فلا تعتدوها"۔ اللہ نے حد قائم کر دی ہے، اس حد کو پار مت کرو۔</w:t>
      </w:r>
    </w:p>
    <w:p>
      <w:r>
        <w:rPr>
          <w:b/>
        </w:rPr>
        <w:t xml:space="preserve">[23:02] </w:t>
      </w:r>
      <w:r>
        <w:t>to Allah taala ne isi tareeqay se jis tarah se roze mein hota hai ke din ko aap khate hain, raat ko chhod dete hain. yahi maamla har cheez mein hai. ke aap ko sach bolna hai, jhoot nahi bolna hai.</w:t>
      </w:r>
    </w:p>
    <w:p>
      <w:pPr>
        <w:jc w:val="right"/>
      </w:pPr>
      <w:r>
        <w:t>تو اللہ تعالیٰ نے اسی طریقے سے جس طرح سے روزے میں ہوتا ہے کہ دن کو آپ کھاتے ہیں، رات کو چھوڑ دیتے ہیں۔ یہی معاملہ ہر چیز میں ہے۔ کہ آپ کو سچ بولنا ہے، جھوٹ نہیں بولنا ہے۔</w:t>
      </w:r>
    </w:p>
    <w:p>
      <w:r>
        <w:rPr>
          <w:b/>
        </w:rPr>
        <w:t xml:space="preserve">[23:17] </w:t>
      </w:r>
      <w:r>
        <w:t>dant daari ikhtiyar karna hai aur bad dua nahi ikhtiyar karna hai. maamla achhay tareeqay se karna hai, bad maamlgi nahi karna hai.</w:t>
      </w:r>
    </w:p>
    <w:p>
      <w:pPr>
        <w:jc w:val="right"/>
      </w:pPr>
      <w:r>
        <w:t>دانت داری اختیار کرنا ہے اور بد دعا نہیں اختیار کرنا ہے۔ معاملہ اچھے طریقے سے کرنا ہے، بد معاملگی نہیں کرنا ہے۔</w:t>
      </w:r>
    </w:p>
    <w:p>
      <w:r>
        <w:rPr>
          <w:b/>
        </w:rPr>
        <w:t xml:space="preserve">[23:31] </w:t>
      </w:r>
      <w:r>
        <w:t>peaceful tareeqay se kaam karna hai aur tashaddud ke zariye nahi kaam karna hai.</w:t>
      </w:r>
    </w:p>
    <w:p>
      <w:pPr>
        <w:jc w:val="right"/>
      </w:pPr>
      <w:r>
        <w:t>پیس فل طریقے سے کام کرنا ہے اور تشدد کے ذریعے نہیں کام کرنا ہے۔</w:t>
      </w:r>
    </w:p>
    <w:p>
      <w:r>
        <w:rPr>
          <w:b/>
        </w:rPr>
        <w:t xml:space="preserve">[23:39] </w:t>
      </w:r>
      <w:r>
        <w:t>sulah ke zariye kaam karna hai, jang ke zariye nahi kaam karna hai. insaanon ke liye aap ke dil mein khair khwahi hona hai, un ke liye dushmani nahi hona hai.</w:t>
      </w:r>
    </w:p>
    <w:p>
      <w:pPr>
        <w:jc w:val="right"/>
      </w:pPr>
      <w:r>
        <w:t>صلح کے ذریعے کام کرنا ہے، جنگ کے ذریعے نہیں کام کرنا ہے۔ انسانوں کے لیے آپ کے دل میں خیر خواہی ہونا ہے، ان کے لیے دشمنی نہیں ہونا ہے۔</w:t>
      </w:r>
    </w:p>
    <w:p>
      <w:r>
        <w:rPr>
          <w:b/>
        </w:rPr>
        <w:t xml:space="preserve">[23:48] </w:t>
      </w:r>
      <w:r>
        <w:t>yeh hai taqwa, yeh hai parhezgari. to taqwa ka aik selbi pehlu hai, aik ajabi pehlu hai. yeh karna, woh na karna.</w:t>
      </w:r>
    </w:p>
    <w:p>
      <w:pPr>
        <w:jc w:val="right"/>
      </w:pPr>
      <w:r>
        <w:t>یہ ہے تقویٰ، یہ ہے پرہیزگاری۔ تو تقویٰ کا ایک سلبی پہلو ہے، ایک ایجابی پہلو ہے۔ یہ کرنا، وہ نہ کرنا۔</w:t>
      </w:r>
    </w:p>
    <w:p>
      <w:r>
        <w:rPr>
          <w:b/>
        </w:rPr>
        <w:t xml:space="preserve">[23:58] </w:t>
      </w:r>
      <w:r>
        <w:t>yeh na yeh karna, woh na karna. to bilkul yahi maamla hai ke din ko khana, raat ko na khana. yeh goya aap ko tarbiyat di jati hai ke kuch cheezein selbi hain, kuch cheezein ajabi hain.</w:t>
      </w:r>
    </w:p>
    <w:p>
      <w:pPr>
        <w:jc w:val="right"/>
      </w:pPr>
      <w:r>
        <w:t>یہ نہ یہ کرنا، وہ نہ کرنا۔ تو بالکل یہی معاملہ ہے کہ دن کو کھانا، رات کو نہ کھانا۔ یہ گویا آپ کو تربیت دی جاتی ہے کہ کچھ چیزیں سلبی ہیں، کچھ چیزیں ایجابی ہیں۔</w:t>
      </w:r>
    </w:p>
    <w:p>
      <w:r>
        <w:rPr>
          <w:b/>
        </w:rPr>
        <w:t xml:space="preserve">[24:18] </w:t>
      </w:r>
      <w:r>
        <w:t>aur is zamanay mein sab se bari jo yani khilaf warzi ho rahi hai roze ke isprit, jis ko mein kahoon ga roza ka isprit. aik roza, aik roze ka isprit.</w:t>
      </w:r>
    </w:p>
    <w:p>
      <w:pPr>
        <w:jc w:val="right"/>
      </w:pPr>
      <w:r>
        <w:t>اور اس زمانے میں سب سے بڑی جو یعنی خلاف ورزی ہو رہی ہے روزے کے اسپرٹ، جس کو میں کہوں گا روزہ کا اسپرٹ۔ ایک روزہ، ایک روزے کا اسپرٹ۔</w:t>
      </w:r>
    </w:p>
    <w:p>
      <w:r>
        <w:rPr>
          <w:b/>
        </w:rPr>
        <w:t xml:space="preserve">[24:28] </w:t>
      </w:r>
      <w:r>
        <w:t>isprit of roza. roza ke baray mein to log karte hain ke din ko khate hain, raat ko nahi khatay. aur woh raat ko khate hain, din ko nahi khatay.</w:t>
      </w:r>
    </w:p>
    <w:p>
      <w:pPr>
        <w:jc w:val="right"/>
      </w:pPr>
      <w:r>
        <w:t>اسپرٹ آف روزہ۔ روزہ کے بارے میں تو لوگ کرتے ہیں کہ دن کو کھاتے ہیں، رات کو نہیں کھاتے۔ اور وہ رات کو کھاتے ہیں، دن کو نہیں کھاتے۔</w:t>
      </w:r>
    </w:p>
    <w:p>
      <w:r>
        <w:rPr>
          <w:b/>
        </w:rPr>
        <w:t xml:space="preserve">[24:37] </w:t>
      </w:r>
      <w:r>
        <w:t>lekin isprit ke baray mein bilkul hi</w:t>
      </w:r>
    </w:p>
    <w:p>
      <w:pPr>
        <w:jc w:val="right"/>
      </w:pPr>
      <w:r>
        <w:t>لیکن اسپرٹ کے بارے میں بالکل ہی</w:t>
      </w:r>
    </w:p>
    <w:p>
      <w:r>
        <w:rPr>
          <w:b/>
        </w:rPr>
        <w:t xml:space="preserve">[24:43] </w:t>
      </w:r>
      <w:r>
        <w:t>aik taraf se khali hain log. isprit mein misaal ke tor par dekhiye. insaan ke baray mein aap ko yeh karna hai ke aap ko kisi se dushmani nahi karna hai, dosti karna hai.</w:t>
      </w:r>
    </w:p>
    <w:p>
      <w:pPr>
        <w:jc w:val="right"/>
      </w:pPr>
      <w:r>
        <w:t>ایک طرف سے خالی ہیں لوگ۔ اسپرٹ میں مثال کے طور پر دیکھیے۔ انسان کے بارے میں آپ کو یہ کرنا ہے کہ آپ کو کسی سے دشمنی نہیں کرنا ہے، دوستی کرنا ہے۔</w:t>
      </w:r>
    </w:p>
    <w:p>
      <w:r>
        <w:rPr>
          <w:b/>
        </w:rPr>
        <w:t xml:space="preserve">[24:58] </w:t>
      </w:r>
      <w:r>
        <w:t>badkhwahi nahi karna hai, khair khwahi karna hai. kisi ko bura nahi chahna hai, us ko bhala chahna hai. nafrat nahi karna hai, mohabbat karna hai.</w:t>
      </w:r>
    </w:p>
    <w:p>
      <w:pPr>
        <w:jc w:val="right"/>
      </w:pPr>
      <w:r>
        <w:t>بدخواہی نہیں کرنا ہے، خیر خواہی کرنا ہے۔ کسی کو برا نہیں چاہنا ہے، اس کو بھلا چاہنا ہے۔ نفرت نہیں کرنا ہے، محبت کرنا ہے۔</w:t>
      </w:r>
    </w:p>
    <w:p>
      <w:r>
        <w:rPr>
          <w:b/>
        </w:rPr>
        <w:t xml:space="preserve">[25:11] </w:t>
      </w:r>
      <w:r>
        <w:t>is maamlay mein dekhiye to har rozedar jo hai fail ho raha hai.</w:t>
      </w:r>
    </w:p>
    <w:p>
      <w:pPr>
        <w:jc w:val="right"/>
      </w:pPr>
      <w:r>
        <w:t>اس معاملے میں دیکھیے تو ہر روزے دار جو ہے فیل ہو رہا ہے۔</w:t>
      </w:r>
    </w:p>
    <w:p>
      <w:r>
        <w:rPr>
          <w:b/>
        </w:rPr>
        <w:t xml:space="preserve">[25:18] </w:t>
      </w:r>
      <w:r>
        <w:t>kal mere mere paas do musalman aaye thay to unhon ne kaha ke agar doosra aadmi hum se hamare khilaf kare, hamare khilaf sazish kare to hum to nafrat to hogi.</w:t>
      </w:r>
    </w:p>
    <w:p>
      <w:pPr>
        <w:jc w:val="right"/>
      </w:pPr>
      <w:r>
        <w:t>کل میرے میرے پاس دو مسلمان آئے تھے تو انہوں نے کہا کہ اگر دوسرا آدمی ہم سے ہمارے خلاف کرے، ہمارے خلاف سازش کرے تو ہم تو نفرت تو ہوگی۔</w:t>
      </w:r>
    </w:p>
    <w:p>
      <w:r>
        <w:rPr>
          <w:b/>
        </w:rPr>
        <w:t xml:space="preserve">[25:34] </w:t>
      </w:r>
      <w:r>
        <w:t>tum se yahi. to mein ne kaha ke hadith mein aata hai ke: "la takoon imaa'ah". imaa'ah na bano.</w:t>
      </w:r>
    </w:p>
    <w:p>
      <w:pPr>
        <w:jc w:val="right"/>
      </w:pPr>
      <w:r>
        <w:t>تم سے یہی۔ تو میں نے کہا کہ حدیث میں آتا ہے کہ: "لا تکون اماۃ"۔ اما نہ بنو۔</w:t>
      </w:r>
    </w:p>
    <w:p>
      <w:r>
        <w:rPr>
          <w:b/>
        </w:rPr>
        <w:t xml:space="preserve">[25:45] </w:t>
      </w:r>
      <w:r>
        <w:t>yani jo doosra kar raha hai woh tum bhi na karne lago.</w:t>
      </w:r>
    </w:p>
    <w:p>
      <w:pPr>
        <w:jc w:val="right"/>
      </w:pPr>
      <w:r>
        <w:t>یعنی جو دوسرا کر رہا ہے وہ تم بھی نہ کرنے لگو۔</w:t>
      </w:r>
    </w:p>
    <w:p>
      <w:r>
        <w:rPr>
          <w:b/>
        </w:rPr>
        <w:t xml:space="preserve">[25:51] </w:t>
      </w:r>
      <w:r>
        <w:t>to jis tarah roze baasa hota hai ke chahe din ke waqt khana aap ke samnay rakh diya jaye, aap nahi khayen gay. din ke waqt pani rakh diya, aap nahi piyen gay. yeh wahan hai ke chahe doosra koi sabab paida kare, doosra aap ke khilaf sazish kare, tab bhi aap ko pareshani banna hai jaise ke woh khud bana hua hai.</w:t>
      </w:r>
    </w:p>
    <w:p>
      <w:pPr>
        <w:jc w:val="right"/>
      </w:pPr>
      <w:r>
        <w:t>تو جس طرح روزے باسا ہوتا ہے کہ چاہے دن کے وقت کھانا آپ کے سامنے رکھ دیا جائے، آپ نہیں کھائیں گے۔ دن کے وقت پانی رکھ دیا، آپ نہیں پیئیں گے۔ یہ وہاں ہے کہ چاہے دوسرا کوئی سبب پیدا کرے، دوسرا آپ کے خلاف سازش کرے، تب بھی آپ کو پریشانی بننا ہے جیسے کہ وہ خود بنا ہوا ہے۔</w:t>
      </w:r>
    </w:p>
    <w:p>
      <w:r>
        <w:rPr>
          <w:b/>
        </w:rPr>
        <w:t xml:space="preserve">[26:14] </w:t>
      </w:r>
      <w:r>
        <w:t>To roza aik hai form ke aitbaar se, aik hai spirit ke aitbaar se.</w:t>
      </w:r>
    </w:p>
    <w:p>
      <w:pPr>
        <w:jc w:val="right"/>
      </w:pPr>
      <w:r>
        <w:t>تو روزہ ایک ہے فارم کے اعتبار سے، ایک ہے اسپرٹ کے اعتبار سے۔</w:t>
      </w:r>
    </w:p>
    <w:p>
      <w:r>
        <w:rPr>
          <w:b/>
        </w:rPr>
        <w:t xml:space="preserve">[26:22] </w:t>
      </w:r>
      <w:r>
        <w:t>To roza ka spirit yeh hai ke jis tarah tum khane peene ke maamle mein</w:t>
      </w:r>
    </w:p>
    <w:p>
      <w:pPr>
        <w:jc w:val="right"/>
      </w:pPr>
      <w:r>
        <w:t>تو روزہ کا اسپرٹ یہ ہے کہ جس طرح تم کھانے پینے کے معاملے میں</w:t>
      </w:r>
    </w:p>
    <w:p>
      <w:r>
        <w:rPr>
          <w:b/>
        </w:rPr>
        <w:t xml:space="preserve">[26:29] </w:t>
      </w:r>
      <w:r>
        <w:t>din ko nahi khate aur raat ko khate ho, aise hi akhlaq ke maamle hain, maamlaat ke ka</w:t>
      </w:r>
    </w:p>
    <w:p>
      <w:pPr>
        <w:jc w:val="right"/>
      </w:pPr>
      <w:r>
        <w:t>دن کو نہیں کھاتے اور رات کو کھاتے ہو، ایسے ہی اخلاق کے معاملے ہیں، معاملات کے کا</w:t>
      </w:r>
    </w:p>
    <w:p>
      <w:r>
        <w:rPr>
          <w:b/>
        </w:rPr>
        <w:t xml:space="preserve">[26:36] </w:t>
      </w:r>
      <w:r>
        <w:t>jo hai daira aur jo zindagi ka jo guzarte hain aap doosron ke sath, is ke jo pehlu</w:t>
      </w:r>
    </w:p>
    <w:p>
      <w:pPr>
        <w:jc w:val="right"/>
      </w:pPr>
      <w:r>
        <w:t>جو ہے دائرہ اور جو زندگی کا جو گزارتے ہیں آپ دوسروں کے ساتھ، اس کے جو پہلو</w:t>
      </w:r>
    </w:p>
    <w:p>
      <w:r>
        <w:rPr>
          <w:b/>
        </w:rPr>
        <w:t xml:space="preserve">[26:45] </w:t>
      </w:r>
      <w:r>
        <w:t>hain, un sab mein aap ko kuch karna hai, kuch nahi karna hai.</w:t>
      </w:r>
    </w:p>
    <w:p>
      <w:pPr>
        <w:jc w:val="right"/>
      </w:pPr>
      <w:r>
        <w:t>ہیں، ان سب میں آپ کو کچھ کرنا ہے، کچھ نہیں کرنا ہے۔</w:t>
      </w:r>
    </w:p>
    <w:p>
      <w:r>
        <w:rPr>
          <w:b/>
        </w:rPr>
        <w:t xml:space="preserve">[26:50] </w:t>
      </w:r>
      <w:r>
        <w:t>kuch ko chhodna hai, kuch ko ikhtiyar karna hai. yeh hai roza.</w:t>
      </w:r>
    </w:p>
    <w:p>
      <w:pPr>
        <w:jc w:val="right"/>
      </w:pPr>
      <w:r>
        <w:t>کچھ کو چھوڑنا ہے، کچھ کو اختیار کرنا ہے۔ یہ ہے روزہ۔</w:t>
      </w:r>
    </w:p>
    <w:p>
      <w:r>
        <w:rPr>
          <w:b/>
        </w:rPr>
        <w:t xml:space="preserve">[27:01] </w:t>
      </w:r>
      <w:r>
        <w:t>jaise aik waqia aata hai hadith mein ke kuch log roza rakhe hue thay, do sahaba ne roza rakhe hue thay, woh aapas mein ghaybat kar rahay thay.</w:t>
      </w:r>
    </w:p>
    <w:p>
      <w:pPr>
        <w:jc w:val="right"/>
      </w:pPr>
      <w:r>
        <w:t>جیسے ایک واقعہ آتا ہے حدیث میں کہ کچھ لوگ روزہ رکھے ہوئے تھے، دو صحابہ نے روزہ رکھے ہوئے تھے، وہ آپس میں غیبت کر رہے تھے۔</w:t>
      </w:r>
    </w:p>
    <w:p>
      <w:r>
        <w:rPr>
          <w:b/>
        </w:rPr>
        <w:t xml:space="preserve">[27:15] </w:t>
      </w:r>
      <w:r>
        <w:t>kisi ki ghaybat kar rahay thay, kisi ki. yani aisi baatein kar rahay thay doosray ke khilaf. ghaybat kya hai? ghaybat dekhiye yeh hai ke kisi ke baray mein izhaar e rai karna bila daleel, us ke aib nikalna, us ke andar yani burai nikalna, manfi remarks dena waghera, na koi daleel na saboot.</w:t>
      </w:r>
    </w:p>
    <w:p>
      <w:pPr>
        <w:jc w:val="right"/>
      </w:pPr>
      <w:r>
        <w:t>کسی کی غیبت کر رہے تھے، کسی کی۔ یعنی ایسی باتیں کر رہے تھے دوسرے کے خلاف۔ غیبت کیا ہے؟ غیبت دیکھیے یہ ہے کہ کسی کے بارے میں اظہار رائے کرنا بلا دلیل، اس کے عیب نکالنا، اس کے اندر یعنی برائی نکالنا، منفی ریمارکس دینا وغیرہ، نہ کوئی دلیل نہ ثبوت۔</w:t>
      </w:r>
    </w:p>
    <w:p>
      <w:r>
        <w:rPr>
          <w:b/>
        </w:rPr>
        <w:t xml:space="preserve">[27:42] </w:t>
      </w:r>
      <w:r>
        <w:t>jis ko kehte hain character assassination. to daleel ke sath kisi bare mein izhaar e rai karen to wo jaiz hai aap ko. be daleel aap is ke aib lagayen, ilzaam lagayen to wo najaaiz hai.</w:t>
      </w:r>
    </w:p>
    <w:p>
      <w:pPr>
        <w:jc w:val="right"/>
      </w:pPr>
      <w:r>
        <w:t>جس کو کہتے ہیں کریکٹر اسیسینیشن۔ تو دلیل کے ساتھ کسی بارے میں اظہار رائے کریں تو وہ جائز ہے آپ کو۔ بے دلیل آپ اس کے عیب لگائیں، الزام لگائیں تو وہ ناجائز ہے۔</w:t>
      </w:r>
    </w:p>
    <w:p>
      <w:r>
        <w:rPr>
          <w:b/>
        </w:rPr>
        <w:t xml:space="preserve">[27:54] </w:t>
      </w:r>
      <w:r>
        <w:t>isi ko gheebat kehte hain. to wo roza rakh ke bhi wo gheebat kar rahe thay. to aap ne farmaya ke unhon ne</w:t>
      </w:r>
    </w:p>
    <w:p>
      <w:pPr>
        <w:jc w:val="right"/>
      </w:pPr>
      <w:r>
        <w:t>اسی کو غیبت کہتے ہیں۔ تو وہ روزہ رکھ کے بھی وہ غیبت کر رہے تھے۔ تو آپ نے فرمایا کہ انہوں نے</w:t>
      </w:r>
    </w:p>
    <w:p>
      <w:r>
        <w:rPr>
          <w:b/>
        </w:rPr>
        <w:t xml:space="preserve">[28:05] </w:t>
      </w:r>
      <w:r>
        <w:t>jaiz cheez se roza rakha, najaaiz cheez se iftaar kar liya. yaani khane peene se roza rakha, ab bad'goyi se iftaar kar liya.</w:t>
      </w:r>
    </w:p>
    <w:p>
      <w:pPr>
        <w:jc w:val="right"/>
      </w:pPr>
      <w:r>
        <w:t>جائز چیز سے روزہ رکھا، ناجائز چیز سے افطار کر لیا۔ یعنی کھانے پینے سے روزہ رکھا، اب بدگوئی سے افطار کر لیا۔</w:t>
      </w:r>
    </w:p>
    <w:p>
      <w:r>
        <w:rPr>
          <w:b/>
        </w:rPr>
        <w:t xml:space="preserve">[28:16] </w:t>
      </w:r>
      <w:r>
        <w:t>is se andaza ye hua, dekhiye. is par ghor kijiye is hadees par ke in logon ne jaiz cheez se roza rakha aur najaaiz cheez se iftaar kar liya.</w:t>
      </w:r>
    </w:p>
    <w:p>
      <w:pPr>
        <w:jc w:val="right"/>
      </w:pPr>
      <w:r>
        <w:t>اس سے اندازہ یہ ہوا، دیکھیے۔ اس پر غور کیجیے اس حدیث پر کہ ان لوگوں نے جائز چیز سے روزہ رکھا اور ناجائز چیز سے افطار کر لیا۔</w:t>
      </w:r>
    </w:p>
    <w:p>
      <w:r>
        <w:rPr>
          <w:b/>
        </w:rPr>
        <w:t xml:space="preserve">[28:29] </w:t>
      </w:r>
      <w:r>
        <w:t>yaani jab unhon ne khana peena to chhoday hue thay wo, lekin unhon ne bad'goyi ko nahi chhora, unhon ne ilzaam tarashi ko nahi chhora, unhon ne. be buniyad baaten kisi ke khilaaf bol rahe hain, wo nahi chhora unhon ne is ko.</w:t>
      </w:r>
    </w:p>
    <w:p>
      <w:pPr>
        <w:jc w:val="right"/>
      </w:pPr>
      <w:r>
        <w:t>یعنی جب انہوں نے کھانا پینا تو چھوڑے ہوئے تھے وہ، لیکن انہوں نے بدگوئی کو نہیں چھوڑا، انہوں نے الزام تراشی کو نہیں چھوڑا، انہوں نے۔ بے بنیاد باتیں کسی کے خلاف بول رہے ہیں، وہ نہیں چھوڑا انہوں نے اس کو۔</w:t>
      </w:r>
    </w:p>
    <w:p>
      <w:r>
        <w:rPr>
          <w:b/>
        </w:rPr>
        <w:t xml:space="preserve">[28:44] </w:t>
      </w:r>
      <w:r>
        <w:t>to is mani mein unhon ne alamaati roza to rakha, lekin haqeeqi roza nahi rakha unhon ne. roze ki spirit un ke andar nahi paida hui.</w:t>
      </w:r>
    </w:p>
    <w:p>
      <w:pPr>
        <w:jc w:val="right"/>
      </w:pPr>
      <w:r>
        <w:t>تو اس معنی میں انہوں نے علامتی روزہ تو رکھا، لیکن حقیقی روزہ نہیں رکھا انہوں نے۔ روزے کی اسپرٹ ان کے اندر نہیں پیدا ہوئی۔</w:t>
      </w:r>
    </w:p>
    <w:p>
      <w:r>
        <w:rPr>
          <w:b/>
        </w:rPr>
        <w:t xml:space="preserve">[28:57] </w:t>
      </w:r>
      <w:r>
        <w:t>to Ramzan ke bare mein Quran mein aaya taqwa ka lafz aur shukr ka lafz. yaani "la'allakum tattaqun". is ka matlab ye hai ke roza jo hai taqwa ka mahina hai.</w:t>
      </w:r>
    </w:p>
    <w:p>
      <w:pPr>
        <w:jc w:val="right"/>
      </w:pPr>
      <w:r>
        <w:t>تو رمضان کے بارے میں قرآن میں آیا تقویٰ کا لفظ اور شکر کا لفظ۔ یعنی "لعلکم تتقون"۔ اس کا مطلب یہ ہے کہ روزہ جو ہے تقویٰ کا مہینہ ہے۔</w:t>
      </w:r>
    </w:p>
    <w:p>
      <w:r>
        <w:rPr>
          <w:b/>
        </w:rPr>
        <w:t xml:space="preserve">[29:10] </w:t>
      </w:r>
      <w:r>
        <w:t>phir aaya "la'allakum tashkurun". roza shukr ka mahina hai.</w:t>
      </w:r>
    </w:p>
    <w:p>
      <w:pPr>
        <w:jc w:val="right"/>
      </w:pPr>
      <w:r>
        <w:t>پھر آیا "لعلکم تشکرون"۔ روزہ شکر کا مہینہ ہے۔</w:t>
      </w:r>
    </w:p>
    <w:p>
      <w:r>
        <w:rPr>
          <w:b/>
        </w:rPr>
        <w:t xml:space="preserve">[29:17] </w:t>
      </w:r>
      <w:r>
        <w:t>yaani shahr ul taqwa aur shahr ul shukr. hadees mein ek aur cheez aayi hai. hua shahr us sabr.</w:t>
      </w:r>
    </w:p>
    <w:p>
      <w:pPr>
        <w:jc w:val="right"/>
      </w:pPr>
      <w:r>
        <w:t>یعنی شہر التقویٰ اور شہر الشکر۔ حدیث میں ایک اور چیز آئی ہے۔ ہوا شہر الصبر۔</w:t>
      </w:r>
    </w:p>
    <w:p>
      <w:r>
        <w:rPr>
          <w:b/>
        </w:rPr>
        <w:t xml:space="preserve">[29:27] </w:t>
      </w:r>
      <w:r>
        <w:t>wo sabr ka mahina hai. is par ghor karte hue mujhe ek baat samajh mein aayi. wahi jo maine kaha tha ke Ramzan se pehle jo Shaban aata hai to wo jud o sad ul madra ke mani hain ke Ramzan ke bare mein sochna, Ramzan ki tayyari karna, Ramzan ki apna waqt phir phir karna.</w:t>
      </w:r>
    </w:p>
    <w:p>
      <w:pPr>
        <w:jc w:val="right"/>
      </w:pPr>
      <w:r>
        <w:t>وہ صبر کا مہینہ ہے۔ اس پر غور کرتے ہوئے مجھے ایک بات سمجھ میں آئی۔ وہی جو میں نے کہا تھا کہ رمضان سے پہلے جو شعبان آتا ہے تو وہ جد و سد المدرہ کے معنی ہیں کہ رمضان کے بارے میں سوچنا، رمضان کی تیاری کرنا، رمضان کی اپنا وقت پھر پھر کرنا۔</w:t>
      </w:r>
    </w:p>
    <w:p>
      <w:r>
        <w:rPr>
          <w:b/>
        </w:rPr>
        <w:t xml:space="preserve">[29:46] </w:t>
      </w:r>
      <w:r>
        <w:t>ye hai.</w:t>
      </w:r>
    </w:p>
    <w:p>
      <w:pPr>
        <w:jc w:val="right"/>
      </w:pPr>
      <w:r>
        <w:t>یہ ہے۔</w:t>
      </w:r>
    </w:p>
    <w:p>
      <w:r>
        <w:rPr>
          <w:b/>
        </w:rPr>
        <w:t xml:space="preserve">[29:50] </w:t>
      </w:r>
      <w:r>
        <w:t>to Rasool Allah sal'lallahu alaihi wasallam ne goya ke ek aur cheez daryaft ki Ramzan ke bare mein jo Quran mein mazkoor nahi thi. Quran mein tha ke shahr ul taqwa hai ye, shahr ul shukr hai ye.</w:t>
      </w:r>
    </w:p>
    <w:p>
      <w:pPr>
        <w:jc w:val="right"/>
      </w:pPr>
      <w:r>
        <w:t>تو رسول اللہ صلی اللہ علیہ وسلم نے گویا کہ ایک اور چیز دریافت کی رمضان کے بارے میں جو قرآن میں مذکور نہیں تھی۔ قرآن میں تھا کہ شہر التقویٰ ہے یہ، شہر الشکر ہے یہ۔</w:t>
      </w:r>
    </w:p>
    <w:p>
      <w:r>
        <w:rPr>
          <w:b/>
        </w:rPr>
        <w:t xml:space="preserve">[30:03] </w:t>
      </w:r>
      <w:r>
        <w:t>aap ne ek aur cheez mein izafa kiya ke wo shahr us sabr hai.</w:t>
      </w:r>
    </w:p>
    <w:p>
      <w:pPr>
        <w:jc w:val="right"/>
      </w:pPr>
      <w:r>
        <w:t>آپ نے ایک اور چیز میں اضافہ کیا کہ وہ شہر الصبر ہے۔</w:t>
      </w:r>
    </w:p>
    <w:p>
      <w:r>
        <w:rPr>
          <w:b/>
        </w:rPr>
        <w:t xml:space="preserve">[30:10] </w:t>
      </w:r>
      <w:r>
        <w:t>is se mujhe ek badi ajeeb baat samajh mein aayi. ke kuch buniyadi cheezon ko Quran mein bata diya gaya hai, lekin is ka matlab ye nahi ke aap ka soch ka dayera khatam ho gaya.</w:t>
      </w:r>
    </w:p>
    <w:p>
      <w:pPr>
        <w:jc w:val="right"/>
      </w:pPr>
      <w:r>
        <w:t>اس سے مجھے ایک بڑی عجیب بات سمجھ میں آئی۔ کہ کچھ بنیادی چیزوں کو قرآن میں بتا دیا گیا ہے، لیکن اس کا مطلب یہ نہیں کہ آپ کا سوچ کا دائرہ ختم ہو گیا۔</w:t>
      </w:r>
    </w:p>
    <w:p>
      <w:r>
        <w:rPr>
          <w:b/>
        </w:rPr>
        <w:t xml:space="preserve">[30:20] </w:t>
      </w:r>
      <w:r>
        <w:t>aap sochenge to aur aur baaten nikalenge, aur aur baaten nikalenge. ye bhi ek sunnat hai. ye bhi ek namoona hai, ye bhi ek uswa hai.</w:t>
      </w:r>
    </w:p>
    <w:p>
      <w:pPr>
        <w:jc w:val="right"/>
      </w:pPr>
      <w:r>
        <w:t>آپ سوچیں گے تو اور اور باتیں نکالیں گے، اور اور باتیں نکالیں گے۔ یہ بھی ایک سنت ہے۔ یہ بھی ایک نمونہ ہے، یہ بھی ایک اسوہ ہے۔</w:t>
      </w:r>
    </w:p>
    <w:p>
      <w:r>
        <w:rPr>
          <w:b/>
        </w:rPr>
        <w:t xml:space="preserve">[30:30] </w:t>
      </w:r>
      <w:r>
        <w:t>ke socho aur socho aur socho. to nayi nayi baaten tum ko milengi. naye naye pehlu khulenge tumhare upar. chunancha main ghor karta raha to mujhe ek baat samajh mein aayi.</w:t>
      </w:r>
    </w:p>
    <w:p>
      <w:pPr>
        <w:jc w:val="right"/>
      </w:pPr>
      <w:r>
        <w:t>کہ سوچو اور سوچو اور سوچو۔ تو نئی نئی باتیں تم کو ملیں گی۔ نئے نئے پہلو کھلیں گے تمہارے اوپر۔ چنانچہ میں غور کرتا رہا تو مجھے ایک بات سمجھ میں آئی۔</w:t>
      </w:r>
    </w:p>
    <w:p>
      <w:r>
        <w:rPr>
          <w:b/>
        </w:rPr>
        <w:t xml:space="preserve">[30:44] </w:t>
      </w:r>
      <w:r>
        <w:t>ke shayad roze ko ye kahein ke shahr ul tadabbur bhi hai roza. shahr ul tadabbur. roza shahr ul taqwa hai, roza shahr ul shukr hai, roza shahr us sabr hai.</w:t>
      </w:r>
    </w:p>
    <w:p>
      <w:pPr>
        <w:jc w:val="right"/>
      </w:pPr>
      <w:r>
        <w:t>کہ شاید روزے کو یہ کہیں کہ شہر التدبر بھی ہے روزہ۔ شہر التدبر۔ روزہ شہر التقویٰ ہے، روزہ شہر الشکر ہے، روزہ شہر الصبر ہے۔</w:t>
      </w:r>
    </w:p>
    <w:p>
      <w:r>
        <w:rPr>
          <w:b/>
        </w:rPr>
        <w:t xml:space="preserve">[30:58] </w:t>
      </w:r>
      <w:r>
        <w:t>roza shahr ul tadabbur bhi hai.</w:t>
      </w:r>
    </w:p>
    <w:p>
      <w:pPr>
        <w:jc w:val="right"/>
      </w:pPr>
      <w:r>
        <w:t>روزہ شہر التدبر بھی ہے۔</w:t>
      </w:r>
    </w:p>
    <w:p>
      <w:r>
        <w:rPr>
          <w:b/>
        </w:rPr>
        <w:t xml:space="preserve">[31:06] </w:t>
      </w:r>
      <w:r>
        <w:t>is ke bare mein main kuch arz karunga, pehle is ke liye shahr us sabr. dekhiye jis ye farmaya ke roza sabr ka mahina hai, ye saada baat nahi hai.</w:t>
      </w:r>
    </w:p>
    <w:p>
      <w:pPr>
        <w:jc w:val="right"/>
      </w:pPr>
      <w:r>
        <w:t>اس کے بارے میں میں کچھ عرض کروں گا، پہلے اس کے لیے شہر الصبر۔ دیکھیے جس یہ فرمایا کہ روزہ صبر کا مہینہ ہے، یہ سادہ بات نہیں ہے۔</w:t>
      </w:r>
    </w:p>
    <w:p>
      <w:r>
        <w:rPr>
          <w:b/>
        </w:rPr>
        <w:t xml:space="preserve">[31:18] </w:t>
      </w:r>
      <w:r>
        <w:t>sabr ke mani kya hain? sabr ke mani hain ke koi khilaf mizaj baaten hon to aap provoke na hon, bhadak na uthen.</w:t>
      </w:r>
    </w:p>
    <w:p>
      <w:pPr>
        <w:jc w:val="right"/>
      </w:pPr>
      <w:r>
        <w:t>صبر کے معنی کیا ہیں؟ صبر کے معنی ہیں کہ کوئی خلاف مزاج باتیں ہوں تو آپ پرووک نہ ہوں، بھڑک نہ اٹھیں۔</w:t>
      </w:r>
    </w:p>
    <w:p>
      <w:r>
        <w:rPr>
          <w:b/>
        </w:rPr>
        <w:t xml:space="preserve">[31:31] </w:t>
      </w:r>
      <w:r>
        <w:t>apni normalcy ko baqi rakhen. sabr ke mani hain e'tedaal ko baqi rakhna. koi aadmi dekhiye bar bar kya hota hai.</w:t>
      </w:r>
    </w:p>
    <w:p>
      <w:pPr>
        <w:jc w:val="right"/>
      </w:pPr>
      <w:r>
        <w:t>اپنی نارملسی کو باقی رکھیں۔ صبر کے معنی ہیں اعتدال کو باقی رکھنا۔ کوئی آدمی دیکھیے بار بار کیا ہوتا ہے۔</w:t>
      </w:r>
    </w:p>
    <w:p>
      <w:r>
        <w:rPr>
          <w:b/>
        </w:rPr>
        <w:t xml:space="preserve">[31:41] </w:t>
      </w:r>
      <w:r>
        <w:t>jazbaat se maghloob ho jata hai, khwahish se maghloob ho jata hai, isht'aal se maghloob ho jata hai. bar bar aisa hota rehta hai. mohabbat se maghloob ho jata hai.</w:t>
      </w:r>
    </w:p>
    <w:p>
      <w:pPr>
        <w:jc w:val="right"/>
      </w:pPr>
      <w:r>
        <w:t>جذبات سے مغلوب ہو جاتا ہے، خواہش سے مغلوب ہو جاتا ہے، اشتعال سے مغلوب ہو جاتا ہے۔ بار بار ایسا ہوتا رہتا ہے۔ محبت سے مغلوب ہو جاتا ہے۔</w:t>
      </w:r>
    </w:p>
    <w:p>
      <w:r>
        <w:rPr>
          <w:b/>
        </w:rPr>
        <w:t xml:space="preserve">[31:53] </w:t>
      </w:r>
      <w:r>
        <w:t>sabr ka matlab hai apne ko haalat e'tedaal par qaim rakhna. normal haalat jo hai aadmi ki fitri, us ko qaim rakhna is ko.</w:t>
      </w:r>
    </w:p>
    <w:p>
      <w:pPr>
        <w:jc w:val="right"/>
      </w:pPr>
      <w:r>
        <w:t>صبر کا مطلب ہے اپنے کو حالت اعتدال پر قائم رکھنا۔ نارمل حالت جو ہے آدمی کی فطری، اس کو قائم رکھنا اس کو۔</w:t>
      </w:r>
    </w:p>
    <w:p>
      <w:r>
        <w:rPr>
          <w:b/>
        </w:rPr>
        <w:t xml:space="preserve">[32:02] </w:t>
      </w:r>
      <w:r>
        <w:t>is ke bohat faayde hain. is ka main ek ek taaza misaal deta hoon aap ko.</w:t>
      </w:r>
    </w:p>
    <w:p>
      <w:pPr>
        <w:jc w:val="right"/>
      </w:pPr>
      <w:r>
        <w:t>اس کے بہت فائدے ہیں۔ اس کا میں ایک ایک تازہ مثال دیتا ہوں آپ کو۔</w:t>
      </w:r>
    </w:p>
    <w:p>
      <w:r>
        <w:rPr>
          <w:b/>
        </w:rPr>
        <w:t xml:space="preserve">[32:10] </w:t>
      </w:r>
      <w:r>
        <w:t>kal akhbar mein ek khabar aayi hai, shayad aap ne dekha ho. ke South Africa ka ek mashhoor cricketer, cricket ka ek mashhoor khiladi Islam mein daakhil ho gaya.</w:t>
      </w:r>
    </w:p>
    <w:p>
      <w:pPr>
        <w:jc w:val="right"/>
      </w:pPr>
      <w:r>
        <w:t>کل اخبار میں ایک خبر آئی ہے، شاید آپ نے دیکھا ہو۔ کہ ساؤتھ افریقہ کا ایک مشہور کرکٹر، کرکٹ کا ایک مشہور کھلاڑی اسلام میں داخل ہو گیا۔</w:t>
      </w:r>
    </w:p>
    <w:p>
      <w:r>
        <w:rPr>
          <w:b/>
        </w:rPr>
        <w:t xml:space="preserve">[32:28] </w:t>
      </w:r>
      <w:r>
        <w:t>islam mein dakhil ho gaya. is ka naam hai parnal. yeh aaya akhbar mein, aap kal ke akhbar mein dekh sakte hain. parnal. yeh mashhoor khiladi hai, is ke photo ke sath is ka aaya hai ke is ne islam qabool kar liya hai.</w:t>
      </w:r>
    </w:p>
    <w:p>
      <w:pPr>
        <w:jc w:val="right"/>
      </w:pPr>
      <w:r>
        <w:t>اسلام میں داخل ہو گیا۔ اس کا نام ہے پارنل۔ یہ آیا اخبار میں، آپ کل کے اخبار میں دیکھ سکتے ہیں۔ پارنل۔ یہ مشہور کھلاڑی ہے، اس کے فوٹو کے ساتھ اس کا آیا ہے کہ اس نے اسلام قبول کر لیا ہے۔</w:t>
      </w:r>
    </w:p>
    <w:p>
      <w:r>
        <w:rPr>
          <w:b/>
        </w:rPr>
        <w:t xml:space="preserve">[32:44] </w:t>
      </w:r>
      <w:r>
        <w:t>to mein aik baat sochne laga.</w:t>
      </w:r>
    </w:p>
    <w:p>
      <w:pPr>
        <w:jc w:val="right"/>
      </w:pPr>
      <w:r>
        <w:t>تو میں ایک بات سوچنے لگا۔</w:t>
      </w:r>
    </w:p>
    <w:p>
      <w:r>
        <w:rPr>
          <w:b/>
        </w:rPr>
        <w:t xml:space="preserve">[32:50] </w:t>
      </w:r>
      <w:r>
        <w:t>ke itni islam ke khilaf baatein chhap rahi hain. rozana islam ke khilaf media mein baatein hoti hain. ke islam tashaddud ka mazhab hai, islam nafl sikhata hai, islam jo hai islam mein tolerance nahi hai waghera waghera.</w:t>
      </w:r>
    </w:p>
    <w:p>
      <w:pPr>
        <w:jc w:val="right"/>
      </w:pPr>
      <w:r>
        <w:t>کہ اتنی اسلام کے خلاف باتیں چھپ رہی ہیں۔ روزانہ اسلام کے خلاف میڈیا میں باتیں ہوتی ہیں۔ کہ اسلام تشدد کا مذہب ہے، اسلام نفل سکھاتا ہے، اسلام جو ہے اسلام میں ٹولرنس نہیں ہے وغیرہ وغیرہ۔</w:t>
      </w:r>
    </w:p>
    <w:p>
      <w:r>
        <w:rPr>
          <w:b/>
        </w:rPr>
        <w:t xml:space="preserve">[33:07] </w:t>
      </w:r>
      <w:r>
        <w:t>yeh musalmanon ke jo rosh hai is ko le kar ke. kyunke musalman jagah jagah is tarah ke waqiat kar rahe hain to log samajhte hain ke yahi islam hai.</w:t>
      </w:r>
    </w:p>
    <w:p>
      <w:pPr>
        <w:jc w:val="right"/>
      </w:pPr>
      <w:r>
        <w:t>یہ مسلمانوں کے جو روش ہے اس کو لے کر کے۔ کیونکہ مسلمان جگہ جگہ اس طرح کے واقعات کر رہے ہیں تو لوگ سمجھتے ہیں کہ یہی اسلام ہے۔</w:t>
      </w:r>
    </w:p>
    <w:p>
      <w:r>
        <w:rPr>
          <w:b/>
        </w:rPr>
        <w:t xml:space="preserve">[33:19] </w:t>
      </w:r>
      <w:r>
        <w:t>jo jab itna zyada islam ke khilaf media mein aa raha hai to log islam qabool kyun kar rahe hain? har mulk mein islam qabool kar rahe hain log, har mulk mein.</w:t>
      </w:r>
    </w:p>
    <w:p>
      <w:pPr>
        <w:jc w:val="right"/>
      </w:pPr>
      <w:r>
        <w:t>جو جب اتنا زیادہ اسلام کے خلاف میڈیا میں آ رہا ہے تو لوگ اسلام قبول کیوں کر رہے ہیں؟ ہر ملک میں اسلام قبول کر رہے ہیں لوگ، ہر ملک میں۔</w:t>
      </w:r>
    </w:p>
    <w:p>
      <w:r>
        <w:rPr>
          <w:b/>
        </w:rPr>
        <w:t xml:space="preserve">[33:29] </w:t>
      </w:r>
      <w:r>
        <w:t>kyun aisa ho raha hai? to yahan par mujhe sabr ki ahmiyat maloom hui. kyunke ab musalman is ko daryaft nahi kar sake the ab tak.</w:t>
      </w:r>
    </w:p>
    <w:p>
      <w:pPr>
        <w:jc w:val="right"/>
      </w:pPr>
      <w:r>
        <w:t>کیوں ایسا ہو رہا ہے؟ تو یہاں پر مجھے صبر کی اہمیت معلوم ہوئی۔ کیونکہ اب مسلمان اس کو دریافت نہیں کر سکے تھے اب تک۔</w:t>
      </w:r>
    </w:p>
    <w:p>
      <w:r>
        <w:rPr>
          <w:b/>
        </w:rPr>
        <w:t xml:space="preserve">[33:40] </w:t>
      </w:r>
      <w:r>
        <w:t>kyunke sabr nahi kar paate woh. yani jo jo bharkata hai us se bhark jaate hain. jaise kal hi ke akhbar mein aik aik kisi ne bayan de diya, aik hindu jo harvard university mein hai, ab is par toofan.</w:t>
      </w:r>
    </w:p>
    <w:p>
      <w:pPr>
        <w:jc w:val="right"/>
      </w:pPr>
      <w:r>
        <w:t>کیونکہ صبر نہیں کر پاتے وہ۔ یعنی جو جو بھڑکاتا ہے اس سے بھڑک جاتے ہیں۔ جیسے کل ہی کے اخبار میں ایک ایک کسی نے بیان دے دیا، ایک ہندو جو ہارورڈ یونیورسٹی میں ہے، اب اس پر طوفان۔</w:t>
      </w:r>
    </w:p>
    <w:p>
      <w:r>
        <w:rPr>
          <w:b/>
        </w:rPr>
        <w:t xml:space="preserve">[34:00] </w:t>
      </w:r>
      <w:r>
        <w:t>agar aap is ko aap nazar andaz karen, yani yeh jo baatein hoti hain media mein islam ke khilaf, to aap is ko nazar andaz karen.</w:t>
      </w:r>
    </w:p>
    <w:p>
      <w:pPr>
        <w:jc w:val="right"/>
      </w:pPr>
      <w:r>
        <w:t>اگر آپ اس کو آپ نظر انداز کریں، یعنی یہ جو باتیں ہوتی ہیں میڈیا میں اسلام کے خلاف، تو آپ اس کو نظر انداز کریں۔</w:t>
      </w:r>
    </w:p>
    <w:p>
      <w:r>
        <w:rPr>
          <w:b/>
        </w:rPr>
        <w:t xml:space="preserve">[34:10] </w:t>
      </w:r>
      <w:r>
        <w:t>nazar andaz ke maani kya hain? apne i'tidal ko baqi rakhen, normal thinking ko baqi rakhen. to badi badi haqeeqaten samne ayengi.</w:t>
      </w:r>
    </w:p>
    <w:p>
      <w:pPr>
        <w:jc w:val="right"/>
      </w:pPr>
      <w:r>
        <w:t>نظر انداز کے معنی کیا ہیں؟ اپنے اعتدال کو باقی رکھیں، نارمل تھنکنگ کو باقی رکھیں۔ تو بڑی بڑی حقیقتیں سامنے آئیں گی۔</w:t>
      </w:r>
    </w:p>
    <w:p>
      <w:r>
        <w:rPr>
          <w:b/>
        </w:rPr>
        <w:t xml:space="preserve">[34:21] </w:t>
      </w:r>
      <w:r>
        <w:t>jaise yeh baat jo hai is par sochte sochte mujhe samajh mein aaya. ke kyun aisa hai ke koi bhi negative propaganda islam ke advancement ko rok nahi raha hai.</w:t>
      </w:r>
    </w:p>
    <w:p>
      <w:pPr>
        <w:jc w:val="right"/>
      </w:pPr>
      <w:r>
        <w:t>جیسے یہ بات جو ہے اس پر سوچتے سوچتے مجھے سمجھ میں آیا۔ کہ کیوں ایسا ہے کہ کوئی بھی نیگیٹیو پروپیگنڈا اسلام کے ایڈوانسمنٹ کو روک نہیں رہا ہے۔</w:t>
      </w:r>
    </w:p>
    <w:p>
      <w:r>
        <w:rPr>
          <w:b/>
        </w:rPr>
        <w:t xml:space="preserve">[34:34] </w:t>
      </w:r>
      <w:r>
        <w:t>kyun aisa hai? musalmanon ko is ki khabar nahi hai. kyunke mu'addal fikr ko is se mahroom hain woh.</w:t>
      </w:r>
    </w:p>
    <w:p>
      <w:pPr>
        <w:jc w:val="right"/>
      </w:pPr>
      <w:r>
        <w:t>کیوں ایسا ہے؟ مسلمانوں کو اس کی خبر نہیں ہے۔ کیونکہ معدل فکر کو اس سے محروم ہیں وہ۔</w:t>
      </w:r>
    </w:p>
    <w:p>
      <w:r>
        <w:rPr>
          <w:b/>
        </w:rPr>
        <w:t xml:space="preserve">[34:44] </w:t>
      </w:r>
      <w:r>
        <w:t>nafraton mein jeete hain, isht'aal mein jeete hain. mu'addal andaaz mein sochna un ke andar mafqood hai bilkul. to mujhe samajh mein yeh baat aayi.</w:t>
      </w:r>
    </w:p>
    <w:p>
      <w:pPr>
        <w:jc w:val="right"/>
      </w:pPr>
      <w:r>
        <w:t>نفرتوں میں جیتے ہیں، اشتعال میں جیتے ہیں۔ معدل انداز میں سوچنا ان کے اندر مفقود ہے بالکل۔ تو مجھے سمجھ میں یہ بات آئی۔</w:t>
      </w:r>
    </w:p>
    <w:p>
      <w:r>
        <w:rPr>
          <w:b/>
        </w:rPr>
        <w:t xml:space="preserve">[34:56] </w:t>
      </w:r>
      <w:r>
        <w:t>ke is ki wajah hai ke Allah ka deen jo hai woh fitrat ka deen hai. fitrat mein introvement hai. to woh woh to har haal mein maujood rahega chahe kuch bhi ho.</w:t>
      </w:r>
    </w:p>
    <w:p>
      <w:pPr>
        <w:jc w:val="right"/>
      </w:pPr>
      <w:r>
        <w:t>کہ اس کی وجہ ہے کہ اللہ کا دین جو ہے وہ فطرت کا دین ہے۔ فطرت میں انٹروومنٹ ہے۔ تو وہ وہ تو ہر حال میں موجود رہے گا چاہے کچھ بھی ہو۔</w:t>
      </w:r>
    </w:p>
    <w:p>
      <w:r>
        <w:rPr>
          <w:b/>
        </w:rPr>
        <w:t xml:space="preserve">[35:09] </w:t>
      </w:r>
      <w:r>
        <w:t>jaise pani fitrat mein maujood hai. to pani ke khilaf koi propaganda kare to kya us se pani peena chhod denge log? kitne hi propaganda aap karte rahen pani ke khilaf, phir bhi log pani piyenge.</w:t>
      </w:r>
    </w:p>
    <w:p>
      <w:pPr>
        <w:jc w:val="right"/>
      </w:pPr>
      <w:r>
        <w:t>جیسے پانی فطرت میں موجود ہے۔ تو پانی کے خلاف کوئی پروپیگنڈا کرے تو کیا اس سے پانی پینا چھوڑ دیں گے لوگ؟ کتنے ہی پروپیگنڈا آپ کرتے رہیں پانی کے خلاف، پھر بھی لوگ پانی پیئیں گے۔</w:t>
      </w:r>
    </w:p>
    <w:p>
      <w:r>
        <w:rPr>
          <w:b/>
        </w:rPr>
        <w:t xml:space="preserve">[35:22] </w:t>
      </w:r>
      <w:r>
        <w:t>is ki aik misaal dekhiye yeh hai. ke Allah ke khilaf, khuda ke khilaf, yani creator ke khilaf is zamane mein bohat kuch kaha gaya hai.</w:t>
      </w:r>
    </w:p>
    <w:p>
      <w:pPr>
        <w:jc w:val="right"/>
      </w:pPr>
      <w:r>
        <w:t>اس کی ایک مثال دیکھیے یہ ہے۔ کہ اللہ کے خلاف، خدا کے خلاف، یعنی کریٹر کے خلاف اس زمانے میں بہت کچھ کہا گیا ہے۔</w:t>
      </w:r>
    </w:p>
    <w:p>
      <w:r>
        <w:rPr>
          <w:b/>
        </w:rPr>
        <w:t xml:space="preserve">[35:32] </w:t>
      </w:r>
      <w:r>
        <w:t>baqayda philosophy bani hai, baqayda ideology bani hai. yani atheism, existentialism, marxism, communism, yeh sab is khuda ke khilaf.</w:t>
      </w:r>
    </w:p>
    <w:p>
      <w:pPr>
        <w:jc w:val="right"/>
      </w:pPr>
      <w:r>
        <w:t>باقاعدہ فلاسفی بنی ہے، باقاعدہ آئیڈیالوجی بنی ہے۔ یعنی ایتھیزم، ایگزسٹینشلزم، مارکسزم، کمیونزم، یہ سب اس خدا کے خلاف۔</w:t>
      </w:r>
    </w:p>
    <w:p>
      <w:r>
        <w:rPr>
          <w:b/>
        </w:rPr>
        <w:t xml:space="preserve">[35:45] </w:t>
      </w:r>
      <w:r>
        <w:t>unhon ne kaha God is dead. God was a hoax of history. God is a m is an open</w:t>
      </w:r>
    </w:p>
    <w:p>
      <w:pPr>
        <w:jc w:val="right"/>
      </w:pPr>
      <w:r>
        <w:t>انہوں نے کہا گاڈ از ڈیڈ۔ گاڈ واز ا ہاکس آف ہسٹری۔ گاڈ از ا ایم از اے اوپین</w:t>
      </w:r>
    </w:p>
    <w:p>
      <w:r>
        <w:rPr>
          <w:b/>
        </w:rPr>
        <w:t xml:space="preserve">[35:56] </w:t>
      </w:r>
      <w:r>
        <w:t>of mind waghera waghera. phir bhi aap dekhiye ke ke bar bar research aati rehti hai ke khuda ka tasawwur insan ke andar se nikal nahi nikal nahi saka.</w:t>
      </w:r>
    </w:p>
    <w:p>
      <w:pPr>
        <w:jc w:val="right"/>
      </w:pPr>
      <w:r>
        <w:t>آف مائنڈ وغیرہ وغیرہ۔ پھر بھی آپ دیکھیے کہ کہ بار بار ریسرچ آتی رہتی ہے کہ خدا کا تصور انسان کے اندر سے نکل نہیں نکل نہیں سکا۔</w:t>
      </w:r>
    </w:p>
    <w:p>
      <w:r>
        <w:rPr>
          <w:b/>
        </w:rPr>
        <w:t xml:space="preserve">[36:06] </w:t>
      </w:r>
      <w:r>
        <w:t>abhi recently aaya tha aik. har aadmi ke andar kahin na kahin khuda ka tasawwur chhipa hua hai. abhi aik aik aaya tha ke aisa lagta hai ke in aadmi ka brain jo hai brain isi mein khuda ka tasawwur shamil hai.</w:t>
      </w:r>
    </w:p>
    <w:p>
      <w:pPr>
        <w:jc w:val="right"/>
      </w:pPr>
      <w:r>
        <w:t>ابھی ریسنٹلی آیا تھا ایک۔ ہر آدمی کے اندر کہیں نہ کہیں خدا کا تصور چھپا ہوا ہے۔ ابھی ایک ایک آیا تھا کہ ایسا لگتا ہے کہ ان آدمی کا برین جو ہے برین اسی میں خدا کا تصور شامل ہے۔</w:t>
      </w:r>
    </w:p>
    <w:p>
      <w:r>
        <w:rPr>
          <w:b/>
        </w:rPr>
        <w:t xml:space="preserve">[36:21] </w:t>
      </w:r>
      <w:r>
        <w:t>to jab fitrat mein maujood hai khuda ka tasawwur to aap nikal nahi pa rahe aap.</w:t>
      </w:r>
    </w:p>
    <w:p>
      <w:pPr>
        <w:jc w:val="right"/>
      </w:pPr>
      <w:r>
        <w:t>تو جب فطرت میں موجود ہے خدا کا تصور تو آپ نکال نہیں پا رہے آپ۔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