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Paradise in the Making I March 27, 2011- Maulana Wahiduddin Khan</w:t>
      </w:r>
    </w:p>
    <w:p>
      <w:r>
        <w:t>https://www.youtube.com/watch?v=uIhsvD9JGmY</w:t>
      </w:r>
    </w:p>
    <w:p>
      <w:r>
        <w:rPr>
          <w:b/>
        </w:rPr>
        <w:t xml:space="preserve">[00:13] </w:t>
      </w:r>
      <w:r>
        <w:t>bismillah rahman rahim, wa salla Allahu ala nabi al karim.</w:t>
      </w:r>
    </w:p>
    <w:p>
      <w:pPr>
        <w:jc w:val="right"/>
      </w:pPr>
      <w:r>
        <w:t>بسم اللہ الرحمن الرحیم، وصلی اللہ علی النبی الکریم.</w:t>
      </w:r>
    </w:p>
    <w:p>
      <w:r>
        <w:rPr>
          <w:b/>
        </w:rPr>
        <w:t xml:space="preserve">[00:21] </w:t>
      </w:r>
      <w:r>
        <w:t>rab ishrah li sadri, wa yassir li amri, wa hluqdatan min lisani yafqahu qawli.</w:t>
      </w:r>
    </w:p>
    <w:p>
      <w:pPr>
        <w:jc w:val="right"/>
      </w:pPr>
      <w:r>
        <w:t>رب اشرح لی صدری، ویسر لی امری، واحل العقدۃ من لسانی یفقہ قولی.</w:t>
      </w:r>
    </w:p>
    <w:p>
      <w:r>
        <w:rPr>
          <w:b/>
        </w:rPr>
        <w:t xml:space="preserve">[00:34] </w:t>
      </w:r>
      <w:r>
        <w:t>aaj ka topic hai:</w:t>
      </w:r>
    </w:p>
    <w:p>
      <w:pPr>
        <w:jc w:val="right"/>
      </w:pPr>
      <w:r>
        <w:t>آج کا ٹاپک ہے:</w:t>
      </w:r>
    </w:p>
    <w:p>
      <w:r>
        <w:rPr>
          <w:b/>
        </w:rPr>
        <w:t xml:space="preserve">[00:39] </w:t>
      </w:r>
      <w:r>
        <w:t>paradise in the making. yani jannat zer-e-ta'meer.</w:t>
      </w:r>
    </w:p>
    <w:p>
      <w:pPr>
        <w:jc w:val="right"/>
      </w:pPr>
      <w:r>
        <w:t>Paradise in the Making. یعنی جنت زیرِ تعمیر۔</w:t>
      </w:r>
    </w:p>
    <w:p>
      <w:r>
        <w:rPr>
          <w:b/>
        </w:rPr>
        <w:t xml:space="preserve">[00:48] </w:t>
      </w:r>
      <w:r>
        <w:t>paradise in the making.</w:t>
      </w:r>
    </w:p>
    <w:p>
      <w:pPr>
        <w:jc w:val="right"/>
      </w:pPr>
      <w:r>
        <w:t>Paradise in the Making.</w:t>
      </w:r>
    </w:p>
    <w:p>
      <w:r>
        <w:rPr>
          <w:b/>
        </w:rPr>
        <w:t xml:space="preserve">[00:53] </w:t>
      </w:r>
      <w:r>
        <w:t>yeh baat mujhe</w:t>
      </w:r>
    </w:p>
    <w:p>
      <w:pPr>
        <w:jc w:val="right"/>
      </w:pPr>
      <w:r>
        <w:t>یہ بات مجھے</w:t>
      </w:r>
    </w:p>
    <w:p>
      <w:r>
        <w:rPr>
          <w:b/>
        </w:rPr>
        <w:t xml:space="preserve">[00:57] </w:t>
      </w:r>
      <w:r>
        <w:t>aik inspiration ke taur par mere zehn mein aai.</w:t>
      </w:r>
    </w:p>
    <w:p>
      <w:pPr>
        <w:jc w:val="right"/>
      </w:pPr>
      <w:r>
        <w:t>ایک انسپیریشن کے طور پر میرے ذہن میں آئی۔</w:t>
      </w:r>
    </w:p>
    <w:p>
      <w:r>
        <w:rPr>
          <w:b/>
        </w:rPr>
        <w:t xml:space="preserve">[01:03] </w:t>
      </w:r>
      <w:r>
        <w:t>mujhe aisa lagta hai ke is waqt jo dunya mein tod phod hai, muslim mulkon mein bhi aur secular mulkon mein bhi, jaise idhar Libya mein, idhar Japan mein,</w:t>
      </w:r>
    </w:p>
    <w:p>
      <w:pPr>
        <w:jc w:val="right"/>
      </w:pPr>
      <w:r>
        <w:t>مجھے ایسا لگتا ہے کہ اس وقت جو دنیا میں توڑ پھوڑ ہے، مسلم ملکوں میں بھی اور سیکولر ملکوں میں بھی، جیسے ادھر لیبیا میں، ادھر جاپان میں،</w:t>
      </w:r>
    </w:p>
    <w:p>
      <w:r>
        <w:rPr>
          <w:b/>
        </w:rPr>
        <w:t xml:space="preserve">[01:20] </w:t>
      </w:r>
      <w:r>
        <w:t>aur har jagah kuch na kuch hai, morals har jagah hai, yeh aik bulldozing process hai.</w:t>
      </w:r>
    </w:p>
    <w:p>
      <w:pPr>
        <w:jc w:val="right"/>
      </w:pPr>
      <w:r>
        <w:t>اور ہر جگہ کچھ نہ کچھ ہے، مورالس ہر جگہ ہے، یہ ایک بلڈوزنگ پراسیس ہے۔</w:t>
      </w:r>
    </w:p>
    <w:p>
      <w:r>
        <w:rPr>
          <w:b/>
        </w:rPr>
        <w:t xml:space="preserve">[01:30] </w:t>
      </w:r>
      <w:r>
        <w:t>yeh saada baat nahi hai.</w:t>
      </w:r>
    </w:p>
    <w:p>
      <w:pPr>
        <w:jc w:val="right"/>
      </w:pPr>
      <w:r>
        <w:t>یہ سادہ بات نہیں ہے۔</w:t>
      </w:r>
    </w:p>
    <w:p>
      <w:r>
        <w:rPr>
          <w:b/>
        </w:rPr>
        <w:t xml:space="preserve">[01:36] </w:t>
      </w:r>
      <w:r>
        <w:t>sab insani jo civilization thi, us ko bulldoze kiya ja raha hai. Albata aik nai dunya banni wali hai.</w:t>
      </w:r>
    </w:p>
    <w:p>
      <w:pPr>
        <w:jc w:val="right"/>
      </w:pPr>
      <w:r>
        <w:t>سب انسانی جو سویلائزیشن تھی، اس کو بلڈوز کیا جا رہا ہے۔ البتہ ایک نئی دنیا بننے والی ہے۔</w:t>
      </w:r>
    </w:p>
    <w:p>
      <w:r>
        <w:rPr>
          <w:b/>
        </w:rPr>
        <w:t xml:space="preserve">[01:49] </w:t>
      </w:r>
      <w:r>
        <w:t>aik taraf Middle East ke mulkon mein jo ho raha hai, woh is baat ki alamat hai ke musalmanon ne jo dunya banai, us se Khuda raazi nahi hai.</w:t>
      </w:r>
    </w:p>
    <w:p>
      <w:pPr>
        <w:jc w:val="right"/>
      </w:pPr>
      <w:r>
        <w:t>ایک طرف مڈل ایسٹ کے ملکوں میں جو ہو رہا ہے، وہ اس بات کی علامت ہے کہ مسلمانوں نے جو دنیا بنائی، اس سے خدا راضی نہیں ہے۔</w:t>
      </w:r>
    </w:p>
    <w:p>
      <w:r>
        <w:rPr>
          <w:b/>
        </w:rPr>
        <w:t xml:space="preserve">[02:05] </w:t>
      </w:r>
      <w:r>
        <w:t>woh un ki apni qaumi mazhab ke mutabiq thi, Khudai mazhab ke mutabiq nahi thi. Isi tarah se Japan mein jo ho raha hai, woh bhi aik alamat hai ke secular qaumon ne jo dunya banai,</w:t>
      </w:r>
    </w:p>
    <w:p>
      <w:pPr>
        <w:jc w:val="right"/>
      </w:pPr>
      <w:r>
        <w:t>وہ ان کی اپنی قومی مذہب کے مطابق تھی، خدائی مذہب کے مطابق نہیں تھی۔ اسی طرح سے جاپان میں جو ہو رہا ہے، وہ بھی ایک علامت ہے کہ سیکولر قوموں نے جو دنیا بنائی،</w:t>
      </w:r>
    </w:p>
    <w:p>
      <w:r>
        <w:rPr>
          <w:b/>
        </w:rPr>
        <w:t xml:space="preserve">[02:23] </w:t>
      </w:r>
      <w:r>
        <w:t>us se bhi Khuda raazi nahi hai.</w:t>
      </w:r>
    </w:p>
    <w:p>
      <w:pPr>
        <w:jc w:val="right"/>
      </w:pPr>
      <w:r>
        <w:t>اس سے بھی خدا راضی نہیں ہے۔</w:t>
      </w:r>
    </w:p>
    <w:p>
      <w:r>
        <w:rPr>
          <w:b/>
        </w:rPr>
        <w:t xml:space="preserve">[02:28] </w:t>
      </w:r>
      <w:r>
        <w:t>is liye ab sab ko bulldoze kiya ja raha hai. Aur woh waqt aa gaya hai ke jis ko hum kehte hain qayamat.</w:t>
      </w:r>
    </w:p>
    <w:p>
      <w:pPr>
        <w:jc w:val="right"/>
      </w:pPr>
      <w:r>
        <w:t>اس لیے اب سب کو بلڈوز کیا جا رہا ہے۔ اور وہ وقت آ گیا ہے کہ جس کو ہم کہتے ہیں قیامت۔</w:t>
      </w:r>
    </w:p>
    <w:p>
      <w:r>
        <w:rPr>
          <w:b/>
        </w:rPr>
        <w:t xml:space="preserve">[02:39] </w:t>
      </w:r>
      <w:r>
        <w:t>qayamat kya hai? Qayamat aik had-e-fasal hai. Yani qayamat se pehle human civilization thi, qayamat ke baad divine civilization shuru hogi.</w:t>
      </w:r>
    </w:p>
    <w:p>
      <w:pPr>
        <w:jc w:val="right"/>
      </w:pPr>
      <w:r>
        <w:t>قیامت کیا ہے؟ قیامت ایک حدِ فاصل ہے۔ یعنی قیامت سے پہلے ہیومن سویلائزیشن تھی، قیامت کے بعد ڈیوائن سویلائزیشن شروع ہوگی۔</w:t>
      </w:r>
    </w:p>
    <w:p>
      <w:r>
        <w:rPr>
          <w:b/>
        </w:rPr>
        <w:t xml:space="preserve">[02:56] </w:t>
      </w:r>
      <w:r>
        <w:t>qayamat koi tabahi ki baat nahi hai. Nahi. Aik history ka end aur doosri history ki beginning, jis ka naam hai qayamat.</w:t>
      </w:r>
    </w:p>
    <w:p>
      <w:pPr>
        <w:jc w:val="right"/>
      </w:pPr>
      <w:r>
        <w:t>قیامت کوئی تباہی کی بات نہیں ہے۔ نہیں۔ ایک ہسٹری کا اینڈ اور دوسری ہسٹری کی بگننگ، جس کا نام ہے قیامت۔</w:t>
      </w:r>
    </w:p>
    <w:p>
      <w:r>
        <w:rPr>
          <w:b/>
        </w:rPr>
        <w:t xml:space="preserve">[03:11] </w:t>
      </w:r>
      <w:r>
        <w:t>Quran mein dekhiye,</w:t>
      </w:r>
    </w:p>
    <w:p>
      <w:pPr>
        <w:jc w:val="right"/>
      </w:pPr>
      <w:r>
        <w:t>قرآن میں دیکھیے،</w:t>
      </w:r>
    </w:p>
    <w:p>
      <w:r>
        <w:rPr>
          <w:b/>
        </w:rPr>
        <w:t xml:space="preserve">[03:15] </w:t>
      </w:r>
      <w:r>
        <w:t>bohat si ayat is is is ki taraf ishara karti hain.</w:t>
      </w:r>
    </w:p>
    <w:p>
      <w:pPr>
        <w:jc w:val="right"/>
      </w:pPr>
      <w:r>
        <w:t>بہت سی آیتیں اس اس اس کی طرف اشارہ کرتی ہیں۔</w:t>
      </w:r>
    </w:p>
    <w:p>
      <w:r>
        <w:rPr>
          <w:b/>
        </w:rPr>
        <w:t xml:space="preserve">[03:21] </w:t>
      </w:r>
      <w:r>
        <w:t>aik ayat jo Surah Ibrahim mein hai, chapter number 14:</w:t>
      </w:r>
    </w:p>
    <w:p>
      <w:pPr>
        <w:jc w:val="right"/>
      </w:pPr>
      <w:r>
        <w:t>ایک آیت جو سورہ ابراہیم میں ہے، چیپٹر نمبر 14:</w:t>
      </w:r>
    </w:p>
    <w:p>
      <w:r>
        <w:rPr>
          <w:b/>
        </w:rPr>
        <w:t xml:space="preserve">[03:30] </w:t>
      </w:r>
      <w:r>
        <w:t>Yom tubaddal al-ardhu ghair al-ardh.</w:t>
      </w:r>
    </w:p>
    <w:p>
      <w:pPr>
        <w:jc w:val="right"/>
      </w:pPr>
      <w:r>
        <w:t>یوم تبدل الارض و غیر الارض۔</w:t>
      </w:r>
    </w:p>
    <w:p>
      <w:r>
        <w:rPr>
          <w:b/>
        </w:rPr>
        <w:t xml:space="preserve">[03:36] </w:t>
      </w:r>
      <w:r>
        <w:t>yani jis din zameen badal kar aik aur zameen bana di jayegi. Yeh sab yeh alfaaz hain na</w:t>
      </w:r>
    </w:p>
    <w:p>
      <w:pPr>
        <w:jc w:val="right"/>
      </w:pPr>
      <w:r>
        <w:t>یعنی جس دن زمین بدل کر ایک اور زمین بنا دی جائے گی۔ یہ سب یہ الفاظ ہیں نا</w:t>
      </w:r>
    </w:p>
    <w:p>
      <w:r>
        <w:rPr>
          <w:b/>
        </w:rPr>
        <w:t xml:space="preserve">[03:45] </w:t>
      </w:r>
      <w:r>
        <w:t>? Ji. Yubaddal hai. Yom tubaddal. Hain? Yom tubaddal. Yom tubaddal al-ardhu ghair al-ardh.</w:t>
      </w:r>
    </w:p>
    <w:p>
      <w:pPr>
        <w:jc w:val="right"/>
      </w:pPr>
      <w:r>
        <w:t>؟ جی۔ یبدل ہے۔ یوم تبدل۔ ہیں؟ یوم تبدل۔ یوم تبدل الارض و غیر الارض۔</w:t>
      </w:r>
    </w:p>
    <w:p>
      <w:r>
        <w:rPr>
          <w:b/>
        </w:rPr>
        <w:t xml:space="preserve">[03:56] </w:t>
      </w:r>
      <w:r>
        <w:t>is ka matlab yeh hai: when the earth shall be changed into another world, another earth.</w:t>
      </w:r>
    </w:p>
    <w:p>
      <w:pPr>
        <w:jc w:val="right"/>
      </w:pPr>
      <w:r>
        <w:t>اس کا مطلب یہ ہے: وین دی ارتھ شیل بی چینج انٹو انادر ورلڈ، انادر ارتھ۔</w:t>
      </w:r>
    </w:p>
    <w:p>
      <w:r>
        <w:rPr>
          <w:b/>
        </w:rPr>
        <w:t xml:space="preserve">[04:08] </w:t>
      </w:r>
      <w:r>
        <w:t>when the earth shall be changed into another earth.</w:t>
      </w:r>
    </w:p>
    <w:p>
      <w:pPr>
        <w:jc w:val="right"/>
      </w:pPr>
      <w:r>
        <w:t>وین دی ارتھ شیل بی چینج انٹو انادر ارتھ۔</w:t>
      </w:r>
    </w:p>
    <w:p>
      <w:r>
        <w:rPr>
          <w:b/>
        </w:rPr>
        <w:t xml:space="preserve">[04:15] </w:t>
      </w:r>
      <w:r>
        <w:t>yani yeh yeh jo zameen hai, yeh jo dunya hai, is ko badal kar aik aur dunya banai jayegi.</w:t>
      </w:r>
    </w:p>
    <w:p>
      <w:pPr>
        <w:jc w:val="right"/>
      </w:pPr>
      <w:r>
        <w:t>یعنی یہ یہ جو زمین ہے، یہ جو دنیا ہے، اس کو بدل کر ایک اور دنیا بنائی جائے گی۔</w:t>
      </w:r>
    </w:p>
    <w:p>
      <w:r>
        <w:rPr>
          <w:b/>
        </w:rPr>
        <w:t xml:space="preserve">[04:25] </w:t>
      </w:r>
      <w:r>
        <w:t>Surah Taha mein hai ke pahadon ko Khuda tod dega. Wa yadhurruha kasafan safsafan. Poori zameen jo hai, aik ko aik level kar diya jayega.</w:t>
      </w:r>
    </w:p>
    <w:p>
      <w:pPr>
        <w:jc w:val="right"/>
      </w:pPr>
      <w:r>
        <w:t>سورہ طہ میں ہے کہ پہاڑوں کو خدا توڑ دے گا۔ ویضرہم کان صف صفا۔ پوری زمین جو ہے، ایک کو ایک لیول کر دیا جائے گا۔</w:t>
      </w:r>
    </w:p>
    <w:p>
      <w:r>
        <w:rPr>
          <w:b/>
        </w:rPr>
        <w:t xml:space="preserve">[04:39] </w:t>
      </w:r>
      <w:r>
        <w:t>yeh Surah Taha mein hai.</w:t>
      </w:r>
    </w:p>
    <w:p>
      <w:pPr>
        <w:jc w:val="right"/>
      </w:pPr>
      <w:r>
        <w:t>یہ سورہ طہ میں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