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Eid Al-Adha November 6, 2011</w:t>
      </w:r>
    </w:p>
    <w:p>
      <w:r>
        <w:t>https://youtu.be/rJrjqkrLjMY</w:t>
      </w:r>
    </w:p>
    <w:p>
      <w:r>
        <w:rPr>
          <w:b/>
        </w:rPr>
        <w:t xml:space="preserve">[00:13] </w:t>
      </w:r>
      <w:r>
        <w:t>Bismillah al-Rahman al-Rahim, wa salla Allahu ala nabiyyi al-karim. Rabb ishrah li sadri, wa yassir li amri,</w:t>
      </w:r>
    </w:p>
    <w:p>
      <w:pPr>
        <w:jc w:val="right"/>
      </w:pPr>
      <w:r>
        <w:t>بسم اللہ الرحمن الرحیم، وصلی اللہ علی نبی الکریم۔ رب اشرح لی صدری، ویسر لی امری،</w:t>
      </w:r>
    </w:p>
    <w:p>
      <w:r>
        <w:rPr>
          <w:b/>
        </w:rPr>
        <w:t xml:space="preserve">[00:28] </w:t>
      </w:r>
      <w:r>
        <w:t>wah lul uqdata min lisani, yafqahu qawli.</w:t>
      </w:r>
    </w:p>
    <w:p>
      <w:pPr>
        <w:jc w:val="right"/>
      </w:pPr>
      <w:r>
        <w:t>واحل العقدۃ من لسانی، یفقہ قولی۔</w:t>
      </w:r>
    </w:p>
    <w:p>
      <w:r>
        <w:rPr>
          <w:b/>
        </w:rPr>
        <w:t xml:space="preserve">[00:36] </w:t>
      </w:r>
      <w:r>
        <w:t>Aaj ka topic hai "da message of Eid al-Adha", Eid-e-Adha ka paigham.</w:t>
      </w:r>
    </w:p>
    <w:p>
      <w:pPr>
        <w:jc w:val="right"/>
      </w:pPr>
      <w:r>
        <w:t>آج کا ٹاپک ہے "دا میسج آف عید الاضحی"، عیدِ اضحی کا پیغام۔</w:t>
      </w:r>
    </w:p>
    <w:p>
      <w:r>
        <w:rPr>
          <w:b/>
        </w:rPr>
        <w:t xml:space="preserve">[00:53] </w:t>
      </w:r>
      <w:r>
        <w:t>Yeh 1432 Hijri ka maah Eid al-Adha hai, yani Hajj ka mahina.</w:t>
      </w:r>
    </w:p>
    <w:p>
      <w:pPr>
        <w:jc w:val="right"/>
      </w:pPr>
      <w:r>
        <w:t>یہ 1432 ہجری کا ماہ عید الاضحی ہے، یعنی حج کا مہینہ۔</w:t>
      </w:r>
    </w:p>
    <w:p>
      <w:r>
        <w:rPr>
          <w:b/>
        </w:rPr>
        <w:t xml:space="preserve">[01:09] </w:t>
      </w:r>
      <w:r>
        <w:t>Hamare haan kal</w:t>
      </w:r>
    </w:p>
    <w:p>
      <w:pPr>
        <w:jc w:val="right"/>
      </w:pPr>
      <w:r>
        <w:t>ہمارے ہاں کل</w:t>
      </w:r>
    </w:p>
    <w:p>
      <w:r>
        <w:rPr>
          <w:b/>
        </w:rPr>
        <w:t xml:space="preserve">[01:13] </w:t>
      </w:r>
      <w:r>
        <w:t>Eid al-Adha hai, jis ko Eid Qurban bhi kehte hain.</w:t>
      </w:r>
    </w:p>
    <w:p>
      <w:pPr>
        <w:jc w:val="right"/>
      </w:pPr>
      <w:r>
        <w:t>عید الاضحی ہے، جس کو عید قربان بھی کہتے ہیں۔</w:t>
      </w:r>
    </w:p>
    <w:p>
      <w:r>
        <w:rPr>
          <w:b/>
        </w:rPr>
        <w:t xml:space="preserve">[01:20] </w:t>
      </w:r>
      <w:r>
        <w:t>Is ki nisbat se aaj mein</w:t>
      </w:r>
    </w:p>
    <w:p>
      <w:pPr>
        <w:jc w:val="right"/>
      </w:pPr>
      <w:r>
        <w:t>اس کی نسبت سے آج میں</w:t>
      </w:r>
    </w:p>
    <w:p>
      <w:r>
        <w:rPr>
          <w:b/>
        </w:rPr>
        <w:t xml:space="preserve">[01:25] </w:t>
      </w:r>
      <w:r>
        <w:t>Hajj aur Eid al-Adha ke baray mein kuch kehna chahta hoon.</w:t>
      </w:r>
    </w:p>
    <w:p>
      <w:pPr>
        <w:jc w:val="right"/>
      </w:pPr>
      <w:r>
        <w:t>حج اور عید الاضحی کے بارے میں کچھ کہنا چاہتا ہوں۔</w:t>
      </w:r>
    </w:p>
    <w:p>
      <w:r>
        <w:rPr>
          <w:b/>
        </w:rPr>
        <w:t xml:space="preserve">[01:36] </w:t>
      </w:r>
      <w:r>
        <w:t>Eid al-Adha ka lafzi matlab hai Qurbani ki Eid. Yeh Eid al-Adha har saal tamam dunya mein Musalman manate hain.</w:t>
      </w:r>
    </w:p>
    <w:p>
      <w:pPr>
        <w:jc w:val="right"/>
      </w:pPr>
      <w:r>
        <w:t>عید الاضحی کا لفظی مطلب ہے قربانی کی عید۔ یہ عید الاضحی ہر سال تمام دنیا میں مسلمان مناتے ہیں۔</w:t>
      </w:r>
    </w:p>
    <w:p>
      <w:r>
        <w:rPr>
          <w:b/>
        </w:rPr>
        <w:t xml:space="preserve">[01:50] </w:t>
      </w:r>
      <w:r>
        <w:t>Eid al-Adha goya ke mini Hajj hai.</w:t>
      </w:r>
    </w:p>
    <w:p>
      <w:pPr>
        <w:jc w:val="right"/>
      </w:pPr>
      <w:r>
        <w:t>عید الاضحی گویا کہ منی حج ہے۔</w:t>
      </w:r>
    </w:p>
    <w:p>
      <w:r>
        <w:rPr>
          <w:b/>
        </w:rPr>
        <w:t xml:space="preserve">[01:59] </w:t>
      </w:r>
      <w:r>
        <w:t>Hajj Makkah mein ada kiya jata hai, har saal Zilhajj ke mahine mein.</w:t>
      </w:r>
    </w:p>
    <w:p>
      <w:pPr>
        <w:jc w:val="right"/>
      </w:pPr>
      <w:r>
        <w:t>حج مکہ میں ادا کیا جاتا ہے، ہر سال ذوالحجہ کے مہینے میں۔</w:t>
      </w:r>
    </w:p>
    <w:p>
      <w:r>
        <w:rPr>
          <w:b/>
        </w:rPr>
        <w:t xml:space="preserve">[02:08] </w:t>
      </w:r>
      <w:r>
        <w:t>Hajj itni bari ibadat hai,</w:t>
      </w:r>
    </w:p>
    <w:p>
      <w:pPr>
        <w:jc w:val="right"/>
      </w:pPr>
      <w:r>
        <w:t>حج اتنی بڑی عبادت ہے،</w:t>
      </w:r>
    </w:p>
    <w:p>
      <w:r>
        <w:rPr>
          <w:b/>
        </w:rPr>
        <w:t xml:space="preserve">[02:13] </w:t>
      </w:r>
      <w:r>
        <w:t>Hajj ek universal ibadat hai.</w:t>
      </w:r>
    </w:p>
    <w:p>
      <w:pPr>
        <w:jc w:val="right"/>
      </w:pPr>
      <w:r>
        <w:t>حج ایک یونیورسل عبادت ہے۔</w:t>
      </w:r>
    </w:p>
    <w:p>
      <w:r>
        <w:rPr>
          <w:b/>
        </w:rPr>
        <w:t xml:space="preserve">[02:19] </w:t>
      </w:r>
      <w:r>
        <w:t>Is liye sari dunya ke Musalman is mahine mein apne apne maqam par Hajj ke kuch rasoom ada kar ke juzwi taur par hajiyon ke sath shareek ho jatay hain taake Hajj walay faiday har jagah hasil kar saken.</w:t>
      </w:r>
    </w:p>
    <w:p>
      <w:pPr>
        <w:jc w:val="right"/>
      </w:pPr>
      <w:r>
        <w:t>اس لیے ساری دنیا کے مسلمان اس مہینے میں اپنے اپنے مقام پر حج کے کچھ مراسم ادا کر کے جزوی طور پر حاجیوں کے ساتھ شریک ہو جاتے ہیں تاکہ حج والے فائدے ہر جگہ حاصل کر سکیں۔</w:t>
      </w:r>
    </w:p>
    <w:p>
      <w:r>
        <w:rPr>
          <w:b/>
        </w:rPr>
        <w:t xml:space="preserve">[02:48] </w:t>
      </w:r>
      <w:r>
        <w:t>jis tarah haj ki bohat ziyada ahmiyat hai, isi tarah eid-e-adhaa ki bhi bohat ziyada ahmiyat hai.</w:t>
      </w:r>
    </w:p>
    <w:p>
      <w:pPr>
        <w:jc w:val="right"/>
      </w:pPr>
      <w:r>
        <w:t>جس طرح حج کی بہت زیادہ اہمیت ہے، اسی طرح عیدِ اضحی کی بھی بہت زیادہ اہمیت ہے۔</w:t>
      </w:r>
    </w:p>
    <w:p>
      <w:r>
        <w:rPr>
          <w:b/>
        </w:rPr>
        <w:t xml:space="preserve">[02:59] </w:t>
      </w:r>
      <w:r>
        <w:t>eid-e-adhaa ke din kya hota hai?</w:t>
      </w:r>
    </w:p>
    <w:p>
      <w:pPr>
        <w:jc w:val="right"/>
      </w:pPr>
      <w:r>
        <w:t>عیدِ اضحی کے دن کیا ہوتا ہے؟</w:t>
      </w:r>
    </w:p>
    <w:p>
      <w:r>
        <w:rPr>
          <w:b/>
        </w:rPr>
        <w:t xml:space="preserve">[03:04] </w:t>
      </w:r>
      <w:r>
        <w:t>kuch rasoom ada kiye jatay hain jo haqeeqatan haj ka ajza hotay hain.</w:t>
      </w:r>
    </w:p>
    <w:p>
      <w:pPr>
        <w:jc w:val="right"/>
      </w:pPr>
      <w:r>
        <w:t>کچھ مراسم ادا کیے جاتے ہیں جو حقیقتاً حج کا اجزاء ہوتے ہیں۔</w:t>
      </w:r>
    </w:p>
    <w:p>
      <w:r>
        <w:rPr>
          <w:b/>
        </w:rPr>
        <w:t xml:space="preserve">[03:14] </w:t>
      </w:r>
      <w:r>
        <w:t>mislan subah ko aap uthtay hain to ghar se tayyar ho kar rawana hotay hain eidgah ki taraf, yeh kehtay huay: "labbayk allahumma labbayk, labbayk allahumma labbayk.</w:t>
      </w:r>
    </w:p>
    <w:p>
      <w:pPr>
        <w:jc w:val="right"/>
      </w:pPr>
      <w:r>
        <w:t>مثلاً صبح کو آپ اٹھتے ہیں تو گھر سے تیار ہو کر روانہ ہوتے ہیں عید گاہ کی طرف، یہ کہتے ہوئے: "لبیک اللہم لبیک، لبیک اللہم لبیک۔</w:t>
      </w:r>
    </w:p>
    <w:p>
      <w:r>
        <w:rPr>
          <w:b/>
        </w:rPr>
        <w:t xml:space="preserve">[03:34] </w:t>
      </w:r>
      <w:r>
        <w:t>ae allah! mein hazir hoon, ae allah! mein hazir hoon." yeh sirf aik lafzi baat nahi hai,</w:t>
      </w:r>
    </w:p>
    <w:p>
      <w:pPr>
        <w:jc w:val="right"/>
      </w:pPr>
      <w:r>
        <w:t>اے اللہ! میں حاضر ہوں، اے اللہ! میں حاضر ہوں۔" یہ صرف ایک لفظی بات نہیں ہے،</w:t>
      </w:r>
    </w:p>
    <w:p>
      <w:r>
        <w:rPr>
          <w:b/>
        </w:rPr>
        <w:t xml:space="preserve">[03:42] </w:t>
      </w:r>
      <w:r>
        <w:t>yeh momin ke dil ki pukar hai.</w:t>
      </w:r>
    </w:p>
    <w:p>
      <w:pPr>
        <w:jc w:val="right"/>
      </w:pPr>
      <w:r>
        <w:t>یہ مومن کے دل کی پکار ہے۔</w:t>
      </w:r>
    </w:p>
    <w:p>
      <w:r>
        <w:rPr>
          <w:b/>
        </w:rPr>
        <w:t xml:space="preserve">[03:52] </w:t>
      </w:r>
      <w:r>
        <w:t>eid-e-adhaa ke din aik sacha momin apne</w:t>
      </w:r>
    </w:p>
    <w:p>
      <w:pPr>
        <w:jc w:val="right"/>
      </w:pPr>
      <w:r>
        <w:t>عیدِ اضحی کے دن ایک سچا مومن اپنے</w:t>
      </w:r>
    </w:p>
    <w:p>
      <w:r>
        <w:rPr>
          <w:b/>
        </w:rPr>
        <w:t xml:space="preserve">[04:02] </w:t>
      </w:r>
      <w:r>
        <w:t>imaan ko is tarah taza karta hai,</w:t>
      </w:r>
    </w:p>
    <w:p>
      <w:pPr>
        <w:jc w:val="right"/>
      </w:pPr>
      <w:r>
        <w:t>ایمان کو اس طرح تازہ کرتا ہے،</w:t>
      </w:r>
    </w:p>
    <w:p>
      <w:r>
        <w:rPr>
          <w:b/>
        </w:rPr>
        <w:t xml:space="preserve">[04:07] </w:t>
      </w:r>
      <w:r>
        <w:t>apne pulsh ko, apne ahad ko is tarah din dobara taza karta hai, yeh alfaz bol kar. is ka matlab yeh hai ke aap allah se yeh ahad kartay hain ke meri zindagi god oriented zindagi hogi,</w:t>
      </w:r>
    </w:p>
    <w:p>
      <w:pPr>
        <w:jc w:val="right"/>
      </w:pPr>
      <w:r>
        <w:t>اپنے پلش کو، اپنے عہد کو اس طرح دن دوبارہ تازہ کرتا ہے، یہ الفاظ بول کر۔ اس کا مطلب یہ ہے کہ آپ اللہ سے یہ عہد کرتے ہیں کہ میری زندگی گاڈ اورینٹڈ زندگی ہوگی،</w:t>
      </w:r>
    </w:p>
    <w:p>
      <w:r>
        <w:rPr>
          <w:b/>
        </w:rPr>
        <w:t xml:space="preserve">[04:29] </w:t>
      </w:r>
      <w:r>
        <w:t>khuda rakhi zindagi hogi, meri dhoop aik allah ke liye hogi.</w:t>
      </w:r>
    </w:p>
    <w:p>
      <w:pPr>
        <w:jc w:val="right"/>
      </w:pPr>
      <w:r>
        <w:t>خدا رخی زندگی ہوگی، میری دھوپ ایک اللہ کے لیے ہوگی۔</w:t>
      </w:r>
    </w:p>
    <w:p>
      <w:r>
        <w:rPr>
          <w:b/>
        </w:rPr>
        <w:t xml:space="preserve">[04:38] </w:t>
      </w:r>
      <w:r>
        <w:t>aap jantay hain is dunya mein har aadmi ke bohat se talluqat hotay hain: biwi, bachay, khandan, business, job, aur is ke bohat se dunyavi taqazay.</w:t>
      </w:r>
    </w:p>
    <w:p>
      <w:pPr>
        <w:jc w:val="right"/>
      </w:pPr>
      <w:r>
        <w:t>آپ جانتے ہیں اس دنیا میں ہر آدمی کے بہت سے تعلقات ہوتے ہیں: بیوی، بچے، خاندان، بزنس، جاب، اور اس کے بہت سے دنیاوی تقاضے۔</w:t>
      </w:r>
    </w:p>
    <w:p>
      <w:r>
        <w:rPr>
          <w:b/>
        </w:rPr>
        <w:t xml:space="preserve">[04:58] </w:t>
      </w:r>
      <w:r>
        <w:t>to aadmi bachpan se inhi cheezon mein conditioned ho jata hai.</w:t>
      </w:r>
    </w:p>
    <w:p>
      <w:pPr>
        <w:jc w:val="right"/>
      </w:pPr>
      <w:r>
        <w:t>تو آدمی بچپن سے انہی چیزوں میں کنڈیشنڈ ہو جاتا ہے۔</w:t>
      </w:r>
    </w:p>
    <w:p>
      <w:r>
        <w:rPr>
          <w:b/>
        </w:rPr>
        <w:t xml:space="preserve">[05:06] </w:t>
      </w:r>
      <w:r>
        <w:t>dheere dheere aisa hota hai ke woh is ke siwa kuch aur soch nahi pata. to is ki tawajjahat ka markaz yahi sab cheezain ho jati hain.</w:t>
      </w:r>
    </w:p>
    <w:p>
      <w:pPr>
        <w:jc w:val="right"/>
      </w:pPr>
      <w:r>
        <w:t>دھیرے دھیرے ایسا ہوتا ہے کہ وہ اس کے سوا کچھ اور سوچ نہیں پاتا۔ تو اس کی توجہات کا مرکز یہی سب چیزیں ہو جاتی ہیں۔</w:t>
      </w:r>
    </w:p>
    <w:p>
      <w:r>
        <w:rPr>
          <w:b/>
        </w:rPr>
        <w:t xml:space="preserve">[05:17] </w:t>
      </w:r>
      <w:r>
        <w:t>lekin momin woh hai jis ka soul crescent allah ho, jis ki tawajjahat ka markaz is ka khaliq ho.</w:t>
      </w:r>
    </w:p>
    <w:p>
      <w:pPr>
        <w:jc w:val="right"/>
      </w:pPr>
      <w:r>
        <w:t>لیکن مومن وہ ہے جس کا سول کرسنٹ اللہ ہو، جس کی توجہات کا مرکز اس کا خالق ہو۔</w:t>
      </w:r>
    </w:p>
    <w:p>
      <w:r>
        <w:rPr>
          <w:b/>
        </w:rPr>
        <w:t xml:space="preserve">[05:28] </w:t>
      </w:r>
      <w:r>
        <w:t>to isi haqeeqat ka ailan hota hai "labbayk allahumma labbayk" ke alfaz mein.</w:t>
      </w:r>
    </w:p>
    <w:p>
      <w:pPr>
        <w:jc w:val="right"/>
      </w:pPr>
      <w:r>
        <w:t>تو اسی حقیقت کا اعلان ہوتا ہے "لبیک اللہم لبیک" کے الفاظ میں۔</w:t>
      </w:r>
    </w:p>
    <w:p>
      <w:r>
        <w:rPr>
          <w:b/>
        </w:rPr>
        <w:t xml:space="preserve">[05:42] </w:t>
      </w:r>
      <w:r>
        <w:t>yahan mein aik baat arz karna chahoon ga ke har mazhab mein baad ke zamanay mein zawal aata hai, yani mazhab ke mannay walon mein.</w:t>
      </w:r>
    </w:p>
    <w:p>
      <w:pPr>
        <w:jc w:val="right"/>
      </w:pPr>
      <w:r>
        <w:t>یہاں میں ایک بات عرض کرنا چاہوں گا کہ ہر مذہب میں بعد کے زمانے میں زوال آتا ہے، یعنی مذہب کے ماننے والوں میں۔</w:t>
      </w:r>
    </w:p>
    <w:p>
      <w:r>
        <w:rPr>
          <w:b/>
        </w:rPr>
        <w:t xml:space="preserve">[06:03] </w:t>
      </w:r>
      <w:r>
        <w:t>woh zawal poori tarah musalmanon par aa chuka hai. woh zawal kya hota hai?</w:t>
      </w:r>
    </w:p>
    <w:p>
      <w:pPr>
        <w:jc w:val="right"/>
      </w:pPr>
      <w:r>
        <w:t>وہ زوال پوری طرح مسلمانوں پر آ چکا ہے۔ وہ زوال کیا ہوتا ہے؟</w:t>
      </w:r>
    </w:p>
    <w:p>
      <w:r>
        <w:rPr>
          <w:b/>
        </w:rPr>
        <w:t xml:space="preserve">[06:11] </w:t>
      </w:r>
      <w:r>
        <w:t>spirit khatam ho jati hai, sirf form baqi rehta hai. yeh zawal hai. pehlay daur mein ahl-e-imaan spirit walay mazhab pe kharay huay thay.</w:t>
      </w:r>
    </w:p>
    <w:p>
      <w:pPr>
        <w:jc w:val="right"/>
      </w:pPr>
      <w:r>
        <w:t>اسپرٹ ختم ہو جاتی ہے، صرف فارم باقی رہتا ہے۔ یہ زوال ہے۔ پہلے دور میں اہل ایمان اسپرٹ والے مذہب پہ کھڑے ہوئے تھے۔</w:t>
      </w:r>
    </w:p>
    <w:p>
      <w:r>
        <w:rPr>
          <w:b/>
        </w:rPr>
        <w:t xml:space="preserve">[06:25] </w:t>
      </w:r>
      <w:r>
        <w:t>baad ko dheere dheere ab jo hai woh spirit-less religion un ke darmiyan hai. bazahir sab kuch hai, lekin haqeeqat haqeeqat ke aitbar se kuch bhi nahi, bas form ki dhoom hai har jagah.</w:t>
      </w:r>
    </w:p>
    <w:p>
      <w:pPr>
        <w:jc w:val="right"/>
      </w:pPr>
      <w:r>
        <w:t>بعد کو دھیرے دھیرے اب جو ہے وہ اسپرٹ لیس ریلیجن ان کے درمیان ہے۔ بظاہر سب کچھ ہے، لیکن حقیقت حقیقت کے اعتبار سے کچھ بھی نہیں، بس فارم کی دھوم ہے ہر جگہ۔</w:t>
      </w:r>
    </w:p>
    <w:p>
      <w:r>
        <w:rPr>
          <w:b/>
        </w:rPr>
        <w:t xml:space="preserve">[06:42] </w:t>
      </w:r>
      <w:r>
        <w:t>dekhen, yeh hamesha insaan ki sab se bari kamzori yahi rahi hai,</w:t>
      </w:r>
    </w:p>
    <w:p>
      <w:pPr>
        <w:jc w:val="right"/>
      </w:pPr>
      <w:r>
        <w:t>دیکھیں، یہ ہمیشہ انسان کی سب سے بڑی کمزوری یہی رہی ہے،</w:t>
      </w:r>
    </w:p>
    <w:p>
      <w:r>
        <w:rPr>
          <w:b/>
        </w:rPr>
        <w:t xml:space="preserve">[06:49] </w:t>
      </w:r>
      <w:r>
        <w:t>yani spirit ghayab aur form ki dhoom hamesha yahi insaan ki kamzori rahi hai. pehlay zamanay mein aap dekhiye, jab dunya mein shirk ka ghalba tha to kya hota tha?</w:t>
      </w:r>
    </w:p>
    <w:p>
      <w:pPr>
        <w:jc w:val="right"/>
      </w:pPr>
      <w:r>
        <w:t>یعنی اسپرٹ غائب اور فارم کی دھوم ہمیشہ یہی انسان کی کمزوری رہی ہے۔ پہلے زمانے میں آپ دیکھیے، جب دنیا میں شرک کا غلبہ تھا تو کیا ہوتا تھا؟</w:t>
      </w:r>
    </w:p>
    <w:p>
      <w:r>
        <w:rPr>
          <w:b/>
        </w:rPr>
        <w:t xml:space="preserve">[07:07] </w:t>
      </w:r>
      <w:r>
        <w:t>sooraj ki parastish, chand ki parastish, sitaron ki parastish, is ki dhoom thi. aur jo un ka khaliq hai, woh bas rasmi aqeeday ke taur par tha.</w:t>
      </w:r>
    </w:p>
    <w:p>
      <w:pPr>
        <w:jc w:val="right"/>
      </w:pPr>
      <w:r>
        <w:t>سورج کی پرستش، چاند کی پرستش، ستاروں کی پرستش، اس کی دھوم تھی۔ اور جو ان کا خالق ہے، وہ بس رسمی عقیدے کے طور پر تھا۔</w:t>
      </w:r>
    </w:p>
    <w:p>
      <w:r>
        <w:rPr>
          <w:b/>
        </w:rPr>
        <w:t xml:space="preserve">[07:22] </w:t>
      </w:r>
      <w:r>
        <w:t>haqeeqi zindagi mein jo dhoom thi, woh in cheezon ki thi, yani khaliq ko bhula kar makhlooq ki parastish karna.</w:t>
      </w:r>
    </w:p>
    <w:p>
      <w:pPr>
        <w:jc w:val="right"/>
      </w:pPr>
      <w:r>
        <w:t>حقیقی زندگی میں جو دھوم تھی، وہ ان چیزوں کی تھی، یعنی خالق کو بھلا کر مخلوق کی پرستش کرنا۔</w:t>
      </w:r>
    </w:p>
    <w:p>
      <w:r>
        <w:rPr>
          <w:b/>
        </w:rPr>
        <w:t xml:space="preserve">[07:37] </w:t>
      </w:r>
      <w:r>
        <w:t>yahi har zamanay mein tamam mazahib mein hota hai. maujooda zamanay mein aik naya is mein izafa hua ke science danon ne is ko baqayda aik ilmi shakal de di.</w:t>
      </w:r>
    </w:p>
    <w:p>
      <w:pPr>
        <w:jc w:val="right"/>
      </w:pPr>
      <w:r>
        <w:t>یہی ہر زمانے میں تمام مذاہب میں ہوتا ہے۔ موجودہ زمانے میں ایک نیا اس میں اضافہ ہوا کہ سائنس دانوں نے اس کو باقاعدہ ایک علمی شکل دے دی۔</w:t>
      </w:r>
    </w:p>
    <w:p>
      <w:r>
        <w:rPr>
          <w:b/>
        </w:rPr>
        <w:t xml:space="preserve">[07:55] </w:t>
      </w:r>
      <w:r>
        <w:t>galileo, jo italy ka bohat bara scientist tha, us ki wafat hui hai 1642 isvi mein.</w:t>
      </w:r>
    </w:p>
    <w:p>
      <w:pPr>
        <w:jc w:val="right"/>
      </w:pPr>
      <w:r>
        <w:t>گلیلیو، جو اٹلی کا بہت بڑا سائنٹسٹ تھا، اس کی وفات ہوئی ہے 1642 عیسوی میں۔</w:t>
      </w:r>
    </w:p>
    <w:p>
      <w:r>
        <w:rPr>
          <w:b/>
        </w:rPr>
        <w:t xml:space="preserve">[08:08] </w:t>
      </w:r>
      <w:r>
        <w:t>1642۔ is ko kaha jata hai ke woh "he lead the foundation stone of modern science"</w:t>
      </w:r>
    </w:p>
    <w:p>
      <w:pPr>
        <w:jc w:val="right"/>
      </w:pPr>
      <w:r>
        <w:t>1642۔ اس کو کہا جاتا ہے کہ وہ "ہی لیڈ دا فاؤنڈیشن اسٹون آف ماڈرن سائنس"</w:t>
      </w:r>
    </w:p>
    <w:p>
      <w:r>
        <w:rPr>
          <w:b/>
        </w:rPr>
        <w:t xml:space="preserve">[08:21] </w:t>
      </w:r>
      <w:r>
        <w:t>۔ is ne modern science ka sang bunyad rakha۔ is ne kiya kiya؟ is ne aik bohat hi</w:t>
      </w:r>
    </w:p>
    <w:p>
      <w:pPr>
        <w:jc w:val="right"/>
      </w:pPr>
      <w:r>
        <w:t>۔ اس نے ماڈرن سائنس کا سنگ بنیاد رکھا۔ اس نے کیا کیا؟ اس نے ایک بہت ہی</w:t>
      </w:r>
    </w:p>
    <w:p>
      <w:r>
        <w:rPr>
          <w:b/>
        </w:rPr>
        <w:t xml:space="preserve">[08:36] </w:t>
      </w:r>
      <w:r>
        <w:t>is mazhab ke aitbar se bohat hi serious cheez ki. He separated the measurable from non-measurable.</w:t>
      </w:r>
    </w:p>
    <w:p>
      <w:pPr>
        <w:jc w:val="right"/>
      </w:pPr>
      <w:r>
        <w:t>اس مذہب کے اعتبار سے بہت ہی سیریس چیز کی۔ He separated the measurable from non-measurable.</w:t>
      </w:r>
    </w:p>
    <w:p>
      <w:r>
        <w:rPr>
          <w:b/>
        </w:rPr>
        <w:t xml:space="preserve">[08:48] </w:t>
      </w:r>
      <w:r>
        <w:t>He separated the qualitative aspect of things from quantitative aspect. to poori science chal pari.</w:t>
      </w:r>
    </w:p>
    <w:p>
      <w:pPr>
        <w:jc w:val="right"/>
      </w:pPr>
      <w:r>
        <w:t>He separated the qualitative aspect of things from quantitative aspect. تو پوری سائنس چل پڑی۔</w:t>
      </w:r>
    </w:p>
    <w:p>
      <w:r>
        <w:rPr>
          <w:b/>
        </w:rPr>
        <w:t xml:space="preserve">[09:00] </w:t>
      </w:r>
      <w:r>
        <w:t>science naam hai nature ki tehqeeq ka, lekin nature mein kis baat ki tehqeeq karti hai science؟ sirf form ki, spirit ki nahi۔</w:t>
      </w:r>
    </w:p>
    <w:p>
      <w:pPr>
        <w:jc w:val="right"/>
      </w:pPr>
      <w:r>
        <w:t>سائنس نام ہے نیچر کی تحقیق کا، لیکن نیچر میں کس بات کی تحقیق کرتی ہے سائنس؟ صرف فارم کی، اسپرٹ کی نہیں۔</w:t>
      </w:r>
    </w:p>
    <w:p>
      <w:r>
        <w:rPr>
          <w:b/>
        </w:rPr>
        <w:t xml:space="preserve">[09:15] </w:t>
      </w:r>
      <w:r>
        <w:t>spirit ki nahi۔</w:t>
      </w:r>
    </w:p>
    <w:p>
      <w:pPr>
        <w:jc w:val="right"/>
      </w:pPr>
      <w:r>
        <w:t>اسپرٹ کی نہیں۔</w:t>
      </w:r>
    </w:p>
    <w:p>
      <w:r>
        <w:rPr>
          <w:b/>
        </w:rPr>
        <w:t xml:space="preserve">[09:19] </w:t>
      </w:r>
      <w:r>
        <w:t>har cheez mein science ne yahi kiya ke spirit ko chhod kar form ki research chhod li gayi۔</w:t>
      </w:r>
    </w:p>
    <w:p>
      <w:pPr>
        <w:jc w:val="right"/>
      </w:pPr>
      <w:r>
        <w:t>ہر چیز میں سائنس نے یہی کیا کہ اسپرٹ کو چھوڑ کر فارم کی ریسرچ چھوڑ لی گئی۔</w:t>
      </w:r>
    </w:p>
    <w:p>
      <w:r>
        <w:rPr>
          <w:b/>
        </w:rPr>
        <w:t xml:space="preserve">[09:30] </w:t>
      </w:r>
      <w:r>
        <w:t>aur nature mein jo maenviyat thi, jo meaning thi, jo hikmat thi, jo wisdom thi, woh science ka subject nahi bani۔</w:t>
      </w:r>
    </w:p>
    <w:p>
      <w:pPr>
        <w:jc w:val="right"/>
      </w:pPr>
      <w:r>
        <w:t>اور نیچر میں جو معنویت تھی، جو میننگ تھی، جو حکمت تھی، جو وزڈم تھی، وہ سائنس کا سبجیکٹ نہیں بنی۔</w:t>
      </w:r>
    </w:p>
    <w:p>
      <w:r>
        <w:rPr>
          <w:b/>
        </w:rPr>
        <w:t xml:space="preserve">[09:42] </w:t>
      </w:r>
      <w:r>
        <w:t>halankeh isi mein khaliq ki daryaft hoti thi۔</w:t>
      </w:r>
    </w:p>
    <w:p>
      <w:pPr>
        <w:jc w:val="right"/>
      </w:pPr>
      <w:r>
        <w:t>حالانکہ اسی میں خالق کی دریافت ہوتی تھی۔</w:t>
      </w:r>
    </w:p>
    <w:p>
      <w:r>
        <w:rPr>
          <w:b/>
        </w:rPr>
        <w:t xml:space="preserve">[09:45] </w:t>
      </w:r>
      <w:r>
        <w:t>yahan bhi aap dekhiye to science ne makhlooq ko liya aur khaliq ko chhod diya۔ misaal ke taur par dekhiye, hamara jo solar system hai،</w:t>
      </w:r>
    </w:p>
    <w:p>
      <w:pPr>
        <w:jc w:val="right"/>
      </w:pPr>
      <w:r>
        <w:t>یہاں بھی آپ دیکھیے تو سائنس نے مخلوق کو لیا اور خالق کو چھوڑ دیا۔ مثال کے طور پر دیکھیے، ہمارا جو سولر سسٹم ہے،</w:t>
      </w:r>
    </w:p>
    <w:p>
      <w:r>
        <w:rPr>
          <w:b/>
        </w:rPr>
        <w:t xml:space="preserve">[10:00] </w:t>
      </w:r>
      <w:r>
        <w:t>nizam shamsi،</w:t>
      </w:r>
    </w:p>
    <w:p>
      <w:pPr>
        <w:jc w:val="right"/>
      </w:pPr>
      <w:r>
        <w:t>نظام شمسی،</w:t>
      </w:r>
    </w:p>
    <w:p>
      <w:r>
        <w:rPr>
          <w:b/>
        </w:rPr>
        <w:t xml:space="preserve">[10:05] </w:t>
      </w:r>
      <w:r>
        <w:t>woh kiya hai؟ solar system aik galaxy mein waqe hai۔</w:t>
      </w:r>
    </w:p>
    <w:p>
      <w:pPr>
        <w:jc w:val="right"/>
      </w:pPr>
      <w:r>
        <w:t>وہ کیا ہے؟ سولر سسٹم ایک گلیکسی میں واقع ہے۔</w:t>
      </w:r>
    </w:p>
    <w:p>
      <w:r>
        <w:rPr>
          <w:b/>
        </w:rPr>
        <w:t xml:space="preserve">[10:12] </w:t>
      </w:r>
      <w:r>
        <w:t>wasee universe mein bohat sari kahkashan hain jin ko galaxy kaha jata hai۔ in mein se aik galaxy woh hai jis mein hamara solar system waqe hai۔</w:t>
      </w:r>
    </w:p>
    <w:p>
      <w:pPr>
        <w:jc w:val="right"/>
      </w:pPr>
      <w:r>
        <w:t>وسیع یونیورس میں بہت ساری کہکشائیں ہیں جن کو گلیکسی کہا جاتا ہے۔ ان میں سے ایک گلیکسی وہ ہے جس میں ہمارا سولر سسٹم واقع ہے۔</w:t>
      </w:r>
    </w:p>
    <w:p>
      <w:r>
        <w:rPr>
          <w:b/>
        </w:rPr>
        <w:t xml:space="preserve">[10:27] </w:t>
      </w:r>
      <w:r>
        <w:t>yeh bohat hi ajeeb baat hai ke poora solar system is galaxy ke corner par hai, kinare, is ke darmian mein nahi hai۔</w:t>
      </w:r>
    </w:p>
    <w:p>
      <w:pPr>
        <w:jc w:val="right"/>
      </w:pPr>
      <w:r>
        <w:t>یہ بہت ہی عجیب بات ہے کہ پورا سولر سسٹم اس گلیکسی کے کارنر پر ہے، کنارے، اس کے درمیان میں نہیں ہے۔</w:t>
      </w:r>
    </w:p>
    <w:p>
      <w:r>
        <w:rPr>
          <w:b/>
        </w:rPr>
        <w:t xml:space="preserve">[10:40] </w:t>
      </w:r>
      <w:r>
        <w:t>is galaxy mein bohat sare sitare hain, billions ya billion sitare hain, bohat hi ziyada baray baray, bohat ziyada garam۔ to is galaxy ka jo darmiani hissa hai،</w:t>
      </w:r>
    </w:p>
    <w:p>
      <w:pPr>
        <w:jc w:val="right"/>
      </w:pPr>
      <w:r>
        <w:t>اس گلیکسی میں بہت سارے ستارے ہیں، بلینز یا بلین ستارے ہیں، بہت ہی زیادہ بڑے بڑے، بہت زیادہ گرم۔ تو اس گلیکسی کا جو درمیانی حصہ ہے،</w:t>
      </w:r>
    </w:p>
    <w:p>
      <w:r>
        <w:rPr>
          <w:b/>
        </w:rPr>
        <w:t xml:space="preserve">[10:54] </w:t>
      </w:r>
      <w:r>
        <w:t>woh bohat ziyada garam hai, bohat ziyada heat hai is ke andar۔</w:t>
      </w:r>
    </w:p>
    <w:p>
      <w:pPr>
        <w:jc w:val="right"/>
      </w:pPr>
      <w:r>
        <w:t>وہ بہت زیادہ گرم ہے، بہت زیادہ ہیٹ ہے اس کے اندر۔</w:t>
      </w:r>
    </w:p>
    <w:p>
      <w:r>
        <w:rPr>
          <w:b/>
        </w:rPr>
        <w:t xml:space="preserve">[11:02] </w:t>
      </w:r>
      <w:r>
        <w:t>agar hamara solar system galaxy ke darmian mein hota to hum log pighal jate, hamara wajood na hota hamara۔</w:t>
      </w:r>
    </w:p>
    <w:p>
      <w:pPr>
        <w:jc w:val="right"/>
      </w:pPr>
      <w:r>
        <w:t>اگر ہمارا سولر سسٹم گلیکسی کے درمیان میں ہوتا تو ہم لوگ پگھل جاتے، ہمارا وجود نہ ہوتا ہمارا۔</w:t>
      </w:r>
    </w:p>
    <w:p>
      <w:r>
        <w:rPr>
          <w:b/>
        </w:rPr>
        <w:t xml:space="preserve">[11:13] </w:t>
      </w:r>
      <w:r>
        <w:t>lekin khaliq ne solar system ko galaxy ke kinare rakh diya, jis ki wajah se hum ko bohat hi mo'tedil aur normal heat milti hai۔</w:t>
      </w:r>
    </w:p>
    <w:p>
      <w:pPr>
        <w:jc w:val="right"/>
      </w:pPr>
      <w:r>
        <w:t>لیکن خالق نے سولر سسٹم کو گلیکسی کے کنارے رکھ دیا، جس کی وجہ سے ہم کو بہت ہی معتدل اور نارمل ہیٹ ملتی ہے۔</w:t>
      </w:r>
    </w:p>
    <w:p>
      <w:r>
        <w:rPr>
          <w:b/>
        </w:rPr>
        <w:t xml:space="preserve">[11:27] </w:t>
      </w:r>
      <w:r>
        <w:t>to scientist is ki daryaft to karta hai ke ke solar system mein kehte hain</w:t>
      </w:r>
    </w:p>
    <w:p>
      <w:pPr>
        <w:jc w:val="right"/>
      </w:pPr>
      <w:r>
        <w:t>تو سائنسدان اس کی دریافت تو کرتا ہے کہ کہ سولر سسٹم میں کہتے ہیں</w:t>
      </w:r>
    </w:p>
    <w:p>
      <w:r>
        <w:rPr>
          <w:b/>
        </w:rPr>
        <w:t xml:space="preserve">[11:39] </w:t>
      </w:r>
      <w:r>
        <w:t>planets hain, is ke is ki movement kaise hoti hai, is ka location kiya hai۔</w:t>
      </w:r>
    </w:p>
    <w:p>
      <w:pPr>
        <w:jc w:val="right"/>
      </w:pPr>
      <w:r>
        <w:t>پلینٹس ہیں، اس کے اس کی موومنٹ کیسے ہوتی ہے، اس کا لوکیشن کیا ہے۔</w:t>
      </w:r>
    </w:p>
    <w:p>
      <w:r>
        <w:rPr>
          <w:b/>
        </w:rPr>
        <w:t xml:space="preserve">[11:48] </w:t>
      </w:r>
      <w:r>
        <w:t>lekin yeh jo pehlu hai ke itni zabardast is ke andar maenvi</w:t>
      </w:r>
    </w:p>
    <w:p>
      <w:pPr>
        <w:jc w:val="right"/>
      </w:pPr>
      <w:r>
        <w:t>لیکن یہ جو پہلو ہے کہ اتنی زبردست اس کے اندر معنوی</w:t>
      </w:r>
    </w:p>
    <w:p>
      <w:r>
        <w:rPr>
          <w:b/>
        </w:rPr>
        <w:t xml:space="preserve">[11:55] </w:t>
      </w:r>
      <w:r>
        <w:t>yat hai, yahi aik baat nahi, aisi millions aur billions baaten hain jo batati hain ke jo khaliq hai is ka, woh bohat hi ziyada hakim hai۔</w:t>
      </w:r>
    </w:p>
    <w:p>
      <w:pPr>
        <w:jc w:val="right"/>
      </w:pPr>
      <w:r>
        <w:t>ت ہے، یہی ایک بات نہیں، ایسی ملینز اور بلینز باتیں ہیں جو بتاتی ہیں کہ جو خالق ہے اس کا، وہ بہت ہی زیادہ حکیم ہے۔</w:t>
      </w:r>
    </w:p>
    <w:p>
      <w:r>
        <w:rPr>
          <w:b/>
        </w:rPr>
        <w:t xml:space="preserve">[12:11] </w:t>
      </w:r>
      <w:r>
        <w:t>yani everything is well designed, well planned to kyun aisa hai؟ is ke maeni hain ke is ke peechay planer hain, is ke peechay designer hain۔</w:t>
      </w:r>
    </w:p>
    <w:p>
      <w:pPr>
        <w:jc w:val="right"/>
      </w:pPr>
      <w:r>
        <w:t>یعنی everything is well designed, well planned تو کیوں ایسا ہے؟ اس کے معنی ہیں کہ اس کے پیچھے پلینر ہیں، اس کے پیچھے ڈیزائنر ہیں۔</w:t>
      </w:r>
    </w:p>
    <w:p>
      <w:r>
        <w:rPr>
          <w:b/>
        </w:rPr>
        <w:t xml:space="preserve">[12:24] </w:t>
      </w:r>
      <w:r>
        <w:t>lekin science ka woh subject nahi۔ to science form ka, form ki tehqeeq karti hai۔</w:t>
      </w:r>
    </w:p>
    <w:p>
      <w:pPr>
        <w:jc w:val="right"/>
      </w:pPr>
      <w:r>
        <w:t>لیکن سائنس کا وہ سبجیکٹ نہیں۔ تو سائنس فارم کا، فارم کی تحقیق کرتی ہے۔</w:t>
      </w:r>
    </w:p>
    <w:p>
      <w:r>
        <w:rPr>
          <w:b/>
        </w:rPr>
        <w:t xml:space="preserve">[12:35] </w:t>
      </w:r>
      <w:r>
        <w:t>is ke jo meaning hai, is ke andar jo wisdom hai, woh science ka subject nahi hai۔ yahi sach poochhein to secular duniya mein aur mazhabi duniya mein har jagah yahi sab se bari kharabi hai۔</w:t>
      </w:r>
    </w:p>
    <w:p>
      <w:pPr>
        <w:jc w:val="right"/>
      </w:pPr>
      <w:r>
        <w:t>اس کے جو میننگ ہے، اس کے اندر جو وزڈم ہے، وہ سائنس کا سبجیکٹ نہیں ہے۔ یہی سچ پوچھیں تو سیکولر دنیا میں اور مذہبی دنیا میں ہر جگہ یہی سب سے بڑی خرابی ہے۔</w:t>
      </w:r>
    </w:p>
    <w:p>
      <w:r>
        <w:rPr>
          <w:b/>
        </w:rPr>
        <w:t xml:space="preserve">[12:52] </w:t>
      </w:r>
      <w:r>
        <w:t>wohi kharabi hajj mein aur eid al-adha mein bhi maujood hai. to jaisa ke maine arz kiya ke eid al-adha ka jo din hai, is ka aaghaz hota hai "labbayk allahumma labbayk" se.</w:t>
      </w:r>
    </w:p>
    <w:p>
      <w:pPr>
        <w:jc w:val="right"/>
      </w:pPr>
      <w:r>
        <w:t>وہی خرابی حج میں اور عید الاضحی میں بھی موجود ہے۔ تو جیسا کہ میں نے عرض کیا کہ عید الاضحی کا جو دن ہے، اس کا آغاز ہوتا ہے "لبیک اللہم لبیک" سے۔</w:t>
      </w:r>
    </w:p>
    <w:p>
      <w:r>
        <w:rPr>
          <w:b/>
        </w:rPr>
        <w:t xml:space="preserve">[13:07] </w:t>
      </w:r>
      <w:r>
        <w:t>yani is baat ka ahad ke hum allah ko, hum ne allah ko apna sol concern banaya, h</w:t>
      </w:r>
    </w:p>
    <w:p>
      <w:pPr>
        <w:jc w:val="right"/>
      </w:pPr>
      <w:r>
        <w:t>یعنی اس بات کا عہد کہ ہم اللہ کو، ہم نے اللہ کو اپنا سول کنسرن بنایا، ہ</w:t>
      </w:r>
    </w:p>
    <w:p>
      <w:r>
        <w:rPr>
          <w:b/>
        </w:rPr>
        <w:t xml:space="preserve">[13:20] </w:t>
      </w:r>
      <w:r>
        <w:t>m ne apne aap ko allah ke liye waqf kiya, allah ke liye dedicate kiya, hum ne god oriented life ikhtiyar ki.</w:t>
      </w:r>
    </w:p>
    <w:p>
      <w:pPr>
        <w:jc w:val="right"/>
      </w:pPr>
      <w:r>
        <w:t>م نے اپنے آپ کو اللہ کے لیے وقف کیا، اللہ کے لیے ڈیڈیکیٹ کیا، ہم نے گاڈ اورینٹڈ لائف اختیار کی۔</w:t>
      </w:r>
    </w:p>
    <w:p>
      <w:r>
        <w:rPr>
          <w:b/>
        </w:rPr>
        <w:t xml:space="preserve">[13:32] </w:t>
      </w:r>
      <w:r>
        <w:t>yeh hai pledge. lekin kuch nahin. maine dekha hai ke jab log jaate hain gharon se eidgah ki taraf to bas apne bachchon mein mashghool rehte hain.</w:t>
      </w:r>
    </w:p>
    <w:p>
      <w:pPr>
        <w:jc w:val="right"/>
      </w:pPr>
      <w:r>
        <w:t>یہ ہے پلج۔ لیکن کچھ نہیں۔ میں نے دیکھا ہے کہ جب لوگ جاتے ہیں گھروں سے عید گاہ کی طرف تو بس اپنے بچوں میں مشغول رہتے ہیں۔</w:t>
      </w:r>
    </w:p>
    <w:p>
      <w:r>
        <w:rPr>
          <w:b/>
        </w:rPr>
        <w:t xml:space="preserve">[13:46] </w:t>
      </w:r>
      <w:r>
        <w:t>ek bachcha ek haath mein, doosra bachcha doosre haath mein, aur isi mein mashghool rehte hain woh. yani munh se bolen ke agar allah ke alfaaz.</w:t>
      </w:r>
    </w:p>
    <w:p>
      <w:pPr>
        <w:jc w:val="right"/>
      </w:pPr>
      <w:r>
        <w:t>ایک بچہ ایک ہاتھ میں، دوسرا بچہ دوسرے ہاتھ میں، اور اسی میں مشغول رہتے ہیں وہ۔ یعنی منہ سے بولیں کہ اگر اللہ کے الفاظ۔</w:t>
      </w:r>
    </w:p>
    <w:p>
      <w:r>
        <w:rPr>
          <w:b/>
        </w:rPr>
        <w:t xml:space="preserve">[13:58] </w:t>
      </w:r>
      <w:r>
        <w:t>lekin amalan un ki saari dilchaspi hogi apne bachchon mein. aise hi guzarta hai poora din. to is tarah se dekhiye, ghar se rawana ho kar hum eidgah ya masjid mein pahunchte hain,</w:t>
      </w:r>
    </w:p>
    <w:p>
      <w:pPr>
        <w:jc w:val="right"/>
      </w:pPr>
      <w:r>
        <w:t>لیکن عملاً ان کی ساری دلچسپی ہوگی اپنے بچوں میں۔ ایسے ہی گزرتا ہے پورا دن۔ تو اس طرح سے دیکھیے، گھر سے روانہ ہو کر ہم عید گاہ یا مسجد میں پہنچتے ہیں،</w:t>
      </w:r>
    </w:p>
    <w:p>
      <w:r>
        <w:rPr>
          <w:b/>
        </w:rPr>
        <w:t xml:space="preserve">[14:15] </w:t>
      </w:r>
      <w:r>
        <w:t>wahan par do rak'at namaz hoti hai, phir khutbah hota hai.</w:t>
      </w:r>
    </w:p>
    <w:p>
      <w:pPr>
        <w:jc w:val="right"/>
      </w:pPr>
      <w:r>
        <w:t>وہاں پر دو رکعت نماز ہوتی ہے، پھر خطبہ ہوتا ہے۔</w:t>
      </w:r>
    </w:p>
    <w:p>
      <w:r>
        <w:rPr>
          <w:b/>
        </w:rPr>
        <w:t xml:space="preserve">[14:23] </w:t>
      </w:r>
      <w:r>
        <w:t>yeh matloob hai ke saare basti ke musalman ek jagah aa kar namaz ada karen.</w:t>
      </w:r>
    </w:p>
    <w:p>
      <w:pPr>
        <w:jc w:val="right"/>
      </w:pPr>
      <w:r>
        <w:t>یہ مطلوب ہے کہ سارے بستی کے مسلمان ایک جگہ آ کر نماز ادا کریں۔</w:t>
      </w:r>
    </w:p>
    <w:p>
      <w:r>
        <w:rPr>
          <w:b/>
        </w:rPr>
        <w:t xml:space="preserve">[14:31] </w:t>
      </w:r>
      <w:r>
        <w:t>agarche maujoodah zamane mein amalan yeh hota hai ke log is paas ke masjidon mein namaz padh lete hain, lekin yeh sahih tareeqa nahin hai.</w:t>
      </w:r>
    </w:p>
    <w:p>
      <w:pPr>
        <w:jc w:val="right"/>
      </w:pPr>
      <w:r>
        <w:t>اگرچہ موجودہ زمانے میں عملاً یہ ہوتا ہے کہ لوگ اس پاس کے مسجدوں میں نماز پڑھ لیتے ہیں، لیکن یہ صحیح طریقہ نہیں ہے۔</w:t>
      </w:r>
    </w:p>
    <w:p>
      <w:r>
        <w:rPr>
          <w:b/>
        </w:rPr>
        <w:t xml:space="preserve">[14:43] </w:t>
      </w:r>
      <w:r>
        <w:t>yani prescribe tareeqa yeh nahin hai. prescribe tareeqa to yeh hai ke saare musalman ek jagah ikattha hon basti ke.</w:t>
      </w:r>
    </w:p>
    <w:p>
      <w:pPr>
        <w:jc w:val="right"/>
      </w:pPr>
      <w:r>
        <w:t>یعنی پریسکرائب طریقہ یہ نہیں ہے۔ پریسکرائب طریقہ تو یہ ہے کہ سارے مسلمان ایک جگہ اکٹھا ہوں بستی کے۔</w:t>
      </w:r>
    </w:p>
    <w:p>
      <w:r>
        <w:rPr>
          <w:b/>
        </w:rPr>
        <w:t xml:space="preserve">[14:56] </w:t>
      </w:r>
      <w:r>
        <w:t>yani yeh wohi manzar local taur par paida karna maqsood hai jo makkah mein aur arafat ke maidan mein paida kiya jata hai.</w:t>
      </w:r>
    </w:p>
    <w:p>
      <w:pPr>
        <w:jc w:val="right"/>
      </w:pPr>
      <w:r>
        <w:t>یعنی یہ وہی منظر لوکل طور پر پیدا کرنا مقصود ہے جو مکہ میں اور عرفات کے میدان میں پیدا کیا جاتا ہے۔</w:t>
      </w:r>
    </w:p>
    <w:p>
      <w:r>
        <w:rPr>
          <w:b/>
        </w:rPr>
        <w:t xml:space="preserve">[15:10] </w:t>
      </w:r>
      <w:r>
        <w:t>yani dunya bhar ke musalman ek jagah ikattha hote hain.</w:t>
      </w:r>
    </w:p>
    <w:p>
      <w:pPr>
        <w:jc w:val="right"/>
      </w:pPr>
      <w:r>
        <w:t>یعنی دنیا بھر کے مسلمان ایک جگہ اکٹھا ہوتے ہیں۔</w:t>
      </w:r>
    </w:p>
    <w:p>
      <w:r>
        <w:rPr>
          <w:b/>
        </w:rPr>
        <w:t xml:space="preserve">[15:16] </w:t>
      </w:r>
      <w:r>
        <w:t>yeh ittehad ka sabak hai. yeh allah ke samne har ek ka</w:t>
      </w:r>
    </w:p>
    <w:p>
      <w:pPr>
        <w:jc w:val="right"/>
      </w:pPr>
      <w:r>
        <w:t>یہ اتحاد کا سبق ہے۔ یہ اللہ کے سامنے ہر ایک کا</w:t>
      </w:r>
    </w:p>
    <w:p>
      <w:r>
        <w:rPr>
          <w:b/>
        </w:rPr>
        <w:t xml:space="preserve">[15:26] </w:t>
      </w:r>
      <w:r>
        <w:t>mil kar ke woh ahad karna hai,</w:t>
      </w:r>
    </w:p>
    <w:p>
      <w:pPr>
        <w:jc w:val="right"/>
      </w:pPr>
      <w:r>
        <w:t>مل کر کے وہ عہد کرنا ہے،</w:t>
      </w:r>
    </w:p>
    <w:p>
      <w:r>
        <w:rPr>
          <w:b/>
        </w:rPr>
        <w:t xml:space="preserve">[15:33] </w:t>
      </w:r>
      <w:r>
        <w:t>aakhirat ke din ko yaad karna hai jab ke saare insaan allah ke samne hazir kiye jayenge.</w:t>
      </w:r>
    </w:p>
    <w:p>
      <w:pPr>
        <w:jc w:val="right"/>
      </w:pPr>
      <w:r>
        <w:t>آخرت کے دن کو یاد کرنا ہے جب کہ سارے انسان اللہ کے سامنے حاضر کیے جائیں گے۔</w:t>
      </w:r>
    </w:p>
    <w:p>
      <w:r>
        <w:rPr>
          <w:b/>
        </w:rPr>
        <w:t xml:space="preserve">[15:41] </w:t>
      </w:r>
      <w:r>
        <w:t>to yeh jo saare log ikattha hote hain arafat ke maidan mein, aur saare log ikattha hote hain haram mein namaz padhte hain, isi ka ek chhota sa muzahira hai jo har basti mein ada kiya jata hai,</w:t>
      </w:r>
    </w:p>
    <w:p>
      <w:pPr>
        <w:jc w:val="right"/>
      </w:pPr>
      <w:r>
        <w:t>تو یہ جو سارے لوگ اکٹھا ہوتے ہیں عرفات کے میدان میں، اور سارے لوگ اکٹھا ہوتے ہیں حرب میں نماز پڑھتے ہیں، اسی کا ایک چھوٹا سا مظاہرہ ہے جو ہر بستی میں ادا کیا جاتا ہے،</w:t>
      </w:r>
    </w:p>
    <w:p>
      <w:r>
        <w:rPr>
          <w:b/>
        </w:rPr>
        <w:t xml:space="preserve">[16:00] </w:t>
      </w:r>
      <w:r>
        <w:t>namaz eid ki shakal mein.</w:t>
      </w:r>
    </w:p>
    <w:p>
      <w:pPr>
        <w:jc w:val="right"/>
      </w:pPr>
      <w:r>
        <w:t>نماز عید کی شکل میں۔</w:t>
      </w:r>
    </w:p>
    <w:p>
      <w:r>
        <w:rPr>
          <w:b/>
        </w:rPr>
        <w:t xml:space="preserve">[16:02] </w:t>
      </w:r>
      <w:r>
        <w:t>to is liye matloob hai ke saare musalman basti ke ek badi jagah ikattha hon eidgah mein, maidan mein, taake woh poora faida is ko hasil ho.</w:t>
      </w:r>
    </w:p>
    <w:p>
      <w:pPr>
        <w:jc w:val="right"/>
      </w:pPr>
      <w:r>
        <w:t>تو اس لیے مطلوب ہے کہ سارے مسلمان بستی کے ایک بڑی جگہ اکٹھا ہوں عید گاہ میں، میدان میں، تاکہ وہ پورا فائدہ اس کو حاصل ہو۔</w:t>
      </w:r>
    </w:p>
    <w:p>
      <w:r>
        <w:rPr>
          <w:b/>
        </w:rPr>
        <w:t xml:space="preserve">[16:15] </w:t>
      </w:r>
      <w:r>
        <w:t>yahan bhi aap dekhiye, namaz mein kya hota hai. bar bar kaha jata hai "allah akbar, allah akbar".</w:t>
      </w:r>
    </w:p>
    <w:p>
      <w:pPr>
        <w:jc w:val="right"/>
      </w:pPr>
      <w:r>
        <w:t>یہاں بھی آپ دیکھیے، نماز میں کیا ہوتا ہے۔ بار بار کہا جاتا ہے "اللہ اکبر، اللہ اکبر"۔</w:t>
      </w:r>
    </w:p>
    <w:p>
      <w:r>
        <w:rPr>
          <w:b/>
        </w:rPr>
        <w:t xml:space="preserve">[16:26] </w:t>
      </w:r>
      <w:r>
        <w:t>namaz ka khulasa hi "allah akbar" hai. woh kya hai?</w:t>
      </w:r>
    </w:p>
    <w:p>
      <w:pPr>
        <w:jc w:val="right"/>
      </w:pPr>
      <w:r>
        <w:t>نماز کا خلاصہ ہی "اللہ اکبر" ہے۔ وہ کیا ہے؟</w:t>
      </w:r>
    </w:p>
    <w:p>
      <w:r>
        <w:rPr>
          <w:b/>
        </w:rPr>
        <w:t xml:space="preserve">[16:33] </w:t>
      </w:r>
      <w:r>
        <w:t>"allah akbar" ka matlab hai allah bada hai. lekin allah bada humein ek aur baat shamil hai, woh yeh ke main bada nahin hoon. god is great and i am not great is ka matlab kya hua?</w:t>
      </w:r>
    </w:p>
    <w:p>
      <w:pPr>
        <w:jc w:val="right"/>
      </w:pPr>
      <w:r>
        <w:t>"اللہ اکبر" کا مطلب ہے اللہ بڑا ہے۔ لیکن اللہ بڑا ہمیں ایک اور بات شامل ہے، وہ یہ کہ میں بڑا نہیں ہوں۔ God is great and I am not great اس کا مطلب کیا ہوا؟</w:t>
      </w:r>
    </w:p>
    <w:p>
      <w:r>
        <w:rPr>
          <w:b/>
        </w:rPr>
        <w:t xml:space="preserve">[16:50] </w:t>
      </w:r>
      <w:r>
        <w:t>is ka matlab yeh hua ke namaz jo hai modesty ka sabak hai, tawazu ka sabak hai.</w:t>
      </w:r>
    </w:p>
    <w:p>
      <w:pPr>
        <w:jc w:val="right"/>
      </w:pPr>
      <w:r>
        <w:t>اس کا مطلب یہ ہوا کہ نماز جو ہے ماڈرسٹی کا سبق ہے، تواضع کا سبق ہے۔</w:t>
      </w:r>
    </w:p>
    <w:p>
      <w:r>
        <w:rPr>
          <w:b/>
        </w:rPr>
        <w:t xml:space="preserve">[16:59] </w:t>
      </w:r>
      <w:r>
        <w:t>kitna bada revolutionary idea hai yeh inqilabi! agar saare musalmanon mein modesty aa jaye, tawazu aa jaye to kitna bada inqilab ho jaye!</w:t>
      </w:r>
    </w:p>
    <w:p>
      <w:pPr>
        <w:jc w:val="right"/>
      </w:pPr>
      <w:r>
        <w:t>کتنا بڑا ریولیشری آئیڈیا ہے یہ انقلابی! اگر سارے مسلمانوں میں ماڈرسٹی آ جائے، تواضع آ جائے تو کتنا بڑا انقلاب ہو جائے!</w:t>
      </w:r>
    </w:p>
    <w:p>
      <w:r>
        <w:rPr>
          <w:b/>
        </w:rPr>
        <w:t xml:space="preserve">[17:14] </w:t>
      </w:r>
      <w:r>
        <w:t>modesty zid hai ego ki, aur aap jante hain ke jitne bhi samajee zindagi mein, social life mein jitne bhi evil hain, jitne bhi evil hain, saari evil direct ya indirect ego se judi hui hain.</w:t>
      </w:r>
    </w:p>
    <w:p>
      <w:pPr>
        <w:jc w:val="right"/>
      </w:pPr>
      <w:r>
        <w:t>ماڈرسٹی ضد ہے ایگو کی، اور آپ جانتے ہیں کہ جتنے بھی سماجی زندگی میں، سوشل لائف میں جتنے بھی ایول ہیں، جتنے بھی ایول ہیں، ساری ایول ڈائریکٹ یا ان ڈائریکٹ ایگو سے جڑی ہوئی ہیں۔</w:t>
      </w:r>
    </w:p>
    <w:p>
      <w:r>
        <w:rPr>
          <w:b/>
        </w:rPr>
        <w:t xml:space="preserve">[17:39] </w:t>
      </w:r>
      <w:r>
        <w:t>ego se</w:t>
      </w:r>
    </w:p>
    <w:p>
      <w:pPr>
        <w:jc w:val="right"/>
      </w:pPr>
      <w:r>
        <w:t>ایگو سے</w:t>
      </w:r>
    </w:p>
    <w:p>
      <w:r>
        <w:rPr>
          <w:b/>
        </w:rPr>
        <w:t xml:space="preserve">[17:41] </w:t>
      </w:r>
      <w:r>
        <w:t>to namaz ka matlab hai aadmi ko ego less banana, modesty paida karna. ab ghor kijiye ke agar namaz ki spirit aa jaye logon ke andar to tamam social evil ki jar kat jaye.</w:t>
      </w:r>
    </w:p>
    <w:p>
      <w:pPr>
        <w:jc w:val="right"/>
      </w:pPr>
      <w:r>
        <w:t>تو نماز کا مطلب ہے آدمی کو ایگو لیس بنانا، ماڈرسٹی پیدا کرنا۔ اب غور کیجیے کہ اگر نماز کی اسپرٹ آ جائے لوگوں کے اندر تو تمام سوشل ایول کی جڑ کٹ جائے۔</w:t>
      </w:r>
    </w:p>
    <w:p>
      <w:r>
        <w:rPr>
          <w:b/>
        </w:rPr>
        <w:t xml:space="preserve">[18:01] </w:t>
      </w:r>
      <w:r>
        <w:t>social evil ki jar kat jaye! kaisi ajeeb baat hai!</w:t>
      </w:r>
    </w:p>
    <w:p>
      <w:pPr>
        <w:jc w:val="right"/>
      </w:pPr>
      <w:r>
        <w:t>سوشل ایول کی جڑ کٹ جائے! کیسی عجیب بات ہے!</w:t>
      </w:r>
    </w:p>
    <w:p>
      <w:r>
        <w:rPr>
          <w:b/>
        </w:rPr>
        <w:t xml:space="preserve">[18:09] </w:t>
      </w:r>
      <w:r>
        <w:t>kaisi ajeeb baat hai! lekin namaz ab amalan kya hai? ek ritual, ek set of ritual hai, ek form hai.</w:t>
      </w:r>
    </w:p>
    <w:p>
      <w:pPr>
        <w:jc w:val="right"/>
      </w:pPr>
      <w:r>
        <w:t>کیسی عجیب بات ہے! لیکن نماز اب عملاً کیا ہے؟ ایک ریچول، ایک سیٹ آف ریچول ہے، ایک فارم ہے۔</w:t>
      </w:r>
    </w:p>
    <w:p>
      <w:r>
        <w:rPr>
          <w:b/>
        </w:rPr>
        <w:t xml:space="preserve">[18:25] </w:t>
      </w:r>
      <w:r>
        <w:t>bas is form ko dohra liya aur samjhein ke namaz ho gayi.</w:t>
      </w:r>
    </w:p>
    <w:p>
      <w:pPr>
        <w:jc w:val="right"/>
      </w:pPr>
      <w:r>
        <w:t>بس اس فارم کو دہرا لیا اور سمجھیں کہ نماز ہو گئی۔</w:t>
      </w:r>
    </w:p>
    <w:p>
      <w:r>
        <w:rPr>
          <w:b/>
        </w:rPr>
        <w:t xml:space="preserve">[18:32] </w:t>
      </w:r>
      <w:r>
        <w:t>dekhiye, hadith mein aata hai</w:t>
      </w:r>
    </w:p>
    <w:p>
      <w:pPr>
        <w:jc w:val="right"/>
      </w:pPr>
      <w:r>
        <w:t>دیکھیے، حدیث میں آتا ہے</w:t>
      </w:r>
    </w:p>
    <w:p>
      <w:r>
        <w:rPr>
          <w:b/>
        </w:rPr>
        <w:t xml:space="preserve">[18:36] </w:t>
      </w:r>
      <w:r>
        <w:t>صلو کما رأیتمونی أصلی namaz is tarah parho jis tarah tum mujhko namaz padhte hue dekhte ho.</w:t>
      </w:r>
    </w:p>
    <w:p>
      <w:pPr>
        <w:jc w:val="right"/>
      </w:pPr>
      <w:r>
        <w:t>صلو کما رأیتمونی أصلی نماز اس طرح پڑھو جس طرح تم مجھ کو نماز پڑھتے ہوئے دیکھتے ہو۔</w:t>
      </w:r>
    </w:p>
    <w:p>
      <w:r>
        <w:rPr>
          <w:b/>
        </w:rPr>
        <w:t xml:space="preserve">[18:48] </w:t>
      </w:r>
      <w:r>
        <w:t>ab ghor farmaiye ke Rasool Allah ki namaz kya thi? woh sirf form nahi thi.</w:t>
      </w:r>
    </w:p>
    <w:p>
      <w:pPr>
        <w:jc w:val="right"/>
      </w:pPr>
      <w:r>
        <w:t>اب غور فرمائیے کہ رسول اللہ کی نماز کیا تھی؟ وہ صرف فارم نہیں تھی۔</w:t>
      </w:r>
    </w:p>
    <w:p>
      <w:r>
        <w:rPr>
          <w:b/>
        </w:rPr>
        <w:t xml:space="preserve">[18:54] </w:t>
      </w:r>
      <w:r>
        <w:t>Rasool Allah ki namaz mein khushu hota tha, khudu hota tha, ikhbat hoti thi, inaabat hoti thi. yaani rabbani spirit bharpoor taur par hoti thi.</w:t>
      </w:r>
    </w:p>
    <w:p>
      <w:pPr>
        <w:jc w:val="right"/>
      </w:pPr>
      <w:r>
        <w:t>رسول اللہ کی نماز میں خشوع ہوتا تھا، خضوع ہوتا تھا، اخبات ہوتی تھی، عنابت ہوتی تھی۔ یعنی ربانی اسپرٹ بھرپور طور پر ہوتی تھی۔</w:t>
      </w:r>
    </w:p>
    <w:p>
      <w:r>
        <w:rPr>
          <w:b/>
        </w:rPr>
        <w:t xml:space="preserve">[19:10] </w:t>
      </w:r>
      <w:r>
        <w:t>to صلو کما رأیتمونی أصلی ka matlab kya hua? woh namaz parho jo Rasool Allah namaz padhte the.</w:t>
      </w:r>
    </w:p>
    <w:p>
      <w:pPr>
        <w:jc w:val="right"/>
      </w:pPr>
      <w:r>
        <w:t>تو صلو کما رأیتمونی أصلی کا مطلب کیا ہوا؟ وہ نماز پڑھو جو رسول اللہ نماز پڑھتے تھے۔</w:t>
      </w:r>
    </w:p>
    <w:p>
      <w:r>
        <w:rPr>
          <w:b/>
        </w:rPr>
        <w:t xml:space="preserve">[19:20] </w:t>
      </w:r>
      <w:r>
        <w:t>yaani form ke aitbar se bhi aur rabbani spirit ke aitbar se bhi. tabhi to namaz hogi Rasool Allah wali. agar aap alag kar dein, agar aap dealing kar dein dono baaton ko, yaani rabbani spirit ko to na lein, form ko le lein to yeh صلو کما رأیتمونی أصلی par amal karna nahi hua.</w:t>
      </w:r>
    </w:p>
    <w:p>
      <w:pPr>
        <w:jc w:val="right"/>
      </w:pPr>
      <w:r>
        <w:t>یعنی فارم کے اعتبار سے بھی اور ربانی اسپرٹ کے اعتبار سے بھی۔ تبھی تو نماز ہوگی رسول اللہ والی۔ اگر آپ الگ کر دیں، اگر آپ ڈیلنگ کر دیں دونوں باتوں کو، یعنی ربانی اسپرٹ کو تو نہ لیں، فارم کو لے لیں تو یہ صلو کما رأیتمونی أصلی پر عمل کرنا نہیں ہوا۔</w:t>
      </w:r>
    </w:p>
    <w:p>
      <w:r>
        <w:rPr>
          <w:b/>
        </w:rPr>
        <w:t xml:space="preserve">[19:49] </w:t>
      </w:r>
      <w:r>
        <w:t>ab ghor kijiye, sari duniya mein namazon ki dhoom hai. har duniya bhar mein maine dekha hai, aap ne dekha hai ke namazon ki dhoom hai.</w:t>
      </w:r>
    </w:p>
    <w:p>
      <w:pPr>
        <w:jc w:val="right"/>
      </w:pPr>
      <w:r>
        <w:t>اب غور کیجیے، ساری دنیا میں نمازوں کی دھوم ہے۔ ہر دنیا بھر میں میں نے دیکھا ہے، آپ نے دیکھا ہے کہ نمازوں کی دھوم ہے۔</w:t>
      </w:r>
    </w:p>
    <w:p>
      <w:r>
        <w:rPr>
          <w:b/>
        </w:rPr>
        <w:t xml:space="preserve">[20:01] </w:t>
      </w:r>
      <w:r>
        <w:t>lekin hadith mein jo kaha gaya tha, yeh sari namazein isi ka mazak hain. مساجدهم عامرہ وحی خراب من الہدی hadith mein bataya gaya tha ek zamana aayega jab masjidien bhari hui hongi.</w:t>
      </w:r>
    </w:p>
    <w:p>
      <w:pPr>
        <w:jc w:val="right"/>
      </w:pPr>
      <w:r>
        <w:t>لیکن حدیث میں جو کہا گیا تھا، یہ ساری نمازیں اسی کا مذاق ہیں۔ مساجدهم عامرہ وحی خراب من الہدی حدیث میں بتایا گیا تھا ایک زمانہ آئے گا جب مسجدیں بھری ہوئی ہوں گی۔</w:t>
      </w:r>
    </w:p>
    <w:p>
      <w:r>
        <w:rPr>
          <w:b/>
        </w:rPr>
        <w:t xml:space="preserve">[20:19] </w:t>
      </w:r>
      <w:r>
        <w:t>masjidien bhari hongi lekin woh hidayat se khali hongi. iska matlab kya hai? ke form wali namazon ki dhoom hogi lekin woh jo rabbani spirit wali baat hai,</w:t>
      </w:r>
    </w:p>
    <w:p>
      <w:pPr>
        <w:jc w:val="right"/>
      </w:pPr>
      <w:r>
        <w:t>مسجدیں بھری ہوں گی لیکن وہ ہدایت سے خالی ہوں گی۔ اس کا مطلب کیا ہے؟ کہ فارم والی نمازوں کی دھوم ہوگی لیکن وہ جو ربانی اسپرٹ والی بات ہے،</w:t>
      </w:r>
    </w:p>
    <w:p>
      <w:r>
        <w:rPr>
          <w:b/>
        </w:rPr>
        <w:t xml:space="preserve">[20:34] </w:t>
      </w:r>
      <w:r>
        <w:t>is se yeh namazein khali hongi.</w:t>
      </w:r>
    </w:p>
    <w:p>
      <w:pPr>
        <w:jc w:val="right"/>
      </w:pPr>
      <w:r>
        <w:t>اس سے یہ نمازیں خالی ہوں گی۔</w:t>
      </w:r>
    </w:p>
    <w:p>
      <w:r>
        <w:rPr>
          <w:b/>
        </w:rPr>
        <w:t xml:space="preserve">[20:38] </w:t>
      </w:r>
      <w:r>
        <w:t>to jis tarah science mein separation kar diya gaya quality ka quantity ke sath, wahi yahan bhi</w:t>
      </w:r>
    </w:p>
    <w:p>
      <w:pPr>
        <w:jc w:val="right"/>
      </w:pPr>
      <w:r>
        <w:t>تو جس طرح سائنس میں سیپریشن کر دیا گیا کوالٹی کا کوانٹٹی کے ساتھ، وہی یہاں بھی</w:t>
      </w:r>
    </w:p>
    <w:p>
      <w:r>
        <w:rPr>
          <w:b/>
        </w:rPr>
        <w:t xml:space="preserve">[20:46] </w:t>
      </w:r>
      <w:r>
        <w:t>hua hai. to yeh kitni badi! aap ghor kijiye, kitni badi mehroomi hai.</w:t>
      </w:r>
    </w:p>
    <w:p>
      <w:pPr>
        <w:jc w:val="right"/>
      </w:pPr>
      <w:r>
        <w:t>ہوا ہے۔ تو یہ کتنی بڑی! آپ غور کیجیے، کتنی بڑی محرومی ہے۔</w:t>
      </w:r>
    </w:p>
    <w:p>
      <w:r>
        <w:rPr>
          <w:b/>
        </w:rPr>
        <w:t xml:space="preserve">[20:53] </w:t>
      </w:r>
      <w:r>
        <w:t>yaani science mein jo separation hua, is separation se kya hua? insaan ne makhlooq ko paya, khalique ko nahi paya. science ne bahut kuch diya insaan ko, lekin kya diya usne?</w:t>
      </w:r>
    </w:p>
    <w:p>
      <w:pPr>
        <w:jc w:val="right"/>
      </w:pPr>
      <w:r>
        <w:t>یعنی سائنس میں جو سیپریشن ہوا، اس سیپریشن سے کیا ہوا؟ انسان نے مخلوق کو پایا، خالق کو نہیں پایا۔ سائنس نے بہت کچھ دیا انسان کو، لیکن کیا دیا اس نے؟</w:t>
      </w:r>
    </w:p>
    <w:p>
      <w:r>
        <w:rPr>
          <w:b/>
        </w:rPr>
        <w:t xml:space="preserve">[21:07] </w:t>
      </w:r>
      <w:r>
        <w:t>makhlooq diya, khalique nahi diya usne.</w:t>
      </w:r>
    </w:p>
    <w:p>
      <w:pPr>
        <w:jc w:val="right"/>
      </w:pPr>
      <w:r>
        <w:t>مخلوق دیا، خالق نہیں دیا اس نے۔</w:t>
      </w:r>
    </w:p>
    <w:p>
      <w:r>
        <w:rPr>
          <w:b/>
        </w:rPr>
        <w:t xml:space="preserve">[21:14] </w:t>
      </w:r>
      <w:r>
        <w:t>yaani ek science keh di, aap ne telephone paya, car payi, hawai jahaz payi, machinein payin, lekin in sab ka jo designer hai, in sab ka jo khalique hai, usko nahi paya.</w:t>
      </w:r>
    </w:p>
    <w:p>
      <w:pPr>
        <w:jc w:val="right"/>
      </w:pPr>
      <w:r>
        <w:t>یعنی ایک سائنس کہہ دی، آپ نے ٹیلی فون پایا، کار پائی، ہوا جہاز پائی، مشینیں پائیں، لیکن ان سب کا جو ڈیزائنر ہے، ان سب کا جو خالق ہے، اس کو نہیں پایا۔</w:t>
      </w:r>
    </w:p>
    <w:p>
      <w:r>
        <w:rPr>
          <w:b/>
        </w:rPr>
        <w:t xml:space="preserve">[21:31] </w:t>
      </w:r>
      <w:r>
        <w:t>to aap ghor kijiye, wahi shakal mazhab mein bhi hai. yaani science mein dhoom hai makhlooq ki aur khalique absent hai.</w:t>
      </w:r>
    </w:p>
    <w:p>
      <w:pPr>
        <w:jc w:val="right"/>
      </w:pPr>
      <w:r>
        <w:t>تو آپ غور کیجیے، وہی شکل مذہب میں بھی ہے۔ یعنی سائنس میں دھوم ہے مخلوق کی اور خالق ایبسنٹ ہے۔</w:t>
      </w:r>
    </w:p>
    <w:p>
      <w:r>
        <w:rPr>
          <w:b/>
        </w:rPr>
        <w:t xml:space="preserve">[21:44] </w:t>
      </w:r>
      <w:r>
        <w:t>yahi hamari namazon ka, hamari ibadaton ka, hamare mazhabi aamal ka haal hai ke form ki dhoom hai aur spirit ghayab hai.</w:t>
      </w:r>
    </w:p>
    <w:p>
      <w:pPr>
        <w:jc w:val="right"/>
      </w:pPr>
      <w:r>
        <w:t>یہی ہماری نمازوں کا، ہماری عبادتوں کا، ہمارے مذہبی اعمال کا حال ہے کہ فارم کی دھوم ہے اور اسپرٹ غائب ہے۔</w:t>
      </w:r>
    </w:p>
    <w:p>
      <w:r>
        <w:rPr>
          <w:b/>
        </w:rPr>
        <w:t xml:space="preserve">[21:55] </w:t>
      </w:r>
      <w:r>
        <w:t>form ki dhoom hai, spirit ghayab hai. hadith mein aata hai ke لا صلاۃ لملم یتخش uski namaz namaz nahi</w:t>
      </w:r>
    </w:p>
    <w:p>
      <w:pPr>
        <w:jc w:val="right"/>
      </w:pPr>
      <w:r>
        <w:t>فارم کی دھوم ہے، اسپرٹ غائب ہے۔ حدیث میں آتا ہے کہ لا صلاۃ لملم یتخش اس کی نماز نماز نہیں</w:t>
      </w:r>
    </w:p>
    <w:p>
      <w:r>
        <w:rPr>
          <w:b/>
        </w:rPr>
        <w:t xml:space="preserve">[22:10] </w:t>
      </w:r>
      <w:r>
        <w:t>jiski namaz mein khushu na ho.</w:t>
      </w:r>
    </w:p>
    <w:p>
      <w:pPr>
        <w:jc w:val="right"/>
      </w:pPr>
      <w:r>
        <w:t>جس کی نماز میں خشوع نہ ہو۔</w:t>
      </w:r>
    </w:p>
    <w:p>
      <w:r>
        <w:rPr>
          <w:b/>
        </w:rPr>
        <w:t xml:space="preserve">[22:14] </w:t>
      </w:r>
      <w:r>
        <w:t>to aap ghor kijiye, agar aap Rasool Allah ke amal se, Rasool Allah ke qaul se jaanchen apni namazon ko to kahan thehrenge?</w:t>
      </w:r>
    </w:p>
    <w:p>
      <w:pPr>
        <w:jc w:val="right"/>
      </w:pPr>
      <w:r>
        <w:t>تو آپ غور کیجیے، اگر آپ رسول اللہ کے عمل سے، رسول اللہ کے قول سے جانچیں اپنی نمازوں کو تو کہاں ٹھہریں گے؟</w:t>
      </w:r>
    </w:p>
    <w:p>
      <w:r>
        <w:rPr>
          <w:b/>
        </w:rPr>
        <w:t xml:space="preserve">[22:24] </w:t>
      </w:r>
      <w:r>
        <w:t>aap nowhere honge.</w:t>
      </w:r>
    </w:p>
    <w:p>
      <w:pPr>
        <w:jc w:val="right"/>
      </w:pPr>
      <w:r>
        <w:t>آپ نو ویئر ہوں گے۔</w:t>
      </w:r>
    </w:p>
    <w:p>
      <w:r>
        <w:rPr>
          <w:b/>
        </w:rPr>
        <w:t xml:space="preserve">[22:30] </w:t>
      </w:r>
      <w:r>
        <w:t>to dugana namaz jo ada ki jati hai, is par khutba padha jata hai. khutbe mein khutba kis liye hai?</w:t>
      </w:r>
    </w:p>
    <w:p>
      <w:pPr>
        <w:jc w:val="right"/>
      </w:pPr>
      <w:r>
        <w:t>تو دوگانہ نماز جو ادا کی جاتی ہے، اس پر خطبہ پڑھا جاتا ہے۔ خطبے میں خطبہ کس لیے ہے؟</w:t>
      </w:r>
    </w:p>
    <w:p>
      <w:r>
        <w:rPr>
          <w:b/>
        </w:rPr>
        <w:t xml:space="preserve">[22:39] </w:t>
      </w:r>
      <w:r>
        <w:t>khutba is liye hai ke aap ka imam apne zamane ko jaane, is zamane ke lihaz se musalmanon ko rehnumai de.</w:t>
      </w:r>
    </w:p>
    <w:p>
      <w:pPr>
        <w:jc w:val="right"/>
      </w:pPr>
      <w:r>
        <w:t>خطبہ اس لیے ہے کہ آپ کا امام اپنے زمانے کو جانے، اس زمانے کے لحاظ سے مسلمانوں کو رہنمائی دے۔</w:t>
      </w:r>
    </w:p>
    <w:p>
      <w:r>
        <w:rPr>
          <w:b/>
        </w:rPr>
        <w:t xml:space="preserve">[22:50] </w:t>
      </w:r>
      <w:r>
        <w:t>political rehnumai nahin. aaj kal masjidon mein dhoom machi hui hai. siyasi taqreeren hoti hain. eid ke din bhi siyasi taqreeren hoti hain.</w:t>
      </w:r>
    </w:p>
    <w:p>
      <w:pPr>
        <w:jc w:val="right"/>
      </w:pPr>
      <w:r>
        <w:t>پولیٹیکل رہنمائی نہیں۔ آج کل مسجدوں میں دھوم مچی ہوئی ہے۔ سیاسی تقریریں ہوتی ہیں۔ عید کے دن بھی سیاسی تقریریں ہوتی ہیں۔</w:t>
      </w:r>
    </w:p>
    <w:p>
      <w:r>
        <w:rPr>
          <w:b/>
        </w:rPr>
        <w:t xml:space="preserve">[23:00] </w:t>
      </w:r>
      <w:r>
        <w:t>yeh sab bilkul baseless hai. yeh sab bilkul baseless hai. is ka Islam se koi talluq nahin.</w:t>
      </w:r>
    </w:p>
    <w:p>
      <w:pPr>
        <w:jc w:val="right"/>
      </w:pPr>
      <w:r>
        <w:t>یہ سب بالکل بیسل ہے۔ یہ سب بالکل بیسلیس ہے۔ اس کا اسلام سے کوئی تعلق نہیں۔</w:t>
      </w:r>
    </w:p>
    <w:p>
      <w:r>
        <w:rPr>
          <w:b/>
        </w:rPr>
        <w:t xml:space="preserve">[23:09] </w:t>
      </w:r>
      <w:r>
        <w:t>masjiden political speeches ke liye nahin hain. masjid ka matlab hai spiritual food dena, taqwa ki ghiza dena, spirit wali ibadat ka mizaj banana,</w:t>
      </w:r>
    </w:p>
    <w:p>
      <w:pPr>
        <w:jc w:val="right"/>
      </w:pPr>
      <w:r>
        <w:t>مسجدیں پولیٹیکل اسپیچز کے لیے نہیں ہیں۔ مسجد کا مطلب ہے اسپیچول فوڈ دینا، تقویٰ کی غذا دینا، اسپرٹ والی عبادت کا مزاج بنانا،</w:t>
      </w:r>
    </w:p>
    <w:p>
      <w:r>
        <w:rPr>
          <w:b/>
        </w:rPr>
        <w:t xml:space="preserve">[23:27] </w:t>
      </w:r>
      <w:r>
        <w:t>logon ke andar rabbaniyat lana, logon ke andar God oriented thinking, God oriented life ka mizaj paida</w:t>
      </w:r>
    </w:p>
    <w:p>
      <w:pPr>
        <w:jc w:val="right"/>
      </w:pPr>
      <w:r>
        <w:t>لوگوں کے اندر ربانیت لانا، لوگوں کے اندر گاڈ اورینٹڈ تھنکنگ، گاڈ اورینٹڈ لائف کا مزاج پیدا</w:t>
      </w:r>
    </w:p>
    <w:p>
      <w:r>
        <w:rPr>
          <w:b/>
        </w:rPr>
        <w:t xml:space="preserve">[23:38] </w:t>
      </w:r>
      <w:r>
        <w:t>karna. yeh sab hai maqsad. political masail, milli masail, qaumi masail, is ka koi talluq is masjid se nahin hai.</w:t>
      </w:r>
    </w:p>
    <w:p>
      <w:pPr>
        <w:jc w:val="right"/>
      </w:pPr>
      <w:r>
        <w:t>کرنا۔ یہ سب ہے مقصد۔ پولیٹیکل مسائل، ملی مسائل، قومی مسائل، اس کا کوئی تعلق اس مسجد سے نہیں ہے۔</w:t>
      </w:r>
    </w:p>
    <w:p>
      <w:r>
        <w:rPr>
          <w:b/>
        </w:rPr>
        <w:t xml:space="preserve">[23:51] </w:t>
      </w:r>
      <w:r>
        <w:t>to</w:t>
      </w:r>
    </w:p>
    <w:p>
      <w:pPr>
        <w:jc w:val="right"/>
      </w:pPr>
      <w:r>
        <w:t>تو</w:t>
      </w:r>
    </w:p>
    <w:p>
      <w:r>
        <w:rPr>
          <w:b/>
        </w:rPr>
        <w:t xml:space="preserve">[23:55] </w:t>
      </w:r>
      <w:r>
        <w:t>hamare haan</w:t>
      </w:r>
    </w:p>
    <w:p>
      <w:pPr>
        <w:jc w:val="right"/>
      </w:pPr>
      <w:r>
        <w:t>ہمارے ہاں</w:t>
      </w:r>
    </w:p>
    <w:p>
      <w:r>
        <w:rPr>
          <w:b/>
        </w:rPr>
        <w:t xml:space="preserve">[23:58] </w:t>
      </w:r>
      <w:r>
        <w:t>khutba to hota hai, lekin woh khutba bhi bas ek likha likha hai, chupa hua hai. isi ko dohra diya.</w:t>
      </w:r>
    </w:p>
    <w:p>
      <w:pPr>
        <w:jc w:val="right"/>
      </w:pPr>
      <w:r>
        <w:t>خطبہ تو ہوتا ہے، لیکن وہ خطبہ بھی بس ایک لکھا لکھا ہے، چھپا ہوا ہے۔ اسی کو دہرا دیا۔</w:t>
      </w:r>
    </w:p>
    <w:p>
      <w:r>
        <w:rPr>
          <w:b/>
        </w:rPr>
        <w:t xml:space="preserve">[24:07] </w:t>
      </w:r>
      <w:r>
        <w:t>waqt ke halaat kya hain? waqt ka taqaza kya hai? is se koi behs nahin. to kaha, khutba to paya jata hai, lekin jis jo purpose hai, woh purpose hasil nahin hota.</w:t>
      </w:r>
    </w:p>
    <w:p>
      <w:pPr>
        <w:jc w:val="right"/>
      </w:pPr>
      <w:r>
        <w:t>وقت کے حالات کیا ہیں؟ وقت کا تقاضا کیا ہے؟ اس سے کوئی بحث نہیں۔ تو کہا، خطبہ تو پایا جاتا ہے، لیکن جس جو پرپس ہے، وہ پرپس حاصل نہیں ہوتا۔</w:t>
      </w:r>
    </w:p>
    <w:p>
      <w:r>
        <w:rPr>
          <w:b/>
        </w:rPr>
        <w:t xml:space="preserve">[24:23] </w:t>
      </w:r>
      <w:r>
        <w:t>phir dekhiye, namaz ke baad jo amal sab se bara kiya jata hai, woh hai,</w:t>
      </w:r>
    </w:p>
    <w:p>
      <w:pPr>
        <w:jc w:val="right"/>
      </w:pPr>
      <w:r>
        <w:t>پھر دیکھیے، نماز کے بعد جو عمل سب سے بڑا کیا جاتا ہے، وہ ہے،</w:t>
      </w:r>
    </w:p>
    <w:p>
      <w:r>
        <w:rPr>
          <w:b/>
        </w:rPr>
        <w:t xml:space="preserve">[24:34] </w:t>
      </w:r>
      <w:r>
        <w:t>woh hai janwar ki qurbani.</w:t>
      </w:r>
    </w:p>
    <w:p>
      <w:pPr>
        <w:jc w:val="right"/>
      </w:pPr>
      <w:r>
        <w:t>وہ ہے جانور کی قربانی۔</w:t>
      </w:r>
    </w:p>
    <w:p>
      <w:r>
        <w:rPr>
          <w:b/>
        </w:rPr>
        <w:t xml:space="preserve">[24:39] </w:t>
      </w:r>
      <w:r>
        <w:t>yeh bilashuba bohat bara amal hai, is ka bohat bara sawab hai. lekin janwar ki qurbani ka matlab kya hai?</w:t>
      </w:r>
    </w:p>
    <w:p>
      <w:pPr>
        <w:jc w:val="right"/>
      </w:pPr>
      <w:r>
        <w:t>یہ بلاشبہ بہت بڑا عمل ہے، اس کا بہت بڑا ثواب ہے۔ لیکن جانور کی قربانی کا مطلب کیا ہے؟</w:t>
      </w:r>
    </w:p>
    <w:p>
      <w:r>
        <w:rPr>
          <w:b/>
        </w:rPr>
        <w:t xml:space="preserve">[24:50] </w:t>
      </w:r>
      <w:r>
        <w:t>kya sirf yeh hai ke ek khareed kar ke layen aap mandi se ek janwar aur is ko ja ke zabah kar dein aur is ka gosht kha lein?</w:t>
      </w:r>
    </w:p>
    <w:p>
      <w:pPr>
        <w:jc w:val="right"/>
      </w:pPr>
      <w:r>
        <w:t>کیا صرف یہ ہے کہ ایک خرید کر کے لائیں آپ منڈی سے ایک جانور اور اس کو جا کے ذبح کر دیں اور اس کا گوشت کھا لیں؟</w:t>
      </w:r>
    </w:p>
    <w:p>
      <w:r>
        <w:rPr>
          <w:b/>
        </w:rPr>
        <w:t xml:space="preserve">[25:00] </w:t>
      </w:r>
      <w:r>
        <w:t>yeh bas matlab hai? har giz nahin.</w:t>
      </w:r>
    </w:p>
    <w:p>
      <w:pPr>
        <w:jc w:val="right"/>
      </w:pPr>
      <w:r>
        <w:t>یہ بس مطلب ہے؟ ہرگز نہیں۔</w:t>
      </w:r>
    </w:p>
    <w:p>
      <w:r>
        <w:rPr>
          <w:b/>
        </w:rPr>
        <w:t xml:space="preserve">[25:05] </w:t>
      </w:r>
      <w:r>
        <w:t>dekhiye, hadith ki kitabon mein aata hai ke Rasool Allah salallahu alaihi wasallam se poocha gaya qurbani ke bare mein ma hadhi al-adahi ya Rasool Allah!</w:t>
      </w:r>
    </w:p>
    <w:p>
      <w:pPr>
        <w:jc w:val="right"/>
      </w:pPr>
      <w:r>
        <w:t>دیکھیے، حدیث کی کتابوں میں آتا ہے کہ رسول اللہ صلی اللہ علیہ وسلم سے پوچھا گیا قربانی کے بارے میں ماھذہ الاضاحی یا رسول اللہ!</w:t>
      </w:r>
    </w:p>
    <w:p>
      <w:r>
        <w:rPr>
          <w:b/>
        </w:rPr>
        <w:t xml:space="preserve">[25:21] </w:t>
      </w:r>
      <w:r>
        <w:t>ae Khuda ke Rasool! yeh qurbani kya hai? Hajj ke din ya Eid al-Adha ke din jo qurbani ki jati hai, to sawal kiya gaya tha is ke bare mein Rasool Allah se</w:t>
      </w:r>
    </w:p>
    <w:p>
      <w:pPr>
        <w:jc w:val="right"/>
      </w:pPr>
      <w:r>
        <w:t>اے خدا کے رسول! یہ قربانی کیا ہے؟ حج کے دن یا عید الاضحی کے دن جو قربانی کی جاتی ہے، تو سوال کیا گیا تھا اس کے بارے میں رسول اللہ سے</w:t>
      </w:r>
    </w:p>
    <w:p>
      <w:r>
        <w:rPr>
          <w:b/>
        </w:rPr>
        <w:t xml:space="preserve">[25:36] </w:t>
      </w:r>
      <w:r>
        <w:t>ma hadhi al-adahi ya Rasool Allah! yeh qurbaniyan kya hain? aap ne farmaya millat abikum Ibrahim tumhare baap Ibrahim ki sunnat,</w:t>
      </w:r>
    </w:p>
    <w:p>
      <w:pPr>
        <w:jc w:val="right"/>
      </w:pPr>
      <w:r>
        <w:t>ماھذہ الاضاحی یا رسول اللہ! یہ قربانیاں کیا ہیں؟ آپ نے فرمایا ملت ابیکم ابراہیم تمہارے باپ ابراہیم کی سنت،</w:t>
      </w:r>
    </w:p>
    <w:p>
      <w:r>
        <w:rPr>
          <w:b/>
        </w:rPr>
        <w:t xml:space="preserve">[25:51] </w:t>
      </w:r>
      <w:r>
        <w:t>tumhare baap Ibrahim ka tareeqa. ab ghaur farmaiye ke Hazrat Ibrahim ne kya kiya tha? woh kya tareeqa hai jo Hazrat Ibrahim ne</w:t>
      </w:r>
    </w:p>
    <w:p>
      <w:pPr>
        <w:jc w:val="right"/>
      </w:pPr>
      <w:r>
        <w:t>تمہارے باپ ابراہیم کا طریقہ۔ اب غور فرمائیے کہ حضرت ابراہیم نے کیا کیا تھا؟ وہ کیا طریقہ ہے جو حضرت ابراہیم نے</w:t>
      </w:r>
    </w:p>
    <w:p>
      <w:r>
        <w:rPr>
          <w:b/>
        </w:rPr>
        <w:t xml:space="preserve">[26:01] </w:t>
      </w:r>
      <w:r>
        <w:t>ikhtiyar kiya tha? mashhoor hai, aap jante hain, Quran mein bhi hai, hadithon mein bhi hai ke Hazrat Ibrahim ne khwab dekha ke woh apne bete Ismail ko zabah kar rahe hain.</w:t>
      </w:r>
    </w:p>
    <w:p>
      <w:pPr>
        <w:jc w:val="right"/>
      </w:pPr>
      <w:r>
        <w:t>اختیار کیا تھا؟ مشہور ہے، آپ جانتے ہیں، قرآن میں بھی ہے، حدیثوں میں بھی ہے کہ حضرت ابراہیم نے خواب دیکھا کہ وہ اپنے بیٹے اسماعیل کو ذبح کر رہے ہیں۔</w:t>
      </w:r>
    </w:p>
    <w:p>
      <w:r>
        <w:rPr>
          <w:b/>
        </w:rPr>
        <w:t xml:space="preserve">[26:17] </w:t>
      </w:r>
      <w:r>
        <w:t>to unhon ne samjha ke apne bete ko mujhe zabah karna hai, to bete ko le kar gaye aur un ko lita diya zabah karne ke liye.</w:t>
      </w:r>
    </w:p>
    <w:p>
      <w:pPr>
        <w:jc w:val="right"/>
      </w:pPr>
      <w:r>
        <w:t>تو انہوں نے سمجھا کہ اپنے بیٹے کو مجھے ذبح کرنا ہے، تو بیٹے کو لے کر گئے اور ان کو لٹا دیا ذبح کرنے کے لیے۔</w:t>
      </w:r>
    </w:p>
    <w:p>
      <w:r>
        <w:rPr>
          <w:b/>
        </w:rPr>
        <w:t xml:space="preserve">[26:32] </w:t>
      </w:r>
      <w:r>
        <w:t>is waqt awaz aayi, Allah taala ne farishte ke zariye un ko bataya ke qad sadaqt al-ru'ya tum ne apna khwab poora kar diya.</w:t>
      </w:r>
    </w:p>
    <w:p>
      <w:pPr>
        <w:jc w:val="right"/>
      </w:pPr>
      <w:r>
        <w:t>اس وقت آواز آئی، اللہ تعالیٰ نے فرشتے کے ذریعے ان کو بتایا کہ قد صدقت الرؤیا تم نے اپنا خواب پورا کر دیا۔</w:t>
      </w:r>
    </w:p>
    <w:p>
      <w:r>
        <w:rPr>
          <w:b/>
        </w:rPr>
        <w:t xml:space="preserve">[26:48] </w:t>
      </w:r>
      <w:r>
        <w:t>aur is ke baad unhein kaha gaya ke tum ek danba lo aur is ko zabah kar do. yeh jo mashhoor hai ke danba jannat se aaya tha, yeh is ki koi asal nahin hai.</w:t>
      </w:r>
    </w:p>
    <w:p>
      <w:pPr>
        <w:jc w:val="right"/>
      </w:pPr>
      <w:r>
        <w:t>اور اس کے بعد انہیں کہا گیا کہ تم ایک دنبہ لو اور اس کو ذبح کر دو۔ یہ جو مشہور ہے کہ دنبہ جنت سے آیا تھا، یہ اس کی کوئی اصل نہیں ہے۔</w:t>
      </w:r>
    </w:p>
    <w:p>
      <w:r>
        <w:rPr>
          <w:b/>
        </w:rPr>
        <w:t xml:space="preserve">[27:03] </w:t>
      </w:r>
      <w:r>
        <w:t>woh aam danba tha, jaisa ke hota hai. to kaha, Hazrat Ibrahim ne qurbani to danbe ki aur bete ko kya kiya? bete ko le kar ke sehra mein basaya.</w:t>
      </w:r>
    </w:p>
    <w:p>
      <w:pPr>
        <w:jc w:val="right"/>
      </w:pPr>
      <w:r>
        <w:t>وہ عام دنبہ تھا، جیسا کہ ہوتا ہے۔ تو کہا، حضرت ابراہیم نے قربانی تو دنبہ کی اور بیٹے کو کیا کیا؟ بیٹے کو لے کر کے صحرا میں بسایا۔</w:t>
      </w:r>
    </w:p>
    <w:p>
      <w:r>
        <w:rPr>
          <w:b/>
        </w:rPr>
        <w:t xml:space="preserve">[27:15] </w:t>
      </w:r>
      <w:r>
        <w:t>yani bete ke liye jo qurbani matloob thi, wo thi ek bohat hi mushkil zindagi. is zamane mein dekhiye, jahan makkah aaj hai, wahan par desert tha.</w:t>
      </w:r>
    </w:p>
    <w:p>
      <w:pPr>
        <w:jc w:val="right"/>
      </w:pPr>
      <w:r>
        <w:t>یعنی بیٹے کے لیے جو قربانی مطلوب تھی، وہ تھی ایک بہت ہی مشکل زندگی۔ اس زمانے میں دیکھیے، جہاں مکہ آج ہے، وہاں پر ڈیزرٹ تھا۔</w:t>
      </w:r>
    </w:p>
    <w:p>
      <w:r>
        <w:rPr>
          <w:b/>
        </w:rPr>
        <w:t xml:space="preserve">[27:29] </w:t>
      </w:r>
      <w:r>
        <w:t>wahan kuch bhi nahi tha, sirf desert.</w:t>
      </w:r>
    </w:p>
    <w:p>
      <w:pPr>
        <w:jc w:val="right"/>
      </w:pPr>
      <w:r>
        <w:t>وہاں کچھ بھی نہیں تھا، صرف ڈیزرٹ۔</w:t>
      </w:r>
    </w:p>
    <w:p>
      <w:r>
        <w:rPr>
          <w:b/>
        </w:rPr>
        <w:t xml:space="preserve">[27:34] </w:t>
      </w:r>
      <w:r>
        <w:t>to wahan par basaya.</w:t>
      </w:r>
    </w:p>
    <w:p>
      <w:pPr>
        <w:jc w:val="right"/>
      </w:pPr>
      <w:r>
        <w:t>تو وہاں پر بسایا۔</w:t>
      </w:r>
    </w:p>
    <w:p>
      <w:r>
        <w:rPr>
          <w:b/>
        </w:rPr>
        <w:t xml:space="preserve">[27:38] </w:t>
      </w:r>
      <w:r>
        <w:t>to hazrat ibrahim ne alamati taur par to janwar ki qurbani ki aur haqeeqi taur par jo qurbani thi, wo bete ko desert mein basana.</w:t>
      </w:r>
    </w:p>
    <w:p>
      <w:pPr>
        <w:jc w:val="right"/>
      </w:pPr>
      <w:r>
        <w:t>تو حضرت ابراہیم نے علامتی طور پر تو جانور کی قربانی کی اور حقیقی طور پر جو قربانی تھی، وہ بیٹے کو ڈیزرٹ میں بسانا۔</w:t>
      </w:r>
    </w:p>
    <w:p>
      <w:r>
        <w:rPr>
          <w:b/>
        </w:rPr>
        <w:t xml:space="preserve">[27:50] </w:t>
      </w:r>
      <w:r>
        <w:t>ab yahan pe dekhiye, musalmanon ne alag kar rakha hai. koi apne beton ko desert mein basata nahi. haan, janwar ki qurbani kar raha hai. to sunnat ibrahim kahan</w:t>
      </w:r>
    </w:p>
    <w:p>
      <w:pPr>
        <w:jc w:val="right"/>
      </w:pPr>
      <w:r>
        <w:t>اب یہاں پہ دیکھیے، مسلمانوں نے الگ کر رکھا ہے۔ کوئی اپنے بیٹوں کو ڈیزرٹ میں بساتا نہیں۔ ہاں، جانور کی قربانی کر رہا ہے۔ تو سنت ابراہیم کہاں</w:t>
      </w:r>
    </w:p>
    <w:p>
      <w:r>
        <w:rPr>
          <w:b/>
        </w:rPr>
        <w:t xml:space="preserve">[28:01] </w:t>
      </w:r>
      <w:r>
        <w:t>hui hai? to aap ko yeh janna parega ke sunnat ibrahim kya thi? sunnat ibrahim yeh nahi thi sirf ke ek janwar mandi se khareedo aur ja ke zibah kar do.</w:t>
      </w:r>
    </w:p>
    <w:p>
      <w:pPr>
        <w:jc w:val="right"/>
      </w:pPr>
      <w:r>
        <w:t>ہوئی ہے؟ تو آپ کو یہ جاننا پڑے گا کہ سنت ابراہیم کیا تھی؟ سنت ابراہیم یہ نہیں تھی صرف کہ ایک جانور منڈی سے خریدو اور جا کے ذبح کر دو۔</w:t>
      </w:r>
    </w:p>
    <w:p>
      <w:r>
        <w:rPr>
          <w:b/>
        </w:rPr>
        <w:t xml:space="preserve">[28:14] </w:t>
      </w:r>
      <w:r>
        <w:t>wo to alamati qurbani thi. alamati yani symbolic. real thi kya thi? wo bete ki qurbani thi. bete ki qurbani.</w:t>
      </w:r>
    </w:p>
    <w:p>
      <w:pPr>
        <w:jc w:val="right"/>
      </w:pPr>
      <w:r>
        <w:t>وہ تو علامتی قربانی تھی۔ علامتی یعنی سمبلک۔ ریل تھی کیا تھی؟ وہ بیٹے کی قربانی تھی۔ بیٹے کی قربانی۔</w:t>
      </w:r>
    </w:p>
    <w:p>
      <w:r>
        <w:rPr>
          <w:b/>
        </w:rPr>
        <w:t xml:space="preserve">[28:27] </w:t>
      </w:r>
      <w:r>
        <w:t>ab aap ghor farmaiye ke bete ki qurbani ka matlab kya hai?</w:t>
      </w:r>
    </w:p>
    <w:p>
      <w:pPr>
        <w:jc w:val="right"/>
      </w:pPr>
      <w:r>
        <w:t>اب آپ غور فرمائیے کہ بیٹے کی قربانی کا مطلب کیا ہے؟</w:t>
      </w:r>
    </w:p>
    <w:p>
      <w:r>
        <w:rPr>
          <w:b/>
        </w:rPr>
        <w:t xml:space="preserve">[28:34] </w:t>
      </w:r>
      <w:r>
        <w:t>yeh bohat zyada sochne ki baat hai. hamari qurbani koi value nahi hai, kyunke hum ne is ko do hisse kar diye. ek hissa chhod diya, ek hissa liya.</w:t>
      </w:r>
    </w:p>
    <w:p>
      <w:pPr>
        <w:jc w:val="right"/>
      </w:pPr>
      <w:r>
        <w:t>یہ بہت زیادہ سوچنے کی بات ہے۔ ہماری قربانی کوئی ولو نہیں ہے، کیونکہ ہم نے اس کو دو حصے کر دیے۔ ایک حصہ چھوڑ دیا، ایک حصہ لیا۔</w:t>
      </w:r>
    </w:p>
    <w:p>
      <w:r>
        <w:rPr>
          <w:b/>
        </w:rPr>
        <w:t xml:space="preserve">[28:46] </w:t>
      </w:r>
      <w:r>
        <w:t>hazrat ibrahim jo the, wo paida hue iraq mein. iraq mein ek shehar tha is zamane mein.</w:t>
      </w:r>
    </w:p>
    <w:p>
      <w:pPr>
        <w:jc w:val="right"/>
      </w:pPr>
      <w:r>
        <w:t>حضرت ابراہیم جو تھے، وہ پیدا ہوئے عراق میں۔ عراق میں ایک شہر تھا اس زمانے میں۔</w:t>
      </w:r>
    </w:p>
    <w:p>
      <w:r>
        <w:rPr>
          <w:b/>
        </w:rPr>
        <w:t xml:space="preserve">[28:57] </w:t>
      </w:r>
      <w:r>
        <w:t>yeh baat hai yani qaum al masih ki. qaum al masih zamane ki. is ka naam wo jis shehar mein hazrat ibrahim paida hue, jahan unhon ne daawti kaam kiya,</w:t>
      </w:r>
    </w:p>
    <w:p>
      <w:pPr>
        <w:jc w:val="right"/>
      </w:pPr>
      <w:r>
        <w:t>یہ بات ہے یعنی قوم المسیح کی۔ قوم المسیح زمانے کی۔ اس کا نام وہ جس شہر میں حضرت ابراہیم پیدا ہوئے، جہاں انہوں نے دعوتی کام کیا،</w:t>
      </w:r>
    </w:p>
    <w:p>
      <w:r>
        <w:rPr>
          <w:b/>
        </w:rPr>
        <w:t xml:space="preserve">[29:13] </w:t>
      </w:r>
      <w:r>
        <w:t>wo baad ke zamane mein zameen ke neeche dab gaya tha. to 1922 mein khodai ke zariye wo nikla.</w:t>
      </w:r>
    </w:p>
    <w:p>
      <w:pPr>
        <w:jc w:val="right"/>
      </w:pPr>
      <w:r>
        <w:t>وہ بعد کے زمانے میں زمین کے نیچے دب گیا تھا۔ تو 1922 میں کھدائی کے ذریعے وہ نکلا۔</w:t>
      </w:r>
    </w:p>
    <w:p>
      <w:r>
        <w:rPr>
          <w:b/>
        </w:rPr>
        <w:t xml:space="preserve">[29:24] </w:t>
      </w:r>
      <w:r>
        <w:t>baqayda jo is ko kehte hain excavation, to 1922 mein excavation ke zariye wo nikla.</w:t>
      </w:r>
    </w:p>
    <w:p>
      <w:pPr>
        <w:jc w:val="right"/>
      </w:pPr>
      <w:r>
        <w:t>باقاعدہ جو اس کو کہتے ہیں ایکسکیویشن، تو 1922 میں ایکسکیویشن کے ذریعے وہ نکلا۔</w:t>
      </w:r>
    </w:p>
    <w:p>
      <w:r>
        <w:rPr>
          <w:b/>
        </w:rPr>
        <w:t xml:space="preserve">[29:33] </w:t>
      </w:r>
      <w:r>
        <w:t>wo</w:t>
      </w:r>
    </w:p>
    <w:p>
      <w:pPr>
        <w:jc w:val="right"/>
      </w:pPr>
      <w:r>
        <w:t>وہ</w:t>
      </w:r>
    </w:p>
    <w:p>
      <w:r>
        <w:rPr>
          <w:b/>
        </w:rPr>
        <w:t xml:space="preserve">[29:37] </w:t>
      </w:r>
      <w:r>
        <w:t>iraq mein.</w:t>
      </w:r>
    </w:p>
    <w:p>
      <w:pPr>
        <w:jc w:val="right"/>
      </w:pPr>
      <w:r>
        <w:t>عراق میں۔</w:t>
      </w:r>
    </w:p>
    <w:p>
      <w:r>
        <w:rPr>
          <w:b/>
        </w:rPr>
        <w:t xml:space="preserve">[29:41] </w:t>
      </w:r>
      <w:r>
        <w:t>wo maujooda baghdad se kuch faasle par hai. wo to ab wo khod kar ke upar wo khol diya gaya. ab wo ek shehar ki tarah ho gaya.</w:t>
      </w:r>
    </w:p>
    <w:p>
      <w:pPr>
        <w:jc w:val="right"/>
      </w:pPr>
      <w:r>
        <w:t>وہ موجدہ بغداد سے کچھ فاصلے پر ہے۔ وہ تو اب وہ کھود کر کے اوپر وہ کھول دیا گیا۔ اب وہ ایک ایک شہر کی طرح ہو گیا۔</w:t>
      </w:r>
    </w:p>
    <w:p>
      <w:r>
        <w:rPr>
          <w:b/>
        </w:rPr>
        <w:t xml:space="preserve">[29:52] </w:t>
      </w:r>
      <w:r>
        <w:t>to khandar hai aur wo wahan kafi tourist aate hain. is ka naam hai Ur UR.</w:t>
      </w:r>
    </w:p>
    <w:p>
      <w:pPr>
        <w:jc w:val="right"/>
      </w:pPr>
      <w:r>
        <w:t>تو کھڈر ہے اور وہ وہاں کافی ٹورسٹ آتے ہیں۔ اس کا نام ہے عر یو آر۔</w:t>
      </w:r>
    </w:p>
    <w:p>
      <w:r>
        <w:rPr>
          <w:b/>
        </w:rPr>
        <w:t xml:space="preserve">[30:01] </w:t>
      </w:r>
      <w:r>
        <w:t>wahan par railway station bhi hai. to hazrat ibrahim ne jis shehar mein kaam kiya tha, wo ek bada shehar tha. is zamane ka capital tha wo Ur.</w:t>
      </w:r>
    </w:p>
    <w:p>
      <w:pPr>
        <w:jc w:val="right"/>
      </w:pPr>
      <w:r>
        <w:t>وہاں پر ریلوے اسٹیشن بھی ہے۔ تو حضرت ابراہیم نے جس شہر میں کام کیا تھا، وہ ایک بڑا شہر تھا۔ اس زمانے کا کیپیٹل تھا وہ عر۔</w:t>
      </w:r>
    </w:p>
    <w:p>
      <w:r>
        <w:rPr>
          <w:b/>
        </w:rPr>
        <w:t xml:space="preserve">[30:12] </w:t>
      </w:r>
      <w:r>
        <w:t>aur wo is zamane ka ek developed city samjha jata tha. civilized city. yeh</w:t>
      </w:r>
    </w:p>
    <w:p>
      <w:pPr>
        <w:jc w:val="right"/>
      </w:pPr>
      <w:r>
        <w:t>اور وہ اس زمانے کا ایک ڈیولپڈ سٹی سمجھا جاتا تھا۔ سویلائزڈ سٹی۔ یہ</w:t>
      </w:r>
    </w:p>
    <w:p>
      <w:r>
        <w:rPr>
          <w:b/>
        </w:rPr>
        <w:t xml:space="preserve">[30:19] </w:t>
      </w:r>
      <w:r>
        <w:t>wahan par aap ne kaam kiya. to wo kaam ka poore shehar ko saamne rakh kar aap ne kiya tha. lekin wahan par ghaliban koi ek shakhs bhi nahi tha jo aap ki baat ko maane.</w:t>
      </w:r>
    </w:p>
    <w:p>
      <w:pPr>
        <w:jc w:val="right"/>
      </w:pPr>
      <w:r>
        <w:t>اں پر آپ نے کام کیا۔ تو وہ کام کا پورے شہر کو سامنے رکھ کر آپ نے کیا تھا۔ لیکن وہاں پر غالباً کوئی ایک شخص بھی نہیں تھا جو آپ کی بات کو مانے۔</w:t>
      </w:r>
    </w:p>
    <w:p>
      <w:r>
        <w:rPr>
          <w:b/>
        </w:rPr>
        <w:t xml:space="preserve">[30:34] </w:t>
      </w:r>
      <w:r>
        <w:t>koi bhi nahi. to is ke baad Allah taala ne hazrat ibrahim ko ek aur yani daawti plan bataya</w:t>
      </w:r>
    </w:p>
    <w:p>
      <w:pPr>
        <w:jc w:val="right"/>
      </w:pPr>
      <w:r>
        <w:t>کوئی بھی نہیں۔ تو اس کے بعد اللہ تعالیٰ نے حضرت ابراہیم کو ایک ایک اور یعنی دعوتی پلان بتایا</w:t>
      </w:r>
    </w:p>
    <w:p>
      <w:r>
        <w:rPr>
          <w:b/>
        </w:rPr>
        <w:t xml:space="preserve">[30:47] </w:t>
      </w:r>
      <w:r>
        <w:t>۔ yeh haqeeqatan ek daawti plan tha. hazrat ibrahim ne jo apne bete ko basaya sehra mein, to ek daawti plan tha.</w:t>
      </w:r>
    </w:p>
    <w:p>
      <w:pPr>
        <w:jc w:val="right"/>
      </w:pPr>
      <w:r>
        <w:t>۔ یہ حقیقتاً ایک دعوتی پلان تھا۔ حضرت ابراہیم نے جو اپنے بیٹے کو بسایا صحرا میں، تو ایک دعوتی پلان تھا۔</w:t>
      </w:r>
    </w:p>
    <w:p>
      <w:r>
        <w:rPr>
          <w:b/>
        </w:rPr>
        <w:t xml:space="preserve">[30:58] </w:t>
      </w:r>
      <w:r>
        <w:t>wo kya tha? pehle aap ek ek majmoo'e ko khitab karte the.</w:t>
      </w:r>
    </w:p>
    <w:p>
      <w:pPr>
        <w:jc w:val="right"/>
      </w:pPr>
      <w:r>
        <w:t>وہ کیا تھا؟ پہلے آپ ایک ایک مجموعے کو خطاب کرتے تھے۔</w:t>
      </w:r>
    </w:p>
    <w:p>
      <w:r>
        <w:rPr>
          <w:b/>
        </w:rPr>
        <w:t xml:space="preserve">[31:07] </w:t>
      </w:r>
      <w:r>
        <w:t>majmoo'a yani saare logon ko. to farmaya bataya gaya ke ab individual based kaam karo. fard fard ko tayyar karo.</w:t>
      </w:r>
    </w:p>
    <w:p>
      <w:pPr>
        <w:jc w:val="right"/>
      </w:pPr>
      <w:r>
        <w:t>مجموعہ یعنی سارے لوگوں کو۔ تو فرمایا بتایا گیا کہ اب انڈیویجول بیسڈ کام کرو۔ فرد فرد کو تیار کرو۔</w:t>
      </w:r>
    </w:p>
    <w:p>
      <w:r>
        <w:rPr>
          <w:b/>
        </w:rPr>
        <w:t xml:space="preserve">[31:16] </w:t>
      </w:r>
      <w:r>
        <w:t>yani fard par mehnat karo. fard fard par. majmoo'e ke bajaye. chunache dekhiye, wahan par is ke liye zaroorat tha ke alag alag jagah ho.</w:t>
      </w:r>
    </w:p>
    <w:p>
      <w:pPr>
        <w:jc w:val="right"/>
      </w:pPr>
      <w:r>
        <w:t>یعنی فرد پر محنت کرو۔ فرد فرد پر۔ مجموعے کے بجائے۔ چنانچہ دیکھیے، وہاں پر اس کے لیے ضرورت تھا کہ الگ الگ جگہ ہو۔</w:t>
      </w:r>
    </w:p>
    <w:p>
      <w:r>
        <w:rPr>
          <w:b/>
        </w:rPr>
        <w:t xml:space="preserve">[31:27] </w:t>
      </w:r>
      <w:r>
        <w:t>yani tamaddun aur tehzeeb se bahar ek jagah ho. jahan asraat na hon tamaddun aur tehzeeb ke. to alag thalag ek jagah ke liye desert mein laye gaye.</w:t>
      </w:r>
    </w:p>
    <w:p>
      <w:pPr>
        <w:jc w:val="right"/>
      </w:pPr>
      <w:r>
        <w:t>یعنی تمدن اور تہذیب سے باہر ایک جگہ ہو۔ جہاں اثرات نہ ہوں تمدن اور تہذیب کے۔ تو الگ تھلگ ایک جگہ کے لیے ڈیزرٹ میں لائے گئے۔</w:t>
      </w:r>
    </w:p>
    <w:p>
      <w:r>
        <w:rPr>
          <w:b/>
        </w:rPr>
        <w:t xml:space="preserve">[31:37] </w:t>
      </w:r>
      <w:r>
        <w:t>desert ka matlab tha alag thalag jagah. taake conditioning se pak ho aadmi.</w:t>
      </w:r>
    </w:p>
    <w:p>
      <w:pPr>
        <w:jc w:val="right"/>
      </w:pPr>
      <w:r>
        <w:t>ڈیزرٹ کا مطلب تھا الگ تھلگ جگہ۔ تاکہ کنڈیشننگ سے پاک ہو آدمی۔</w:t>
      </w:r>
    </w:p>
    <w:p>
      <w:r>
        <w:rPr>
          <w:b/>
        </w:rPr>
        <w:t xml:space="preserve">[31:45] </w:t>
      </w:r>
      <w:r>
        <w:t>to wahan par aap ke bete the.</w:t>
      </w:r>
    </w:p>
    <w:p>
      <w:pPr>
        <w:jc w:val="right"/>
      </w:pPr>
      <w:r>
        <w:t>تو وہاں پر آپ کے بیٹے تھے۔</w:t>
      </w:r>
    </w:p>
    <w:p>
      <w:r>
        <w:rPr>
          <w:b/>
        </w:rPr>
        <w:t xml:space="preserve">[31:50] </w:t>
      </w:r>
      <w:r>
        <w:t>wo basaye gaye. un ki maan Hajra. to kaha, pehli teacher Ismail ki Hajra thi. Hajra teacher thi aur Ismail student tha.</w:t>
      </w:r>
    </w:p>
    <w:p>
      <w:pPr>
        <w:jc w:val="right"/>
      </w:pPr>
      <w:r>
        <w:t>وہ بسائے گئے۔ ان کی ماں ہاجرہ۔ تو کہا، پہلی ٹیچر اسماعیل کی ہاجرہ تھیں۔ ہاجرہ ٹیچر تھیں اور اسماعیل اسٹوڈنٹ تھے۔</w:t>
      </w:r>
    </w:p>
    <w:p>
      <w:r>
        <w:rPr>
          <w:b/>
        </w:rPr>
        <w:t xml:space="preserve">[32:01] </w:t>
      </w:r>
      <w:r>
        <w:t>yeh kaha, ek daawa training tha. kaha, yeh kahan chahiye?</w:t>
      </w:r>
    </w:p>
    <w:p>
      <w:pPr>
        <w:jc w:val="right"/>
      </w:pPr>
      <w:r>
        <w:t>یہ کہا، ایک دعویٰ ٹریننگ تھا۔ کہا، یہ کہاں چاہیے؟</w:t>
      </w:r>
    </w:p>
    <w:p>
      <w:r>
        <w:rPr>
          <w:b/>
        </w:rPr>
        <w:t xml:space="preserve">[32:07] </w:t>
      </w:r>
      <w:r>
        <w:t>to desert mein ek daawa training qaim hua jis ka shuru shuru mein ek hi ustaad bhi tha aur ek hi student bhi tha. is ke baad kya hua?</w:t>
      </w:r>
    </w:p>
    <w:p>
      <w:pPr>
        <w:jc w:val="right"/>
      </w:pPr>
      <w:r>
        <w:t>تو ڈیزرٹ میں ایک دعویٰ ٹریننگ قائم ہوا جس کا شروع شروع میں ایک ہی استاد بھی تھا اور ایک ہی اسٹوڈنٹ بھی تھا۔ اس کے بعد کیا ہوا؟</w:t>
      </w:r>
    </w:p>
    <w:p>
      <w:r>
        <w:rPr>
          <w:b/>
        </w:rPr>
        <w:t xml:space="preserve">[32:19] </w:t>
      </w:r>
      <w:r>
        <w:t>hazrat Ismail jab bare hue to unhone shadi ki. to ek biwi laye wo. to hazrat Ibrahim wahan par rehte nahi the.</w:t>
      </w:r>
    </w:p>
    <w:p>
      <w:pPr>
        <w:jc w:val="right"/>
      </w:pPr>
      <w:r>
        <w:t>حضرت اسماعیل جب بڑے ہوئے تو انہوں نے شادی کی۔ تو ایک بیوی لائے وہ۔ تو حضرت ابراہیم وہاں پر رہتے نہیں تھے۔</w:t>
      </w:r>
    </w:p>
    <w:p>
      <w:r>
        <w:rPr>
          <w:b/>
        </w:rPr>
        <w:t xml:space="preserve">[32:30] </w:t>
      </w:r>
      <w:r>
        <w:t>wo aa kar ke check kiya karte the.</w:t>
      </w:r>
    </w:p>
    <w:p>
      <w:pPr>
        <w:jc w:val="right"/>
      </w:pPr>
      <w:r>
        <w:t>وہ آ کر کے چیک کیا کرتے تھے۔</w:t>
      </w:r>
    </w:p>
    <w:p>
      <w:r>
        <w:rPr>
          <w:b/>
        </w:rPr>
        <w:t xml:space="preserve">[32:35] </w:t>
      </w:r>
      <w:r>
        <w:t>to ek baar aap aaye to dekha ke wahan par un ki biwi hain aur Ismail gaye hue hain kahin shikar waghera ke liye.</w:t>
      </w:r>
    </w:p>
    <w:p>
      <w:pPr>
        <w:jc w:val="right"/>
      </w:pPr>
      <w:r>
        <w:t>تو ایک بار آپ آئے تو دیکھا کہ وہاں پر ان کی بیوی ہیں اور اسماعیل گئے ہوئے ہیں کہیں شکار وغیرہ کے لیے۔</w:t>
      </w:r>
    </w:p>
    <w:p>
      <w:r>
        <w:rPr>
          <w:b/>
        </w:rPr>
        <w:t xml:space="preserve">[32:46] </w:t>
      </w:r>
      <w:r>
        <w:t>kyun ke is zamane mein jo khana tha, wo zyada tar shikar se hasil kiya jata tha. to aap ne biwi se poocha ke tum tum log kaise guzar guzr hoti hai?</w:t>
      </w:r>
    </w:p>
    <w:p>
      <w:pPr>
        <w:jc w:val="right"/>
      </w:pPr>
      <w:r>
        <w:t>کیونکہ اس زمانے میں جو کھانا تھا، وہ زیادہ تر شکار سے حاصل کیا جاتا تھا۔ تو آپ نے بیوی سے پوچھا کہ تم تم لوگ کیسے گزر گزر ہوتی ہے؟</w:t>
      </w:r>
    </w:p>
    <w:p>
      <w:r>
        <w:rPr>
          <w:b/>
        </w:rPr>
        <w:t xml:space="preserve">[32:59] </w:t>
      </w:r>
      <w:r>
        <w:t>to unhone kaha ke bohat museebat hai. yahan koi koi basti nahi hai. yahan koi yani har cheez masla hi hai yahan par.</w:t>
      </w:r>
    </w:p>
    <w:p>
      <w:pPr>
        <w:jc w:val="right"/>
      </w:pPr>
      <w:r>
        <w:t>تو انہوں نے کہا کہ بہت مصیبت ہے۔ یہاں کوئی کوئی بستی نہیں ہے۔ یہاں کوئی یعنی ہر چیز مسئلہ ہی ہے یہاں پر۔</w:t>
      </w:r>
    </w:p>
    <w:p>
      <w:r>
        <w:rPr>
          <w:b/>
        </w:rPr>
        <w:t xml:space="preserve">[33:11] </w:t>
      </w:r>
      <w:r>
        <w:t>to hazrat Ibrahim ne kaha ke jab tumhare aadmi aayen, tumhare husband, to un se kehna hai ke ghair atbat babak apne ghar ke chokhat ko badal do.</w:t>
      </w:r>
    </w:p>
    <w:p>
      <w:pPr>
        <w:jc w:val="right"/>
      </w:pPr>
      <w:r>
        <w:t>تو حضرت ابراہیم نے کہا کہ جب تمہارے آدمی آئیں، تمہارے ہسبینڈ، تو ان سے کہنا ہے کہ غیر اتبت بابک اپنے گھر کے چوکھٹ کو بدل دو۔</w:t>
      </w:r>
    </w:p>
    <w:p>
      <w:r>
        <w:rPr>
          <w:b/>
        </w:rPr>
        <w:t xml:space="preserve">[33:29] </w:t>
      </w:r>
      <w:r>
        <w:t>yeh tamseel ki zaban mein unhone kaha tha ke yeh biwi jo hai sahi nahi hai. is ko is ki jagah woh doosri biwi lao. yani jo training matloob hai, jaise afraad tayyar karna karne ke liye yahan basaya gaya hai,</w:t>
      </w:r>
    </w:p>
    <w:p>
      <w:pPr>
        <w:jc w:val="right"/>
      </w:pPr>
      <w:r>
        <w:t>یہ تمثیل کی زبان میں انہوں نے کہا تھا کہ یہ بیوی جو ہے صحیح نہیں ہے۔ اس کو اس کی جگہ وہ دوسری بیوی لاؤ۔ یعنی جو ٹریننگ مطلوب ہے، جیسے افراد تیار کرنا کرنے کے لیے یہاں بسایا گیا ہے،</w:t>
      </w:r>
    </w:p>
    <w:p>
      <w:r>
        <w:rPr>
          <w:b/>
        </w:rPr>
        <w:t xml:space="preserve">[33:45] </w:t>
      </w:r>
      <w:r>
        <w:t>wo is is is bajash ki yeh khatoon nahi hai. to unhone is ko talak de diya aur ek doosri khatoon se shadi ki. to phir aap hazrat Ibrahim kuch dino ke baad aaye.</w:t>
      </w:r>
    </w:p>
    <w:p>
      <w:pPr>
        <w:jc w:val="right"/>
      </w:pPr>
      <w:r>
        <w:t>وہ اس اس اس بجاش کی یہ خاتون نہیں ہے۔ تو انہوں نے اس کو طلاق دے دیا اور ایک دوسری خاتون سے شادی کی۔ تو پھر آپ حضرت ابراہیم کچھ دنوں کے بعد آئے۔</w:t>
      </w:r>
    </w:p>
    <w:p>
      <w:r>
        <w:rPr>
          <w:b/>
        </w:rPr>
        <w:t xml:space="preserve">[33:57] </w:t>
      </w:r>
      <w:r>
        <w:t>wo ghore paate the. wo</w:t>
      </w:r>
    </w:p>
    <w:p>
      <w:pPr>
        <w:jc w:val="right"/>
      </w:pPr>
      <w:r>
        <w:t>وہ گھوڑے پاتے تھے۔ وہ</w:t>
      </w:r>
    </w:p>
    <w:p>
      <w:r>
        <w:rPr>
          <w:b/>
        </w:rPr>
        <w:t xml:space="preserve">[34:00] </w:t>
      </w:r>
      <w:r>
        <w:t>is zamane mein ghore ki sawari hua karti thi. to unhone poocha dobara biwi se. to abhi bhi ittefaq se Ismail maujood nahi the.</w:t>
      </w:r>
    </w:p>
    <w:p>
      <w:pPr>
        <w:jc w:val="right"/>
      </w:pPr>
      <w:r>
        <w:t>اس زمانے میں گھوڑے کی سواری ہوا کرتی تھی۔ تو انہوں نے پوچھا دوبارہ بیوی سے۔ تو ابھی بھی اتفاق سے اسماعیل موجود نہیں تھے۔</w:t>
      </w:r>
    </w:p>
    <w:p>
      <w:r>
        <w:rPr>
          <w:b/>
        </w:rPr>
        <w:t xml:space="preserve">[34:12] </w:t>
      </w:r>
      <w:r>
        <w:t>wo kaam par gaye hue the. to poocha biwi se ke kaise guzar hoti hai tum logon ki?</w:t>
      </w:r>
    </w:p>
    <w:p>
      <w:pPr>
        <w:jc w:val="right"/>
      </w:pPr>
      <w:r>
        <w:t>وہ کام پر گئے ہوئے تھے۔ تو پوچھا بیوی سے کہ کیسے گزر ہوتی ہے تم لوگوں کی؟</w:t>
      </w:r>
    </w:p>
    <w:p>
      <w:r>
        <w:rPr>
          <w:b/>
        </w:rPr>
        <w:t xml:space="preserve">[34:21] </w:t>
      </w:r>
      <w:r>
        <w:t>to unhone bohat achhi kaha ke bohat achhi. bohat shukr hai Allah taala ka. bohat Allah taala ki rehmat hai.</w:t>
      </w:r>
    </w:p>
    <w:p>
      <w:pPr>
        <w:jc w:val="right"/>
      </w:pPr>
      <w:r>
        <w:t>تو انہوں نے بہت اچھی کہا کہ بہت اچھی۔ بہت شکر ہے اللہ تعالیٰ کا۔ بہت اللہ تعالیٰ کی رحمت ہے۔</w:t>
      </w:r>
    </w:p>
    <w:p>
      <w:r>
        <w:rPr>
          <w:b/>
        </w:rPr>
        <w:t xml:space="preserve">[34:27] </w:t>
      </w:r>
      <w:r>
        <w:t>yani bohat hi positive response diya. halanke halaat wahi the. ab bhi wahi alag thalag zindagi.</w:t>
      </w:r>
    </w:p>
    <w:p>
      <w:pPr>
        <w:jc w:val="right"/>
      </w:pPr>
      <w:r>
        <w:t>یعنی بہت ہی پوزیٹیو رسپانس دیا۔ حالانکہ حالات وہی تھے۔ اب بھی وہی الگ تھلگ زندگی۔</w:t>
      </w:r>
    </w:p>
    <w:p>
      <w:r>
        <w:rPr>
          <w:b/>
        </w:rPr>
        <w:t xml:space="preserve">[34:36] </w:t>
      </w:r>
      <w:r>
        <w:t>wahi desert. wahi bastiyon aur shehron se door. to hazrat Ibrahim ne kaha ke jab tumhare shohar aayen to un se kehna ke atbat atbat babak apne ghar ke chokhat ko baqi rakho.</w:t>
      </w:r>
    </w:p>
    <w:p>
      <w:pPr>
        <w:jc w:val="right"/>
      </w:pPr>
      <w:r>
        <w:t>وہی ڈیزرٹ۔ وہی بستیوں اور شہروں سے دور۔ تو حضرت ابراہیم نے کہا کہ جب تمہارے شوہر آئیں تو ان سے کہنا کہ ثبت اتبت بابک اپنے گھر کے چوکھٹ کو باقی رکھو۔</w:t>
      </w:r>
    </w:p>
    <w:p>
      <w:r>
        <w:rPr>
          <w:b/>
        </w:rPr>
        <w:t xml:space="preserve">[34:55] </w:t>
      </w:r>
      <w:r>
        <w:t>is ka matlab tha ke is se matlab tha ke yeh yeh jo aurat hai, yeh jo planning hai, jo matloob planning, is ke mutabiq hai.</w:t>
      </w:r>
    </w:p>
    <w:p>
      <w:pPr>
        <w:jc w:val="right"/>
      </w:pPr>
      <w:r>
        <w:t>اس کا مطلب تھا کہ اس سے مطلب تھا کہ یہ یہ جو عورت ہے، یہ جو پلاننگ ہے، جو مطلوب پلاننگ، اس کے مطابق ہے۔</w:t>
      </w:r>
    </w:p>
    <w:p>
      <w:r>
        <w:rPr>
          <w:b/>
        </w:rPr>
        <w:t xml:space="preserve">[35:05] </w:t>
      </w:r>
      <w:r>
        <w:t>yeh to is tarah se dekhiye,</w:t>
      </w:r>
    </w:p>
    <w:p>
      <w:pPr>
        <w:jc w:val="right"/>
      </w:pPr>
      <w:r>
        <w:t>یہ تو اس طرح سے دیکھیے،</w:t>
      </w:r>
    </w:p>
    <w:p>
      <w:r>
        <w:rPr>
          <w:b/>
        </w:rPr>
        <w:t xml:space="preserve">[35:11] </w:t>
      </w:r>
      <w:r>
        <w:t>wahan par ek yani individual fard fard ko le kar ke training shuru ki gayi.</w:t>
      </w:r>
    </w:p>
    <w:p>
      <w:pPr>
        <w:jc w:val="right"/>
      </w:pPr>
      <w:r>
        <w:t>وہاں پر ایک یعنی انڈیویجول فرد فرد کو لے کر کے ٹریننگ شروع کی گئی۔</w:t>
      </w:r>
    </w:p>
    <w:p>
      <w:r>
        <w:rPr>
          <w:b/>
        </w:rPr>
        <w:t xml:space="preserve">[35:20] </w:t>
      </w:r>
      <w:r>
        <w:t>sab se pehle Hajra ne training ki. Ismail ki. Ismail ne training ki apni biwi ki. phir bachche paida kiye hue to un ki training karne lage yeh log.</w:t>
      </w:r>
    </w:p>
    <w:p>
      <w:pPr>
        <w:jc w:val="right"/>
      </w:pPr>
      <w:r>
        <w:t>سب سے پہلے ہاجرہ نے ٹریننگ کی۔ اسماعیل کی۔ اسماعیل نے ٹریننگ کی اپنی بیوی کی۔ پھر بچے پیدا کیے ہوئے تو ان کی ٹریننگ کرنے لگے یہ لوگ۔</w:t>
      </w:r>
    </w:p>
    <w:p>
      <w:r>
        <w:rPr>
          <w:b/>
        </w:rPr>
        <w:t xml:space="preserve">[35:31] </w:t>
      </w:r>
      <w:r>
        <w:t>is tarah ek ek kar ke, ek ek kar ke qaum bani. is qaum ke banne mein kafi waqt laga. lekin yeh yeh yeh jo alag thalag la ke basaya gaya tha, yeh ek yeh ek daawati mansooba tha.</w:t>
      </w:r>
    </w:p>
    <w:p>
      <w:pPr>
        <w:jc w:val="right"/>
      </w:pPr>
      <w:r>
        <w:t>اس طرح ایک ایک کر کے، ایک ایک کر کے قوم بنی۔ اس قوم کے بننے میں کافی وقت لگا۔ لیکن یہ یہ یہ جو الگ تھلگ لا کے بسایا گیا تھا، یہ ایک یہ ایک دعوتی منصوبہ تھا۔</w:t>
      </w:r>
    </w:p>
    <w:p>
      <w:r>
        <w:rPr>
          <w:b/>
        </w:rPr>
        <w:t xml:space="preserve">[35:48] </w:t>
      </w:r>
      <w:r>
        <w:t>aise afraad tayyar karna jin mein rabbani spirit ho aur Khuda ke mission mein lag saken hum woh log. Chunancha yahi log thay jo baad ko Sahaba Karam banay.</w:t>
      </w:r>
    </w:p>
    <w:p>
      <w:pPr>
        <w:jc w:val="right"/>
      </w:pPr>
      <w:r>
        <w:t>ایسے افراد تیار کرنا جن میں ربانی سپرٹ ہو اور خدا کے مشن میں لگ سکیں ہم وہ لوگ۔ چنانچہ یہی لوگ تھے جو بعد کو صحابہ کرام بنے۔</w:t>
      </w:r>
    </w:p>
    <w:p>
      <w:r>
        <w:rPr>
          <w:b/>
        </w:rPr>
        <w:t xml:space="preserve">[35:59] </w:t>
      </w:r>
      <w:r>
        <w:t>Inhi mein se Rasool Allah paida hue. To yeh qurbani hai. Yani aaj is ka matlab nahi ke aaj aap ja kar desert mein basayen apne bachon ko.</w:t>
      </w:r>
    </w:p>
    <w:p>
      <w:pPr>
        <w:jc w:val="right"/>
      </w:pPr>
      <w:r>
        <w:t>انہی میں سے رسول اللہ پیدا ہوئے۔ تو یہ قربانی ہے۔ یعنی آج اس کا مطلب نہیں کہ آج آپ جا کر ڈیزرٹ میں بسائیں اپنے بچوں کو۔</w:t>
      </w:r>
    </w:p>
    <w:p>
      <w:r>
        <w:rPr>
          <w:b/>
        </w:rPr>
        <w:t xml:space="preserve">[36:09] </w:t>
      </w:r>
      <w:r>
        <w:t>To janwar jo zabah kiya jata hai, woh alamati tor par hota hai.</w:t>
      </w:r>
    </w:p>
    <w:p>
      <w:pPr>
        <w:jc w:val="right"/>
      </w:pPr>
      <w:r>
        <w:t>تو جانور جو ذبح کیا جاتا ہے، وہ علامتی طور پر ہوتا ہے۔</w:t>
      </w:r>
    </w:p>
    <w:p>
      <w:r>
        <w:rPr>
          <w:b/>
        </w:rPr>
        <w:t xml:space="preserve">[36:13] </w:t>
      </w:r>
      <w:r>
        <w:t>Aur asal jo qurbani matloob hai, asal qurbani woh yeh hai ke aap apne aap ko, apni aulad ko dawat ke mission mein lagane ke liye jo bhi mushkilain hain, us ko sahen, us ko bardasht karen.</w:t>
      </w:r>
    </w:p>
    <w:p>
      <w:pPr>
        <w:jc w:val="right"/>
      </w:pPr>
      <w:r>
        <w:t>اور اصل جو قربانی مطلوب ہے، اصل قربانی وہ یہ ہے کہ آپ اپنے آپ کو، اپنی اولاد کو دعوت کے مشن میں لگانے کے لیے جو بھی مشکلیں ہیں، اس کو سہیں، اس کو برداشت کریں۔</w:t>
      </w:r>
    </w:p>
    <w:p>
      <w:r>
        <w:rPr>
          <w:b/>
        </w:rPr>
        <w:t xml:space="preserve">[36:26] </w:t>
      </w:r>
      <w:r>
        <w:t>Yeh hai asal maqsad qurbani ka.</w:t>
      </w:r>
    </w:p>
    <w:p>
      <w:pPr>
        <w:jc w:val="right"/>
      </w:pPr>
      <w:r>
        <w:t>یہ ہے اصل مقصد قربانی کا۔</w:t>
      </w:r>
    </w:p>
    <w:p>
      <w:r>
        <w:rPr>
          <w:b/>
        </w:rPr>
        <w:t xml:space="preserve">[36:31] </w:t>
      </w:r>
      <w:r>
        <w:t>To qurbani ke baad Musalman lotte hain apne gharon ko. Phir jatay hain logon ke se milne ke liye.</w:t>
      </w:r>
    </w:p>
    <w:p>
      <w:pPr>
        <w:jc w:val="right"/>
      </w:pPr>
      <w:r>
        <w:t>تو قربانی کے بعد مسلمان لوٹتے ہیں اپنے گھروں کو۔ پھر جاتے ہیں لوگوں کے سے ملنے کے لیے۔</w:t>
      </w:r>
    </w:p>
    <w:p>
      <w:r>
        <w:rPr>
          <w:b/>
        </w:rPr>
        <w:t xml:space="preserve">[36:40] </w:t>
      </w:r>
      <w:r>
        <w:t>Ek interaction hota hai. Aur doosron se milte hain. Koi gift dete hain. Khate peete hain. Yeh bhi kya hai?</w:t>
      </w:r>
    </w:p>
    <w:p>
      <w:pPr>
        <w:jc w:val="right"/>
      </w:pPr>
      <w:r>
        <w:t>ایک انٹریکشن ہوتا ہے۔ اور دوسروں سے ملتے ہیں۔ کوئی گفٹ دیتے ہیں۔ کھاتے پیتے ہیں۔ یہ بھی کیا ہے؟</w:t>
      </w:r>
    </w:p>
    <w:p>
      <w:r>
        <w:rPr>
          <w:b/>
        </w:rPr>
        <w:t xml:space="preserve">[36:49] </w:t>
      </w:r>
      <w:r>
        <w:t>Yeh bhi aaj kal ek rasam ke tor par hai.</w:t>
      </w:r>
    </w:p>
    <w:p>
      <w:pPr>
        <w:jc w:val="right"/>
      </w:pPr>
      <w:r>
        <w:t>یہ بھی آج کل ایک رسم کے طور پر ہے۔</w:t>
      </w:r>
    </w:p>
    <w:p>
      <w:r>
        <w:rPr>
          <w:b/>
        </w:rPr>
        <w:t xml:space="preserve">[36:53] </w:t>
      </w:r>
      <w:r>
        <w:t>Asal cheez yeh hai ke logon mein aapas ki mohabbat paida ho. Aapas ki khair khwahi paida ho. Aapas ke ta'alluqat jo hai, us mein shikayaten na hon.</w:t>
      </w:r>
    </w:p>
    <w:p>
      <w:pPr>
        <w:jc w:val="right"/>
      </w:pPr>
      <w:r>
        <w:t>اصل چیز یہ ہے کہ لوگوں میں آپس کی محبت پیدا ہو۔ آپس کی خیر خواہی پیدا ہو۔ آپس کے تعلقات جو ہے، اس میں شکایتیں نہ ہوں۔</w:t>
      </w:r>
    </w:p>
    <w:p>
      <w:r>
        <w:rPr>
          <w:b/>
        </w:rPr>
        <w:t xml:space="preserve">[37:04] </w:t>
      </w:r>
      <w:r>
        <w:t>Us mein tension na ho. Us mein ladaai jhagda na ho. Yeh maqsad hai is ka. Lekin aap dekhiye to Eid aur Eid al-Adha aur Eid al-Adha</w:t>
      </w:r>
    </w:p>
    <w:p>
      <w:pPr>
        <w:jc w:val="right"/>
      </w:pPr>
      <w:r>
        <w:t>اس میں ٹینشن نہ ہو۔ اس میں لڑائی جھگڑا نہ ہو۔ یہ مقصد ہے اس کا۔ لیکن آپ دیکھیے تو عید اور عید عیدالاضحی اور عید الاض</w:t>
      </w:r>
    </w:p>
    <w:p>
      <w:r>
        <w:rPr>
          <w:b/>
        </w:rPr>
        <w:t xml:space="preserve">[37:19] </w:t>
      </w:r>
      <w:r>
        <w:t>ha ke din milte milate hain. To khoob hain log. Bahut dhoom se milte milate hain. Lekin yeh spirit ghayab hai yahan bhi. Saare Muslim dunya mein aap ghaur kijiye, logon mein shikayaten hain, aapas ki ladaai jhagde hain.</w:t>
      </w:r>
    </w:p>
    <w:p>
      <w:pPr>
        <w:jc w:val="right"/>
      </w:pPr>
      <w:r>
        <w:t>حی کے دن ملتے ملاتے ہیں۔ تو خوب ہیں لوگ۔ بہت دھوم سے ملتے ملاتے ہیں۔ لیکن یہ سپرٹ غائب ہے یہاں بھی۔ سارے مسلم دنیا میں آپ غور کیجئے، لوگوں میں شکایتیں ہیں، آپس کی لڑائی جھگڑے ہیں۔</w:t>
      </w:r>
    </w:p>
    <w:p>
      <w:r>
        <w:rPr>
          <w:b/>
        </w:rPr>
        <w:t xml:space="preserve">[37:37] </w:t>
      </w:r>
      <w:r>
        <w:t>Tashaddud tak maamla pahunch jata hai. Yani har Muslim mulk mein, chahe India ko dekhiye ya doosre mulkon ko dekhiye,</w:t>
      </w:r>
    </w:p>
    <w:p>
      <w:pPr>
        <w:jc w:val="right"/>
      </w:pPr>
      <w:r>
        <w:t>تشدد تک معاملہ پہنچ جاتا ہے۔ یعنی ہر مسلم ملک میں، چاہے انڈیا کو دیکھیے یا دوسرے ملکوں کو دیکھیے،</w:t>
      </w:r>
    </w:p>
    <w:p>
      <w:r>
        <w:rPr>
          <w:b/>
        </w:rPr>
        <w:t xml:space="preserve">[37:46] </w:t>
      </w:r>
      <w:r>
        <w:t>To jo milna julna ka jo maqsad hai, woh hai mohabbat ko farogh dena, khair khwahi ko, ki spirit ko paida karna, ek unity paida karna.</w:t>
      </w:r>
    </w:p>
    <w:p>
      <w:pPr>
        <w:jc w:val="right"/>
      </w:pPr>
      <w:r>
        <w:t>تو جو ملنا جلنا کا جو مقصد ہے، وہ ہے محبت کو فروغ دینا، خیر خواہی کو، کی سپرٹ کو پیدا کرنا، ایک یونٹی پیدا کرنا۔</w:t>
      </w:r>
    </w:p>
    <w:p>
      <w:r>
        <w:rPr>
          <w:b/>
        </w:rPr>
        <w:t xml:space="preserve">[37:59] </w:t>
      </w:r>
      <w:r>
        <w:t>Woh sab ghayab hai.</w:t>
      </w:r>
    </w:p>
    <w:p>
      <w:pPr>
        <w:jc w:val="right"/>
      </w:pPr>
      <w:r>
        <w:t>وہ سب غائب ہے۔</w:t>
      </w:r>
    </w:p>
    <w:p>
      <w:r>
        <w:rPr>
          <w:b/>
        </w:rPr>
        <w:t xml:space="preserve">[38:03] </w:t>
      </w:r>
      <w:r>
        <w:t>To Eid al-Adha ka maqsad sirf ek kuch rituals ko poora karna, ek form ke dauran nahi hai, balkeh ek spirit wale mazhab ko zinda karna,</w:t>
      </w:r>
    </w:p>
    <w:p>
      <w:pPr>
        <w:jc w:val="right"/>
      </w:pPr>
      <w:r>
        <w:t>تو عید اضحی کا مقصد صرف ایک کچھ ریچولز کو پورا کرنا، ایک فارم کے دوران نہیں ہے، بلکہ ایک اسپرٹ والے مذہب کو زندہ کرنا،</w:t>
      </w:r>
    </w:p>
    <w:p>
      <w:r>
        <w:rPr>
          <w:b/>
        </w:rPr>
        <w:t xml:space="preserve">[38:19] </w:t>
      </w:r>
      <w:r>
        <w:t>Us ke liye logon ko train karna.</w:t>
      </w:r>
    </w:p>
    <w:p>
      <w:pPr>
        <w:jc w:val="right"/>
      </w:pPr>
      <w:r>
        <w:t>اس کے لیے لوگوں کو ٹرین کرنا۔</w:t>
      </w:r>
    </w:p>
    <w:p>
      <w:r>
        <w:rPr>
          <w:b/>
        </w:rPr>
        <w:t xml:space="preserve">[38:23] </w:t>
      </w:r>
      <w:r>
        <w:t>To jaisa ke maine arz kiya ke us mein yeh spirit zinda ki jati hai ke log God oriented life ikhtiyar karen,</w:t>
      </w:r>
    </w:p>
    <w:p>
      <w:pPr>
        <w:jc w:val="right"/>
      </w:pPr>
      <w:r>
        <w:t>تو جیسا کہ میں نے عرض کیا کہ اس میں یہ سپرٹ زندہ کی جاتی ہے کہ لوگ گاڈ اورینٹڈ لائف اختیار کریں،</w:t>
      </w:r>
    </w:p>
    <w:p>
      <w:r>
        <w:rPr>
          <w:b/>
        </w:rPr>
        <w:t xml:space="preserve">[38:38] </w:t>
      </w:r>
      <w:r>
        <w:t>Allah ki pukar par labbaik karne ke liye tayyar rahen. Jab bhi Khuda ke mission unhein kisi kaam ke liye pukare to us ke liye daud paden.</w:t>
      </w:r>
    </w:p>
    <w:p>
      <w:pPr>
        <w:jc w:val="right"/>
      </w:pPr>
      <w:r>
        <w:t>اللہ کی پکار پر لبیک کرنے کے لیے تیار رہیں۔ جب بھی خدا کے مشن انہیں کسی کام کے لیے پکارے تو اس کے لیے دوڑ پڑیں۔</w:t>
      </w:r>
    </w:p>
    <w:p>
      <w:r>
        <w:rPr>
          <w:b/>
        </w:rPr>
        <w:t xml:space="preserve">[38:51] </w:t>
      </w:r>
      <w:r>
        <w:t>Woh</w:t>
      </w:r>
    </w:p>
    <w:p>
      <w:pPr>
        <w:jc w:val="right"/>
      </w:pPr>
      <w:r>
        <w:t>وہ</w:t>
      </w:r>
    </w:p>
    <w:p>
      <w:r>
        <w:rPr>
          <w:b/>
        </w:rPr>
        <w:t xml:space="preserve">[38:53] </w:t>
      </w:r>
      <w:r>
        <w:t>Phir namaz ki shakal mein logon ke andar modesty ki spirit dikhai jati hai. Ego log yani ego aur kibr aur is tarah ki jo sifat hain, us ko khatam kar ke modesty ke sath mil jul kar rahen, aapas mein khandan ke andar, society ke andar, qaum ke andar achhi zindagi ikhtiyar karen.</w:t>
      </w:r>
    </w:p>
    <w:p>
      <w:pPr>
        <w:jc w:val="right"/>
      </w:pPr>
      <w:r>
        <w:t>پھر نماز کی شکل میں لوگوں کے اندر ماڈیسٹی کی اسپرٹ دکھائی جاتی ہے۔ ایگو لوگ یعنی ایگو اور کبر اور اس طرح کی جو صفات ہیں، اس کو ختم کر کے ماڈیسٹی کے ساتھ مل جل کر رہیں، آپس میں خاندان کے اندر، سوسائٹی کے اندر، قوم کے اندر اچھی زندگی اختیار کریں۔</w:t>
      </w:r>
    </w:p>
    <w:p>
      <w:r>
        <w:rPr>
          <w:b/>
        </w:rPr>
        <w:t xml:space="preserve">[39:22] </w:t>
      </w:r>
      <w:r>
        <w:t>Lekin aap dekhiye to mamooli hamare baap ka Musalman bhadak uthte hain. Bar bar aap akhbaron mein, media mein dekhte hain ke kahin bomb maar diya, kahin goli maar di.</w:t>
      </w:r>
    </w:p>
    <w:p>
      <w:pPr>
        <w:jc w:val="right"/>
      </w:pPr>
      <w:r>
        <w:t>لیکن آپ دیکھیے تو معمولی ہمارے باپ کا مسلمان بھڑک اٹھتے ہیں۔ بار بار آپ اخباروں میں، میڈیا میں دیکھتے ہیں کہ کہیں بم مار دیا، کہیں گولی مار دی۔</w:t>
      </w:r>
    </w:p>
    <w:p>
      <w:r>
        <w:rPr>
          <w:b/>
        </w:rPr>
        <w:t xml:space="preserve">[39:33] </w:t>
      </w:r>
      <w:r>
        <w:t>Zahir si baat hai, bhadak uthe.</w:t>
      </w:r>
    </w:p>
    <w:p>
      <w:pPr>
        <w:jc w:val="right"/>
      </w:pPr>
      <w:r>
        <w:t>ظاہر سی بات ہے، بھڑک اٹھے۔</w:t>
      </w:r>
    </w:p>
    <w:p>
      <w:r>
        <w:rPr>
          <w:b/>
        </w:rPr>
        <w:t xml:space="preserve">[39:36] </w:t>
      </w:r>
      <w:r>
        <w:t>To agar log ek yani yeh jo training hoti hai egoless banne ki, modesty ki, woh agar paida ho jaye to namumkin hai ke log bomb maaren, namumkin hai log gun chalayen,</w:t>
      </w:r>
    </w:p>
    <w:p>
      <w:pPr>
        <w:jc w:val="right"/>
      </w:pPr>
      <w:r>
        <w:t>تو اگر لوگ ایک یعنی یہ جو ٹریننگ ہوتی ہے ایگولس بننے کی، ماڈیسٹی کی، وہ اگر پیدا ہو جائے تو ناممکن ہے کہ لوگ بم ماریں، ناممکن ہے لوگ گن چلائیں،</w:t>
      </w:r>
    </w:p>
    <w:p>
      <w:r>
        <w:rPr>
          <w:b/>
        </w:rPr>
        <w:t xml:space="preserve">[39:51] </w:t>
      </w:r>
      <w:r>
        <w:t>Namumkin hai log tashaddud karen. Yeh sab isi liye hai ke form hai magar spirit nahi hai. Rituals hain magar us ke peeche jo asal haqeeqat hai, woh ghayab hai.</w:t>
      </w:r>
    </w:p>
    <w:p>
      <w:pPr>
        <w:jc w:val="right"/>
      </w:pPr>
      <w:r>
        <w:t>ناممکن ہے لوگ تشدد کریں۔ یہ سب اسی لیے ہے کہ فارم ہے مگر اسپرٹ نہیں ہے۔ ریچولز ہیں مگر اس کے پیچھے جو اصل حقیقت ہے، وہ غائب ہے۔</w:t>
      </w:r>
    </w:p>
    <w:p>
      <w:r>
        <w:rPr>
          <w:b/>
        </w:rPr>
        <w:t xml:space="preserve">[40:04] </w:t>
      </w:r>
      <w:r>
        <w:t>Is tarah se dekhiye, qurbani jo hai, woh kis liye hai? Is liye nahi ke ek ek janwar zabah kar ke aap gosht kha len ya doosron ko baant den.</w:t>
      </w:r>
    </w:p>
    <w:p>
      <w:pPr>
        <w:jc w:val="right"/>
      </w:pPr>
      <w:r>
        <w:t>اس طرح سے دیکھیے، قربانی جو ہے، وہ کس لیے ہے؟ اس لیے نہیں کہ ایک ایک جانور ذبح کر کے آپ گوشت کھا لیں یا دوسروں کو بانٹ دیں۔</w:t>
      </w:r>
    </w:p>
    <w:p>
      <w:r>
        <w:rPr>
          <w:b/>
        </w:rPr>
        <w:t xml:space="preserve">[40:15] </w:t>
      </w:r>
      <w:r>
        <w:t>nahi, yeh hai sacrifice, dedication yani ek khudaai mission ke liye aap ne koi dedicate karna.</w:t>
      </w:r>
    </w:p>
    <w:p>
      <w:pPr>
        <w:jc w:val="right"/>
      </w:pPr>
      <w:r>
        <w:t>نہیں، یہ ہے سیکریفائس، ڈیڈیکیشن یعنی ایک خدائی مشن کے لیے آپ نے کوئی ڈیڈیکیٹ کرنا۔</w:t>
      </w:r>
    </w:p>
    <w:p>
      <w:r>
        <w:rPr>
          <w:b/>
        </w:rPr>
        <w:t xml:space="preserve">[40:25] </w:t>
      </w:r>
      <w:r>
        <w:t>Yeh hai maqsad is ka.</w:t>
      </w:r>
    </w:p>
    <w:p>
      <w:pPr>
        <w:jc w:val="right"/>
      </w:pPr>
      <w:r>
        <w:t>یہ ہے مقصد اس کا۔</w:t>
      </w:r>
    </w:p>
    <w:p>
      <w:r>
        <w:rPr>
          <w:b/>
        </w:rPr>
        <w:t xml:space="preserve">[40:29] </w:t>
      </w:r>
      <w:r>
        <w:t>Agar dedication na ho aur sirf janwar zabah kar diya jaye to woh is ka koi reward nahi milega.</w:t>
      </w:r>
    </w:p>
    <w:p>
      <w:pPr>
        <w:jc w:val="right"/>
      </w:pPr>
      <w:r>
        <w:t>اگر ڈیڈیکیشن نہ ہو اور صرف جانور ذبح کر دیا جائے تو وہ اس کا کوئی ریوارڈ نہیں ملے گا۔</w:t>
      </w:r>
    </w:p>
    <w:p>
      <w:r>
        <w:rPr>
          <w:b/>
        </w:rPr>
        <w:t xml:space="preserve">[40:41] </w:t>
      </w:r>
      <w:r>
        <w:t>Jo reward is ke par hai likha hua, woh reward hasil nahi ho sakta hai.</w:t>
      </w:r>
    </w:p>
    <w:p>
      <w:pPr>
        <w:jc w:val="right"/>
      </w:pPr>
      <w:r>
        <w:t>جو ریوارڈ اس کے پر ہے لکھا ہوا، وہ ریوارڈ حاصل نہیں ہو سکتا ہے۔</w:t>
      </w:r>
    </w:p>
    <w:p>
      <w:r>
        <w:rPr>
          <w:b/>
        </w:rPr>
        <w:t xml:space="preserve">[40:49] </w:t>
      </w:r>
      <w:r>
        <w:t>Isi tarah se dekhiye, milna julna jo hai, is se khair khwahi ko farogh hona chahiye, itaat ko farogh hona chahiye.</w:t>
      </w:r>
    </w:p>
    <w:p>
      <w:pPr>
        <w:jc w:val="right"/>
      </w:pPr>
      <w:r>
        <w:t>اسی طرح سے دیکھیے، ملنا جلنا جو ہے، اس سے خیر خواہی کو فروغ ہونا چاہیے، اطاعت کو فروغ ہونا چاہیے۔</w:t>
      </w:r>
    </w:p>
    <w:p>
      <w:r>
        <w:rPr>
          <w:b/>
        </w:rPr>
        <w:t xml:space="preserve">[40:56] </w:t>
      </w:r>
      <w:r>
        <w:t>Phir sab se ahem baat jo is mein hai, jo bada lesson hai, woh kya hai? Woh hai</w:t>
      </w:r>
    </w:p>
    <w:p>
      <w:pPr>
        <w:jc w:val="right"/>
      </w:pPr>
      <w:r>
        <w:t>پھر سب سے اہم بات جو اس میں ہے، جو بڑا لیسن ہے، وہ کیا ہے؟ وہ ہے</w:t>
      </w:r>
    </w:p>
    <w:p>
      <w:r>
        <w:rPr>
          <w:b/>
        </w:rPr>
        <w:t xml:space="preserve">[41:08] </w:t>
      </w:r>
      <w:r>
        <w:t>Daawati planning. Sach poochhein to hajj ka jo hajj ki jo ibadat hai, is ki rooh dawat hai.</w:t>
      </w:r>
    </w:p>
    <w:p>
      <w:pPr>
        <w:jc w:val="right"/>
      </w:pPr>
      <w:r>
        <w:t>دعوتی پلاننگ۔ سچ پوچھیں تو حج کا جو حج کی جو عبادت ہے، اس کی روح دعوت ہے۔</w:t>
      </w:r>
    </w:p>
    <w:p>
      <w:r>
        <w:rPr>
          <w:b/>
        </w:rPr>
        <w:t xml:space="preserve">[41:18] </w:t>
      </w:r>
      <w:r>
        <w:t>Yeh is ayat se aap samajh sakte hain. Is ko</w:t>
      </w:r>
    </w:p>
    <w:p>
      <w:pPr>
        <w:jc w:val="right"/>
      </w:pPr>
      <w:r>
        <w:t>یہ اس آیت سے آپ سمجھ سکتے ہیں۔ اس کو</w:t>
      </w:r>
    </w:p>
    <w:p>
      <w:r>
        <w:rPr>
          <w:b/>
        </w:rPr>
        <w:t xml:space="preserve">[41:21] </w:t>
      </w:r>
      <w:r>
        <w:t>Ek ayat hai Quran Majeed ki ke agar saare hi musalman ekhatta nahi ho sakte to un mein se kuch log niklein. Falawla nafaratun min kulli firqatin ta'aftu li yatafaqqahu fid deen to</w:t>
      </w:r>
    </w:p>
    <w:p>
      <w:pPr>
        <w:jc w:val="right"/>
      </w:pPr>
      <w:r>
        <w:t>ایک آیت ہے قرآن مجید کی کہ اگر سارے ہی مسلمان اکٹھا نہیں ہو سکتے تو ان میں سے کچھ لوگ نکلیں۔ فَلَوْلَا نَفَرَةٌ مِنْ كُلِّ فِرِقْتٍ تَعْفَتُوا لَيَتْفَقُوا فِي الدِّينِ تو</w:t>
      </w:r>
    </w:p>
    <w:p>
      <w:r>
        <w:rPr>
          <w:b/>
        </w:rPr>
        <w:t xml:space="preserve">[41:39] </w:t>
      </w:r>
      <w:r>
        <w:t>Jagah jagah se muntakhib log niklein aur ek center pe ekhatta hon. To hajj mein kya hota hai?</w:t>
      </w:r>
    </w:p>
    <w:p>
      <w:pPr>
        <w:jc w:val="right"/>
      </w:pPr>
      <w:r>
        <w:t>جگہ جگہ سے منتخب لوگ نکلیں اور ایک سینٹر پہ اکٹھا ہوں۔ تو حج میں کیا ہوتا ہے؟</w:t>
      </w:r>
    </w:p>
    <w:p>
      <w:r>
        <w:rPr>
          <w:b/>
        </w:rPr>
        <w:t xml:space="preserve">[41:46] </w:t>
      </w:r>
      <w:r>
        <w:t>Saari duniya se muntakhib afraad nikl nikl kar ke Makkah mein jama hote hain. To Rasool Allah Sal Allahu Alaihi Wasallam ke zamane mein jo hajj hua tha, jis ko hum Hajjat ul Wida kehte hain, wahan par jo aap ne khutba diya tha,</w:t>
      </w:r>
    </w:p>
    <w:p>
      <w:pPr>
        <w:jc w:val="right"/>
      </w:pPr>
      <w:r>
        <w:t>ساری دنیا سے منتخب افراد نکل نکل کر کے مکہ میں جمع ہوتے ہیں۔ تو رسول اللہ صلی اللہ علیہ وسلم کے زمانے میں جو حج ہوا تھا، جس کو ہم حجۃ الوداع کہتے ہیں، وہاں پر جو آپ نے خطبہ دیا تھا،</w:t>
      </w:r>
    </w:p>
    <w:p>
      <w:r>
        <w:rPr>
          <w:b/>
        </w:rPr>
        <w:t xml:space="preserve">[42:01] </w:t>
      </w:r>
      <w:r>
        <w:t>Woh khutba parhein aap to aap ko poori spirit hajj ki samajh mein aayegi. Woh spirit hai dawat, dawat, dawat ki spirit.</w:t>
      </w:r>
    </w:p>
    <w:p>
      <w:pPr>
        <w:jc w:val="right"/>
      </w:pPr>
      <w:r>
        <w:t>وہ خطبہ پڑھیں آپ تو آپ کو پوری اسپرٹ حج کی سمجھ میں آئے گی۔ وہ اسپرٹ ہے دعوت، دعوت، دعوت کی اسپرٹ۔</w:t>
      </w:r>
    </w:p>
    <w:p>
      <w:r>
        <w:rPr>
          <w:b/>
        </w:rPr>
        <w:t xml:space="preserve">[42:11] </w:t>
      </w:r>
      <w:r>
        <w:t>Chunancha Khutba Hajjat ul Wida mein aap ne jo baatein farmayi thi, to aap ne farmaya tha ke Allah ne mujhe saare aalam ke liye bheja hai, saare aalam ke liye Illal nas kaffatan fa addu anni innallaha ba'asani kaffatan linnasi fa addu anni Allah ne mujhe bheja hai saare insano ke liye.</w:t>
      </w:r>
    </w:p>
    <w:p>
      <w:pPr>
        <w:jc w:val="right"/>
      </w:pPr>
      <w:r>
        <w:t>چنانچہ خطبہ حجۃ الوداع میں آپ نے جو باتیں فرمائی تھیں، تو آپ نے فرمایا تھا کہ اللہ نے مجھے سارے عالم کے لیے بھیجا ہے، سارے عالم کے لیے اِلَّا الْنَّاسِ كَافَةً فَأَدُّوْا أَنِّي إِنَّ اللَّهَ بَعْثَنِي كَافَةً لِلنَّاسِ فَأَدُّوْا أَنِّي اللہ نے مجھے بھیجا ہے سارے انسانوں کے لیے۔</w:t>
      </w:r>
    </w:p>
    <w:p>
      <w:r>
        <w:rPr>
          <w:b/>
        </w:rPr>
        <w:t xml:space="preserve">[42:41] </w:t>
      </w:r>
      <w:r>
        <w:t>To tum log ab hajj ke baad yahan se jao aur saare insano tak mera paigham pahuncha do. Aap ne farmaya tha ke fal yuballigh ash shahidu al ghaib jo yahan maujood hai, woh un ko pahuncha de jo maujood nahi hain.</w:t>
      </w:r>
    </w:p>
    <w:p>
      <w:pPr>
        <w:jc w:val="right"/>
      </w:pPr>
      <w:r>
        <w:t>تو تم لوگ اب حج کے بعد یہاں سے جاؤ اور سارے انسانوں تک میرا پیغام پہنچا دو۔ آپ نے فرمایا تھا کہ فَلِيُّبَلِّغِ الشَّاهِدُ الْغَائِبَ جو یہاں موجود ہے، وہ ان کو پہنچا دے جو موجود نہیں ہیں۔</w:t>
      </w:r>
    </w:p>
    <w:p>
      <w:r>
        <w:rPr>
          <w:b/>
        </w:rPr>
        <w:t xml:space="preserve">[42:59] </w:t>
      </w:r>
      <w:r>
        <w:t>Yeh hai asal asal message hajj. Hajj ka asal maqsad hajj ka</w:t>
      </w:r>
    </w:p>
    <w:p>
      <w:pPr>
        <w:jc w:val="right"/>
      </w:pPr>
      <w:r>
        <w:t>یہ ہے اصل اصل میسج حج۔ حج کا اصل مقصد حج کا</w:t>
      </w:r>
    </w:p>
    <w:p>
      <w:r>
        <w:rPr>
          <w:b/>
        </w:rPr>
        <w:t xml:space="preserve">[43:06] </w:t>
      </w:r>
      <w:r>
        <w:t>Yaani hajj mein log jate hain, koi ibadatein karte hain, Hazrat Ibrahim ki sunnat ko dohrate hain. Wahan jo Rasool Allah Sal Allahu Alaihi Wasallam aur ashaab ki jo hamari riwayatein hain tareekhi, is ko yaad karte hain aur phir wahan khutba sunte hain Imam ka.</w:t>
      </w:r>
    </w:p>
    <w:p>
      <w:pPr>
        <w:jc w:val="right"/>
      </w:pPr>
      <w:r>
        <w:t>یعنی حج میں لوگ جاتے ہیں، کوئی عبادتیں کرتے ہیں، حضرت ابراہیم کی سنت کو دہراتے ہیں۔ وہاں جو رسول اللہ صلی اللہ علیہ وسلم اور اصحاب کی جو ہماری روایتیں ہیں تاریخی، اس کو یاد کرتے ہیں اور پھر وہاں خطبہ سنتے ہیں امام کا۔</w:t>
      </w:r>
    </w:p>
    <w:p>
      <w:r>
        <w:rPr>
          <w:b/>
        </w:rPr>
        <w:t xml:space="preserve">[43:25] </w:t>
      </w:r>
      <w:r>
        <w:t>To hajj mein kya hota hai? Saari duniya se muntakhib afraad nikl nikl kar ke Makkah mein jama hote hain.</w:t>
      </w:r>
    </w:p>
    <w:p>
      <w:pPr>
        <w:jc w:val="right"/>
      </w:pPr>
      <w:r>
        <w:t>تو حج میں کیا ہوتا ہے؟ ساری دنیا سے منتخب افراد نکل نکل کر کے مکہ میں جمع ہوتے ہیں۔</w:t>
      </w:r>
    </w:p>
    <w:p>
      <w:r>
        <w:rPr>
          <w:b/>
        </w:rPr>
        <w:t xml:space="preserve">[43:34] </w:t>
      </w:r>
      <w:r>
        <w:t>To Rasool Allah Sal Allahu Alaihi Wasallam ke zamane mein jo hajj hua tha, jis ko hum Hajjat ul Wida kehte hain, wahan par jo aap ne khutba diya tha, woh khutba parhein aap to aap ko poori spirit hajj ki samajh mein aayegi.</w:t>
      </w:r>
    </w:p>
    <w:p>
      <w:pPr>
        <w:jc w:val="right"/>
      </w:pPr>
      <w:r>
        <w:t>تو رسول اللہ صلی اللہ علیہ وسلم کے زمانے میں جو حج ہوا تھا، جس کو ہم حجۃ الوداع کہتے ہیں، وہاں پر جو آپ نے خطبہ دیا تھا، وہ خطبہ پڑھیں آپ تو آپ کو پوری اسپرٹ حج کی سمجھ میں آئے گی۔</w:t>
      </w:r>
    </w:p>
    <w:p>
      <w:r>
        <w:rPr>
          <w:b/>
        </w:rPr>
        <w:t xml:space="preserve">[43:47] </w:t>
      </w:r>
      <w:r>
        <w:t>Chunancha Khutba Hajjat ul Wida mein aap ne jo baatein farmayi thi, to aap ne farmaya tha ke Allah ne mujhe saare aalam ke liye bheja hai,</w:t>
      </w:r>
    </w:p>
    <w:p>
      <w:pPr>
        <w:jc w:val="right"/>
      </w:pPr>
      <w:r>
        <w:t>چنانچہ خطبہ حجۃ الوداع میں آپ نے جو باتیں فرمائی تھیں، تو آپ نے فرمایا تھا کہ اللہ نے مجھے سارے عالم کے لیے بھیجا ہے،</w:t>
      </w:r>
    </w:p>
    <w:p>
      <w:r>
        <w:rPr>
          <w:b/>
        </w:rPr>
        <w:t xml:space="preserve">[43:59] </w:t>
      </w:r>
      <w:r>
        <w:t>Saare aalam ke liye Illal nas kaffatan fa addu anni innallaha ba'asani kaffatan linnasi fa addu anni Allah ne mujhe bheja hai saare insano ke liye.</w:t>
      </w:r>
    </w:p>
    <w:p>
      <w:pPr>
        <w:jc w:val="right"/>
      </w:pPr>
      <w:r>
        <w:t>سارے عالم کے لیے اِلَّا الْنَّاسِ كَافَةً فَأَدُّوْا أَنِّي إِنَّ اللَّهَ بَعْثَنِي كَافَةً لِلنَّاسِ فَأَدُّوْا أَنِّي اللہ نے مجھے بھیجا ہے سارے انسانوں کے لیے۔</w:t>
      </w:r>
    </w:p>
    <w:p>
      <w:r>
        <w:rPr>
          <w:b/>
        </w:rPr>
        <w:t xml:space="preserve">[44:16] </w:t>
      </w:r>
      <w:r>
        <w:t>To tum log ab hajj ke baad yahan se jao aur saare insano tak mera paigham pahuncha do.</w:t>
      </w:r>
    </w:p>
    <w:p>
      <w:pPr>
        <w:jc w:val="right"/>
      </w:pPr>
      <w:r>
        <w:t>تو تم لوگ اب حج کے بعد یہاں سے جاؤ اور سارے انسانوں تک میرا پیغام پہنچا دو۔</w:t>
      </w:r>
    </w:p>
    <w:p>
      <w:r>
        <w:rPr>
          <w:b/>
        </w:rPr>
        <w:t xml:space="preserve">[44:25] </w:t>
      </w:r>
      <w:r>
        <w:t>Aap ne farmaya tha ke fal yuballigh ash shahidu al ghaib jo yahan maujood hai, woh un ko pahuncha de jo maujood nahi hain. Yeh hai asal asal message hajj.</w:t>
      </w:r>
    </w:p>
    <w:p>
      <w:pPr>
        <w:jc w:val="right"/>
      </w:pPr>
      <w:r>
        <w:t>آپ نے فرمایا تھا کہ فَلِيُّبَلِّغِ الشَّاهِدُ الْغَائِبَ جو یہاں موجود ہے، وہ ان کو پہنچا دے جو موجود نہیں ہیں۔ یہ ہے اصل اصل میسج حج۔</w:t>
      </w:r>
    </w:p>
    <w:p>
      <w:r>
        <w:rPr>
          <w:b/>
        </w:rPr>
        <w:t xml:space="preserve">[44:38] </w:t>
      </w:r>
      <w:r>
        <w:t>Hajj ka asal maqsad hajj ka yani hajj mein log jate hain, koi ibadatein karte hain, Hazrat Ibrahim ki sunnat ko dohrate hain.</w:t>
      </w:r>
    </w:p>
    <w:p>
      <w:pPr>
        <w:jc w:val="right"/>
      </w:pPr>
      <w:r>
        <w:t>حج کا اصل مقصد حج کا یعنی حج میں لوگ جاتے ہیں، کوئی عبادتیں کرتے ہیں، حضرت ابراہیم کی سنت کو دہراتے ہیں۔</w:t>
      </w:r>
    </w:p>
    <w:p>
      <w:r>
        <w:rPr>
          <w:b/>
        </w:rPr>
        <w:t xml:space="preserve">[44:48] </w:t>
      </w:r>
      <w:r>
        <w:t>Wahan jo Rasool Allah Sal Allahu Alaihi Wasallam aur ashaab ki jo hamari riwayatein hain tareekhi, is ko yaad karte hain aur phir wahan khutba sunte hain Imam ka.</w:t>
      </w:r>
    </w:p>
    <w:p>
      <w:pPr>
        <w:jc w:val="right"/>
      </w:pPr>
      <w:r>
        <w:t>وہاں جو رسول اللہ صلی اللہ علیہ وسلم اور اصحاب کی جو ہماری روایتیں ہیں تاریخی، اس کو یاد کرتے ہیں اور پھر وہاں خطبہ سنتے ہیں امام کا۔</w:t>
      </w:r>
    </w:p>
    <w:p>
      <w:r>
        <w:rPr>
          <w:b/>
        </w:rPr>
        <w:t xml:space="preserve">[45:00] </w:t>
      </w:r>
      <w:r>
        <w:t>Rasool Allah Sal Allahu Alaihi Wasallam ne apne zamane mein jo hajj kiya, jis ko hum Hajjat ul Wida kehte hain, to us waqt aap ne Arafat ke maidan mein oont par sawar ho kar yeh farmaya tha ke aey logo!</w:t>
      </w:r>
    </w:p>
    <w:p>
      <w:pPr>
        <w:jc w:val="right"/>
      </w:pPr>
      <w:r>
        <w:t>رسول اللہ صلی اللہ علیہ وسلم نے اپنے زمانے میں جو حج کیا، جس کو ہم حجۃ الوداع کہتے ہیں، تو اس وقت آپ نے عرفات کے میدان میں اونٹ پر سوار ہو کر یہ فرمایا تھا کہ اے لوگوں!</w:t>
      </w:r>
    </w:p>
    <w:p>
      <w:r>
        <w:rPr>
          <w:b/>
        </w:rPr>
        <w:t xml:space="preserve">[45:12] </w:t>
      </w:r>
      <w:r>
        <w:t>mujhe ko allah ne sari dunya ke liye bheja hai, yaani sirf makka ke liye nahi, sirf arab ke liye nahi, sari dunya ke liye.</w:t>
      </w:r>
    </w:p>
    <w:p>
      <w:pPr>
        <w:jc w:val="right"/>
      </w:pPr>
      <w:r>
        <w:t>مجھ کو اللہ نے ساری دنیا کے لیے بھیجا ہے، یعنی صرف مکہ کے لیے نہیں، صرف عرب کے لیے نہیں، ساری دنیا کے لیے۔</w:t>
      </w:r>
    </w:p>
    <w:p>
      <w:r>
        <w:rPr>
          <w:b/>
        </w:rPr>
        <w:t xml:space="preserve">[45:21] </w:t>
      </w:r>
      <w:r>
        <w:t>to tum mere paigham ko sare logon tak pohncha do. fa addoo anni to woh aaj bhi woh paigham wahan goonj raha hai.</w:t>
      </w:r>
    </w:p>
    <w:p>
      <w:pPr>
        <w:jc w:val="right"/>
      </w:pPr>
      <w:r>
        <w:t>تو تم میرے پیغام کو سارے لوگوں تک پہنچا دو۔ فَأَدُّوْا أَنِّي تو وہ آج بھی وہ پیغام وہاں گونج رہا ہے۔</w:t>
      </w:r>
    </w:p>
    <w:p>
      <w:r>
        <w:rPr>
          <w:b/>
        </w:rPr>
        <w:t xml:space="preserve">[45:32] </w:t>
      </w:r>
      <w:r>
        <w:t>sacha haji woh hai jo wahan is paigham, wahan ja kar is awaz ko sune.</w:t>
      </w:r>
    </w:p>
    <w:p>
      <w:pPr>
        <w:jc w:val="right"/>
      </w:pPr>
      <w:r>
        <w:t>سچا حاجی وہ ہے جو وہاں اس پیغام، وہاں جا کر اس آواز کو سنے۔</w:t>
      </w:r>
    </w:p>
    <w:p>
      <w:r>
        <w:rPr>
          <w:b/>
        </w:rPr>
        <w:t xml:space="preserve">[45:37] </w:t>
      </w:r>
      <w:r>
        <w:t>jab aap is tareekh se ba khabar hon aur is spirit ko le kar wahan jayen to jab aap pohnchenge arafat ke maidan mein to aaj bhi aap ko sunai dega ke rasool allah salallaho alaihe wasallam ki awaz goonj rahi hai wahan par aur keh rahi hai ke aye iman walo!</w:t>
      </w:r>
    </w:p>
    <w:p>
      <w:pPr>
        <w:jc w:val="right"/>
      </w:pPr>
      <w:r>
        <w:t>جب آپ اس تاریخ سے باخبر ہوں اور اس اسپرٹ کو لے کر وہاں جائیں تو جب آپ پہنچیں گے عرفات کے میدان میں تو آج بھی آپ کو سنائی دے گا کہ رسول اللہ صلی اللہ علیہ وسلم کی آواز گونج رہی ہے وہاں پر اور کہہ رہی ہے کہ اے ایمان والو!</w:t>
      </w:r>
    </w:p>
    <w:p>
      <w:r>
        <w:rPr>
          <w:b/>
        </w:rPr>
        <w:t xml:space="preserve">[45:56] </w:t>
      </w:r>
      <w:r>
        <w:t>tumhara mission yeh hai ke allah taala ne mujh ko jo hidayat nama le kar bheja hai, jo quran le kar bheja hai, is quran ko sari dunya tak pohncha do.</w:t>
      </w:r>
    </w:p>
    <w:p>
      <w:pPr>
        <w:jc w:val="right"/>
      </w:pPr>
      <w:r>
        <w:t>تمہارا مشن یہ ہے کہ اللہ تعالی نے مجھ کو جو ہدایت نامہ لے کر بھیجا ہے، جو قرآن لے کر بھیجا ہے، اس قرآن کو ساری دنیا تک پہنچا دو۔</w:t>
      </w:r>
    </w:p>
    <w:p>
      <w:r>
        <w:rPr>
          <w:b/>
        </w:rPr>
        <w:t xml:space="preserve">[46:11] </w:t>
      </w:r>
      <w:r>
        <w:t>yeh bilkul fitri baat hai ke agar aap ke andar woh spirit ho, is tareekh ko jante hon aap aur is is jazbe ke sath wahan aap jayen to jab arafat ke maidan mein aap pohnchenge to aap ko lagega ke rasool allah ki awaz woh goonj rahi hai.</w:t>
      </w:r>
    </w:p>
    <w:p>
      <w:pPr>
        <w:jc w:val="right"/>
      </w:pPr>
      <w:r>
        <w:t>یہ بالکل فطری بات ہے کہ اگر آپ کے اندر وہ اسپرٹ ہو، اس تاریخ کو جانتے ہوں آپ اور اس اس جذبے کے ساتھ وہاں آپ جائیں تو جب عرفات کے میدان میں آپ پہنچیں گے تو آپ کو لگے گا کہ رسول اللہ کی آواز وہ گونج رہی ہے۔</w:t>
      </w:r>
    </w:p>
    <w:p>
      <w:r>
        <w:rPr>
          <w:b/>
        </w:rPr>
        <w:t xml:space="preserve">[46:28] </w:t>
      </w:r>
      <w:r>
        <w:t>aaj bhi, aaj bhi woh aap aap se yahi keh rahe hain</w:t>
      </w:r>
    </w:p>
    <w:p>
      <w:pPr>
        <w:jc w:val="right"/>
      </w:pPr>
      <w:r>
        <w:t>آج بھی، آج بھی وہ آپ آپ سے یہی کہہ رہے ہیں</w:t>
      </w:r>
    </w:p>
    <w:p>
      <w:r>
        <w:rPr>
          <w:b/>
        </w:rPr>
        <w:t xml:space="preserve">[46:33] </w:t>
      </w:r>
      <w:r>
        <w:t>ke mere rasool allah salallaho alaihe wasallam aur doosre nabi jo aaye dunya mein, woh kis liye aaye?</w:t>
      </w:r>
    </w:p>
    <w:p>
      <w:pPr>
        <w:jc w:val="right"/>
      </w:pPr>
      <w:r>
        <w:t>کہ میرے رسول اللہ صلی اللہ علیہ وسلم اور دوسرے نبی جو آئے دنیا میں، وہ کس لیے آئے؟</w:t>
      </w:r>
    </w:p>
    <w:p>
      <w:r>
        <w:rPr>
          <w:b/>
        </w:rPr>
        <w:t xml:space="preserve">[46:42] </w:t>
      </w:r>
      <w:r>
        <w:t>woh to aaye allah ka jo creation plan hai, is se logon ko ba khabar karne ke liye. yeh dunya mein hum aate hain to hamare paas koi</w:t>
      </w:r>
    </w:p>
    <w:p>
      <w:pPr>
        <w:jc w:val="right"/>
      </w:pPr>
      <w:r>
        <w:t>وہ تو آئے اللہ کا جو کریشن پلان ہے، اس سے لوگوں کو باخبر کرنے کے لیے۔ یہ دنیا میں ہم آتے ہیں تو ہمارے پاس کوئی</w:t>
      </w:r>
    </w:p>
    <w:p>
      <w:r>
        <w:rPr>
          <w:b/>
        </w:rPr>
        <w:t xml:space="preserve">[46:59] </w:t>
      </w:r>
      <w:r>
        <w:t>khud se hum nahi jaan sakte ke hamara khaliq hum se kya chahta hai, khaliq ki marzi kya hai, creation plan of god kya hai.</w:t>
      </w:r>
    </w:p>
    <w:p>
      <w:pPr>
        <w:jc w:val="right"/>
      </w:pPr>
      <w:r>
        <w:t>خود سے ہم نہیں جان سکتے کہ ہمارا خالق ہم سے کیا چاہتا ہے، خالق کی مرضی کیا ہے، کریشن پلان آف گاڈ کیا ہے۔</w:t>
      </w:r>
    </w:p>
    <w:p>
      <w:r>
        <w:rPr>
          <w:b/>
        </w:rPr>
        <w:t xml:space="preserve">[47:10] </w:t>
      </w:r>
      <w:r>
        <w:t>hum khud se nahi jaan paate.</w:t>
      </w:r>
    </w:p>
    <w:p>
      <w:pPr>
        <w:jc w:val="right"/>
      </w:pPr>
      <w:r>
        <w:t>ہم خود سے نہیں جان پاتے۔</w:t>
      </w:r>
    </w:p>
    <w:p>
      <w:r>
        <w:rPr>
          <w:b/>
        </w:rPr>
        <w:t xml:space="preserve">[47:14] </w:t>
      </w:r>
      <w:r>
        <w:t>to allah ne apne rasool bheje har daur mein isi baat ke liye. phir aakhri rasool bheja allah taala ne makka mein.</w:t>
      </w:r>
    </w:p>
    <w:p>
      <w:pPr>
        <w:jc w:val="right"/>
      </w:pPr>
      <w:r>
        <w:t>تو اللہ نے اپنے رسول بھیجے ہر دور میں اسی بات کے لیے۔ پھر آخری رسول بھیجا اللہ تعالی نے مکہ میں۔</w:t>
      </w:r>
    </w:p>
    <w:p>
      <w:r>
        <w:rPr>
          <w:b/>
        </w:rPr>
        <w:t xml:space="preserve">[47:26] </w:t>
      </w:r>
      <w:r>
        <w:t>to aaj jo wahan par haji ekatha hote hain, goya ke wahan par rasool allah salallaho alaihe wasallam ki is awaz ko dobara sunne ke liye un fazaon mein aaj bhi woh spirit maujood hai.</w:t>
      </w:r>
    </w:p>
    <w:p>
      <w:pPr>
        <w:jc w:val="right"/>
      </w:pPr>
      <w:r>
        <w:t>تو آج جو وہاں پر حاجی اکٹھا ہوتے ہیں، گویا کہ وہاں پر رسول اللہ صلی اللہ علیہ وسلم کی اس آواز کو دوبارہ سننے کے لیے ان فضاؤں میں آج بھی وہ اسپرٹ موجود ہے۔</w:t>
      </w:r>
    </w:p>
    <w:p>
      <w:r>
        <w:rPr>
          <w:b/>
        </w:rPr>
        <w:t xml:space="preserve">[47:37] </w:t>
      </w:r>
      <w:r>
        <w:t>un fazaon mein aaj bhi woh awaz goonj rahi hai.</w:t>
      </w:r>
    </w:p>
    <w:p>
      <w:pPr>
        <w:jc w:val="right"/>
      </w:pPr>
      <w:r>
        <w:t>ان فضاؤں میں آج بھی وہ وہ آواز گونج رہی ہے۔</w:t>
      </w:r>
    </w:p>
    <w:p>
      <w:r>
        <w:rPr>
          <w:b/>
        </w:rPr>
        <w:t xml:space="preserve">[47:41] </w:t>
      </w:r>
      <w:r>
        <w:t>un un fazaon mein aaj bhi woh mission yaad dilata hai aap ko ke jab aap arafat ke maidan mein pohnchte hain to bilkul fitri hai ke aap ko yaad aaye ke yahin par rasool allah salallaho alaihe wasallam ne ek oont par khare ho kar ke yeh farmaya tha.</w:t>
      </w:r>
    </w:p>
    <w:p>
      <w:pPr>
        <w:jc w:val="right"/>
      </w:pPr>
      <w:r>
        <w:t>ان ان فضاؤں میں آج بھی وہ مشن یاد دلاتا ہے آپ کو کہ جب آپ عرفات کے میدان میں پہنچتے ہیں تو بالکل فطری ہے کہ آپ کو یاد آئے کہ یہیں پر رسول اللہ صلی اللہ علیہ وسلم نے ایک اونٹ پر کھڑے ہو کر کے یہ فرمایا تھا۔</w:t>
      </w:r>
    </w:p>
    <w:p>
      <w:r>
        <w:rPr>
          <w:b/>
        </w:rPr>
        <w:t xml:space="preserve">[47:56] </w:t>
      </w:r>
      <w:r>
        <w:t>puri ummat se farmaya tha ke yeh jo quran hai, is ko pohnchao sare a</w:t>
      </w:r>
    </w:p>
    <w:p>
      <w:pPr>
        <w:jc w:val="right"/>
      </w:pPr>
      <w:r>
        <w:t>پوری امت سے فرمایا تھا کہ یہ جو قرآن ہے، اس کو پہنچاؤ سارے ع</w:t>
      </w:r>
    </w:p>
    <w:p>
      <w:r>
        <w:rPr>
          <w:b/>
        </w:rPr>
        <w:t xml:space="preserve">[48:03] </w:t>
      </w:r>
      <w:r>
        <w:t>alam tak. to yeh hai</w:t>
      </w:r>
    </w:p>
    <w:p>
      <w:pPr>
        <w:jc w:val="right"/>
      </w:pPr>
      <w:r>
        <w:t>الم تک۔ تو یہ ہے</w:t>
      </w:r>
    </w:p>
    <w:p>
      <w:r>
        <w:rPr>
          <w:b/>
        </w:rPr>
        <w:t xml:space="preserve">[48:07] </w:t>
      </w:r>
      <w:r>
        <w:t>hajj ka paigham aur yeh hai eid ul azha ka paigham. to jaisa ke maine arz kiya, hamein phir se is ko rediscover karna hai kyunke hum ne yeh kar rakha hai ke spirit ko form se alag kar diya hai.</w:t>
      </w:r>
    </w:p>
    <w:p>
      <w:pPr>
        <w:jc w:val="right"/>
      </w:pPr>
      <w:r>
        <w:t>حج کا پیغام اور یہ ہے عید اضحی کا پیغام۔ تو جیسا کہ میں نے عرض کیا، ہمیں پھر سے اس کو ری ڈسکور کرنا ہے کیونکہ ہم نے یہ کر رکھا ہے کہ اسپرٹ کو فارم سے الگ کر دیا ہے۔</w:t>
      </w:r>
    </w:p>
    <w:p>
      <w:r>
        <w:rPr>
          <w:b/>
        </w:rPr>
        <w:t xml:space="preserve">[48:32] </w:t>
      </w:r>
      <w:r>
        <w:t>sari ibadat ko, eid ul azha ko aur hajj ko, har cheez ko ek ritual bana diya hai. to hamein phir se daryaft karna hai is namaz ko jo rasool allah ne parhi, is hajj ko jo rasool allah ne ada kiya,</w:t>
      </w:r>
    </w:p>
    <w:p>
      <w:pPr>
        <w:jc w:val="right"/>
      </w:pPr>
      <w:r>
        <w:t>ساری عبادات کو، عید اضحی کو اور حج کو، ہر چیز کو ایک ریچول بنا دیا ہے۔ تو ہمیں پھر سے دریافت کرنا ہے اس نماز کو جو رسول اللہ نے پڑھی، اس حج کو جو رسول اللہ نے ادا کیا،</w:t>
      </w:r>
    </w:p>
    <w:p>
      <w:r>
        <w:rPr>
          <w:b/>
        </w:rPr>
        <w:t xml:space="preserve">[48:52] </w:t>
      </w:r>
      <w:r>
        <w:t>is qurbani ko jo rasool allah ne aur aap ke ashaab ne ada kiya aur hazrat ibrahim ne ada kiya. phir se hamein discover karna hai.</w:t>
      </w:r>
    </w:p>
    <w:p>
      <w:pPr>
        <w:jc w:val="right"/>
      </w:pPr>
      <w:r>
        <w:t>اس قربانی کو جو رسول اللہ نے اور آپ کے اصحاب نے ادا کیا اور حضرت ابراہیم نے ادا کیا۔ پھر سے ہمیں ڈسکور کرنا ہے۔</w:t>
      </w:r>
    </w:p>
    <w:p>
      <w:r>
        <w:rPr>
          <w:b/>
        </w:rPr>
        <w:t xml:space="preserve">[49:02] </w:t>
      </w:r>
      <w:r>
        <w:t>to eid ka din, eid ul azha ke din ya hajj ka din isi liye hai ke hum is ko rediscover karen, rediscover karen.</w:t>
      </w:r>
    </w:p>
    <w:p>
      <w:pPr>
        <w:jc w:val="right"/>
      </w:pPr>
      <w:r>
        <w:t>تو عید کا دن، عید اضحی کے دن یا حج کا دن اسی لیے ہے کہ ہم اس کو ری ڈسکور کریں، ری ڈسکور کریں۔</w:t>
      </w:r>
    </w:p>
    <w:p>
      <w:r>
        <w:rPr>
          <w:b/>
        </w:rPr>
        <w:t xml:space="preserve">[49:18] </w:t>
      </w:r>
      <w:r>
        <w:t>jab tak hum is ko rediscover nahi karenge, na hamara hajj woh woh hajj hoga jo matloob hai, na hamari eid ul azha woh eid ul azha hogi jo matloob hai.</w:t>
      </w:r>
    </w:p>
    <w:p>
      <w:pPr>
        <w:jc w:val="right"/>
      </w:pPr>
      <w:r>
        <w:t>جب تک ہم اس کو ری ڈسکور نہیں کریں گے، نہ ہمارا حج وہ وہ حج ہوگا جو مطلوب ہے، نہ ہماری عید اضحی وہ عید اضحی ہوگی جو مطلوب ہے۔</w:t>
      </w:r>
    </w:p>
    <w:p>
      <w:r>
        <w:rPr>
          <w:b/>
        </w:rPr>
        <w:t xml:space="preserve">[49:31] </w:t>
      </w:r>
      <w:r>
        <w:t>to isi ko kehte hain tajdeed e iman. yahi tajdeed e iman hai. tajdeed e iman se matlab revive karna, taza karna, naya karna.</w:t>
      </w:r>
    </w:p>
    <w:p>
      <w:pPr>
        <w:jc w:val="right"/>
      </w:pPr>
      <w:r>
        <w:t>تو اسی کو کہتے ہیں تجدید ایمان۔ یہی تجدید ایمان ہے۔ تجدید ایمان سے مطلب ریوائیو کرنا، تازہ کرنا، نیا کرنا۔</w:t>
      </w:r>
    </w:p>
    <w:p>
      <w:r>
        <w:rPr>
          <w:b/>
        </w:rPr>
        <w:t xml:space="preserve">[49:43] </w:t>
      </w:r>
      <w:r>
        <w:t>go har saal jo hajj aata hai, har saal jo eid ul azha aati hai, to yeh salana tajdeed hai. go yeh salana tajdeed hai ke is din hum is poori tareekh ko yaad karen</w:t>
      </w:r>
    </w:p>
    <w:p>
      <w:pPr>
        <w:jc w:val="right"/>
      </w:pPr>
      <w:r>
        <w:t>گو ہر سال جو حج آتا ہے، ہر سال جو عید اضحی آتی ہے، تو یہ سالانہ تجدید ہے۔ گو یہ سالانہ تجدید ہے کہ اس دن ہم اس پوری تاریخ کو یاد کریں</w:t>
      </w:r>
    </w:p>
    <w:p>
      <w:r>
        <w:rPr>
          <w:b/>
        </w:rPr>
        <w:t xml:space="preserve">[50:01] </w:t>
      </w:r>
      <w:r>
        <w:t>jo rasool allah salallaho alaihe wasallam par allah taala ne quran quran utara. us waqt jab utara gaya tha quran, us waqt aaj kal ki tarah print paise nahi hota tha.</w:t>
      </w:r>
    </w:p>
    <w:p>
      <w:pPr>
        <w:jc w:val="right"/>
      </w:pPr>
      <w:r>
        <w:t>جو رسول اللہ صلی اللہ علیہ وسلم پر اللہ تعالی نے قرآن قرآن اتارا۔ اس وقت جب اتارا گیا تھا قرآن، اس وقت آج کل کی طرح پرنٹ پیسے نہیں ہوتا تھا۔</w:t>
      </w:r>
    </w:p>
    <w:p>
      <w:r>
        <w:rPr>
          <w:b/>
        </w:rPr>
        <w:t xml:space="preserve">[50:13] </w:t>
      </w:r>
      <w:r>
        <w:t>log yaad kar lete the aur ja ke parh ke sunate the. jaise makka se madina gaye do sahban,</w:t>
      </w:r>
    </w:p>
    <w:p>
      <w:pPr>
        <w:jc w:val="right"/>
      </w:pPr>
      <w:r>
        <w:t>لوگ یاد کر لیتے تھے اور جا کے پڑھ کے سناتے تھے۔ جیسے مکہ سے مدینہ گئے دو صاحبان،</w:t>
      </w:r>
    </w:p>
    <w:p>
      <w:r>
        <w:rPr>
          <w:b/>
        </w:rPr>
        <w:t xml:space="preserve">[50:24] </w:t>
      </w:r>
      <w:r>
        <w:t>rasool Allah ne bheja to woh un ko muqri kaha jata tha. un ko muqri yani parh kar sunane wala. to woh un ke pas yahi ek shakal thi ke parh ke sunayein, apne hafze se jo quran ke hisse yaad the, us ko parh parh sunayein.</w:t>
      </w:r>
    </w:p>
    <w:p>
      <w:pPr>
        <w:jc w:val="right"/>
      </w:pPr>
      <w:r>
        <w:t>رسول اللہ نے بھیجا تو وہ ان کو مقری کہا جاتا تھا۔ ان کو مقری یعنی پڑھ کر سنانے والا۔ تو وہ ان کے پاس یہی ایک شکل تھی کہ پڑھ کے سنائیں، اپنے حافظے سے جو قرآن کے حصے یاد تھے، اس کو پڑھ پڑھ سنائیں۔</w:t>
      </w:r>
    </w:p>
    <w:p>
      <w:r>
        <w:rPr>
          <w:b/>
        </w:rPr>
        <w:t xml:space="preserve">[50:40] </w:t>
      </w:r>
      <w:r>
        <w:t>ab aap jante hain ke printing press ka zamana hai. ab quran chapa hua maujood hai. to aap ka farz hai ke quran ko phailayein,</w:t>
      </w:r>
    </w:p>
    <w:p>
      <w:pPr>
        <w:jc w:val="right"/>
      </w:pPr>
      <w:r>
        <w:t>اب آپ جانتے ہیں کہ پرنٹنگ پریس کا زمانہ ہے۔ اب قرآن چھپا ہوا موجود ہے۔ تو آپ کا فرض ہے کہ قرآن کو پھیلائیں،</w:t>
      </w:r>
    </w:p>
    <w:p>
      <w:r>
        <w:rPr>
          <w:b/>
        </w:rPr>
        <w:t xml:space="preserve">[50:52] </w:t>
      </w:r>
      <w:r>
        <w:t>yani is ka translation jin jo jo zaban, yani taake aadmi ke liye aadmi quran ko logon ke liye understandable banane ke liye zaroori hai ke un ki qabil form zaban ke tarjume hon.</w:t>
      </w:r>
    </w:p>
    <w:p>
      <w:pPr>
        <w:jc w:val="right"/>
      </w:pPr>
      <w:r>
        <w:t>یعنی اس کا ٹرانسلیشن جن جو جو زبان، یعنی تاکہ آدمی کے لیے آدمی قرآن کو لوگوں کے لیے انڈرسٹڈیبل بنانے کے لیے ضروری ہے کہ ان کی قابل فارم زبان کے ترجمے ہوں۔</w:t>
      </w:r>
    </w:p>
    <w:p>
      <w:r>
        <w:rPr>
          <w:b/>
        </w:rPr>
        <w:t xml:space="preserve">[51:05] </w:t>
      </w:r>
      <w:r>
        <w:t>is ke to quran ke tarjume har zaban mein logon tak pahunchaye jayein aur khas taur par international zaban mein. english aaj ki international language hai.</w:t>
      </w:r>
    </w:p>
    <w:p>
      <w:pPr>
        <w:jc w:val="right"/>
      </w:pPr>
      <w:r>
        <w:t>اس کے تو قرآن کے ترجمے ہر زبان میں لوگوں تک پہنچائے جائیں اور خاص طور پر انٹرنیشنل زبان میں۔ انگلش آج کی انٹرنیشنل لینگویج ہے۔</w:t>
      </w:r>
    </w:p>
    <w:p>
      <w:r>
        <w:rPr>
          <w:b/>
        </w:rPr>
        <w:t xml:space="preserve">[51:16] </w:t>
      </w:r>
      <w:r>
        <w:t>sari duniya mein har mulk mein</w:t>
      </w:r>
    </w:p>
    <w:p>
      <w:pPr>
        <w:jc w:val="right"/>
      </w:pPr>
      <w:r>
        <w:t>ساری دنیا میں ہر ملک میں</w:t>
      </w:r>
    </w:p>
    <w:p>
      <w:r>
        <w:rPr>
          <w:b/>
        </w:rPr>
        <w:t xml:space="preserve">[51:20] </w:t>
      </w:r>
      <w:r>
        <w:t>majority aise logon ki hai jo english ko samajhti hai. to english ka translation</w:t>
      </w:r>
    </w:p>
    <w:p>
      <w:pPr>
        <w:jc w:val="right"/>
      </w:pPr>
      <w:r>
        <w:t>میجورٹی ایسے لوگوں کی ہے جو انگلش کو سمجھتی ہے۔ تو انگلش کا ٹرانسلیشن</w:t>
      </w:r>
    </w:p>
    <w:p>
      <w:r>
        <w:rPr>
          <w:b/>
        </w:rPr>
        <w:t xml:space="preserve">[51:31] </w:t>
      </w:r>
      <w:r>
        <w:t>jo log arabi jante hain, un ko un ke pas quran hai, woh parh rahe hain. lekin beshumar log jo arabi nahi jante, to un ko aap un ke tarjume pahunchayein.</w:t>
      </w:r>
    </w:p>
    <w:p>
      <w:pPr>
        <w:jc w:val="right"/>
      </w:pPr>
      <w:r>
        <w:t>جو لوگ عربی جانتے ہیں، ان کو ان کے پاس قرآن ہے، وہ پڑھ رہے ہیں۔ لیکن بے شمار لوگ جو عربی نہیں جانتے، تو ان کو آپ ان کے ترجمے پہنچائیں۔</w:t>
      </w:r>
    </w:p>
    <w:p>
      <w:r>
        <w:rPr>
          <w:b/>
        </w:rPr>
        <w:t xml:space="preserve">[51:42] </w:t>
      </w:r>
      <w:r>
        <w:t>yeh hai asal paigham hajj ka aur</w:t>
      </w:r>
    </w:p>
    <w:p>
      <w:pPr>
        <w:jc w:val="right"/>
      </w:pPr>
      <w:r>
        <w:t>یہ ہے اصل پیغام حج کا اور</w:t>
      </w:r>
    </w:p>
    <w:p>
      <w:r>
        <w:rPr>
          <w:b/>
        </w:rPr>
        <w:t xml:space="preserve">[51:45] </w:t>
      </w:r>
      <w:r>
        <w:t>eid ul azha ka. yeh sara jo hum ada karte hain, namaz ya qurbani waghera, yeh isi ke isi ke atraf ke hisse hain, isi ko rewind karne ke liye hain, isi ki yani tayyar karne ke liye hain.</w:t>
      </w:r>
    </w:p>
    <w:p>
      <w:pPr>
        <w:jc w:val="right"/>
      </w:pPr>
      <w:r>
        <w:t>عید اضحی کا۔ یہ سارا جو ہم ادا کرتے ہیں، نماز یا قربانی وغیرہ، یہ اسی کے اسی کے اطراف کے حصے ہیں، اسی کو ریوائنڈ کرنے کے لیے ہیں، اسی کی یعنی تیار کرنے کے لیے ہیں۔</w:t>
      </w:r>
    </w:p>
    <w:p>
      <w:r>
        <w:rPr>
          <w:b/>
        </w:rPr>
        <w:t xml:space="preserve">[52:01] </w:t>
      </w:r>
      <w:r>
        <w:t>aur yeh khulasa hum ko maloom hota hai rasool Allah sal Allah alaih wasallam ke is khutbe se jo aap ne apne hajj mein ek hi bar hajj kiya tha.</w:t>
      </w:r>
    </w:p>
    <w:p>
      <w:pPr>
        <w:jc w:val="right"/>
      </w:pPr>
      <w:r>
        <w:t>اور یہ خلاصہ ہم کو معلوم ہوتا ہے رسول اللہ صلی اللہ علیہ وسلم کے اس خطبے سے جو آپ نے اپنے حج میں ایک ہی بار حج کیا تھا۔</w:t>
      </w:r>
    </w:p>
    <w:p>
      <w:r>
        <w:rPr>
          <w:b/>
        </w:rPr>
        <w:t xml:space="preserve">[52:10] </w:t>
      </w:r>
      <w:r>
        <w:t>rasool Allah sal Allah alaih wasallam ne</w:t>
      </w:r>
    </w:p>
    <w:p>
      <w:pPr>
        <w:jc w:val="right"/>
      </w:pPr>
      <w:r>
        <w:t>رسول اللہ صلی اللہ علیہ وسلم نے</w:t>
      </w:r>
    </w:p>
    <w:p>
      <w:r>
        <w:rPr>
          <w:b/>
        </w:rPr>
        <w:t xml:space="preserve">[52:12] </w:t>
      </w:r>
      <w:r>
        <w:t>ek hi bar hajj aur isi ko kaha jata hai yani hajjat ul wida. to ek hi bar aap ne kiya tha hajj apne faut se kuch pehle.</w:t>
      </w:r>
    </w:p>
    <w:p>
      <w:pPr>
        <w:jc w:val="right"/>
      </w:pPr>
      <w:r>
        <w:t>ایک ہی بار حج اور اسی کو کہا جاتا ہے یعنی حجۃ الوداع۔ تو ایک ہی بار آپ نے کیا تھا حج اپنے وفات سے کچھ پہلے۔</w:t>
      </w:r>
    </w:p>
    <w:p>
      <w:r>
        <w:rPr>
          <w:b/>
        </w:rPr>
        <w:t xml:space="preserve">[52:23] </w:t>
      </w:r>
      <w:r>
        <w:t>to is mauqe par jo aap ne khutba diya tha, woh har jagah maujood hai kitabon mein. aap parh sakte hain is ko.</w:t>
      </w:r>
    </w:p>
    <w:p>
      <w:pPr>
        <w:jc w:val="right"/>
      </w:pPr>
      <w:r>
        <w:t>تو اس موقع پر جو آپ نے خطبہ دیا تھا، وہ ہر جگہ موجود ہے کتابوں میں۔ آپ پڑھ سکتے ہیں اس کو۔</w:t>
      </w:r>
    </w:p>
    <w:p>
      <w:r>
        <w:rPr>
          <w:b/>
        </w:rPr>
        <w:t xml:space="preserve">[52:31] </w:t>
      </w:r>
      <w:r>
        <w:t>is ka khulasa yahi hai ke aap ne ummat ko yeh bataya ke Allah ne mujhe bheja hai sare alam ke liye, sare insanon ke liye.</w:t>
      </w:r>
    </w:p>
    <w:p>
      <w:pPr>
        <w:jc w:val="right"/>
      </w:pPr>
      <w:r>
        <w:t>اس کا خلاصہ یہی ہے کہ آپ نے امت کو یہ بتایا کہ اللہ نے مجھے بھیجا ہے سارے عالم کے لیے، سارے انسانوں کے لیے۔</w:t>
      </w:r>
    </w:p>
    <w:p>
      <w:r>
        <w:rPr>
          <w:b/>
        </w:rPr>
        <w:t xml:space="preserve">[52:43] </w:t>
      </w:r>
      <w:r>
        <w:t>to tum meri taraf se sare logon tak yeh paigham pahuncha do. is ko yani yeh quran pahuncha do.</w:t>
      </w:r>
    </w:p>
    <w:p>
      <w:pPr>
        <w:jc w:val="right"/>
      </w:pPr>
      <w:r>
        <w:t>تو تم میری طرف سے سارے لوگوں تک یہ پیغام پہنچا دو۔ اس کو یعنی یہ قرآن پہنچا دو۔</w:t>
      </w:r>
    </w:p>
    <w:p>
      <w:r>
        <w:rPr>
          <w:b/>
        </w:rPr>
        <w:t xml:space="preserve">[52:55] </w:t>
      </w:r>
      <w:r>
        <w:t>yeh meri sunnat ka hai. is ko bata do logon ko.</w:t>
      </w:r>
    </w:p>
    <w:p>
      <w:pPr>
        <w:jc w:val="right"/>
      </w:pPr>
      <w:r>
        <w:t>یہ میری سنت کا ہے۔ اس کو بتا دو لوگوں کو۔</w:t>
      </w:r>
    </w:p>
    <w:p>
      <w:r>
        <w:rPr>
          <w:b/>
        </w:rPr>
        <w:t xml:space="preserve">[52:59] </w:t>
      </w:r>
      <w:r>
        <w:t>koi marne se pehle ba khabar ho jaye har aadmi. yani nishana hamara yeh hona chahiye ke maut se pehle har aadmi ko aap ba khabar kar dein ke kya hai quran, kya hai rasool Allah sal Allah alaih wasallam ki sunnat, kya hai creation plan of God.</w:t>
      </w:r>
    </w:p>
    <w:p>
      <w:pPr>
        <w:jc w:val="right"/>
      </w:pPr>
      <w:r>
        <w:t>کوئی مرنے سے پہلے باخبر ہو جائے ہر آدمی۔ یعنی نشانہ ہمارا یہ ہونا چاہیے کہ موت سے پہلے ہر آدمی کو آپ باخبر کر دیں کہ کیا ہے قرآن، کیا ہے رسول اللہ صلی اللہ علیہ وسلم کی سنت، کیا ہے کریشن پلان آف گاڈ۔</w:t>
      </w:r>
    </w:p>
    <w:p>
      <w:r>
        <w:rPr>
          <w:b/>
        </w:rPr>
        <w:t xml:space="preserve">[53:20] </w:t>
      </w:r>
      <w:r>
        <w:t>yani maut se pehle aadmi se ba khabar ho jaye taake jab Allah ke haan pahunche, yeh na keh sake ke hum ko is ka pata nahi tha.</w:t>
      </w:r>
    </w:p>
    <w:p>
      <w:pPr>
        <w:jc w:val="right"/>
      </w:pPr>
      <w:r>
        <w:t>یعنی موت سے پہلے آدمی سے باخبر ہو جائے تاکہ جب اللہ کے ہاں پہنچے، یہ نہ کہہ سکے کہ ہم کو اس کا پتہ نہیں تھا۔</w:t>
      </w:r>
    </w:p>
    <w:p>
      <w:r>
        <w:rPr>
          <w:b/>
        </w:rPr>
        <w:t xml:space="preserve">[53:28] </w:t>
      </w:r>
      <w:r>
        <w:t>hum ko is ka pata nahi tha. to Allah taala ne insan ke liye bohat bara ek bohat bara ek mauqa muqaddar kiya hai.</w:t>
      </w:r>
    </w:p>
    <w:p>
      <w:pPr>
        <w:jc w:val="right"/>
      </w:pPr>
      <w:r>
        <w:t>ہم کو اس کا پتہ نہیں تھا۔ تو اللہ تعالی نے انسان کے لیے بہت بڑا ایک بہت بڑا ایک موقع مقدر کیا ہے۔</w:t>
      </w:r>
    </w:p>
    <w:p>
      <w:r>
        <w:rPr>
          <w:b/>
        </w:rPr>
        <w:t xml:space="preserve">[53:38] </w:t>
      </w:r>
      <w:r>
        <w:t>woh yeh hai ke duniya mein aadmi Allah ki marzi ke mutabiq zindagi guzare aur phir woh eternally jannat mein dakhil kiya jaye.</w:t>
      </w:r>
    </w:p>
    <w:p>
      <w:pPr>
        <w:jc w:val="right"/>
      </w:pPr>
      <w:r>
        <w:t>وہ یہ ہے کہ دنیا میں آدمی اللہ کی مرضی کے مطابق زندگی گزارے اور پھر وہ ایٹرنلی جنت میں داخل کیا جائے۔</w:t>
      </w:r>
    </w:p>
    <w:p>
      <w:r>
        <w:rPr>
          <w:b/>
        </w:rPr>
        <w:t xml:space="preserve">[53:49] </w:t>
      </w:r>
      <w:r>
        <w:t>jannat jo hai, jannat kya hai? eternal place hai, ideal world hai, perfect world hai.</w:t>
      </w:r>
    </w:p>
    <w:p>
      <w:pPr>
        <w:jc w:val="right"/>
      </w:pPr>
      <w:r>
        <w:t>جنت جو ہے، جنت کیا ہے؟ ایٹرنل پلیس ہے، آئیڈیل ورلڈ ہے، پرفیکٹ ورلڈ ہے۔</w:t>
      </w:r>
    </w:p>
    <w:p>
      <w:r>
        <w:rPr>
          <w:b/>
        </w:rPr>
        <w:t xml:space="preserve">[53:58] </w:t>
      </w:r>
      <w:r>
        <w:t>wahan har qism ka fulfillment aadmi ko hasil hoga. to yeh batana hai warna log chand ek zindagi mein apna waqt zaya kar dete hain, apna doosri doosri cheezon mein aur maut ke baad jo aane wala hai waqt, us ke liye tayyari nahi karte.</w:t>
      </w:r>
    </w:p>
    <w:p>
      <w:pPr>
        <w:jc w:val="right"/>
      </w:pPr>
      <w:r>
        <w:t>وہاں ہر قسم کا فلفلمنٹ آدمی کو حاصل ہوگا۔ تو یہ بتانا ہے ورنہ لوگ چند ایک زندگی میں اپنا وقت ضائع کر دیتے ہیں، اپنا دوسری دوسری چیزوں میں اور موت کے بعد جو آنے والا ہے وقت، اس کے لیے تیاری نہیں کرتے۔</w:t>
      </w:r>
    </w:p>
    <w:p>
      <w:r>
        <w:rPr>
          <w:b/>
        </w:rPr>
        <w:t xml:space="preserve">[54:17] </w:t>
      </w:r>
      <w:r>
        <w:t>is se bilkul bhule rehte hain.</w:t>
      </w:r>
    </w:p>
    <w:p>
      <w:pPr>
        <w:jc w:val="right"/>
      </w:pPr>
      <w:r>
        <w:t>اس سے بالکل بھولے رہتے ہیں۔</w:t>
      </w:r>
    </w:p>
    <w:p>
      <w:r>
        <w:rPr>
          <w:b/>
        </w:rPr>
        <w:t xml:space="preserve">[54:20] </w:t>
      </w:r>
      <w:r>
        <w:t>to yeh bohat bari zimmedari hai har momin ki, har haji ki, har woh shakhs jo Islam par iman rakhta hai, us ki ke logon ki is bekhabari ko tode,</w:t>
      </w:r>
    </w:p>
    <w:p>
      <w:pPr>
        <w:jc w:val="right"/>
      </w:pPr>
      <w:r>
        <w:t>تو یہ بہت بڑی ذمہ داری ہے ہر مومن کی، ہر حاجی کی، ہر وہ شخص جو اسلام پر ایمان رکھتا ہے، اس کی کہ لوگوں کی اس بے خبری کو توڑے،</w:t>
      </w:r>
    </w:p>
    <w:p>
      <w:r>
        <w:rPr>
          <w:b/>
        </w:rPr>
        <w:t xml:space="preserve">[54:35] </w:t>
      </w:r>
      <w:r>
        <w:t>logon ko Allah ka jo mansooba hai takhleeqi, us se ba-khabar karay.</w:t>
      </w:r>
    </w:p>
    <w:p>
      <w:pPr>
        <w:jc w:val="right"/>
      </w:pPr>
      <w:r>
        <w:t>لوگوں کو اللہ کا جو منصوبہ ہے تخلیقی، اس سے باخبر کرے۔</w:t>
      </w:r>
    </w:p>
    <w:p>
      <w:r>
        <w:rPr>
          <w:b/>
        </w:rPr>
        <w:t xml:space="preserve">[54:43] </w:t>
      </w:r>
      <w:r>
        <w:t>yahi mission diya tha Rasool Allah sal Allah alaihi wasallam ne Hajjat al-Wida mein. Apni jo mashhoor jo aap ka khutba hai, jo khutba hai Hajjat al-Wida ke naam se mashhoor hai, to wahi yani Hajj kya hai, Hajj ki spirit kya hai, us ko samajhne ke liye aap ko khutba Hajjat al-Wida parhna chahiye.</w:t>
      </w:r>
    </w:p>
    <w:p>
      <w:pPr>
        <w:jc w:val="right"/>
      </w:pPr>
      <w:r>
        <w:t>یہی مشن دیا تھا رسول اللہ صلی اللہ علیہ وسلم نے حجۃ الوداع میں۔ اپنی جو مشہور جو آپ کا خطبہ ہے، جو خطبہ ہے حجۃ الوداع کے نام سے مشہور ہے، تو وہی یعنی حج کیا ہے، حج کی اسپرٹ کیا ہے، اس کو سمجھنے کے لیے آپ کو خطبہ حجۃ الوداع پڑھنا چاہیے۔</w:t>
      </w:r>
    </w:p>
    <w:p>
      <w:r>
        <w:rPr>
          <w:b/>
        </w:rPr>
        <w:t xml:space="preserve">[55:01] </w:t>
      </w:r>
      <w:r>
        <w:t>isi mein Hajj ki spirit aap samajh len gay. To yeh hai asal haqeeqat Hajj ki aur asal haqeeqat Eid al-Adha ki.</w:t>
      </w:r>
    </w:p>
    <w:p>
      <w:pPr>
        <w:jc w:val="right"/>
      </w:pPr>
      <w:r>
        <w:t>اسی میں حج کی اسپرٹ آپ سمجھ لیں گے۔ تو یہ ہے اصل حقیقت حج کی اور اصل حقیقت عید اضحی کی۔</w:t>
      </w:r>
    </w:p>
    <w:p>
      <w:r>
        <w:rPr>
          <w:b/>
        </w:rPr>
        <w:t xml:space="preserve">[55:13] </w:t>
      </w:r>
      <w:r>
        <w:t>isi isi is ka khulasa yeh hai ke Hajj aur Eid al-Adha ya aur deen ke jo a'maal hain, woh spirit ke sath matloob hain, na ke sirf form ke taur par.</w:t>
      </w:r>
    </w:p>
    <w:p>
      <w:pPr>
        <w:jc w:val="right"/>
      </w:pPr>
      <w:r>
        <w:t>اسی اسی اس کا خلاصہ یہ ہے کہ حج اور عید اضحی یا اور دین کے جو اعمال ہیں، وہ اسپرٹ کے ساتھ مطلوب ہیں، نہ کہ صرف فارم کے طور پر۔</w:t>
      </w:r>
    </w:p>
    <w:p>
      <w:r>
        <w:rPr>
          <w:b/>
        </w:rPr>
        <w:t xml:space="preserve">[55:29] </w:t>
      </w:r>
      <w:r>
        <w:t>spirit ke sath jo amal kiya jaye, wahi amal hai warna woh be-asal hai. Allah taala mujh ko aur aap ko tofeeq de.</w:t>
      </w:r>
    </w:p>
    <w:p>
      <w:pPr>
        <w:jc w:val="right"/>
      </w:pPr>
      <w:r>
        <w:t>اسپرٹ کے ساتھ جو عمل کیا جائے، وہی عمل ہے ورنہ وہ بے اصل ہے۔ اللہ تعالی مجھ کو اور آپ کو توفیق دے۔</w:t>
      </w:r>
    </w:p>
    <w:p>
      <w:r>
        <w:rPr>
          <w:b/>
        </w:rPr>
        <w:t xml:space="preserve">[55:42] </w:t>
      </w:r>
      <w:r>
        <w:t>aqool q</w:t>
      </w:r>
    </w:p>
    <w:p>
      <w:pPr>
        <w:jc w:val="right"/>
      </w:pPr>
      <w:r>
        <w:t>أقول 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