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Democracy January 23, 2011- Maulana Wahiduddin Khan</w:t>
      </w:r>
    </w:p>
    <w:p>
      <w:r>
        <w:t>https://www.youtube.com/watch?v=MSA29qlrGSo</w:t>
      </w:r>
    </w:p>
    <w:p>
      <w:r>
        <w:rPr>
          <w:b/>
        </w:rPr>
        <w:t xml:space="preserve">[00:13] </w:t>
      </w:r>
      <w:r>
        <w:t>Bismillah hir rehman nir rahim. Wa sallallahu ala an-nabiyyi al-karim. Rabbi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topic hai: Islam and Democracy, Islam aur Jamhooriyat.</w:t>
      </w:r>
    </w:p>
    <w:p>
      <w:pPr>
        <w:jc w:val="right"/>
      </w:pPr>
      <w:r>
        <w:t>آج کا ٹاپک ہے: اسلام اینڈ ڈیموکریسی، اسلام اور جمہوریت۔</w:t>
      </w:r>
    </w:p>
    <w:p>
      <w:r>
        <w:rPr>
          <w:b/>
        </w:rPr>
        <w:t xml:space="preserve">[00:48] </w:t>
      </w:r>
      <w:r>
        <w:t>aap ko maloom hai ke abhi january ke first week mein</w:t>
      </w:r>
    </w:p>
    <w:p>
      <w:pPr>
        <w:jc w:val="right"/>
      </w:pPr>
      <w:r>
        <w:t>آپ کو معلوم ہے کہ ابھی جنوری کے فرسٹ ویک میں</w:t>
      </w:r>
    </w:p>
    <w:p>
      <w:r>
        <w:rPr>
          <w:b/>
        </w:rPr>
        <w:t xml:space="preserve">[00:56] </w:t>
      </w:r>
      <w:r>
        <w:t>tunisia mein, ya tunis mein, ek waqea hua. wahan ke jo ruler thay, zain ul abidin ibn ali,</w:t>
      </w:r>
    </w:p>
    <w:p>
      <w:pPr>
        <w:jc w:val="right"/>
      </w:pPr>
      <w:r>
        <w:t>ٹونیشیا میں، یا ٹیونس میں، ایک واقعہ ہوا۔ وہاں کے جو رولر تھے، زین العابدین ابن علی،</w:t>
      </w:r>
    </w:p>
    <w:p>
      <w:r>
        <w:rPr>
          <w:b/>
        </w:rPr>
        <w:t xml:space="preserve">[01:12] </w:t>
      </w:r>
      <w:r>
        <w:t>23 saal tak rule karne ke baad woh bhaag kar chale gaye saudi arab. kyunke wahan par awam ka bohat zabardast hangama hua,</w:t>
      </w:r>
    </w:p>
    <w:p>
      <w:pPr>
        <w:jc w:val="right"/>
      </w:pPr>
      <w:r>
        <w:t>23 سال تک رول کرنے کے بعد وہ بھاگ کر چلے گئے سعودی عرب۔ کیونکہ وہاں پر عوام کا بہت زبردست ہنگامہ ہوا،</w:t>
      </w:r>
    </w:p>
    <w:p>
      <w:r>
        <w:rPr>
          <w:b/>
        </w:rPr>
        <w:t xml:space="preserve">[01:26] </w:t>
      </w:r>
      <w:r>
        <w:t>un ke rule ke khilaaf. to yeh aaj kal news mein hai,</w:t>
      </w:r>
    </w:p>
    <w:p>
      <w:pPr>
        <w:jc w:val="right"/>
      </w:pPr>
      <w:r>
        <w:t>ان کے رول کے خلاف۔ تو یہ آج کل نیوز میں ہے،</w:t>
      </w:r>
    </w:p>
    <w:p>
      <w:r>
        <w:rPr>
          <w:b/>
        </w:rPr>
        <w:t xml:space="preserve">[01:36] </w:t>
      </w:r>
      <w:r>
        <w:t>aalmi media mein hai. aam taur par yeh kaha ja raha hai ke islam aur democracy dono incompatible hain.</w:t>
      </w:r>
    </w:p>
    <w:p>
      <w:pPr>
        <w:jc w:val="right"/>
      </w:pPr>
      <w:r>
        <w:t>عالمی میڈیا میں ہے۔ عام طور پر یہ کہا جا رہا ہے کہ اسلام اور ڈیموکریسی دونوں ان کمپیٹیبل ہیں۔</w:t>
      </w:r>
    </w:p>
    <w:p>
      <w:r>
        <w:rPr>
          <w:b/>
        </w:rPr>
        <w:t xml:space="preserve">[01:47] </w:t>
      </w:r>
      <w:r>
        <w:t>abhi ek article chapa hai, ek American scholar ka, to us mein woh kehte hain ke Islam inhibits the growth of democracy.</w:t>
      </w:r>
    </w:p>
    <w:p>
      <w:pPr>
        <w:jc w:val="right"/>
      </w:pPr>
      <w:r>
        <w:t>ابھی ایک آرٹیکل چھپا ہے، ایک امریکن اسکالر کا، تو اس میں وہ کہتے ہیں کہ اسلام انہیبٹس دا گروتھ آف ڈیموکریسی۔</w:t>
      </w:r>
    </w:p>
    <w:p>
      <w:r>
        <w:rPr>
          <w:b/>
        </w:rPr>
        <w:t xml:space="preserve">[02:03] </w:t>
      </w:r>
      <w:r>
        <w:t>yani islam jamhooriyat ke irtaqa mein rukawat hai.</w:t>
      </w:r>
    </w:p>
    <w:p>
      <w:pPr>
        <w:jc w:val="right"/>
      </w:pPr>
      <w:r>
        <w:t>یعنی اسلام جمہوریت کے ارتقاء میں رکاوٹ ہے۔</w:t>
      </w:r>
    </w:p>
    <w:p>
      <w:r>
        <w:rPr>
          <w:b/>
        </w:rPr>
        <w:t xml:space="preserve">[02:11] </w:t>
      </w:r>
      <w:r>
        <w:t>meri mulaqat ek sahab se hui jo musalman hain, lekin woh islam se un ka aqeeda hat gaya. woh kehte hain ke sab se bari cheez hai democracy, islam isi ka mukhalif hai.</w:t>
      </w:r>
    </w:p>
    <w:p>
      <w:pPr>
        <w:jc w:val="right"/>
      </w:pPr>
      <w:r>
        <w:t>میری ملاقات ایک صاحب سے ہوئی جو مسلمان ہیں، لیکن وہ اسلام سے ان کا عقیدہ ہٹ گیا۔ وہ کہتے ہیں کہ سب سے بڑی چیز ہے ڈیموکریسی، اسلام اسی کا مخالف ہے۔</w:t>
      </w:r>
    </w:p>
    <w:p>
      <w:r>
        <w:rPr>
          <w:b/>
        </w:rPr>
        <w:t xml:space="preserve">[02:25] </w:t>
      </w:r>
      <w:r>
        <w:t>to main aise islam ko nahi manta. to unhon ne kaha ke abhi meri shadi hui hai, jab bachcha paida hoga to main is ke kaan mein, jo musalmanon ka jo traditional tareeqa hai ke azan dete hain kaan mein, to main kaan mein azan nahi dilwaunga.</w:t>
      </w:r>
    </w:p>
    <w:p>
      <w:pPr>
        <w:jc w:val="right"/>
      </w:pPr>
      <w:r>
        <w:t>تو میں ایسے اسلام کو نہیں مانتا۔ تو انہوں نے کہا کہ ابھی میری شادی ہوئی ہے، جب بچہ پیدا ہوگا تو میں اس کے کان میں، جو مسلمانوں کا جو ٹریڈیشنل طریقہ ہے کہ اذان دیتے ہیں کان میں، تو میں کان میں اذان نہیں دلواؤں گا۔</w:t>
      </w:r>
    </w:p>
    <w:p>
      <w:r>
        <w:rPr>
          <w:b/>
        </w:rPr>
        <w:t xml:space="preserve">[02:47] </w:t>
      </w:r>
      <w:r>
        <w:t>ke kaan mein kahunga: "main democracy, democracy, democracy."</w:t>
      </w:r>
    </w:p>
    <w:p>
      <w:pPr>
        <w:jc w:val="right"/>
      </w:pPr>
      <w:r>
        <w:t>کہ کان میں کہوں گا: "میں ڈیموکریسی، ڈیموکریسی، ڈیموکریسی۔"</w:t>
      </w:r>
    </w:p>
    <w:p>
      <w:r>
        <w:rPr>
          <w:b/>
        </w:rPr>
        <w:t xml:space="preserve">[02:54] </w:t>
      </w:r>
      <w:r>
        <w:t>is tarah se islam ke khilaaf ek ajeeb, ek intellectual circle hai jo hai, is mein ek mahaul bana hai ke islam democracy ke khilaaf hai.</w:t>
      </w:r>
    </w:p>
    <w:p>
      <w:pPr>
        <w:jc w:val="right"/>
      </w:pPr>
      <w:r>
        <w:t>اس طرح سے اسلام کے خلاف ایک عجیب، ایک انٹلیکچول سرکل ہے جو ہے، اس میں ایک ماحول بنا ہے کہ اسلام ڈیموکریسی کے خلاف ہے۔</w:t>
      </w:r>
    </w:p>
    <w:p>
      <w:r>
        <w:rPr>
          <w:b/>
        </w:rPr>
        <w:t xml:space="preserve">[03:10] </w:t>
      </w:r>
      <w:r>
        <w:t>magar yeh baat bilkul galat hai, balkeh yeh waqea ke khilaaf hai.</w:t>
      </w:r>
    </w:p>
    <w:p>
      <w:pPr>
        <w:jc w:val="right"/>
      </w:pPr>
      <w:r>
        <w:t>مگر یہ بات بالکل غلط ہے، بلکہ یہ واقعے کے خلاف ہے۔</w:t>
      </w:r>
    </w:p>
    <w:p>
      <w:r>
        <w:rPr>
          <w:b/>
        </w:rPr>
        <w:t xml:space="preserve">[03:21] </w:t>
      </w:r>
      <w:r>
        <w:t>haqeeqat yeh hai ke democracy khud islam hi ka ek,</w:t>
      </w:r>
    </w:p>
    <w:p>
      <w:pPr>
        <w:jc w:val="right"/>
      </w:pPr>
      <w:r>
        <w:t>حقیقت یہ ہے کہ ڈیموکریسی خود اسلام ہی کا ایک،</w:t>
      </w:r>
    </w:p>
    <w:p>
      <w:r>
        <w:rPr>
          <w:b/>
        </w:rPr>
        <w:t xml:space="preserve">[03:28] </w:t>
      </w:r>
      <w:r>
        <w:t>islam ke zariye jo revolution aaya arab mein, seventh century mein, isi hi ka ek secular culmination tha yeh, jis ko hum democracy kehte hain.</w:t>
      </w:r>
    </w:p>
    <w:p>
      <w:pPr>
        <w:jc w:val="right"/>
      </w:pPr>
      <w:r>
        <w:t>اسلام کے ذریعے جو ریولوشن آیا عرب میں، سیونتھ سنچری میں، اسی ہی کا ایک سیکولر کلمنیشن تھا یہ، جس کو ہم ڈیموکریسی کہتے ہیں۔</w:t>
      </w:r>
    </w:p>
    <w:p>
      <w:r>
        <w:rPr>
          <w:b/>
        </w:rPr>
        <w:t xml:space="preserve">[03:45] </w:t>
      </w:r>
      <w:r>
        <w:t>to main is silsile mein kuch baatein arz karna chahunga.</w:t>
      </w:r>
    </w:p>
    <w:p>
      <w:pPr>
        <w:jc w:val="right"/>
      </w:pPr>
      <w:r>
        <w:t>تو میں اس سلسلے میں کچھ باتیں عرض کرنا چاہوں گا۔</w:t>
      </w:r>
    </w:p>
    <w:p>
      <w:r>
        <w:rPr>
          <w:b/>
        </w:rPr>
        <w:t xml:space="preserve">[03:51] </w:t>
      </w:r>
      <w:r>
        <w:t>dekhein, islam ka aaghaz jo hua hai 610 isvi mein, is se pehle sari duniya mein kingship thi.</w:t>
      </w:r>
    </w:p>
    <w:p>
      <w:pPr>
        <w:jc w:val="right"/>
      </w:pPr>
      <w:r>
        <w:t>دیکھیں، اسلام کا آغاز جو ہوا ہے 610 عیسوی میں، اس سے پہلے ساری دنیا میں کنگ شپ تھی۔</w:t>
      </w:r>
    </w:p>
    <w:p>
      <w:r>
        <w:rPr>
          <w:b/>
        </w:rPr>
        <w:t xml:space="preserve">[04:01] </w:t>
      </w:r>
      <w:r>
        <w:t>kahin empire tha, kahin tribal chief hua karte thay. woh sab kingship hi ki choti bari sooraten thi.</w:t>
      </w:r>
    </w:p>
    <w:p>
      <w:pPr>
        <w:jc w:val="right"/>
      </w:pPr>
      <w:r>
        <w:t>کہیں ایمپائر تھا، کہیں ٹرائبل چیف ہوا کرتے تھے۔ وہ سب کنگ شپ ہی کی چھوٹی بڑی صورتیں تھیں۔</w:t>
      </w:r>
    </w:p>
    <w:p>
      <w:r>
        <w:rPr>
          <w:b/>
        </w:rPr>
        <w:t xml:space="preserve">[04:13] </w:t>
      </w:r>
      <w:r>
        <w:t>to kingship mein kya tha ke equality khatam ho gayi thi. yani ek jo head hai,</w:t>
      </w:r>
    </w:p>
    <w:p>
      <w:pPr>
        <w:jc w:val="right"/>
      </w:pPr>
      <w:r>
        <w:t>تو کنگ شپ میں کیا تھا کہ ایکولٹی ختم ہو گئی تھی۔ یعنی ایک جو ہیڈ ہے،</w:t>
      </w:r>
    </w:p>
    <w:p>
      <w:r>
        <w:rPr>
          <w:b/>
        </w:rPr>
        <w:t xml:space="preserve">[04:24] </w:t>
      </w:r>
      <w:r>
        <w:t>ek aadmi jo political head hai ya jo ruler hai, to uska to darja bohat bara hai: "the king can do no wrong." lekin doosre log jo us ke subject thay,</w:t>
      </w:r>
    </w:p>
    <w:p>
      <w:pPr>
        <w:jc w:val="right"/>
      </w:pPr>
      <w:r>
        <w:t>ایک آدمی جو پولیٹیکل ہیڈ ہے یا جو رولر ہے، تو اس کا تو درجہ بہت بڑا ہے: "دا کنگ کین ڈو نو رونگ۔" لیکن دوسرے لوگ جو اس کے سبجیکٹ تھے،</w:t>
      </w:r>
    </w:p>
    <w:p>
      <w:r>
        <w:rPr>
          <w:b/>
        </w:rPr>
        <w:t xml:space="preserve">[04:44] </w:t>
      </w:r>
      <w:r>
        <w:t>subject thay, riaya thay, yeh thi inequality. yeh kingship ki wajah se qaim ho gayi thi sari duniya mein, hazaron saal se.</w:t>
      </w:r>
    </w:p>
    <w:p>
      <w:pPr>
        <w:jc w:val="right"/>
      </w:pPr>
      <w:r>
        <w:t>سبجیکٹ تھے، رعایہ تھے، یہ تھی ان ایکولٹی۔ یہ کنگ شپ کی وجہ سے قائم ہو گئی تھی ساری دنیا میں، ہزاروں سال سے۔</w:t>
      </w:r>
    </w:p>
    <w:p>
      <w:r>
        <w:rPr>
          <w:b/>
        </w:rPr>
        <w:t xml:space="preserve">[04:57] </w:t>
      </w:r>
      <w:r>
        <w:t>is inequality ki wajah se duniya mein taraqqi ka amal ruk gaya tha. kyunke sochne ka kaam sirf ek aadmi kar sakta tha jo baitha hua hai throne par.</w:t>
      </w:r>
    </w:p>
    <w:p>
      <w:pPr>
        <w:jc w:val="right"/>
      </w:pPr>
      <w:r>
        <w:t>اس ان ایکولٹی کی وجہ سے دنیا میں ترقی کا عمل رک گیا تھا۔ کیونکہ سوچنے کا کام صرف ایک آدمی کر سکتا تھا جو بیٹھا ہوا ہے تھرون پر۔</w:t>
      </w:r>
    </w:p>
    <w:p>
      <w:r>
        <w:rPr>
          <w:b/>
        </w:rPr>
        <w:t xml:space="preserve">[05:11] </w:t>
      </w:r>
      <w:r>
        <w:t>baqi logon ko kuch sochna nahi hai. ad-din alamun-nas wala din malukin.</w:t>
      </w:r>
    </w:p>
    <w:p>
      <w:pPr>
        <w:jc w:val="right"/>
      </w:pPr>
      <w:r>
        <w:t>باقی لوگوں کو کچھ سوچنا نہیں ہے۔ الدین عالم الناس والا دین ملوکین۔</w:t>
      </w:r>
    </w:p>
    <w:p>
      <w:r>
        <w:rPr>
          <w:b/>
        </w:rPr>
        <w:t xml:space="preserve">[05:22] </w:t>
      </w:r>
      <w:r>
        <w:t>kaha jata hai ke roman empire do hazar saal tak qaim rahi duniya mein. do hazar saal tak rule kiya roman empire, roman emperors ne.</w:t>
      </w:r>
    </w:p>
    <w:p>
      <w:pPr>
        <w:jc w:val="right"/>
      </w:pPr>
      <w:r>
        <w:t>کہا جاتا ہے کہ رومن ایمپائر دو ہزار سال تک قائم رہی دنیا میں۔ دو ہزار سال تک رول کیا رومن ایمپائر، رومن ایمپررز نے۔</w:t>
      </w:r>
    </w:p>
    <w:p>
      <w:r>
        <w:rPr>
          <w:b/>
        </w:rPr>
        <w:t xml:space="preserve">[05:36] </w:t>
      </w:r>
      <w:r>
        <w:t>is do hazar saal mein koi bhi development na hua scientific, kuch bhi nahi. kyun?</w:t>
      </w:r>
    </w:p>
    <w:p>
      <w:pPr>
        <w:jc w:val="right"/>
      </w:pPr>
      <w:r>
        <w:t>اس دو ہزار سال میں کوئی بھی ڈیولپمنٹ نہ ہوا سائنٹیفک، کچھ بھی نہیں۔ کیوں؟</w:t>
      </w:r>
    </w:p>
    <w:p>
      <w:r>
        <w:rPr>
          <w:b/>
        </w:rPr>
        <w:t xml:space="preserve">[05:46] </w:t>
      </w:r>
      <w:r>
        <w:t>inequality jo hoti hai ya adam masawaat jo hoti hai, is mein sochne ka kaam</w:t>
      </w:r>
    </w:p>
    <w:p>
      <w:pPr>
        <w:jc w:val="right"/>
      </w:pPr>
      <w:r>
        <w:t>ان ایکولٹی جو ہوتی ہے یا عدم مساوات جو ہوتی ہے، اس میں سوچنے کا کام</w:t>
      </w:r>
    </w:p>
    <w:p>
      <w:r>
        <w:rPr>
          <w:b/>
        </w:rPr>
        <w:t xml:space="preserve">[05:56] </w:t>
      </w:r>
      <w:r>
        <w:t>jo hai woh, yaani rulers ki barabari ban jati hai. jo power mein hai woh soche, baqi log jo hain sirf us ke subject hain bas.</w:t>
      </w:r>
    </w:p>
    <w:p>
      <w:pPr>
        <w:jc w:val="right"/>
      </w:pPr>
      <w:r>
        <w:t>جو ہے وہ، یعنی رولرز کی برابری بن جاتی ہے۔ جو پاور میں ہے وہ سوچے، باقی لوگ جو ہیں صرف اس کے سبجیکٹ ہیں بس۔</w:t>
      </w:r>
    </w:p>
    <w:p>
      <w:r>
        <w:rPr>
          <w:b/>
        </w:rPr>
        <w:t xml:space="preserve">[06:09] </w:t>
      </w:r>
      <w:r>
        <w:t>to intellectual development ruka hua tha.</w:t>
      </w:r>
    </w:p>
    <w:p>
      <w:pPr>
        <w:jc w:val="right"/>
      </w:pPr>
      <w:r>
        <w:t>تو انٹلیکچول ڈیولپمنٹ رکا ہوا تھا۔</w:t>
      </w:r>
    </w:p>
    <w:p>
      <w:r>
        <w:rPr>
          <w:b/>
        </w:rPr>
        <w:t xml:space="preserve">[06:15] </w:t>
      </w:r>
      <w:r>
        <w:t>islam ne pehli baar aisa kiya tareekh mein ke kingship ko khatam kiya.</w:t>
      </w:r>
    </w:p>
    <w:p>
      <w:pPr>
        <w:jc w:val="right"/>
      </w:pPr>
      <w:r>
        <w:t>اسلام نے پہلی بار ایسا کیا تاریخ میں کہ کنگ شپ کو ختم کیا۔</w:t>
      </w:r>
    </w:p>
    <w:p>
      <w:r>
        <w:rPr>
          <w:b/>
        </w:rPr>
        <w:t xml:space="preserve">[06:21] </w:t>
      </w:r>
      <w:r>
        <w:t>dekhen, is zamane mein do sab se bare empire thay jo ke represent kar rahe thay kingship ke daur ko.</w:t>
      </w:r>
    </w:p>
    <w:p>
      <w:pPr>
        <w:jc w:val="right"/>
      </w:pPr>
      <w:r>
        <w:t>دیکھیں، اس زمانے میں دو سب سے بڑے ایمپائر تھے جو کہ ریپریزنٹ کر رہے تھے کنگ شپ کے دور کو۔</w:t>
      </w:r>
    </w:p>
    <w:p>
      <w:r>
        <w:rPr>
          <w:b/>
        </w:rPr>
        <w:t xml:space="preserve">[06:31] </w:t>
      </w:r>
      <w:r>
        <w:t>ek tha roman empire, ek tha sasani empire. jo dono ke dono ka jo center tha woh arab ke paros mein tha.</w:t>
      </w:r>
    </w:p>
    <w:p>
      <w:pPr>
        <w:jc w:val="right"/>
      </w:pPr>
      <w:r>
        <w:t>ایک تھا رومن ایمپائر، ایک تھا ساسانی ایمپائر۔ جو دونوں کے دونوں کا جو سینٹر تھا وہ عرب کے پڑوس میں تھا۔</w:t>
      </w:r>
    </w:p>
    <w:p>
      <w:r>
        <w:rPr>
          <w:b/>
        </w:rPr>
        <w:t xml:space="preserve">[06:45] </w:t>
      </w:r>
      <w:r>
        <w:t>to un se takrao ho gaya. yaani islam ne ya ahl-e-islam ne us zamane mein un par koi attack nahi kiya tha, unhon ne aghaz kiya.</w:t>
      </w:r>
    </w:p>
    <w:p>
      <w:pPr>
        <w:jc w:val="right"/>
      </w:pPr>
      <w:r>
        <w:t>تو ان سے ٹکراؤ ہو گیا۔ یعنی اسلام نے یا اہل اسلام نے اس زمانے میں ان پر کوئی اٹیک نہیں کیا تھا، انہوں نے آغاز کیا۔</w:t>
      </w:r>
    </w:p>
    <w:p>
      <w:r>
        <w:rPr>
          <w:b/>
        </w:rPr>
        <w:t xml:space="preserve">[06:58] </w:t>
      </w:r>
      <w:r>
        <w:t>to ek defensive war thi woh dono ke khilaf. is mein kya hua ke dono empire toot gaye.</w:t>
      </w:r>
    </w:p>
    <w:p>
      <w:pPr>
        <w:jc w:val="right"/>
      </w:pPr>
      <w:r>
        <w:t>تو ایک ڈیفنسو وار تھی وہ دونوں کے خلاف۔ اس میں کیا ہوا کہ دونوں ایمپائر ٹوٹ گئیں۔</w:t>
      </w:r>
    </w:p>
    <w:p>
      <w:r>
        <w:rPr>
          <w:b/>
        </w:rPr>
        <w:t xml:space="preserve">[07:08] </w:t>
      </w:r>
      <w:r>
        <w:t>roman empire bhi, sasani empire bhi.</w:t>
      </w:r>
    </w:p>
    <w:p>
      <w:pPr>
        <w:jc w:val="right"/>
      </w:pPr>
      <w:r>
        <w:t>رومن ایمپائر بھی، ساسانی ایمپائر بھی۔</w:t>
      </w:r>
    </w:p>
    <w:p>
      <w:r>
        <w:rPr>
          <w:b/>
        </w:rPr>
        <w:t xml:space="preserve">[07:15] </w:t>
      </w:r>
      <w:r>
        <w:t>jisko bible mein in alfaz mein, yaani is tareekhi andaaz mein kaha gaya hai ke abdi chattanen toot gayeen. yahan chattanen se murad hai political chattanen.</w:t>
      </w:r>
    </w:p>
    <w:p>
      <w:pPr>
        <w:jc w:val="right"/>
      </w:pPr>
      <w:r>
        <w:t>جس کو بائبل میں ان الفاظ میں، یعنی اس تاریخ انداز میں کہا گیا ہے کہ ابدی چٹانیں ٹوٹ گئیں۔ یہاں چٹانیں سے مراد ہے پولیٹیکل چٹانیں۔</w:t>
      </w:r>
    </w:p>
    <w:p>
      <w:r>
        <w:rPr>
          <w:b/>
        </w:rPr>
        <w:t xml:space="preserve">[07:29] </w:t>
      </w:r>
      <w:r>
        <w:t>yahan se ek naye daur ka aghaz hua. insani barabari ka daur, equality ka daur. yaani har insan ko haq hai ke woh contribute kare insani taraqqi mein,</w:t>
      </w:r>
    </w:p>
    <w:p>
      <w:pPr>
        <w:jc w:val="right"/>
      </w:pPr>
      <w:r>
        <w:t>یہاں سے ایک نئے دور کا آغاز ہوا۔ انسانی برابری کا دور، ایکولٹی کا دور۔ یعنی ہر انسان کو حق ہے کہ وہ کنٹریبیوٹ کرے انسانی ترقی میں،</w:t>
      </w:r>
    </w:p>
    <w:p>
      <w:r>
        <w:rPr>
          <w:b/>
        </w:rPr>
        <w:t xml:space="preserve">[07:45] </w:t>
      </w:r>
      <w:r>
        <w:t>human development mein. har insan ko haq hai ke woh soche, woh contribute kare. dekhen, equality sirf ek moral subject nahi hai.</w:t>
      </w:r>
    </w:p>
    <w:p>
      <w:pPr>
        <w:jc w:val="right"/>
      </w:pPr>
      <w:r>
        <w:t>ہیومن ڈیولپمنٹ میں۔ ہر انسان کو حق ہے کہ وہ سوچے، وہ کنٹریبیوٹ کرے۔ دیکھیں، ایکولٹی صرف ایک مورل سبجیکٹ نہیں ہے۔</w:t>
      </w:r>
    </w:p>
    <w:p>
      <w:r>
        <w:rPr>
          <w:b/>
        </w:rPr>
        <w:t xml:space="preserve">[07:57] </w:t>
      </w:r>
      <w:r>
        <w:t>barabari ke mani simply equal, simply yaani, yaani ikhlaqi barabari nahi hai, matlab is ka hai. barabari ke mani hain ke har insan ko haq hai ke woh contribute kare human development mein.</w:t>
      </w:r>
    </w:p>
    <w:p>
      <w:pPr>
        <w:jc w:val="right"/>
      </w:pPr>
      <w:r>
        <w:t>برابری کے معنی سمپلی ایکول، سمپلی یعنی، یعنی اخلاقی برابری نہیں ہے، مطلب اس کا ہے۔ برابری کے معنی ہیں کہ ہر انسان کو حق ہے کہ وہ کنٹریبیوٹ کرے ہیومن ڈیولپمنٹ میں۔</w:t>
      </w:r>
    </w:p>
    <w:p>
      <w:r>
        <w:rPr>
          <w:b/>
        </w:rPr>
        <w:t xml:space="preserve">[08:11] </w:t>
      </w:r>
      <w:r>
        <w:t>har insan ko haq hai ke woh soche aur de jo us ke paas dene ke liye hai. yeh shuru hua is islami inqalab ke baad.</w:t>
      </w:r>
    </w:p>
    <w:p>
      <w:pPr>
        <w:jc w:val="right"/>
      </w:pPr>
      <w:r>
        <w:t>ہر انسان کو حق ہے کہ وہ سوچے اور دے جو اس کے پاس دینے کے لیے ہے۔ یہ شروع ہوا اس اسلامی انقلاب کے بعد۔</w:t>
      </w:r>
    </w:p>
    <w:p>
      <w:r>
        <w:rPr>
          <w:b/>
        </w:rPr>
        <w:t xml:space="preserve">[08:24] </w:t>
      </w:r>
      <w:r>
        <w:t>lekin aap jante hain ke koi bhi history mein koi bhi development achaanak nahi hota hai. ek process ke roop mein aata hai.</w:t>
      </w:r>
    </w:p>
    <w:p>
      <w:pPr>
        <w:jc w:val="right"/>
      </w:pPr>
      <w:r>
        <w:t>لیکن آپ جانتے ہیں کہ کوئی بھی ہسٹری میں کوئی بھی ڈیولپمنٹ اچانک نہیں ہوتا ہے۔ ایک پراسیس کے روپ میں آتا ہے۔</w:t>
      </w:r>
    </w:p>
    <w:p>
      <w:r>
        <w:rPr>
          <w:b/>
        </w:rPr>
        <w:t xml:space="preserve">[08:38] </w:t>
      </w:r>
      <w:r>
        <w:t>ek individual to achaanak apna apna aqeedah badal sakta hai. ke kal mera religion, main religion a par tha, aaj main religion b ko le liya maine.</w:t>
      </w:r>
    </w:p>
    <w:p>
      <w:pPr>
        <w:jc w:val="right"/>
      </w:pPr>
      <w:r>
        <w:t>ایک انڈیویجول تو اچانک اپنا اپنا عقیدہ بدل سکتا ہے۔ کہ کل میرا ریلیجن، میں ریلیجن اے پر تھا، آج میں ریلیجن بی کو لے لیا میں نے۔</w:t>
      </w:r>
    </w:p>
    <w:p>
      <w:r>
        <w:rPr>
          <w:b/>
        </w:rPr>
        <w:t xml:space="preserve">[08:51] </w:t>
      </w:r>
      <w:r>
        <w:t>to ek individual mein achaanak aisa conversion ho sakta hai. lekin poori history mein badlao, poori society mein badlao, aisa nahi hua karta woh.</w:t>
      </w:r>
    </w:p>
    <w:p>
      <w:pPr>
        <w:jc w:val="right"/>
      </w:pPr>
      <w:r>
        <w:t>تو ایک انڈیویجول میں اچانک ایسا کنورژن ہو سکتا ہے۔ لیکن پوری ہسٹری میں بدلاؤ، پوری سوسائٹی میں بدلاؤ، ایسا نہیں ہوا کرتا وہ۔</w:t>
      </w:r>
    </w:p>
    <w:p>
      <w:r>
        <w:rPr>
          <w:b/>
        </w:rPr>
        <w:t xml:space="preserve">[09:02] </w:t>
      </w:r>
      <w:r>
        <w:t>hamesha aisa hota hai ke ek process ke roop mein hota hai. to islam ne jab toda kingship ko to is ka matlab yeh nahi tha ke poori history achaanak wajood mein aa gayi.</w:t>
      </w:r>
    </w:p>
    <w:p>
      <w:pPr>
        <w:jc w:val="right"/>
      </w:pPr>
      <w:r>
        <w:t>ہمیشہ ایسا ہوتا ہے کہ ایک پراسیس کے روپ میں ہوتا ہے۔ تو اسلام نے جب توڑا کنگ شپ کو تو اس کا مطلب یہ نہیں تھا کہ پوری ہسٹری اچانک وجود میں آ گئی۔</w:t>
      </w:r>
    </w:p>
    <w:p>
      <w:r>
        <w:rPr>
          <w:b/>
        </w:rPr>
        <w:t xml:space="preserve">[09:16] </w:t>
      </w:r>
      <w:r>
        <w:t>is ka matlab yeh tha ke ek process shuru hua hai change ka, change ka process.</w:t>
      </w:r>
    </w:p>
    <w:p>
      <w:pPr>
        <w:jc w:val="right"/>
      </w:pPr>
      <w:r>
        <w:t>اس کا مطلب یہ تھا کہ ایک پراسیس شروع ہوا ہے چینج کا، چینج کا پراسیس۔</w:t>
      </w:r>
    </w:p>
    <w:p>
      <w:r>
        <w:rPr>
          <w:b/>
        </w:rPr>
        <w:t xml:space="preserve">[09:24] </w:t>
      </w:r>
      <w:r>
        <w:t>tabdeeli ka ek amal shuru hua.</w:t>
      </w:r>
    </w:p>
    <w:p>
      <w:pPr>
        <w:jc w:val="right"/>
      </w:pPr>
      <w:r>
        <w:t>تبدیلی کا ایک عمل شروع ہوا۔</w:t>
      </w:r>
    </w:p>
    <w:p>
      <w:r>
        <w:rPr>
          <w:b/>
        </w:rPr>
        <w:t xml:space="preserve">[09:29] </w:t>
      </w:r>
      <w:r>
        <w:t>isi culmination tha woh waqea jo france mein hua. democracy ke inqalab ki soorat mein.</w:t>
      </w:r>
    </w:p>
    <w:p>
      <w:pPr>
        <w:jc w:val="right"/>
      </w:pPr>
      <w:r>
        <w:t>اسی کلمنیشن تھا وہ واقعہ جو فرانس میں ہوا۔ ڈیموکریسی کے انقلاب کی صورت میں۔</w:t>
      </w:r>
    </w:p>
    <w:p>
      <w:r>
        <w:rPr>
          <w:b/>
        </w:rPr>
        <w:t xml:space="preserve">[09:39] </w:t>
      </w:r>
      <w:r>
        <w:t>log samajhte hain ke democracy jo hai france mein shuru hui. nahi. france mein is process ka culmination hua. jis ka shuru shuru kiya tha yaani arab ke revolution ne.</w:t>
      </w:r>
    </w:p>
    <w:p>
      <w:pPr>
        <w:jc w:val="right"/>
      </w:pPr>
      <w:r>
        <w:t>لوگ سمجھتے ہیں کہ ڈیموکریسی جو ہے فرانس میں شروع ہوئی۔ نہیں۔ فرانس میں اس پراسیس کا کلمنیشن ہوا۔ جس کا شروع شروع کیا تھا یعنی عرب کے ریولوشن نے۔</w:t>
      </w:r>
    </w:p>
    <w:p>
      <w:r>
        <w:rPr>
          <w:b/>
        </w:rPr>
        <w:t xml:space="preserve">[09:55] </w:t>
      </w:r>
      <w:r>
        <w:t>yeh bohat bari philosophy hai samajhna ke democracy france mein shuru hui. yaani yeh impossible hai ke koi cheez kisi jagah achaanak shuru ho jaye.</w:t>
      </w:r>
    </w:p>
    <w:p>
      <w:pPr>
        <w:jc w:val="right"/>
      </w:pPr>
      <w:r>
        <w:t>یہ بہت بڑی فلسفی ہے سمجھنا کہ ڈیموکریسی فرانس میں شروع ہوئی۔ یعنی یہ امپاسیبل ہے کہ کوئی چیز کسی جگہ اچانک شروع ہو جائے۔</w:t>
      </w:r>
    </w:p>
    <w:p>
      <w:r>
        <w:rPr>
          <w:b/>
        </w:rPr>
        <w:t xml:space="preserve">[10:08] </w:t>
      </w:r>
      <w:r>
        <w:t>yeh to ab process ke roop mein hota hai. to ek process jo shuru hua tha is islam ke inqalab ke baad, is ka culmination tha jo france mein pesh aaya.</w:t>
      </w:r>
    </w:p>
    <w:p>
      <w:pPr>
        <w:jc w:val="right"/>
      </w:pPr>
      <w:r>
        <w:t>یہ تو اب پراسیس کے روپ میں ہوتا ہے۔ تو ایک پراسیس جو شروع ہوا تھا اس اسلام کے انقلاب کے بعد، اس کا کلمنیشن تھا جو فرانس میں پیش آیا۔</w:t>
      </w:r>
    </w:p>
    <w:p>
      <w:r>
        <w:rPr>
          <w:b/>
        </w:rPr>
        <w:t xml:space="preserve">[10:21] </w:t>
      </w:r>
      <w:r>
        <w:t>dekhen, islam ne ek bohat bara, ek bohat bara, ek, ek yaani history of thought mein ek bohat bara contribution islam ka hai.</w:t>
      </w:r>
    </w:p>
    <w:p>
      <w:pPr>
        <w:jc w:val="right"/>
      </w:pPr>
      <w:r>
        <w:t>دیکھیں، اسلام نے ایک بہت بڑا، ایک بہت بڑا، ایک، ایک یعنی ہسٹری آف تھاٹ میں ایک بہت بڑا کنٹریبیوشن اسلام کا ہے۔</w:t>
      </w:r>
    </w:p>
    <w:p>
      <w:r>
        <w:rPr>
          <w:b/>
        </w:rPr>
        <w:t xml:space="preserve">[10:34] </w:t>
      </w:r>
      <w:r>
        <w:t>history of thought mein. is se pehle log do cheezon mein farq nikal karna jante thay.</w:t>
      </w:r>
    </w:p>
    <w:p>
      <w:pPr>
        <w:jc w:val="right"/>
      </w:pPr>
      <w:r>
        <w:t>ہسٹری آف تھاٹ میں۔ اس سے پہلے لوگ دو چیزوں میں فرق نکل کرنا جانتے تھے۔</w:t>
      </w:r>
    </w:p>
    <w:p>
      <w:r>
        <w:rPr>
          <w:b/>
        </w:rPr>
        <w:t xml:space="preserve">[10:44] </w:t>
      </w:r>
      <w:r>
        <w:t>islam ne farq kiya is ko. tabhi to taraqqi shuru hui. dekhen, ek hai individual conduct.</w:t>
      </w:r>
    </w:p>
    <w:p>
      <w:pPr>
        <w:jc w:val="right"/>
      </w:pPr>
      <w:r>
        <w:t>اسلام نے فرق کیا اس کو۔ تبھی تو ترقی شروع ہوئی۔ دیکھیں، ایک ہے انڈیویجول کنڈکٹ۔</w:t>
      </w:r>
    </w:p>
    <w:p>
      <w:r>
        <w:rPr>
          <w:b/>
        </w:rPr>
        <w:t xml:space="preserve">[10:56] </w:t>
      </w:r>
      <w:r>
        <w:t>ek hai individual character. ek hai individual character. doosra hai social system.</w:t>
      </w:r>
    </w:p>
    <w:p>
      <w:pPr>
        <w:jc w:val="right"/>
      </w:pPr>
      <w:r>
        <w:t>ایک ہے انڈیویجول کریکٹر۔ ایک ہے انڈیویجول کریکٹر۔ دوسرا ہے سوشل سسٹم۔</w:t>
      </w:r>
    </w:p>
    <w:p>
      <w:r>
        <w:rPr>
          <w:b/>
        </w:rPr>
        <w:t xml:space="preserve">[11:08] </w:t>
      </w:r>
      <w:r>
        <w:t>individual character aur social system. dono ko islam ne alag kar diya. islam ne individual character ko absolute darja diya.</w:t>
      </w:r>
    </w:p>
    <w:p>
      <w:pPr>
        <w:jc w:val="right"/>
      </w:pPr>
      <w:r>
        <w:t>انڈیویجول کریکٹر اور سوشل سسٹم۔ دونوں کو اسلام نے الگ کر دیا۔ اسلام نے انڈیویجول کریکٹر کو ایبسولیوٹ درجہ دیا۔</w:t>
      </w:r>
    </w:p>
    <w:p>
      <w:r>
        <w:rPr>
          <w:b/>
        </w:rPr>
        <w:t xml:space="preserve">[11:21] </w:t>
      </w:r>
      <w:r>
        <w:t>kyunke woh mere apne hath hath mein hota hai. main chahoon maanoon, chahe na maanoon. yaani kisi ek fard ko, ek i ko, ek i ko yeh ikhtiyar hai ke woh faisla kare ke aaj se main aisa banoonga.</w:t>
      </w:r>
    </w:p>
    <w:p>
      <w:pPr>
        <w:jc w:val="right"/>
      </w:pPr>
      <w:r>
        <w:t>کیونکہ وہ میرے اپنے ہاتھ ہاتھ میں ہوتا ہے۔ میں چاہوں مانوں، چاہے نہ مانوں۔ یعنی کسی ایک فرد کو، ایک آئی کو، ایک آئی کو یہ اختیار ہے کہ وہ فیصلہ کرے کہ آج سے میں ایسا بنوں گا۔</w:t>
      </w:r>
    </w:p>
    <w:p>
      <w:r>
        <w:rPr>
          <w:b/>
        </w:rPr>
        <w:t xml:space="preserve">[11:36] </w:t>
      </w:r>
      <w:r>
        <w:t>to individual character jo hai hamesha ek aadmi ke hath mein hota hai. personal character, keh lijiye. ke personal character ek individual ke hath mein hota hai hamesha.</w:t>
      </w:r>
    </w:p>
    <w:p>
      <w:pPr>
        <w:jc w:val="right"/>
      </w:pPr>
      <w:r>
        <w:t>تو انڈیویجول کریکٹر جو ہے ہمیشہ ایک آدمی کے ہاتھ میں ہوتا ہے۔ پرسنل کریکٹر، کہہ لیجیے۔ کہ پرسنل کریکٹر ایک انڈیویجول کے ہاتھ میں ہوتا ہے ہمیشہ۔</w:t>
      </w:r>
    </w:p>
    <w:p>
      <w:r>
        <w:rPr>
          <w:b/>
        </w:rPr>
        <w:t xml:space="preserve">[11:49] </w:t>
      </w:r>
      <w:r>
        <w:t>to woh sudden change is mein aa sakta hai. lekin poori society mein change lana woh to ek process darkar hai is ke liye. to to social system ko islam ne social condition ke matahat kar diya.</w:t>
      </w:r>
    </w:p>
    <w:p>
      <w:pPr>
        <w:jc w:val="right"/>
      </w:pPr>
      <w:r>
        <w:t>تو وہ سڈن چینج اس میں آ سکتا ہے۔ لیکن پوری سوسائٹی میں چینج لانا وہ تو ایک پراسیس درکار ہے اس کے لیے۔ تو تو سوشل سسٹم کو اسلام نے سوشل کنڈیشن کے ماتحت کر دیا۔</w:t>
      </w:r>
    </w:p>
    <w:p>
      <w:r>
        <w:rPr>
          <w:b/>
        </w:rPr>
        <w:t xml:space="preserve">[12:07] </w:t>
      </w:r>
      <w:r>
        <w:t>hadith mein aata hai ke: "kama takoon qazalak yuwalla alaikum". yaani jaisa jaisi society waise ruler. jaisi society waise ruler.</w:t>
      </w:r>
    </w:p>
    <w:p>
      <w:pPr>
        <w:jc w:val="right"/>
      </w:pPr>
      <w:r>
        <w:t>حدیث میں آتا ہے کہ: "کما تکون قضالک یولو علیکم"۔ یعنی جیسا جیسی سوسائٹی ویسے رولر۔ جیسی سوسائٹی ویسے رولر۔</w:t>
      </w:r>
    </w:p>
    <w:p>
      <w:r>
        <w:rPr>
          <w:b/>
        </w:rPr>
        <w:t xml:space="preserve">[12:21] </w:t>
      </w:r>
      <w:r>
        <w:t>to ab yun usool yeh bana ke jaisi individual ki soch waisa uska character. jaisa ek individual ki soch waisa uska character.</w:t>
      </w:r>
    </w:p>
    <w:p>
      <w:pPr>
        <w:jc w:val="right"/>
      </w:pPr>
      <w:r>
        <w:t>تو اب یوں اصول یہ بنا کہ جیسی انڈیویجول کی سوچ ویسا اس کا کریکٹر۔ جیسا ایک انڈیویجول کی سوچ ویسا اس کا کریکٹر۔</w:t>
      </w:r>
    </w:p>
    <w:p>
      <w:r>
        <w:rPr>
          <w:b/>
        </w:rPr>
        <w:t xml:space="preserve">[12:34] </w:t>
      </w:r>
      <w:r>
        <w:t>lekin system mein kya hai? yeh society waise system. yeh bohat bara change tha.</w:t>
      </w:r>
    </w:p>
    <w:p>
      <w:pPr>
        <w:jc w:val="right"/>
      </w:pPr>
      <w:r>
        <w:t>لیکن سسٹم میں کیا ہے؟ یہ سوسائٹی ویسے سسٹم۔ یہ بہت بڑا چینج تھا۔</w:t>
      </w:r>
    </w:p>
    <w:p>
      <w:r>
        <w:rPr>
          <w:b/>
        </w:rPr>
        <w:t xml:space="preserve">[12:44] </w:t>
      </w:r>
      <w:r>
        <w:t>agar aap society mein bhi yahi chahein ke achaanak wahan change laayein aap to hamesha ladai hogi, ladai hogi, ladai hogi. kyunke das bees aadmi ek manenge, doosri baat na manenge.</w:t>
      </w:r>
    </w:p>
    <w:p>
      <w:pPr>
        <w:jc w:val="right"/>
      </w:pPr>
      <w:r>
        <w:t>اگر آپ سوسائٹی میں بھی یہی چاہیں کہ اچانک وہاں چینج لائیں آپ تو ہمیشہ لڑائی ہوگی، لڑائی ہوگی، لڑائی ہوگی۔ کیونکہ دس بیس آدمی ایک مانیں گے، دوسری بات نہ مانیں گے۔</w:t>
      </w:r>
    </w:p>
    <w:p>
      <w:r>
        <w:rPr>
          <w:b/>
        </w:rPr>
        <w:t xml:space="preserve">[12:53] </w:t>
      </w:r>
      <w:r>
        <w:t>teesra ek aur group ho jo nahi manega. to ladte rahiye.</w:t>
      </w:r>
    </w:p>
    <w:p>
      <w:pPr>
        <w:jc w:val="right"/>
      </w:pPr>
      <w:r>
        <w:t>تیسرا ایک اور گروپ ہو جو نہیں مانے گا۔ تو لڑتے رہیے۔</w:t>
      </w:r>
    </w:p>
    <w:p>
      <w:r>
        <w:rPr>
          <w:b/>
        </w:rPr>
        <w:t xml:space="preserve">[12:59] </w:t>
      </w:r>
      <w:r>
        <w:t>to is mein islam ne yeh kiya kiya ke ji society ho waise system banao. aur agar tumhara khayal yeh hai ke kuch aur system hona chahiye to us ke liye peaceful tareeqe mein logon ko batate rahiye, samjhate rahiye.</w:t>
      </w:r>
    </w:p>
    <w:p>
      <w:pPr>
        <w:jc w:val="right"/>
      </w:pPr>
      <w:r>
        <w:t>تو اس میں اسلام نے یہ کیا کیا کہ جی سوسائٹی ہو ویسے سسٹم بناؤ۔ اور اگر تمہارا خیال یہ ہے کہ کچھ اور سسٹم ہونا چاہیے تو اس کے لیے پیس فل طریقے میں لوگوں کو بتاتے رہو، سمجھاتے رہو۔</w:t>
      </w:r>
    </w:p>
    <w:p>
      <w:r>
        <w:rPr>
          <w:b/>
        </w:rPr>
        <w:t xml:space="preserve">[13:13] </w:t>
      </w:r>
      <w:r>
        <w:t>yaani ek individual ki yeh right hai ke society ko bataye ke aisa nahi, aisa hona chahiye. lekin woh takrao nahi kar sakta. yaani tod kar ke chahe ke woh banana.</w:t>
      </w:r>
    </w:p>
    <w:p>
      <w:pPr>
        <w:jc w:val="right"/>
      </w:pPr>
      <w:r>
        <w:t>یعنی ایک انڈیویجول کی یہ رائٹ ہے کہ سوسائٹی کو بتائے کہ ایسا نہیں، ایسا ہونا چاہیے۔ لیکن وہ ٹکراؤ نہیں کر سکتا۔ یعنی توڑ کر کے چاہے کہ وہ بنانا۔</w:t>
      </w:r>
    </w:p>
    <w:p>
      <w:r>
        <w:rPr>
          <w:b/>
        </w:rPr>
        <w:t xml:space="preserve">[13:24] </w:t>
      </w:r>
      <w:r>
        <w:t>islam mein radicalism nahi hai. islam mein radicalism nahi hai. apne aap ke liye to aap jo samajhte hain sahi us ko us par qaim ho jaiye.</w:t>
      </w:r>
    </w:p>
    <w:p>
      <w:pPr>
        <w:jc w:val="right"/>
      </w:pPr>
      <w:r>
        <w:t>اسلام میں ریڈیکلزم نہیں ہے۔ اسلام میں ریڈیکلزم نہیں ہے۔ اپنے آپ کے لیے تو آپ جو سمجھتے ہیں صحیح اس کو اس پر قائم ہو جائیے۔</w:t>
      </w:r>
    </w:p>
    <w:p>
      <w:r>
        <w:rPr>
          <w:b/>
        </w:rPr>
        <w:t xml:space="preserve">[13:37] </w:t>
      </w:r>
      <w:r>
        <w:t>yaani belief absolute ho sakta hai. individual character absolute ho sakta hai. lekin social system absolute nahi ho sakta hai. wahan to sab ko le ke chalna padega.</w:t>
      </w:r>
    </w:p>
    <w:p>
      <w:pPr>
        <w:jc w:val="right"/>
      </w:pPr>
      <w:r>
        <w:t>یعنی بیلیف ایبسولیوٹ ہو سکتا ہے۔ انڈیویجول کریکٹر ایبسولیوٹ ہو سکتا ہے۔ لیکن سوشل سسٹم ایبسولیوٹ نہیں ہو سکتا ہے۔ وہاں تو سب کو لے کے چلنا پڑے گا۔</w:t>
      </w:r>
    </w:p>
    <w:p>
      <w:r>
        <w:rPr>
          <w:b/>
        </w:rPr>
        <w:t xml:space="preserve">[13:51] </w:t>
      </w:r>
      <w:r>
        <w:t>isi ko islam ne kaha tha ke: "amruhum shura baynahum". un ka maamla mashware se tay hoga. wohi yaani democracy se tay hoga.</w:t>
      </w:r>
    </w:p>
    <w:p>
      <w:pPr>
        <w:jc w:val="right"/>
      </w:pPr>
      <w:r>
        <w:t>اسی کو اسلام نے کہا تھا کہ: "امرہم شرا بینہم"۔ ان کا معاملہ مشورے سے طے ہوگا۔ وہی یعنی ڈیموکریسی سے طے ہوگا۔</w:t>
      </w:r>
    </w:p>
    <w:p>
      <w:r>
        <w:rPr>
          <w:b/>
        </w:rPr>
        <w:t xml:space="preserve">[14:04] </w:t>
      </w:r>
      <w:r>
        <w:t>society ko democracy ke taabe kar diya. aur fard ko us ke apne irade ke taabe kar diya.</w:t>
      </w:r>
    </w:p>
    <w:p>
      <w:pPr>
        <w:jc w:val="right"/>
      </w:pPr>
      <w:r>
        <w:t>سوسائٹی کو ڈیموکریسی کے تابع کر دیا۔ اور فرد کو اس کے اپنے ارادے کے تابع کر دیا۔</w:t>
      </w:r>
    </w:p>
    <w:p>
      <w:r>
        <w:rPr>
          <w:b/>
        </w:rPr>
        <w:t xml:space="preserve">[14:15] </w:t>
      </w:r>
      <w:r>
        <w:t>tab ja ke development shuru hua. kingship mein kya tha ke sab logon ko meri baat maanni hogi. to taraqqi ruk gayi.</w:t>
      </w:r>
    </w:p>
    <w:p>
      <w:pPr>
        <w:jc w:val="right"/>
      </w:pPr>
      <w:r>
        <w:t>تب جا کے ڈیولپمنٹ شروع ہوا۔ کنگ شپ میں کیا تھا کہ سب لوگوں کو میری بات ماننی ہوگی۔ تو ترقی رک گئی۔</w:t>
      </w:r>
    </w:p>
    <w:p>
      <w:r>
        <w:rPr>
          <w:b/>
        </w:rPr>
        <w:t xml:space="preserve">[14:25] </w:t>
      </w:r>
      <w:r>
        <w:t>democracy mein kya hai? nahi, har ek ko azadi hai. ek hi reaction, ek hi is pe rok lagai gayi woh yeh ke koi violent, violence na kare bas.</w:t>
      </w:r>
    </w:p>
    <w:p>
      <w:pPr>
        <w:jc w:val="right"/>
      </w:pPr>
      <w:r>
        <w:t>ڈیموکریسی میں کیا ہے؟ نہیں، ہر ایک کو آزادی ہے۔ ایک ہی ریکشن، ایک ہی اس پہ روک لگائی گئی وہ یہ کہ کوئی وائلنٹ، وائلنس نہ کرے بس۔</w:t>
      </w:r>
    </w:p>
    <w:p>
      <w:r>
        <w:rPr>
          <w:b/>
        </w:rPr>
        <w:t xml:space="preserve">[14:37] </w:t>
      </w:r>
      <w:r>
        <w:t>jaise mashhoor qissa jo hai amrici democracy ka. ke islam ne yaani america mein jab woh aaya, freedom aayi aur democracy aayi.</w:t>
      </w:r>
    </w:p>
    <w:p>
      <w:pPr>
        <w:jc w:val="right"/>
      </w:pPr>
      <w:r>
        <w:t>جیسے مشہور قصہ جو ہے امریکی ڈیموکریسی کا۔ کہ اسلام نے یعنی امریکہ میں جب وہ آیا، فریڈم آئی اور ڈیموکریسی آئی۔</w:t>
      </w:r>
    </w:p>
    <w:p>
      <w:r>
        <w:rPr>
          <w:b/>
        </w:rPr>
        <w:t xml:space="preserve">[14:51] </w:t>
      </w:r>
      <w:r>
        <w:t>ek aadmi nikla woh road par woh hath hilata hua to uska hath kisi ki naak se lag gaya. to us ne kaha ke yeh kya hai?</w:t>
      </w:r>
    </w:p>
    <w:p>
      <w:pPr>
        <w:jc w:val="right"/>
      </w:pPr>
      <w:r>
        <w:t>ایک آدمی نکلا وہ روڈ پر وہ ہاتھ ہلاتا ہوا تو اس کا ہاتھ کسی کی ناک سے لگ گیا۔ تو اس نے کہا کہ یہ کیا ہے؟</w:t>
      </w:r>
    </w:p>
    <w:p>
      <w:r>
        <w:rPr>
          <w:b/>
        </w:rPr>
        <w:t xml:space="preserve">[14:59] </w:t>
      </w:r>
      <w:r>
        <w:t>koi tum ne mara ab us ko? what is this nonsense? us ne kaha ke main azaad hoon, jo chahoon karoon. to us ne kaha ke no.</w:t>
      </w:r>
    </w:p>
    <w:p>
      <w:pPr>
        <w:jc w:val="right"/>
      </w:pPr>
      <w:r>
        <w:t>کوئی تم نے مارا اب اس کو؟ واٹ از دس نان سینس؟ اس نے کہا کہ میں آزاد ہوں، جو چاہوں کروں۔ تو اس نے کہا کہ نو۔</w:t>
      </w:r>
    </w:p>
    <w:p>
      <w:r>
        <w:rPr>
          <w:b/>
        </w:rPr>
        <w:t xml:space="preserve">[15:09] </w:t>
      </w:r>
      <w:r>
        <w:t>your freedom means where mine was begins. yeh hai democracy ka formula. aap azaad hain lekin aap doosron ke liye harmful nahi ban sakte aap.</w:t>
      </w:r>
    </w:p>
    <w:p>
      <w:pPr>
        <w:jc w:val="right"/>
      </w:pPr>
      <w:r>
        <w:t>یور فریڈم مینٹس ویر مائن واز بیگنز۔ یہ ہے ڈیموکریسی کا فارمولا۔ آپ آزاد ہیں لیکن آپ دوسروں کے لیے ہارم فل نہیں بن سکتے آپ۔</w:t>
      </w:r>
    </w:p>
    <w:p>
      <w:r>
        <w:rPr>
          <w:b/>
        </w:rPr>
        <w:t xml:space="preserve">[15:21] </w:t>
      </w:r>
      <w:r>
        <w:t>to basic baat yeh thi ke pehle zamane mein yaani islam se pehle log farq nahi kar paate the individual character mein aur social system mein.</w:t>
      </w:r>
    </w:p>
    <w:p>
      <w:pPr>
        <w:jc w:val="right"/>
      </w:pPr>
      <w:r>
        <w:t>تو بیسک بات یہ تھی کہ پہلے زمانے میں یعنی اسلام سے پہلے لوگ فرق نہیں کر پاتے تھے انڈیویجول کریکٹر میں اور سوشل سسٹم میں۔</w:t>
      </w:r>
    </w:p>
    <w:p>
      <w:r>
        <w:rPr>
          <w:b/>
        </w:rPr>
        <w:t xml:space="preserve">[15:32] </w:t>
      </w:r>
      <w:r>
        <w:t>ise farq na karne ka nateeja tha kingship ka development hua. kyunke kingship farq nahi karti dono mein. democracy farq karta hai.</w:t>
      </w:r>
    </w:p>
    <w:p>
      <w:pPr>
        <w:jc w:val="right"/>
      </w:pPr>
      <w:r>
        <w:t>اسے فرق نہ کرنے کا نتیجہ تھا کنگ شپ کا ڈیولپمنٹ ہوا۔ کیونکہ کنگ شپ فرق نہیں کرتی دونوں میں۔ ڈیموکریسی فرق کرتا ہے۔</w:t>
      </w:r>
    </w:p>
    <w:p>
      <w:r>
        <w:rPr>
          <w:b/>
        </w:rPr>
        <w:t xml:space="preserve">[15:43] </w:t>
      </w:r>
      <w:r>
        <w:t>yeh farq pehli baar islam ne paida kiya. isi liye aap dekhiye ek bohat bari baat hai ke aap islam ki early history ka study kijiye.</w:t>
      </w:r>
    </w:p>
    <w:p>
      <w:pPr>
        <w:jc w:val="right"/>
      </w:pPr>
      <w:r>
        <w:t>یہ فرق پہلی بار اسلام نے پیدا کیا۔ اسی لیے آپ دیکھیے ایک بہت بڑی بات ہے کہ آپ اسلام کی ارلی ہسٹری کا اسٹڈی کیجیے۔</w:t>
      </w:r>
    </w:p>
    <w:p>
      <w:r>
        <w:rPr>
          <w:b/>
        </w:rPr>
        <w:t xml:space="preserve">[15:56] </w:t>
      </w:r>
      <w:r>
        <w:t>to rasool allah aap ko yeh kehte hue dikhai padenge ke yeh aqeedah hai. koi aqeedah nahi hoga woh jahannum mein jayega. yaani belief system jo hai us ke mamle mein koi compromise nahi.</w:t>
      </w:r>
    </w:p>
    <w:p>
      <w:pPr>
        <w:jc w:val="right"/>
      </w:pPr>
      <w:r>
        <w:t>تو رسول اللہ آپ کو یہ کہتے ہوئے دکھائی پڑیں گے کہ یہ عقیدہ ہے۔ کوئی عقیدہ نہیں ہوگا وہ جہنم میں جائے گا۔ یعنی بیلیف سسٹم جو ہے اس کے معاملے میں کوئی کمپرومائز نہیں۔</w:t>
      </w:r>
    </w:p>
    <w:p>
      <w:r>
        <w:rPr>
          <w:b/>
        </w:rPr>
        <w:t xml:space="preserve">[16:13] </w:t>
      </w:r>
      <w:r>
        <w:t>misalan quran majeed mein hai ke ke khuda har cheez ko bakhsh dega, shirk ko nahi bakshega.</w:t>
      </w:r>
    </w:p>
    <w:p>
      <w:pPr>
        <w:jc w:val="right"/>
      </w:pPr>
      <w:r>
        <w:t>مثلاً قرآن مجید میں ہے کہ کہ خدا ہر چیز کو بخش دے گا، شرک کو نہیں بخشے گا۔</w:t>
      </w:r>
    </w:p>
    <w:p>
      <w:r>
        <w:rPr>
          <w:b/>
        </w:rPr>
        <w:t xml:space="preserve">[16:24] </w:t>
      </w:r>
      <w:r>
        <w:t>khuda har cheez ko bakhsh dega, shirk ko nahi bakshega.</w:t>
      </w:r>
    </w:p>
    <w:p>
      <w:pPr>
        <w:jc w:val="right"/>
      </w:pPr>
      <w:r>
        <w:t>خدا ہر چیز کو بخش دے گا، شرک کو نہیں بخشے گا۔</w:t>
      </w:r>
    </w:p>
    <w:p>
      <w:r>
        <w:rPr>
          <w:b/>
        </w:rPr>
        <w:t xml:space="preserve">[16:29] </w:t>
      </w:r>
      <w:r>
        <w:t>kyunke shirk aqeedah ki baat hai. aqeedah aap ke ikhtiyar mein hai. to aqeedah ko islam ne absolute qarar de diya, absolute.</w:t>
      </w:r>
    </w:p>
    <w:p>
      <w:pPr>
        <w:jc w:val="right"/>
      </w:pPr>
      <w:r>
        <w:t>کیونکہ شرک عقیدے کی بات ہے۔ عقیدہ آپ کے اختیار میں ہے۔ تو عقیدے کو اسلام نے ایبسولیوٹ قرار دے دیا، ایبسولیوٹ۔</w:t>
      </w:r>
    </w:p>
    <w:p>
      <w:r>
        <w:rPr>
          <w:b/>
        </w:rPr>
        <w:t xml:space="preserve">[16:39] </w:t>
      </w:r>
      <w:r>
        <w:t>kyunke system ko jahan tak mamla hai aap dekhiye. quran mein koi padhiye aap koi system hi nahi bataya gaya is ke andar. yeh itna zyada strict hai islam aqeedah ke mamle mein ke tum ko manna padega aqeedah warna tum jahannum mein jaoge.</w:t>
      </w:r>
    </w:p>
    <w:p>
      <w:pPr>
        <w:jc w:val="right"/>
      </w:pPr>
      <w:r>
        <w:t>کیونکہ سسٹم کو جہاں تک معاملہ ہے آپ دیکھیے۔ قرآن میں کوئی پڑھیے آپ کوئی سسٹم ہی نہیں بتایا گیا اس کے اندر۔ یہ اتنا زیادہ اسٹرکٹ ہے اسلام عقیدے کے معاملے میں کہ تم کو ماننا پڑے گا عقیدہ ورنہ تم جہنم میں جاؤ گے۔</w:t>
      </w:r>
    </w:p>
    <w:p>
      <w:r>
        <w:rPr>
          <w:b/>
        </w:rPr>
        <w:t xml:space="preserve">[16:56] </w:t>
      </w:r>
      <w:r>
        <w:t>kyunke woh tumhare apne bas mein hai. aur political system ka kuch bhi nahi aap dekh lijiye quran majeed mein, hadith mein dekh lijiye.</w:t>
      </w:r>
    </w:p>
    <w:p>
      <w:pPr>
        <w:jc w:val="right"/>
      </w:pPr>
      <w:r>
        <w:t>کیونکہ وہ تمہارے اپنے بس میں ہے۔ اور پولیٹیکل سسٹم کا کچھ بھی نہیں آپ دیکھ لیجیے قرآن مجید میں، حدیث میں دیکھ لیجیے۔</w:t>
      </w:r>
    </w:p>
    <w:p>
      <w:r>
        <w:rPr>
          <w:b/>
        </w:rPr>
        <w:t xml:space="preserve">[17:07] </w:t>
      </w:r>
      <w:r>
        <w:t>practical tor par aap dekhiye ke rasool allah paighambar the is liye aap wahan head ho gaye. yaani madine mein jo state state state.</w:t>
      </w:r>
    </w:p>
    <w:p>
      <w:pPr>
        <w:jc w:val="right"/>
      </w:pPr>
      <w:r>
        <w:t>پریکٹیکل طور پر آپ دیکھیے کہ رسول اللہ پیغمبر تھے اس لیے آپ وہاں ہیڈ ہو گئے۔ یعنی مدینے میں جو سٹی سٹی اسٹیٹ۔</w:t>
      </w:r>
    </w:p>
    <w:p>
      <w:r>
        <w:rPr>
          <w:b/>
        </w:rPr>
        <w:t xml:space="preserve">[17:18] </w:t>
      </w:r>
      <w:r>
        <w:t>to rasool allah prophet the to woh head wahan par ban gaye. is ke baad abubakar ka mamla tha. abu work ka mamla kis tarah hua ke rasool allah ne nominate nahi kiya kisi ko.</w:t>
      </w:r>
    </w:p>
    <w:p>
      <w:pPr>
        <w:jc w:val="right"/>
      </w:pPr>
      <w:r>
        <w:t>تو رسول اللہ پرافٹ تھے تو وہ ہیڈ وہاں پر بن گئے۔ اس کے بعد ابوبکر کا معاملہ تھا۔ ابو ورک کا معاملہ کس طرح ہوا کہ رسول اللہ نے نومینیٹ نہیں کیا کسی کو۔</w:t>
      </w:r>
    </w:p>
    <w:p>
      <w:r>
        <w:rPr>
          <w:b/>
        </w:rPr>
        <w:t xml:space="preserve">[17:38] </w:t>
      </w:r>
      <w:r>
        <w:t>khaleefa bani sa'dah mein kal ikatha hui hai unhon ne abubakar ko khaleefa bana diya. sare arab, sare arab nahi woh hua tha woh.</w:t>
      </w:r>
    </w:p>
    <w:p>
      <w:pPr>
        <w:jc w:val="right"/>
      </w:pPr>
      <w:r>
        <w:t>خلیفہ بنی سعدہ میں کل اکٹھا ہوئی ہے انہوں نے ابوبکر کو خلیفہ بنا دیا۔ سارے عرب، سارے عرب نہیں وہ ہوا تھا وہ۔</w:t>
      </w:r>
    </w:p>
    <w:p>
      <w:r>
        <w:rPr>
          <w:b/>
        </w:rPr>
        <w:t xml:space="preserve">[17:49] </w:t>
      </w:r>
      <w:r>
        <w:t>is ke baad hazrat umar ko nominate kar diya gaya. hazrat usman jo the woh ek board banaya gaya chhe aadmi ka is board ne tay kiya. ali ke zamane mein ek fawza ho gaya.</w:t>
      </w:r>
    </w:p>
    <w:p>
      <w:pPr>
        <w:jc w:val="right"/>
      </w:pPr>
      <w:r>
        <w:t>اس کے بعد حضرت عمر کو نومینیٹ کر دیا گیا۔ حضرت عثمان جو تھے وہ ایک بورڈ بنایا گیا چھ آدمی کا اس بورڈ نے طے کیا۔ علی کے زمانے میں ایک فوضہ ہو گیا۔</w:t>
      </w:r>
    </w:p>
    <w:p>
      <w:r>
        <w:rPr>
          <w:b/>
        </w:rPr>
        <w:t xml:space="preserve">[18:02] </w:t>
      </w:r>
      <w:r>
        <w:t>to aap dekhiye koi political system islam ne diya hi nahi practical maano mein. taake insaan jaane is baat ko ke aqeedah to absolute hai.</w:t>
      </w:r>
    </w:p>
    <w:p>
      <w:pPr>
        <w:jc w:val="right"/>
      </w:pPr>
      <w:r>
        <w:t>تو آپ دیکھیے کوئی پولیٹیکل سسٹم اسلام نے دیا ہی نہیں پریکٹیکل معنوں میں۔ تاکہ انسان جانے اس بات کو کہ عقیدہ تو ایبسولیوٹ ہے۔</w:t>
      </w:r>
    </w:p>
    <w:p>
      <w:r>
        <w:rPr>
          <w:b/>
        </w:rPr>
        <w:t xml:space="preserve">[18:12] </w:t>
      </w:r>
      <w:r>
        <w:t>political system absolute nahi hai.</w:t>
      </w:r>
    </w:p>
    <w:p>
      <w:pPr>
        <w:jc w:val="right"/>
      </w:pPr>
      <w:r>
        <w:t>پولیٹیکل سسٹم ایبسولیوٹ نہیں ہے۔</w:t>
      </w:r>
    </w:p>
    <w:p>
      <w:r>
        <w:rPr>
          <w:b/>
        </w:rPr>
        <w:t xml:space="preserve">[18:18] </w:t>
      </w:r>
      <w:r>
        <w:t>to is tarah se ek history mein islam ne ek change shuru kiya. jis ka aaghaz hua kingship ko khatam karne se.</w:t>
      </w:r>
    </w:p>
    <w:p>
      <w:pPr>
        <w:jc w:val="right"/>
      </w:pPr>
      <w:r>
        <w:t>تو اس طرح سے ایک ہسٹری میں اسلام نے ایک چینج شروع کیا۔ جس کا آغاز ہوا کنگ شپ کو ختم کرنے سے۔</w:t>
      </w:r>
    </w:p>
    <w:p>
      <w:r>
        <w:rPr>
          <w:b/>
        </w:rPr>
        <w:t xml:space="preserve">[18:30] </w:t>
      </w:r>
      <w:r>
        <w:t>phir jo khilafat qaim hui to khilafat mein kya hua ke jo traditionally jo aa raha tha jo zamana kingship ka wahi more or less prevail kar gaya.</w:t>
      </w:r>
    </w:p>
    <w:p>
      <w:pPr>
        <w:jc w:val="right"/>
      </w:pPr>
      <w:r>
        <w:t>پھر جو خلافت قائم ہوئی تو خلافت میں کیا ہوا کہ جو ٹریڈیشنلی جو آ رہا تھا جو زمانہ کنگ شپ کا وہی مور اور لیس پریول کر گیا۔</w:t>
      </w:r>
    </w:p>
    <w:p>
      <w:r>
        <w:rPr>
          <w:b/>
        </w:rPr>
        <w:t xml:space="preserve">[18:44] </w:t>
      </w:r>
      <w:r>
        <w:t>kyunke abhi education darkar thi dekhiye. islam jo change laya tha us ke us mein woh hona chahiye tha.</w:t>
      </w:r>
    </w:p>
    <w:p>
      <w:pPr>
        <w:jc w:val="right"/>
      </w:pPr>
      <w:r>
        <w:t>کیونکہ ابھی ایجوکیشن درکار تھی دیکھیے۔ اسلام جو چینج لایا تھا اس کے اس میں وہ ہونا چاہیے تھا۔</w:t>
      </w:r>
    </w:p>
    <w:p>
      <w:r>
        <w:rPr>
          <w:b/>
        </w:rPr>
        <w:t xml:space="preserve">[18:54] </w:t>
      </w:r>
      <w:r>
        <w:t>is ke baad ek education darkar thi, education.</w:t>
      </w:r>
    </w:p>
    <w:p>
      <w:pPr>
        <w:jc w:val="right"/>
      </w:pPr>
      <w:r>
        <w:t>اس کے بعد ایک ایجوکیشن درکار تھی، ایجوکیشن۔</w:t>
      </w:r>
    </w:p>
    <w:p>
      <w:r>
        <w:rPr>
          <w:b/>
        </w:rPr>
        <w:t xml:space="preserve">[18:59] </w:t>
      </w:r>
      <w:r>
        <w:t>to education ke mamle mein islam ne wahan bhi islam ne aaghaz kiya. aaghaz is tarah se ke aap dekhiye education ki history.</w:t>
      </w:r>
    </w:p>
    <w:p>
      <w:pPr>
        <w:jc w:val="right"/>
      </w:pPr>
      <w:r>
        <w:t>تو ایجوکیشن کے معاملے میں اسلام نے وہاں بھی اسلام نے آغاز کیا۔ آغاز اس طریقے سے کہ آپ دیکھیے ایجوکیشن کی ہسٹری۔</w:t>
      </w:r>
    </w:p>
    <w:p>
      <w:r>
        <w:rPr>
          <w:b/>
        </w:rPr>
        <w:t xml:space="preserve">[19:11] </w:t>
      </w:r>
      <w:r>
        <w:t>to islam se pehle kya tha? aam logon mein parhna likhna tha hi nahi. sirf clergy ke log padhte the ya royalty ke log padhte the bas.</w:t>
      </w:r>
    </w:p>
    <w:p>
      <w:pPr>
        <w:jc w:val="right"/>
      </w:pPr>
      <w:r>
        <w:t>تو اسلام سے پہلے کیا تھا؟ عام لوگوں میں پڑھنا لکھنا تھا ہی نہیں۔ صرف کلرجی کے لوگ پڑھتے تھے یا رائلٹی کے لوگ پڑھتے تھے بس۔</w:t>
      </w:r>
    </w:p>
    <w:p>
      <w:r>
        <w:rPr>
          <w:b/>
        </w:rPr>
        <w:t xml:space="preserve">[19:26] </w:t>
      </w:r>
      <w:r>
        <w:t>royalty ya clergy. baqi aam logon ke liye education thi hi nahi. islam ne pehli baar education ko popularize kiya.</w:t>
      </w:r>
    </w:p>
    <w:p>
      <w:pPr>
        <w:jc w:val="right"/>
      </w:pPr>
      <w:r>
        <w:t>رائلٹی یا کلرجی۔ باقی عام لوگوں کے لیے ایجوکیشن تھی ہی نہیں۔ اسلام نے پہلی بار ایجوکیشن کو پاپولرائز کیا۔</w:t>
      </w:r>
    </w:p>
    <w:p>
      <w:r>
        <w:rPr>
          <w:b/>
        </w:rPr>
        <w:t xml:space="preserve">[19:39] </w:t>
      </w:r>
      <w:r>
        <w:t>aur khud rasool allah ne madine mein ek jo school banaya tha apni zindagi mein us mein sare teacher mushrik the.</w:t>
      </w:r>
    </w:p>
    <w:p>
      <w:pPr>
        <w:jc w:val="right"/>
      </w:pPr>
      <w:r>
        <w:t>اور خود رسول اللہ نے مدینے میں ایک جو اسکول بنایا تھا اپنی زندگی میں اس میں سارے ٹیچر مشرک تھے۔</w:t>
      </w:r>
    </w:p>
    <w:p>
      <w:r>
        <w:rPr>
          <w:b/>
        </w:rPr>
        <w:t xml:space="preserve">[19:49] </w:t>
      </w:r>
      <w:r>
        <w:t>student tab bachche musalman the. aur student aur jo jo teacher the woh sab ke sab mushrik the. to aap ne ek bohat yaani extreme example qaim kiya ke chahe mushrik se parhna pade.</w:t>
      </w:r>
    </w:p>
    <w:p>
      <w:pPr>
        <w:jc w:val="right"/>
      </w:pPr>
      <w:r>
        <w:t>اسٹوڈنٹ تب بچے مسلمان تھے۔ اور اسٹوڈنٹ اور جو جو ٹیچر تھے وہ سب کے سب مشرک تھے۔ تو آپ نے ایک بہت یعنی ایکسٹریم ایگزیمپل قائم کیا کہ چاہے مشرک سے پڑھنا پڑے۔</w:t>
      </w:r>
    </w:p>
    <w:p>
      <w:r>
        <w:rPr>
          <w:b/>
        </w:rPr>
        <w:t xml:space="preserve">[20:04] </w:t>
      </w:r>
      <w:r>
        <w:t>chahe secular logon se parhna pade. education lo.</w:t>
      </w:r>
    </w:p>
    <w:p>
      <w:pPr>
        <w:jc w:val="right"/>
      </w:pPr>
      <w:r>
        <w:t>چاہے سیکولر لوگوں سے پڑھنا پڑے۔ ایجوکیشن لو۔</w:t>
      </w:r>
    </w:p>
    <w:p>
      <w:r>
        <w:rPr>
          <w:b/>
        </w:rPr>
        <w:t xml:space="preserve">[20:10] </w:t>
      </w:r>
      <w:r>
        <w:t>to rasool allah ne ya islam ke inqalab ne education ko clergy se nikala, royalty se nikala, us ko popularize kiya. is tarah chal pada yeh.</w:t>
      </w:r>
    </w:p>
    <w:p>
      <w:pPr>
        <w:jc w:val="right"/>
      </w:pPr>
      <w:r>
        <w:t>تو رسول اللہ نے یا اسلام کے انقلاب نے ایجوکیشن کو کلرجی سے نکالا، رائلٹی سے نکالا، اس کو پاپولرائز کیا۔ اس طرح چل پڑا یہ۔</w:t>
      </w:r>
    </w:p>
    <w:p>
      <w:r>
        <w:rPr>
          <w:b/>
        </w:rPr>
        <w:t xml:space="preserve">[20:23] </w:t>
      </w:r>
      <w:r>
        <w:t>yeh process tha, process. jo madine mein shuru hua, phir damishq pahuncha, damishq se phir woh baghdad pahuncha, cairo pahuncha, cordoba pahuncha, granada pahuncha, yahan tak ke italy aur france pahuncha.</w:t>
      </w:r>
    </w:p>
    <w:p>
      <w:pPr>
        <w:jc w:val="right"/>
      </w:pPr>
      <w:r>
        <w:t>یہ پراسیس تھا، پراسیس۔ جو مدینے میں شروع ہوا، پھر دمشق پہنچا، دمشق سے پھر وہ بغداد پہنچا، قیرو پہنچا، قرطبہ پہنچا، کرناتہ پہنچا، یہاں تک کہ اٹلی اور فرانس پہنچ گیا۔</w:t>
      </w:r>
    </w:p>
    <w:p>
      <w:r>
        <w:rPr>
          <w:b/>
        </w:rPr>
        <w:t xml:space="preserve">[20:38] </w:t>
      </w:r>
      <w:r>
        <w:t>to education jab jab popular ho jaye tabhi democracy chal sakti hai.</w:t>
      </w:r>
    </w:p>
    <w:p>
      <w:pPr>
        <w:jc w:val="right"/>
      </w:pPr>
      <w:r>
        <w:t>تو ایجوکیشن جب جب پاپولر ہو جائے تبھی ڈیموکریسی چل سکتی ہے۔</w:t>
      </w:r>
    </w:p>
    <w:p>
      <w:r>
        <w:rPr>
          <w:b/>
        </w:rPr>
        <w:t xml:space="preserve">[20:45] </w:t>
      </w:r>
      <w:r>
        <w:t>jo system islam chahta tha democracy ka is ke liye zarori tha ke society educated ho.</w:t>
      </w:r>
    </w:p>
    <w:p>
      <w:pPr>
        <w:jc w:val="right"/>
      </w:pPr>
      <w:r>
        <w:t>جو سسٹم اسلام چاہتا تھا ڈیموکریسی کا اس کے لیے ضروری تھا کہ سوسائٹی ایجوکیٹڈ ہو۔</w:t>
      </w:r>
    </w:p>
    <w:p>
      <w:r>
        <w:rPr>
          <w:b/>
        </w:rPr>
        <w:t xml:space="preserve">[20:57] </w:t>
      </w:r>
      <w:r>
        <w:t>to yeh to mumkin tha ke ke king ko battlefield mein shakal de di jaye. aur battlefield mein shakal de di gayi king ko, roman king ko, irani king ko.</w:t>
      </w:r>
    </w:p>
    <w:p>
      <w:pPr>
        <w:jc w:val="right"/>
      </w:pPr>
      <w:r>
        <w:t>تو یہ تو ممکن تھا کہ کہ کنگ کو بیٹل فیلڈ میں شکل دے دی جائے۔ اور بیٹل فیلڈ میں شکل دے دی گئی کنگ کو، رومن کنگ کو، ایرانی کنگ کو۔</w:t>
      </w:r>
    </w:p>
    <w:p>
      <w:r>
        <w:rPr>
          <w:b/>
        </w:rPr>
        <w:t xml:space="preserve">[21:08] </w:t>
      </w:r>
      <w:r>
        <w:t>lekin</w:t>
      </w:r>
    </w:p>
    <w:p>
      <w:pPr>
        <w:jc w:val="right"/>
      </w:pPr>
      <w:r>
        <w:t>لیکن</w:t>
      </w:r>
    </w:p>
    <w:p>
      <w:r>
        <w:rPr>
          <w:b/>
        </w:rPr>
        <w:t xml:space="preserve">[21:12] </w:t>
      </w:r>
      <w:r>
        <w:t>pure pure awam ko, sare logon ko educate karna yeh to ek din mein nahi ho sakta. kisi battle battlefield mein aap logon ko parha nahi sakte.</w:t>
      </w:r>
    </w:p>
    <w:p>
      <w:pPr>
        <w:jc w:val="right"/>
      </w:pPr>
      <w:r>
        <w:t>پورے پورے عوام کو، سارے لوگوں کو ایجوکیٹ کرنا یہ تو ایک دن میں نہیں ہو سکتا۔ کسی بیٹل بیٹل فیلڈ میں آپ لوگوں کو پڑھا نہیں سکتے۔</w:t>
      </w:r>
    </w:p>
    <w:p>
      <w:r>
        <w:rPr>
          <w:b/>
        </w:rPr>
        <w:t xml:space="preserve">[21:22] </w:t>
      </w:r>
      <w:r>
        <w:t>woh to ek lamba process hai, generation of generation darkar ek process. woh islam ne chalaya.</w:t>
      </w:r>
    </w:p>
    <w:p>
      <w:pPr>
        <w:jc w:val="right"/>
      </w:pPr>
      <w:r>
        <w:t>وہ تو ایک لمبا پراسیس ہے، جنریشن آف جنریشن درکار ایک پراسیس۔ وہ اسلام نے چلایا۔</w:t>
      </w:r>
    </w:p>
    <w:p>
      <w:r>
        <w:rPr>
          <w:b/>
        </w:rPr>
        <w:t xml:space="preserve">[21:34] </w:t>
      </w:r>
      <w:r>
        <w:t>ek ek ek mein ek parallel misaal deta hoon aap ko.</w:t>
      </w:r>
    </w:p>
    <w:p>
      <w:pPr>
        <w:jc w:val="right"/>
      </w:pPr>
      <w:r>
        <w:t>ایک ایک ایک میں ایک پیرلل مثال دیتا ہوں آپ کو۔</w:t>
      </w:r>
    </w:p>
    <w:p>
      <w:r>
        <w:rPr>
          <w:b/>
        </w:rPr>
        <w:t xml:space="preserve">[21:44] </w:t>
      </w:r>
      <w:r>
        <w:t>ke democracy jo hai jo mein keh raha hoon is ka ek misaal deta hoon aap ko. umar farooq jo hai woh second khalifa the islam ki tareekh mein,</w:t>
      </w:r>
    </w:p>
    <w:p>
      <w:pPr>
        <w:jc w:val="right"/>
      </w:pPr>
      <w:r>
        <w:t>کہ ڈیموکریسی جو ہے جو میں کہہ رہا ہوں اس کا ایک مثال دیتا ہوں آپ کو۔ عمر فاروق جو ہے وہ سیکنڈ خلیفہ تھے اسلام کی تاریخ میں،</w:t>
      </w:r>
    </w:p>
    <w:p>
      <w:r>
        <w:rPr>
          <w:b/>
        </w:rPr>
        <w:t xml:space="preserve">[21:57] </w:t>
      </w:r>
      <w:r>
        <w:t>khalifa doam. to un ke zamane mein egypt mein ek waqia hua. kyunke islam khilafat jo thi bohat bare asia se africa tak, africa tak phaili hui thi.</w:t>
      </w:r>
    </w:p>
    <w:p>
      <w:pPr>
        <w:jc w:val="right"/>
      </w:pPr>
      <w:r>
        <w:t>خلیفہ دوم۔ تو ان کے زمانے میں ایجپٹ میں ایک واقعہ ہوا۔ کیونکہ اسلام خلافت جو تھی بہت بڑے ایشیا سے افریقہ تک، افریقہ تک پھیلی ہوئی تھی۔</w:t>
      </w:r>
    </w:p>
    <w:p>
      <w:r>
        <w:rPr>
          <w:b/>
        </w:rPr>
        <w:t xml:space="preserve">[22:15] </w:t>
      </w:r>
      <w:r>
        <w:t>to egypt mein governor the</w:t>
      </w:r>
    </w:p>
    <w:p>
      <w:pPr>
        <w:jc w:val="right"/>
      </w:pPr>
      <w:r>
        <w:t>تو ایجپٹ میں گورنر تھے</w:t>
      </w:r>
    </w:p>
    <w:p>
      <w:r>
        <w:rPr>
          <w:b/>
        </w:rPr>
        <w:t xml:space="preserve">[22:19] </w:t>
      </w:r>
      <w:r>
        <w:t>umar bin al-aas, abr bin al-aas. to wahan ek horse race hui, ghorr doud jis ko kehte hain.</w:t>
      </w:r>
    </w:p>
    <w:p>
      <w:pPr>
        <w:jc w:val="right"/>
      </w:pPr>
      <w:r>
        <w:t>عمر بن العاص، ابر بن العاص۔ تو وہاں ایک ہارس ریس ہوئی، گھوڑ دوڑ جس کو کہتے ہیں۔</w:t>
      </w:r>
    </w:p>
    <w:p>
      <w:r>
        <w:rPr>
          <w:b/>
        </w:rPr>
        <w:t xml:space="preserve">[22:32] </w:t>
      </w:r>
      <w:r>
        <w:t>is horse race mein ek ek coptic aadmi yani ek misri qibti jo muslim nahi tha us ka ghorra age barh gaya.</w:t>
      </w:r>
    </w:p>
    <w:p>
      <w:pPr>
        <w:jc w:val="right"/>
      </w:pPr>
      <w:r>
        <w:t>اس ہارس میس میں ایک ایک کاپٹک آدمی یعنی ایک مصری قبطی جو مسلم نہیں تھا اس کا گھوڑا آگے بڑھ گیا۔</w:t>
      </w:r>
    </w:p>
    <w:p>
      <w:r>
        <w:rPr>
          <w:b/>
        </w:rPr>
        <w:t xml:space="preserve">[22:41] </w:t>
      </w:r>
      <w:r>
        <w:t>aur governor ke bete jo the un ka beta un ka ghorra peche reh gaya. yani governor ka ka horse nahi jeet saka.</w:t>
      </w:r>
    </w:p>
    <w:p>
      <w:pPr>
        <w:jc w:val="right"/>
      </w:pPr>
      <w:r>
        <w:t>اور گورنر کے بیٹے جو تھے ان کا بیٹا ان کا گھوڑا پیچھے رہ گیا۔ یعنی گورنر کا کا ہارس نہیں جیت سکا۔</w:t>
      </w:r>
    </w:p>
    <w:p>
      <w:r>
        <w:rPr>
          <w:b/>
        </w:rPr>
        <w:t xml:space="preserve">[22:54] </w:t>
      </w:r>
      <w:r>
        <w:t>aur is is coptic ka horse age barh gaya jo non muslim tha woh. ek aam aadmi goya ke. to unhon ne use kora mar diya ghusse mein aa kar ke ke tum ko jurrat hai ke mere ghorre se tum ne age barha diya apna ghorra.</w:t>
      </w:r>
    </w:p>
    <w:p>
      <w:pPr>
        <w:jc w:val="right"/>
      </w:pPr>
      <w:r>
        <w:t>اور اس اس کاپٹک کا ہار آگے بڑھ گیا جو نان مسلم تھا وہ۔ ایک عام آدمی گویا کہ۔ تو انہوں نے اسے کوڑا مار دیا غصے میں آ کر کے کہ تم کو جرات ہے کہ میرے گھوڑے سے تم نے آگے بڑھا دیا اپنا گھوڑا۔</w:t>
      </w:r>
    </w:p>
    <w:p>
      <w:r>
        <w:rPr>
          <w:b/>
        </w:rPr>
        <w:t xml:space="preserve">[23:10] </w:t>
      </w:r>
      <w:r>
        <w:t>to woh aadmi jo hai misr se chal kar ke madina aya. aur khalifa umar se shikayat ki ke aap ke governor hain, ke bete ne hum ko kora mara.</w:t>
      </w:r>
    </w:p>
    <w:p>
      <w:pPr>
        <w:jc w:val="right"/>
      </w:pPr>
      <w:r>
        <w:t>تو وہ آدمی جو ہے مصر سے چل کر کے مدینہ آیا۔ اور خلیفہ عمر سے شکایت کی کہ آپ کے گورنر ہیں، کے بیٹے نے ہم کو کوڑا مارا۔</w:t>
      </w:r>
    </w:p>
    <w:p>
      <w:r>
        <w:rPr>
          <w:b/>
        </w:rPr>
        <w:t xml:space="preserve">[23:21] </w:t>
      </w:r>
      <w:r>
        <w:t>halankeh mera koi qusoor nahi tha.</w:t>
      </w:r>
    </w:p>
    <w:p>
      <w:pPr>
        <w:jc w:val="right"/>
      </w:pPr>
      <w:r>
        <w:t>حالانکہ میرا کوئی قصور نہیں تھا۔</w:t>
      </w:r>
    </w:p>
    <w:p>
      <w:r>
        <w:rPr>
          <w:b/>
        </w:rPr>
        <w:t xml:space="preserve">[23:26] </w:t>
      </w:r>
      <w:r>
        <w:t>to hazrat umar ne hukum diya wahan se bulwaya un ko. un ke bete ko aur amrooz yani governor ko dono ko bulwaya.</w:t>
      </w:r>
    </w:p>
    <w:p>
      <w:pPr>
        <w:jc w:val="right"/>
      </w:pPr>
      <w:r>
        <w:t>تو حضرت عمر نے حکم دیا وہاں سے بلوایا ان کو۔ ان کے بیٹے کو اور امرواز یعنی گورنر کو دونوں کو بلوایا۔</w:t>
      </w:r>
    </w:p>
    <w:p>
      <w:r>
        <w:rPr>
          <w:b/>
        </w:rPr>
        <w:t xml:space="preserve">[23:39] </w:t>
      </w:r>
      <w:r>
        <w:t>ke madina aaye woh log to tab tak thehra hua tha woh qibti madine mein. bulaya us ko. us ko kora diya us ke hath mein maro un ke bete ko maro.</w:t>
      </w:r>
    </w:p>
    <w:p>
      <w:pPr>
        <w:jc w:val="right"/>
      </w:pPr>
      <w:r>
        <w:t>کہ مدینہ آئے وہ لوگ تو تب تک ٹھہرا ہوا تھا وہ قبطی مدینے میں۔ بلایا اس کو۔ اس کو کوڑا دیا اس کے ہاتھ میں مارو ان کے بیٹے کو مارو۔</w:t>
      </w:r>
    </w:p>
    <w:p>
      <w:r>
        <w:rPr>
          <w:b/>
        </w:rPr>
        <w:t xml:space="preserve">[23:52] </w:t>
      </w:r>
      <w:r>
        <w:t>aur use khoob mara. jitna woh mar sakta tha mara us ne. us ne kaha is ke baad aap ne kaha ke aap ke baap ko bhi maro.</w:t>
      </w:r>
    </w:p>
    <w:p>
      <w:pPr>
        <w:jc w:val="right"/>
      </w:pPr>
      <w:r>
        <w:t>اور اسے خوب مارا۔ جتنا وہ مار سکتا تھا مارا اس نے۔ اس نے کہا اس کے بعد آپ نے کہا کہ آپ کے باپ کو بھی مارو۔</w:t>
      </w:r>
    </w:p>
    <w:p>
      <w:r>
        <w:rPr>
          <w:b/>
        </w:rPr>
        <w:t xml:space="preserve">[24:04] </w:t>
      </w:r>
      <w:r>
        <w:t>kyunke apne baap hi ke bal par is ne aisa kiya. to qibti ne kaha ke nahi un ke baap ko mujhe nahi marna hai. mein ne apna badla le liya.</w:t>
      </w:r>
    </w:p>
    <w:p>
      <w:pPr>
        <w:jc w:val="right"/>
      </w:pPr>
      <w:r>
        <w:t>کیونکہ اپنے باپ ہی کے بل پر اس نے ایسا کیا۔ تو قبطی نے کہا کہ نہیں ان کے باپ کو مجھے نہیں مارنا ہے۔ میں نے اپنا بدلہ لے لیا۔</w:t>
      </w:r>
    </w:p>
    <w:p>
      <w:r>
        <w:rPr>
          <w:b/>
        </w:rPr>
        <w:t xml:space="preserve">[24:13] </w:t>
      </w:r>
      <w:r>
        <w:t>us waqt hazrat umar ne ek jumla kaha tha ke kab tum ne logon ko banda bana liya halankeh khuda ne un ko azad paida kiya tha.</w:t>
      </w:r>
    </w:p>
    <w:p>
      <w:pPr>
        <w:jc w:val="right"/>
      </w:pPr>
      <w:r>
        <w:t>اس وقت حضرت عمر نے ایک جملہ کہا تھا کہ کب تم نے لوگوں کو بندہ بنا لیا حالانکہ خدا نے ان کو آزاد پیدا کیا تھا۔</w:t>
      </w:r>
    </w:p>
    <w:p>
      <w:r>
        <w:rPr>
          <w:b/>
        </w:rPr>
        <w:t xml:space="preserve">[24:23] </w:t>
      </w:r>
      <w:r>
        <w:t>ghulam bana liya.</w:t>
      </w:r>
    </w:p>
    <w:p>
      <w:pPr>
        <w:jc w:val="right"/>
      </w:pPr>
      <w:r>
        <w:t>غلام بنا لیا۔</w:t>
      </w:r>
    </w:p>
    <w:p>
      <w:r>
        <w:rPr>
          <w:b/>
        </w:rPr>
        <w:t xml:space="preserve">[24:28] </w:t>
      </w:r>
      <w:r>
        <w:t>kab tum ne logon ko apna ghulam bana liya halankeh khuda ne un ko azad paida kiya tha.</w:t>
      </w:r>
    </w:p>
    <w:p>
      <w:pPr>
        <w:jc w:val="right"/>
      </w:pPr>
      <w:r>
        <w:t>کب تم نے لوگوں کو اپنا غلام بنا لیا حالانکہ خدا نے ان کو آزاد پیدا کیا تھا۔</w:t>
      </w:r>
    </w:p>
    <w:p>
      <w:r>
        <w:rPr>
          <w:b/>
        </w:rPr>
        <w:t xml:space="preserve">[24:35] </w:t>
      </w:r>
      <w:r>
        <w:t>yeh kaha tha unhon ne. yahi sach poochein to yahi jo hazrat umar ka yeh qaul hai isi ko dohraya rousseau ne.</w:t>
      </w:r>
    </w:p>
    <w:p>
      <w:pPr>
        <w:jc w:val="right"/>
      </w:pPr>
      <w:r>
        <w:t>یہ کہا تھا انہوں نے۔ یہی سچ پوچھیں تو یہی جو حضرت عمر کا یہ قول ہے اسی کو دہرایا روسوں نے۔</w:t>
      </w:r>
    </w:p>
    <w:p>
      <w:r>
        <w:rPr>
          <w:b/>
        </w:rPr>
        <w:t xml:space="preserve">[24:46] </w:t>
      </w:r>
      <w:r>
        <w:t>rousseau ne isi ko dohraya isi ki bazgasht thi woh. jab kaha tha us ne ke</w:t>
      </w:r>
    </w:p>
    <w:p>
      <w:pPr>
        <w:jc w:val="right"/>
      </w:pPr>
      <w:r>
        <w:t>روسوں نے اسی کو دہرایا اسی کی بازگشت تھی وہ۔ جب کہا تھا اس نے کہ</w:t>
      </w:r>
    </w:p>
    <w:p>
      <w:r>
        <w:rPr>
          <w:b/>
        </w:rPr>
        <w:t xml:space="preserve">[24:53] </w:t>
      </w:r>
      <w:r>
        <w:t>keh</w:t>
      </w:r>
    </w:p>
    <w:p>
      <w:pPr>
        <w:jc w:val="right"/>
      </w:pPr>
      <w:r>
        <w:t>کہ</w:t>
      </w:r>
    </w:p>
    <w:p>
      <w:r>
        <w:rPr>
          <w:b/>
        </w:rPr>
        <w:t xml:space="preserve">[24:57] </w:t>
      </w:r>
      <w:r>
        <w:t>"man was, man was born free, but is in chains." To Hazrat Umar ke is qaul ko dohraya Russo ne.</w:t>
      </w:r>
    </w:p>
    <w:p>
      <w:pPr>
        <w:jc w:val="right"/>
      </w:pPr>
      <w:r>
        <w:t>من واز من واز بارڈ فری بٹ آئی سی ہم ان چینج۔ تو حضرت عمر کے اس قول کو دہرایا روسوں نے۔</w:t>
      </w:r>
    </w:p>
    <w:p>
      <w:r>
        <w:rPr>
          <w:b/>
        </w:rPr>
        <w:t xml:space="preserve">[25:09] </w:t>
      </w:r>
      <w:r>
        <w:t>to aaghaz jo hua hai insani barabari aur democracy is ka aaghaz islam ne kiya lekin jaisa ke maine arz kiya history mein koi tabdeeli achanak nahi hua karti.</w:t>
      </w:r>
    </w:p>
    <w:p>
      <w:pPr>
        <w:jc w:val="right"/>
      </w:pPr>
      <w:r>
        <w:t>تو آغاز جو ہوا ہے انسانی برابری اور ڈیموکریسی اس کا آغاز اسلام نے کیا لیکن جیسا کہ میں نے عرض کیا ہسٹری میں کوئی تبدیلی اچانک نہیں ہوا کرتی۔</w:t>
      </w:r>
    </w:p>
    <w:p>
      <w:r>
        <w:rPr>
          <w:b/>
        </w:rPr>
        <w:t xml:space="preserve">[25:29] </w:t>
      </w:r>
      <w:r>
        <w:t>jaise kaha jata hai ke it requires a lot of history to to make a later tradition. to social tradition jo hai bahut dinon mein banti hai. to kingship tooti.</w:t>
      </w:r>
    </w:p>
    <w:p>
      <w:pPr>
        <w:jc w:val="right"/>
      </w:pPr>
      <w:r>
        <w:t>جیسے کہا جاتا ہے کہ اٹ ریکوائرڈز لاٹ آف ہسٹری ٹو ٹو میک ا لیٹر ٹریڈیشن۔ تو سوشل ٹریڈیشن جو ہے بہت دنوں میں بنتی ہے۔ تو کنگ شپ ٹوٹی۔</w:t>
      </w:r>
    </w:p>
    <w:p>
      <w:r>
        <w:rPr>
          <w:b/>
        </w:rPr>
        <w:t xml:space="preserve">[25:42] </w:t>
      </w:r>
      <w:r>
        <w:t>phir khilafat aai, sharai khilafat. phir education ko popularize kiya gaya. phir woh barhti rahi, barhti rahi, barhti rahi.</w:t>
      </w:r>
    </w:p>
    <w:p>
      <w:pPr>
        <w:jc w:val="right"/>
      </w:pPr>
      <w:r>
        <w:t>پھر خلافت آئی، شرعی خلافت۔ پھر ایجوکیشن کو پاپولرائز کیا گیا۔ پھر وہ بڑھتی رہی، بڑھتی رہی، بڑھتی رہی۔</w:t>
      </w:r>
    </w:p>
    <w:p>
      <w:r>
        <w:rPr>
          <w:b/>
        </w:rPr>
        <w:t xml:space="preserve">[25:58] </w:t>
      </w:r>
      <w:r>
        <w:t>isi ka culmination tha ke yahan par democracy aai europe mein. to musalmanon mein jo democracy ka development nahi ho saka.</w:t>
      </w:r>
    </w:p>
    <w:p>
      <w:pPr>
        <w:jc w:val="right"/>
      </w:pPr>
      <w:r>
        <w:t>اسی کا کلمنیشن تھا کہ یہاں پر ڈیموکریسی آئی یورپ میں۔ تو مسلمانوں میں جو ڈیموکریسی کا ڈیولپمنٹ نہیں ہو سکا۔</w:t>
      </w:r>
    </w:p>
    <w:p>
      <w:r>
        <w:rPr>
          <w:b/>
        </w:rPr>
        <w:t xml:space="preserve">[26:10] </w:t>
      </w:r>
      <w:r>
        <w:t>to is ki wajah kya hai? is ki wajah se musalmanon mein education bahut kam hai. yani education europe mein to bahut badh gayi, america mein bahut badh gayi. musalmanon mein education nahi badhi.</w:t>
      </w:r>
    </w:p>
    <w:p>
      <w:pPr>
        <w:jc w:val="right"/>
      </w:pPr>
      <w:r>
        <w:t>تو اس کی وجہ کیا ہے؟ اس کی وجہ سے مسلمانوں میں ایجوکیشن بہت کم ہے۔ یعنی ایجوکیشن یورپ میں تو بہت بڑھ گئی، امریکہ میں بہت بڑھ گئی۔ مسلمانوں میں ایجوکیشن نہیں بڑھی۔</w:t>
      </w:r>
    </w:p>
    <w:p>
      <w:r>
        <w:rPr>
          <w:b/>
        </w:rPr>
        <w:t xml:space="preserve">[26:22] </w:t>
      </w:r>
      <w:r>
        <w:t>isi yahi wajah se mauqa mil gaya logon ko ke wahi yani kingship ko khilafat ke naam par phir yani shuru kar dein.</w:t>
      </w:r>
    </w:p>
    <w:p>
      <w:pPr>
        <w:jc w:val="right"/>
      </w:pPr>
      <w:r>
        <w:t>اسی یہی وجہ سے موقع مل گیا لوگوں کو کہ وہی یعنی کنگ شپ کو خلافت کے نام پر پھر یعنی شروع کر دیں۔</w:t>
      </w:r>
    </w:p>
    <w:p>
      <w:r>
        <w:rPr>
          <w:b/>
        </w:rPr>
        <w:t xml:space="preserve">[26:32] </w:t>
      </w:r>
      <w:r>
        <w:t>aur jaise jaise musalmanon mein barh rahi hai education waise waise is ka zor ghaṭta ghaṭta chala ja raha hai.</w:t>
      </w:r>
    </w:p>
    <w:p>
      <w:pPr>
        <w:jc w:val="right"/>
      </w:pPr>
      <w:r>
        <w:t>اور جیسے جیسے مسلمانوں میں بڑھ رہی ہے ایجوکیشن ویسے ویسے اس کا زور گھٹتا گھٹتا چلا جا رہا ہے۔</w:t>
      </w:r>
    </w:p>
    <w:p>
      <w:r>
        <w:rPr>
          <w:b/>
        </w:rPr>
        <w:t xml:space="preserve">[26:40] </w:t>
      </w:r>
      <w:r>
        <w:t>to is ka jo yani yeh yeh yeh islam ka muamla nahi musalman ka muamla hai. musalman education mein peechay ho gaye.</w:t>
      </w:r>
    </w:p>
    <w:p>
      <w:pPr>
        <w:jc w:val="right"/>
      </w:pPr>
      <w:r>
        <w:t>تو اس کا جو یعنی یہ یہ یہ اسلام کا معاملہ نہیں مسلمان کا معاملہ ہے۔ مسلمان ایجوکیشن میں پیچھے ہو گئے۔</w:t>
      </w:r>
    </w:p>
    <w:p>
      <w:r>
        <w:rPr>
          <w:b/>
        </w:rPr>
        <w:t xml:space="preserve">[26:53] </w:t>
      </w:r>
      <w:r>
        <w:t>education mein peechay honay ki wajah se woh yeh halat hui. ab maujooda zamane mein is mein aik aur cheez add ho gayi hai. yeh jo political interpretation hai is ne aik fitna barpa kiya hai.</w:t>
      </w:r>
    </w:p>
    <w:p>
      <w:pPr>
        <w:jc w:val="right"/>
      </w:pPr>
      <w:r>
        <w:t>ایجوکیشن میں پیچھے ہونے کی وجہ سے وہ یہ حالت ہوئی۔ اب موجودہ زمانے میں اس میں ایک اور چیز ایڈ ہو گئی ہے۔ یہ جو پولیٹیکل انٹرپریٹیشن ہے اس نے ایک فتنہ برپا کیا ہے۔</w:t>
      </w:r>
    </w:p>
    <w:p>
      <w:r>
        <w:rPr>
          <w:b/>
        </w:rPr>
        <w:t xml:space="preserve">[27:08] </w:t>
      </w:r>
      <w:r>
        <w:t>political interpretation. political interpretation yeh kehti hai ke islam aik mukammal complete system hai aur poore system ko hamein implement karna hai is ka.</w:t>
      </w:r>
    </w:p>
    <w:p>
      <w:pPr>
        <w:jc w:val="right"/>
      </w:pPr>
      <w:r>
        <w:t>پولیٹیکل انٹرپریٹیشن۔ پولیٹیکل انٹرپریٹیشن یہ کہتی ہے کہ اسلام ایک مکمل کمپلیٹ سسٹم ہے اور پورے سسٹم کو ہمیں امپلیمنٹ کرنا ہے اس کا۔</w:t>
      </w:r>
    </w:p>
    <w:p>
      <w:r>
        <w:rPr>
          <w:b/>
        </w:rPr>
        <w:t xml:space="preserve">[27:21] </w:t>
      </w:r>
      <w:r>
        <w:t>aik baar mein aik jagah gaya meri aik speech thi wahan par ziyada tar hindu log thay. to maine islam ka jo belief system hai jo is ka moral system hai in cheezon ko pesh kiya ke islam ke jo tolerance ka principle hai, peace ka jo principle hai, honesty ka jo principle hai us ko pesh kiya.</w:t>
      </w:r>
    </w:p>
    <w:p>
      <w:pPr>
        <w:jc w:val="right"/>
      </w:pPr>
      <w:r>
        <w:t>ایک بار میں ایک جگہ گیا میری ایک سپیچ تھی وہاں پر زیادہ تر ہندو لوگ تھے۔ تو میں نے اسلام کا جو بیلیف سسٹم ہے جو اس کا مورل سسٹم ہے ان چیزوں کو پیش کیا کہ اسلام کے جو ٹولرنس کا پرنسپل ہے، پیس کا جو پرنسپل ہے، ہونیسٹی کا جو پرنسپل ہے اس کو پیش کیا۔</w:t>
      </w:r>
    </w:p>
    <w:p>
      <w:r>
        <w:rPr>
          <w:b/>
        </w:rPr>
        <w:t xml:space="preserve">[27:45] </w:t>
      </w:r>
      <w:r>
        <w:t>aur maine islam ka political jo khilafat waghera ki baat nahi ki maine. to is ke baad aik musalman sahab milay jo parhay likhay thay woh unhon ne kaha ke aap ne islam ko is ki totality mein pesh nahi kiya.</w:t>
      </w:r>
    </w:p>
    <w:p>
      <w:pPr>
        <w:jc w:val="right"/>
      </w:pPr>
      <w:r>
        <w:t>اور میں نے اسلام کا پولیٹیکل جو خلافت وغیرہ کی بات نہیں کی میں نے۔ تو اس کے بعد ایک مسلمان صاحب ملے جو پڑھے لکھے تھے وہ انہوں نے کہا کہ آپ نے اسلام کو اس کی ٹوٹیلٹی میں پیش نہیں کیا۔</w:t>
      </w:r>
    </w:p>
    <w:p>
      <w:r>
        <w:rPr>
          <w:b/>
        </w:rPr>
        <w:t xml:space="preserve">[28:03] </w:t>
      </w:r>
      <w:r>
        <w:t>aap ne islam ko is ki totality mein pesh nahi kiya. matlab political system batana chahiye tha aap ko khilafat batana chahiye tha aap ko hukoomat batana chahiye tha qanoon batana chahiye tha yeh to bataya nahi aap ne.</w:t>
      </w:r>
    </w:p>
    <w:p>
      <w:pPr>
        <w:jc w:val="right"/>
      </w:pPr>
      <w:r>
        <w:t>آپ نے اسلام کو اس کی ٹوٹیلٹی میں پیش نہیں کیا۔ مطلب پولیٹیکل سسٹم بتانا چاہیے تھا آپ کو خلافت بتانا چاہیے تھا آپ کو حکومت بتانا چاہیے تھا قانون بتانا چاہیے تھا یہ تو بتایا نہیں آپ نے۔</w:t>
      </w:r>
    </w:p>
    <w:p>
      <w:r>
        <w:rPr>
          <w:b/>
        </w:rPr>
        <w:t xml:space="preserve">[28:15] </w:t>
      </w:r>
      <w:r>
        <w:t>yeh hai political interpretation ka muamla. political interpretation ne yeh kiya hai ke unhon ne kaha ke jis tarah aqeedah absolute hai us tarah se political system bhi absolute hai.</w:t>
      </w:r>
    </w:p>
    <w:p>
      <w:pPr>
        <w:jc w:val="right"/>
      </w:pPr>
      <w:r>
        <w:t>یہ ہے پولیٹیکل انٹرپریٹیشن کا معاملہ۔ پولیٹیکل انٹرپریٹیشن نے یہ کیا ہے کہ انہوں نے کہا کہ جس طرح عقیدہ ایبسولیوٹ ہے اس طرح سے پولیٹیکل سسٹم بھی ایبسولیوٹ ہے۔</w:t>
      </w:r>
    </w:p>
    <w:p>
      <w:r>
        <w:rPr>
          <w:b/>
        </w:rPr>
        <w:t xml:space="preserve">[28:27] </w:t>
      </w:r>
      <w:r>
        <w:t>halankay bilkul galat baat hai yeh. aqeedah absolute hai lekin political system absolute nahi hai. woh social condition ke taabe hai.</w:t>
      </w:r>
    </w:p>
    <w:p>
      <w:pPr>
        <w:jc w:val="right"/>
      </w:pPr>
      <w:r>
        <w:t>حالانکہ بالکل غلط بات ہے یہ۔ عقیدہ ایبسولیوٹ ہے لیکن پولیٹیکل سسٹم ایبسولیوٹ نہیں ہے۔ وہ سوشل کنڈیشن کے تابع ہے۔</w:t>
      </w:r>
    </w:p>
    <w:p>
      <w:r>
        <w:rPr>
          <w:b/>
        </w:rPr>
        <w:t xml:space="preserve">[28:38] </w:t>
      </w:r>
      <w:r>
        <w:t>jaisa ke maine arz kiya ke hadees mein aai ke yeh</w:t>
      </w:r>
    </w:p>
    <w:p>
      <w:pPr>
        <w:jc w:val="right"/>
      </w:pPr>
      <w:r>
        <w:t>جیسا کہ میں نے عرض کیا کہ حدیث میں آئی کہ یہ</w:t>
      </w:r>
    </w:p>
    <w:p>
      <w:r>
        <w:rPr>
          <w:b/>
        </w:rPr>
        <w:t xml:space="preserve">[28:43] </w:t>
      </w:r>
      <w:r>
        <w:t>society waisi waisi hukoomat. to in logon ne quran ke aur hadees ke kuch cheezon ko lay kar ke bohat hi us ko galat maani bana banaye hain.</w:t>
      </w:r>
    </w:p>
    <w:p>
      <w:pPr>
        <w:jc w:val="right"/>
      </w:pPr>
      <w:r>
        <w:t>سوسائٹی ویسی ویسی حکومت۔ تو ان لوگوں نے قرآن کے اور حدیث کے کچھ چیزوں کو لے کر کے بہت ہی اس کو غلط معنی بنا بنائے ہیں۔</w:t>
      </w:r>
    </w:p>
    <w:p>
      <w:r>
        <w:rPr>
          <w:b/>
        </w:rPr>
        <w:t xml:space="preserve">[28:58] </w:t>
      </w:r>
      <w:r>
        <w:t>us ko main kuch misaal dena chahunga. jaise quran mein aik lafz aata hai hukam. to al hukm illa lillah hukam sirf allah ka hai.</w:t>
      </w:r>
    </w:p>
    <w:p>
      <w:pPr>
        <w:jc w:val="right"/>
      </w:pPr>
      <w:r>
        <w:t>اس کو میں کچھ مثال دینا چاہوں گا۔ جیسے قرآن میں ایک لفظ آتا ہے حکم۔ تو ان الحکم الا للہ حکم صرف اللہ کا ہے۔</w:t>
      </w:r>
    </w:p>
    <w:p>
      <w:r>
        <w:rPr>
          <w:b/>
        </w:rPr>
        <w:t xml:space="preserve">[29:11] </w:t>
      </w:r>
      <w:r>
        <w:t>quran mein hai ke hukam sirf allah ka hai. to hukam ko woh maani bata detay hain political sovereignty. political sovereignty sirf allah ki hai.</w:t>
      </w:r>
    </w:p>
    <w:p>
      <w:pPr>
        <w:jc w:val="right"/>
      </w:pPr>
      <w:r>
        <w:t>قرآن میں ہے کہ حکم صرف اللہ کا ہے۔ تو حکم کو وہ معنی بتا دیتے ہیں پولیٹیکل سورنٹی۔ پولیٹیکل سورنٹی صرف اللہ کی ہے۔</w:t>
      </w:r>
    </w:p>
    <w:p>
      <w:r>
        <w:rPr>
          <w:b/>
        </w:rPr>
        <w:t xml:space="preserve">[29:20] </w:t>
      </w:r>
      <w:r>
        <w:t>halankay bilkul base less baat hai. yeh sovereignty kya khuda aa ke takht pe baithe ga hukoomat kare ga woh? yani khuda kaise hukoomat kare ga?</w:t>
      </w:r>
    </w:p>
    <w:p>
      <w:pPr>
        <w:jc w:val="right"/>
      </w:pPr>
      <w:r>
        <w:t>حالانکہ بالکل بیس لیس بات ہے۔ یہ سورنٹی کیا خدا آ کے تخت پہ بیٹھے گا حکومت کرے گا وہ؟ یعنی خدا کیسے حکومت کرے گا؟</w:t>
      </w:r>
    </w:p>
    <w:p>
      <w:r>
        <w:rPr>
          <w:b/>
        </w:rPr>
        <w:t xml:space="preserve">[29:31] </w:t>
      </w:r>
      <w:r>
        <w:t>yeh mumkin hi nahi ke khuda hukoomat kare political sense mein. kyunke khuda hamare darmiyan maujood nahi hai. hukoomat to koi insaan kare ga. sovereign political sense mein koi insaan banay ga.</w:t>
      </w:r>
    </w:p>
    <w:p>
      <w:pPr>
        <w:jc w:val="right"/>
      </w:pPr>
      <w:r>
        <w:t>یہ ممکن ہی نہیں کہ خدا حکومت کرے پولیٹیکل سینس میں۔ کیونکہ خدا ہمارے درمیان موجود نہیں ہے۔ حکومت تو کوئی انسان کرے گا۔ سورن پولیٹیکل سینس میں کوئی انسان بنے گا۔</w:t>
      </w:r>
    </w:p>
    <w:p>
      <w:r>
        <w:rPr>
          <w:b/>
        </w:rPr>
        <w:t xml:space="preserve">[29:42] </w:t>
      </w:r>
      <w:r>
        <w:t>khuda nahi ban sakta hai. aur insaan jo hai aap jantay hain sab subject to degeneration hai. to insaan ko aap bana dein ge to kya hoga?</w:t>
      </w:r>
    </w:p>
    <w:p>
      <w:pPr>
        <w:jc w:val="right"/>
      </w:pPr>
      <w:r>
        <w:t>خدا نہیں بن سکتا ہے۔ اور انسان جو ہے آپ جانتے ہیں سب سبجیکٹ ٹو ڈی جنریشن ہے۔ تو انسان کو آپ بنا دیں گے تو کیا ہوگا؟</w:t>
      </w:r>
    </w:p>
    <w:p>
      <w:r>
        <w:rPr>
          <w:b/>
        </w:rPr>
        <w:t xml:space="preserve">[29:51] </w:t>
      </w:r>
      <w:r>
        <w:t>yeh hoga ke yani sara corruption phailay ga. to hukam quran majeed mein jo hai woh us sense mein yani supernatural power khuda ka hai.</w:t>
      </w:r>
    </w:p>
    <w:p>
      <w:pPr>
        <w:jc w:val="right"/>
      </w:pPr>
      <w:r>
        <w:t>یہ ہوگا کہ یعنی سارا کرپشن پھیلے گا۔ تو حکم قرآن مجید میں جو ہے وہ اس سینس میں یعنی سپر نیچرل پاور خدا کا ہے۔</w:t>
      </w:r>
    </w:p>
    <w:p>
      <w:r>
        <w:rPr>
          <w:b/>
        </w:rPr>
        <w:t xml:space="preserve">[30:03] </w:t>
      </w:r>
      <w:r>
        <w:t>woh super natural sense mein hai woh. yani Khuda hi jo hai ayum samawat wal arz hai. Khuda hi zameen o aasman control kar raha hai.</w:t>
      </w:r>
    </w:p>
    <w:p>
      <w:pPr>
        <w:jc w:val="right"/>
      </w:pPr>
      <w:r>
        <w:t>وہ سپر نیچرل سینس میں ہے وہ۔ یعنی خدا ہی جو ہے ایوم السماوات والارض ہے۔ خدا ہی زمین و آسمان کنٹرول کر رہا ہے۔</w:t>
      </w:r>
    </w:p>
    <w:p>
      <w:r>
        <w:rPr>
          <w:b/>
        </w:rPr>
        <w:t xml:space="preserve">[30:12] </w:t>
      </w:r>
      <w:r>
        <w:t>Khuda hi poore universe ka intezam dekh raha hai. yani jis ko kehte hain fauq al tabi'i mani mein hai. super natural mani mein hai. yeh political sense mein nahi hai woh.</w:t>
      </w:r>
    </w:p>
    <w:p>
      <w:pPr>
        <w:jc w:val="right"/>
      </w:pPr>
      <w:r>
        <w:t>خدا ہی پورے یونیورس کا انتظام دیکھ رہا ہے۔ یعنی جس کو کہتے ہیں فوق الطبیعی معنی میں ہے۔ سپر نیچرل معنی میں ہے۔ یہ پولیٹیکل سینس میں نہیں ہے وہ۔</w:t>
      </w:r>
    </w:p>
    <w:p>
      <w:r>
        <w:rPr>
          <w:b/>
        </w:rPr>
        <w:t xml:space="preserve">[30:24] </w:t>
      </w:r>
      <w:r>
        <w:t>aur sab se ajeeb baat dekhiye Surah Yusuf mein yeh ayat hai in al hukm illa lilah. yeh ayat jo hai Surah Yusuf mein hai.</w:t>
      </w:r>
    </w:p>
    <w:p>
      <w:pPr>
        <w:jc w:val="right"/>
      </w:pPr>
      <w:r>
        <w:t>اور سب سے عجیب بات دیکھیے سورہ یوسف میں یہ آیت ہے ان الحکم الا للہ۔ یہ آیت جو ہے سورہ یوسف میں ہے۔</w:t>
      </w:r>
    </w:p>
    <w:p>
      <w:r>
        <w:rPr>
          <w:b/>
        </w:rPr>
        <w:t xml:space="preserve">[30:35] </w:t>
      </w:r>
      <w:r>
        <w:t>ab ghor kijiye ke Hazrat Yusuf ne yeh kaha ek apni taqreer mein ke hukm to sirf sirf Allah ka hai. is se nikalte hain ke sovereignty political sovereignty sirf Allah ki hai.</w:t>
      </w:r>
    </w:p>
    <w:p>
      <w:pPr>
        <w:jc w:val="right"/>
      </w:pPr>
      <w:r>
        <w:t>اب غور کیجئے کہ حضرت یوسف نے یہ کہا ایک اپنی تقریر میں کہ حکم تو صرف صرف اللہ کا ہے۔ اس سے نکالتے ہیں کہ سورنٹی پولیٹیکل سورنٹی صرف اللہ کی ہے۔</w:t>
      </w:r>
    </w:p>
    <w:p>
      <w:r>
        <w:rPr>
          <w:b/>
        </w:rPr>
        <w:t xml:space="preserve">[30:46] </w:t>
      </w:r>
      <w:r>
        <w:t>aur khud Hazrat Yusuf ne compromise kiya. kaisi ajeeb baat thi.</w:t>
      </w:r>
    </w:p>
    <w:p>
      <w:pPr>
        <w:jc w:val="right"/>
      </w:pPr>
      <w:r>
        <w:t>اور خود حضرت یوسف نے کمپرومائز کیا۔ کیسی عجیب بات تھی۔</w:t>
      </w:r>
    </w:p>
    <w:p>
      <w:r>
        <w:rPr>
          <w:b/>
        </w:rPr>
        <w:t xml:space="preserve">[30:53] </w:t>
      </w:r>
      <w:r>
        <w:t>Hazrat Yusuf ke zamane mein Hyksos kings hua karte thay Misr mein. woh mushrik tha woh. aur Quran mein bhi ek woh sharab peeta tha woh.</w:t>
      </w:r>
    </w:p>
    <w:p>
      <w:pPr>
        <w:jc w:val="right"/>
      </w:pPr>
      <w:r>
        <w:t>حضرت یوسف کے زمانے میں ہکسوس کنگز ہوا کرتے تھے مصر میں۔ وہ مشرک تھا وہ۔ اور قرآن میں بھی ایک وہ شراب پیتا تھا وہ۔</w:t>
      </w:r>
    </w:p>
    <w:p>
      <w:r>
        <w:rPr>
          <w:b/>
        </w:rPr>
        <w:t xml:space="preserve">[31:04] </w:t>
      </w:r>
      <w:r>
        <w:t>yani jo badshah tha Misr mein us waqt un ka contemporary mushrik bhi tha aur sharab bhi peeta tha woh. us ke us ke is mein us ke us ke tehat unhon ne ek department kafr diya us ne ke ghiza ka intezam aap sambhali</w:t>
      </w:r>
    </w:p>
    <w:p>
      <w:pPr>
        <w:jc w:val="right"/>
      </w:pPr>
      <w:r>
        <w:t>یعنی جو بادشاہ تھا مصر میں اس وقت ان کا کنٹیمپرری مشرک بھی تھا اور شراب بھی پیتا تھا وہ۔ اس کے اس کے اس میں اس کے اس کے تحت انہوں نے ایک ڈیپارٹمنٹ کافر دیا اس نے کہ غذا کا انتظام آپ سنبھالی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