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Study The Quran May 01, 2007 (Eng) - Maulana Wahiduddin Khan</w:t>
      </w:r>
    </w:p>
    <w:p>
      <w:r>
        <w:t>https://www.youtube.com/watch?v=TFD06hWWpt4</w:t>
      </w:r>
    </w:p>
    <w:p>
      <w:r>
        <w:rPr>
          <w:b/>
        </w:rPr>
        <w:t xml:space="preserve">[00:10]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[00:25] </w:t>
      </w:r>
      <w:r>
        <w:t>da theme for dis day is</w:t>
      </w:r>
    </w:p>
    <w:p>
      <w:pPr>
        <w:jc w:val="right"/>
      </w:pPr>
      <w:r>
        <w:t>دا تھیم فار دس ڈے از</w:t>
      </w:r>
    </w:p>
    <w:p>
      <w:r>
        <w:rPr>
          <w:b/>
        </w:rPr>
        <w:t xml:space="preserve">[00:31] </w:t>
      </w:r>
      <w:r>
        <w:t>how to study the Quran. how to study the Quran.</w:t>
      </w:r>
    </w:p>
    <w:p>
      <w:pPr>
        <w:jc w:val="right"/>
      </w:pPr>
      <w:r>
        <w:t>ہاؤ ٹو اسٹڈی دا قرآن. ہاؤ ٹو اسٹڈی دا قرآن.</w:t>
      </w:r>
    </w:p>
    <w:p>
      <w:r>
        <w:rPr>
          <w:b/>
        </w:rPr>
        <w:t xml:space="preserve">[00:43] </w:t>
      </w:r>
      <w:r>
        <w:t>you know, quran is not an ordinary book. quran is a book with a difference.</w:t>
      </w:r>
    </w:p>
    <w:p>
      <w:pPr>
        <w:jc w:val="right"/>
      </w:pPr>
      <w:r>
        <w:t>یو نو، قرآن از ناٹ این ارڈینری بک. قرآن از اے بک ود ا ڈفرنس.</w:t>
      </w:r>
    </w:p>
    <w:p>
      <w:r>
        <w:rPr>
          <w:b/>
        </w:rPr>
        <w:t xml:space="preserve">[00:57] </w:t>
      </w:r>
      <w:r>
        <w:t>quran was revealed and compiled in the first quarter of seventh century.</w:t>
      </w:r>
    </w:p>
    <w:p>
      <w:pPr>
        <w:jc w:val="right"/>
      </w:pPr>
      <w:r>
        <w:t>قرآن واز ریویلڈ اینڈ کمپائلڈ ان دا فرسٹ کوارٹر اف سیونتھ سینچری.</w:t>
      </w:r>
    </w:p>
    <w:p>
      <w:r>
        <w:rPr>
          <w:b/>
        </w:rPr>
        <w:t xml:space="preserve">[01:14] </w:t>
      </w:r>
      <w:r>
        <w:t>among all the religious books, quran is the only book that is completely preserved with its common freesta.</w:t>
      </w:r>
    </w:p>
    <w:p>
      <w:pPr>
        <w:jc w:val="right"/>
      </w:pPr>
      <w:r>
        <w:t>امنگ ال دا ریلیجس بکس، قرآن از دا اونلی بک دیٹ از کمپلیٹلی پریزروڈ ود اٹس کامن فری سٹاپ.</w:t>
      </w:r>
    </w:p>
    <w:p>
      <w:r>
        <w:rPr>
          <w:b/>
        </w:rPr>
        <w:t xml:space="preserve">[01:28] </w:t>
      </w:r>
      <w:r>
        <w:t>The Quranic text is preserved and also its language is preserved. Quranic language is a living language up to this date.</w:t>
      </w:r>
    </w:p>
    <w:p>
      <w:pPr>
        <w:jc w:val="right"/>
      </w:pPr>
      <w:r>
        <w:t>دا قرآنک ٹیکسٹ از پریزروڈ اینڈ السو اٹس لینگویج از پریزروڈ. قرآنک لینگویج از اے لیونگ لینگویج اپ ٹو دس ڈیٹ.</w:t>
      </w:r>
    </w:p>
    <w:p>
      <w:r>
        <w:rPr>
          <w:b/>
        </w:rPr>
        <w:t xml:space="preserve">[01:44] </w:t>
      </w:r>
      <w:r>
        <w:t>so in this sense, quran is</w:t>
      </w:r>
    </w:p>
    <w:p>
      <w:pPr>
        <w:jc w:val="right"/>
      </w:pPr>
      <w:r>
        <w:t>سو ان دس سینس، قرآن از</w:t>
      </w:r>
    </w:p>
    <w:p>
      <w:r>
        <w:rPr>
          <w:b/>
        </w:rPr>
        <w:t xml:space="preserve">[01:53] </w:t>
      </w:r>
      <w:r>
        <w:t>an exceptional book. you cannot find any other book of such kind.</w:t>
      </w:r>
    </w:p>
    <w:p>
      <w:pPr>
        <w:jc w:val="right"/>
      </w:pPr>
      <w:r>
        <w:t>این ایکسیپشنل بک. یو کین ناٹ فائنڈ اینی ادر بک اف سچ کائنڈ.</w:t>
      </w:r>
    </w:p>
    <w:p>
      <w:r>
        <w:rPr>
          <w:b/>
        </w:rPr>
        <w:t xml:space="preserve">[02:04] </w:t>
      </w:r>
      <w:r>
        <w:t>now,</w:t>
      </w:r>
    </w:p>
    <w:p>
      <w:pPr>
        <w:jc w:val="right"/>
      </w:pPr>
      <w:r>
        <w:t>ناؤ،</w:t>
      </w:r>
    </w:p>
    <w:p>
      <w:r>
        <w:rPr>
          <w:b/>
        </w:rPr>
        <w:t xml:space="preserve">[02:11] </w:t>
      </w:r>
      <w:r>
        <w:t>people don't know except two things regarding quran. present muslims only know two things.</w:t>
      </w:r>
    </w:p>
    <w:p>
      <w:pPr>
        <w:jc w:val="right"/>
      </w:pPr>
      <w:r>
        <w:t>پیپل ڈونٹ نو ایکسیپٹ ٹو تھنگز ریگارڈنگ قرآن. پریزنٹ مسلمز اونلی نو ٹو تھنگز.</w:t>
      </w:r>
    </w:p>
    <w:p>
      <w:r>
        <w:rPr>
          <w:b/>
        </w:rPr>
        <w:t xml:space="preserve">[02:26] </w:t>
      </w:r>
      <w:r>
        <w:t>when they want to study quran or do tilawat or recitation, so first of all they must perform wuzu.</w:t>
      </w:r>
    </w:p>
    <w:p>
      <w:pPr>
        <w:jc w:val="right"/>
      </w:pPr>
      <w:r>
        <w:t>وین دے وانٹ ٹو اسٹڈی قرآن اور ڈو تلاوت اور ریسیٹیشن، سو فرسٹ اف ال دے مسٹ پرفارم وضو۔</w:t>
      </w:r>
    </w:p>
    <w:p>
      <w:r>
        <w:rPr>
          <w:b/>
        </w:rPr>
        <w:t xml:space="preserve">[02:42] </w:t>
      </w:r>
      <w:r>
        <w:t>wuzu. and then the other thing which they know is to recite the quranic verses in correct accent.</w:t>
      </w:r>
    </w:p>
    <w:p>
      <w:pPr>
        <w:jc w:val="right"/>
      </w:pPr>
      <w:r>
        <w:t>وضو۔ اینڈ دین دی ادر تھنگ وچ دے نو از ٹو ریسائیٹ دا قرآنک ورسز ان کریکٹ ایکسنٹ۔</w:t>
      </w:r>
    </w:p>
    <w:p>
      <w:r>
        <w:rPr>
          <w:b/>
        </w:rPr>
        <w:t xml:space="preserve">[02:58] </w:t>
      </w:r>
      <w:r>
        <w:t>with correct accent. that's all. they don't know anything else. and both these things are quite irrelevant</w:t>
      </w:r>
    </w:p>
    <w:p>
      <w:pPr>
        <w:jc w:val="right"/>
      </w:pPr>
      <w:r>
        <w:t>ود کریکٹ ایکسنٹ۔ دیٹس ال۔ دے ڈونٹ نو اینی تھنگ ایلس۔ اینڈ بوتھ دیز تھنگز ار کوائٹ ایریلیونٹ</w:t>
      </w:r>
    </w:p>
    <w:p>
      <w:r>
        <w:rPr>
          <w:b/>
        </w:rPr>
        <w:t xml:space="preserve">[03:15] </w:t>
      </w:r>
      <w:r>
        <w:t>as far the study of quran is concerned.</w:t>
      </w:r>
    </w:p>
    <w:p>
      <w:pPr>
        <w:jc w:val="right"/>
      </w:pPr>
      <w:r>
        <w:t>ایز فار دا اسٹڈی اف قرآن از کنسرن۔</w:t>
      </w:r>
    </w:p>
    <w:p>
      <w:r>
        <w:rPr>
          <w:b/>
        </w:rPr>
        <w:t xml:space="preserve">[03:21] </w:t>
      </w:r>
      <w:r>
        <w:t>there is a false belief that you cannot touch the quran without wuzu. there is no base behind this belief.</w:t>
      </w:r>
    </w:p>
    <w:p>
      <w:pPr>
        <w:jc w:val="right"/>
      </w:pPr>
      <w:r>
        <w:t>دیر از اے فالس بیلیف دیٹ یو کین ناٹ ٹچ دا قرآن وداؤٹ وضو۔ دیر از نو بیس بیہائنڈ دس بیلیف۔</w:t>
      </w:r>
    </w:p>
    <w:p>
      <w:r>
        <w:rPr>
          <w:b/>
        </w:rPr>
        <w:t xml:space="preserve">[03:33] </w:t>
      </w:r>
      <w:r>
        <w:t>only argument they have is derive from this verse: "lamasa illa mutahharun." "lamasa illa mutahharun." only purified</w:t>
      </w:r>
    </w:p>
    <w:p>
      <w:pPr>
        <w:jc w:val="right"/>
      </w:pPr>
      <w:r>
        <w:t>اونلی ارگیومنٹ دے ہیو از ڈرائیو فرام دس ورس: "لایمسہ الا المطہرون۔" "لایمسہ الا المطہرون۔" اونلی پیوریفائیڈ</w:t>
      </w:r>
    </w:p>
    <w:p>
      <w:r>
        <w:rPr>
          <w:b/>
        </w:rPr>
        <w:t xml:space="preserve">[03:54] </w:t>
      </w:r>
      <w:r>
        <w:t>person can touch it.</w:t>
      </w:r>
    </w:p>
    <w:p>
      <w:pPr>
        <w:jc w:val="right"/>
      </w:pPr>
      <w:r>
        <w:t>پرسن کین ٹچ اٹ۔</w:t>
      </w:r>
    </w:p>
    <w:p>
      <w:r>
        <w:rPr>
          <w:b/>
        </w:rPr>
        <w:t xml:space="preserve">[04:00] </w:t>
      </w:r>
      <w:r>
        <w:t>so from this verse, they have derive the principle of wuzu.</w:t>
      </w:r>
    </w:p>
    <w:p>
      <w:pPr>
        <w:jc w:val="right"/>
      </w:pPr>
      <w:r>
        <w:t>سو فرام دس ورس، دے ہیو ڈرائیو دا پرنسپل اف وضو۔</w:t>
      </w:r>
    </w:p>
    <w:p>
      <w:r>
        <w:rPr>
          <w:b/>
        </w:rPr>
        <w:t xml:space="preserve">[04:10] </w:t>
      </w:r>
      <w:r>
        <w:t>although this verse has nothing to do with the wuzu issue. it this verse means that</w:t>
      </w:r>
    </w:p>
    <w:p>
      <w:pPr>
        <w:jc w:val="right"/>
      </w:pPr>
      <w:r>
        <w:t>الدو دس ورس ہیز نتھنگ ٹو ڈو ود دی وضو ایشو۔ اٹ دس ورس مینز دیٹ</w:t>
      </w:r>
    </w:p>
    <w:p>
      <w:r>
        <w:rPr>
          <w:b/>
        </w:rPr>
        <w:t xml:space="preserve">[04:23] </w:t>
      </w:r>
      <w:r>
        <w:t>that only purified soul can reach to the deep meaning of the quran.</w:t>
      </w:r>
    </w:p>
    <w:p>
      <w:pPr>
        <w:jc w:val="right"/>
      </w:pPr>
      <w:r>
        <w:t>دیٹ اونلی پیوریفائیڈ سول کین ریچ ٹو دا ڈیپ میننگ اف دا قرآن۔</w:t>
      </w:r>
    </w:p>
    <w:p>
      <w:r>
        <w:rPr>
          <w:b/>
        </w:rPr>
        <w:t xml:space="preserve">[04:36] </w:t>
      </w:r>
      <w:r>
        <w:t>only purified soul can reach to the deeper meaning of the quran.</w:t>
      </w:r>
    </w:p>
    <w:p>
      <w:pPr>
        <w:jc w:val="right"/>
      </w:pPr>
      <w:r>
        <w:t>اونلی پیوریفائیڈ سول کین ریچ ٹو دا ڈیپر میننگ اف دا قرآن۔</w:t>
      </w:r>
    </w:p>
    <w:p>
      <w:r>
        <w:rPr>
          <w:b/>
        </w:rPr>
        <w:t xml:space="preserve">[04:46] </w:t>
      </w:r>
      <w:r>
        <w:t>there is the real sense of this verse. and you can see imam raghib, he has</w:t>
      </w:r>
    </w:p>
    <w:p>
      <w:pPr>
        <w:jc w:val="right"/>
      </w:pPr>
      <w:r>
        <w:t>دیر از دا ریل سینس اف دس ورس۔ اینڈ یو کین سی امام راغب، ہی ہیز</w:t>
      </w:r>
    </w:p>
    <w:p>
      <w:r>
        <w:rPr>
          <w:b/>
        </w:rPr>
        <w:t xml:space="preserve">[05:01] </w:t>
      </w:r>
      <w:r>
        <w:t>described the same meaning in his book "al-mufradat".</w:t>
      </w:r>
    </w:p>
    <w:p>
      <w:pPr>
        <w:jc w:val="right"/>
      </w:pPr>
      <w:r>
        <w:t>ڈسکرائب دا سیم میننگ ان ہز بک "المفردات"۔</w:t>
      </w:r>
    </w:p>
    <w:p>
      <w:r>
        <w:rPr>
          <w:b/>
        </w:rPr>
        <w:t xml:space="preserve">[05:10] </w:t>
      </w:r>
      <w:r>
        <w:t>now,</w:t>
      </w:r>
    </w:p>
    <w:p>
      <w:pPr>
        <w:jc w:val="right"/>
      </w:pPr>
      <w:r>
        <w:t>ناؤ،</w:t>
      </w:r>
    </w:p>
    <w:p>
      <w:r>
        <w:rPr>
          <w:b/>
        </w:rPr>
        <w:t xml:space="preserve">[05:14] </w:t>
      </w:r>
      <w:r>
        <w:t>people generally do wuzu and then they start recitation.</w:t>
      </w:r>
    </w:p>
    <w:p>
      <w:pPr>
        <w:jc w:val="right"/>
      </w:pPr>
      <w:r>
        <w:t>پیپل جنرلی ڈو وضو اینڈ دین دے سٹارٹ ریسیٹیشن۔</w:t>
      </w:r>
    </w:p>
    <w:p>
      <w:r>
        <w:rPr>
          <w:b/>
        </w:rPr>
        <w:t xml:space="preserve">[05:25] </w:t>
      </w:r>
      <w:r>
        <w:t>and the most important thing, and they neglect the most important condition that is purification.</w:t>
      </w:r>
    </w:p>
    <w:p>
      <w:pPr>
        <w:jc w:val="right"/>
      </w:pPr>
      <w:r>
        <w:t>اینڈ دا موسٹ امپورٹنٹ تھنگ، اینڈ دے نگلیکٹ دا موسٹ امپورٹنٹ کنڈیشن دیٹ از پیوریفیکیشن۔</w:t>
      </w:r>
    </w:p>
    <w:p>
      <w:r>
        <w:rPr>
          <w:b/>
        </w:rPr>
        <w:t xml:space="preserve">[05:36] </w:t>
      </w:r>
      <w:r>
        <w:t>what is purification? it means that you have to read Quran. you have to study Quran with a purified soul, with a clearer thinking, with an open mind, with objective mind, with the presence of mind.</w:t>
      </w:r>
    </w:p>
    <w:p>
      <w:pPr>
        <w:jc w:val="right"/>
      </w:pPr>
      <w:r>
        <w:t>واٹ از پیوریفیکیشن؟ اٹ مینز دیٹ یو ہیو ٹو ریڈ قرآن۔ یو ہیو ٹو اسٹڈی قرآن ود اے پیوریفائیڈ سول، ود اے کلیئرر تھنکنگ، ود اے اوپن مائنڈ، ود ابجیکٹو مائنڈ، ود دی پریزنس اف مائنڈ۔</w:t>
      </w:r>
    </w:p>
    <w:p>
      <w:r>
        <w:rPr>
          <w:b/>
        </w:rPr>
        <w:t xml:space="preserve">[06:04] </w:t>
      </w:r>
      <w:r>
        <w:t>so you have to be re. you have to read Quran with you to read Quran as a seeker, as a true student, without negative thought, without revenge,</w:t>
      </w:r>
    </w:p>
    <w:p>
      <w:pPr>
        <w:jc w:val="right"/>
      </w:pPr>
      <w:r>
        <w:t>سو یو ہیو ٹو بی ری۔ یو ہیو ٹو ریڈ قرآن ود یو ٹو ریڈ قرآن ایز ا سیکر، ایز ا ٹرو سٹوڈنٹ، وداؤٹ نیگیٹیو تھاٹ، وداؤٹ ریونج،</w:t>
      </w:r>
    </w:p>
    <w:p>
      <w:r>
        <w:rPr>
          <w:b/>
        </w:rPr>
        <w:t xml:space="preserve">[06:23] </w:t>
      </w:r>
      <w:r>
        <w:t>without all those things that are obstacle to understand the true meaning of the Quran.</w:t>
      </w:r>
    </w:p>
    <w:p>
      <w:pPr>
        <w:jc w:val="right"/>
      </w:pPr>
      <w:r>
        <w:t>وداؤٹ ال دوز تھنگز دیٹ ار ابسٹیکل ٹو انڈرسٹینڈ دا ٹرو میننگ اف دا قرآن۔</w:t>
      </w:r>
    </w:p>
    <w:p>
      <w:r>
        <w:rPr>
          <w:b/>
        </w:rPr>
        <w:t xml:space="preserve">[06:37] </w:t>
      </w:r>
      <w:r>
        <w:t>so here purify means all these things. but people perform wuzu and they take it.</w:t>
      </w:r>
    </w:p>
    <w:p>
      <w:pPr>
        <w:jc w:val="right"/>
      </w:pPr>
      <w:r>
        <w:t>سو ہیر پیوریفائی مینز ال دیز تھنگز۔ بٹ پیپل پرفارم وضو اینڈ دے ٹیک اٹ۔</w:t>
      </w:r>
    </w:p>
    <w:p>
      <w:r>
        <w:rPr>
          <w:b/>
        </w:rPr>
        <w:t xml:space="preserve">[06:50] </w:t>
      </w:r>
      <w:r>
        <w:t>they believe that they have fulfill the condition. then they</w:t>
      </w:r>
    </w:p>
    <w:p>
      <w:pPr>
        <w:jc w:val="right"/>
      </w:pPr>
      <w:r>
        <w:t>دے بیلیو دیٹ دے ہیو فلفل دا کنڈیشن۔ دین دے</w:t>
      </w:r>
    </w:p>
    <w:p>
      <w:r>
        <w:rPr>
          <w:b/>
        </w:rPr>
        <w:t xml:space="preserve">[07:03] </w:t>
      </w:r>
      <w:r>
        <w:t>learn the Arabic accent of those verse of the Quran. it is good, but it is not.</w:t>
      </w:r>
    </w:p>
    <w:p>
      <w:pPr>
        <w:jc w:val="right"/>
      </w:pPr>
      <w:r>
        <w:t>لرن دی عربک ایکسنٹ اف دوز ورس اف دا قرآن۔ اٹ از گڈ، بٹ اٹ از ناٹ۔</w:t>
      </w:r>
    </w:p>
    <w:p>
      <w:r>
        <w:rPr>
          <w:b/>
        </w:rPr>
        <w:t xml:space="preserve">[07:15] </w:t>
      </w:r>
      <w:r>
        <w:t>it is not. it is not the. it is not the condition of understanding the Quran.</w:t>
      </w:r>
    </w:p>
    <w:p>
      <w:pPr>
        <w:jc w:val="right"/>
      </w:pPr>
      <w:r>
        <w:t>اٹ از ناٹ۔ اٹ از ناٹ دا۔ اٹ از ناٹ دا کنڈیشن اف انڈرسٹینڈنگ دا قرآن۔</w:t>
      </w:r>
    </w:p>
    <w:p>
      <w:r>
        <w:rPr>
          <w:b/>
        </w:rPr>
        <w:t xml:space="preserve">[07:27] </w:t>
      </w:r>
      <w:r>
        <w:t>if you recite Quran with correct accent, correct Arabic accent, then it is good.</w:t>
      </w:r>
    </w:p>
    <w:p>
      <w:pPr>
        <w:jc w:val="right"/>
      </w:pPr>
      <w:r>
        <w:t>اف یو ریسائیٹ قرآن ود کریکٹ ایکسنٹ، کریکٹ عربک ایکسنٹ، دین اٹ از گڈ۔</w:t>
      </w:r>
    </w:p>
    <w:p>
      <w:r>
        <w:rPr>
          <w:b/>
        </w:rPr>
        <w:t xml:space="preserve">[07:37] </w:t>
      </w:r>
      <w:r>
        <w:t>but it is not good to believe that this is the only thing that is required regarding the Quranic recitation.</w:t>
      </w:r>
    </w:p>
    <w:p>
      <w:pPr>
        <w:jc w:val="right"/>
      </w:pPr>
      <w:r>
        <w:t>بٹ اٹ از ناٹ گڈ ٹو بیلیو دیٹ دس از دا اونلی تھنگ دیٹ از ریکوائرڈ ریگارڈنگ دا قرآنک ریسیٹیشن۔</w:t>
      </w:r>
    </w:p>
    <w:p>
      <w:r>
        <w:rPr>
          <w:b/>
        </w:rPr>
        <w:t xml:space="preserve">[07:49] </w:t>
      </w:r>
      <w:r>
        <w:t>no, the most important thing is to purify your mind, to purify your soul, to purify your heart, so that you may understand the meaning of the Quran.</w:t>
      </w:r>
    </w:p>
    <w:p>
      <w:pPr>
        <w:jc w:val="right"/>
      </w:pPr>
      <w:r>
        <w:t>نو، دا موسٹ امپورٹنٹ تھنگ از ٹو پیوریفائی یور مائنڈ، ٹو پیوریفائی یور سول، ٹو پیوریفائی یور ہارٹ، سو دیٹ یو می انڈرسٹینڈ دا میننگ اف دا قرآن۔</w:t>
      </w:r>
    </w:p>
    <w:p>
      <w:r>
        <w:rPr>
          <w:b/>
        </w:rPr>
        <w:t xml:space="preserve">[08:05] </w:t>
      </w:r>
      <w:r>
        <w:t>so that you may reach to the deeper meaning of the Quran.</w:t>
      </w:r>
    </w:p>
    <w:p>
      <w:pPr>
        <w:jc w:val="right"/>
      </w:pPr>
      <w:r>
        <w:t>سو دیٹ یو می ریچ ٹو دا ڈیپر میننگ اف دا قرآن۔</w:t>
      </w:r>
    </w:p>
    <w:p>
      <w:r>
        <w:rPr>
          <w:b/>
        </w:rPr>
        <w:t xml:space="preserve">[08:15] </w:t>
      </w:r>
      <w:r>
        <w:t>then</w:t>
      </w:r>
    </w:p>
    <w:p>
      <w:pPr>
        <w:jc w:val="right"/>
      </w:pPr>
      <w:r>
        <w:t>دین</w:t>
      </w:r>
    </w:p>
    <w:p>
      <w:r>
        <w:rPr>
          <w:b/>
        </w:rPr>
        <w:t xml:space="preserve">[08:18] </w:t>
      </w:r>
      <w:r>
        <w:t>a western scholar has observing that Quran is</w:t>
      </w:r>
    </w:p>
    <w:p>
      <w:pPr>
        <w:jc w:val="right"/>
      </w:pPr>
      <w:r>
        <w:t>ا ویسٹرن سکالر ہیز ابزرونگ دیٹ قرآن از</w:t>
      </w:r>
    </w:p>
    <w:p>
      <w:r>
        <w:rPr>
          <w:b/>
        </w:rPr>
        <w:t xml:space="preserve">[08:27] </w:t>
      </w:r>
      <w:r>
        <w:t>a book which is. this western scholar has compared Quran with the Bible and other religious books.</w:t>
      </w:r>
    </w:p>
    <w:p>
      <w:pPr>
        <w:jc w:val="right"/>
      </w:pPr>
      <w:r>
        <w:t>ا بک وچ از۔ دس ویسٹرن سکالر ہیز کمپیرڈ قرآن ود دا بائبل اینڈ ادر ریلیجس بکس۔</w:t>
      </w:r>
    </w:p>
    <w:p>
      <w:r>
        <w:rPr>
          <w:b/>
        </w:rPr>
        <w:t xml:space="preserve">[08:38] </w:t>
      </w:r>
      <w:r>
        <w:t>he says that other books like Bible are written in symmetrical sense. you can find order in those books.</w:t>
      </w:r>
    </w:p>
    <w:p>
      <w:pPr>
        <w:jc w:val="right"/>
      </w:pPr>
      <w:r>
        <w:t>ہی سیز دیٹ ادر بکس لائک بائبل ار رٹن ان سمٹرکل سینس۔ یو کین فائنڈ ارڈر ان دوز بکس۔</w:t>
      </w:r>
    </w:p>
    <w:p>
      <w:r>
        <w:rPr>
          <w:b/>
        </w:rPr>
        <w:t xml:space="preserve">[08:49] </w:t>
      </w:r>
      <w:r>
        <w:t>you can read these books fluently. but Quran is not written in that manner. in Quran there are fragmentary statements.</w:t>
      </w:r>
    </w:p>
    <w:p>
      <w:pPr>
        <w:jc w:val="right"/>
      </w:pPr>
      <w:r>
        <w:t>یو کین ریڈ دیز بکس فلوئنٹلی۔ بٹ قرآن از ناٹ رٹن ان دیٹ مینر۔ ان قرآن دیر ار فریگمنٹری سٹیٹمنٹس۔</w:t>
      </w:r>
    </w:p>
    <w:p>
      <w:r>
        <w:rPr>
          <w:b/>
        </w:rPr>
        <w:t xml:space="preserve">[09:04] </w:t>
      </w:r>
      <w:r>
        <w:t>Quran is a compilation of fragmentary statements. so according to him, this I think that this is not.</w:t>
      </w:r>
    </w:p>
    <w:p>
      <w:pPr>
        <w:jc w:val="right"/>
      </w:pPr>
      <w:r>
        <w:t>قرآن از ا کمپائلیشن اف فریگمنٹری سٹیٹمنٹس۔ سو اکارڈنگ ٹو ہم، دس ائی تھنک دیٹ دس از ناٹ۔</w:t>
      </w:r>
    </w:p>
    <w:p>
      <w:r>
        <w:rPr>
          <w:b/>
        </w:rPr>
        <w:t xml:space="preserve">[09:16] </w:t>
      </w:r>
      <w:r>
        <w:t>this remark is not not wrong. this observation is not wrong. but it is not the negative.</w:t>
      </w:r>
    </w:p>
    <w:p>
      <w:pPr>
        <w:jc w:val="right"/>
      </w:pPr>
      <w:r>
        <w:t>دس ریمارک از ناٹ ناٹ رونگ۔ دس ابزرویشن از ناٹ رونگ۔ بٹ اٹ از ناٹ دا نیگیٹیو۔</w:t>
      </w:r>
    </w:p>
    <w:p>
      <w:r>
        <w:rPr>
          <w:b/>
        </w:rPr>
        <w:t xml:space="preserve">[09:26] </w:t>
      </w:r>
      <w:r>
        <w:t>it is not a minus point of the Quran. it is plus point of the Quran. why? Quran is not a book of history.</w:t>
      </w:r>
    </w:p>
    <w:p>
      <w:pPr>
        <w:jc w:val="right"/>
      </w:pPr>
      <w:r>
        <w:t>اٹ از ناٹ ا مائنس پوائنٹ اف دا قرآن۔ اٹ از پلس پوائنٹ اف دا قرآن۔ وائی؟ قرآن از ناٹ ا بک اف ہسٹری۔</w:t>
      </w:r>
    </w:p>
    <w:p>
      <w:r>
        <w:rPr>
          <w:b/>
        </w:rPr>
        <w:t xml:space="preserve">[09:40] </w:t>
      </w:r>
      <w:r>
        <w:t>no, Quran is a book of da'wah. da'wah. Quran is a book of mission. Quran wants to liberalize your mind.</w:t>
      </w:r>
    </w:p>
    <w:p>
      <w:pPr>
        <w:jc w:val="right"/>
      </w:pPr>
      <w:r>
        <w:t>نو، قرآن از ا بک اف دعویٰ۔ دعویٰ۔ قرآن از ا بک اف مشن۔ قرآن وانٹس ٹو لیوریسائز یور مائنڈ۔</w:t>
      </w:r>
    </w:p>
    <w:p>
      <w:r>
        <w:rPr>
          <w:b/>
        </w:rPr>
        <w:t xml:space="preserve">[09:54] </w:t>
      </w:r>
      <w:r>
        <w:t>to change your thinking. this kind of book can not be compiled in the on in that pattern which is popular among philosophers, among historians, among scientists.</w:t>
      </w:r>
    </w:p>
    <w:p>
      <w:pPr>
        <w:jc w:val="right"/>
      </w:pPr>
      <w:r>
        <w:t>ٹو چینج یور تھنکنگ۔ دس کائنڈ اف بک کین ناٹ بی کمپائلڈ ان دا ان دیٹ پیٹرن وچ از پاپولر امنگ فلاسفرز، امنگ ہسٹورینز، امنگ سائنٹسٹ۔</w:t>
      </w:r>
    </w:p>
    <w:p>
      <w:r>
        <w:rPr>
          <w:b/>
        </w:rPr>
        <w:t xml:space="preserve">[10:10] </w:t>
      </w:r>
      <w:r>
        <w:t>no, that pattern will not be good for a book that is.</w:t>
      </w:r>
    </w:p>
    <w:p>
      <w:pPr>
        <w:jc w:val="right"/>
      </w:pPr>
      <w:r>
        <w:t>نو، دیٹ پیٹرن ول ناٹ بی گڈ فار ا بک دیٹ از۔</w:t>
      </w:r>
    </w:p>
    <w:p>
      <w:r>
        <w:rPr>
          <w:b/>
        </w:rPr>
        <w:t xml:space="preserve">[10:21] </w:t>
      </w:r>
      <w:r>
        <w:t>that is book of da'wah. that is book of mission. now, when you read, when you go through the Quran, when you start study the Quran, you will find that in every chapter, even in every line, in every line,</w:t>
      </w:r>
    </w:p>
    <w:p>
      <w:pPr>
        <w:jc w:val="right"/>
      </w:pPr>
      <w:r>
        <w:t>دیٹ از بک اف دعویٰ۔ دیٹ از بک اف مشن۔ ناؤ، وین یو ریڈ، وین یو گو تھرو دا قرآن، وین یو سٹارٹ اسٹڈی دا قرآن، یو ویل فائنڈ دیٹ ان ایوری چیپٹر، ایون ان ایوری لائن، ان ایوری لائن،</w:t>
      </w:r>
    </w:p>
    <w:p>
      <w:r>
        <w:rPr>
          <w:b/>
        </w:rPr>
        <w:t xml:space="preserve">[10:45] </w:t>
      </w:r>
      <w:r>
        <w:t>There are lessons. It doesn't need to complete the book. Then you find the true message of the Quran.</w:t>
      </w:r>
    </w:p>
    <w:p>
      <w:pPr>
        <w:jc w:val="right"/>
      </w:pPr>
      <w:r>
        <w:t>دیر ار لیسنز۔ اٹ ڈزنٹ نیڈ ٹو کمپلیٹ دا بک۔ دین یو فائنڈ دا ٹرو میسج اف دا قرآن۔</w:t>
      </w:r>
    </w:p>
    <w:p>
      <w:r>
        <w:rPr>
          <w:b/>
        </w:rPr>
        <w:t xml:space="preserve">[10:56] </w:t>
      </w:r>
      <w:r>
        <w:t>no, in every chapter you will find the lessons. in every chapter and even in every line, you can find a lesson for your life.</w:t>
      </w:r>
    </w:p>
    <w:p>
      <w:pPr>
        <w:jc w:val="right"/>
      </w:pPr>
      <w:r>
        <w:t>نو، ان ایوری چیپٹر یو ویل فائنڈ دا لیسنز۔ ان ایوری چیپٹر اینڈ ایون ان ایوری لائن، یو کین فائنڈ ا لیسن فار یور لائف۔</w:t>
      </w:r>
    </w:p>
    <w:p>
      <w:r>
        <w:rPr>
          <w:b/>
        </w:rPr>
        <w:t xml:space="preserve">[11:08] </w:t>
      </w:r>
      <w:r>
        <w:t>here i would like to give an example. you know,</w:t>
      </w:r>
    </w:p>
    <w:p>
      <w:pPr>
        <w:jc w:val="right"/>
      </w:pPr>
      <w:r>
        <w:t>ہیر ائی وڈ لائک ٹو گیو این ایگزامپل۔ یو نو،</w:t>
      </w:r>
    </w:p>
    <w:p>
      <w:r>
        <w:rPr>
          <w:b/>
        </w:rPr>
        <w:t xml:space="preserve">[11:15] </w:t>
      </w:r>
      <w:r>
        <w:t>labid bin rabia was a companion. in fact, he was a.</w:t>
      </w:r>
    </w:p>
    <w:p>
      <w:pPr>
        <w:jc w:val="right"/>
      </w:pPr>
      <w:r>
        <w:t>لبید بن ربیعہ واز ا کمپینین۔ ان فیکٹ، ہی واز ا۔</w:t>
      </w:r>
    </w:p>
    <w:p>
      <w:r>
        <w:rPr>
          <w:b/>
        </w:rPr>
        <w:t xml:space="preserve">[11:23] </w:t>
      </w:r>
      <w:r>
        <w:t>he was a poet, great poet of ancient arabia. he was among those seven poets, seven, that are called saba muallaqa.</w:t>
      </w:r>
    </w:p>
    <w:p>
      <w:pPr>
        <w:jc w:val="right"/>
      </w:pPr>
      <w:r>
        <w:t>ہی واز ا پوئٹ، گریٹ پوئٹ اف اینشینٹ عربیہ۔ ہی واز امنگ دوز سیون پوئٹس، سیون، دیٹ ار کالڈ صبا معلقہ۔</w:t>
      </w:r>
    </w:p>
    <w:p>
      <w:r>
        <w:rPr>
          <w:b/>
        </w:rPr>
        <w:t xml:space="preserve">[11:40] </w:t>
      </w:r>
      <w:r>
        <w:t>saba muallaqa. seven poets were regarded as the greatest in the ancient arabia.</w:t>
      </w:r>
    </w:p>
    <w:p>
      <w:pPr>
        <w:jc w:val="right"/>
      </w:pPr>
      <w:r>
        <w:t>صبا معلقہ۔ سیون پوئٹس وار ریگارڈڈ ایز دا گریٹسٹ ان دا اینشینٹ عربیہ۔</w:t>
      </w:r>
    </w:p>
    <w:p>
      <w:r>
        <w:rPr>
          <w:b/>
        </w:rPr>
        <w:t xml:space="preserve">[11:49] </w:t>
      </w:r>
      <w:r>
        <w:t>so he was one of that seven poets. so he read the quran.</w:t>
      </w:r>
    </w:p>
    <w:p>
      <w:pPr>
        <w:jc w:val="right"/>
      </w:pPr>
      <w:r>
        <w:t>سو ہی واز ون اف دیٹ سیون پوئٹس۔ سو ہی ریڈ دا قرآن۔</w:t>
      </w:r>
    </w:p>
    <w:p>
      <w:r>
        <w:rPr>
          <w:b/>
        </w:rPr>
        <w:t xml:space="preserve">[11:59] </w:t>
      </w:r>
      <w:r>
        <w:t>he listen the quran and he accepted islam. and then he abandoned poetry.</w:t>
      </w:r>
    </w:p>
    <w:p>
      <w:pPr>
        <w:jc w:val="right"/>
      </w:pPr>
      <w:r>
        <w:t>ہی لسن دا قرآن اینڈ ہی ایکسیپٹڈ اسلام۔ اینڈ دین ہی ابینڈنڈ پوئٹری۔</w:t>
      </w:r>
    </w:p>
    <w:p>
      <w:r>
        <w:rPr>
          <w:b/>
        </w:rPr>
        <w:t xml:space="preserve">[12:10] </w:t>
      </w:r>
      <w:r>
        <w:t>abandoned the poetry. abandoned the writing poem. so someone asked him, why you abandoned?</w:t>
      </w:r>
    </w:p>
    <w:p>
      <w:pPr>
        <w:jc w:val="right"/>
      </w:pPr>
      <w:r>
        <w:t>ابینڈنڈ دا پوئٹری۔ ابینڈنڈ دا رائٹنگ پوئم۔ سو سم ون اسکڈ ہم، وائی یو ابینڈنڈ؟</w:t>
      </w:r>
    </w:p>
    <w:p>
      <w:r>
        <w:rPr>
          <w:b/>
        </w:rPr>
        <w:t xml:space="preserve">[12:24] </w:t>
      </w:r>
      <w:r>
        <w:t>now, you are not. now, you are not writing any poem. so why you abandoned poetry? he said, abad al quran.</w:t>
      </w:r>
    </w:p>
    <w:p>
      <w:pPr>
        <w:jc w:val="right"/>
      </w:pPr>
      <w:r>
        <w:t>ناو، یو ار ناٹ۔ ناو، یو ار ناٹ رائٹنگ اینی پوئم۔ سو وائی یو ابینڈنڈ پوئٹری؟ ہی سیڈ، اباد القرآن۔</w:t>
      </w:r>
    </w:p>
    <w:p>
      <w:r>
        <w:rPr>
          <w:b/>
        </w:rPr>
        <w:t xml:space="preserve">[12:35] </w:t>
      </w:r>
      <w:r>
        <w:t>labid ibn rabia said, abad al quran. what?</w:t>
      </w:r>
    </w:p>
    <w:p>
      <w:pPr>
        <w:jc w:val="right"/>
      </w:pPr>
      <w:r>
        <w:t>لبید ابن ربیعہ سیڈ، اباد القرآن۔ واٹ؟</w:t>
      </w:r>
    </w:p>
    <w:p>
      <w:r>
        <w:rPr>
          <w:b/>
        </w:rPr>
        <w:t xml:space="preserve">[12:43] </w:t>
      </w:r>
      <w:r>
        <w:t>after the, after the quran.</w:t>
      </w:r>
    </w:p>
    <w:p>
      <w:pPr>
        <w:jc w:val="right"/>
      </w:pPr>
      <w:r>
        <w:t>افٹر دی، افٹر دی قرآن۔</w:t>
      </w:r>
    </w:p>
    <w:p>
      <w:r>
        <w:rPr>
          <w:b/>
        </w:rPr>
        <w:t xml:space="preserve">[12:48] </w:t>
      </w:r>
      <w:r>
        <w:t>what? after the Quran. Now, here you cannot. You cannot understand this.</w:t>
      </w:r>
    </w:p>
    <w:p>
      <w:pPr>
        <w:jc w:val="right"/>
      </w:pPr>
      <w:r>
        <w:t>واٹ؟ افٹر دی قرآن۔ ناو، ہیر یو کین ناٹ۔ یو کین ناٹ انڈرسٹینڈ دس۔</w:t>
      </w:r>
    </w:p>
    <w:p>
      <w:r>
        <w:rPr>
          <w:b/>
        </w:rPr>
        <w:t xml:space="preserve">[12:57] </w:t>
      </w:r>
      <w:r>
        <w:t>this. this remark, except you add another historical fact. when he said, when labid bin rabia said, at that time, quran was not present in such form which we have at present in our selves.</w:t>
      </w:r>
    </w:p>
    <w:p>
      <w:pPr>
        <w:jc w:val="right"/>
      </w:pPr>
      <w:r>
        <w:t>دس۔ دس ریمارک، ایکسیپٹ یو ایڈ انادر ہسٹوریکل فیکٹ۔ وین ہی سیڈ، وین لبید بن ربیعہ سیڈ، ایٹ دیٹ ٹائم، قرآن واز ناٹ پریزنٹ ان سچ فارم وچ وی ہیو ایٹ پریزنٹ ان اور سیلفس۔</w:t>
      </w:r>
    </w:p>
    <w:p>
      <w:r>
        <w:rPr>
          <w:b/>
        </w:rPr>
        <w:t xml:space="preserve">[13:19] </w:t>
      </w:r>
      <w:r>
        <w:t>at that time, quran was revealed. only part of the quran was revealed, not the whole quran.</w:t>
      </w:r>
    </w:p>
    <w:p>
      <w:pPr>
        <w:jc w:val="right"/>
      </w:pPr>
      <w:r>
        <w:t>ایٹ دیٹ ٹائم، قرآن واز ریویلڈ۔ اونلی پارٹ اف دا قرآن واز ریویلڈ، ناٹ دا ہول قرآن۔</w:t>
      </w:r>
    </w:p>
    <w:p>
      <w:r>
        <w:rPr>
          <w:b/>
        </w:rPr>
        <w:t xml:space="preserve">[13:30] </w:t>
      </w:r>
      <w:r>
        <w:t>at that time, only some pages or some parts of the quran were available. because quran at that time, the revelation was not completed.</w:t>
      </w:r>
    </w:p>
    <w:p>
      <w:pPr>
        <w:jc w:val="right"/>
      </w:pPr>
      <w:r>
        <w:t>ایٹ دیٹ ٹائم، اونلی سم پیجز اور سم پارٹس اف دا قرآن ویر اویلیبل۔ بیکاز قرآن ایٹ دیٹ ٹائم، دا ریویلیشن واز ناٹ کمپلیٹڈ۔</w:t>
      </w:r>
    </w:p>
    <w:p>
      <w:r>
        <w:rPr>
          <w:b/>
        </w:rPr>
        <w:t xml:space="preserve">[13:48] </w:t>
      </w:r>
      <w:r>
        <w:t>so here you can see that only some pages of the quran proved was so powerful for labid bin rabia that these pages change the course of his life.</w:t>
      </w:r>
    </w:p>
    <w:p>
      <w:pPr>
        <w:jc w:val="right"/>
      </w:pPr>
      <w:r>
        <w:t>سو ہیر یو کین سی دیٹ اونلی سم پیجز اف دا قرآن پروفڈ واز سو پاورفل فار لبید بن ربیعہ دیٹ دیز پیجز چینج دا کورس اف ہز لائف۔</w:t>
      </w:r>
    </w:p>
    <w:p>
      <w:r>
        <w:rPr>
          <w:b/>
        </w:rPr>
        <w:t xml:space="preserve">[14:04] </w:t>
      </w:r>
      <w:r>
        <w:t>these pages were able to change his mind.</w:t>
      </w:r>
    </w:p>
    <w:p>
      <w:pPr>
        <w:jc w:val="right"/>
      </w:pPr>
      <w:r>
        <w:t>دیز پیجز ویر ایبل ٹو چینج ہز مائنڈ۔</w:t>
      </w:r>
    </w:p>
    <w:p>
      <w:r>
        <w:rPr>
          <w:b/>
        </w:rPr>
        <w:t xml:space="preserve">[14:13] </w:t>
      </w:r>
      <w:r>
        <w:t>he never at that time present quran was not available. at that time, when he accepted islam and said like this, at that time,</w:t>
      </w:r>
    </w:p>
    <w:p>
      <w:pPr>
        <w:jc w:val="right"/>
      </w:pPr>
      <w:r>
        <w:t>ہی نیور ایٹ دیٹ ٹائم پریزنٹ قرآن واز ناٹ اویلیبل۔ ایٹ دیٹ ٹائم، وین ہی ایکسیپٹڈ اسلام اینڈ سیڈ لائک دس، ایٹ دیٹ ٹائم،</w:t>
      </w:r>
    </w:p>
    <w:p>
      <w:r>
        <w:rPr>
          <w:b/>
        </w:rPr>
        <w:t xml:space="preserve">[14:27] </w:t>
      </w:r>
      <w:r>
        <w:t>the complete quran, complete wasf was not available because is not revealed. only some portions of the quran were revealed at that time.</w:t>
      </w:r>
    </w:p>
    <w:p>
      <w:pPr>
        <w:jc w:val="right"/>
      </w:pPr>
      <w:r>
        <w:t>دا کمپلیٹ قرآن، کمپلیٹ وصف واز ناٹ اویلیبل بیکاز از ناٹ ریویلڈ۔ اونلی سم پورشنز اف دا قرآن ویر ریویلڈ ایٹ دیٹ ٹائم۔</w:t>
      </w:r>
    </w:p>
    <w:p>
      <w:r>
        <w:rPr>
          <w:b/>
        </w:rPr>
        <w:t xml:space="preserve">[14:40] </w:t>
      </w:r>
      <w:r>
        <w:t>even then, he was so impressed. those few pages revolutionise her mind.</w:t>
      </w:r>
    </w:p>
    <w:p>
      <w:pPr>
        <w:jc w:val="right"/>
      </w:pPr>
      <w:r>
        <w:t>ایون دین، ہی واز سو امپریسڈ۔ دوز فیو پیجز ریولیشنائز ہر مائنڈ۔</w:t>
      </w:r>
    </w:p>
    <w:p>
      <w:r>
        <w:rPr>
          <w:b/>
        </w:rPr>
        <w:t xml:space="preserve">[14:56] </w:t>
      </w:r>
      <w:r>
        <w:t>and he decided</w:t>
      </w:r>
    </w:p>
    <w:p>
      <w:pPr>
        <w:jc w:val="right"/>
      </w:pPr>
      <w:r>
        <w:t>اینڈ ہی ڈیسائیڈڈ</w:t>
      </w:r>
    </w:p>
    <w:p>
      <w:r>
        <w:rPr>
          <w:b/>
        </w:rPr>
        <w:t xml:space="preserve">[15:02] </w:t>
      </w:r>
      <w:r>
        <w:t>not to. not to write poems. then he became a daee.</w:t>
      </w:r>
    </w:p>
    <w:p>
      <w:pPr>
        <w:jc w:val="right"/>
      </w:pPr>
      <w:r>
        <w:t>ناٹ ٹو۔ ناٹ ٹو رائٹ پوئمز۔ دین ہی بیکم ا داعی۔</w:t>
      </w:r>
    </w:p>
    <w:p>
      <w:r>
        <w:rPr>
          <w:b/>
        </w:rPr>
        <w:t xml:space="preserve">[15:12] </w:t>
      </w:r>
      <w:r>
        <w:t>daee of the quran. became a messenger of the quran. so by this event, you can understand that the style of the quran is very very important.</w:t>
      </w:r>
    </w:p>
    <w:p>
      <w:pPr>
        <w:jc w:val="right"/>
      </w:pPr>
      <w:r>
        <w:t>داعی اف دا قرآن۔ بیکم ا میسنجر اف دا قرآن۔ سو بائی دس ایونٹ، یو کین انڈرسٹینڈ دیٹ دا اسٹائل اف دا قرآن از ویری ویری امپورٹنٹ۔</w:t>
      </w:r>
    </w:p>
    <w:p>
      <w:r>
        <w:rPr>
          <w:b/>
        </w:rPr>
        <w:t xml:space="preserve">[15:30] </w:t>
      </w:r>
      <w:r>
        <w:t>it is not accidentally. it is not accidental. the present style of the quran is not accidental. it is intentionally adopted by god almighty.</w:t>
      </w:r>
    </w:p>
    <w:p>
      <w:pPr>
        <w:jc w:val="right"/>
      </w:pPr>
      <w:r>
        <w:t>اٹ از ناٹ ایکسیڈنٹلی۔ اٹ از ناٹ ایکسیڈنٹل۔ دا پریزنٹ اسٹائل اف دا قرآن از ناٹ ایکسیڈنٹل۔ اٹ از انٹینشنلی اڈاپٹڈ بائی گاڈ المائٹی۔</w:t>
      </w:r>
    </w:p>
    <w:p>
      <w:r>
        <w:rPr>
          <w:b/>
        </w:rPr>
        <w:t xml:space="preserve">[15:45] </w:t>
      </w:r>
      <w:r>
        <w:t>god wants that even if a single page, even if you read a single page, you find the message of the quran.</w:t>
      </w:r>
    </w:p>
    <w:p>
      <w:pPr>
        <w:jc w:val="right"/>
      </w:pPr>
      <w:r>
        <w:t>گاڈ وانٹس دیٹ ایون اف ا سنگل پیج، ایون اف یو ریڈ ا سنگل پیج، یو فائنڈ دا میسج اف دا قرآن۔</w:t>
      </w:r>
    </w:p>
    <w:p>
      <w:r>
        <w:rPr>
          <w:b/>
        </w:rPr>
        <w:t xml:space="preserve">[15:57] </w:t>
      </w:r>
      <w:r>
        <w:t>it doesn't need to read the whole quran. no, god almighty wants that if you.</w:t>
      </w:r>
    </w:p>
    <w:p>
      <w:pPr>
        <w:jc w:val="right"/>
      </w:pPr>
      <w:r>
        <w:t>اٹ ڈزنٹ نیڈ ٹو ریڈ دا ہول قرآن۔ نو، گاڈ المائٹی وانٹس دیٹ اف یو۔</w:t>
      </w:r>
    </w:p>
    <w:p>
      <w:r>
        <w:rPr>
          <w:b/>
        </w:rPr>
        <w:t xml:space="preserve">[16:10] </w:t>
      </w:r>
      <w:r>
        <w:t>if you. if you have some pages of the quran. if you received only one chapter of the quran.</w:t>
      </w:r>
    </w:p>
    <w:p>
      <w:pPr>
        <w:jc w:val="right"/>
      </w:pPr>
      <w:r>
        <w:t>اف یو۔ اف یو ہیو سم پیجز اف دا قرآن۔ اف یو ریسیوڈ اونلی ون چیپٹر اف دا قرآن۔</w:t>
      </w:r>
    </w:p>
    <w:p>
      <w:r>
        <w:rPr>
          <w:b/>
        </w:rPr>
        <w:t xml:space="preserve">[16:20] </w:t>
      </w:r>
      <w:r>
        <w:t>even if you have listen a single verse of the quran.</w:t>
      </w:r>
    </w:p>
    <w:p>
      <w:pPr>
        <w:jc w:val="right"/>
      </w:pPr>
      <w:r>
        <w:t>ایون اف یو ہیو لسن ا سنگل ورس اف دا قرآن۔</w:t>
      </w:r>
    </w:p>
    <w:p>
      <w:r>
        <w:rPr>
          <w:b/>
        </w:rPr>
        <w:t xml:space="preserve">[16:28] </w:t>
      </w:r>
      <w:r>
        <w:t>you may find the message of the quran. so this kind of. so this style is very important.</w:t>
      </w:r>
    </w:p>
    <w:p>
      <w:pPr>
        <w:jc w:val="right"/>
      </w:pPr>
      <w:r>
        <w:t>یو می فائنڈ دا میسج اف دا قرآن۔ سو دس کائنڈ اف۔ سو دس اسٹائل از ویری امپورٹنٹ۔</w:t>
      </w:r>
    </w:p>
    <w:p>
      <w:r>
        <w:rPr>
          <w:b/>
        </w:rPr>
        <w:t xml:space="preserve">[16:39] </w:t>
      </w:r>
      <w:r>
        <w:t>what that orientalist said? fragmentary style is not fragmentary style. da'wa style is a style of mission.</w:t>
      </w:r>
    </w:p>
    <w:p>
      <w:pPr>
        <w:jc w:val="right"/>
      </w:pPr>
      <w:r>
        <w:t>واٹ دیٹ اورینٹلسٹ سیڈ؟ فریگمنٹری اسٹائل از ناٹ فریگمنٹری اسٹائل۔ دعویٰ اسٹائل از اے اسٹائل اف مشن۔</w:t>
      </w:r>
    </w:p>
    <w:p>
      <w:r>
        <w:rPr>
          <w:b/>
        </w:rPr>
        <w:t xml:space="preserve">[16:51] </w:t>
      </w:r>
      <w:r>
        <w:t>so it is very important to understand the importance of the present style of the quran.</w:t>
      </w:r>
    </w:p>
    <w:p>
      <w:pPr>
        <w:jc w:val="right"/>
      </w:pPr>
      <w:r>
        <w:t>سو اٹ از ویری امپورٹنٹ ٹو انڈرسٹینڈ دا امپورٹنس اف دا پریزنٹ اسٹائل اف دا قرآن۔</w:t>
      </w:r>
    </w:p>
    <w:p>
      <w:r>
        <w:rPr>
          <w:b/>
        </w:rPr>
        <w:t xml:space="preserve">[17:03] </w:t>
      </w:r>
      <w:r>
        <w:t>first of all, you have to know what is the. what is the goal of the quran? what is the target of the quran? the goal is to change the heart.</w:t>
      </w:r>
    </w:p>
    <w:p>
      <w:pPr>
        <w:jc w:val="right"/>
      </w:pPr>
      <w:r>
        <w:t>فرسٹ اف ال، یو ہیو ٹو نو واٹ از دا۔ واٹ از دا گول اف دا قرآن؟ واٹ از دا ٹارگٹ اف دا قرآن؟ دا گول از ٹو چینج دا ہارٹ۔</w:t>
      </w:r>
    </w:p>
    <w:p>
      <w:r>
        <w:rPr>
          <w:b/>
        </w:rPr>
        <w:t xml:space="preserve">[17:14] </w:t>
      </w:r>
      <w:r>
        <w:t>goal is to change the mind. and popular style is not good for this purpose.</w:t>
      </w:r>
    </w:p>
    <w:p>
      <w:pPr>
        <w:jc w:val="right"/>
      </w:pPr>
      <w:r>
        <w:t>گول از ٹو چینج دا مائنڈ۔ اینڈ پاپولر اسٹائل از ناٹ گڈ فار دس پرپس۔</w:t>
      </w:r>
    </w:p>
    <w:p>
      <w:r>
        <w:rPr>
          <w:b/>
        </w:rPr>
        <w:t xml:space="preserve">[17:27] </w:t>
      </w:r>
      <w:r>
        <w:t>so you see that in history, millions and millions people accepted islam only by reading the quran.</w:t>
      </w:r>
    </w:p>
    <w:p>
      <w:pPr>
        <w:jc w:val="right"/>
      </w:pPr>
      <w:r>
        <w:t>سو یو سی دیٹ ان ہسٹری، ملینز اینڈ ملینز پیپل ایکسیپٹڈ اسلام اونلی بائی ریڈنگ دا قرآن۔</w:t>
      </w:r>
    </w:p>
    <w:p>
      <w:r>
        <w:rPr>
          <w:b/>
        </w:rPr>
        <w:t xml:space="preserve">[17:39] </w:t>
      </w:r>
      <w:r>
        <w:t>millions and millions people accepted islam only by the reading of quran. for example, harbury was a english reader, english writer.</w:t>
      </w:r>
    </w:p>
    <w:p>
      <w:pPr>
        <w:jc w:val="right"/>
      </w:pPr>
      <w:r>
        <w:t>ملینز اینڈ ملینز پیپل ایکسیپٹڈ اسلام اونلی بائی دا ریڈنگ اف قرآن۔ فار ایگزامپل، ہاربری واز ا انگلش ریڈر، انگلش رائٹر۔</w:t>
      </w:r>
    </w:p>
    <w:p>
      <w:r>
        <w:rPr>
          <w:b/>
        </w:rPr>
        <w:t xml:space="preserve">[17:56] </w:t>
      </w:r>
      <w:r>
        <w:t>harbury was a english writer. some time, he was in morocco in some hotel. when he was in his room, he had some voices, very beautiful voice.</w:t>
      </w:r>
    </w:p>
    <w:p>
      <w:pPr>
        <w:jc w:val="right"/>
      </w:pPr>
      <w:r>
        <w:t>ہاربری واز ا انگلش رائٹر۔ سم ٹائم، ہی واز ان مراکو ان سم ہوٹل۔ وین ہی واز ان ہز روم، ہی ہیڈ سم وائسز، ویری بیوٹیفل وائس۔</w:t>
      </w:r>
    </w:p>
    <w:p>
      <w:r>
        <w:rPr>
          <w:b/>
        </w:rPr>
        <w:t xml:space="preserve">[18:11] </w:t>
      </w:r>
      <w:r>
        <w:t>he wanted to know what is. what is this voice? this beautiful voice. so after inquiry, he found that it is.</w:t>
      </w:r>
    </w:p>
    <w:p>
      <w:pPr>
        <w:jc w:val="right"/>
      </w:pPr>
      <w:r>
        <w:t>ہی وانٹڈ ٹو نو واٹ از۔ واٹ از دس وائس؟ دس بیوٹیفل وائس۔ سو افٹر انکوائری، ہی فاؤنڈ دیٹ اٹ از۔</w:t>
      </w:r>
    </w:p>
    <w:p>
      <w:r>
        <w:rPr>
          <w:b/>
        </w:rPr>
        <w:t xml:space="preserve">[18:23] </w:t>
      </w:r>
      <w:r>
        <w:t>it is a. it is a record of quranic verses. in that hotel, in the next room, there was a arab, an arab sheikh.</w:t>
      </w:r>
    </w:p>
    <w:p>
      <w:pPr>
        <w:jc w:val="right"/>
      </w:pPr>
      <w:r>
        <w:t>اٹ از ا۔ اٹ از ا ریکارڈ اف قرآنک ورسز۔ ان دیٹ ہوٹل، ان دا نیکسٹ روم، دیر واز ا عرب، ان عرب شیخ۔</w:t>
      </w:r>
    </w:p>
    <w:p>
      <w:r>
        <w:rPr>
          <w:b/>
        </w:rPr>
        <w:t xml:space="preserve">[18:41] </w:t>
      </w:r>
      <w:r>
        <w:t>so he was playing record of the quran. and it was so beautiful.</w:t>
      </w:r>
    </w:p>
    <w:p>
      <w:pPr>
        <w:jc w:val="right"/>
      </w:pPr>
      <w:r>
        <w:t>سو ہی واز پلینگ ریکارڈ اف دا قرآن۔ اینڈ اٹ واز سو بیوٹیفل۔</w:t>
      </w:r>
    </w:p>
    <w:p>
      <w:r>
        <w:rPr>
          <w:b/>
        </w:rPr>
        <w:t xml:space="preserve">[18:52] </w:t>
      </w:r>
      <w:r>
        <w:t>it was. it sound was so beautiful that he was impressed. and at that time, harbury was not knowing arabic language.</w:t>
      </w:r>
    </w:p>
    <w:p>
      <w:pPr>
        <w:jc w:val="right"/>
      </w:pPr>
      <w:r>
        <w:t>اٹ واز۔ اٹ ساؤنڈ واز سو بیوٹیفل دیٹ ہی واز امپریسڈ۔ اینڈ ایٹ دیٹ ٹائم، ہاربری واز ناٹ نوئنگ عربک لینگویج۔</w:t>
      </w:r>
    </w:p>
    <w:p>
      <w:r>
        <w:rPr>
          <w:b/>
        </w:rPr>
        <w:t xml:space="preserve">[19:06] </w:t>
      </w:r>
      <w:r>
        <w:t>then he decided to learn arabic language. and after learning the arabic language, he read the quran.</w:t>
      </w:r>
    </w:p>
    <w:p>
      <w:pPr>
        <w:jc w:val="right"/>
      </w:pPr>
      <w:r>
        <w:t>دین ہی ڈیسائیڈڈ ٹو لرن عربک لینگویج۔ اینڈ افٹر لرننگ دا عربک لینگویج، ہی ریڈ دا قرآن۔</w:t>
      </w:r>
    </w:p>
    <w:p>
      <w:r>
        <w:rPr>
          <w:b/>
        </w:rPr>
        <w:t xml:space="preserve">[19:15] </w:t>
      </w:r>
      <w:r>
        <w:t>and you know, he translated the quran, the whole quran. now, his translation is available in the market.</w:t>
      </w:r>
    </w:p>
    <w:p>
      <w:pPr>
        <w:jc w:val="right"/>
      </w:pPr>
      <w:r>
        <w:t>اینڈ یو نو، ہی ٹرانسلیٹڈ دا قرآن، دا ہول قرآن۔ ناو، ہز ٹرانسلیشن از اویلیبل ان دا مارکیٹ۔</w:t>
      </w:r>
    </w:p>
    <w:p>
      <w:r>
        <w:rPr>
          <w:b/>
        </w:rPr>
        <w:t xml:space="preserve">[19:26] </w:t>
      </w:r>
      <w:r>
        <w:t>and also, he accepted islam. this is the miracle of its language. only a passage, only a page, only some sentences have revolutionary effect.</w:t>
      </w:r>
    </w:p>
    <w:p>
      <w:pPr>
        <w:jc w:val="right"/>
      </w:pPr>
      <w:r>
        <w:t>اینڈ السو، ہی ایکسیپٹڈ اسلام۔ دس از دا میریکل اف اٹس لینگویج۔ اونلی ا پیسج، اونلی ا پیج، اونلی سم سینٹنسز ہیو ریولیشنری ایفیکٹ۔</w:t>
      </w:r>
    </w:p>
    <w:p>
      <w:r>
        <w:rPr>
          <w:b/>
        </w:rPr>
        <w:t xml:space="preserve">[19:41] </w:t>
      </w:r>
      <w:r>
        <w:t>this kind of effect you can find only in present style of the quran. otherwise, no.</w:t>
      </w:r>
    </w:p>
    <w:p>
      <w:pPr>
        <w:jc w:val="right"/>
      </w:pPr>
      <w:r>
        <w:t>دس کائنڈ اف ایفیکٹ یو کین فائنڈ اونلی ان پریزنٹ اسٹائل اف دا قرآن۔ ادروائز، نو۔</w:t>
      </w:r>
    </w:p>
    <w:p>
      <w:r>
        <w:rPr>
          <w:b/>
        </w:rPr>
        <w:t xml:space="preserve">[19:52] </w:t>
      </w:r>
      <w:r>
        <w:t>then,</w:t>
      </w:r>
    </w:p>
    <w:p>
      <w:pPr>
        <w:jc w:val="right"/>
      </w:pPr>
      <w:r>
        <w:t>دین،</w:t>
      </w:r>
    </w:p>
    <w:p>
      <w:r>
        <w:rPr>
          <w:b/>
        </w:rPr>
        <w:t xml:space="preserve">[19:55] </w:t>
      </w:r>
      <w:r>
        <w:t>i would like to say that quran wants response, instant response.</w:t>
      </w:r>
    </w:p>
    <w:p>
      <w:pPr>
        <w:jc w:val="right"/>
      </w:pPr>
      <w:r>
        <w:t>ائی وڈ لائک ٹو سی دیٹ قرآن وانٹس ریسپانس، انسٹنٹ ریسپانس۔</w:t>
      </w:r>
    </w:p>
    <w:p>
      <w:r>
        <w:rPr>
          <w:b/>
        </w:rPr>
        <w:t xml:space="preserve">[20:05] </w:t>
      </w:r>
      <w:r>
        <w:t>when you recite quran or when you read quran or when you study quran, you have to give response,</w:t>
      </w:r>
    </w:p>
    <w:p>
      <w:pPr>
        <w:jc w:val="right"/>
      </w:pPr>
      <w:r>
        <w:t>وین یو ریسائیٹ قرآن یا وین یو ریڈ قرآن اور یا وین یو اسٹڈی قرآن، یو ہیو ٹو گیو ریسپانس،</w:t>
      </w:r>
    </w:p>
    <w:p>
      <w:r>
        <w:rPr>
          <w:b/>
        </w:rPr>
        <w:t xml:space="preserve">[20:15] </w:t>
      </w:r>
      <w:r>
        <w:t>instant response. this is the true recitation of the quran, true reading of the quran. for example, when you take a copy of the quran,</w:t>
      </w:r>
    </w:p>
    <w:p>
      <w:pPr>
        <w:jc w:val="right"/>
      </w:pPr>
      <w:r>
        <w:t>انسٹنٹ ریسپانس۔ دس از دا ٹرو ریسیٹیشن اف دا قرآن، ٹرو ریڈنگ اف دا قرآن۔ فار ایگزامپل، وین یو ٹیک ا کاپی اف دا قرآن،</w:t>
      </w:r>
    </w:p>
    <w:p>
      <w:r>
        <w:rPr>
          <w:b/>
        </w:rPr>
        <w:t xml:space="preserve">[20:31] </w:t>
      </w:r>
      <w:r>
        <w:t>you open it and you start reading. first verse you read: bismillah rahman rahim.</w:t>
      </w:r>
    </w:p>
    <w:p>
      <w:pPr>
        <w:jc w:val="right"/>
      </w:pPr>
      <w:r>
        <w:t>یو اوپن اٹ اینڈ یو سٹارٹ ریڈنگ۔ فرسٹ ورس یو ریڈ: بسم اللہ الرحمن الرحیم۔</w:t>
      </w:r>
    </w:p>
    <w:p>
      <w:r>
        <w:rPr>
          <w:b/>
        </w:rPr>
        <w:t xml:space="preserve">[20:43] </w:t>
      </w:r>
      <w:r>
        <w:t>bismillah al-rahman al-rahim. deen you read: alhamdulillah rabb al-'alamin. when you read these words, suddenly you discover a very unique thing.</w:t>
      </w:r>
    </w:p>
    <w:p>
      <w:pPr>
        <w:jc w:val="right"/>
      </w:pPr>
      <w:r>
        <w:t>بسم اللہ الرحمن الرحیم۔ دین یو ریڈ: الحمدللہ رب العالمین۔ وین یو ریڈ دیز ورڈز، سڈنلی یو ڈسکور ا ویری یونیک تھنگ۔</w:t>
      </w:r>
    </w:p>
    <w:p>
      <w:r>
        <w:rPr>
          <w:b/>
        </w:rPr>
        <w:t xml:space="preserve">[20:58] </w:t>
      </w:r>
      <w:r>
        <w:t>how you are able to see these words printed in paper? bismillah al-rahman al-rahim aur alhamdulillah rabb al-'alamin.</w:t>
      </w:r>
    </w:p>
    <w:p>
      <w:pPr>
        <w:jc w:val="right"/>
      </w:pPr>
      <w:r>
        <w:t>ہاؤ یو ار ایبل ٹو سی دیز ورڈز پرنٹڈ ان پیپر؟ بسم اللہ الرحمن الرحیم اور الحمدللہ رب العالمین۔</w:t>
      </w:r>
    </w:p>
    <w:p>
      <w:r>
        <w:rPr>
          <w:b/>
        </w:rPr>
        <w:t xml:space="preserve">[21:10] </w:t>
      </w:r>
      <w:r>
        <w:t>the first verses of the quran are printed in some paper. so how it is possible that you see those words and you.</w:t>
      </w:r>
    </w:p>
    <w:p>
      <w:pPr>
        <w:jc w:val="right"/>
      </w:pPr>
      <w:r>
        <w:t>دا فرسٹ ورسز اف دا قرآن ار پرنٹڈ ان سم پیپر۔ سو ہاؤ اٹ از پاسیبل دیٹ یو سی دوز ورڈز اینڈ یو۔</w:t>
      </w:r>
    </w:p>
    <w:p>
      <w:r>
        <w:rPr>
          <w:b/>
        </w:rPr>
        <w:t xml:space="preserve">[21:21] </w:t>
      </w:r>
      <w:r>
        <w:t>and you are able to recite it? you are able to utter it by your tongue. then how it is possible that you understand the meaning of the of those words?</w:t>
      </w:r>
    </w:p>
    <w:p>
      <w:pPr>
        <w:jc w:val="right"/>
      </w:pPr>
      <w:r>
        <w:t>اینڈ یو ار ایبل ٹو ریسائیٹ اٹ؟ یو ار ایبل ٹو اٹر اٹ بائی یور ٹنگ۔ دین ہاؤ اٹ از پاسیبل دیٹ یو انڈرسٹینڈ دا میننگ اف دا اف دوز ورڈز؟</w:t>
      </w:r>
    </w:p>
    <w:p>
      <w:r>
        <w:rPr>
          <w:b/>
        </w:rPr>
        <w:t xml:space="preserve">[21:35] </w:t>
      </w:r>
      <w:r>
        <w:t>when you recite bismillah al-rahman al-rahim at the same time, without any gap, you.</w:t>
      </w:r>
    </w:p>
    <w:p>
      <w:pPr>
        <w:jc w:val="right"/>
      </w:pPr>
      <w:r>
        <w:t>وین یو ریسائیٹ بسم اللہ الرحمن الرحیم ایٹ دا سیم ٹائم، وداؤٹ اینی گیپ، یو۔</w:t>
      </w:r>
    </w:p>
    <w:p>
      <w:r>
        <w:rPr>
          <w:b/>
        </w:rPr>
        <w:t xml:space="preserve">[21:44] </w:t>
      </w:r>
      <w:r>
        <w:t>you are able to understand the meaning. then, if there is some one sitting with you and you say loudly: bismillah al-rahman al-rahim.</w:t>
      </w:r>
    </w:p>
    <w:p>
      <w:pPr>
        <w:jc w:val="right"/>
      </w:pPr>
      <w:r>
        <w:t>یو ار ایبل ٹو انڈرسٹینڈ دا میننگ۔ دین، اف دیر از سم ون سیٹنگ ود یو اینڈ یو سی لاؤڈلی: بسم اللہ الرحمن الرحیم۔</w:t>
      </w:r>
    </w:p>
    <w:p>
      <w:r>
        <w:rPr>
          <w:b/>
        </w:rPr>
        <w:t xml:space="preserve">[21:58] </w:t>
      </w:r>
      <w:r>
        <w:t>that person is able to listen that your voice. again, you will think: how it is possible?</w:t>
      </w:r>
    </w:p>
    <w:p>
      <w:pPr>
        <w:jc w:val="right"/>
      </w:pPr>
      <w:r>
        <w:t>دیٹ پرسن از ایبل ٹو لسن دیٹ یور وائس۔ اگین، یو ویل تھنک: ہاؤ اٹ از پاسیبل؟</w:t>
      </w:r>
    </w:p>
    <w:p>
      <w:r>
        <w:rPr>
          <w:b/>
        </w:rPr>
        <w:t xml:space="preserve">[22:09] </w:t>
      </w:r>
      <w:r>
        <w:t>how it is possible that i. i am able to. to understand, to take those words in my mind.</w:t>
      </w:r>
    </w:p>
    <w:p>
      <w:pPr>
        <w:jc w:val="right"/>
      </w:pPr>
      <w:r>
        <w:t>ہاؤ اٹ از پاسیبل دیٹ ائی۔ ائی ایم ایبل ٹو۔ ٹو انڈرسٹینڈ، ٹو ٹیک دوز ورڈز ان مائی مائنڈ۔</w:t>
      </w:r>
    </w:p>
    <w:p>
      <w:r>
        <w:rPr>
          <w:b/>
        </w:rPr>
        <w:t xml:space="preserve">[22:22] </w:t>
      </w:r>
      <w:r>
        <w:t>then how it is possible that i speak, i utter those words? then how it is possible that the. that your companion listen that word?</w:t>
      </w:r>
    </w:p>
    <w:p>
      <w:pPr>
        <w:jc w:val="right"/>
      </w:pPr>
      <w:r>
        <w:t>دین ہاؤ اٹ از پاسیبل دیٹ ائی سپیک، ائی اٹر دوز ورڈز؟ دین ہاؤ اٹ از پاسیبل دیٹ دا۔ دیٹ یور کمپینین لسن دیٹ ورڈ؟</w:t>
      </w:r>
    </w:p>
    <w:p>
      <w:r>
        <w:rPr>
          <w:b/>
        </w:rPr>
        <w:t xml:space="preserve">[22:36] </w:t>
      </w:r>
      <w:r>
        <w:t>then he understand that word? all these things look like miracle. so this is a true reading of the quran.</w:t>
      </w:r>
    </w:p>
    <w:p>
      <w:pPr>
        <w:jc w:val="right"/>
      </w:pPr>
      <w:r>
        <w:t>دین ہی انڈرسٹینڈ دیٹ ورڈ؟ ال دیز تھنگز لوک لائک بریکل۔ سو دس از ا ٹرو ریڈنگ اف دا قرآن۔</w:t>
      </w:r>
    </w:p>
    <w:p>
      <w:r>
        <w:rPr>
          <w:b/>
        </w:rPr>
        <w:t xml:space="preserve">[22:47] </w:t>
      </w:r>
      <w:r>
        <w:t>when you.</w:t>
      </w:r>
    </w:p>
    <w:p>
      <w:pPr>
        <w:jc w:val="right"/>
      </w:pPr>
      <w:r>
        <w:t>وین یو۔</w:t>
      </w:r>
    </w:p>
    <w:p>
      <w:r>
        <w:rPr>
          <w:b/>
        </w:rPr>
        <w:t xml:space="preserve">[22:51] </w:t>
      </w:r>
      <w:r>
        <w:t>by reciting bismillah al-rahman al-rahim, you got this impression. by reciting bismillah al-rahman al-rahim, the first word, the first verse of the quran.</w:t>
      </w:r>
    </w:p>
    <w:p>
      <w:pPr>
        <w:jc w:val="right"/>
      </w:pPr>
      <w:r>
        <w:t>بائی ریسائیٹنگ بسم اللہ الرحمن الرحیم، یو گاٹ دس امپریشن۔ بائی ریسائیٹنگ بسم اللہ الرحمن الرحیم، دا فرسٹ ورڈ، دا فرسٹ ورس اف دا قرآن۔</w:t>
      </w:r>
    </w:p>
    <w:p>
      <w:r>
        <w:rPr>
          <w:b/>
        </w:rPr>
        <w:t xml:space="preserve">[23:06] </w:t>
      </w:r>
      <w:r>
        <w:t>this is the first verse of the quran. so simply by reciting this verse, you got such impressions. then you read the first chapter: alhamdulillah rabb al-'alamin.</w:t>
      </w:r>
    </w:p>
    <w:p>
      <w:pPr>
        <w:jc w:val="right"/>
      </w:pPr>
      <w:r>
        <w:t>دس از دا فرسٹ ورس اف دا قرآن۔ تو سمپلی بائی ریسائیٹنگ دس ورس، یو گاٹ سچ امپریشنز۔ دین یو ریڈ دا فرسٹ چیپٹر: الحمدللہ رب العالمین۔</w:t>
      </w:r>
    </w:p>
    <w:p>
      <w:r>
        <w:rPr>
          <w:b/>
        </w:rPr>
        <w:t xml:space="preserve">[23:21] </w:t>
      </w:r>
      <w:r>
        <w:t>suddenly, you. your soul gives a response: o god, you are so beautiful.</w:t>
      </w:r>
    </w:p>
    <w:p>
      <w:pPr>
        <w:jc w:val="right"/>
      </w:pPr>
      <w:r>
        <w:t>سڈنلی، یو۔ یور سول گیوز ا ریسپانس: او گاڈ، یو ار سو بیوٹیفل۔</w:t>
      </w:r>
    </w:p>
    <w:p>
      <w:r>
        <w:rPr>
          <w:b/>
        </w:rPr>
        <w:t xml:space="preserve">[23:33] </w:t>
      </w:r>
      <w:r>
        <w:t>you are so great.</w:t>
      </w:r>
    </w:p>
    <w:p>
      <w:pPr>
        <w:jc w:val="right"/>
      </w:pPr>
      <w:r>
        <w:t>یو ار سو گریٹ۔</w:t>
      </w:r>
    </w:p>
    <w:p>
      <w:r>
        <w:rPr>
          <w:b/>
        </w:rPr>
        <w:t xml:space="preserve">[23:38] </w:t>
      </w:r>
      <w:r>
        <w:t>i acknowledge your blessings.</w:t>
      </w:r>
    </w:p>
    <w:p>
      <w:pPr>
        <w:jc w:val="right"/>
      </w:pPr>
      <w:r>
        <w:t>ائی ایکنالج یور بلیسنگز۔</w:t>
      </w:r>
    </w:p>
    <w:p>
      <w:r>
        <w:rPr>
          <w:b/>
        </w:rPr>
        <w:t xml:space="preserve">[23:44] </w:t>
      </w:r>
      <w:r>
        <w:t>first, you read bismillah al-rahman al-rahim, and you got that revolutionary impressions.</w:t>
      </w:r>
    </w:p>
    <w:p>
      <w:pPr>
        <w:jc w:val="right"/>
      </w:pPr>
      <w:r>
        <w:t>فرسٹ، یو ریڈ بسم اللہ الرحمن الرحیم، اینڈ یو گاٹ دیٹ ریولیشنری امپریشنز۔</w:t>
      </w:r>
    </w:p>
    <w:p>
      <w:r>
        <w:rPr>
          <w:b/>
        </w:rPr>
        <w:t xml:space="preserve">[23:54] </w:t>
      </w:r>
      <w:r>
        <w:t>then you read alhamdulillah rabb al-'alamin, the next verse, and your soul, your mind, your heart speaks in the language of shukr: o god, you are great.</w:t>
      </w:r>
    </w:p>
    <w:p>
      <w:pPr>
        <w:jc w:val="right"/>
      </w:pPr>
      <w:r>
        <w:t>دین یو ریڈ الحمدللہ رب العالمین، دا نیکسٹ ورس، اینڈ یور سول، یور مائنڈ، یور ہارٹ سپیکس ان دا لینگویج اف شکر: او گاڈ، یو ار گریٹ۔</w:t>
      </w:r>
    </w:p>
    <w:p>
      <w:r>
        <w:rPr>
          <w:b/>
        </w:rPr>
        <w:t xml:space="preserve">[24:09] </w:t>
      </w:r>
      <w:r>
        <w:t>you are really great. you give me. you give me so much blessings.</w:t>
      </w:r>
    </w:p>
    <w:p>
      <w:pPr>
        <w:jc w:val="right"/>
      </w:pPr>
      <w:r>
        <w:t>یو ار ریلی گریٹ۔ یو گیو می۔ یو گیو می سو مچ بلیسنگز۔</w:t>
      </w:r>
    </w:p>
    <w:p>
      <w:r>
        <w:rPr>
          <w:b/>
        </w:rPr>
        <w:t xml:space="preserve">[24:18] </w:t>
      </w:r>
      <w:r>
        <w:t>you give me such miraculous quality that i can read, i can see, i can recite, i can understand, i can memorize, i can convey these words to other persons.</w:t>
      </w:r>
    </w:p>
    <w:p>
      <w:pPr>
        <w:jc w:val="right"/>
      </w:pPr>
      <w:r>
        <w:t>یو گیو می سچ میریکلس کوالٹی دیٹ ائی کین ریڈ، ائی کین سی، ائی کین ریسائیٹ، ائی کین انڈرسٹینڈ، ائی کین میمرائز، ائی کین کنوے دیز ورڈز ٹو ادر پرسنز۔</w:t>
      </w:r>
    </w:p>
    <w:p>
      <w:r>
        <w:rPr>
          <w:b/>
        </w:rPr>
        <w:t xml:space="preserve">[24:33] </w:t>
      </w:r>
      <w:r>
        <w:t>all these things are miracle. so quran wants such responses. such responses.</w:t>
      </w:r>
    </w:p>
    <w:p>
      <w:pPr>
        <w:jc w:val="right"/>
      </w:pPr>
      <w:r>
        <w:t>ال دیز تھنگز ار بریکل۔ تو قرآن وانٹس سچ ریسپانسز۔ سچ ریسپانسز۔</w:t>
      </w:r>
    </w:p>
    <w:p>
      <w:r>
        <w:rPr>
          <w:b/>
        </w:rPr>
        <w:t xml:space="preserve">[24:45] </w:t>
      </w:r>
      <w:r>
        <w:t>it is secondary thing that you perform wudu or not. it is secondary thing that you recited in correct accent or not.</w:t>
      </w:r>
    </w:p>
    <w:p>
      <w:pPr>
        <w:jc w:val="right"/>
      </w:pPr>
      <w:r>
        <w:t>اٹ از سیکنڈری تھنگ دیٹ یو پرفارم وضو اور ناٹ۔ اٹ از سیکنڈری تھنگ دیٹ یو ریسائیڈڈ ان کریکٹ ایکسنٹ اور ناٹ۔</w:t>
      </w:r>
    </w:p>
    <w:p>
      <w:r>
        <w:rPr>
          <w:b/>
        </w:rPr>
        <w:t xml:space="preserve">[24:57] </w:t>
      </w:r>
      <w:r>
        <w:t>that is secondary. the most important thing is to give this response:</w:t>
      </w:r>
    </w:p>
    <w:p>
      <w:pPr>
        <w:jc w:val="right"/>
      </w:pPr>
      <w:r>
        <w:t>دیٹ از سیکنڈری۔ دا موسٹ امپورٹنٹ تھنگ از ٹو گیو دس ریسپانس:</w:t>
      </w:r>
    </w:p>
    <w:p>
      <w:r>
        <w:rPr>
          <w:b/>
        </w:rPr>
        <w:t xml:space="preserve">[25:10] </w:t>
      </w:r>
      <w:r>
        <w:t>you are reading the word of god almighty, word of creator, word of the lord of judgment.</w:t>
      </w:r>
    </w:p>
    <w:p>
      <w:pPr>
        <w:jc w:val="right"/>
      </w:pPr>
      <w:r>
        <w:t>یو ار ریڈنگ دا ورڈ اف گاڈ المائٹی، ورڈ اف کریٹر، ورڈ اف دا لارڈ اف ججمنٹ۔</w:t>
      </w:r>
    </w:p>
    <w:p>
      <w:r>
        <w:rPr>
          <w:b/>
        </w:rPr>
        <w:t xml:space="preserve">[25:20] </w:t>
      </w:r>
      <w:r>
        <w:t>you reciting word of such great being.</w:t>
      </w:r>
    </w:p>
    <w:p>
      <w:pPr>
        <w:jc w:val="right"/>
      </w:pPr>
      <w:r>
        <w:t>یو ریسائیٹنگ ورڈ اف سچ گریٹ بینگ۔</w:t>
      </w:r>
    </w:p>
    <w:p>
      <w:r>
        <w:rPr>
          <w:b/>
        </w:rPr>
        <w:t xml:space="preserve">[25:29] </w:t>
      </w:r>
      <w:r>
        <w:t>so you have to give some response instantly. so this kind of response is the most important thing.</w:t>
      </w:r>
    </w:p>
    <w:p>
      <w:pPr>
        <w:jc w:val="right"/>
      </w:pPr>
      <w:r>
        <w:t>سو یو ہیو ٹو گیو سم ریسپانس انسٹنٹلی۔ سو دس کائنڈ اف ریسپانس از دا موسٹ امپورٹنٹ تھنگ۔</w:t>
      </w:r>
    </w:p>
    <w:p>
      <w:r>
        <w:rPr>
          <w:b/>
        </w:rPr>
        <w:t xml:space="preserve">[25:42] </w:t>
      </w:r>
      <w:r>
        <w:t>simply reading with accent is not. it has no importance.</w:t>
      </w:r>
    </w:p>
    <w:p>
      <w:pPr>
        <w:jc w:val="right"/>
      </w:pPr>
      <w:r>
        <w:t>سمپلی ریڈنگ ود ایکسنٹ از ناٹ۔ اٹ ہیز نو امپورٹنس۔</w:t>
      </w:r>
    </w:p>
    <w:p>
      <w:r>
        <w:rPr>
          <w:b/>
        </w:rPr>
        <w:t xml:space="preserve">[25:52] </w:t>
      </w:r>
      <w:r>
        <w:t>no. no importance. the response is important, not simply recitation.</w:t>
      </w:r>
    </w:p>
    <w:p>
      <w:pPr>
        <w:jc w:val="right"/>
      </w:pPr>
      <w:r>
        <w:t>نو۔ نو امپورٹنس۔ دا ریسپانس از امپورٹنٹ، ناٹ سمپلی ریسیٹیشن۔</w:t>
      </w:r>
    </w:p>
    <w:p>
      <w:r>
        <w:rPr>
          <w:b/>
        </w:rPr>
        <w:t xml:space="preserve">[26:05] </w:t>
      </w:r>
      <w:r>
        <w:t>you know, sahaba, very few sahaba, were able to recite quran in correct accent.</w:t>
      </w:r>
    </w:p>
    <w:p>
      <w:pPr>
        <w:jc w:val="right"/>
      </w:pPr>
      <w:r>
        <w:t>یو نو، صحابہ، ویری فیو صحابہ، ویر ایبل ٹو ریسائیٹ قرآن ان کریکٹ ایکسنٹ۔</w:t>
      </w:r>
    </w:p>
    <w:p>
      <w:r>
        <w:rPr>
          <w:b/>
        </w:rPr>
        <w:t xml:space="preserve">[26:14] </w:t>
      </w:r>
      <w:r>
        <w:t>if you read the life of the sahaba, companions of the prophet, very few sahaba, were able to recite quran</w:t>
      </w:r>
    </w:p>
    <w:p>
      <w:pPr>
        <w:jc w:val="right"/>
      </w:pPr>
      <w:r>
        <w:t>اف یو ریڈ دا لائف اف دا صحابہ، کمپینینز اف دا پرافٹ، ویری فیو صحابہ، ویر ایبل ٹو ریسائیٹ قرآن</w:t>
      </w:r>
    </w:p>
    <w:p>
      <w:r>
        <w:rPr>
          <w:b/>
        </w:rPr>
        <w:t xml:space="preserve">[26:29] </w:t>
      </w:r>
      <w:r>
        <w:t>in what you call with tajwid, tajwid, with correct accent. for example, one.</w:t>
      </w:r>
    </w:p>
    <w:p>
      <w:pPr>
        <w:jc w:val="right"/>
      </w:pPr>
      <w:r>
        <w:t>ان واٹ یو کال ود تجدید، تجوید، ود کریکٹ ایکسنٹ۔ فار ایگزامپل، ون۔</w:t>
      </w:r>
    </w:p>
    <w:p>
      <w:r>
        <w:rPr>
          <w:b/>
        </w:rPr>
        <w:t xml:space="preserve">[26:40] </w:t>
      </w:r>
      <w:r>
        <w:t>one well known sahabi was abu hurairah. abu hurairah was a senior sahabi.</w:t>
      </w:r>
    </w:p>
    <w:p>
      <w:pPr>
        <w:jc w:val="right"/>
      </w:pPr>
      <w:r>
        <w:t>ون ویل نون صحابی واز ابو ہریرہ۔ ابو ہریرہ واز ا سینئر صحابی۔</w:t>
      </w:r>
    </w:p>
    <w:p>
      <w:r>
        <w:rPr>
          <w:b/>
        </w:rPr>
        <w:t xml:space="preserve">[26:51] </w:t>
      </w:r>
      <w:r>
        <w:t>he was a well known companion of the prophet of islam. he can not recite ash hadu Allah in the correct accent.</w:t>
      </w:r>
    </w:p>
    <w:p>
      <w:pPr>
        <w:jc w:val="right"/>
      </w:pPr>
      <w:r>
        <w:t>ہی واز ا ویل نون کمپینین اف دا پرافٹ اف اسلام۔ ہی کین ناٹ ریسائیٹ اشھد اللہ ان ود کریکٹ ایکسنٹ۔</w:t>
      </w:r>
    </w:p>
    <w:p>
      <w:r>
        <w:rPr>
          <w:b/>
        </w:rPr>
        <w:t xml:space="preserve">[27:04] </w:t>
      </w:r>
      <w:r>
        <w:t>he always said: ash hadu, ash hadu, not ash hadu. but he was a great sahabi.</w:t>
      </w:r>
    </w:p>
    <w:p>
      <w:pPr>
        <w:jc w:val="right"/>
      </w:pPr>
      <w:r>
        <w:t>ہی الویز سی: اشھدو، اشھدو، ناٹ اشھدو۔ بٹ ہی واز ا گریٹ صحابی۔</w:t>
      </w:r>
    </w:p>
    <w:p>
      <w:r>
        <w:rPr>
          <w:b/>
        </w:rPr>
        <w:t xml:space="preserve">[27:13] </w:t>
      </w:r>
      <w:r>
        <w:t>he was a. he was a senior sahabi.</w:t>
      </w:r>
    </w:p>
    <w:p>
      <w:pPr>
        <w:jc w:val="right"/>
      </w:pPr>
      <w:r>
        <w:t>ہی واز ا۔ ہی واز ا سینئر صحابی۔</w:t>
      </w:r>
    </w:p>
    <w:p>
      <w:r>
        <w:rPr>
          <w:b/>
        </w:rPr>
        <w:t xml:space="preserve">[27:23] </w:t>
      </w:r>
      <w:r>
        <w:t>so</w:t>
      </w:r>
    </w:p>
    <w:p>
      <w:pPr>
        <w:jc w:val="right"/>
      </w:pPr>
      <w:r>
        <w:t>سو</w:t>
      </w:r>
    </w:p>
    <w:p>
      <w:r>
        <w:rPr>
          <w:b/>
        </w:rPr>
        <w:t xml:space="preserve">[27:27] </w:t>
      </w:r>
      <w:r>
        <w:t>i think that the majority of the sahaba were not able to to recite quran with correct accent. but they were sahabi.</w:t>
      </w:r>
    </w:p>
    <w:p>
      <w:pPr>
        <w:jc w:val="right"/>
      </w:pPr>
      <w:r>
        <w:t>ائی تھنک دیٹ دا میجورٹی اف دا صحابی واز ناٹ ایبل ٹو ٹو ریسائیٹ قرآن ود کریکٹ ایکسنٹ۔ بٹ دے ویر صحابی۔</w:t>
      </w:r>
    </w:p>
    <w:p>
      <w:r>
        <w:rPr>
          <w:b/>
        </w:rPr>
        <w:t xml:space="preserve">[27:36] </w:t>
      </w:r>
      <w:r>
        <w:t>they were khair ummah. they were companions of the prophet. they were people of paradise.</w:t>
      </w:r>
    </w:p>
    <w:p>
      <w:pPr>
        <w:jc w:val="right"/>
      </w:pPr>
      <w:r>
        <w:t>دے ویر خیر امہ۔ دے ویر کمپینینز اف دا پرافٹ۔ دے ویر پیپل اف پیراڈائز۔</w:t>
      </w:r>
    </w:p>
    <w:p>
      <w:r>
        <w:rPr>
          <w:b/>
        </w:rPr>
        <w:t xml:space="preserve">[27:47] </w:t>
      </w:r>
      <w:r>
        <w:t>so most important thing regarding the quran is your response. your response. for example, you read quran.</w:t>
      </w:r>
    </w:p>
    <w:p>
      <w:pPr>
        <w:jc w:val="right"/>
      </w:pPr>
      <w:r>
        <w:t>سو موسٹ امپورٹنٹ تھنگ ریگارڈنگ دا قرآن از یور ریسپانس۔ یور ریسپانس۔ فار ایگزامپل، یو ریڈ قرآن۔</w:t>
      </w:r>
    </w:p>
    <w:p>
      <w:r>
        <w:rPr>
          <w:b/>
        </w:rPr>
        <w:t xml:space="preserve">[28:00] </w:t>
      </w:r>
      <w:r>
        <w:t>you study quran. and then you. then you read this verse. there was a. there was a dialogue between god and satan.</w:t>
      </w:r>
    </w:p>
    <w:p>
      <w:pPr>
        <w:jc w:val="right"/>
      </w:pPr>
      <w:r>
        <w:t>یو سٹڈی قرآن۔ اینڈ دین یو۔ دین یو ریڈ دس ورس۔ دیر واز ا۔ دیر واز ا ڈائیلاگ بٹوین گاڈ اینڈ سیٹن۔</w:t>
      </w:r>
    </w:p>
    <w:p>
      <w:r>
        <w:rPr>
          <w:b/>
        </w:rPr>
        <w:t xml:space="preserve">[28:11] </w:t>
      </w:r>
      <w:r>
        <w:t>it is narrated in the quran. there was a historical dialogue between god and satan. god gave satan freedom.</w:t>
      </w:r>
    </w:p>
    <w:p>
      <w:pPr>
        <w:jc w:val="right"/>
      </w:pPr>
      <w:r>
        <w:t>اٹ از نریٹڈ ان دا قرآن۔ دیر واز ا ہسٹوریکل ڈائیلاگ بٹوین گاڈ اینڈ سیٹن۔ گاڈ گیو سیٹن فریڈم۔</w:t>
      </w:r>
    </w:p>
    <w:p>
      <w:r>
        <w:rPr>
          <w:b/>
        </w:rPr>
        <w:t xml:space="preserve">[28:24] </w:t>
      </w:r>
      <w:r>
        <w:t>so freedom. this freedom was given by god. and satan said</w:t>
      </w:r>
    </w:p>
    <w:p>
      <w:pPr>
        <w:jc w:val="right"/>
      </w:pPr>
      <w:r>
        <w:t>سو فریڈم۔ دس فریڈم واز گیون بائی گاڈ۔ اینڈ سیٹن سیڈ</w:t>
      </w:r>
    </w:p>
    <w:p>
      <w:r>
        <w:rPr>
          <w:b/>
        </w:rPr>
        <w:t xml:space="preserve">[28:37] </w:t>
      </w:r>
      <w:r>
        <w:t>that:</w:t>
      </w:r>
    </w:p>
    <w:p>
      <w:pPr>
        <w:jc w:val="right"/>
      </w:pPr>
      <w:r>
        <w:t>دیٹ:</w:t>
      </w:r>
    </w:p>
    <w:p>
      <w:r>
        <w:rPr>
          <w:b/>
        </w:rPr>
        <w:t xml:space="preserve">[28:42] </w:t>
      </w:r>
      <w:r>
        <w:t>la tajad akthar shakin. He said: I will mislead your.</w:t>
      </w:r>
    </w:p>
    <w:p>
      <w:pPr>
        <w:jc w:val="right"/>
      </w:pPr>
      <w:r>
        <w:t>لا تجد اکثر شاکرین۔ ہی سیڈ: ائی ویل مس لیڈ یور۔</w:t>
      </w:r>
    </w:p>
    <w:p>
      <w:r>
        <w:rPr>
          <w:b/>
        </w:rPr>
        <w:t xml:space="preserve">[28:52] </w:t>
      </w:r>
      <w:r>
        <w:t>i will. i will try to mis lead the mankind. these men or women you have created.</w:t>
      </w:r>
    </w:p>
    <w:p>
      <w:pPr>
        <w:jc w:val="right"/>
      </w:pPr>
      <w:r>
        <w:t>ائی ویل۔ ائی ویل ٹرائی ٹو مس لیڈ دا مین کائنڈ۔ دیز مین اور ویمن یو ہیو کریٹڈ۔</w:t>
      </w:r>
    </w:p>
    <w:p>
      <w:r>
        <w:rPr>
          <w:b/>
        </w:rPr>
        <w:t xml:space="preserve">[29:00] </w:t>
      </w:r>
      <w:r>
        <w:t>and i give you challenge that i will mis lead the majority of the people.</w:t>
      </w:r>
    </w:p>
    <w:p>
      <w:pPr>
        <w:jc w:val="right"/>
      </w:pPr>
      <w:r>
        <w:t>اینڈ ائی گیو یو چیلنج دیٹ ائی ویل مس لیڈ دا میجورٹی اف دا پیپل۔</w:t>
      </w:r>
    </w:p>
    <w:p>
      <w:r>
        <w:rPr>
          <w:b/>
        </w:rPr>
        <w:t xml:space="preserve">[29:11] </w:t>
      </w:r>
      <w:r>
        <w:t>bila tajad akthar shakin. you will not find grateful people except few.</w:t>
      </w:r>
    </w:p>
    <w:p>
      <w:pPr>
        <w:jc w:val="right"/>
      </w:pPr>
      <w:r>
        <w:t>بلا تجد اکثر شاکرین۔ یو ویل ناٹ فائنڈ گریٹ فل پیپل ایکسیپٹ فیوز۔</w:t>
      </w:r>
    </w:p>
    <w:p>
      <w:r>
        <w:rPr>
          <w:b/>
        </w:rPr>
        <w:t xml:space="preserve">[29:21] </w:t>
      </w:r>
      <w:r>
        <w:t>except except few people. so when you read this verse, you have to respond with full emotions, with full conviction.</w:t>
      </w:r>
    </w:p>
    <w:p>
      <w:pPr>
        <w:jc w:val="right"/>
      </w:pPr>
      <w:r>
        <w:t>ایکسیپٹ ایکسیپٹ فیو پیپل۔ سو وین یو ریڈ دس ورس، یو ہیو ٹو ریسپانڈ ود فل ایموشنز، ود فل کنوکشن۔</w:t>
      </w:r>
    </w:p>
    <w:p>
      <w:r>
        <w:rPr>
          <w:b/>
        </w:rPr>
        <w:t xml:space="preserve">[29:34] </w:t>
      </w:r>
      <w:r>
        <w:t>o god,</w:t>
      </w:r>
    </w:p>
    <w:p>
      <w:pPr>
        <w:jc w:val="right"/>
      </w:pPr>
      <w:r>
        <w:t>او گاڈ،</w:t>
      </w:r>
    </w:p>
    <w:p>
      <w:r>
        <w:rPr>
          <w:b/>
        </w:rPr>
        <w:t xml:space="preserve">[29:39] </w:t>
      </w:r>
      <w:r>
        <w:t>i am grateful to your blessings. i am not a grateful person. i am a grateful person.</w:t>
      </w:r>
    </w:p>
    <w:p>
      <w:pPr>
        <w:jc w:val="right"/>
      </w:pPr>
      <w:r>
        <w:t>ائی ایم گریٹ فل ٹو یور بلیسنگز۔ ائی ایم ناٹ ا گریٹ فل پرسن۔ ائی ایم ا گریٹ فل پرسن۔</w:t>
      </w:r>
    </w:p>
    <w:p>
      <w:r>
        <w:rPr>
          <w:b/>
        </w:rPr>
        <w:t xml:space="preserve">[29:48] </w:t>
      </w:r>
      <w:r>
        <w:t>so please accept me as a grateful. please accept me as a grateful servant of you.</w:t>
      </w:r>
    </w:p>
    <w:p>
      <w:pPr>
        <w:jc w:val="right"/>
      </w:pPr>
      <w:r>
        <w:t>سو پلیز ایکسیپٹ می ایز ا گریٹ فل۔ پلیز ایکسیپٹ می ایز ا گریٹ فل سرونٹ اف یو۔</w:t>
      </w:r>
    </w:p>
    <w:p>
      <w:r>
        <w:rPr>
          <w:b/>
        </w:rPr>
        <w:t xml:space="preserve">[30:00] </w:t>
      </w:r>
      <w:r>
        <w:t>this response. so every every verse. every verse wants some response from you, from the readers.</w:t>
      </w:r>
    </w:p>
    <w:p>
      <w:pPr>
        <w:jc w:val="right"/>
      </w:pPr>
      <w:r>
        <w:t>دس ریسپانس۔ سو ایوری ایوری ورس۔ ایوری ورس وانٹس سم ریسپانس فرام یو، فرام دا ریڈرز۔</w:t>
      </w:r>
    </w:p>
    <w:p>
      <w:r>
        <w:rPr>
          <w:b/>
        </w:rPr>
        <w:t xml:space="preserve">[30:14] </w:t>
      </w:r>
      <w:r>
        <w:t>so this is the. this is the importance.</w:t>
      </w:r>
    </w:p>
    <w:p>
      <w:pPr>
        <w:jc w:val="right"/>
      </w:pPr>
      <w:r>
        <w:t>سو دس از دا۔ دس از دا امپورٹنس۔</w:t>
      </w:r>
    </w:p>
    <w:p>
      <w:r>
        <w:rPr>
          <w:b/>
        </w:rPr>
        <w:t xml:space="preserve">[30:20] </w:t>
      </w:r>
      <w:r>
        <w:t>this is the most important aspect of the of the study of the quran.</w:t>
      </w:r>
    </w:p>
    <w:p>
      <w:pPr>
        <w:jc w:val="right"/>
      </w:pPr>
      <w:r>
        <w:t>دس از دا موسٹ امپورٹنٹ اسپیکٹ اف دا اف دا اسٹڈی اف دا قرآن۔</w:t>
      </w:r>
    </w:p>
    <w:p>
      <w:r>
        <w:rPr>
          <w:b/>
        </w:rPr>
        <w:t xml:space="preserve">[30:30] </w:t>
      </w:r>
      <w:r>
        <w:t>i have a very beautiful memory of my own life. perhaps it was in 1950.</w:t>
      </w:r>
    </w:p>
    <w:p>
      <w:pPr>
        <w:jc w:val="right"/>
      </w:pPr>
      <w:r>
        <w:t>ائی ہیو ا ویری بیوٹی فل میموری اف مائی اون لائف۔ پرہیپس اٹ واز ان 1950۔</w:t>
      </w:r>
    </w:p>
    <w:p>
      <w:r>
        <w:rPr>
          <w:b/>
        </w:rPr>
        <w:t xml:space="preserve">[30:41] </w:t>
      </w:r>
      <w:r>
        <w:t>1950. after the independence of india. at that time, i was living in frustration, in despair.</w:t>
      </w:r>
    </w:p>
    <w:p>
      <w:pPr>
        <w:jc w:val="right"/>
      </w:pPr>
      <w:r>
        <w:t>1950۔ افٹر دا انڈیپینڈنس اف انڈیا۔ ایٹ دیٹ ٹائم، ائی واز لیونگ ان فرسٹریشن، ان ڈسپیئر۔</w:t>
      </w:r>
    </w:p>
    <w:p>
      <w:r>
        <w:rPr>
          <w:b/>
        </w:rPr>
        <w:t xml:space="preserve">[30:53] </w:t>
      </w:r>
      <w:r>
        <w:t>i was. i was. i want to establish a mission. mission was interwoven in my. in my nature.</w:t>
      </w:r>
    </w:p>
    <w:p>
      <w:pPr>
        <w:jc w:val="right"/>
      </w:pPr>
      <w:r>
        <w:t>ائی واز۔ ائی واز۔ ائی وانٹ ٹو اسٹیبلش ا مشن۔ مشن واز انٹروون ان مائی۔ ان مائی نیچر۔</w:t>
      </w:r>
    </w:p>
    <w:p>
      <w:r>
        <w:rPr>
          <w:b/>
        </w:rPr>
        <w:t xml:space="preserve">[31:05] </w:t>
      </w:r>
      <w:r>
        <w:t>a divine mission. i want to. i wanted to establish a divine mission. but at that time, in 1950, i was not successful.</w:t>
      </w:r>
    </w:p>
    <w:p>
      <w:pPr>
        <w:jc w:val="right"/>
      </w:pPr>
      <w:r>
        <w:t>ا ڈیوائن مشن۔ ائی وانٹ ٹو۔ ائی وانٹڈ ٹو اسٹیبلش ا ڈیوائن مشن۔ بٹ ایٹ دیٹ ٹائم، ان 1950، ائی واز ناٹ سکسیس فل۔</w:t>
      </w:r>
    </w:p>
    <w:p>
      <w:r>
        <w:rPr>
          <w:b/>
        </w:rPr>
        <w:t xml:space="preserve">[31:18] </w:t>
      </w:r>
      <w:r>
        <w:t>so i was living in despair.</w:t>
      </w:r>
    </w:p>
    <w:p>
      <w:pPr>
        <w:jc w:val="right"/>
      </w:pPr>
      <w:r>
        <w:t>سو ائی واز لیونگ ان ڈسپیئر۔</w:t>
      </w:r>
    </w:p>
    <w:p>
      <w:r>
        <w:rPr>
          <w:b/>
        </w:rPr>
        <w:t xml:space="preserve">[31:23] </w:t>
      </w:r>
      <w:r>
        <w:t>it is my vivid memory that.</w:t>
      </w:r>
    </w:p>
    <w:p>
      <w:pPr>
        <w:jc w:val="right"/>
      </w:pPr>
      <w:r>
        <w:t>اٹ از مائی ویوڈ میموری دیٹ۔</w:t>
      </w:r>
    </w:p>
    <w:p>
      <w:r>
        <w:rPr>
          <w:b/>
        </w:rPr>
        <w:t xml:space="preserve">[31:29] </w:t>
      </w:r>
      <w:r>
        <w:t>it is my. it is my vivid memory that one day in the evening, i was passing through a street in banaras, in up.</w:t>
      </w:r>
    </w:p>
    <w:p>
      <w:pPr>
        <w:jc w:val="right"/>
      </w:pPr>
      <w:r>
        <w:t>اٹ از مائی۔ اٹ از مائی ویوڈ میموری دیٹ ون ڈے ان دا ایوننگ، ائی واز پاسنگ تھرو ا سٹریٹ ان بنارس، ان یو پی۔</w:t>
      </w:r>
    </w:p>
    <w:p>
      <w:r>
        <w:rPr>
          <w:b/>
        </w:rPr>
        <w:t xml:space="preserve">[31:43] </w:t>
      </w:r>
      <w:r>
        <w:t>banarasi city in up. so i was passing in some street. it was the time of maghrib.</w:t>
      </w:r>
    </w:p>
    <w:p>
      <w:pPr>
        <w:jc w:val="right"/>
      </w:pPr>
      <w:r>
        <w:t>بنارسی سٹی ان یو پی۔ سو ائی واز پاسنگ ان سم سٹریٹ۔ اٹ واز دا ٹائم اف مغرب۔</w:t>
      </w:r>
    </w:p>
    <w:p>
      <w:r>
        <w:rPr>
          <w:b/>
        </w:rPr>
        <w:t xml:space="preserve">[31:55] </w:t>
      </w:r>
      <w:r>
        <w:t>that is after sunset. so suddenly, i had a voice from the nearby mosque.</w:t>
      </w:r>
    </w:p>
    <w:p>
      <w:pPr>
        <w:jc w:val="right"/>
      </w:pPr>
      <w:r>
        <w:t>دیٹ از افٹر سنسیٹ۔ سو سڈنلی، ائی ہیڈ ا وائس فرام دا نیر بائی مسک۔</w:t>
      </w:r>
    </w:p>
    <w:p>
      <w:r>
        <w:rPr>
          <w:b/>
        </w:rPr>
        <w:t xml:space="preserve">[32:03] </w:t>
      </w:r>
      <w:r>
        <w:t>this mosque was situated in the first floor of some building. so imam of the mosque. imam of the masjid was reciting surah waduha.</w:t>
      </w:r>
    </w:p>
    <w:p>
      <w:pPr>
        <w:jc w:val="right"/>
      </w:pPr>
      <w:r>
        <w:t>دس مسک واز سچویٹڈ ان دا فرسٹ فلور اف سم بلڈنگ۔ تو امام اف دا مسک۔ امام اف دا مسجد واز ریسائیٹنگ سورہ والضحی۔</w:t>
      </w:r>
    </w:p>
    <w:p>
      <w:r>
        <w:rPr>
          <w:b/>
        </w:rPr>
        <w:t xml:space="preserve">[32:18] </w:t>
      </w:r>
      <w:r>
        <w:t>in loud. there was loud speaker in that mosque. so he was reciting surah waduha. and i had when i was passing some street.</w:t>
      </w:r>
    </w:p>
    <w:p>
      <w:pPr>
        <w:jc w:val="right"/>
      </w:pPr>
      <w:r>
        <w:t>ان لاؤڈ۔ دیر واز لاؤڈ سپیکر ان دیٹ مسک۔ سو ہی واز ریسائیٹنگ سورہ والضحی۔ اینڈ ائی ہیڈ وین ائی واز پاسنگ سم سٹریٹ۔</w:t>
      </w:r>
    </w:p>
    <w:p>
      <w:r>
        <w:rPr>
          <w:b/>
        </w:rPr>
        <w:t xml:space="preserve">[32:34] </w:t>
      </w:r>
      <w:r>
        <w:t>with that. in that. in that sentiments. so i had clearly these verses.</w:t>
      </w:r>
    </w:p>
    <w:p>
      <w:pPr>
        <w:jc w:val="right"/>
      </w:pPr>
      <w:r>
        <w:t>ود دیٹ۔ ان دیٹ۔ ان دیٹ سینٹیمنٹس۔ سو ائی ہیڈ کلیئرلی دیز ورس۔</w:t>
      </w:r>
    </w:p>
    <w:p>
      <w:r>
        <w:rPr>
          <w:b/>
        </w:rPr>
        <w:t xml:space="preserve">[32:56] </w:t>
      </w:r>
      <w:r>
        <w:t>waduha.</w:t>
      </w:r>
    </w:p>
    <w:p>
      <w:pPr>
        <w:jc w:val="right"/>
      </w:pPr>
      <w:r>
        <w:t>والضحی۔</w:t>
      </w:r>
    </w:p>
    <w:p>
      <w:r>
        <w:rPr>
          <w:b/>
        </w:rPr>
        <w:t xml:space="preserve">[33:06] </w:t>
      </w:r>
      <w:r>
        <w:t>in this verse. in this chapter, these verses were completely applicable to my life. that was:</w:t>
      </w:r>
    </w:p>
    <w:p>
      <w:pPr>
        <w:jc w:val="right"/>
      </w:pPr>
      <w:r>
        <w:t>ان دس ورس۔ ان دس چیپٹر، دیز ورس ویر کمپلیٹلی ایپلیکیبل ٹو مائی لائف۔ دیٹ واز:</w:t>
      </w:r>
    </w:p>
    <w:p>
      <w:r>
        <w:rPr>
          <w:b/>
        </w:rPr>
        <w:t xml:space="preserve">[33:31] </w:t>
      </w:r>
      <w:r>
        <w:t>it means that.</w:t>
      </w:r>
    </w:p>
    <w:p>
      <w:pPr>
        <w:jc w:val="right"/>
      </w:pPr>
      <w:r>
        <w:t>اٹ مینز دیٹ۔</w:t>
      </w:r>
    </w:p>
    <w:p>
      <w:r>
        <w:rPr>
          <w:b/>
        </w:rPr>
        <w:t xml:space="preserve">[33:36] </w:t>
      </w:r>
      <w:r>
        <w:t>it means that your future is going to be better than your present. your future will be better than your present.</w:t>
      </w:r>
    </w:p>
    <w:p>
      <w:pPr>
        <w:jc w:val="right"/>
      </w:pPr>
      <w:r>
        <w:t>اٹ مینز دیٹ یور فیوچر از گوئنگ ٹو بیٹر دین یور پریزنٹ۔ یور فیوچر ول بی بیٹر دین یور پریزنٹ۔</w:t>
      </w:r>
    </w:p>
    <w:p>
      <w:r>
        <w:rPr>
          <w:b/>
        </w:rPr>
        <w:t xml:space="preserve">[33:54] </w:t>
      </w:r>
      <w:r>
        <w:t>will give you. so that you will be satisfied. is it not that we find you orphan and then he gave you shelter.</w:t>
      </w:r>
    </w:p>
    <w:p>
      <w:pPr>
        <w:jc w:val="right"/>
      </w:pPr>
      <w:r>
        <w:t>ویل گیو یو۔ سو دیٹ یو ول بی سیٹسفائیڈ۔ از اٹ ناٹ دیٹ وی فائنڈ یو ارپن اینڈ دین ہی گیو یو شیلٹر۔</w:t>
      </w:r>
    </w:p>
    <w:p>
      <w:r>
        <w:rPr>
          <w:b/>
        </w:rPr>
        <w:t xml:space="preserve">[34:11] </w:t>
      </w:r>
      <w:r>
        <w:t>then you. then we find you in the state of boredom. in the state of seeker.</w:t>
      </w:r>
    </w:p>
    <w:p>
      <w:pPr>
        <w:jc w:val="right"/>
      </w:pPr>
      <w:r>
        <w:t>دین یو۔ دین وی فائنڈ یو ان دا اسٹیٹ اف بورڈنمنٹ۔ ان دی اسٹیٹ اف سیکر۔</w:t>
      </w:r>
    </w:p>
    <w:p>
      <w:r>
        <w:rPr>
          <w:b/>
        </w:rPr>
        <w:t xml:space="preserve">[34:21] </w:t>
      </w:r>
      <w:r>
        <w:t>and then we give you guidance.</w:t>
      </w:r>
    </w:p>
    <w:p>
      <w:pPr>
        <w:jc w:val="right"/>
      </w:pPr>
      <w:r>
        <w:t>اینڈ دین وی گیو یو گائیڈنس۔</w:t>
      </w:r>
    </w:p>
    <w:p>
      <w:r>
        <w:rPr>
          <w:b/>
        </w:rPr>
        <w:t xml:space="preserve">[34:29] </w:t>
      </w:r>
      <w:r>
        <w:t>and we find you in the state of poverty. and we give you everything.</w:t>
      </w:r>
    </w:p>
    <w:p>
      <w:pPr>
        <w:jc w:val="right"/>
      </w:pPr>
      <w:r>
        <w:t>اینڈ وی فائنڈ یو ان دا اسٹیٹ اف پاورٹی۔ اینڈ وی گیو یو ایوری تھنگ۔</w:t>
      </w:r>
    </w:p>
    <w:p>
      <w:r>
        <w:rPr>
          <w:b/>
        </w:rPr>
        <w:t xml:space="preserve">[34:40] </w:t>
      </w:r>
      <w:r>
        <w:t>because except mission, everything was with me. i was not poor at that time. but i was not a man of mission. i was not able to establish a mission.</w:t>
      </w:r>
    </w:p>
    <w:p>
      <w:pPr>
        <w:jc w:val="right"/>
      </w:pPr>
      <w:r>
        <w:t>بیکاز ایکسیپٹ مشن، ایوری تھنگ واز ود می۔ ائی واز ناٹ پور ایٹ دیٹ ٹائم۔ بٹ ائی واز ناٹ ا مین اف مشن۔ ائی واز ناٹ ایبل ٹو اسٹیبلش ا مشن۔</w:t>
      </w:r>
    </w:p>
    <w:p>
      <w:r>
        <w:rPr>
          <w:b/>
        </w:rPr>
        <w:t xml:space="preserve">[34:51] </w:t>
      </w:r>
      <w:r>
        <w:t>so these things. these verses were like angelic verses. i felt that god himself is addressing me.</w:t>
      </w:r>
    </w:p>
    <w:p>
      <w:pPr>
        <w:jc w:val="right"/>
      </w:pPr>
      <w:r>
        <w:t>سو دیز تھنگز۔ دیز ورسز ویر لائک اینجلک ورسز۔ ائی فیلٹ دیٹ گاڈ ہم سیلف از ایڈریسنگ می۔</w:t>
      </w:r>
    </w:p>
    <w:p>
      <w:r>
        <w:rPr>
          <w:b/>
        </w:rPr>
        <w:t xml:space="preserve">[35:10] </w:t>
      </w:r>
      <w:r>
        <w:t>god himself is addressing me.</w:t>
      </w:r>
    </w:p>
    <w:p>
      <w:pPr>
        <w:jc w:val="right"/>
      </w:pPr>
      <w:r>
        <w:t>گاڈ ہم سیلف از ایڈریسنگ می۔</w:t>
      </w:r>
    </w:p>
    <w:p>
      <w:r>
        <w:rPr>
          <w:b/>
        </w:rPr>
        <w:t xml:space="preserve">[35:17] </w:t>
      </w:r>
      <w:r>
        <w:t>and then what happened? i</w:t>
      </w:r>
    </w:p>
    <w:p>
      <w:pPr>
        <w:jc w:val="right"/>
      </w:pPr>
      <w:r>
        <w:t>اینڈ دین واٹ ہیپنڈ؟ ائی</w:t>
      </w:r>
    </w:p>
    <w:p>
      <w:r>
        <w:rPr>
          <w:b/>
        </w:rPr>
        <w:t xml:space="preserve">[35:24] </w:t>
      </w:r>
      <w:r>
        <w:t>went to the mosque and i join the prayer. sirat. yani maghrib prayer.</w:t>
      </w:r>
    </w:p>
    <w:p>
      <w:pPr>
        <w:jc w:val="right"/>
      </w:pPr>
      <w:r>
        <w:t>وینٹ ٹو دا مسک اینڈ ائی جوائن دا پریئر۔ صراط۔ یعنی مغرب پریئر۔</w:t>
      </w:r>
    </w:p>
    <w:p>
      <w:r>
        <w:rPr>
          <w:b/>
        </w:rPr>
        <w:t xml:space="preserve">[35:34] </w:t>
      </w:r>
      <w:r>
        <w:t>and prayed god. so this is the brickle of the quran. in every chapter, even in your line, md verse, there are brickles of such kind.</w:t>
      </w:r>
    </w:p>
    <w:p>
      <w:pPr>
        <w:jc w:val="right"/>
      </w:pPr>
      <w:r>
        <w:t>اینڈ پریڈ گاڈ۔ سو دس از دا بریکل اف دا قرآن۔ ان ایوری چیپٹر، ایون ان یور لائن، ایم ڈی ورس، دیر ار بریکلز اف سچ کائنڈ۔</w:t>
      </w:r>
    </w:p>
    <w:p>
      <w:r>
        <w:rPr>
          <w:b/>
        </w:rPr>
        <w:t xml:space="preserve">[35:48] </w:t>
      </w:r>
      <w:r>
        <w:t>the whole quran addresses man. the whole quran. the whole quran addresses man.</w:t>
      </w:r>
    </w:p>
    <w:p>
      <w:pPr>
        <w:jc w:val="right"/>
      </w:pPr>
      <w:r>
        <w:t>دا ہوول قرآن ایڈریسز مین۔ دا ہوول قرآن۔ دا ہوول قرآن ایڈریسز مین۔</w:t>
      </w:r>
    </w:p>
    <w:p>
      <w:r>
        <w:rPr>
          <w:b/>
        </w:rPr>
        <w:t xml:space="preserve">[36:00] </w:t>
      </w:r>
      <w:r>
        <w:t>when you try to read the quran, in the very beginning, you will find these verses.</w:t>
      </w:r>
    </w:p>
    <w:p>
      <w:pPr>
        <w:jc w:val="right"/>
      </w:pPr>
      <w:r>
        <w:t>وین یو ٹرائی ٹو ریڈ دا قرآن، ان دا ویری بگننگ، یو ویل فائنڈ دیز ورسز۔</w:t>
      </w:r>
    </w:p>
    <w:p>
      <w:r>
        <w:rPr>
          <w:b/>
        </w:rPr>
        <w:t xml:space="preserve">[36:10] </w:t>
      </w:r>
      <w:r>
        <w:t>ya alladhi khalaqakum.</w:t>
      </w:r>
    </w:p>
    <w:p>
      <w:pPr>
        <w:jc w:val="right"/>
      </w:pPr>
      <w:r>
        <w:t>یا الذی خلقکم۔</w:t>
      </w:r>
    </w:p>
    <w:p>
      <w:r>
        <w:rPr>
          <w:b/>
        </w:rPr>
        <w:t xml:space="preserve">[36:15] </w:t>
      </w:r>
      <w:r>
        <w:t>o people, worship god, who is your creator.</w:t>
      </w:r>
    </w:p>
    <w:p>
      <w:pPr>
        <w:jc w:val="right"/>
      </w:pPr>
      <w:r>
        <w:t>او پیپل، ورشپ گاڈ، ہو از یور کریٹر۔</w:t>
      </w:r>
    </w:p>
    <w:p>
      <w:r>
        <w:rPr>
          <w:b/>
        </w:rPr>
        <w:t xml:space="preserve">[36:23] </w:t>
      </w:r>
      <w:r>
        <w:t>this brickless verse.</w:t>
      </w:r>
    </w:p>
    <w:p>
      <w:pPr>
        <w:jc w:val="right"/>
      </w:pPr>
      <w:r>
        <w:t>دس بریکلیس ورس۔</w:t>
      </w:r>
    </w:p>
    <w:p>
      <w:r>
        <w:rPr>
          <w:b/>
        </w:rPr>
        <w:t xml:space="preserve">[36:27] </w:t>
      </w:r>
      <w:r>
        <w:t>so when you are. when you are alive, when your mind is alive, your heart is alive. you are a prepared mind.</w:t>
      </w:r>
    </w:p>
    <w:p>
      <w:pPr>
        <w:jc w:val="right"/>
      </w:pPr>
      <w:r>
        <w:t>سو وین یو ار۔ وین یو ار الائیو، وین یور مائنڈ از الائیو، یور ہارٹ از الائیو۔ یو ار ا پریپیئرڈ مائنڈ۔</w:t>
      </w:r>
    </w:p>
    <w:p>
      <w:r>
        <w:rPr>
          <w:b/>
        </w:rPr>
        <w:t xml:space="preserve">[36:41] </w:t>
      </w:r>
      <w:r>
        <w:t>as i earlier said, purification is required. purified mind means prepared mind.</w:t>
      </w:r>
    </w:p>
    <w:p>
      <w:pPr>
        <w:jc w:val="right"/>
      </w:pPr>
      <w:r>
        <w:t>ایز ائی ارلیئر سیڈ، پیوریفیکیشن از ریکوائرڈ۔ پیوریفائیڈ مائنڈ مینز پریپیئرڈ مائنڈ۔</w:t>
      </w:r>
    </w:p>
    <w:p>
      <w:r>
        <w:rPr>
          <w:b/>
        </w:rPr>
        <w:t xml:space="preserve">[36:55] </w:t>
      </w:r>
      <w:r>
        <w:t>only. only prepared mind can reach to the deeper meaning of the quran. so if you are a prepared mind and you read this verse, o man,</w:t>
      </w:r>
    </w:p>
    <w:p>
      <w:pPr>
        <w:jc w:val="right"/>
      </w:pPr>
      <w:r>
        <w:t>اونلی۔ اونلی پریپیئرڈ مائنڈ کین ریچ ٹو دا ڈیپر میننگ اف دا قرآن۔ سو اف یو ار ا پریپیئرڈ مائنڈ اینڈ یو ریڈ دس ورس، او مین،</w:t>
      </w:r>
    </w:p>
    <w:p>
      <w:r>
        <w:rPr>
          <w:b/>
        </w:rPr>
        <w:t xml:space="preserve">[37:10] </w:t>
      </w:r>
      <w:r>
        <w:t>here is your god addressing you, listen my verse, obey my command, worship me, then suddenly you feel that you have to surrender before god.</w:t>
      </w:r>
    </w:p>
    <w:p>
      <w:pPr>
        <w:jc w:val="right"/>
      </w:pPr>
      <w:r>
        <w:t>ہیر از یور گاڈ ایڈریسنگ یو، لسن مائی ورس، اوبے مائی کمانڈ، ورشپ می، دین سڈنلی یو فیل دیٹ یو ہیو ٹو سرینڈر بیفور گاڈ۔</w:t>
      </w:r>
    </w:p>
    <w:p>
      <w:r>
        <w:rPr>
          <w:b/>
        </w:rPr>
        <w:t xml:space="preserve">[37:25] </w:t>
      </w:r>
      <w:r>
        <w:t>your whole personality is revolutionized. this kind of. this kind of response is needed.</w:t>
      </w:r>
    </w:p>
    <w:p>
      <w:pPr>
        <w:jc w:val="right"/>
      </w:pPr>
      <w:r>
        <w:t>یور ہوول پرسنیلٹی از ریولوشنائزڈ۔ دس کائنڈ اف۔ دس کائنڈ اف رسپانس از نیڈڈ۔</w:t>
      </w:r>
    </w:p>
    <w:p>
      <w:r>
        <w:rPr>
          <w:b/>
        </w:rPr>
        <w:t xml:space="preserve">[37:35] </w:t>
      </w:r>
      <w:r>
        <w:t>not simply wuzu, simply accent.</w:t>
      </w:r>
    </w:p>
    <w:p>
      <w:pPr>
        <w:jc w:val="right"/>
      </w:pPr>
      <w:r>
        <w:t>ناٹ سمپلی وضو، سمپلی ایکسنٹ۔</w:t>
      </w:r>
    </w:p>
    <w:p>
      <w:r>
        <w:rPr>
          <w:b/>
        </w:rPr>
        <w:t xml:space="preserve">[37:42] </w:t>
      </w:r>
      <w:r>
        <w:t>people think that. people believe that wuzu is enough. correct. correct action. correct accent is enough. is it not?</w:t>
      </w:r>
    </w:p>
    <w:p>
      <w:pPr>
        <w:jc w:val="right"/>
      </w:pPr>
      <w:r>
        <w:t>پیپل تھنک دیٹ۔ پیپل بیلیو دیٹ وضو از انف۔ کریکٹ۔ کریکٹ ایکشن۔ کریکٹ ایکسنٹ از انف۔ از اٹ ناٹ؟</w:t>
      </w:r>
    </w:p>
    <w:p>
      <w:r>
        <w:rPr>
          <w:b/>
        </w:rPr>
        <w:t xml:space="preserve">[37:53] </w:t>
      </w:r>
      <w:r>
        <w:t>you have to make yourself a prepared mind. you have to make you. you have to be able to.</w:t>
      </w:r>
    </w:p>
    <w:p>
      <w:pPr>
        <w:jc w:val="right"/>
      </w:pPr>
      <w:r>
        <w:t>یو ہیو ٹو میک یور سیلف ا پریپیئرڈ مائنڈ۔ یو ہیو ٹو میک یو۔ یو ہیو ٹو بی ایبل ٹو۔</w:t>
      </w:r>
    </w:p>
    <w:p>
      <w:r>
        <w:rPr>
          <w:b/>
        </w:rPr>
        <w:t xml:space="preserve">[38:01] </w:t>
      </w:r>
      <w:r>
        <w:t>you have to enable you to give such responses when you read quran.</w:t>
      </w:r>
    </w:p>
    <w:p>
      <w:pPr>
        <w:jc w:val="right"/>
      </w:pPr>
      <w:r>
        <w:t>یو ہیو ٹو انیبل یو ٹو گیو سچ رسپانسز وین یو ریڈ قرآن۔</w:t>
      </w:r>
    </w:p>
    <w:p>
      <w:r>
        <w:rPr>
          <w:b/>
        </w:rPr>
        <w:t xml:space="preserve">[38:17] </w:t>
      </w:r>
      <w:r>
        <w:t>this is the true. this is the true tilawat of quran. this is the true recitation of quran. this is the true study of the quran.</w:t>
      </w:r>
    </w:p>
    <w:p>
      <w:pPr>
        <w:jc w:val="right"/>
      </w:pPr>
      <w:r>
        <w:t>دس از دا ٹرو۔ دس از دا ٹرو تلاوت اف قرآن۔ دس از دا ٹرو ریسیٹیشن اف قرآن۔ دس از دا ٹرو اسٹڈی اف دا قرآن۔</w:t>
      </w:r>
    </w:p>
    <w:p>
      <w:r>
        <w:rPr>
          <w:b/>
        </w:rPr>
        <w:t xml:space="preserve">[38:32] </w:t>
      </w:r>
      <w:r>
        <w:t>i will give one more example.</w:t>
      </w:r>
    </w:p>
    <w:p>
      <w:pPr>
        <w:jc w:val="right"/>
      </w:pPr>
      <w:r>
        <w:t>ائی ویل گیو ون مور ایگزیمپل۔</w:t>
      </w:r>
    </w:p>
    <w:p>
      <w:r>
        <w:rPr>
          <w:b/>
        </w:rPr>
        <w:t xml:space="preserve">[38:39] </w:t>
      </w:r>
      <w:r>
        <w:t>one boy and girl. they married and they become husband and wife. then after some time, after few years, there was some differences.</w:t>
      </w:r>
    </w:p>
    <w:p>
      <w:pPr>
        <w:jc w:val="right"/>
      </w:pPr>
      <w:r>
        <w:t>ون بوائے اینڈ گرل۔ دے میریڈ اینڈ دے بیکم ہسبینڈ اینڈ وائف۔ دین افٹر سم ٹائم، افٹر فیو ایئرز، دیر واز سم ڈیفرنسز۔</w:t>
      </w:r>
    </w:p>
    <w:p>
      <w:r>
        <w:rPr>
          <w:b/>
        </w:rPr>
        <w:t xml:space="preserve">[38:50] </w:t>
      </w:r>
      <w:r>
        <w:t>and they wanted to. they wanted separation. separation. and in fact, the girl was.</w:t>
      </w:r>
    </w:p>
    <w:p>
      <w:pPr>
        <w:jc w:val="right"/>
      </w:pPr>
      <w:r>
        <w:t>اینڈ دے وانٹڈ ٹو۔ دے وانٹڈ سیپریشن۔ سیپریشن۔ اینڈ ان فیکٹ، دا گرل واز۔</w:t>
      </w:r>
    </w:p>
    <w:p>
      <w:r>
        <w:rPr>
          <w:b/>
        </w:rPr>
        <w:t xml:space="preserve">[39:01] </w:t>
      </w:r>
      <w:r>
        <w:t>girl was wrong. in this case, the wife was wrong and not the husband.</w:t>
      </w:r>
    </w:p>
    <w:p>
      <w:pPr>
        <w:jc w:val="right"/>
      </w:pPr>
      <w:r>
        <w:t>گرل واز رونگ۔ ان دس کیس، دا وائف واز رونگ اینڈ ناٹ دا ہسبینڈ۔</w:t>
      </w:r>
    </w:p>
    <w:p>
      <w:r>
        <w:rPr>
          <w:b/>
        </w:rPr>
        <w:t xml:space="preserve">[39:11] </w:t>
      </w:r>
      <w:r>
        <w:t>So the husband was in. Husband of Fali. Fali of revenge. He wanted to.</w:t>
      </w:r>
    </w:p>
    <w:p>
      <w:pPr>
        <w:jc w:val="right"/>
      </w:pPr>
      <w:r>
        <w:t>سو دا ہسبینڈ واز ان۔ ہسبینڈ اف فلی۔ فلی اف ریونج۔ ہی وانٹڈ ٹو۔</w:t>
      </w:r>
    </w:p>
    <w:p>
      <w:r>
        <w:rPr>
          <w:b/>
        </w:rPr>
        <w:t xml:space="preserve">[39:19] </w:t>
      </w:r>
      <w:r>
        <w:t>his life said that in you have legal. yani you have. legally you are better in position.</w:t>
      </w:r>
    </w:p>
    <w:p>
      <w:pPr>
        <w:jc w:val="right"/>
      </w:pPr>
      <w:r>
        <w:t>ہز لائف سیڈ دیٹ ان یو ہیو لیگل۔ یعنی یو ہیو۔ لیگلی یو ار بیٹر ان پوزیشن۔</w:t>
      </w:r>
    </w:p>
    <w:p>
      <w:r>
        <w:rPr>
          <w:b/>
        </w:rPr>
        <w:t xml:space="preserve">[39:35] </w:t>
      </w:r>
      <w:r>
        <w:t>you can teach him. you can teach her lesson. even you have. she must.</w:t>
      </w:r>
    </w:p>
    <w:p>
      <w:pPr>
        <w:jc w:val="right"/>
      </w:pPr>
      <w:r>
        <w:t>یو کین ٹیچ ہم۔ یو کین ٹیچ ہر لیسن۔ ایون یو ہیو۔ شی مسٹ۔</w:t>
      </w:r>
    </w:p>
    <w:p>
      <w:r>
        <w:rPr>
          <w:b/>
        </w:rPr>
        <w:t xml:space="preserve">[39:45] </w:t>
      </w:r>
      <w:r>
        <w:t>she must give you a substantial amount. because legally you are in advantage position. so that husband was in the path of revenge.</w:t>
      </w:r>
    </w:p>
    <w:p>
      <w:pPr>
        <w:jc w:val="right"/>
      </w:pPr>
      <w:r>
        <w:t>شی مسٹ گیو یو ا سبسٹینشل اماؤنٹ۔ بیکاز لیگلی یو ار ان ایڈوانٹیج پوزیشن۔ سو دیٹ ہسبینڈ واز ان دا پاتھ اف ریونج۔</w:t>
      </w:r>
    </w:p>
    <w:p>
      <w:r>
        <w:rPr>
          <w:b/>
        </w:rPr>
        <w:t xml:space="preserve">[40:02] </w:t>
      </w:r>
      <w:r>
        <w:t>he wanted to take revenge. then i said. he was. he was a muslim. then i said that.</w:t>
      </w:r>
    </w:p>
    <w:p>
      <w:pPr>
        <w:jc w:val="right"/>
      </w:pPr>
      <w:r>
        <w:t>ہی وانٹڈ ٹو ٹیک ریونج۔ دین ائی سیڈ۔ ہی واز۔ ہی واز ا مسلم۔ دین ائی سیڈ دیٹ۔</w:t>
      </w:r>
    </w:p>
    <w:p>
      <w:r>
        <w:rPr>
          <w:b/>
        </w:rPr>
        <w:t xml:space="preserve">[40:20] </w:t>
      </w:r>
      <w:r>
        <w:t>i said some. i gave him some advice. but he was not in mood to head my advice.</w:t>
      </w:r>
    </w:p>
    <w:p>
      <w:pPr>
        <w:jc w:val="right"/>
      </w:pPr>
      <w:r>
        <w:t>ائی سیڈ سم۔ ائی گیو ہم سم ایڈوائس۔ بٹ ہی واز ناٹ ان موڈ ٹو ہیڈ مائی ایڈوائس۔</w:t>
      </w:r>
    </w:p>
    <w:p>
      <w:r>
        <w:rPr>
          <w:b/>
        </w:rPr>
        <w:t xml:space="preserve">[40:34] </w:t>
      </w:r>
      <w:r>
        <w:t>then i said, please read the chapter number 42 in the quran.</w:t>
      </w:r>
    </w:p>
    <w:p>
      <w:pPr>
        <w:jc w:val="right"/>
      </w:pPr>
      <w:r>
        <w:t>دین ائی سیڈ، پلیز ریڈ دا چیپٹر نمبر 42 ان دا قرآن۔</w:t>
      </w:r>
    </w:p>
    <w:p>
      <w:r>
        <w:rPr>
          <w:b/>
        </w:rPr>
        <w:t xml:space="preserve">[40:42] </w:t>
      </w:r>
      <w:r>
        <w:t>chapter number 42 of the quran. in this chapter, verse number 40, 41, 42, 43, in four verses are directly related to your case.</w:t>
      </w:r>
    </w:p>
    <w:p>
      <w:pPr>
        <w:jc w:val="right"/>
      </w:pPr>
      <w:r>
        <w:t>چیپٹر نمبر 42 اف دا قرآن۔ ان دس چیپٹر، ورس نمبر 40، 41، 42، 43، ان فور ورسز ار ڈائریکٹلی ریلیٹڈ ٹو یور کیس۔</w:t>
      </w:r>
    </w:p>
    <w:p>
      <w:r>
        <w:rPr>
          <w:b/>
        </w:rPr>
        <w:t xml:space="preserve">[41:04] </w:t>
      </w:r>
      <w:r>
        <w:t>four verses of this chapter is directly related to your case.</w:t>
      </w:r>
    </w:p>
    <w:p>
      <w:pPr>
        <w:jc w:val="right"/>
      </w:pPr>
      <w:r>
        <w:t>فور ورسز اف دس چیپٹر از ڈائریکٹلی ریلیٹڈ ٹو یور کیس۔</w:t>
      </w:r>
    </w:p>
    <w:p>
      <w:r>
        <w:rPr>
          <w:b/>
        </w:rPr>
        <w:t xml:space="preserve">[41:12] </w:t>
      </w:r>
      <w:r>
        <w:t>so you have to see those verses. so that muslim boy read those verses in the quran.</w:t>
      </w:r>
    </w:p>
    <w:p>
      <w:pPr>
        <w:jc w:val="right"/>
      </w:pPr>
      <w:r>
        <w:t>سو یو ہیو ٹو سی دوز ورسز۔ سو دیٹ مسلم بوائے ریڈ دوز ورسز ان دا قرآن۔</w:t>
      </w:r>
    </w:p>
    <w:p>
      <w:r>
        <w:rPr>
          <w:b/>
        </w:rPr>
        <w:t xml:space="preserve">[41:25] </w:t>
      </w:r>
      <w:r>
        <w:t>what were those verses?</w:t>
      </w:r>
    </w:p>
    <w:p>
      <w:pPr>
        <w:jc w:val="right"/>
      </w:pPr>
      <w:r>
        <w:t>واٹ ویر دوز ورسز؟</w:t>
      </w:r>
    </w:p>
    <w:p>
      <w:r>
        <w:rPr>
          <w:b/>
        </w:rPr>
        <w:t xml:space="preserve">[41:29] </w:t>
      </w:r>
      <w:r>
        <w:t>in this verse. this verse you can read in surah ashurah number 42 and verse number 40, 41, 42, 43.</w:t>
      </w:r>
    </w:p>
    <w:p>
      <w:pPr>
        <w:jc w:val="right"/>
      </w:pPr>
      <w:r>
        <w:t>ان دس ورس۔ دس ورس یو کین ریڈ ان سورہ عاشورہ نمبر 42 اینڈ ورس نمبر 40، 41، 42، 43۔</w:t>
      </w:r>
    </w:p>
    <w:p>
      <w:r>
        <w:rPr>
          <w:b/>
        </w:rPr>
        <w:t xml:space="preserve">[41:42] </w:t>
      </w:r>
      <w:r>
        <w:t>in these verses quran says that if you have received some harm or injury or you are in anger, so you can take revenge but on equal basis.</w:t>
      </w:r>
    </w:p>
    <w:p>
      <w:pPr>
        <w:jc w:val="right"/>
      </w:pPr>
      <w:r>
        <w:t>ان دیز ورسز قرآن سیز دیٹ اف یو ہیو ریسیو سم ہارم اور انجری اور یو ار ان اینگر، سو یو کین ٹیک ریونج بٹ ان ایکول بیسس۔</w:t>
      </w:r>
    </w:p>
    <w:p>
      <w:r>
        <w:rPr>
          <w:b/>
        </w:rPr>
        <w:t xml:space="preserve">[42:04] </w:t>
      </w:r>
      <w:r>
        <w:t>you can take revenge but on equal basis. so you are allowed to take revenge in equal basis.</w:t>
      </w:r>
    </w:p>
    <w:p>
      <w:pPr>
        <w:jc w:val="right"/>
      </w:pPr>
      <w:r>
        <w:t>یو کین ٹیک ریونج بٹ ان ایکول بیسس۔ سو یو ار الاؤڈ ٹو ٹیک ریونج ان ایکول بیسس۔</w:t>
      </w:r>
    </w:p>
    <w:p>
      <w:r>
        <w:rPr>
          <w:b/>
        </w:rPr>
        <w:t xml:space="preserve">[42:14] </w:t>
      </w:r>
      <w:r>
        <w:t>but in the same passage quran says that if you. but if you forgive.</w:t>
      </w:r>
    </w:p>
    <w:p>
      <w:pPr>
        <w:jc w:val="right"/>
      </w:pPr>
      <w:r>
        <w:t>بٹ ان دا سیم پیسج قرآن سیز دیٹ اف یو۔ بٹ اف یو فارگیو۔</w:t>
      </w:r>
    </w:p>
    <w:p>
      <w:r>
        <w:rPr>
          <w:b/>
        </w:rPr>
        <w:t xml:space="preserve">[42:24] </w:t>
      </w:r>
      <w:r>
        <w:t>if you avoid. if you forgive. you. if you keep patience, then god will give you great reward in the hereafter.</w:t>
      </w:r>
    </w:p>
    <w:p>
      <w:pPr>
        <w:jc w:val="right"/>
      </w:pPr>
      <w:r>
        <w:t>اف یو اوائڈ۔ اف یو فارگیو۔ یو۔ اف یو کیپ پیشنس، دین گاڈ ویل گیو یو گریٹ ریوارڈ ان دا ہیرا افٹر۔</w:t>
      </w:r>
    </w:p>
    <w:p>
      <w:r>
        <w:rPr>
          <w:b/>
        </w:rPr>
        <w:t xml:space="preserve">[42:41] </w:t>
      </w:r>
      <w:r>
        <w:t>then i said that. there are some references in the quran or in hadith that god always give rewards ten times more.</w:t>
      </w:r>
    </w:p>
    <w:p>
      <w:pPr>
        <w:jc w:val="right"/>
      </w:pPr>
      <w:r>
        <w:t>دین ائی سیڈ دیٹ۔ دیر ار سم ریفرنسز ان دا قرآن اور ان حدیث دیٹ گاڈ الویز گیو ریوارڈز ٹین ٹائمز مور۔</w:t>
      </w:r>
    </w:p>
    <w:p>
      <w:r>
        <w:rPr>
          <w:b/>
        </w:rPr>
        <w:t xml:space="preserve">[42:56] </w:t>
      </w:r>
      <w:r>
        <w:t>from ten times up to seven hundred times. so i said that if you want to take.</w:t>
      </w:r>
    </w:p>
    <w:p>
      <w:pPr>
        <w:jc w:val="right"/>
      </w:pPr>
      <w:r>
        <w:t>فرام ٹین ٹائمز اپ ٹو سیون ہنڈرڈ ٹائمز۔ سو ائی سیڈ دیٹ اف یو وانٹ ٹو ٹیک۔</w:t>
      </w:r>
    </w:p>
    <w:p>
      <w:r>
        <w:rPr>
          <w:b/>
        </w:rPr>
        <w:t xml:space="preserve">[43:05] </w:t>
      </w:r>
      <w:r>
        <w:t>if you want to take revenge, you are free. but then is no. but then there is no reward for you. there is no god's blessing for you.</w:t>
      </w:r>
    </w:p>
    <w:p>
      <w:pPr>
        <w:jc w:val="right"/>
      </w:pPr>
      <w:r>
        <w:t>اف یو وانٹ ٹو ٹیک ریونج، یو ار فری۔ بٹ دین از نو۔ بٹ دین دیر از نو ریوارڈ فار یو۔ دیر از نو گاڈز بلیسنگ فار یو۔</w:t>
      </w:r>
    </w:p>
    <w:p>
      <w:r>
        <w:rPr>
          <w:b/>
        </w:rPr>
        <w:t xml:space="preserve">[43:21] </w:t>
      </w:r>
      <w:r>
        <w:t>but if you keep patience. if you avoid. if you forgive, then quran promises that you will be rewarded paradise.</w:t>
      </w:r>
    </w:p>
    <w:p>
      <w:pPr>
        <w:jc w:val="right"/>
      </w:pPr>
      <w:r>
        <w:t>بٹ اف یو کیپ پیشنس۔ اف یو اوائڈ۔ اف یو فارگیو، دین قرآن پرومسز دیٹ یو ویل بی ریوارڈڈ پیراڈائز۔</w:t>
      </w:r>
    </w:p>
    <w:p>
      <w:r>
        <w:rPr>
          <w:b/>
        </w:rPr>
        <w:t xml:space="preserve">[43:41] </w:t>
      </w:r>
      <w:r>
        <w:t>this. after reading this verse, the mind of that boy was changed.</w:t>
      </w:r>
    </w:p>
    <w:p>
      <w:pPr>
        <w:jc w:val="right"/>
      </w:pPr>
      <w:r>
        <w:t>دس۔ افٹر ریڈنگ دس ورس، دا مائنڈ اف دیٹ بوائے واز چینجڈ۔</w:t>
      </w:r>
    </w:p>
    <w:p>
      <w:r>
        <w:rPr>
          <w:b/>
        </w:rPr>
        <w:t xml:space="preserve">[43:49] </w:t>
      </w:r>
      <w:r>
        <w:t>he said, no, i want paradise. i don't want revenge.</w:t>
      </w:r>
    </w:p>
    <w:p>
      <w:pPr>
        <w:jc w:val="right"/>
      </w:pPr>
      <w:r>
        <w:t>ہی سیڈ، نو، ائی وانٹ پیراڈائز۔ ائی ڈونٹ وانٹ ریونج۔</w:t>
      </w:r>
    </w:p>
    <w:p>
      <w:r>
        <w:rPr>
          <w:b/>
        </w:rPr>
        <w:t xml:space="preserve">[44:01] </w:t>
      </w:r>
      <w:r>
        <w:t>mujhe paradise chahiye. i want paradise. so he.</w:t>
      </w:r>
    </w:p>
    <w:p>
      <w:pPr>
        <w:jc w:val="right"/>
      </w:pPr>
      <w:r>
        <w:t>مجھ کو پیراڈائز چاہیے۔ ائی وانٹ پیراڈائز۔ سو ہی۔</w:t>
      </w:r>
    </w:p>
    <w:p>
      <w:r>
        <w:rPr>
          <w:b/>
        </w:rPr>
        <w:t xml:space="preserve">[44:11] </w:t>
      </w:r>
      <w:r>
        <w:t>so he forgave that girl and i settled the matter amicably.</w:t>
      </w:r>
    </w:p>
    <w:p>
      <w:pPr>
        <w:jc w:val="right"/>
      </w:pPr>
      <w:r>
        <w:t>سو ہی فارگیو دیٹ گرل اینڈ ائی سیٹل دا میٹر امیکیبلی۔</w:t>
      </w:r>
    </w:p>
    <w:p>
      <w:r>
        <w:rPr>
          <w:b/>
        </w:rPr>
        <w:t xml:space="preserve">[44:23] </w:t>
      </w:r>
      <w:r>
        <w:t>this was the miracle of the quran. i can say that quran is a authentic book of reference.</w:t>
      </w:r>
    </w:p>
    <w:p>
      <w:pPr>
        <w:jc w:val="right"/>
      </w:pPr>
      <w:r>
        <w:t>دس واز دا بریکل اف دا قرآن۔ ائی کین سیڈ دیٹ قرآن از ا اتھینٹک بک اف ریفرنس۔</w:t>
      </w:r>
    </w:p>
    <w:p>
      <w:r>
        <w:rPr>
          <w:b/>
        </w:rPr>
        <w:t xml:space="preserve">[44:37] </w:t>
      </w:r>
      <w:r>
        <w:t>quran is a book.</w:t>
      </w:r>
    </w:p>
    <w:p>
      <w:pPr>
        <w:jc w:val="right"/>
      </w:pPr>
      <w:r>
        <w:t>قرآن از ا بک۔</w:t>
      </w:r>
    </w:p>
    <w:p>
      <w:r>
        <w:rPr>
          <w:b/>
        </w:rPr>
        <w:t xml:space="preserve">[44:43] </w:t>
      </w:r>
      <w:r>
        <w:t>quran az a. az an authentic book of reference. in every aspect of life.</w:t>
      </w:r>
    </w:p>
    <w:p>
      <w:pPr>
        <w:jc w:val="right"/>
      </w:pPr>
      <w:r>
        <w:t>قرآن از ا۔ از ان اتھینٹک بک اف ریفرنس۔ ان ایوری اسپیکٹ اف لائف۔</w:t>
      </w:r>
    </w:p>
    <w:p>
      <w:r>
        <w:rPr>
          <w:b/>
        </w:rPr>
        <w:t xml:space="preserve">[44:52] </w:t>
      </w:r>
      <w:r>
        <w:t>in every issue of life, you can find a reference. you can find an answer.</w:t>
      </w:r>
    </w:p>
    <w:p>
      <w:pPr>
        <w:jc w:val="right"/>
      </w:pPr>
      <w:r>
        <w:t>ان ایوری ایشو اف لائف، یو کین فائنڈ ا ریفرنس۔ یو کین فائنڈ ان انسر۔</w:t>
      </w:r>
    </w:p>
    <w:p>
      <w:r>
        <w:rPr>
          <w:b/>
        </w:rPr>
        <w:t xml:space="preserve">[45:03] </w:t>
      </w:r>
      <w:r>
        <w:t>i have. here i have narrated at least two example, one of myself and one of that husband.</w:t>
      </w:r>
    </w:p>
    <w:p>
      <w:pPr>
        <w:jc w:val="right"/>
      </w:pPr>
      <w:r>
        <w:t>ائی ہیو۔ ہیر ائی ہیو نیریٹڈ ایٹ لیسٹ ٹو ایگزیمپل، ون اف مائی سیلف اینڈ ون اف دیٹ ہسبینڈ۔</w:t>
      </w:r>
    </w:p>
    <w:p>
      <w:r>
        <w:rPr>
          <w:b/>
        </w:rPr>
        <w:t xml:space="preserve">[45:20] </w:t>
      </w:r>
      <w:r>
        <w:t>what a great blessing that we have a book that is authentic source of divine knowledge.</w:t>
      </w:r>
    </w:p>
    <w:p>
      <w:pPr>
        <w:jc w:val="right"/>
      </w:pPr>
      <w:r>
        <w:t>واٹ ا گریٹ بلیسنگ دیٹ وی ہیو ا بک دیٹ از اتھینٹک سورس اف ڈیوائن نالج۔</w:t>
      </w:r>
    </w:p>
    <w:p>
      <w:r>
        <w:rPr>
          <w:b/>
        </w:rPr>
        <w:t xml:space="preserve">[45:31] </w:t>
      </w:r>
      <w:r>
        <w:t>authentic book of reference. a great, great blessing for all mankind. for all mankind.</w:t>
      </w:r>
    </w:p>
    <w:p>
      <w:pPr>
        <w:jc w:val="right"/>
      </w:pPr>
      <w:r>
        <w:t>اتھینٹک بک اف ریفرنس۔ ا گریٹ، گریٹ بلیسنگ فار ال مین کائنڈ۔ فار ال مین کائنڈ۔</w:t>
      </w:r>
    </w:p>
    <w:p>
      <w:r>
        <w:rPr>
          <w:b/>
        </w:rPr>
        <w:t xml:space="preserve">[45:42] </w:t>
      </w:r>
      <w:r>
        <w:t>deen</w:t>
      </w:r>
    </w:p>
    <w:p>
      <w:pPr>
        <w:jc w:val="right"/>
      </w:pPr>
      <w:r>
        <w:t>دین</w:t>
      </w:r>
    </w:p>
    <w:p>
      <w:r>
        <w:rPr>
          <w:b/>
        </w:rPr>
        <w:t xml:space="preserve">[45:45] </w:t>
      </w:r>
      <w:r>
        <w:t>here i would like to narrate a very interesting story. why quran is so great? why quran is a book of god?</w:t>
      </w:r>
    </w:p>
    <w:p>
      <w:pPr>
        <w:jc w:val="right"/>
      </w:pPr>
      <w:r>
        <w:t>ہیر ائی وڈ لائک ٹو نیریٹ ا ویری انٹرسٹنگ اسٹوری۔ وائی قرآن از سو گریٹ؟ وائی قرآن از ا بک اف گاڈ؟</w:t>
      </w:r>
    </w:p>
    <w:p>
      <w:r>
        <w:rPr>
          <w:b/>
        </w:rPr>
        <w:t xml:space="preserve">[45:56] </w:t>
      </w:r>
      <w:r>
        <w:t>why we. why we believe that quran is a word of god? it is not simply a belief. it is not blind belief.</w:t>
      </w:r>
    </w:p>
    <w:p>
      <w:pPr>
        <w:jc w:val="right"/>
      </w:pPr>
      <w:r>
        <w:t>وائی وی۔ وائی وی بیلیو دیٹ قرآن از ا ورڈ اف گاڈ؟ اٹ از ناٹ سمپلی ا بیلیف۔ اٹ از ناٹ بلائنڈ بیلیف۔</w:t>
      </w:r>
    </w:p>
    <w:p>
      <w:r>
        <w:rPr>
          <w:b/>
        </w:rPr>
        <w:t xml:space="preserve">[46:05] </w:t>
      </w:r>
      <w:r>
        <w:t>it is a scientific fact. you know, in egypt, there was a sheikh aljohari al-tantawi.</w:t>
      </w:r>
    </w:p>
    <w:p>
      <w:pPr>
        <w:jc w:val="right"/>
      </w:pPr>
      <w:r>
        <w:t>اٹ از ا سائنٹیفک فیکٹ۔ یو نو، ان ایجپٹ، دیر واز ا شیخ الجوہری التنطاوی۔</w:t>
      </w:r>
    </w:p>
    <w:p>
      <w:r>
        <w:rPr>
          <w:b/>
        </w:rPr>
        <w:t xml:space="preserve">[46:21] </w:t>
      </w:r>
      <w:r>
        <w:t>he compiled a commentary of the quran. the title of this commentary is aljawahir fi tafsir alquran.</w:t>
      </w:r>
    </w:p>
    <w:p>
      <w:pPr>
        <w:jc w:val="right"/>
      </w:pPr>
      <w:r>
        <w:t>ہی کمپائلڈ ا کمنٹری اف دا قرآن۔ دا ٹائٹل اف دس کمنٹری از الجواہر فی تفسیر القرآن۔</w:t>
      </w:r>
    </w:p>
    <w:p>
      <w:r>
        <w:rPr>
          <w:b/>
        </w:rPr>
        <w:t xml:space="preserve">[46:32] </w:t>
      </w:r>
      <w:r>
        <w:t>it is in arabic. it is in arabic. aljawahir fi tafsir alquran.</w:t>
      </w:r>
    </w:p>
    <w:p>
      <w:pPr>
        <w:jc w:val="right"/>
      </w:pPr>
      <w:r>
        <w:t>اٹ از ان عربک۔ اٹ از ان عربک۔ الجواہر فی تفسیر القرآن۔</w:t>
      </w:r>
    </w:p>
    <w:p>
      <w:r>
        <w:rPr>
          <w:b/>
        </w:rPr>
        <w:t xml:space="preserve">[46:43] </w:t>
      </w:r>
      <w:r>
        <w:t>so in this tafsir, in this commentary, he narrates a very, very interesting story.</w:t>
      </w:r>
    </w:p>
    <w:p>
      <w:pPr>
        <w:jc w:val="right"/>
      </w:pPr>
      <w:r>
        <w:t>سو ان دس تفسیر، ان دس کمنٹری، ہی نیریٹس ا ویری، ویری انٹرسٹنگ اسٹوری۔</w:t>
      </w:r>
    </w:p>
    <w:p>
      <w:r>
        <w:rPr>
          <w:b/>
        </w:rPr>
        <w:t xml:space="preserve">[46:57] </w:t>
      </w:r>
      <w:r>
        <w:t>very beautiful story. he says that in 1932. in 1932, there was a conference.</w:t>
      </w:r>
    </w:p>
    <w:p>
      <w:pPr>
        <w:jc w:val="right"/>
      </w:pPr>
      <w:r>
        <w:t>ویری بیوٹیفل اسٹوری۔ ہی سیز دیٹ ان 1932۔ ان 1932، دیر واز ا کانفرنس۔</w:t>
      </w:r>
    </w:p>
    <w:p>
      <w:r>
        <w:rPr>
          <w:b/>
        </w:rPr>
        <w:t xml:space="preserve">[47:11] </w:t>
      </w:r>
      <w:r>
        <w:t>an international conference. in this conference, one professor gilani, he was an egyptian professor.</w:t>
      </w:r>
    </w:p>
    <w:p>
      <w:pPr>
        <w:jc w:val="right"/>
      </w:pPr>
      <w:r>
        <w:t>اینڈ انٹرنیشنل کانفرنس۔ ان دس کانفرنس، ون پروفیسر گیلانی، ہی واز ا ایجپشن پروفیسر۔</w:t>
      </w:r>
    </w:p>
    <w:p>
      <w:r>
        <w:rPr>
          <w:b/>
        </w:rPr>
        <w:t xml:space="preserve">[47:25] </w:t>
      </w:r>
      <w:r>
        <w:t>one of the participants was this egyptian professor, professor gilani. and then there was an american professor, professor finkel.</w:t>
      </w:r>
    </w:p>
    <w:p>
      <w:pPr>
        <w:jc w:val="right"/>
      </w:pPr>
      <w:r>
        <w:t>ون اف دا پارٹیسپنٹس واز دس ایجپشن پروفیسر، پروفیسر گیلانی۔ اینڈ دین دیر واز ا امریکن پروفیسر، پروفیسر فنکل۔</w:t>
      </w:r>
    </w:p>
    <w:p>
      <w:r>
        <w:rPr>
          <w:b/>
        </w:rPr>
        <w:t xml:space="preserve">[47:39] </w:t>
      </w:r>
      <w:r>
        <w:t>he was also one of the participants of that conference. so professor finkel and professor gilani happen to meet and there was a conversation between these two professors.</w:t>
      </w:r>
    </w:p>
    <w:p>
      <w:pPr>
        <w:jc w:val="right"/>
      </w:pPr>
      <w:r>
        <w:t>ہی واز السو ون اف دا پارٹیسپنٹس اف دیٹ کانفرنس۔ سو پروفیسر فنکل اینڈ پروفیسر گیلانی ہیپن ٹو میٹ اینڈ دیر واز ا کنورسیشن بٹوین دیز ٹو پروفیسرز۔</w:t>
      </w:r>
    </w:p>
    <w:p>
      <w:r>
        <w:rPr>
          <w:b/>
        </w:rPr>
        <w:t xml:space="preserve">[47:59] </w:t>
      </w:r>
      <w:r>
        <w:t>professor finkel said to mr professor gilani, professor gilani was a muslim and from egypt. and professor finkel was a christian.</w:t>
      </w:r>
    </w:p>
    <w:p>
      <w:pPr>
        <w:jc w:val="right"/>
      </w:pPr>
      <w:r>
        <w:t>پروفیسر فنکل سیڈ ٹو مسٹر پروفیسر گیلانی، پروفیسر گیلانی واز ا مسلم اینڈ فرام ایجپٹ۔ اینڈ پروفیسر فنکل واز ا کرسچن۔</w:t>
      </w:r>
    </w:p>
    <w:p>
      <w:r>
        <w:rPr>
          <w:b/>
        </w:rPr>
        <w:t xml:space="preserve">[48:11] </w:t>
      </w:r>
      <w:r>
        <w:t>so professor finkel said, mr gilani, do you believe that quran is a miracle as</w:t>
      </w:r>
    </w:p>
    <w:p>
      <w:pPr>
        <w:jc w:val="right"/>
      </w:pPr>
      <w:r>
        <w:t>سو پروفیسر فنکل سیڈ، مسٹر گیلانی، ڈو یو بیلیو دیٹ قرآن از ا بریکل ایز</w:t>
      </w:r>
    </w:p>
    <w:p>
      <w:r>
        <w:rPr>
          <w:b/>
        </w:rPr>
        <w:t xml:space="preserve">[48:24] </w:t>
      </w:r>
      <w:r>
        <w:t>muslim masses believe?</w:t>
      </w:r>
    </w:p>
    <w:p>
      <w:pPr>
        <w:jc w:val="right"/>
      </w:pPr>
      <w:r>
        <w:t>مسلم ماسز بیلیو؟</w:t>
      </w:r>
    </w:p>
    <w:p>
      <w:r>
        <w:rPr>
          <w:b/>
        </w:rPr>
        <w:t xml:space="preserve">[48:28] </w:t>
      </w:r>
      <w:r>
        <w:t>professor gilani said, it is not matter of belief. we can. we can experience.</w:t>
      </w:r>
    </w:p>
    <w:p>
      <w:pPr>
        <w:jc w:val="right"/>
      </w:pPr>
      <w:r>
        <w:t>پروفیسر گیلانی سیڈ، اٹ از ناٹ میٹر اف بیلیف۔ وی کین۔ وی کین ایکسپیرینس۔</w:t>
      </w:r>
    </w:p>
    <w:p>
      <w:r>
        <w:rPr>
          <w:b/>
        </w:rPr>
        <w:t xml:space="preserve">[48:41] </w:t>
      </w:r>
      <w:r>
        <w:t>we can experiment this fact, whether it is miracle or not. so professor finkel said, how?</w:t>
      </w:r>
    </w:p>
    <w:p>
      <w:pPr>
        <w:jc w:val="right"/>
      </w:pPr>
      <w:r>
        <w:t>وی کین ایکسپیریمنٹ دس فیکٹ، ویدر اٹ از بریکل اور ناٹ۔ سو پروفیسر فنکل سیڈ، ہاؤ؟</w:t>
      </w:r>
    </w:p>
    <w:p>
      <w:r>
        <w:rPr>
          <w:b/>
        </w:rPr>
        <w:t xml:space="preserve">[48:52] </w:t>
      </w:r>
      <w:r>
        <w:t>he said, professor gilani said, i am giving you an idea. i write it in arabic.</w:t>
      </w:r>
    </w:p>
    <w:p>
      <w:pPr>
        <w:jc w:val="right"/>
      </w:pPr>
      <w:r>
        <w:t>ہی سیڈ، پروفیسر گیلانی سیڈ، ائی ایم گیونگ یو این ائیڈیا۔ ائی رائٹ اٹ ان عربک۔</w:t>
      </w:r>
    </w:p>
    <w:p>
      <w:r>
        <w:rPr>
          <w:b/>
        </w:rPr>
        <w:t xml:space="preserve">[49:01] </w:t>
      </w:r>
      <w:r>
        <w:t>you know, professor finkel was a great arabic scholar. he was american orientalist. professor gilani was an arabic scholar.</w:t>
      </w:r>
    </w:p>
    <w:p>
      <w:pPr>
        <w:jc w:val="right"/>
      </w:pPr>
      <w:r>
        <w:t>یو نو، پروفیسر فنکل واز ا گریٹ عربک سکالر۔ ہی واز امریکن اورینٹلسٹ۔ پروفیسر گیلانی واز ان عربک سکالر۔</w:t>
      </w:r>
    </w:p>
    <w:p>
      <w:r>
        <w:rPr>
          <w:b/>
        </w:rPr>
        <w:t xml:space="preserve">[49:11] </w:t>
      </w:r>
      <w:r>
        <w:t>also professor finkel was also an arabic scholar. both were arabic scholar. so professor gilani said, i am giving you an idea and we write it in arabic as many as style you can.</w:t>
      </w:r>
    </w:p>
    <w:p>
      <w:pPr>
        <w:jc w:val="right"/>
      </w:pPr>
      <w:r>
        <w:t>السو پروفیسر فنکل واز السو ان عربک سکالر۔ بوتھ ویر عربک سکالر۔ سو پروفیسر گیلانی سیڈ، ائی ایم گیونگ یو این ائیڈیا اینڈ وی رائٹ اٹ ان عربک ایز مینی ایز اسٹائل یو کین۔</w:t>
      </w:r>
    </w:p>
    <w:p>
      <w:r>
        <w:rPr>
          <w:b/>
        </w:rPr>
        <w:t xml:space="preserve">[49:32] </w:t>
      </w:r>
      <w:r>
        <w:t>and i also will do the same job. we both will try to write this idea in arabic language.</w:t>
      </w:r>
    </w:p>
    <w:p>
      <w:pPr>
        <w:jc w:val="right"/>
      </w:pPr>
      <w:r>
        <w:t>اینڈ ائی السو ویل ڈو دا سیم جاب۔ وی بوتھ ویل ٹرائی ٹو رائٹ دس ائیڈیا ان عربک لینگویج۔</w:t>
      </w:r>
    </w:p>
    <w:p>
      <w:r>
        <w:rPr>
          <w:b/>
        </w:rPr>
        <w:t xml:space="preserve">[49:42] </w:t>
      </w:r>
      <w:r>
        <w:t>so that idea was that hell is extremely vast. that idea was that hell is extremely vast.</w:t>
      </w:r>
    </w:p>
    <w:p>
      <w:pPr>
        <w:jc w:val="right"/>
      </w:pPr>
      <w:r>
        <w:t>سو دیٹ ائیڈیا واز دیٹ ہیل از ایکسٹریملی واسٹ۔ دیٹ ائیڈیا واز دیٹ ہیل از ایکسٹریملی واسٹ۔</w:t>
      </w:r>
    </w:p>
    <w:p>
      <w:r>
        <w:rPr>
          <w:b/>
        </w:rPr>
        <w:t xml:space="preserve">[49:58] </w:t>
      </w:r>
      <w:r>
        <w:t>so both the professor sat down on a table and tried to write some sentences.</w:t>
      </w:r>
    </w:p>
    <w:p>
      <w:pPr>
        <w:jc w:val="right"/>
      </w:pPr>
      <w:r>
        <w:t>سو بوتھ دا پروفیسر سیٹ ڈاؤن ان ا ٹیبل اینڈ ٹرائیڈ ٹو رائٹ سم سینٹنسز۔</w:t>
      </w:r>
    </w:p>
    <w:p>
      <w:r>
        <w:rPr>
          <w:b/>
        </w:rPr>
        <w:t xml:space="preserve">[50:10] </w:t>
      </w:r>
      <w:r>
        <w:t>so commentator Al-Tantawi has quoted 20 such sentences.</w:t>
      </w:r>
    </w:p>
    <w:p>
      <w:pPr>
        <w:jc w:val="right"/>
      </w:pPr>
      <w:r>
        <w:t>سو کمنٹیٹر التنطاوی ہیز کوٹڈ 20 سچ سینٹنسز۔</w:t>
      </w:r>
    </w:p>
    <w:p>
      <w:r>
        <w:rPr>
          <w:b/>
        </w:rPr>
        <w:t xml:space="preserve">[50:24] </w:t>
      </w:r>
      <w:r>
        <w:t>that was some of those sentences were like this: in jahannam lawasi'atun jiddan.</w:t>
      </w:r>
    </w:p>
    <w:p>
      <w:pPr>
        <w:jc w:val="right"/>
      </w:pPr>
      <w:r>
        <w:t>دیٹ واز سم اف دوز سینٹنسز وار لائک دس: ان جہنم لواسۃ جدا۔</w:t>
      </w:r>
    </w:p>
    <w:p>
      <w:r>
        <w:rPr>
          <w:b/>
        </w:rPr>
        <w:t xml:space="preserve">[50:36] </w:t>
      </w:r>
      <w:r>
        <w:t>in jahannam lawasi'atun jiddan. in jahannam. in jahannam lawasi'atun. in jahannam lawasi'atun.</w:t>
      </w:r>
    </w:p>
    <w:p>
      <w:pPr>
        <w:jc w:val="right"/>
      </w:pPr>
      <w:r>
        <w:t>ان جہنم لواسۃ جدا۔ ان جہنم۔ ان جہنم لوصیۃ۔ ان جہنم لوصیۃ۔</w:t>
      </w:r>
    </w:p>
    <w:p>
      <w:r>
        <w:rPr>
          <w:b/>
        </w:rPr>
        <w:t xml:space="preserve">[50:47] </w:t>
      </w:r>
      <w:r>
        <w:t>in jahannam awsi'u mimma tazunnun. like these. So when they completed, Professor Finkel said, now I can.</w:t>
      </w:r>
    </w:p>
    <w:p>
      <w:pPr>
        <w:jc w:val="right"/>
      </w:pPr>
      <w:r>
        <w:t>ان جہنم اوصوا مما تظنون۔ لائک دیز۔ سو وین دے کمپلیٹڈ، پروفیسر فنکل سیڈ، ناو ائی کین۔</w:t>
      </w:r>
    </w:p>
    <w:p>
      <w:r>
        <w:rPr>
          <w:b/>
        </w:rPr>
        <w:t xml:space="preserve">[51:00] </w:t>
      </w:r>
      <w:r>
        <w:t>I can. I cannot write more sentences. so professor Gilani said, we both failed.</w:t>
      </w:r>
    </w:p>
    <w:p>
      <w:pPr>
        <w:jc w:val="right"/>
      </w:pPr>
      <w:r>
        <w:t>ائی کین۔ ائی کین ناٹ رائٹ مور سینٹنسز۔ سو پروفیسر گیلانی سیڈ، وی بوتھ فیلڈ۔</w:t>
      </w:r>
    </w:p>
    <w:p>
      <w:r>
        <w:rPr>
          <w:b/>
        </w:rPr>
        <w:t xml:space="preserve">[51:14] </w:t>
      </w:r>
      <w:r>
        <w:t>professor Finkel said, why? he said that we failed to write any sentence which.</w:t>
      </w:r>
    </w:p>
    <w:p>
      <w:pPr>
        <w:jc w:val="right"/>
      </w:pPr>
      <w:r>
        <w:t>پروفیسر فنکل سیڈ، وائی؟ ہی سیڈ دیٹ وی فیل ٹو رائٹ دا اینی سینٹنس وچ۔</w:t>
      </w:r>
    </w:p>
    <w:p>
      <w:r>
        <w:rPr>
          <w:b/>
        </w:rPr>
        <w:t xml:space="preserve">[51:28] </w:t>
      </w:r>
      <w:r>
        <w:t>which, meaning we failed to write any sentence like the Quran.</w:t>
      </w:r>
    </w:p>
    <w:p>
      <w:pPr>
        <w:jc w:val="right"/>
      </w:pPr>
      <w:r>
        <w:t>وچ یعنی وی فیل ٹو رائٹ اینی سینٹنس لائک دا قرآن۔</w:t>
      </w:r>
    </w:p>
    <w:p>
      <w:r>
        <w:rPr>
          <w:b/>
        </w:rPr>
        <w:t xml:space="preserve">[51:38] </w:t>
      </w:r>
      <w:r>
        <w:t>so he asked how, how this idea was expressed in the Quran? professor Gilani recited, recited this verse, which is, which you can see in the Surah Qaf.</w:t>
      </w:r>
    </w:p>
    <w:p>
      <w:pPr>
        <w:jc w:val="right"/>
      </w:pPr>
      <w:r>
        <w:t>سو ہی اسکڈ ہاؤ، ہاؤ دس ائیڈیا واز ایکسپریس ان دا قرآن؟ پروفیسر گیلانی ریسائیٹ، ریسائیٹڈ دس ورس، وچ از وچ یو کین سی ان دا سورہ قاف۔</w:t>
      </w:r>
    </w:p>
    <w:p>
      <w:r>
        <w:rPr>
          <w:b/>
        </w:rPr>
        <w:t xml:space="preserve">[51:56] </w:t>
      </w:r>
      <w:r>
        <w:t>Qaf is chapter number 50. 50 Surah Qaf is chapter number 50.</w:t>
      </w:r>
    </w:p>
    <w:p>
      <w:pPr>
        <w:jc w:val="right"/>
      </w:pPr>
      <w:r>
        <w:t>قاف از چیپٹر نمبر 50۔ 50 سورہ قاف از چیپٹر نمبر 50۔</w:t>
      </w:r>
    </w:p>
    <w:p>
      <w:r>
        <w:rPr>
          <w:b/>
        </w:rPr>
        <w:t xml:space="preserve">[52:05] </w:t>
      </w:r>
      <w:r>
        <w:t>in this chapter Quran says about hell</w:t>
      </w:r>
    </w:p>
    <w:p>
      <w:pPr>
        <w:jc w:val="right"/>
      </w:pPr>
      <w:r>
        <w:t>ان دس چیپٹر قرآن سیز اباؤٹ ہیل</w:t>
      </w:r>
    </w:p>
    <w:p>
      <w:r>
        <w:rPr>
          <w:b/>
        </w:rPr>
        <w:t xml:space="preserve">[52:13] </w:t>
      </w:r>
      <w:r>
        <w:t>that yawma naqoolu jahannamu hal imtalat wa taqoolu hal min mazeed.</w:t>
      </w:r>
    </w:p>
    <w:p>
      <w:pPr>
        <w:jc w:val="right"/>
      </w:pPr>
      <w:r>
        <w:t>دیٹ یوم نقول جہنم المطلات وتقول من مزید۔</w:t>
      </w:r>
    </w:p>
    <w:p>
      <w:r>
        <w:rPr>
          <w:b/>
        </w:rPr>
        <w:t xml:space="preserve">[52:22] </w:t>
      </w:r>
      <w:r>
        <w:t>yawma naqoolu jahannamu hal imtalat wa taqoolu hal min mazeed. it means that on that day we will say.</w:t>
      </w:r>
    </w:p>
    <w:p>
      <w:pPr>
        <w:jc w:val="right"/>
      </w:pPr>
      <w:r>
        <w:t>یوم نقول جہنم المطلات وتقول من مزید۔ اٹ مینز دیٹ ان دیٹ ڈے وی ویل سے۔</w:t>
      </w:r>
    </w:p>
    <w:p>
      <w:r>
        <w:rPr>
          <w:b/>
        </w:rPr>
        <w:t xml:space="preserve">[52:40] </w:t>
      </w:r>
      <w:r>
        <w:t>and that day we will say.</w:t>
      </w:r>
    </w:p>
    <w:p>
      <w:pPr>
        <w:jc w:val="right"/>
      </w:pPr>
      <w:r>
        <w:t>اینڈ دیٹ ڈے وی ویل سے۔</w:t>
      </w:r>
    </w:p>
    <w:p>
      <w:r>
        <w:rPr>
          <w:b/>
        </w:rPr>
        <w:t xml:space="preserve">[52:47] </w:t>
      </w:r>
      <w:r>
        <w:t>on that day we will ask hell, are you full? on that day we will ask hell, are you full?</w:t>
      </w:r>
    </w:p>
    <w:p>
      <w:pPr>
        <w:jc w:val="right"/>
      </w:pPr>
      <w:r>
        <w:t>ان دیٹ ڈے وی ویل اسک ہیل، ار یو فل؟ ان دیٹ ڈے وی ویل اسک ہیل، ار یو فل؟</w:t>
      </w:r>
    </w:p>
    <w:p>
      <w:r>
        <w:rPr>
          <w:b/>
        </w:rPr>
        <w:t xml:space="preserve">[53:02] </w:t>
      </w:r>
      <w:r>
        <w:t>hell will answer, are there some more?</w:t>
      </w:r>
    </w:p>
    <w:p>
      <w:pPr>
        <w:jc w:val="right"/>
      </w:pPr>
      <w:r>
        <w:t>ہیل ویل انسر، ار دیر سم مور؟</w:t>
      </w:r>
    </w:p>
    <w:p>
      <w:r>
        <w:rPr>
          <w:b/>
        </w:rPr>
        <w:t xml:space="preserve">[53:11] </w:t>
      </w:r>
      <w:r>
        <w:t>so professor Finkel said, what a. what a grand style!</w:t>
      </w:r>
    </w:p>
    <w:p>
      <w:pPr>
        <w:jc w:val="right"/>
      </w:pPr>
      <w:r>
        <w:t>سو پروفیسر فنکل سیڈ، واٹ ا۔ واٹ ا گرینڈ اسٹائل!</w:t>
      </w:r>
    </w:p>
    <w:p>
      <w:r>
        <w:rPr>
          <w:b/>
        </w:rPr>
        <w:t xml:space="preserve">[53:18] </w:t>
      </w:r>
      <w:r>
        <w:t>we failed to write this idea in such style, in such grand style. only those people can understand the real meaning of this.</w:t>
      </w:r>
    </w:p>
    <w:p>
      <w:pPr>
        <w:jc w:val="right"/>
      </w:pPr>
      <w:r>
        <w:t>وی فیل ٹو رائٹ دس ائیڈیا ان سچ اسٹائل، ان سچ گرینڈ اسٹائل۔ اونلی دوز پیپل کین انڈرسٹینڈ دا ریل میننگ اف دس۔</w:t>
      </w:r>
    </w:p>
    <w:p>
      <w:r>
        <w:rPr>
          <w:b/>
        </w:rPr>
        <w:t xml:space="preserve">[53:32] </w:t>
      </w:r>
      <w:r>
        <w:t>this conversation who are well versed in Arabic. simply translation is not enough. simply translation is not enough to understand the real difference between the two verses.</w:t>
      </w:r>
    </w:p>
    <w:p>
      <w:pPr>
        <w:jc w:val="right"/>
      </w:pPr>
      <w:r>
        <w:t>دس کنورسیشن ہو ار ویل ورس ان عربک۔ سمپلی ٹرانسلیشن انف۔ سمپلی ٹرانسلیشن از ناٹ انف ٹو انڈرسٹینڈ دا ریل ڈیفرنس بٹوین دا ٹو ورسز۔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