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Relocation Oct 12, 2019 - Maulana Wahiduddin Khan</w:t>
      </w:r>
    </w:p>
    <w:p>
      <w:r>
        <w:t>https://www.youtube.com/watch?v=hBOtijgiIUo</w:t>
      </w:r>
    </w:p>
    <w:p>
      <w:r>
        <w:rPr>
          <w:b/>
        </w:rPr>
        <w:t xml:space="preserve">[00:14] </w:t>
      </w:r>
      <w:r>
        <w:t>bismillah rahman rahim wa sallallahu ala nabiyyil karim.</w:t>
      </w:r>
    </w:p>
    <w:p>
      <w:pPr>
        <w:jc w:val="right"/>
      </w:pPr>
      <w:r>
        <w:t>بسم اللہ الرحمن الرحیم وصلی اللہ علی نبی الکریم۔</w:t>
      </w:r>
    </w:p>
    <w:p>
      <w:r>
        <w:rPr>
          <w:b/>
        </w:rPr>
        <w:t xml:space="preserve">[00:24] </w:t>
      </w:r>
      <w:r>
        <w:t>abhi hamare saathi Mr. Khurram aaye to unhon ne bataya ke woh abhi Rome se aa rahe thay.</w:t>
      </w:r>
    </w:p>
    <w:p>
      <w:pPr>
        <w:jc w:val="right"/>
      </w:pPr>
      <w:r>
        <w:t>ابھی ہمارے ساتھی مسٹر خرم آئے تو انہوں نے بتایا کہ وہ ابھی روم سے آ رہے تھے۔</w:t>
      </w:r>
    </w:p>
    <w:p>
      <w:r>
        <w:rPr>
          <w:b/>
        </w:rPr>
        <w:t xml:space="preserve">[00:37] </w:t>
      </w:r>
      <w:r>
        <w:t>Rome ka lafz mere liye bohat attractive word hai.</w:t>
      </w:r>
    </w:p>
    <w:p>
      <w:pPr>
        <w:jc w:val="right"/>
      </w:pPr>
      <w:r>
        <w:t>روم کا لفظ میرے لیے بہت اٹریکٹو ورڈ ہے۔</w:t>
      </w:r>
    </w:p>
    <w:p>
      <w:r>
        <w:rPr>
          <w:b/>
        </w:rPr>
        <w:t xml:space="preserve">[00:46] </w:t>
      </w:r>
      <w:r>
        <w:t>main kai baar Rome gaya hoon aur main samajhta hoon ke</w:t>
      </w:r>
    </w:p>
    <w:p>
      <w:pPr>
        <w:jc w:val="right"/>
      </w:pPr>
      <w:r>
        <w:t>میں کئی بار روم گیا ہوں اور میں سمجھتا ہوں کہ</w:t>
      </w:r>
    </w:p>
    <w:p>
      <w:r>
        <w:rPr>
          <w:b/>
        </w:rPr>
        <w:t xml:space="preserve">[00:57] </w:t>
      </w:r>
      <w:r>
        <w:t>Rome mein hamare liye</w:t>
      </w:r>
    </w:p>
    <w:p>
      <w:pPr>
        <w:jc w:val="right"/>
      </w:pPr>
      <w:r>
        <w:t>روم میں ہمارے لیے</w:t>
      </w:r>
    </w:p>
    <w:p>
      <w:r>
        <w:rPr>
          <w:b/>
        </w:rPr>
        <w:t xml:space="preserve">[01:03] </w:t>
      </w:r>
      <w:r>
        <w:t>boht bari</w:t>
      </w:r>
    </w:p>
    <w:p>
      <w:pPr>
        <w:jc w:val="right"/>
      </w:pPr>
      <w:r>
        <w:t>بہت بڑی</w:t>
      </w:r>
    </w:p>
    <w:p>
      <w:r>
        <w:rPr>
          <w:b/>
        </w:rPr>
        <w:t xml:space="preserve">[01:09] </w:t>
      </w:r>
      <w:r>
        <w:t>naseehat hai.</w:t>
      </w:r>
    </w:p>
    <w:p>
      <w:pPr>
        <w:jc w:val="right"/>
      </w:pPr>
      <w:r>
        <w:t>نصیحت ہے۔</w:t>
      </w:r>
    </w:p>
    <w:p>
      <w:r>
        <w:rPr>
          <w:b/>
        </w:rPr>
        <w:t xml:space="preserve">[01:18] </w:t>
      </w:r>
      <w:r>
        <w:t>aik aisi naseehat jo khud islam ki taleem ke mutabiq hai lekin musalmanon ne kabhi is ko apnaya nahi.</w:t>
      </w:r>
    </w:p>
    <w:p>
      <w:pPr>
        <w:jc w:val="right"/>
      </w:pPr>
      <w:r>
        <w:t>ایک ایسی نصیحت جو خود اسلام کی تعلیم کے مطابق ہے لیکن مسلمانوں نے کبھی اس کو اپنایا نہیں۔</w:t>
      </w:r>
    </w:p>
    <w:p>
      <w:r>
        <w:rPr>
          <w:b/>
        </w:rPr>
        <w:t xml:space="preserve">[01:34] </w:t>
      </w:r>
      <w:r>
        <w:t>aap dekhiye ke</w:t>
      </w:r>
    </w:p>
    <w:p>
      <w:pPr>
        <w:jc w:val="right"/>
      </w:pPr>
      <w:r>
        <w:t>آپ دیکھئے کہ</w:t>
      </w:r>
    </w:p>
    <w:p>
      <w:r>
        <w:rPr>
          <w:b/>
        </w:rPr>
        <w:t xml:space="preserve">[01:49] </w:t>
      </w:r>
      <w:r>
        <w:t>mujhe yeh moqa mila ke main ethiopia jaon.</w:t>
      </w:r>
    </w:p>
    <w:p>
      <w:pPr>
        <w:jc w:val="right"/>
      </w:pPr>
      <w:r>
        <w:t>مجھے یہ موقع ملا کہ میں ایتھوپیا جاؤں۔</w:t>
      </w:r>
    </w:p>
    <w:p>
      <w:r>
        <w:rPr>
          <w:b/>
        </w:rPr>
        <w:t xml:space="preserve">[01:56] </w:t>
      </w:r>
      <w:r>
        <w:t>jab wahan babri masjid khari hui thi</w:t>
      </w:r>
    </w:p>
    <w:p>
      <w:pPr>
        <w:jc w:val="right"/>
      </w:pPr>
      <w:r>
        <w:t>جب وہاں بابری مسجد کھڑی ہوئی تھی</w:t>
      </w:r>
    </w:p>
    <w:p>
      <w:r>
        <w:rPr>
          <w:b/>
        </w:rPr>
        <w:t xml:space="preserve">[02:03] </w:t>
      </w:r>
      <w:r>
        <w:t>to meri zindagi mein yeh hua waqia ke babri masjid tod di gai.</w:t>
      </w:r>
    </w:p>
    <w:p>
      <w:pPr>
        <w:jc w:val="right"/>
      </w:pPr>
      <w:r>
        <w:t>تو میری زندگی میں یہ ہوا واقعہ کہ بابری مسجد توڑ دی گئی۔</w:t>
      </w:r>
    </w:p>
    <w:p>
      <w:r>
        <w:rPr>
          <w:b/>
        </w:rPr>
        <w:t xml:space="preserve">[02:15] </w:t>
      </w:r>
      <w:r>
        <w:t>to mujhe achi tarah yaad hai ke is par tamam dunya ke musalmanon ne hangama kiya, hangama, hangama, hangama.</w:t>
      </w:r>
    </w:p>
    <w:p>
      <w:pPr>
        <w:jc w:val="right"/>
      </w:pPr>
      <w:r>
        <w:t>تو مجھے اچھی طرح یاد ہے کہ اس پر تمام دنیا کے مسلمانوں نے ہنگامہ کیا، ہنگامہ، ہنگامہ، ہنگامہ۔</w:t>
      </w:r>
    </w:p>
    <w:p>
      <w:r>
        <w:rPr>
          <w:b/>
        </w:rPr>
        <w:t xml:space="preserve">[02:29] </w:t>
      </w:r>
      <w:r>
        <w:t>aur hangame ka sab se zyada</w:t>
      </w:r>
    </w:p>
    <w:p>
      <w:pPr>
        <w:jc w:val="right"/>
      </w:pPr>
      <w:r>
        <w:t>اور ہنگامے کا سب سے زیادہ</w:t>
      </w:r>
    </w:p>
    <w:p>
      <w:r>
        <w:rPr>
          <w:b/>
        </w:rPr>
        <w:t xml:space="preserve">[02:34] </w:t>
      </w:r>
      <w:r>
        <w:t>ajeeb pehlu yeh hai ke is waqt jo chief minister the up ke</w:t>
      </w:r>
    </w:p>
    <w:p>
      <w:pPr>
        <w:jc w:val="right"/>
      </w:pPr>
      <w:r>
        <w:t>عجیب پہلو یہ ہے کہ اس وقت جو چیف پریسٹر تھے یو پی کے</w:t>
      </w:r>
    </w:p>
    <w:p>
      <w:r>
        <w:rPr>
          <w:b/>
        </w:rPr>
        <w:t xml:space="preserve">[02:44] </w:t>
      </w:r>
      <w:r>
        <w:t>unhon ne khud yeh elan kiya ke musalman agar—yani is moqe par jo is par proposal diya tha wo yeh thi ke musalman masjid ko reacquired karne par razi ho jayen.</w:t>
      </w:r>
    </w:p>
    <w:p>
      <w:pPr>
        <w:jc w:val="right"/>
      </w:pPr>
      <w:r>
        <w:t>انہوں نے خود یہ اعلان کیا کہ مسلمان اگر—معنی اس موقع پر جو اس پر پروپوزل دیا تھا وہ یہ تھی کہ مسلمان مسجد کو ری ریکوائرڈ کرنے پر راضی ہو جائیں۔</w:t>
      </w:r>
    </w:p>
    <w:p>
      <w:r>
        <w:rPr>
          <w:b/>
        </w:rPr>
        <w:t xml:space="preserve">[03:05] </w:t>
      </w:r>
      <w:r>
        <w:t>masjid ko reacquired karne par razi ho jayen.</w:t>
      </w:r>
    </w:p>
    <w:p>
      <w:pPr>
        <w:jc w:val="right"/>
      </w:pPr>
      <w:r>
        <w:t>مسجد کو ری ریکوائرڈ کرنے پر راضی ہو جائیں۔</w:t>
      </w:r>
    </w:p>
    <w:p>
      <w:r>
        <w:rPr>
          <w:b/>
        </w:rPr>
        <w:t xml:space="preserve">[03:12] </w:t>
      </w:r>
      <w:r>
        <w:t>to boht zyada mukhalifat hui, boht zyada.</w:t>
      </w:r>
    </w:p>
    <w:p>
      <w:pPr>
        <w:jc w:val="right"/>
      </w:pPr>
      <w:r>
        <w:t>تو بہت زیادہ مخالفت ہوئی، بہت زیادہ۔</w:t>
      </w:r>
    </w:p>
    <w:p>
      <w:r>
        <w:rPr>
          <w:b/>
        </w:rPr>
        <w:t xml:space="preserve">[03:20] </w:t>
      </w:r>
      <w:r>
        <w:t>halankay india ki jo authorities theen unhon ne mere proposal ko pasand kiya.</w:t>
      </w:r>
    </w:p>
    <w:p>
      <w:pPr>
        <w:jc w:val="right"/>
      </w:pPr>
      <w:r>
        <w:t>حالانکہ انڈیا کی جو اتھارٹیز تھیں انہوں نے میرے پروپوزل کو پسند کیا۔</w:t>
      </w:r>
    </w:p>
    <w:p>
      <w:r>
        <w:rPr>
          <w:b/>
        </w:rPr>
        <w:t xml:space="preserve">[03:28] </w:t>
      </w:r>
      <w:r>
        <w:t>is waqt up ka jo chief priest tha us ne public mein aelan kiya</w:t>
      </w:r>
    </w:p>
    <w:p>
      <w:pPr>
        <w:jc w:val="right"/>
      </w:pPr>
      <w:r>
        <w:t>اس وقت یو پی کا جو چیف پریسٹر تھا اس نے پبلک میں اعلان کیا</w:t>
      </w:r>
    </w:p>
    <w:p>
      <w:r>
        <w:rPr>
          <w:b/>
        </w:rPr>
        <w:t xml:space="preserve">[03:36] </w:t>
      </w:r>
      <w:r>
        <w:t>ke agar musalman</w:t>
      </w:r>
    </w:p>
    <w:p>
      <w:pPr>
        <w:jc w:val="right"/>
      </w:pPr>
      <w:r>
        <w:t>کہ اگر مسلمان</w:t>
      </w:r>
    </w:p>
    <w:p>
      <w:r>
        <w:rPr>
          <w:b/>
        </w:rPr>
        <w:t xml:space="preserve">[03:39] </w:t>
      </w:r>
      <w:r>
        <w:t>masjid ko re-required karne par razi ho jayen</w:t>
      </w:r>
    </w:p>
    <w:p>
      <w:pPr>
        <w:jc w:val="right"/>
      </w:pPr>
      <w:r>
        <w:t>مسجد کو ری ریکوائرڈ کرنے پر راضی ہو جائیں</w:t>
      </w:r>
    </w:p>
    <w:p>
      <w:r>
        <w:rPr>
          <w:b/>
        </w:rPr>
        <w:t xml:space="preserve">[03:43] </w:t>
      </w:r>
      <w:r>
        <w:t>to hum un ko</w:t>
      </w:r>
    </w:p>
    <w:p>
      <w:pPr>
        <w:jc w:val="right"/>
      </w:pPr>
      <w:r>
        <w:t>تو ہم ان کو</w:t>
      </w:r>
    </w:p>
    <w:p>
      <w:r>
        <w:rPr>
          <w:b/>
        </w:rPr>
        <w:t xml:space="preserve">[03:48] </w:t>
      </w:r>
      <w:r>
        <w:t>is se bara plot den ge, bohat bara plot.</w:t>
      </w:r>
    </w:p>
    <w:p>
      <w:pPr>
        <w:jc w:val="right"/>
      </w:pPr>
      <w:r>
        <w:t>اس سے بڑا پلاٹ دیں گے، بہت بڑا پلاٹ۔</w:t>
      </w:r>
    </w:p>
    <w:p>
      <w:r>
        <w:rPr>
          <w:b/>
        </w:rPr>
        <w:t xml:space="preserve">[03:53] </w:t>
      </w:r>
      <w:r>
        <w:t>jis jitne area mein ab babri masjid thi. To main yahi keh raha tha ke</w:t>
      </w:r>
    </w:p>
    <w:p>
      <w:pPr>
        <w:jc w:val="right"/>
      </w:pPr>
      <w:r>
        <w:t>جس جتنے ایریا میں اب بابری مسجد تھی۔ تو میں یہی کہہ رہا تھا کہ</w:t>
      </w:r>
    </w:p>
    <w:p>
      <w:r>
        <w:rPr>
          <w:b/>
        </w:rPr>
        <w:t xml:space="preserve">[04:04] </w:t>
      </w:r>
      <w:r>
        <w:t>meri zindagi mein yeh waqia pesh aya ke</w:t>
      </w:r>
    </w:p>
    <w:p>
      <w:pPr>
        <w:jc w:val="right"/>
      </w:pPr>
      <w:r>
        <w:t>میری زندگی میں یہ واقعہ پیش آیا کہ</w:t>
      </w:r>
    </w:p>
    <w:p>
      <w:r>
        <w:rPr>
          <w:b/>
        </w:rPr>
        <w:t xml:space="preserve">[04:13] </w:t>
      </w:r>
      <w:r>
        <w:t>babri masjid tod di gai. To sare musalmanon ne aik taraf se hangama kiya,</w:t>
      </w:r>
    </w:p>
    <w:p>
      <w:pPr>
        <w:jc w:val="right"/>
      </w:pPr>
      <w:r>
        <w:t>بابری مسجد توڑ دی گئی۔ تو سارے مسلمانوں نے ایک طرف سے ہنگامہ کیا،</w:t>
      </w:r>
    </w:p>
    <w:p>
      <w:r>
        <w:rPr>
          <w:b/>
        </w:rPr>
        <w:t xml:space="preserve">[04:24] </w:t>
      </w:r>
      <w:r>
        <w:t>masjid wahin banao, masjid wahin banao. Aur aaj tak kuch hua nahi. Yeh namumkin hai ke kuch dorna.</w:t>
      </w:r>
    </w:p>
    <w:p>
      <w:pPr>
        <w:jc w:val="right"/>
      </w:pPr>
      <w:r>
        <w:t>مسجد وہیں بناؤ، مسجد وہیں بناؤ۔ اور آج تک کچھ ہوا نہیں۔ یہ ناممکن ہے کہ کچھ دوڑنا۔</w:t>
      </w:r>
    </w:p>
    <w:p>
      <w:r>
        <w:rPr>
          <w:b/>
        </w:rPr>
        <w:t xml:space="preserve">[04:35] </w:t>
      </w:r>
      <w:r>
        <w:t>is waqt maine yeh proposal diya tha ke masjid ko reacquired karne par musalman razi ho jayen, masjid ko reacquired karne par.</w:t>
      </w:r>
    </w:p>
    <w:p>
      <w:pPr>
        <w:jc w:val="right"/>
      </w:pPr>
      <w:r>
        <w:t>اس وقت میں نے یہ پروپوزل دیا تھا کہ مسجد کو ری ریکوائرڈ کرنے پر مسلمان راضی ہو جائیں، مسجد کو ری ریکوائرڈ کرنے پر۔</w:t>
      </w:r>
    </w:p>
    <w:p>
      <w:r>
        <w:rPr>
          <w:b/>
        </w:rPr>
        <w:t xml:space="preserve">[04:50] </w:t>
      </w:r>
      <w:r>
        <w:t>sare log is ke mukhalif ho gaye. Mujhe yaad hai ke aik main aik madarse mein gaya is zamane mein aur maine kaha ke main is par ulma ki aik meeting karna chahta hoon, ulma se baat karne ke liye.</w:t>
      </w:r>
    </w:p>
    <w:p>
      <w:pPr>
        <w:jc w:val="right"/>
      </w:pPr>
      <w:r>
        <w:t>سارے لوگ اس کے مخالف ہو گئے۔ مجھے یاد ہے کہ ایک میں ایک مدرسے میں گیا اس زمانے میں اور میں نے کہا کہ میں اس پر علماء کی ایک میٹنگ کرنا چاہتا ہوں، علماء سے بات کرنے کے لیے۔</w:t>
      </w:r>
    </w:p>
    <w:p>
      <w:r>
        <w:rPr>
          <w:b/>
        </w:rPr>
        <w:t xml:space="preserve">[05:10] </w:t>
      </w:r>
      <w:r>
        <w:t>to wahan jo aalim sahab bethe hue the wo is ko mazak mein uda diya ke kon aap se baat kare ga?</w:t>
      </w:r>
    </w:p>
    <w:p>
      <w:pPr>
        <w:jc w:val="right"/>
      </w:pPr>
      <w:r>
        <w:t>تو وہاں جو عالم صاحب بیٹھے ہوئے تھے وہ اس کو مذاق میں اڑا دیا کہ کون آپ سے بات کرے گا؟</w:t>
      </w:r>
    </w:p>
    <w:p>
      <w:r>
        <w:rPr>
          <w:b/>
        </w:rPr>
        <w:t xml:space="preserve">[05:21] </w:t>
      </w:r>
      <w:r>
        <w:t>koi aalim nahi jaye ga aap ko bulane par. Kyun ke hum hum razi nahi ho sakte is se kam par ke masjid wahin dobara banai jaye.</w:t>
      </w:r>
    </w:p>
    <w:p>
      <w:pPr>
        <w:jc w:val="right"/>
      </w:pPr>
      <w:r>
        <w:t>کوئی عالم نہیں جائے گا آپ کو بلانے پر۔ کیونکہ ہم ہم راضی نہیں ہو سکتے اس سے کم پر کہ مسجد وہیں دوبارہ بنائی جائے۔</w:t>
      </w:r>
    </w:p>
    <w:p>
      <w:r>
        <w:rPr>
          <w:b/>
        </w:rPr>
        <w:t xml:space="preserve">[05:36] </w:t>
      </w:r>
      <w:r>
        <w:t>ab dekhiye ke yeh yeh islam nahi tha.</w:t>
      </w:r>
    </w:p>
    <w:p>
      <w:pPr>
        <w:jc w:val="right"/>
      </w:pPr>
      <w:r>
        <w:t>اب دیکھئے کہ یہ یہ اسلام نہیں تھا۔</w:t>
      </w:r>
    </w:p>
    <w:p>
      <w:r>
        <w:rPr>
          <w:b/>
        </w:rPr>
        <w:t xml:space="preserve">[05:45] </w:t>
      </w:r>
      <w:r>
        <w:t>reacquired karne ka tasawwur islam nahi tha.</w:t>
      </w:r>
    </w:p>
    <w:p>
      <w:pPr>
        <w:jc w:val="right"/>
      </w:pPr>
      <w:r>
        <w:t>ری ریکوائرڈ کرنے کا تصور اسلام نہیں تھا۔</w:t>
      </w:r>
    </w:p>
    <w:p>
      <w:r>
        <w:rPr>
          <w:b/>
        </w:rPr>
        <w:t xml:space="preserve">[05:52] </w:t>
      </w:r>
      <w:r>
        <w:t>yeh to ain islam hi tha.</w:t>
      </w:r>
    </w:p>
    <w:p>
      <w:pPr>
        <w:jc w:val="right"/>
      </w:pPr>
      <w:r>
        <w:t>یہ تو عین اسلام ہی تھا۔</w:t>
      </w:r>
    </w:p>
    <w:p>
      <w:r>
        <w:rPr>
          <w:b/>
        </w:rPr>
        <w:t xml:space="preserve">[06:00] </w:t>
      </w:r>
      <w:r>
        <w:t>khud arab mulkon mein bohat si masjidon ko re-required kiya gaya hai.</w:t>
      </w:r>
    </w:p>
    <w:p>
      <w:pPr>
        <w:jc w:val="right"/>
      </w:pPr>
      <w:r>
        <w:t>خود عرب ملکوں میں بہت سی مسجدوں کو ری ریکوائرڈ کیا گیا ہے۔</w:t>
      </w:r>
    </w:p>
    <w:p>
      <w:r>
        <w:rPr>
          <w:b/>
        </w:rPr>
        <w:t xml:space="preserve">[06:10] </w:t>
      </w:r>
      <w:r>
        <w:t>aisa hua ke jab islam aaya to us waqt makka, madina chhote chhote town thay.</w:t>
      </w:r>
    </w:p>
    <w:p>
      <w:pPr>
        <w:jc w:val="right"/>
      </w:pPr>
      <w:r>
        <w:t>ایسا ہوا کہ جب اسلام آیا تو اس وقت مکہ، مدینہ چھوٹے چھوٹے ٹاؤن تھے۔</w:t>
      </w:r>
    </w:p>
    <w:p>
      <w:r>
        <w:rPr>
          <w:b/>
        </w:rPr>
        <w:t xml:space="preserve">[06:25] </w:t>
      </w:r>
      <w:r>
        <w:t>to jo log islam qabool kiya jinhon ne unhon ne apni sahulat ke lehaz se aas pas chhoti chhoti masjidain bana leen, apne ghar ke pas.</w:t>
      </w:r>
    </w:p>
    <w:p>
      <w:pPr>
        <w:jc w:val="right"/>
      </w:pPr>
      <w:r>
        <w:t>تو جو لوگ اسلام قبول کیا جنہوں نے انہوں نے اپنی سہولت کے لحاظ سے آس پاس چھوٹی چھوٹی مسجدیں بنا لیں، اپنے گھر کے پاس۔</w:t>
      </w:r>
    </w:p>
    <w:p>
      <w:r>
        <w:rPr>
          <w:b/>
        </w:rPr>
        <w:t xml:space="preserve">[06:40] </w:t>
      </w:r>
      <w:r>
        <w:t>to jagah jagah masjidain ho gayeen. is ke baad jab aaya hai woh zamana jab ke arbon ke pas bohat paisa ho gaya, petro dollar ho gaya to unhon ne apni masjidon ki re-planning ki,</w:t>
      </w:r>
    </w:p>
    <w:p>
      <w:pPr>
        <w:jc w:val="right"/>
      </w:pPr>
      <w:r>
        <w:t>تو جگہ جگہ مسجدیں ہو گئیں۔ اس کے بعد جب آیا ہے وہ زمانہ جب کہ عربوں کے پاس بہت پیسہ ہو گیا، پیٹرو ڈالر ہو گیا تو انہوں نے اپنی مسجدوں کی ری پلاننگ کی،</w:t>
      </w:r>
    </w:p>
    <w:p>
      <w:r>
        <w:rPr>
          <w:b/>
        </w:rPr>
        <w:t xml:space="preserve">[07:00] </w:t>
      </w:r>
      <w:r>
        <w:t>apni masjidon ki re-planning ki.</w:t>
      </w:r>
    </w:p>
    <w:p>
      <w:pPr>
        <w:jc w:val="right"/>
      </w:pPr>
      <w:r>
        <w:t>اپنی مسجدوں کی ری پلاننگ کی۔</w:t>
      </w:r>
    </w:p>
    <w:p>
      <w:r>
        <w:rPr>
          <w:b/>
        </w:rPr>
        <w:t xml:space="preserve">[07:06] </w:t>
      </w:r>
      <w:r>
        <w:t>is ka saboot bas chhapi hui kitabon mein maujood hai.</w:t>
      </w:r>
    </w:p>
    <w:p>
      <w:pPr>
        <w:jc w:val="right"/>
      </w:pPr>
      <w:r>
        <w:t>اس کا ثبوت بس چھپی ہوئی کتابوں میں موجود ہے۔</w:t>
      </w:r>
    </w:p>
    <w:p>
      <w:r>
        <w:rPr>
          <w:b/>
        </w:rPr>
        <w:t xml:space="preserve">[07:13] </w:t>
      </w:r>
      <w:r>
        <w:t>re-planning ki. aur re-planning mein bohat se maqamat jahan masjidain theen unhon ne faisla kiya ke masjidon mein ya koi park bana diya jaye ya hotel bana diya jaye ya</w:t>
      </w:r>
    </w:p>
    <w:p>
      <w:pPr>
        <w:jc w:val="right"/>
      </w:pPr>
      <w:r>
        <w:t>ری پلاننگ کی۔ اور ری پلاننگ میں بہت سے مقامات جہاں مسجدیں تھیں انہوں نے فیصلہ کیا کہ مسجدوں میں یا کوئی پارک بنا دیا جائے یا ہوٹل بنا دیا جائے یا</w:t>
      </w:r>
    </w:p>
    <w:p>
      <w:r>
        <w:rPr>
          <w:b/>
        </w:rPr>
        <w:t xml:space="preserve">[07:34] </w:t>
      </w:r>
      <w:r>
        <w:t>mukhtalif qism ki jo hoti hain zaruraten hain is ke mutabiq bana diya jaye. aur aisa kiya gaya.</w:t>
      </w:r>
    </w:p>
    <w:p>
      <w:pPr>
        <w:jc w:val="right"/>
      </w:pPr>
      <w:r>
        <w:t>مختلف قسم کی جو ہوتی ہیں ضرورتیں ہیں اس کے مطابق بنا دیا جائے۔ اور ایسا کیا گیا۔</w:t>
      </w:r>
    </w:p>
    <w:p>
      <w:r>
        <w:rPr>
          <w:b/>
        </w:rPr>
        <w:t xml:space="preserve">[07:43] </w:t>
      </w:r>
      <w:r>
        <w:t>aisa kiya gaya. hatta ke khud masjid haram jo hai us ke ain pas ek masjid thi jis ka naam tha masjid bilal.</w:t>
      </w:r>
    </w:p>
    <w:p>
      <w:pPr>
        <w:jc w:val="right"/>
      </w:pPr>
      <w:r>
        <w:t>ایسا کیا گیا۔ حتیٰ کہ خود مسجد حرم جو ہے اس کے عین پاس ایک مسجد تھی جس کا نام تھا مسجد بلال۔</w:t>
      </w:r>
    </w:p>
    <w:p>
      <w:r>
        <w:rPr>
          <w:b/>
        </w:rPr>
        <w:t xml:space="preserve">[07:55] </w:t>
      </w:r>
      <w:r>
        <w:t>yani jo masjid thay haram ke un ke naam par us ko utha diya gaya aur kisi doosri jagah masjid bilal ke naam se ek masjid bana di gayi.</w:t>
      </w:r>
    </w:p>
    <w:p>
      <w:pPr>
        <w:jc w:val="right"/>
      </w:pPr>
      <w:r>
        <w:t>یعنی جو مسجد تھے حرم کے ان کے نام پر اس کو اٹھا دیا گیا اور کسی دوسری جگہ مسجد بلال کے نام سے ایک مسجد بنا دی گئی۔</w:t>
      </w:r>
    </w:p>
    <w:p>
      <w:r>
        <w:rPr>
          <w:b/>
        </w:rPr>
        <w:t xml:space="preserve">[08:13] </w:t>
      </w:r>
      <w:r>
        <w:t>re-required kiya gaya. main is se bari misal deta hoon aap ko ke re-location ka concept bilkul ain durust tha, ain islami tha.</w:t>
      </w:r>
    </w:p>
    <w:p>
      <w:pPr>
        <w:jc w:val="right"/>
      </w:pPr>
      <w:r>
        <w:t>ری ریکوائرڈ کیا گیا۔ میں اس سے بڑی مثال دیتا ہوں آپ کو کہ ری لوکیشن کا کانسیپٹ بالکل عین درست تھا، عین اسلامی تھا۔</w:t>
      </w:r>
    </w:p>
    <w:p>
      <w:r>
        <w:rPr>
          <w:b/>
        </w:rPr>
        <w:t xml:space="preserve">[08:30] </w:t>
      </w:r>
      <w:r>
        <w:t>ab dekhiye aap aap mein se kai logon ne hajj kiya hoga, umrah kiya hoga, zaroor dekha hoga ke haram ka moazzaz naqsha kya hai.</w:t>
      </w:r>
    </w:p>
    <w:p>
      <w:pPr>
        <w:jc w:val="right"/>
      </w:pPr>
      <w:r>
        <w:t>اب دیکھئے آپ آپ میں سے کئی لوگوں نے حج کیا ہوگا، عمرہ کیا ہوگا، ضرور دیکھا ہوگا کہ حرم کا معزز نقشہ کیا ہے۔</w:t>
      </w:r>
    </w:p>
    <w:p>
      <w:r>
        <w:rPr>
          <w:b/>
        </w:rPr>
        <w:t xml:space="preserve">[08:43] </w:t>
      </w:r>
      <w:r>
        <w:t>aap ne dekha hoga ke haram teen do hissay hain is waqt.</w:t>
      </w:r>
    </w:p>
    <w:p>
      <w:pPr>
        <w:jc w:val="right"/>
      </w:pPr>
      <w:r>
        <w:t>آپ نے دیکھا ہوگا کہ حرم تین دو حصے ہیں اس وقت۔</w:t>
      </w:r>
    </w:p>
    <w:p>
      <w:r>
        <w:rPr>
          <w:b/>
        </w:rPr>
        <w:t xml:space="preserve">[08:52] </w:t>
      </w:r>
      <w:r>
        <w:t>ek hai covered area jo ek kaaba hai aur ek hai uncovered area jis ko hatim kehte hain.</w:t>
      </w:r>
    </w:p>
    <w:p>
      <w:pPr>
        <w:jc w:val="right"/>
      </w:pPr>
      <w:r>
        <w:t>ایک ہے کورڈ ایریا جو ایک کعبہ ہے اور ایک ہے ان کورڈ ایریا جس کو حطیم کہتے ہیں۔</w:t>
      </w:r>
    </w:p>
    <w:p>
      <w:r>
        <w:rPr>
          <w:b/>
        </w:rPr>
        <w:t xml:space="preserve">[09:05] </w:t>
      </w:r>
      <w:r>
        <w:t>uncovered area. to yeh hatim jo hai hazrat ibrahim ke zamane mein kaaba ka part tha.</w:t>
      </w:r>
    </w:p>
    <w:p>
      <w:pPr>
        <w:jc w:val="right"/>
      </w:pPr>
      <w:r>
        <w:t>ان کورڈ ایریا۔ تو یہ حطیم جو ہے حضرت ابراہیم کے زمانے میں کعبہ کا پارٹ تھا۔</w:t>
      </w:r>
    </w:p>
    <w:p>
      <w:r>
        <w:rPr>
          <w:b/>
        </w:rPr>
        <w:t xml:space="preserve">[09:19] </w:t>
      </w:r>
      <w:r>
        <w:t>to rasool Allah ke nabuwat se pehle aisa hua ke kisi wajah se makka ki imarat gir gayi.</w:t>
      </w:r>
    </w:p>
    <w:p>
      <w:pPr>
        <w:jc w:val="right"/>
      </w:pPr>
      <w:r>
        <w:t>تو رسول اللہ کے نبوت سے پہلے ایسا ہوا کہ کسی وجہ سے مکہ کی عمارت گر گئی۔</w:t>
      </w:r>
    </w:p>
    <w:p>
      <w:r>
        <w:rPr>
          <w:b/>
        </w:rPr>
        <w:t xml:space="preserve">[09:33] </w:t>
      </w:r>
      <w:r>
        <w:t>kaha jata hai ke barish hui thi ya koi aur wajah thi. to us zamane mein makka mein jo dominate kar rahe thay woh woh sab mushrik log thay,</w:t>
      </w:r>
    </w:p>
    <w:p>
      <w:pPr>
        <w:jc w:val="right"/>
      </w:pPr>
      <w:r>
        <w:t>کہا جاتا ہے کہ بارش ہوئی تھی یا کوئی اور وجہ تھی۔ تو اس زمانے میں مکہ میں جو ڈومینیٹ کر رہے تھے وہ وہ سب مشرک لوگ تھے،</w:t>
      </w:r>
    </w:p>
    <w:p>
      <w:r>
        <w:rPr>
          <w:b/>
        </w:rPr>
        <w:t xml:space="preserve">[09:51] </w:t>
      </w:r>
      <w:r>
        <w:t>mushrik log thay. to un mushrik logon ne kaaba ko phir se banaya.</w:t>
      </w:r>
    </w:p>
    <w:p>
      <w:pPr>
        <w:jc w:val="right"/>
      </w:pPr>
      <w:r>
        <w:t>مشرک لوگ تھے۔ تو ان مشرک لوگوں نے کعبہ کو پھر سے بنایا۔</w:t>
      </w:r>
    </w:p>
    <w:p>
      <w:r>
        <w:rPr>
          <w:b/>
        </w:rPr>
        <w:t xml:space="preserve">[10:03] </w:t>
      </w:r>
      <w:r>
        <w:t>aur unhon ne apne halaat ki bina par kaha jata hai ke un ke pas saman kam tha, apne halaat ki bina par unhon ne kaaba ka size chhota kar diya.</w:t>
      </w:r>
    </w:p>
    <w:p>
      <w:pPr>
        <w:jc w:val="right"/>
      </w:pPr>
      <w:r>
        <w:t>اور انہوں نے اپنے حالات کی بنا پر کہا جاتا ہے کہ ان کے پاس سامان کم تھا، اپنے حالات کی بنا پر انہوں نے کعبہ کا سائز چھوٹا کر دیا۔</w:t>
      </w:r>
    </w:p>
    <w:p>
      <w:r>
        <w:rPr>
          <w:b/>
        </w:rPr>
        <w:t xml:space="preserve">[10:18] </w:t>
      </w:r>
      <w:r>
        <w:t>yani jo kaaba hatim ko shamil tha pehle us ko hatim ko alag kar diya aur hatim ke baghair kaaba taameer kar diya.</w:t>
      </w:r>
    </w:p>
    <w:p>
      <w:pPr>
        <w:jc w:val="right"/>
      </w:pPr>
      <w:r>
        <w:t>یعنی جو کعبہ حطیم کو شامل تھا پہلے اس کو حطیم کو الگ کر دیا اور حطیم کے بغیر کعبہ تعمیر کر دیا۔</w:t>
      </w:r>
    </w:p>
    <w:p>
      <w:r>
        <w:rPr>
          <w:b/>
        </w:rPr>
        <w:t xml:space="preserve">[10:34] </w:t>
      </w:r>
      <w:r>
        <w:t>that's the first relocation of Kaaba. Relocation. Aap ghor kijiye.</w:t>
      </w:r>
    </w:p>
    <w:p>
      <w:pPr>
        <w:jc w:val="right"/>
      </w:pPr>
      <w:r>
        <w:t>دیٹس دا فرسٹ ری لوکیشن آف کعبہ۔ ری لوکیشن۔ آپ غور کیجئے۔</w:t>
      </w:r>
    </w:p>
    <w:p>
      <w:r>
        <w:rPr>
          <w:b/>
        </w:rPr>
        <w:t xml:space="preserve">[10:45] </w:t>
      </w:r>
      <w:r>
        <w:t>re-location ek aisi reality hai ke khud kaaba ka re-location hua. yani hazrat ibrahim ka jo jo kaaba tha us ko phir se banaya gaya to us ka ek hissa hatim ke naam par chhod diya gaya aur ek hissa kaaba bana.</w:t>
      </w:r>
    </w:p>
    <w:p>
      <w:pPr>
        <w:jc w:val="right"/>
      </w:pPr>
      <w:r>
        <w:t>ری لوکیشن ایک ایسی ریلیٹی ہے کہ خود کعبہ کا ری لوکیشن ہوا۔ یعنی حضرت ابراہیم کا جو جو کعبہ تھا اس کو پھر سے بنایا گیا تو اس کا ایک حصہ حطیم کے نام پر چھوڑ دیا گیا اور ایک حصہ کعبہ بنا۔</w:t>
      </w:r>
    </w:p>
    <w:p>
      <w:r>
        <w:rPr>
          <w:b/>
        </w:rPr>
        <w:t xml:space="preserve">[11:09] </w:t>
      </w:r>
      <w:r>
        <w:t>that's the first re-location of kaaba.</w:t>
      </w:r>
    </w:p>
    <w:p>
      <w:pPr>
        <w:jc w:val="right"/>
      </w:pPr>
      <w:r>
        <w:t>دیٹس دا فرسٹ ری لوکیشن آف کعبہ۔</w:t>
      </w:r>
    </w:p>
    <w:p>
      <w:r>
        <w:rPr>
          <w:b/>
        </w:rPr>
        <w:t xml:space="preserve">[11:15] </w:t>
      </w:r>
      <w:r>
        <w:t>to bukhari mein yeh riwayat hai, bukhari mein ke hazrat ibrahim ke rasool Allah ke pas baat hui is mozu par hazrat ayesha se.</w:t>
      </w:r>
    </w:p>
    <w:p>
      <w:pPr>
        <w:jc w:val="right"/>
      </w:pPr>
      <w:r>
        <w:t>تو بخاری میں یہ روایت ہے، بخاری میں کہ حضرت ابراہیم کہ رسول اللہ کے پاس بات ہوئی اس موضوع پر حضرت عائشہ سے۔</w:t>
      </w:r>
    </w:p>
    <w:p>
      <w:r>
        <w:rPr>
          <w:b/>
        </w:rPr>
        <w:t xml:space="preserve">[11:29] </w:t>
      </w:r>
      <w:r>
        <w:t>hazrat ayesha se jo rasool Allah ki aliya theen aur top ki sahaba mani jati hain. to hazrat ayesha ne kaha ke</w:t>
      </w:r>
    </w:p>
    <w:p>
      <w:pPr>
        <w:jc w:val="right"/>
      </w:pPr>
      <w:r>
        <w:t>حضرت عائشہ سے جو رسول اللہ کی عالیہ تھیں اور ٹاپ کی صحابہ مانی جاتی ہیں۔ تو حضرت عائشہ نے کہا کہ</w:t>
      </w:r>
    </w:p>
    <w:p>
      <w:r>
        <w:rPr>
          <w:b/>
        </w:rPr>
        <w:t xml:space="preserve">[11:43] </w:t>
      </w:r>
      <w:r>
        <w:t>ab kaba ko yeh moajza kaba to mushrikeen ki base par khara hua hai, aap is ko dobara re-locate kijiye aur ibrahim ki base par khara kar dijiye.</w:t>
      </w:r>
    </w:p>
    <w:p>
      <w:pPr>
        <w:jc w:val="right"/>
      </w:pPr>
      <w:r>
        <w:t>اب کعبہ کو یہ معجزہ کعبہ تو مشرکین کی بیس پر کھڑا ہوا ہے، آپ اس کو دوبارہ ری لوکیٹ کیجئے اور ابراہیم کی بیس پر کھڑا کر دیجئے۔</w:t>
      </w:r>
    </w:p>
    <w:p>
      <w:r>
        <w:rPr>
          <w:b/>
        </w:rPr>
        <w:t xml:space="preserve">[12:02] </w:t>
      </w:r>
      <w:r>
        <w:t>tab bhi rasool Allah ne is ko aisa nahi kiya. yani mushrikeen ke re-location ko accept kar liya.</w:t>
      </w:r>
    </w:p>
    <w:p>
      <w:pPr>
        <w:jc w:val="right"/>
      </w:pPr>
      <w:r>
        <w:t>تب بھی رسول اللہ نے اس کو ایسا نہیں کیا۔ یعنی مشرکین کے ری لوکیشن کو ایکسیپٹ کر لیا۔</w:t>
      </w:r>
    </w:p>
    <w:p>
      <w:r>
        <w:rPr>
          <w:b/>
        </w:rPr>
        <w:t xml:space="preserve">[12:12] </w:t>
      </w:r>
      <w:r>
        <w:t>mushrikeen ke re-location ko accept kar liya. aur wohi kaba aaj bhi hai. aap jayen agar hajj karne to beshumar log wahan, lakhon lakh log atay hain, thori bachi hui hai wahan umra ki aur aur hajj ki.</w:t>
      </w:r>
    </w:p>
    <w:p>
      <w:pPr>
        <w:jc w:val="right"/>
      </w:pPr>
      <w:r>
        <w:t>مشرکین کے ری لوکیشن کو ایکسیپٹ کر لیا۔ اور وہی کعبہ آج بھی ہے۔ آپ جائیں اگر حج کرنے تو بے شمار لوگ وہاں، لاکھوں لاکھ لوگ آتے ہیں، تھوڑی بچی ہوئی ہے وہاں عمرہ کی اور اور حج کی۔</w:t>
      </w:r>
    </w:p>
    <w:p>
      <w:r>
        <w:rPr>
          <w:b/>
        </w:rPr>
        <w:t xml:space="preserve">[12:30] </w:t>
      </w:r>
      <w:r>
        <w:t>yani koi wahan jhanda nahi uthata, koi wahan jhanda nahi lagata. lekin hazrat zia ki masjid mein woh hangama, woh hangama ke kaha tha ke das hazar aadmi mare gaye hain.</w:t>
      </w:r>
    </w:p>
    <w:p>
      <w:pPr>
        <w:jc w:val="right"/>
      </w:pPr>
      <w:r>
        <w:t>یعنی کوئی وہاں جھنڈا نہیں اٹھاتا، کوئی وہاں جھنڈا نہیں لگاتا۔ لیکن حضرت ضیاء کی مسجد میں وہ ہنگامہ، وہ ہنگامہ کہ کہا تھا کہ دس ہزار آدمی مارے گئے ہیں۔</w:t>
      </w:r>
    </w:p>
    <w:p>
      <w:r>
        <w:rPr>
          <w:b/>
        </w:rPr>
        <w:t xml:space="preserve">[12:48] </w:t>
      </w:r>
      <w:r>
        <w:t>to abhi jab mr khurram miley unhon ne bataya ke woh room se aa rahe hain, aap jante hain ke woh hawai jahaz chalate hain.</w:t>
      </w:r>
    </w:p>
    <w:p>
      <w:pPr>
        <w:jc w:val="right"/>
      </w:pPr>
      <w:r>
        <w:t>تو ابھی جب مسٹر خرم ملے انہوں نے بتایا کہ وہ روم سے آ رہے ہیں، آپ جانتے ہیں کہ وہ ہوائی جہاز چلاتے ہیں۔</w:t>
      </w:r>
    </w:p>
    <w:p>
      <w:r>
        <w:rPr>
          <w:b/>
        </w:rPr>
        <w:t xml:space="preserve">[12:59] </w:t>
      </w:r>
      <w:r>
        <w:t>to mujhe yaad aa gaya ke room kaisi ajeeb wahan aap ke liye misaal hai, namoona hai.</w:t>
      </w:r>
    </w:p>
    <w:p>
      <w:pPr>
        <w:jc w:val="right"/>
      </w:pPr>
      <w:r>
        <w:t>تو مجھے یاد آگیا کہ روم کیسی عجیب وہاں آپ کے لیے مثال ہے، نمونہ ہے۔</w:t>
      </w:r>
    </w:p>
    <w:p>
      <w:r>
        <w:rPr>
          <w:b/>
        </w:rPr>
        <w:t xml:space="preserve">[13:10] </w:t>
      </w:r>
      <w:r>
        <w:t>ke room mein wohi masla zyada baray paimane par paida hua. aap jante hain ke pope jo tha pope pehle pope uncrowned king hua karta tha christianity ka.</w:t>
      </w:r>
    </w:p>
    <w:p>
      <w:pPr>
        <w:jc w:val="right"/>
      </w:pPr>
      <w:r>
        <w:t>کہ روم میں وہی مسئلہ زیادہ بڑے پیمانے پر پیدا ہوا۔ آپ جانتے ہیں کہ پوپ جو تھا پوپ پہلے پوپ ان کراؤنڈ کنگ ہوا کرتا تھا کرسچین ڈم کا۔</w:t>
      </w:r>
    </w:p>
    <w:p>
      <w:r>
        <w:rPr>
          <w:b/>
        </w:rPr>
        <w:t xml:space="preserve">[13:27] </w:t>
      </w:r>
      <w:r>
        <w:t>uncrowned king. maine khud dekha hai ke abhi bhi room mein aik building hai jis ko kehte hain pope ka mahal.</w:t>
      </w:r>
    </w:p>
    <w:p>
      <w:pPr>
        <w:jc w:val="right"/>
      </w:pPr>
      <w:r>
        <w:t>ان کراؤنڈ کنگ۔ میں نے خود دیکھا ہے کہ ابھی بھی روم میں ایک بلڈنگ ہے جس کو کہتے ہیں پوپ کا محل۔</w:t>
      </w:r>
    </w:p>
    <w:p>
      <w:r>
        <w:rPr>
          <w:b/>
        </w:rPr>
        <w:t xml:space="preserve">[13:39] </w:t>
      </w:r>
      <w:r>
        <w:t>main is mein andar ja gaya hoon, wahan baitha hoon aur dekha hai. pope ka mahal abhi bhi room mein hai. is mein rehta tha pope jo uncrowned king tha christianity ka, poore europe ka.</w:t>
      </w:r>
    </w:p>
    <w:p>
      <w:pPr>
        <w:jc w:val="right"/>
      </w:pPr>
      <w:r>
        <w:t>میں اس میں اندر جا گیا ہوں، وہاں بیٹھا ہوں اور دیکھا ہے۔ پوپ کا محل ابھی بھی روم میں ہے۔ اس میں رہتا تھا پوپ جو ان کراؤنڈ کنگ تھا کرسچین ڈم کا، پورے یورپ کا۔</w:t>
      </w:r>
    </w:p>
    <w:p>
      <w:r>
        <w:rPr>
          <w:b/>
        </w:rPr>
        <w:t xml:space="preserve">[13:57] </w:t>
      </w:r>
      <w:r>
        <w:t>poore europe ka.</w:t>
      </w:r>
    </w:p>
    <w:p>
      <w:pPr>
        <w:jc w:val="right"/>
      </w:pPr>
      <w:r>
        <w:t>پورے یورپ کا۔</w:t>
      </w:r>
    </w:p>
    <w:p>
      <w:r>
        <w:rPr>
          <w:b/>
        </w:rPr>
        <w:t xml:space="preserve">[14:01] </w:t>
      </w:r>
      <w:r>
        <w:t>to mussolini ke zamanay mein yeh masjid khara hua. to us waqt ki jo government thi usi ne kaha ke ab woh zamana to aa nahi sakta ke phir se aap poore europe ke king ban rahe hain.</w:t>
      </w:r>
    </w:p>
    <w:p>
      <w:pPr>
        <w:jc w:val="right"/>
      </w:pPr>
      <w:r>
        <w:t>تو بسونی کے زمانے میں یہ مسجد کھڑا ہوا۔ تو اس وقت کی جو گورنمنٹ تھی اسی نے کہا کہ اب وہ زمانہ تو آ نہیں سکتا کہ پھر سے آپ پورے یورپ کے کنگ بن رہے ہیں۔</w:t>
      </w:r>
    </w:p>
    <w:p>
      <w:r>
        <w:rPr>
          <w:b/>
        </w:rPr>
        <w:t xml:space="preserve">[14:22] </w:t>
      </w:r>
      <w:r>
        <w:t>yeh to ho nahi sakta. hum aap ko aik choti si jagah dene ke liye tayyar hain. to wahan par room ke aik outskirt mein aik aik purana woh tha woh church.</w:t>
      </w:r>
    </w:p>
    <w:p>
      <w:pPr>
        <w:jc w:val="right"/>
      </w:pPr>
      <w:r>
        <w:t>یہ تو ہو نہیں سکتا۔ ہم آپ کو ایک چھوٹی سی جگہ دینے کے لیے تیار ہیں۔ تو وہاں پر روم کے ایک آؤٹ اسکرٹ میں ایک ایک پرانا وہ تھا وہ چرچ۔</w:t>
      </w:r>
    </w:p>
    <w:p>
      <w:r>
        <w:rPr>
          <w:b/>
        </w:rPr>
        <w:t xml:space="preserve">[14:43] </w:t>
      </w:r>
      <w:r>
        <w:t>purana church tha. bohat chota. yani kul is ka area 110 acre ho.</w:t>
      </w:r>
    </w:p>
    <w:p>
      <w:pPr>
        <w:jc w:val="right"/>
      </w:pPr>
      <w:r>
        <w:t>پرانا چرچ تھا۔ بہت چھوٹا۔ یعنی کل اس کا ایریا 110 ایکڑ ہو۔</w:t>
      </w:r>
    </w:p>
    <w:p>
      <w:r>
        <w:rPr>
          <w:b/>
        </w:rPr>
        <w:t xml:space="preserve">[14:57] </w:t>
      </w:r>
      <w:r>
        <w:t>to government is mein jo thi woh mussolini ki government thi to us ne offer diya ke hum yeh jo aap ka church hai 110 acre ka is ko hum aap ko de dete hain.</w:t>
      </w:r>
    </w:p>
    <w:p>
      <w:pPr>
        <w:jc w:val="right"/>
      </w:pPr>
      <w:r>
        <w:t>تو گورنمنٹ اس میں جو تھی وہ مسونی کی گورنمنٹ تھی تو اس نے آفر دیا کہ ہم یہ جو آپ کا چرچ ہے 110 ایکڑ کا اس کو ہم آپ کو دے دیتے ہیں۔</w:t>
      </w:r>
    </w:p>
    <w:p>
      <w:r>
        <w:rPr>
          <w:b/>
        </w:rPr>
        <w:t xml:space="preserve">[15:14] </w:t>
      </w:r>
      <w:r>
        <w:t>yahan aap jo chahen kijiye, yeh aap ke liye azaad area hoga. azaad area hoga. to raazi ho gaye.</w:t>
      </w:r>
    </w:p>
    <w:p>
      <w:pPr>
        <w:jc w:val="right"/>
      </w:pPr>
      <w:r>
        <w:t>یہاں آپ جو چاہیں کیجئے، یہ آپ کے لیے آزاد ایریا ہوگا۔ آزاد ایریا ہوگا۔ تو راضی ہو گئے۔</w:t>
      </w:r>
    </w:p>
    <w:p>
      <w:r>
        <w:rPr>
          <w:b/>
        </w:rPr>
        <w:t xml:space="preserve">[15:26] </w:t>
      </w:r>
      <w:r>
        <w:t>saare christian jo hain raazi ho gaye. chunancha aaj aap jante hain ke woh area vatican ke naam se mashhoor hai.</w:t>
      </w:r>
    </w:p>
    <w:p>
      <w:pPr>
        <w:jc w:val="right"/>
      </w:pPr>
      <w:r>
        <w:t>سارے کرسچین جو ہیں راضی ہو گئے۔ چنانچہ آج آپ جانتے ہیں کہ وہ ایریا ویٹیکن کے نام سے مشہور ہے۔</w:t>
      </w:r>
    </w:p>
    <w:p>
      <w:r>
        <w:rPr>
          <w:b/>
        </w:rPr>
        <w:t xml:space="preserve">[15:37] </w:t>
      </w:r>
      <w:r>
        <w:t>maine khud is ko kam az kam do baar dekha hai, vatican ko. chota sa church hai, kahan poora europe aur kahan vatican.</w:t>
      </w:r>
    </w:p>
    <w:p>
      <w:pPr>
        <w:jc w:val="right"/>
      </w:pPr>
      <w:r>
        <w:t>میں نے خود اس کو کم از کم دو بار دیکھا ہے، ویٹیکن کو۔ چھوٹا سا چرچ ہے، کہاں پورا یورپ اور کہاں ویٹیکن۔</w:t>
      </w:r>
    </w:p>
    <w:p>
      <w:r>
        <w:rPr>
          <w:b/>
        </w:rPr>
        <w:t xml:space="preserve">[15:51] </w:t>
      </w:r>
      <w:r>
        <w:t>woh raazi ho gaye. aur is ka faida dekhiye kitna bara hai. raazi hone ke maani kya hain?</w:t>
      </w:r>
    </w:p>
    <w:p>
      <w:pPr>
        <w:jc w:val="right"/>
      </w:pPr>
      <w:r>
        <w:t>وہ راضی ہو گئے۔ اور اس کا فائدہ دیکھئے کتنا بڑا ہے۔ راضی ہونے کے معنی کیا ہیں؟</w:t>
      </w:r>
    </w:p>
    <w:p>
      <w:r>
        <w:rPr>
          <w:b/>
        </w:rPr>
        <w:t xml:space="preserve">[16:01] </w:t>
      </w:r>
      <w:r>
        <w:t>110 acre bara zamana nahi hai yeh.</w:t>
      </w:r>
    </w:p>
    <w:p>
      <w:pPr>
        <w:jc w:val="right"/>
      </w:pPr>
      <w:r>
        <w:t>110 ایکڑ بڑا زمانہ نہیں ہے یہ۔</w:t>
      </w:r>
    </w:p>
    <w:p>
      <w:r>
        <w:rPr>
          <w:b/>
        </w:rPr>
        <w:t xml:space="preserve">[16:06] </w:t>
      </w:r>
      <w:r>
        <w:t>is se is sari is is history ko continue rakhna, continue.</w:t>
      </w:r>
    </w:p>
    <w:p>
      <w:pPr>
        <w:jc w:val="right"/>
      </w:pPr>
      <w:r>
        <w:t>اس سے اس ساری اس اس ہسٹری کو کنٹینیو رکھنا، کنٹینیو۔</w:t>
      </w:r>
    </w:p>
    <w:p>
      <w:r>
        <w:rPr>
          <w:b/>
        </w:rPr>
        <w:t xml:space="preserve">[16:17] </w:t>
      </w:r>
      <w:r>
        <w:t>yani church ki woh history jabke pope saare europe ka uncrowned king samjha rehta tha.</w:t>
      </w:r>
    </w:p>
    <w:p>
      <w:pPr>
        <w:jc w:val="right"/>
      </w:pPr>
      <w:r>
        <w:t>یعنی چرچ کی وہ ہسٹری جبکہ پوپ سارے یورپ کا ان کراؤنڈ کنگ سمجھا رہتا تھا۔</w:t>
      </w:r>
    </w:p>
    <w:p>
      <w:r>
        <w:rPr>
          <w:b/>
        </w:rPr>
        <w:t xml:space="preserve">[16:30] </w:t>
      </w:r>
      <w:r>
        <w:t>is history ko continue rakhna. chunancha is daur mein kai baar aise waqiat hue ke kuch waqiat paish aaye christian world mein kuch ikhtilaf ho rahe hain.</w:t>
      </w:r>
    </w:p>
    <w:p>
      <w:pPr>
        <w:jc w:val="right"/>
      </w:pPr>
      <w:r>
        <w:t>اس ہسٹری کو کنٹینیو رکھنا۔ چنانچہ اس دور میں کئی بار ایسے واقعات ہوئے کہ کچھ واقعات پیش آئے کرسچین ورلڈ میں کچھ اختلاف ہو رہے ہیں۔</w:t>
      </w:r>
    </w:p>
    <w:p>
      <w:r>
        <w:rPr>
          <w:b/>
        </w:rPr>
        <w:t xml:space="preserve">[16:51] </w:t>
      </w:r>
      <w:r>
        <w:t>misal ke taur par aik baar hua tha australia mein. to yeh yeh church jo hai wahan gaya.</w:t>
      </w:r>
    </w:p>
    <w:p>
      <w:pPr>
        <w:jc w:val="right"/>
      </w:pPr>
      <w:r>
        <w:t>مثلاً ایک بار ہوا تھا آسٹریلیا میں۔ تو یہ یہ چرچ جو ہے وہاں گیا۔</w:t>
      </w:r>
    </w:p>
    <w:p>
      <w:r>
        <w:rPr>
          <w:b/>
        </w:rPr>
        <w:t xml:space="preserve">[17:03] </w:t>
      </w:r>
      <w:r>
        <w:t>to jab woh pohanchay wahan ya jab un ka hawai jahaz ruka to kya hua jante hain har taraf church aa gaya, church aa gaya, nahi woh woh pope aa gaya, pope aa gaya, pope aa gaya.</w:t>
      </w:r>
    </w:p>
    <w:p>
      <w:pPr>
        <w:jc w:val="right"/>
      </w:pPr>
      <w:r>
        <w:t>تو جب وہ پہنچے وہاں یا جب ان کا ہوائی جہاز رکا تو کیا ہوا جانتے ہیں ہر طرف چرچ آ گیا، چرچ آ گیا، نہیں وہ وہ پوپ آ گیا، پوپ آ گیا، پوپ آ گیا۔</w:t>
      </w:r>
    </w:p>
    <w:p>
      <w:r>
        <w:rPr>
          <w:b/>
        </w:rPr>
        <w:t xml:space="preserve">[17:19] </w:t>
      </w:r>
      <w:r>
        <w:t>aik ajeeb ghareeb aur sara masla khatam ho gaya. sara masla khatam hua.</w:t>
      </w:r>
    </w:p>
    <w:p>
      <w:pPr>
        <w:jc w:val="right"/>
      </w:pPr>
      <w:r>
        <w:t>ایک عجیب غریب اور سارا مسئلہ ختم ہو گیا۔ سارا مسئلہ ختم ہوا۔</w:t>
      </w:r>
    </w:p>
    <w:p>
      <w:r>
        <w:rPr>
          <w:b/>
        </w:rPr>
        <w:t xml:space="preserve">[17:29] </w:t>
      </w:r>
      <w:r>
        <w:t>isi ki aik misaal yeh hai ke australia mein</w:t>
      </w:r>
    </w:p>
    <w:p>
      <w:pPr>
        <w:jc w:val="right"/>
      </w:pPr>
      <w:r>
        <w:t>اسی کی ایک مثال یہ ہے کہ آسٹریلیا میں</w:t>
      </w:r>
    </w:p>
    <w:p>
      <w:r>
        <w:rPr>
          <w:b/>
        </w:rPr>
        <w:t xml:space="preserve">[17:35] </w:t>
      </w:r>
      <w:r>
        <w:t>koi koi un ki aik hukoomati naam nah rakho woh is ke tehat tha. australia.</w:t>
      </w:r>
    </w:p>
    <w:p>
      <w:pPr>
        <w:jc w:val="right"/>
      </w:pPr>
      <w:r>
        <w:t>کوئی کوئی ان کی ایک حکومتی نام نہ رکھو وہ اس کے تحت تھا۔ آسٹریلیا۔</w:t>
      </w:r>
    </w:p>
    <w:p>
      <w:r>
        <w:rPr>
          <w:b/>
        </w:rPr>
        <w:t xml:space="preserve">[17:48] </w:t>
      </w:r>
      <w:r>
        <w:t>to pop ka hua hua church aa gaya, pop aa gaya, pop aa gaya, saari baat khatam ho gayi.</w:t>
      </w:r>
    </w:p>
    <w:p>
      <w:pPr>
        <w:jc w:val="right"/>
      </w:pPr>
      <w:r>
        <w:t>تو پوپ کا ہوا ہوا چرچ آ گیا، پوپ آ گیا، پوپ آ گیا، ساری بات ختم ہو گئی۔</w:t>
      </w:r>
    </w:p>
    <w:p>
      <w:r>
        <w:rPr>
          <w:b/>
        </w:rPr>
        <w:t xml:space="preserve">[17:58] </w:t>
      </w:r>
      <w:r>
        <w:t>to aaj bhi woh kaha jata hai woh to kehte hain ke pope aa gaya, pope aa gaya,</w:t>
      </w:r>
    </w:p>
    <w:p>
      <w:pPr>
        <w:jc w:val="right"/>
      </w:pPr>
      <w:r>
        <w:t>تو آج بھی وہ کہا جاتا ہے وہ تو کہتے ہیں کہ پوپ آ گیا، پوپ آ گیا،</w:t>
      </w:r>
    </w:p>
    <w:p>
      <w:r>
        <w:rPr>
          <w:b/>
        </w:rPr>
        <w:t xml:space="preserve">[18:02] </w:t>
      </w:r>
      <w:r>
        <w:t>pope aa gaya.</w:t>
      </w:r>
    </w:p>
    <w:p>
      <w:pPr>
        <w:jc w:val="right"/>
      </w:pPr>
      <w:r>
        <w:t>پوپ آ گیا۔</w:t>
      </w:r>
    </w:p>
    <w:p>
      <w:r>
        <w:rPr>
          <w:b/>
        </w:rPr>
        <w:t xml:space="preserve">[18:04] </w:t>
      </w:r>
      <w:r>
        <w:t>to aap is christian ne kitni bari aqalmandi ka kaam kiya ke jab unhon ne dekha</w:t>
      </w:r>
    </w:p>
    <w:p>
      <w:pPr>
        <w:jc w:val="right"/>
      </w:pPr>
      <w:r>
        <w:t>تو آپ اس کرسچین نے کتنی بڑی عقلمندی کا کام کیا کہ جب انہوں نے دیکھا</w:t>
      </w:r>
    </w:p>
    <w:p>
      <w:r>
        <w:rPr>
          <w:b/>
        </w:rPr>
        <w:t xml:space="preserve">[18:12] </w:t>
      </w:r>
      <w:r>
        <w:t>ke pope as a king of europe</w:t>
      </w:r>
    </w:p>
    <w:p>
      <w:pPr>
        <w:jc w:val="right"/>
      </w:pPr>
      <w:r>
        <w:t>کہ پوپ ایز اے کنگ آف یورپ</w:t>
      </w:r>
    </w:p>
    <w:p>
      <w:r>
        <w:rPr>
          <w:b/>
        </w:rPr>
        <w:t xml:space="preserve">[18:18] </w:t>
      </w:r>
      <w:r>
        <w:t>hum is ko return nahi kar sakte to is par razi ho gaye ke ke pope ka jo</w:t>
      </w:r>
    </w:p>
    <w:p>
      <w:pPr>
        <w:jc w:val="right"/>
      </w:pPr>
      <w:r>
        <w:t>ہم اس کو ریٹرن نہیں کر سکتے تو اس پر راضی ہو گئے کہ کہ پوپ کا جو</w:t>
      </w:r>
    </w:p>
    <w:p>
      <w:r>
        <w:rPr>
          <w:b/>
        </w:rPr>
        <w:t xml:space="preserve">[18:25] </w:t>
      </w:r>
      <w:r>
        <w:t>word hai jo title hai us ko baqi rakho taake yeh history chalti rahe.</w:t>
      </w:r>
    </w:p>
    <w:p>
      <w:pPr>
        <w:jc w:val="right"/>
      </w:pPr>
      <w:r>
        <w:t>ورڈ ہے جو ٹائٹل ہے اس کو باقی رکھو تاکہ یہ ہسٹری چلتی رہے۔</w:t>
      </w:r>
    </w:p>
    <w:p>
      <w:r>
        <w:rPr>
          <w:b/>
        </w:rPr>
        <w:t xml:space="preserve">[18:32] </w:t>
      </w:r>
      <w:r>
        <w:t>yeh history chalti rahay. yahi yahi aql musalmanon ko turkey mein nahin aayi. agar yeh aql aayi hoti to aaj istanbul khilafat house hota.</w:t>
      </w:r>
    </w:p>
    <w:p>
      <w:pPr>
        <w:jc w:val="right"/>
      </w:pPr>
      <w:r>
        <w:t>یہ ہسٹری چلتی رہے۔ یہی یہی عقل مسلمانوں کو ترکی میں نہیں آئی۔ اگر یہ عقل آئی ہوتی تو آج استنبول خلافت ہاؤس ہوتا۔</w:t>
      </w:r>
    </w:p>
    <w:p>
      <w:r>
        <w:rPr>
          <w:b/>
        </w:rPr>
        <w:t xml:space="preserve">[18:47] </w:t>
      </w:r>
      <w:r>
        <w:t>aur woh tareekh zinda hoti. lekin is par bekar ki tareekhein chali aur mare aur kya kya hua, kuch hua nahin.</w:t>
      </w:r>
    </w:p>
    <w:p>
      <w:pPr>
        <w:jc w:val="right"/>
      </w:pPr>
      <w:r>
        <w:t>اور وہ تاریخ زندہ ہوتی۔ لیکن اس پر بے کار کی تاریخیں چلیں اور مرے اور کیا کیا ہوا، کچھ ہوا نہیں۔</w:t>
      </w:r>
    </w:p>
    <w:p>
      <w:r>
        <w:rPr>
          <w:b/>
        </w:rPr>
        <w:t xml:space="preserve">[19:02] </w:t>
      </w:r>
      <w:r>
        <w:t>to mujhe yeh sab yaad aa gaya ke musalman jo hain hadees mein aata hai ke aik zamanah aayega jab musalmanon se un ki aqlein chheni jayengi.</w:t>
      </w:r>
    </w:p>
    <w:p>
      <w:pPr>
        <w:jc w:val="right"/>
      </w:pPr>
      <w:r>
        <w:t>تو مجھے یہ سب یاد آگیا کہ مسلمان جو ہیں حدیث میں آتا ہے کہ ایک زمانہ آئے گا جب مسلمانوں سے ان کی عقلیں چھینی جائیں گی۔</w:t>
      </w:r>
    </w:p>
    <w:p>
      <w:r>
        <w:rPr>
          <w:b/>
        </w:rPr>
        <w:t xml:space="preserve">[19:23] </w:t>
      </w:r>
      <w:r>
        <w:t>tuzhharu anhum uqooluhum kitab yahi hai? tunzahu uqoolu akthar ahl-i-thalik-i-zaman tunzahu kya?</w:t>
      </w:r>
    </w:p>
    <w:p>
      <w:pPr>
        <w:jc w:val="right"/>
      </w:pPr>
      <w:r>
        <w:t>تُذْهَرُوا عَنْهُمْ عُقُولُهُمْ کتاب یہی ہے؟ تُنْذَهُ عُقُولُ أَكْثَرَ أَهْلِ ذَٰلِكَ الْزَمَانِ تُنْذَهُ کیا؟</w:t>
      </w:r>
    </w:p>
    <w:p>
      <w:r>
        <w:rPr>
          <w:b/>
        </w:rPr>
        <w:t xml:space="preserve">[19:33] </w:t>
      </w:r>
      <w:r>
        <w:t>tunzahu uqoolu akthar ahl-i-thalik-i-zaman haan, is zamanay ke aksar logon ki aqlein chheen jayengi. to wohi to hai yeh, koi aql ka kaam hi nahin karte.</w:t>
      </w:r>
    </w:p>
    <w:p>
      <w:pPr>
        <w:jc w:val="right"/>
      </w:pPr>
      <w:r>
        <w:t>تُنْذَهُ عُقُولُ أَكْثَرَ أَهْلِ ذَٰلِكَ الْزَمَانِ ہاں، اس زمانے کے اکثر لوگوں کی عقلیں چھین جائیں گی۔ تو وہی تو ہے یہ، کوئی عقل کا کام ہی نہیں کرتے۔</w:t>
      </w:r>
    </w:p>
    <w:p>
      <w:r>
        <w:rPr>
          <w:b/>
        </w:rPr>
        <w:t xml:space="preserve">[19:46] </w:t>
      </w:r>
      <w:r>
        <w:t>koi aql ka kaam hi nahin karte. yaani bilkul hi aisay kaam karte hain jis ka koi result nah ho, jis se un ki aur ziyada badnami ho jaye aur ziyada kaam bigad jaye.</w:t>
      </w:r>
    </w:p>
    <w:p>
      <w:pPr>
        <w:jc w:val="right"/>
      </w:pPr>
      <w:r>
        <w:t>کوئی عقل کا کام ہی نہیں کرتے۔ یعنی بالکل ہی ایسے کام کرتے ہیں جس کا کوئی رزلٹ نہ ہو، جس سے ان کی اور زیادہ بدنامی ہو جائے اور زیادہ کام بگڑ جائے۔</w:t>
      </w:r>
    </w:p>
    <w:p>
      <w:r>
        <w:rPr>
          <w:b/>
        </w:rPr>
        <w:t xml:space="preserve">[20:01] </w:t>
      </w:r>
      <w:r>
        <w:t>to main samajhta hoon ke hum logon ka mission jo hai aasan to mission hai quran ko phailana.</w:t>
      </w:r>
    </w:p>
    <w:p>
      <w:pPr>
        <w:jc w:val="right"/>
      </w:pPr>
      <w:r>
        <w:t>تو میں سمجھتا ہوں کہ ہم لوگوں کا مشن جو ہے آسان تو مشن ہے قرآن کو پھیلانا۔</w:t>
      </w:r>
    </w:p>
    <w:p>
      <w:r>
        <w:rPr>
          <w:b/>
        </w:rPr>
        <w:t xml:space="preserve">[20:12] </w:t>
      </w:r>
      <w:r>
        <w:t>quran ko phailana. lekin quran ko phailanay mein woh saari baatein shamil hain jo quran ka culture hai, quran ka jo method hai woh shamil hai.</w:t>
      </w:r>
    </w:p>
    <w:p>
      <w:pPr>
        <w:jc w:val="right"/>
      </w:pPr>
      <w:r>
        <w:t>قرآن کو پھیلانا۔ لیکن قرآن کو پھیلانے میں وہ ساری باتیں شامل ہیں جو قرآن کا کلچر ہے، قرآن کا جو میتھڈ ہے وہ شامل ہے۔</w:t>
      </w:r>
    </w:p>
    <w:p>
      <w:r>
        <w:rPr>
          <w:b/>
        </w:rPr>
        <w:t xml:space="preserve">[20:31] </w:t>
      </w:r>
      <w:r>
        <w:t>to aap dekhiye ke rasool allah ko jo jab ghare hira mein jibril aaye thay, rasool allah ko ghare hira mein thay woh jibril aaye aur aap se milay.</w:t>
      </w:r>
    </w:p>
    <w:p>
      <w:pPr>
        <w:jc w:val="right"/>
      </w:pPr>
      <w:r>
        <w:t>تو آپ دیکھئے کہ رسول اللہ کو جو جب غار حرا میں جبرائیل آئے تھے، رسول اللہ کو غار حرا میں تھے وہ جبرائیل آئے اور آپ سے ملے۔</w:t>
      </w:r>
    </w:p>
    <w:p>
      <w:r>
        <w:rPr>
          <w:b/>
        </w:rPr>
        <w:t xml:space="preserve">[20:48] </w:t>
      </w:r>
      <w:r>
        <w:t>aur pehla paigham diya unhon ne ke aye muhammad iqra, aye muhammad iqra, aye muhammad parh.</w:t>
      </w:r>
    </w:p>
    <w:p>
      <w:pPr>
        <w:jc w:val="right"/>
      </w:pPr>
      <w:r>
        <w:t>اور پہلا پیغام دیا انہوں نے کہ اے محمد اقراء، اے محمد اقراء، اے محمد پڑھ۔</w:t>
      </w:r>
    </w:p>
    <w:p>
      <w:r>
        <w:rPr>
          <w:b/>
        </w:rPr>
        <w:t xml:space="preserve">[21:02] </w:t>
      </w:r>
      <w:r>
        <w:t>to yeh nahin kaha ke aye ummat. dekhte nahin ho ke ibrahim ka kaba tod diya gaya hai? is ko phir se banao jaisa ke ibrahim ke zamanay mein tha.</w:t>
      </w:r>
    </w:p>
    <w:p>
      <w:pPr>
        <w:jc w:val="right"/>
      </w:pPr>
      <w:r>
        <w:t>تو یہ نہیں کہا کہ اے امت۔ دیکھتے نہیں ہو کہ ابراہیم کا کعبہ توڑ دیا گیا ہے؟ اس کو پھر سے بناؤ جیسا کہ ابراہیم کے زمانے میں تھا۔</w:t>
      </w:r>
    </w:p>
    <w:p>
      <w:r>
        <w:rPr>
          <w:b/>
        </w:rPr>
        <w:t xml:space="preserve">[21:14] </w:t>
      </w:r>
      <w:r>
        <w:t>niklo hira ke ghare se, jao yeh is kaam ko karo. jaan dein ya jaan do. yeh nahin, yeh nahin kaha.</w:t>
      </w:r>
    </w:p>
    <w:p>
      <w:pPr>
        <w:jc w:val="right"/>
      </w:pPr>
      <w:r>
        <w:t>نکلو حرا کے غار سے، جاؤ یہ اس کام کو کرو۔ جان دیں یا جان دو۔ یہ نہیں، یہ نہیں کہا۔</w:t>
      </w:r>
    </w:p>
    <w:p>
      <w:r>
        <w:rPr>
          <w:b/>
        </w:rPr>
        <w:t xml:space="preserve">[21:26] </w:t>
      </w:r>
      <w:r>
        <w:t>balkay is ka zikr hi nahin kiya. goya ke yeh kaha unhon ne ke kaba mein jo.</w:t>
      </w:r>
    </w:p>
    <w:p>
      <w:pPr>
        <w:jc w:val="right"/>
      </w:pPr>
      <w:r>
        <w:t>بلکہ اس کا ذکر ہی نہیں کیا۔ گویا کہ یہ کہا انہوں نے کہ کعبہ میں جو۔</w:t>
      </w:r>
    </w:p>
    <w:p>
      <w:r>
        <w:rPr>
          <w:b/>
        </w:rPr>
        <w:t xml:space="preserve">[21:35] </w:t>
      </w:r>
      <w:r>
        <w:t>wahan us par raazi ho jao, woh maslay ko mat chhoro aur apna dawat ka kaam karo. to hum ko yeh sab sabak</w:t>
      </w:r>
    </w:p>
    <w:p>
      <w:pPr>
        <w:jc w:val="right"/>
      </w:pPr>
      <w:r>
        <w:t>وہاں اس پر راضی ہو جاؤ، وہ مسئلے کو مت چھوڑو اور اپنا دعوت کا کام کرو۔ تو ہم کو یہ سب سبق</w:t>
      </w:r>
    </w:p>
    <w:p>
      <w:r>
        <w:rPr>
          <w:b/>
        </w:rPr>
        <w:t xml:space="preserve">[21:50] </w:t>
      </w:r>
      <w:r>
        <w:t>quran mein aur allah ta'ala ki taleem mein daryaft karna chahiye aur phir se hamein quran ki taleem ko zinda karna chahiye.</w:t>
      </w:r>
    </w:p>
    <w:p>
      <w:pPr>
        <w:jc w:val="right"/>
      </w:pPr>
      <w:r>
        <w:t>قرآن میں اور اللہ تعالیٰ کی تعلیم میں دریافت کرنا چاہیے اور پھر سے ہمیں قرآن کی تعلیم کو زندہ کرنا چاہیے۔</w:t>
      </w:r>
    </w:p>
    <w:p>
      <w:r>
        <w:rPr>
          <w:b/>
        </w:rPr>
        <w:t xml:space="preserve">[22:05] </w:t>
      </w:r>
      <w:r>
        <w:t>assalam o alaikum wa rahmatullah</w:t>
      </w:r>
    </w:p>
    <w:p>
      <w:pPr>
        <w:jc w:val="right"/>
      </w:pPr>
      <w:r>
        <w:t>السلام علیکم ورحمة الله</w:t>
      </w:r>
    </w:p>
    <w:p>
      <w:r>
        <w:rPr>
          <w:b/>
        </w:rPr>
        <w:t xml:space="preserve">[22:21] </w:t>
      </w:r>
      <w:r>
        <w:t>maulana, aap ne relocation ki jo baat batai aur is mein arab ki jo misaal di, to abhi haal fil haal mein taqreeban saal bhar ke andar ki baat hogi ke turkey mein bhi aik masjid ko relocate kiya gaya tha aur tamam musalmanon ne is ko dekha.</w:t>
      </w:r>
    </w:p>
    <w:p>
      <w:pPr>
        <w:jc w:val="right"/>
      </w:pPr>
      <w:r>
        <w:t>مولانا، آپ نے ری لوکیشن کی جو بات بتائی اور اس میں عرب کی جو مثال دی، تو ابھی حال فی الحال میں تقریباً سال بھر کے اندر کی بات ہوگی کہ ترکی میں بھی ایک مسجد کو ری لوکیٹ کیا گیا تھا اور تمام مسلمانوں نے اس کو دیکھا۔</w:t>
      </w:r>
    </w:p>
    <w:p>
      <w:r>
        <w:rPr>
          <w:b/>
        </w:rPr>
        <w:t xml:space="preserve">[22:37] </w:t>
      </w:r>
      <w:r>
        <w:t>to mera sawal yeh hai ke yeh sab misalein dekhte rahay to is ke bawajood kyun nahin samajhte hain?</w:t>
      </w:r>
    </w:p>
    <w:p>
      <w:pPr>
        <w:jc w:val="right"/>
      </w:pPr>
      <w:r>
        <w:t>تو میرا سوال یہ ہے کہ یہ سب مثالیں دیکھتے رہے تو اس کے باوجود کیوں نہیں سمجھتے ہیں؟</w:t>
      </w:r>
    </w:p>
    <w:p>
      <w:r>
        <w:rPr>
          <w:b/>
        </w:rPr>
        <w:t xml:space="preserve">[22:51] </w:t>
      </w:r>
      <w:r>
        <w:t>hum jo quran ko distribute kar rahay hain to is mein yeh shamil hai ke quran ke messages ko zinda karna, quran ke culture ko zinda karna, quran ka jo paigham hai jo us ki tareeqa hai, us ko zinda karna, yeh sab shamil hai is mein, inshallah.</w:t>
      </w:r>
    </w:p>
    <w:p>
      <w:pPr>
        <w:jc w:val="right"/>
      </w:pPr>
      <w:r>
        <w:t>ہم جو قرآن کو ڈسٹریبیوٹ کر رہے ہیں تو اس میں یہ شامل ہے کہ قرآن کے مسجز کو زندہ کرنا، قرآن کے کلچر کو زندہ کرنا، قرآن کا جو پیغام ہے جو اس کی طریقہ ہے، اس کو زندہ کرنا، یہ سب شامل ہے اس میں، انشاءاللہ۔</w:t>
      </w:r>
    </w:p>
    <w:p>
      <w:r>
        <w:rPr>
          <w:b/>
        </w:rPr>
        <w:t xml:space="preserve">[23:13] </w:t>
      </w:r>
      <w:r>
        <w:t>to quran ka distribution apne jame ma'non mein in sab cheezon ko shamil hai.</w:t>
      </w:r>
    </w:p>
    <w:p>
      <w:pPr>
        <w:jc w:val="right"/>
      </w:pPr>
      <w:r>
        <w:t>تو قرآن کا ڈسٹریبیوشن اپنے جامع معنوں میں ان سب چیزوں کو شامل ہے۔</w:t>
      </w:r>
    </w:p>
    <w:p>
      <w:r>
        <w:rPr>
          <w:b/>
        </w:rPr>
        <w:t xml:space="preserve">[23:22] </w:t>
      </w:r>
      <w:r>
        <w:t>logon ki yeh soch hai ke masjid jo hai woh zameen se aasman tak woh hoti hai, hoti hai yaani woh aur us ko badla nahin ja sakta aur us ki aik yaani shakal hai.</w:t>
      </w:r>
    </w:p>
    <w:p>
      <w:pPr>
        <w:jc w:val="right"/>
      </w:pPr>
      <w:r>
        <w:t>لوگوں کی یہ سوچ ہے کہ مسجد جو ہے وہ زمین سے آسمان تک وہ ہوتی ہے، ہوتی ہے یعنی وہ اور اس کو بدلا نہیں جا سکتا اور اس کی ایک یعنی شکل ہے۔</w:t>
      </w:r>
    </w:p>
    <w:p>
      <w:r>
        <w:rPr>
          <w:b/>
        </w:rPr>
        <w:t xml:space="preserve">[23:37] </w:t>
      </w:r>
      <w:r>
        <w:t>to yeh kahan se aaya yeh tasawwur ke zameen se le ke aasman tak hai masjid aur jahan ban gayi wahan ban gayi?</w:t>
      </w:r>
    </w:p>
    <w:p>
      <w:pPr>
        <w:jc w:val="right"/>
      </w:pPr>
      <w:r>
        <w:t>تو یہ کہاں سے آیا یہ تصور کہ زمین سے لے کے آسمان تک ہے مسجد اور جہاں بن گئی وہاں بن گئی؟</w:t>
      </w:r>
    </w:p>
    <w:p>
      <w:r>
        <w:rPr>
          <w:b/>
        </w:rPr>
        <w:t xml:space="preserve">[23:46] </w:t>
      </w:r>
      <w:r>
        <w:t>to yeh sab jo tasawwur hai isi ki wajah se yeh sab problems ho'en. is yeh is ka tasawwur na quran mein tha na hadith mein tha.</w:t>
      </w:r>
    </w:p>
    <w:p>
      <w:pPr>
        <w:jc w:val="right"/>
      </w:pPr>
      <w:r>
        <w:t>تو یہ سب جو تصور ہے اسی کی وجہ سے یہ سب پرابلمز ہوئیں۔ اس یہ اس کا تصور نہ قرآن میں تھا نہ حدیث میں تھا۔</w:t>
      </w:r>
    </w:p>
    <w:p>
      <w:r>
        <w:rPr>
          <w:b/>
        </w:rPr>
        <w:t xml:space="preserve">[23:56] </w:t>
      </w:r>
      <w:r>
        <w:t>mein poore yaqeen ke sath batata hoon ke na quran mein tha na hadith mein tha. hanafi fiqh ne yeh sab paida kiya abbasi daur mein.</w:t>
      </w:r>
    </w:p>
    <w:p>
      <w:pPr>
        <w:jc w:val="right"/>
      </w:pPr>
      <w:r>
        <w:t>میں پورے یقین کے ساتھ بتاتا ہوں کہ نہ قرآن میں تھا نہ حدیث میں تھا۔ حنفی فقہ نے یہ سب پیدا کیا عباسی دور میں۔</w:t>
      </w:r>
    </w:p>
    <w:p>
      <w:r>
        <w:rPr>
          <w:b/>
        </w:rPr>
        <w:t xml:space="preserve">[24:08] </w:t>
      </w:r>
      <w:r>
        <w:t>is ka koi talluq na hadith se hai na quran se hai, kuch bhi nahi hai. maulana, abhi jaise farhad sahib ne bhi misaal di turkey ki aur aap ne bhi yeh likha hai aur bataya hai ke kaise middle east mein bhi jab development hui to bohat masjidain theen, to jab city planning hui to sab ko relocate kiya gaya.</w:t>
      </w:r>
    </w:p>
    <w:p>
      <w:pPr>
        <w:jc w:val="right"/>
      </w:pPr>
      <w:r>
        <w:t>اس کا کوئی تعلق نہ حدیث سے ہے نہ قرآن سے ہے، کچھ بھی نہیں ہے۔ مولانا، ابھی جیسے فرہاد صاحب نے بھی مثال دی ترکی کی اور آپ نے بھی یہ لکھا ہے اور بتایا ہے کہ کیسے مڈل ایسٹ میں بھی جب ڈویلپمنٹ ہوئی تو بہت مسجدیں تھیں، تو جب سٹی پلاننگ ہوئی تو سب کو ری لوکیٹ کیا گیا۔</w:t>
      </w:r>
    </w:p>
    <w:p>
      <w:r>
        <w:rPr>
          <w:b/>
        </w:rPr>
        <w:t xml:space="preserve">[24:30] </w:t>
      </w:r>
      <w:r>
        <w:t>to maulana, jab hum indian subcontinent se bahar dekhte hain to yeh milta hai ke wahan pe unhon ne practical approach ikhtiyar ki.</w:t>
      </w:r>
    </w:p>
    <w:p>
      <w:pPr>
        <w:jc w:val="right"/>
      </w:pPr>
      <w:r>
        <w:t>تو مولانا، جب ہم انڈین سب کانٹیننٹ سے باہر دیکھتے ہیں تو یہ ملتا ہے کہ وہاں پہ انہوں نے پریکٹیکل اپروچ اختیار کی۔</w:t>
      </w:r>
    </w:p>
    <w:p>
      <w:r>
        <w:rPr>
          <w:b/>
        </w:rPr>
        <w:t xml:space="preserve">[24:41] </w:t>
      </w:r>
      <w:r>
        <w:t>to Indian subcontinent mein is it because of lack of education of Muslims yahin pe yeh sab kyun dekha jata hai ke woh larr bher padte hain aur manne ke liye tayyar nahi hote, planning nahi karte?</w:t>
      </w:r>
    </w:p>
    <w:p>
      <w:pPr>
        <w:jc w:val="right"/>
      </w:pPr>
      <w:r>
        <w:t>تو انڈین سب کانٹیننٹ میں is it because of lack of education of Muslims یہیں پہ یہ سب کیوں دیکھا جاتا ہے کہ وہ لڑ بھڑ پڑتے ہیں اور ماننے کے لیے تیار نہیں ہوتے، پلاننگ نہیں کرتے؟</w:t>
      </w:r>
    </w:p>
    <w:p>
      <w:r>
        <w:rPr>
          <w:b/>
        </w:rPr>
        <w:t xml:space="preserve">[24:53] </w:t>
      </w:r>
      <w:r>
        <w:t>aisa kyun hai indian subcontinent mein? yeh sari zimmedari ulama ki hai. yeh zehn jo negative zehn jo bana hai british period mein, mein is ka eye witness hoon kyunke yeh dono ne mujhe apni aankhon se dekha hai.</w:t>
      </w:r>
    </w:p>
    <w:p>
      <w:pPr>
        <w:jc w:val="right"/>
      </w:pPr>
      <w:r>
        <w:t>ایسا کیوں ہے انڈین سب کانٹیننٹ میں؟ یہ ساری ذمہ داری علماء کی ہے۔ یہ ذہن جو نیگیٹیو ذہن جو بنا ہے برٹش پیریڈ میں، میں اس کا آئی وٹنس ہوں کیونکہ یہ دونوں نے مجھے اپنی آنکھوں سے دیکھا ہے۔</w:t>
      </w:r>
    </w:p>
    <w:p>
      <w:r>
        <w:rPr>
          <w:b/>
        </w:rPr>
        <w:t xml:space="preserve">[25:12] </w:t>
      </w:r>
      <w:r>
        <w:t>hamare area mein, hum jahan rehte the to wahan par aik aik acha aadmi tha, inshallah aik sahib thay.</w:t>
      </w:r>
    </w:p>
    <w:p>
      <w:pPr>
        <w:jc w:val="right"/>
      </w:pPr>
      <w:r>
        <w:t>ہمارے ایریا میں، ہم جہاں رہتے تھے تو وہاں پر ایک ایک اچھا آدمی تھا، انشاءاللہ ایک صاحب تھے۔</w:t>
      </w:r>
    </w:p>
    <w:p>
      <w:r>
        <w:rPr>
          <w:b/>
        </w:rPr>
        <w:t xml:space="preserve">[25:25] </w:t>
      </w:r>
      <w:r>
        <w:t>to unhon ne yeh wahan pujhri chhor di thori si, maine bhi pujhri chhori hai urdu aane mein.</w:t>
      </w:r>
    </w:p>
    <w:p>
      <w:pPr>
        <w:jc w:val="right"/>
      </w:pPr>
      <w:r>
        <w:t>تو انہوں نے یہ وہاں پجھڑی چھوڑ دی تھوڑی سی، میں نے بھی پجھڑی چھوڑی ہے اردو آنے میں۔</w:t>
      </w:r>
    </w:p>
    <w:p>
      <w:r>
        <w:rPr>
          <w:b/>
        </w:rPr>
        <w:t xml:space="preserve">[25:39] </w:t>
      </w:r>
      <w:r>
        <w:t>to wahan chote patakhe hote thay, pujhri. to aik sahib ne baqayda tareekh lai ke pujhri chhorna band karo, patakha chhorna band karo.</w:t>
      </w:r>
    </w:p>
    <w:p>
      <w:pPr>
        <w:jc w:val="right"/>
      </w:pPr>
      <w:r>
        <w:t>تو وہاں چھوٹے پٹاخے ہوتے تھے، پجھڑی۔ تو ایک صاحب نے باقاعدہ تاریخ لائی کہ پجھڑی چھوڑنا بند کرو، پٹاخہ چھوڑنا بند کرو۔</w:t>
      </w:r>
    </w:p>
    <w:p>
      <w:r>
        <w:rPr>
          <w:b/>
        </w:rPr>
        <w:t xml:space="preserve">[25:58] </w:t>
      </w:r>
      <w:r>
        <w:t>to is ke khilaf baqayda fatwa diya gaya ke jo log aisa karte hain woh british raj ke agent hain,</w:t>
      </w:r>
    </w:p>
    <w:p>
      <w:pPr>
        <w:jc w:val="right"/>
      </w:pPr>
      <w:r>
        <w:t>تو اس کے خلاف باقاعدہ فتویٰ دیا گیا کہ جو لوگ ایسا کرتے ہیں وہ برٹش راج کے ایجنٹ ہیں،</w:t>
      </w:r>
    </w:p>
    <w:p>
      <w:r>
        <w:rPr>
          <w:b/>
        </w:rPr>
        <w:t xml:space="preserve">[26:11] </w:t>
      </w:r>
      <w:r>
        <w:t>woh chahte hain ke musalmanon ke andar se jihad ki spirit khatam ho jaye. to anti spirit jo silsila aaya tha logon ne, woh anti british, isi ke sab shakhs aa rahe hain ke dekho un ke zamane mein masjidain todi ja rahi hain, aisa raj hai un ka british logon ka ke islam ke khilaf ho.</w:t>
      </w:r>
    </w:p>
    <w:p>
      <w:pPr>
        <w:jc w:val="right"/>
      </w:pPr>
      <w:r>
        <w:t>وہ چاہتے ہیں کہ مسلمانوں کے اندر سے جہاد کی اسپرٹ ختم ہو جائے۔ تو اینٹی اسپرٹ جو سلسلہ آیا تھا لوگوں نے، وہ اینٹی برٹش، اسی کے سب شخص آ رہے ہیں کہ دیکھو ان کے زمانے میں مسجدیں توڑی جا رہی ہیں، ایسا راج ہے ان کا برٹش لوگوں کا کہ اسلام کے خلاف ہو۔</w:t>
      </w:r>
    </w:p>
    <w:p>
      <w:r>
        <w:rPr>
          <w:b/>
        </w:rPr>
        <w:t xml:space="preserve">[26:40] </w:t>
      </w:r>
      <w:r>
        <w:t>yeh sab isi se hua ke angrezon se nafrat aayi, phir har cheez ko isi se relate karne lage ke angrez kharab hain, kya hamari masjidain todi ja rahi hain aur is ko kuch nahi karte yeh log, is ko bachate nahi hain.</w:t>
      </w:r>
    </w:p>
    <w:p>
      <w:pPr>
        <w:jc w:val="right"/>
      </w:pPr>
      <w:r>
        <w:t>یہ سب اسی سے ہوا کہ انگریزوں سے نفرت آئی، پھر ہر چیز کو اسی سے ریلیٹ کرنے لگے کہ انگریز خراب ہیں، کیا ہماری مسجدیں توڑی جا رہی ہیں اور اس کو کچھ نہیں کرتے یہ لوگ، اس کو بچاتے نہیں ہیں۔</w:t>
      </w:r>
    </w:p>
    <w:p>
      <w:r>
        <w:rPr>
          <w:b/>
        </w:rPr>
        <w:t xml:space="preserve">[26:58] </w:t>
      </w:r>
      <w:r>
        <w:t>yeh sab meri aankhon ke samne hua hai, maine apni aankhon se dekha hai ke british nafrat is ke peeche thi na ke masjid ki mohabbat.</w:t>
      </w:r>
    </w:p>
    <w:p>
      <w:pPr>
        <w:jc w:val="right"/>
      </w:pPr>
      <w:r>
        <w:t>یہ سب میری آنکھوں کے سامنے ہوا ہے، میں نے اپنی آنکھوں سے دیکھا ہے کہ برٹش نفرت اس کے پیچھے تھی نہ کہ مسجد کی محبت۔</w:t>
      </w:r>
    </w:p>
    <w:p>
      <w:r>
        <w:rPr>
          <w:b/>
        </w:rPr>
        <w:t xml:space="preserve">[27:10] </w:t>
      </w:r>
      <w:r>
        <w:t>mein yaqeen ke sath keh sakta hoon ke yeh is tarah ke jitne qisse hue hain</w:t>
      </w:r>
    </w:p>
    <w:p>
      <w:pPr>
        <w:jc w:val="right"/>
      </w:pPr>
      <w:r>
        <w:t>میں یقین کے ساتھ کہہ سکتا ہوں کہ یہ اس طرح کے جتنے قصے ہوئے ہیں</w:t>
      </w:r>
    </w:p>
    <w:p>
      <w:r>
        <w:rPr>
          <w:b/>
        </w:rPr>
        <w:t xml:space="preserve">[27:14] </w:t>
      </w:r>
      <w:r>
        <w:t>is zamane mein, jo ke mein jis ka mein eye witness hoon, jis ka mein eye witness hoon, yeh sab jo quran kaha jata tha ke la lihabbi alayna wal libaghdhi ma'awiyyah yani yeh jo hua masjid ki mohabbat mein nahi hua,</w:t>
      </w:r>
    </w:p>
    <w:p>
      <w:pPr>
        <w:jc w:val="right"/>
      </w:pPr>
      <w:r>
        <w:t>اس زمانے میں، جو کہ میں جس کا میں آئی وٹنس ہوں، جس کا میں آئی وٹنس ہوں، یہ سب جو قرآن کہا جاتا تھا کہ لَا لِحَبِّ عَلِينَ وَلَا لِبَغْضِ مَعَوِيَّةٍ یعنی یہ جو ہوا مسجد کی محبت میں نہیں ہوا،</w:t>
      </w:r>
    </w:p>
    <w:p>
      <w:r>
        <w:rPr>
          <w:b/>
        </w:rPr>
        <w:t xml:space="preserve">[27:38] </w:t>
      </w:r>
      <w:r>
        <w:t>british nafrat mein hua. is ka islam se koi talluq nahi.</w:t>
      </w:r>
    </w:p>
    <w:p>
      <w:pPr>
        <w:jc w:val="right"/>
      </w:pPr>
      <w:r>
        <w:t>برٹش نفرت میں ہوا۔ اس کا اسلام سے کوئی تعلق نہیں۔</w:t>
      </w:r>
    </w:p>
    <w:p>
      <w:r>
        <w:rPr>
          <w:b/>
        </w:rPr>
        <w:t xml:space="preserve">[27:46] </w:t>
      </w:r>
      <w:r>
        <w:t>baqi woh jo hai ke jahan masjid ban gayi, woh masjid ban gayi hamesha ke liye, yeh yeh yeh sab hanafi fiqh ka masla hai.</w:t>
      </w:r>
    </w:p>
    <w:p>
      <w:pPr>
        <w:jc w:val="right"/>
      </w:pPr>
      <w:r>
        <w:t>باقی وہ جو ہے کہ جہاں مسجد بن گئی، وہ مسجد بن گئی ہمیشہ کے لیے، یہ یہ یہ سب حنفی فقہ کا مسئلہ ہے۔</w:t>
      </w:r>
    </w:p>
    <w:p>
      <w:r>
        <w:rPr>
          <w:b/>
        </w:rPr>
        <w:t xml:space="preserve">[27:56] </w:t>
      </w:r>
      <w:r>
        <w:t>phir baad ke doosre fiqh mein aa gaya lekin behal fiqh ka mein yeh masla tha, islam ka koi talluq nahi, koi hadith aisi nahi hai, fiqhi masla hai aur bilashuba yeh galat masla hai, is ke galat hone mein koi shakk nahi hai.</w:t>
      </w:r>
    </w:p>
    <w:p>
      <w:pPr>
        <w:jc w:val="right"/>
      </w:pPr>
      <w:r>
        <w:t>پھر بعد کے دوسرے فقہ میں آگیا لیکن بہرحال فقہ کا میں یہ مسئلہ تھا، اسلام کا کوئی تعلق نہیں، کوئی حدیث ایسی نہیں ہے، فقہی مسئلہ ہے اور بلاشبہ یہ غلط مسئلہ ہے، اس کے غلط ہونے میں کوئی شک نہیں ہے۔</w:t>
      </w:r>
    </w:p>
    <w:p>
      <w:r>
        <w:rPr>
          <w:b/>
        </w:rPr>
        <w:t xml:space="preserve">[28:12] </w:t>
      </w:r>
      <w:r>
        <w:t>maulana, hum bhale is fiqh mein ijazat hai, kar sakte hain. kya kya ijazat hai? yani</w:t>
      </w:r>
    </w:p>
    <w:p>
      <w:pPr>
        <w:jc w:val="right"/>
      </w:pPr>
      <w:r>
        <w:t>مولانا، ہم بھلے اس فقہ میں اجازت ہے، کر سکتے ہیں۔ کیا کیا اجازت ہے؟ یعنی</w:t>
      </w:r>
    </w:p>
    <w:p>
      <w:r>
        <w:rPr>
          <w:b/>
        </w:rPr>
        <w:t xml:space="preserve">[28:21] </w:t>
      </w:r>
      <w:r>
        <w:t>masjid ko doosri jagah le kar ja sakte hain agar wahan par koi abadi na ho. haan, yeh sahi hai, sahi hai.</w:t>
      </w:r>
    </w:p>
    <w:p>
      <w:pPr>
        <w:jc w:val="right"/>
      </w:pPr>
      <w:r>
        <w:t>مسجد کو دوسری جگہ لے کر جا سکتے ہیں اگر وہاں پر کوئی آبادی نہ ہو۔ ہاں، یہ صحیح ہے، صحیح ہے۔</w:t>
      </w:r>
    </w:p>
    <w:p>
      <w:r>
        <w:rPr>
          <w:b/>
        </w:rPr>
        <w:t xml:space="preserve">[28:36] </w:t>
      </w:r>
      <w:r>
        <w:t>maulana, hamara jo aaj ka take up hai is class se woh yeh hai ke aadmi ko kam par razi ho jana chahiye, is se woh aik to derailment se bachta hai aur jaise aap ne misaal di ke history continue rehti hai aur doosra yeh hai ke aindah jo hai zyada bari opportunities woh avail kar sakta hai aur derailment se bhi bach sakta hai.</w:t>
      </w:r>
    </w:p>
    <w:p>
      <w:pPr>
        <w:jc w:val="right"/>
      </w:pPr>
      <w:r>
        <w:t>مولانا، ہمارا جو آج کا ٹیک اپ ہے اس کلاس سے وہ یہ ہے کہ آدمی کو کم پر راضی ہو جانا چاہیے، اس سے وہ ایک تو ڈیریلمنٹ سے بچتا ہے اور جیسے آپ نے مثال دی کہ ہسٹری کنٹینیو رہتی ہے اور دوسرا یہ ہے کہ آئندہ جو ہے زیادہ بڑی اپرچونیٹیز وہ اویل کر سکتا ہے اور ڈیریلمنٹ سے بھی بچ سکتا ہے۔</w:t>
      </w:r>
    </w:p>
    <w:p>
      <w:r>
        <w:rPr>
          <w:b/>
        </w:rPr>
        <w:t xml:space="preserve">[28:59] </w:t>
      </w:r>
      <w:r>
        <w:t>is ko kam par ki baat nahi hai, mein yeh nahi kahunga kam par,</w:t>
      </w:r>
    </w:p>
    <w:p>
      <w:pPr>
        <w:jc w:val="right"/>
      </w:pPr>
      <w:r>
        <w:t>اس کو کم پر کی بات نہیں ہے، میں یہ نہیں کہوں گا کم پر،</w:t>
      </w:r>
    </w:p>
    <w:p>
      <w:r>
        <w:rPr>
          <w:b/>
        </w:rPr>
        <w:t xml:space="preserve">[29:05] </w:t>
      </w:r>
      <w:r>
        <w:t>status quo apna razi hona, is ko mein kahunga ke status quo apna razi ho jao taake tumhara mission bila roke tok chalta rahe.</w:t>
      </w:r>
    </w:p>
    <w:p>
      <w:pPr>
        <w:jc w:val="right"/>
      </w:pPr>
      <w:r>
        <w:t>اسٹیٹس کو اپنا راضی ہونا، اس کو میں کہوں گا کہ اسٹیٹس کو اپنا راضی ہو جاؤ تاکہ تمہارا مشن بلا روک ٹوک چلتا رہے۔</w:t>
      </w:r>
    </w:p>
    <w:p>
      <w:r>
        <w:rPr>
          <w:b/>
        </w:rPr>
        <w:t xml:space="preserve">[29:16] </w:t>
      </w:r>
      <w:r>
        <w:t>yeh islam mein status quo bhi aik aik taleem hai, status quo. maulana, aik sawal hai ke jaise hum log quran ko jante hain to quran muqaddas hai ya quran mein jo ideas present kiye gaye hain woh muqaddas hain?</w:t>
      </w:r>
    </w:p>
    <w:p>
      <w:pPr>
        <w:jc w:val="right"/>
      </w:pPr>
      <w:r>
        <w:t>یہ اسلام میں اسٹیٹس کوئز بھی ایک ایک تعلیم ہے، اسٹیٹس کوئز۔ مولانا، ایک سوال ہے کہ جیسے ہم لوگ قرآن کو جانتے ہیں تو قرآن مقدس ہے یا قرآن میں جو آئیڈیاز پریزنٹ کیے گئے ہیں وہ مقدس ہیں؟</w:t>
      </w:r>
    </w:p>
    <w:p>
      <w:r>
        <w:rPr>
          <w:b/>
        </w:rPr>
        <w:t xml:space="preserve">[29:34] </w:t>
      </w:r>
      <w:r>
        <w:t>jaise profit, profit ki ek shakhsiyat hai to profit as a person muqaddas hain ya woh jo ideas le ke aaye jo Allah ke bare mein jo baatein unhon ne bataein woh muqaddas hain?</w:t>
      </w:r>
    </w:p>
    <w:p>
      <w:pPr>
        <w:jc w:val="right"/>
      </w:pPr>
      <w:r>
        <w:t>جیسے پرافٹ، پرافٹ کی ایک شخصیت ہے تو پرافٹ ایز اے پرسن مقدس ہیں یا وہ جو آئیڈیاز لے کے آئے جو اللہ کے بارے میں جو باتیں انہوں نے بتائیں وہ مقدس ہیں؟</w:t>
      </w:r>
    </w:p>
    <w:p>
      <w:r>
        <w:rPr>
          <w:b/>
        </w:rPr>
        <w:t xml:space="preserve">[29:44] </w:t>
      </w:r>
      <w:r>
        <w:t>isi tarah se isi context mein kya masjid muqaddas hai ya masjid mein parhe jaane wali namaz jis mein ke Allah ko yaad kiya ja raha hai sirf woh muqaddas hai?</w:t>
      </w:r>
    </w:p>
    <w:p>
      <w:pPr>
        <w:jc w:val="right"/>
      </w:pPr>
      <w:r>
        <w:t>اسی طرح سے اسی کانٹیکسٹ میں کیا مسجد مقدس ہے یا مسجد میں پڑھے جانے والی نماز جس میں کہ اللہ کو یاد کیا جا رہا ہے صرف وہ مقدس ہے؟</w:t>
      </w:r>
    </w:p>
    <w:p>
      <w:r>
        <w:rPr>
          <w:b/>
        </w:rPr>
        <w:t xml:space="preserve">[29:54] </w:t>
      </w:r>
      <w:r>
        <w:t>to yeh koi object muqaddas hota hai ya is ke sath mein jo idea juri hui hai woh muqaddas hoti hai? koi muqaddas kuch nahi hai, yeh holy ka yeh doosre mazahib se aaya hai, Islam mein tha hi nahi muqaddas kaba aur muqaddas yeh muqaddas ho,</w:t>
      </w:r>
    </w:p>
    <w:p>
      <w:pPr>
        <w:jc w:val="right"/>
      </w:pPr>
      <w:r>
        <w:t>تو یہ کوئی آبجیکٹ مقدس ہوتا ہے یا اس کے ساتھ میں جو آئیڈیا جڑی ہوئی ہے وہ مقدس ہوتی ہے؟ کوئی مقدس کچھ نہیں ہے، یہ ہولی کا یہ دوسرے مذاہب سے آیا ہے، اسلام میں تھا ہی نہیں مقدس کعبہ اور مقدس یہ مقدس ہو،</w:t>
      </w:r>
    </w:p>
    <w:p>
      <w:r>
        <w:rPr>
          <w:b/>
        </w:rPr>
        <w:t xml:space="preserve">[30:15] </w:t>
      </w:r>
      <w:r>
        <w:t>yeh holy ka jo concept hai Islam mein hai hi nahi, bilkul nahi hai. dekhiye</w:t>
      </w:r>
    </w:p>
    <w:p>
      <w:pPr>
        <w:jc w:val="right"/>
      </w:pPr>
      <w:r>
        <w:t>یہ ہولی کا جو کانسیپٹ ہے اسلام میں ہے ہی نہیں، بالکل نہیں ہے۔ دیکھئے</w:t>
      </w:r>
    </w:p>
    <w:p>
      <w:r>
        <w:rPr>
          <w:b/>
        </w:rPr>
        <w:t xml:space="preserve">[30:26] </w:t>
      </w:r>
      <w:r>
        <w:t>yeh</w:t>
      </w:r>
    </w:p>
    <w:p>
      <w:pPr>
        <w:jc w:val="right"/>
      </w:pPr>
      <w:r>
        <w:t>یہ</w:t>
      </w:r>
    </w:p>
    <w:p>
      <w:r>
        <w:rPr>
          <w:b/>
        </w:rPr>
        <w:t xml:space="preserve">[30:29] </w:t>
      </w:r>
      <w:r>
        <w:t>kya keh raha tha mein,</w:t>
      </w:r>
    </w:p>
    <w:p>
      <w:pPr>
        <w:jc w:val="right"/>
      </w:pPr>
      <w:r>
        <w:t>کیا کہہ رہا تھا میں،</w:t>
      </w:r>
    </w:p>
    <w:p>
      <w:r>
        <w:rPr>
          <w:b/>
        </w:rPr>
        <w:t xml:space="preserve">[30:37] </w:t>
      </w:r>
      <w:r>
        <w:t>yeh dekhiye hadith ek hadith hai ke yeh jo ayat hai ke jab jaa rasool Allah kya bolun?</w:t>
      </w:r>
    </w:p>
    <w:p>
      <w:pPr>
        <w:jc w:val="right"/>
      </w:pPr>
      <w:r>
        <w:t>یہ دیکھئے حدیث ایک حدیث ہے کہ یہ جو آیت ہے کہ إِذَا جَاءَ رِسُولُ اللَّهِ کیا بولوں؟</w:t>
      </w:r>
    </w:p>
    <w:p>
      <w:r>
        <w:rPr>
          <w:b/>
        </w:rPr>
        <w:t xml:space="preserve">[30:50] </w:t>
      </w:r>
      <w:r>
        <w:t>wa al fath wa ra'ayta al naasu yadkhuluna fi deen Allah fa ja to ek hadith hai baqayda Muslim Ahmad mein ke hum yadkhuluna fi deen Allah fa ja log bari tadaad mein Islam mein dakhil honge aur phir bari tadaad mein nikal bhi jayenge.</w:t>
      </w:r>
    </w:p>
    <w:p>
      <w:pPr>
        <w:jc w:val="right"/>
      </w:pPr>
      <w:r>
        <w:t>وَالْفَتْحُ وَرَأَيْتَ النَّاسَ يَدْخُلُونَ فِي دِينِ اللَّهِ فَجَا تو ایک حدیث ہے باقاعدہ مسلم احمد میں کہ هُمْ يَدْخُلُونَ فِي دِينِ اللَّهِ فَجَا ثُمَّ هُمْ يَخُرِجُونَ مِنْ دِينِ اللَّهِ فَجَا لوگ بڑی تعداد میں اسلام میں داخل ہوں گے اور پھر بڑی تعداد میں نکل بھی جائیں گے۔</w:t>
      </w:r>
    </w:p>
    <w:p>
      <w:r>
        <w:rPr>
          <w:b/>
        </w:rPr>
        <w:t xml:space="preserve">[31:14] </w:t>
      </w:r>
      <w:r>
        <w:t>to sari yeh ahadith aaj se nahi hain, Rasool Allah ke zamane se hain ke log dakhil honge aur nikal bhi jayenge.</w:t>
      </w:r>
    </w:p>
    <w:p>
      <w:pPr>
        <w:jc w:val="right"/>
      </w:pPr>
      <w:r>
        <w:t>تو ساری یہ احادیث آج سے نہیں ہیں، رسول اللہ کے زمانے سے ہیں کہ لوگ داخل ہوں گے اور نکل بھی جائیں گے۔</w:t>
      </w:r>
    </w:p>
    <w:p>
      <w:r>
        <w:rPr>
          <w:b/>
        </w:rPr>
        <w:t xml:space="preserve">[31:23] </w:t>
      </w:r>
      <w:r>
        <w:t>to main ne bohat dinon tak is par research ki, kisi muhaddis ne is par roshni nahi dali hai, kisi aalim ne, kisi muhaddis ne ke nikal jayenge kyunke dekhiye tareekh bata di hai ke aisa to kabhi hua nahi, ek sodas,</w:t>
      </w:r>
    </w:p>
    <w:p>
      <w:pPr>
        <w:jc w:val="right"/>
      </w:pPr>
      <w:r>
        <w:t>تو میں نے بہت دنوں تک اس پر ریسرچ کی، کسی محدث نے اس پر روشنی نہیں ڈالی ہے، کسی عالم نے، کسی محدث نے کہ نکل جائیں گے کیونکہ دیکھئے تاریخ بتا دی ہے کہ ایسا تو کبھی ہوا نہیں، ایک سوڈس،</w:t>
      </w:r>
    </w:p>
    <w:p>
      <w:r>
        <w:rPr>
          <w:b/>
        </w:rPr>
        <w:t xml:space="preserve">[31:41] </w:t>
      </w:r>
      <w:r>
        <w:t>is qism ke ek sodas to kabhi hua nahi ke log nikal gaye hon, jo aa gaye woh aa gaye. to yeh kya cheez hai?</w:t>
      </w:r>
    </w:p>
    <w:p>
      <w:pPr>
        <w:jc w:val="right"/>
      </w:pPr>
      <w:r>
        <w:t>اس قسم کے ایک سوڈس تو کبھی ہوا نہیں کہ لوگ نکل گئے ہوں، جو آگئے وہ آگئے۔ تو یہ کیا چیز ہے؟</w:t>
      </w:r>
    </w:p>
    <w:p>
      <w:r>
        <w:rPr>
          <w:b/>
        </w:rPr>
        <w:t xml:space="preserve">[31:51] </w:t>
      </w:r>
      <w:r>
        <w:t>to yeh lafzi maani mein nahi hai balkeh isi maani mein hai ke log aayenge bari tadaad mein apne pichle mazhab ko le kar aur un ki tarbiyat nahi hogi, un ki education nahi hogi aur pichli apni rivayaton ko Islam mein dakhil karenge.</w:t>
      </w:r>
    </w:p>
    <w:p>
      <w:pPr>
        <w:jc w:val="right"/>
      </w:pPr>
      <w:r>
        <w:t>تو یہ لفظی معنی میں نہیں ہے بلکہ اسی معنی میں ہے کہ لوگ آئیں گے بڑی تعداد میں اپنے پچھلے مذہب کو لے کر اور ان کی تربیت نہیں ہوگی، ان کی ایجوکیشن نہیں ہوگی اور پچھلی اپنی روایتوں کو اسلام میں داخل کریں گے۔</w:t>
      </w:r>
    </w:p>
    <w:p>
      <w:r>
        <w:rPr>
          <w:b/>
        </w:rPr>
        <w:t xml:space="preserve">[32:13] </w:t>
      </w:r>
      <w:r>
        <w:t>yeh is maani mein hai yaani mubadana culture chal padega, is maani mein hai. to yeh sab jitni cheezein hain, jo hamein face karna padta hai, yeh yeh sara ka sara yaani nateeja hai woh jo log bari tadaad mein Islam mein dakhil hue,</w:t>
      </w:r>
    </w:p>
    <w:p>
      <w:pPr>
        <w:jc w:val="right"/>
      </w:pPr>
      <w:r>
        <w:t>یہ اس معنی میں ہے یعنی مبدعانہ کلچر چل پڑے گا، اس معنی میں ہے۔ تو یہ سب جتنی چیزیں ہیں جو ہمیں فیس کرنا پڑتا ہے، یہ یہ سارا کا سارا یعنی نتیجہ ہے وہ جو لوگ بڑی تعداد میں اسلام میں داخل ہوئے،</w:t>
      </w:r>
    </w:p>
    <w:p>
      <w:r>
        <w:rPr>
          <w:b/>
        </w:rPr>
        <w:t xml:space="preserve">[32:39] </w:t>
      </w:r>
      <w:r>
        <w:t>un ka un ka laya hua culture hai. isi liye sab yeh sab baatein jitni bhi hain, jitni bhi hain, sab baad ke zamane mein phaili, pehle zamane mein is ka in ka koi wajood hi nahi tha.</w:t>
      </w:r>
    </w:p>
    <w:p>
      <w:pPr>
        <w:jc w:val="right"/>
      </w:pPr>
      <w:r>
        <w:t>ان کا ان کا لایا ہوا کلچر ہے۔ اسی لیے سب یہ سب باتیں جتنی بھی ہیں، جتنی بھی ہیں، سب بعد کے زمانے میں پھیلی، پہلے زمانے میں اس کا ان کا کوئی وجود ہی نہیں تھا۔</w:t>
      </w:r>
    </w:p>
    <w:p>
      <w:r>
        <w:rPr>
          <w:b/>
        </w:rPr>
        <w:t xml:space="preserve">[33:02] </w:t>
      </w:r>
      <w:r>
        <w:t>Maulana, aap ne jo abhi kaha ke muqaddas jo lafz hai yeh Islam mein nahi hai, to aisa kyun kaha aap ne? hai hi nahi muqaddas kaba, muqaddas Quran, Quran muqaddas Rasool, yeh hai hi nahi na Quran mein na hadith mein.</w:t>
      </w:r>
    </w:p>
    <w:p>
      <w:pPr>
        <w:jc w:val="right"/>
      </w:pPr>
      <w:r>
        <w:t>مولانا، آپ نے جو ابھی کہا کہ مقدس جو لفظ ہے یہ اسلام میں نہیں ہے، تو ایسا کیوں کہا آپ نے؟ ہے ہی نہیں مقدس کعبہ، مقدس قرآن، قرآن مقدس رسول، یہ ہے ہی نہیں نہ قرآن میں نہ حدیث میں۔</w:t>
      </w:r>
    </w:p>
    <w:p>
      <w:r>
        <w:rPr>
          <w:b/>
        </w:rPr>
        <w:t xml:space="preserve">[33:17] </w:t>
      </w:r>
      <w:r>
        <w:t>aap bataiye koi report dijiye, kahan hai ke muqaddas hadith, muqaddas Rasool, muqaddas Quran, yeh to doosri qaumon se aaya hai.</w:t>
      </w:r>
    </w:p>
    <w:p>
      <w:pPr>
        <w:jc w:val="right"/>
      </w:pPr>
      <w:r>
        <w:t>آپ بتائیے کوئی رپورٹ دیجیے، کہاں ہے کہ مقدس حدیث، مقدس رسول، مقدس قرآن، یہ تو دوسری قوموں سے آیا ہے۔</w:t>
      </w:r>
    </w:p>
    <w:p>
      <w:r>
        <w:rPr>
          <w:b/>
        </w:rPr>
        <w:t xml:space="preserve">[33:30] </w:t>
      </w:r>
      <w:r>
        <w:t>holy ka jo concept hai, jaise yahan Delhi mein holy family, to yeh holy family ka jo concept hai, yeh doosron se aaya musalmanon mein, musalmanon mein tha hi nahi.</w:t>
      </w:r>
    </w:p>
    <w:p>
      <w:pPr>
        <w:jc w:val="right"/>
      </w:pPr>
      <w:r>
        <w:t>ہولی کا جو کانسیپٹ ہے، جیسے یہاں دلی میں ہولی فیملی، تو یہ ہولی فیملی کا جو کانسیپٹ ہے، یہ دوسروں سے آیا مسلمانوں میں، مسلمانوں میں تھا ہی نہیں۔</w:t>
      </w:r>
    </w:p>
    <w:p>
      <w:r>
        <w:rPr>
          <w:b/>
        </w:rPr>
        <w:t xml:space="preserve">[33:49] </w:t>
      </w:r>
      <w:r>
        <w:t>musalmanon mein koi holy family nahi, koi holy Quran nahi, koi holy kitab nahi, kuch nahi.</w:t>
      </w:r>
    </w:p>
    <w:p>
      <w:pPr>
        <w:jc w:val="right"/>
      </w:pPr>
      <w:r>
        <w:t>مسلمانوں میں کوئی ہولی فیملی نہیں، کوئی ہولی قرآن نہیں، کوئی ہولی کتاب نہیں، کچھ نہیں۔</w:t>
      </w:r>
    </w:p>
    <w:p>
      <w:r>
        <w:rPr>
          <w:b/>
        </w:rPr>
        <w:t xml:space="preserve">[34:00] </w:t>
      </w:r>
      <w:r>
        <w:t>Maulana, lekin jaise Quran ko divine sense mein lete hain ke it is a divine book to is sense mein holy nahi hai? divine ka lafz nahi hai, sahi hai.</w:t>
      </w:r>
    </w:p>
    <w:p>
      <w:pPr>
        <w:jc w:val="right"/>
      </w:pPr>
      <w:r>
        <w:t>مولانا، لیکن جیسے قرآن کو ڈیوائن سینس میں لیتے ہیں کہ it is a divine book تو اس سینس میں ہولی نہیں ہے؟ ڈیوائن کا لفظ نہیں ہے، صحیح ہے۔</w:t>
      </w:r>
    </w:p>
    <w:p>
      <w:r>
        <w:rPr>
          <w:b/>
        </w:rPr>
        <w:t xml:space="preserve">[34:11] </w:t>
      </w:r>
      <w:r>
        <w:t>manzil hai Allah ki taraf se, manzil Quran, Khuda utara hua hai, yeh divine jo aap bol rahe hain, yeh bhi nahi Islam mein hai. ji, Islam mein hai ke woh manzil hai, manzil maani utara hua hai Quran ka Allah ki taraf se, bas yeh kahiye.</w:t>
      </w:r>
    </w:p>
    <w:p>
      <w:pPr>
        <w:jc w:val="right"/>
      </w:pPr>
      <w:r>
        <w:t>منزل ہے اللہ کی طرف سے، منزل قرآن، خدا اتارا ہوا ہے، یہ ڈیوائن جو آپ بول رہے ہیں، یہ بھی نہیں اسلام میں ہے۔ جی، اسلام میں ہے کہ وہ منزل ہے، منزل معنی اتارا ہوا ہے قرآن کا اللہ کی طرف سے، بس یہ کہیے۔</w:t>
      </w:r>
    </w:p>
    <w:p>
      <w:r>
        <w:rPr>
          <w:b/>
        </w:rPr>
        <w:t xml:space="preserve">[34:27] </w:t>
      </w:r>
      <w:r>
        <w:t>ji</w:t>
      </w:r>
    </w:p>
    <w:p>
      <w:pPr>
        <w:jc w:val="right"/>
      </w:pPr>
      <w:r>
        <w:t>جی</w:t>
      </w:r>
    </w:p>
    <w:p>
      <w:r>
        <w:rPr>
          <w:b/>
        </w:rPr>
        <w:t xml:space="preserve">[34:37] </w:t>
      </w:r>
      <w:r>
        <w:t>nazala al furqana ala abdihi li yakunu lil alameen nadhira to Quran mein jo ya Islam mein jo lafz hai, woh manzil ka lafz hai, manzil yaani Allah ki taraf se utara hua hai.</w:t>
      </w:r>
    </w:p>
    <w:p>
      <w:pPr>
        <w:jc w:val="right"/>
      </w:pPr>
      <w:r>
        <w:t>نَزِلَ الْفُرْقَانَ عَلَىٰ أَبْدِهِ لَيْكُونُوا لِلْعَالَمِينَ نَذِيرًا تو قرآن میں جو یا اسلام میں جو لفظ ہے، وہ منزل کا لفظ ہے، منزل یعنی اللہ کی طرف سے اتارا ہوا ہے۔</w:t>
      </w:r>
    </w:p>
    <w:p>
      <w:r>
        <w:rPr>
          <w:b/>
        </w:rPr>
        <w:t xml:space="preserve">[34:53] </w:t>
      </w:r>
      <w:r>
        <w:t>Maulana, when I came to you, you had told me that I have to change 99%.</w:t>
      </w:r>
    </w:p>
    <w:p>
      <w:pPr>
        <w:jc w:val="right"/>
      </w:pPr>
      <w:r>
        <w:t>مولانا، when I came to you, you had told me that I have to change 99%.</w:t>
      </w:r>
    </w:p>
    <w:p>
      <w:r>
        <w:rPr>
          <w:b/>
        </w:rPr>
        <w:t xml:space="preserve">[35:02] </w:t>
      </w:r>
      <w:r>
        <w:t>I understood that today, when you are saying that Muslims came into Islam and without training, they accepted their old culture.</w:t>
      </w:r>
    </w:p>
    <w:p>
      <w:pPr>
        <w:jc w:val="right"/>
      </w:pPr>
      <w:r>
        <w:t>I understood that today, when you are saying that Muslims came into Islam and without training, they accepted their old culture.</w:t>
      </w:r>
    </w:p>
    <w:p>
      <w:r>
        <w:rPr>
          <w:b/>
        </w:rPr>
        <w:t xml:space="preserve">[35:17] </w:t>
      </w:r>
      <w:r>
        <w:t>And I understood right now that I was, and to a large extent, still am on cultural Islam. But it has become clear to me today, and I realize that I have to follow the Qur'anic and Islamic teachings and just introspect and get rid of every cultural item in my mind.</w:t>
      </w:r>
    </w:p>
    <w:p>
      <w:pPr>
        <w:jc w:val="right"/>
      </w:pPr>
      <w:r>
        <w:t>And I understoodright now that I was, and to a large extent, still am on cultural Islam. But it has become clear to me today, and I realize that I have to follow the Qur'anic and Islamic teachings and just introspect and get rid of every cultural item in my mind.</w:t>
      </w:r>
    </w:p>
    <w:p>
      <w:r>
        <w:rPr>
          <w:b/>
        </w:rPr>
        <w:t xml:space="preserve">[35:45] </w:t>
      </w:r>
      <w:r>
        <w:t>It became clear to me today, Maulana. It has taken me a long time, but jazak Allah Maulana for saying it in the beginning, but now I will make sure that I change every day and try to get out the cultural Islam from my Muslim cultural Islam out of my system.</w:t>
      </w:r>
    </w:p>
    <w:p>
      <w:pPr>
        <w:jc w:val="right"/>
      </w:pPr>
      <w:r>
        <w:t>It became clear to me today, مولانا. It has taken me a long time, but جزاک اللہ مولانا for saying it in the beginning, but now I will make sure that I change every day and try to get out the cultural Islam from my مسلم cultural Islam out of my system.</w:t>
      </w:r>
    </w:p>
    <w:p>
      <w:r>
        <w:rPr>
          <w:b/>
        </w:rPr>
        <w:t xml:space="preserve">[36:09] </w:t>
      </w:r>
      <w:r>
        <w:t>saheeh, saheeh baat hai.</w:t>
      </w:r>
    </w:p>
    <w:p>
      <w:pPr>
        <w:jc w:val="right"/>
      </w:pPr>
      <w:r>
        <w:t>صحیح، صحیح بات ہے۔</w:t>
      </w:r>
    </w:p>
    <w:p>
      <w:r>
        <w:rPr>
          <w:b/>
        </w:rPr>
        <w:t xml:space="preserve">[36:21] </w:t>
      </w:r>
      <w:r>
        <w:t>dekhiye, tablighi jamaat jo hai, isi par khadi hui. yeh log gaye Mewat ke area mein, to Mewat ke area mein log Islam qabool kar liya unhone,</w:t>
      </w:r>
    </w:p>
    <w:p>
      <w:pPr>
        <w:jc w:val="right"/>
      </w:pPr>
      <w:r>
        <w:t>دیکھئے، تبلیغی جماعت جو ہے، اسی پر کھڑی ہوئی۔ یہ لوگ گئے میوہ کے ایریا میں، تو میوہ کے ایریا میں لوگ اسلام قبول کر لیا انہوں نے،</w:t>
      </w:r>
    </w:p>
    <w:p>
      <w:r>
        <w:rPr>
          <w:b/>
        </w:rPr>
        <w:t xml:space="preserve">[36:36] </w:t>
      </w:r>
      <w:r>
        <w:t>aur Mewat kaha jaane wale, lekin woh to unke saron par cheenti thi, isi tarah ke aur asmaa.</w:t>
      </w:r>
    </w:p>
    <w:p>
      <w:pPr>
        <w:jc w:val="right"/>
      </w:pPr>
      <w:r>
        <w:t>اور میوہ کہا جانے والے، لیکن وہ تو ان کے سروں پر چیونٹی تھی، اسی طرح کے اور اسماء۔</w:t>
      </w:r>
    </w:p>
    <w:p>
      <w:r>
        <w:rPr>
          <w:b/>
        </w:rPr>
        <w:t xml:space="preserve">[36:46] </w:t>
      </w:r>
      <w:r>
        <w:t>to Mewat, yani is zamane mein yahan se jamaatein jaati thin Mewat ke area mein, woh choti jo kaat rahe hain aur woh pichhli rasmon ko chhod rahe hain is ke liye.</w:t>
      </w:r>
    </w:p>
    <w:p>
      <w:pPr>
        <w:jc w:val="right"/>
      </w:pPr>
      <w:r>
        <w:t>تو میوہ، یعنی اس زمانے میں یہاں سے جماعتیں جاتی تھیں میوہ کے ایریا میں، وہ چوٹی جو کاٹ رہے ہیں اور وہ پچھلی رسموں کو چھوڑ رہے ہیں اس کے لیے۔</w:t>
      </w:r>
    </w:p>
    <w:p>
      <w:r>
        <w:rPr>
          <w:b/>
        </w:rPr>
        <w:t xml:space="preserve">[37:07] </w:t>
      </w:r>
      <w:r>
        <w:t>lekin yeh kaam chhote paimane par hua, Mewat ke paimane par. baqi jo zyada bade paimane par jo tha, jo sari duniya mein tha, is ke liye koi tehreek chali nahin.</w:t>
      </w:r>
    </w:p>
    <w:p>
      <w:pPr>
        <w:jc w:val="right"/>
      </w:pPr>
      <w:r>
        <w:t>لیکن یہ کام چھوٹے پیمانے پر ہوا، میوہ کے پیمانے پر۔ باقی جو زیادہ بڑے پیمانے پر جو تھا، جو ساری دنیا میں تھا، اس کے لیے کوئی تحریک چلی نہیں۔</w:t>
      </w:r>
    </w:p>
    <w:p>
      <w:r>
        <w:rPr>
          <w:b/>
        </w:rPr>
        <w:t xml:space="preserve">[37:29] </w:t>
      </w:r>
      <w:r>
        <w:t>I have a question. We attended an event yesterday, and a question that came up was that there are certain people who believe in God through their own personal life experiences.</w:t>
      </w:r>
    </w:p>
    <w:p>
      <w:pPr>
        <w:jc w:val="right"/>
      </w:pPr>
      <w:r>
        <w:t>I have a question. We attended an event yesterday, and a question that came up was that there are certain people who believe in God through their own personal life experiences.</w:t>
      </w:r>
    </w:p>
    <w:p>
      <w:r>
        <w:rPr>
          <w:b/>
        </w:rPr>
        <w:t xml:space="preserve">[37:43] </w:t>
      </w:r>
      <w:r>
        <w:t>Okay, and they haven't read the Qur'an, and they don't believe the Prophet as the Prophet. But it is their life experiences that have helped them to understand and discover God.</w:t>
      </w:r>
    </w:p>
    <w:p>
      <w:pPr>
        <w:jc w:val="right"/>
      </w:pPr>
      <w:r>
        <w:t>Okay, and they haven't read the Qur'an, and they don't believe the Prophet as the Prophet. But it is their life experiences that have helped them to understand and discover God.</w:t>
      </w:r>
    </w:p>
    <w:p>
      <w:r>
        <w:rPr>
          <w:b/>
        </w:rPr>
        <w:t xml:space="preserve">[37:55] </w:t>
      </w:r>
      <w:r>
        <w:t>And this way of experiencing God and realizing God appeals to people a lot, rather than, you know, referring to scripture, scriptural God, or theological God.</w:t>
      </w:r>
    </w:p>
    <w:p>
      <w:pPr>
        <w:jc w:val="right"/>
      </w:pPr>
      <w:r>
        <w:t>And this way of experiencing God and realizing God appeals to people a lot, rather than, you know, referring to scripture, scriptural God, or theological God.</w:t>
      </w:r>
    </w:p>
    <w:p>
      <w:r>
        <w:rPr>
          <w:b/>
        </w:rPr>
        <w:t xml:space="preserve">[38:05] </w:t>
      </w:r>
      <w:r>
        <w:t>So what does that, Maulana, have to say about it? And is this acceptable, realizing or discovering God through your personal experiences?</w:t>
      </w:r>
    </w:p>
    <w:p>
      <w:pPr>
        <w:jc w:val="right"/>
      </w:pPr>
      <w:r>
        <w:t>So what does that, مولانا، have to say about it? And is this acceptable, realizing or discovering God through your personal experiences?</w:t>
      </w:r>
    </w:p>
    <w:p>
      <w:r>
        <w:rPr>
          <w:b/>
        </w:rPr>
        <w:t xml:space="preserve">[38:18] </w:t>
      </w:r>
      <w:r>
        <w:t>Maulana, Maria ka question yeh hai ke kal woh ek program mein gayi thin, to wahan program mein unka interaction hua. to is interaction ke dauran ek shakhs ne kaha ke mujhe experience se jo hai woh realization hua, matlab Qur'an padh ke ya Prophet ki life ke bare mein jaan ke realization nahin hua, but experience se realization hua.</w:t>
      </w:r>
    </w:p>
    <w:p>
      <w:pPr>
        <w:jc w:val="right"/>
      </w:pPr>
      <w:r>
        <w:t>مولانا، ماریہ کا question یہ ہے کہ کل وہ ایک program میں گئی تھیں، تو وہاں program میں ان کا interaction ہوا۔ تو اس interaction کے دوران ایک شخص نے کہا کہ مجھے experience سے جو ہے وہ realization ہوا، مطلب قرآن پڑھ کے یا Prophet کی life کے بارے میں جان کے realization نہیں ہوا، but experience سے realization ہوا۔</w:t>
      </w:r>
    </w:p>
    <w:p>
      <w:r>
        <w:rPr>
          <w:b/>
        </w:rPr>
        <w:t xml:space="preserve">[38:46] </w:t>
      </w:r>
      <w:r>
        <w:t>to yeh kafi appeal karta hai logon ko ke khud ke experience se aap ko kuch daryaft ho raha hai. to woh yeh puchhna chah rahi hain ke yeh kahan tak acceptable hai yeh cheez ke apne experience se realization karna not directly from scriptures or from the Prophet's life?</w:t>
      </w:r>
    </w:p>
    <w:p>
      <w:pPr>
        <w:jc w:val="right"/>
      </w:pPr>
      <w:r>
        <w:t>تو یہ کافی appeal کرتا ہے لوگوں کو کہ خود کے experience سے آپ کو کچھ دریافت ہو رہا ہے۔ تو وہ یہ پوچھنا چاہ رہی ہیں کہ یہ کہاں تک acceptable ہے یہ چیز کہ اپنے experience سے realization کرنا not directly from scriptures or from the Prophet's life?</w:t>
      </w:r>
    </w:p>
    <w:p>
      <w:r>
        <w:rPr>
          <w:b/>
        </w:rPr>
        <w:t xml:space="preserve">[39:05] </w:t>
      </w:r>
      <w:r>
        <w:t>dekhiye, isi</w:t>
      </w:r>
    </w:p>
    <w:p>
      <w:pPr>
        <w:jc w:val="right"/>
      </w:pPr>
      <w:r>
        <w:t>دیکھیے، اسی</w:t>
      </w:r>
    </w:p>
    <w:p>
      <w:r>
        <w:rPr>
          <w:b/>
        </w:rPr>
        <w:t xml:space="preserve">[39:07] </w:t>
      </w:r>
      <w:r>
        <w:t>koi authenticity nahin hai. kaise aap maan sakte hain ke is ka experience authentic hai? jab Prophet ka hai to is mein authentic hona padta hai.</w:t>
      </w:r>
    </w:p>
    <w:p>
      <w:pPr>
        <w:jc w:val="right"/>
      </w:pPr>
      <w:r>
        <w:t>کوئی authenticity نہیں ہے۔ کیسے آپ مان سکتے ہیں کہ اس کا experience authentic ہے؟ جب Prophet کا ہے تو اس میں authentic ہونا پڑتا ہے۔</w:t>
      </w:r>
    </w:p>
    <w:p>
      <w:r>
        <w:rPr>
          <w:b/>
        </w:rPr>
        <w:t xml:space="preserve">[39:18] </w:t>
      </w:r>
      <w:r>
        <w:t>lekin aap ko experience hua to authentic nahin hua. mujhe khud bahut saare experience hue, lekin is ka parchhar nahin karta main kyunke woh authentic nahin hai.</w:t>
      </w:r>
    </w:p>
    <w:p>
      <w:pPr>
        <w:jc w:val="right"/>
      </w:pPr>
      <w:r>
        <w:t>لیکن آپ کو experience ہوا تو authentic نہیں ہوا۔ مجھے خود بہت سارے experience ہوئے، لیکن اس کا پرچار نہیں کرتا میں کیونکہ وہ authentic نہیں ہے۔</w:t>
      </w:r>
    </w:p>
    <w:p>
      <w:r>
        <w:rPr>
          <w:b/>
        </w:rPr>
        <w:t xml:space="preserve">[39:32] </w:t>
      </w:r>
      <w:r>
        <w:t>mera khwab, mera</w:t>
      </w:r>
    </w:p>
    <w:p>
      <w:pPr>
        <w:jc w:val="right"/>
      </w:pPr>
      <w:r>
        <w:t>میرا خواب، میرا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