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Sufism, Islam and Spirituality (Group of Gothers) - Maulana Wahiduddin Khan</w:t>
      </w:r>
    </w:p>
    <w:p>
      <w:r>
        <w:t>https://www.youtube.com/watch?v=yuxUUlOqZLM</w:t>
      </w:r>
    </w:p>
    <w:p>
      <w:r>
        <w:rPr>
          <w:b/>
        </w:rPr>
        <w:t xml:space="preserve">[00:10] </w:t>
      </w:r>
      <w:r>
        <w:t>Bismillah al-Rahman al-Rahim, wa salla Allahu ala al-Nabi al-Karim. Rabbi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[00:36] </w:t>
      </w:r>
      <w:r>
        <w:t>Aar welcoming to you.</w:t>
      </w:r>
    </w:p>
    <w:p>
      <w:pPr>
        <w:jc w:val="right"/>
      </w:pPr>
      <w:r>
        <w:t>آفر ویلکمنگ ٹو یو۔</w:t>
      </w:r>
    </w:p>
    <w:p>
      <w:r>
        <w:rPr>
          <w:b/>
        </w:rPr>
        <w:t xml:space="preserve">[00:41] </w:t>
      </w:r>
      <w:r>
        <w:t>I would like to say that the theme for the for this morning is</w:t>
      </w:r>
    </w:p>
    <w:p>
      <w:pPr>
        <w:jc w:val="right"/>
      </w:pPr>
      <w:r>
        <w:t>آئی ووڈ لائک ٹو سے دیٹ دا تھیم فار دا فار دس مارننگ از</w:t>
      </w:r>
    </w:p>
    <w:p>
      <w:r>
        <w:rPr>
          <w:b/>
        </w:rPr>
        <w:t xml:space="preserve">[00:54] </w:t>
      </w:r>
      <w:r>
        <w:t>Islam and Sufism, or Islam and spirituality.</w:t>
      </w:r>
    </w:p>
    <w:p>
      <w:pPr>
        <w:jc w:val="right"/>
      </w:pPr>
      <w:r>
        <w:t>اسلام اینڈ صوفی ازم، اور اسلام اینڈ سپریچولیٹی۔</w:t>
      </w:r>
    </w:p>
    <w:p>
      <w:r>
        <w:rPr>
          <w:b/>
        </w:rPr>
        <w:t xml:space="preserve">[01:04] </w:t>
      </w:r>
      <w:r>
        <w:t>I myself is a Sufi, but not in a traditional term, but in modern scientific term.</w:t>
      </w:r>
    </w:p>
    <w:p>
      <w:pPr>
        <w:jc w:val="right"/>
      </w:pPr>
      <w:r>
        <w:t>آئی مائی سیلف از ا صوفی، بٹ ناٹ ان ا ٹریڈیشنل ٹرم، بٹ ان ماڈرن سائنٹیفک ٹرم۔</w:t>
      </w:r>
    </w:p>
    <w:p>
      <w:r>
        <w:rPr>
          <w:b/>
        </w:rPr>
        <w:t xml:space="preserve">[01:15] </w:t>
      </w:r>
      <w:r>
        <w:t>I have studied a lot in Sufism and spirituality.</w:t>
      </w:r>
    </w:p>
    <w:p>
      <w:pPr>
        <w:jc w:val="right"/>
      </w:pPr>
      <w:r>
        <w:t>آئی ہیو سٹڈیڈ ا لاٹ ان صوفی ازم اینڈ سپریچولیٹی۔</w:t>
      </w:r>
    </w:p>
    <w:p>
      <w:r>
        <w:rPr>
          <w:b/>
        </w:rPr>
        <w:t xml:space="preserve">[01:23] </w:t>
      </w:r>
      <w:r>
        <w:t>I would like to say that Sufism is the expression of spiritual aspect of Islam,</w:t>
      </w:r>
    </w:p>
    <w:p>
      <w:pPr>
        <w:jc w:val="right"/>
      </w:pPr>
      <w:r>
        <w:t>آئی ووڈ لائک ٹو سے دیٹ صوفی ازم از دا ایکسپریشن اف سپریچول اسپیکٹ اف اسلام،</w:t>
      </w:r>
    </w:p>
    <w:p>
      <w:r>
        <w:rPr>
          <w:b/>
        </w:rPr>
        <w:t xml:space="preserve">[01:39] </w:t>
      </w:r>
      <w:r>
        <w:t>spiritual aspect of Islam. Although the word Sufi or tasawwuf is not mentioned in the Qur'an, but the equivalent is there.</w:t>
      </w:r>
    </w:p>
    <w:p>
      <w:pPr>
        <w:jc w:val="right"/>
      </w:pPr>
      <w:r>
        <w:t>سپریچول اسپیکٹ اف اسلام۔ الدو دا ورڈ صوفی اور تصوف از ناٹ مینشنڈ ان دا قرآن، بٹ دا ایکولنٹ از دیر۔</w:t>
      </w:r>
    </w:p>
    <w:p>
      <w:r>
        <w:rPr>
          <w:b/>
        </w:rPr>
        <w:t xml:space="preserve">[01:55] </w:t>
      </w:r>
      <w:r>
        <w:t>The Quranic equivalent to Sufism or spirituality is al-Rabbaniyah.</w:t>
      </w:r>
    </w:p>
    <w:p>
      <w:pPr>
        <w:jc w:val="right"/>
      </w:pPr>
      <w:r>
        <w:t>دا قرآنک ایکولنٹ ٹو صوفی ازم اور سپریچولیٹی از الربانیہ۔</w:t>
      </w:r>
    </w:p>
    <w:p>
      <w:r>
        <w:rPr>
          <w:b/>
        </w:rPr>
        <w:t xml:space="preserve">[02:08] </w:t>
      </w:r>
      <w:r>
        <w:t>This word is derived from a Quranic verse, that is kunu rabbani, kunu rabbani.</w:t>
      </w:r>
    </w:p>
    <w:p>
      <w:pPr>
        <w:jc w:val="right"/>
      </w:pPr>
      <w:r>
        <w:t>دس ورڈ از ڈیرائیوڈ فرام ا قرآنک ورس، دیٹ از کونو ربانی، کونو ربانی۔</w:t>
      </w:r>
    </w:p>
    <w:p>
      <w:r>
        <w:rPr>
          <w:b/>
        </w:rPr>
        <w:t xml:space="preserve">[02:20] </w:t>
      </w:r>
      <w:r>
        <w:t>from this i have derived this word al-rubaniyah. so al-rubaniyah in a sense have the same meaning, which is</w:t>
      </w:r>
    </w:p>
    <w:p>
      <w:pPr>
        <w:jc w:val="right"/>
      </w:pPr>
      <w:r>
        <w:t>فرام دس آئی ہیو ڈرائیو دس ورڈ الربانیہ۔ سو الربانیہ ان ا سینس ہیو دا سیم میننگ، وچ از</w:t>
      </w:r>
    </w:p>
    <w:p>
      <w:r>
        <w:rPr>
          <w:b/>
        </w:rPr>
        <w:t xml:space="preserve">[02:35] </w:t>
      </w:r>
      <w:r>
        <w:t>the meaning of tasawwuf, or ruhaniyat, or spirituality.</w:t>
      </w:r>
    </w:p>
    <w:p>
      <w:pPr>
        <w:jc w:val="right"/>
      </w:pPr>
      <w:r>
        <w:t>دا میننگ اف تصوف، اور روحانیت، اور سپریچولیٹی۔</w:t>
      </w:r>
    </w:p>
    <w:p>
      <w:r>
        <w:rPr>
          <w:b/>
        </w:rPr>
        <w:t xml:space="preserve">[02:44] </w:t>
      </w:r>
      <w:r>
        <w:t>now what is sufism, or what is spirituality?</w:t>
      </w:r>
    </w:p>
    <w:p>
      <w:pPr>
        <w:jc w:val="right"/>
      </w:pPr>
      <w:r>
        <w:t>ناؤ واٹ از صوفی ازم، اور واٹ از سپریچولیٹی؟</w:t>
      </w:r>
    </w:p>
    <w:p>
      <w:r>
        <w:rPr>
          <w:b/>
        </w:rPr>
        <w:t xml:space="preserve">[02:53] </w:t>
      </w:r>
      <w:r>
        <w:t>i would like to say that man has two different aspects, physical aspect and spiritual aspect.</w:t>
      </w:r>
    </w:p>
    <w:p>
      <w:pPr>
        <w:jc w:val="right"/>
      </w:pPr>
      <w:r>
        <w:t>آئی ووڈ لائک ٹو سے دیٹ مین ہیز ٹو ڈفرنٹ اسپیکٹ، فزیکل اسپیکٹ اینڈ سپریچول اسپیکٹ۔</w:t>
      </w:r>
    </w:p>
    <w:p>
      <w:r>
        <w:rPr>
          <w:b/>
        </w:rPr>
        <w:t xml:space="preserve">[03:06] </w:t>
      </w:r>
      <w:r>
        <w:t>in physical terms, we need food every day to maintain our physical health.</w:t>
      </w:r>
    </w:p>
    <w:p>
      <w:pPr>
        <w:jc w:val="right"/>
      </w:pPr>
      <w:r>
        <w:t>ان فزیکل ٹرم، وی نیڈ فوڈ ایوری ڈے ٹو مینٹین اور فزیکل ہیلتھ۔</w:t>
      </w:r>
    </w:p>
    <w:p>
      <w:r>
        <w:rPr>
          <w:b/>
        </w:rPr>
        <w:t xml:space="preserve">[03:16] </w:t>
      </w:r>
      <w:r>
        <w:t>we need physical food.</w:t>
      </w:r>
    </w:p>
    <w:p>
      <w:pPr>
        <w:jc w:val="right"/>
      </w:pPr>
      <w:r>
        <w:t>وی نیڈ فزیکل فوڈ۔</w:t>
      </w:r>
    </w:p>
    <w:p>
      <w:r>
        <w:rPr>
          <w:b/>
        </w:rPr>
        <w:t xml:space="preserve">[03:23] </w:t>
      </w:r>
      <w:r>
        <w:t>so is the case of our inner personality, that is soul. we need spiritual food to maintain the health of spiritual being.</w:t>
      </w:r>
    </w:p>
    <w:p>
      <w:pPr>
        <w:jc w:val="right"/>
      </w:pPr>
      <w:r>
        <w:t>سو از دا کیس اف اور انر پرسنیلٹی، دیٹ از سول۔ وی نیڈ سپریچول فوڈ ٹو مینٹین دا ہیلتھ اف سپریچول بینگ۔</w:t>
      </w:r>
    </w:p>
    <w:p>
      <w:r>
        <w:rPr>
          <w:b/>
        </w:rPr>
        <w:t xml:space="preserve">[03:41] </w:t>
      </w:r>
      <w:r>
        <w:t>so this is the definition of spirituality according to islam.</w:t>
      </w:r>
    </w:p>
    <w:p>
      <w:pPr>
        <w:jc w:val="right"/>
      </w:pPr>
      <w:r>
        <w:t>سو دس از دا ڈیفینیشن اف سپریچولیٹی اکارڈنگ ٹو اسلام۔</w:t>
      </w:r>
    </w:p>
    <w:p>
      <w:r>
        <w:rPr>
          <w:b/>
        </w:rPr>
        <w:t xml:space="preserve">[03:49] </w:t>
      </w:r>
      <w:r>
        <w:t>and this kind of nourishment is needed every day. you need every day some physical food to maintain your physical health.</w:t>
      </w:r>
    </w:p>
    <w:p>
      <w:pPr>
        <w:jc w:val="right"/>
      </w:pPr>
      <w:r>
        <w:t>اینڈ دس کائنڈ اف نرشمنٹ از نیڈڈ ایوری ڈے۔ یو نیڈ ایوری ڈے سم فزیکل فوڈ ٹو مینٹین یور فزیکل ہیلتھ۔</w:t>
      </w:r>
    </w:p>
    <w:p>
      <w:r>
        <w:rPr>
          <w:b/>
        </w:rPr>
        <w:t xml:space="preserve">[04:02] </w:t>
      </w:r>
      <w:r>
        <w:t>so is the case of spirituality. every day you need spiritual food to maintain your.</w:t>
      </w:r>
    </w:p>
    <w:p>
      <w:pPr>
        <w:jc w:val="right"/>
      </w:pPr>
      <w:r>
        <w:t>سو از دا کیس اف سپریچولیٹی۔ ایوری ڈے یو نیڈ سپریچول فوڈ ٹو مینٹین یور۔</w:t>
      </w:r>
    </w:p>
    <w:p>
      <w:r>
        <w:rPr>
          <w:b/>
        </w:rPr>
        <w:t xml:space="preserve">[04:13] </w:t>
      </w:r>
      <w:r>
        <w:t>to maintain the health of our soul.</w:t>
      </w:r>
    </w:p>
    <w:p>
      <w:pPr>
        <w:jc w:val="right"/>
      </w:pPr>
      <w:r>
        <w:t>ٹو مینٹین دا ہیلتھ اف اور سول۔</w:t>
      </w:r>
    </w:p>
    <w:p>
      <w:r>
        <w:rPr>
          <w:b/>
        </w:rPr>
        <w:t xml:space="preserve">[04:19] </w:t>
      </w:r>
      <w:r>
        <w:t>it is a daily basis feeding. then according to my study and my experience, there are two different kinds of sufism or spirituality.</w:t>
      </w:r>
    </w:p>
    <w:p>
      <w:pPr>
        <w:jc w:val="right"/>
      </w:pPr>
      <w:r>
        <w:t>اٹ از ا ڈیلی بیسس فیڈنگ۔ دین اکارڈنگ ٹو مائی سٹڈی اینڈ مائی ایکسپیرینس، دیر ار ٹو ڈفرنٹ کائنڈ اف صوفی ازم اور سپریچولیٹی۔</w:t>
      </w:r>
    </w:p>
    <w:p>
      <w:r>
        <w:rPr>
          <w:b/>
        </w:rPr>
        <w:t xml:space="preserve">[04:39] </w:t>
      </w:r>
      <w:r>
        <w:t>one is based on heart, and the other one is based on mind.</w:t>
      </w:r>
    </w:p>
    <w:p>
      <w:pPr>
        <w:jc w:val="right"/>
      </w:pPr>
      <w:r>
        <w:t>ون از بیسڈ ان ہارٹ، اینڈ دا ادر ون از بیسڈ ان مائنڈ۔</w:t>
      </w:r>
    </w:p>
    <w:p>
      <w:r>
        <w:rPr>
          <w:b/>
        </w:rPr>
        <w:t xml:space="preserve">[04:47] </w:t>
      </w:r>
      <w:r>
        <w:t>traditional sufism or traditional spirituality is based on heart. heart based spirituality believes that in your heart, your heart is a</w:t>
      </w:r>
    </w:p>
    <w:p>
      <w:pPr>
        <w:jc w:val="right"/>
      </w:pPr>
      <w:r>
        <w:t>ٹریڈیشنل صوفی ازم اور ٹریڈیشنل سپریچولیٹی از بیسڈ ان ہارٹ۔ ہارٹ بیسڈ سپریچولیٹی بیلیوز دیٹ ان یور ہارٹ، یور ہارٹ از ا</w:t>
      </w:r>
    </w:p>
    <w:p>
      <w:r>
        <w:rPr>
          <w:b/>
        </w:rPr>
        <w:t xml:space="preserve">[05:04] </w:t>
      </w:r>
      <w:r>
        <w:t>treasure of spirituality.</w:t>
      </w:r>
    </w:p>
    <w:p>
      <w:pPr>
        <w:jc w:val="right"/>
      </w:pPr>
      <w:r>
        <w:t>ٹریژر اف سپریچولیٹی۔</w:t>
      </w:r>
    </w:p>
    <w:p>
      <w:r>
        <w:rPr>
          <w:b/>
        </w:rPr>
        <w:t xml:space="preserve">[05:10] </w:t>
      </w:r>
      <w:r>
        <w:t>your heart is a treasure of spirituality. so you need nothing but to unfold this treasure, this hidden treasure.</w:t>
      </w:r>
    </w:p>
    <w:p>
      <w:pPr>
        <w:jc w:val="right"/>
      </w:pPr>
      <w:r>
        <w:t>یور ہارٹ از ا ٹریژر اف سپریچولیٹی۔ سو یو نیڈ نتھنگ بٹ ٹو ان فولڈ دس ٹریژر، دس ہڈن ٹریژر۔</w:t>
      </w:r>
    </w:p>
    <w:p>
      <w:r>
        <w:rPr>
          <w:b/>
        </w:rPr>
        <w:t xml:space="preserve">[05:22] </w:t>
      </w:r>
      <w:r>
        <w:t>so they practice what is called muraqabah or meditation.</w:t>
      </w:r>
    </w:p>
    <w:p>
      <w:pPr>
        <w:jc w:val="right"/>
      </w:pPr>
      <w:r>
        <w:t>سو دے پریکٹس واٹ از کالڈ مراقبہ اور میڈیٹیشن۔</w:t>
      </w:r>
    </w:p>
    <w:p>
      <w:r>
        <w:rPr>
          <w:b/>
        </w:rPr>
        <w:t xml:space="preserve">[05:30] </w:t>
      </w:r>
      <w:r>
        <w:t>muraqabah means dhikr and inner, and inner, inner muraqabah.</w:t>
      </w:r>
    </w:p>
    <w:p>
      <w:pPr>
        <w:jc w:val="right"/>
      </w:pPr>
      <w:r>
        <w:t>مراقبہ مینز ذکر اینڈ انر، اینڈ انر، انر مراقبہ۔</w:t>
      </w:r>
    </w:p>
    <w:p>
      <w:r>
        <w:rPr>
          <w:b/>
        </w:rPr>
        <w:t xml:space="preserve">[05:46] </w:t>
      </w:r>
      <w:r>
        <w:t>for example, the sufi practice like this: la ilaha illallah, la ilaha illallah.</w:t>
      </w:r>
    </w:p>
    <w:p>
      <w:pPr>
        <w:jc w:val="right"/>
      </w:pPr>
      <w:r>
        <w:t>فار ایگزامپل، دی صوفی پریکٹس لائک دس: لا الہ الا اللہ، لا الہ الا اللہ۔</w:t>
      </w:r>
    </w:p>
    <w:p>
      <w:r>
        <w:rPr>
          <w:b/>
        </w:rPr>
        <w:t xml:space="preserve">[05:56] </w:t>
      </w:r>
      <w:r>
        <w:t>this is an example. they by this practices, they invoke the inner ability, and they believe that by invoking this inner treasure or ability,</w:t>
      </w:r>
    </w:p>
    <w:p>
      <w:pPr>
        <w:jc w:val="right"/>
      </w:pPr>
      <w:r>
        <w:t>دس از ان ایگزامپل۔ دے بائی دس پریکٹسز، دے انوک دا انر ایبیلیٹی، اینڈ دے بیلیو دیٹ بائی انوکنگ دس انر ٹریژر اور ایبیلیٹی،</w:t>
      </w:r>
    </w:p>
    <w:p>
      <w:r>
        <w:rPr>
          <w:b/>
        </w:rPr>
        <w:t xml:space="preserve">[06:17] </w:t>
      </w:r>
      <w:r>
        <w:t>they will find spiritual, spirituality. but i don't believe this kind of spirituality.</w:t>
      </w:r>
    </w:p>
    <w:p>
      <w:pPr>
        <w:jc w:val="right"/>
      </w:pPr>
      <w:r>
        <w:t>دے ول فائنڈ سپریچول، سپریچولیٹی۔ بٹ آئی ڈونٹ بیلیو دس کائنڈ اف سپریچولیٹی۔</w:t>
      </w:r>
    </w:p>
    <w:p>
      <w:r>
        <w:rPr>
          <w:b/>
        </w:rPr>
        <w:t xml:space="preserve">[06:28] </w:t>
      </w:r>
      <w:r>
        <w:t>why? you know, in our modern age, science has corrected so many notions.</w:t>
      </w:r>
    </w:p>
    <w:p>
      <w:pPr>
        <w:jc w:val="right"/>
      </w:pPr>
      <w:r>
        <w:t>وائی؟ یو نو، ان اور ماڈرن ایج، سائنس ہیز کریکٹڈ سو مینی نوشنز۔</w:t>
      </w:r>
    </w:p>
    <w:p>
      <w:r>
        <w:rPr>
          <w:b/>
        </w:rPr>
        <w:t xml:space="preserve">[06:39] </w:t>
      </w:r>
      <w:r>
        <w:t>for example, in previous centuries, people were believing in in geo-centric theory.</w:t>
      </w:r>
    </w:p>
    <w:p>
      <w:pPr>
        <w:jc w:val="right"/>
      </w:pPr>
      <w:r>
        <w:t>فار ایگزامپل، ان پریویس سینچریز، پیپل وار بیلنگ ان ان جیو سینٹرک تھیوری۔</w:t>
      </w:r>
    </w:p>
    <w:p>
      <w:r>
        <w:rPr>
          <w:b/>
        </w:rPr>
        <w:t xml:space="preserve">[06:48] </w:t>
      </w:r>
      <w:r>
        <w:t>Now it is discarded. Now we believe in heliocentric theory. So is the case of spirituality. You know, scientists that is show that heart is nothing but a center of spirit circulation of blood.</w:t>
      </w:r>
    </w:p>
    <w:p>
      <w:pPr>
        <w:jc w:val="right"/>
      </w:pPr>
      <w:r>
        <w:t>ناؤ اٹ از ڈسکارڈڈ۔ ناؤ وی بیلیو ان ہیلیو سینٹرک تھیوری۔ سو از دا کیس اف سپریچولیٹی۔ یو نو، سائنٹیفکس دیٹ از شو دیٹ ہارٹ از نتھنگ بٹ ا سینٹر اف سپرٹ سرکولیشن اف بلڈ۔</w:t>
      </w:r>
    </w:p>
    <w:p>
      <w:r>
        <w:rPr>
          <w:b/>
        </w:rPr>
        <w:t xml:space="preserve">[07:08] </w:t>
      </w:r>
      <w:r>
        <w:t>thats all. there is no thinking in heart. the center of thinking is our mind. so i believe that the true spirituality is mind based spirituality.</w:t>
      </w:r>
    </w:p>
    <w:p>
      <w:pPr>
        <w:jc w:val="right"/>
      </w:pPr>
      <w:r>
        <w:t>دیٹس ال۔ دیر از نو تھنکنگ ان ہارٹ۔ دا سینٹر اف تھنکنگ از اور مائنڈ۔ سو آئی بیلیو دیٹ دا ٹرو سپریچولیٹی از مائنڈ بیسڈ سپریچولیٹی۔</w:t>
      </w:r>
    </w:p>
    <w:p>
      <w:r>
        <w:rPr>
          <w:b/>
        </w:rPr>
        <w:t xml:space="preserve">[07:25] </w:t>
      </w:r>
      <w:r>
        <w:t>nao if you practice heart based spirituality, the end is ecstasy or wajd.</w:t>
      </w:r>
    </w:p>
    <w:p>
      <w:pPr>
        <w:jc w:val="right"/>
      </w:pPr>
      <w:r>
        <w:t>ناؤ اف یو پریکٹس ہارٹ بیسڈ سپریچولیٹی، دا این از ایکسٹسی اور وجد۔</w:t>
      </w:r>
    </w:p>
    <w:p>
      <w:r>
        <w:rPr>
          <w:b/>
        </w:rPr>
        <w:t xml:space="preserve">[07:38] </w:t>
      </w:r>
      <w:r>
        <w:t>through this kind of practices, you reach to a state that is called wajd or is ecstasy.</w:t>
      </w:r>
    </w:p>
    <w:p>
      <w:pPr>
        <w:jc w:val="right"/>
      </w:pPr>
      <w:r>
        <w:t>تھرو دس کائنڈ اف پریکٹسز، یو ریچ ٹو ا سٹیٹ دیٹ از کالڈ وجد اور از ایکسٹسی۔</w:t>
      </w:r>
    </w:p>
    <w:p>
      <w:r>
        <w:rPr>
          <w:b/>
        </w:rPr>
        <w:t xml:space="preserve">[07:49] </w:t>
      </w:r>
      <w:r>
        <w:t>what is ecstasy? what is ecstasy? ecstasy is going into the state of unconsciousness.</w:t>
      </w:r>
    </w:p>
    <w:p>
      <w:pPr>
        <w:jc w:val="right"/>
      </w:pPr>
      <w:r>
        <w:t>واٹ از ایکسٹسی؟ واٹ از ایکسٹسی؟ ایکسٹسی از گوئنگ انٹو دا سٹیٹ اف انکانسیسنس۔</w:t>
      </w:r>
    </w:p>
    <w:p>
      <w:r>
        <w:rPr>
          <w:b/>
        </w:rPr>
        <w:t xml:space="preserve">[08:04] </w:t>
      </w:r>
      <w:r>
        <w:t>it is, it is like, like every animal lives in this kind of ecstasy. so i dont think that this is, this is the true spirituality.</w:t>
      </w:r>
    </w:p>
    <w:p>
      <w:pPr>
        <w:jc w:val="right"/>
      </w:pPr>
      <w:r>
        <w:t>اٹ از، اٹ از لائک، لائک ایوری اینیمل لیوز ان دس کائنڈ اف ایکسٹسی۔ سو آئی ڈونٹ تھنک دیٹ دس از، دس از دا ٹرو سپریچولیٹی۔</w:t>
      </w:r>
    </w:p>
    <w:p>
      <w:r>
        <w:rPr>
          <w:b/>
        </w:rPr>
        <w:t xml:space="preserve">[08:17] </w:t>
      </w:r>
      <w:r>
        <w:t>this is a reduced form of spirituality. so i believe in in that kind of spirituality that is based on mind, mind based spirituality.</w:t>
      </w:r>
    </w:p>
    <w:p>
      <w:pPr>
        <w:jc w:val="right"/>
      </w:pPr>
      <w:r>
        <w:t>دس از ا ریڈیوسڈ فارم اف سپریچولیٹی۔ سو آئی بیلیو ان ان دیٹ کائنڈ اف سپریچولیٹی دیٹ از بیسڈ ان مائنڈ، مائنڈ بیسڈ سپریچولیٹی۔</w:t>
      </w:r>
    </w:p>
    <w:p>
      <w:r>
        <w:rPr>
          <w:b/>
        </w:rPr>
        <w:t xml:space="preserve">[08:33] </w:t>
      </w:r>
      <w:r>
        <w:t>nao i would like to say that there are two aspect of spirituality: inner spirituality and external spirituality.</w:t>
      </w:r>
    </w:p>
    <w:p>
      <w:pPr>
        <w:jc w:val="right"/>
      </w:pPr>
      <w:r>
        <w:t>ناؤ آئی ووڈ لائک ٹو سے دیٹ دیر ار ٹو اسپیکٹ اف سپریچولیٹی: انر سپریچولیٹی اینڈ ایکسٹرنل سپریچولیٹی۔</w:t>
      </w:r>
    </w:p>
    <w:p>
      <w:r>
        <w:rPr>
          <w:b/>
        </w:rPr>
        <w:t xml:space="preserve">[08:49] </w:t>
      </w:r>
      <w:r>
        <w:t>internal, internal spirituality and external spirituality. you can say that internal spirituality means pure spirituality, and external spirituality means applied spirituality.</w:t>
      </w:r>
    </w:p>
    <w:p>
      <w:pPr>
        <w:jc w:val="right"/>
      </w:pPr>
      <w:r>
        <w:t>انٹرنل، انٹرنل سپریچولیٹی اینڈ ایکسٹرنل سپریچولیٹی۔ یو کین سے دیٹ انٹرنل سپریچولیٹی مینز پیور سپریچولیٹی، اینڈ ایکسٹرنل سپریچولیٹی مینز اپلائیڈ سپریچولیٹی۔</w:t>
      </w:r>
    </w:p>
    <w:p>
      <w:r>
        <w:rPr>
          <w:b/>
        </w:rPr>
        <w:t xml:space="preserve">[09:08] </w:t>
      </w:r>
      <w:r>
        <w:t>or in other words, internal spirituality is individual spirituality, and external spirituality is social spirituality.</w:t>
      </w:r>
    </w:p>
    <w:p>
      <w:pPr>
        <w:jc w:val="right"/>
      </w:pPr>
      <w:r>
        <w:t>اور ان ادر ورڈز، انٹرنل سپریچولیٹی از انڈیویجول سپریچولیٹی، اینڈ ایکسٹرنل سپریچولیٹی از سوشل سپریچولیٹی۔</w:t>
      </w:r>
    </w:p>
    <w:p>
      <w:r>
        <w:rPr>
          <w:b/>
        </w:rPr>
        <w:t xml:space="preserve">[09:19] </w:t>
      </w:r>
      <w:r>
        <w:t>when you receive the spiritual light, your, your, your, your personality is enlightened.</w:t>
      </w:r>
    </w:p>
    <w:p>
      <w:pPr>
        <w:jc w:val="right"/>
      </w:pPr>
      <w:r>
        <w:t>وین یو ریسیو دا سپریچول لائٹ، یور، یور، یور، یور پرسنیلٹی از انلائٹنڈ۔</w:t>
      </w:r>
    </w:p>
    <w:p>
      <w:r>
        <w:rPr>
          <w:b/>
        </w:rPr>
        <w:t xml:space="preserve">[09:33] </w:t>
      </w:r>
      <w:r>
        <w:t>that is individual spirituality. then when your spirituality translate into social life, that is external spirituality.</w:t>
      </w:r>
    </w:p>
    <w:p>
      <w:pPr>
        <w:jc w:val="right"/>
      </w:pPr>
      <w:r>
        <w:t>دیٹ از انڈیویجول سپریچولیٹی۔ دین وین یور سپریچولیٹی ٹرانسلیٹ انٹو سوشل لائف، دیٹ از ایکسٹرنل سپریچولیٹی۔</w:t>
      </w:r>
    </w:p>
    <w:p>
      <w:r>
        <w:rPr>
          <w:b/>
        </w:rPr>
        <w:t xml:space="preserve">[09:45] </w:t>
      </w:r>
      <w:r>
        <w:t>nao i will give some example to select this point. i will give some examples.</w:t>
      </w:r>
    </w:p>
    <w:p>
      <w:pPr>
        <w:jc w:val="right"/>
      </w:pPr>
      <w:r>
        <w:t>ناؤ آئی ویل گیو سم ایگزامپل ٹو سلیکٹ دس پوائنٹ۔ آئی ویل گیو سم ایگزامپلز۔</w:t>
      </w:r>
    </w:p>
    <w:p>
      <w:r>
        <w:rPr>
          <w:b/>
        </w:rPr>
        <w:t xml:space="preserve">[09:55] </w:t>
      </w:r>
      <w:r>
        <w:t>let us take the first kind of spirituality. i will give an example.</w:t>
      </w:r>
    </w:p>
    <w:p>
      <w:pPr>
        <w:jc w:val="right"/>
      </w:pPr>
      <w:r>
        <w:t>لیٹ اس ٹیک دا فرسٹ کائنڈ اف سپریچولیٹی۔ آئی ویل گیو این ایگزامپل۔</w:t>
      </w:r>
    </w:p>
    <w:p>
      <w:r>
        <w:rPr>
          <w:b/>
        </w:rPr>
        <w:t xml:space="preserve">[10:05] </w:t>
      </w:r>
      <w:r>
        <w:t>you know, moses was a prophet of god. he was born in ancient egypt. he performed a miracle before the king of, before the egyptian king pharaoh.</w:t>
      </w:r>
    </w:p>
    <w:p>
      <w:pPr>
        <w:jc w:val="right"/>
      </w:pPr>
      <w:r>
        <w:t>یو نو، موزز واز ا پرافٹ اف گاڈ۔ ہی واز بورن ان اینشنٹ ایجپٹ۔ ہی پرفارمڈ ا بریکل بیفور دا کنگ اف، بیفور دا ایجپشن کنگ فیرون۔</w:t>
      </w:r>
    </w:p>
    <w:p>
      <w:r>
        <w:rPr>
          <w:b/>
        </w:rPr>
        <w:t xml:space="preserve">[10:24] </w:t>
      </w:r>
      <w:r>
        <w:t>what was the miracle? he threw his staff and suddenly that staff he converted into a serpent.</w:t>
      </w:r>
    </w:p>
    <w:p>
      <w:pPr>
        <w:jc w:val="right"/>
      </w:pPr>
      <w:r>
        <w:t>واٹ واز دا بریکل؟ ہی تھرو ہز سٹاف اینڈ سڈنلی دیٹ سٹاف ہی کنورٹڈ انٹو ا سرپنٹ۔</w:t>
      </w:r>
    </w:p>
    <w:p>
      <w:r>
        <w:rPr>
          <w:b/>
        </w:rPr>
        <w:t xml:space="preserve">[10:36] </w:t>
      </w:r>
      <w:r>
        <w:t>this was a miracle. but i would like to say that this was not a single miracle. moreover, it was a demonstration, a universal demonstration.</w:t>
      </w:r>
    </w:p>
    <w:p>
      <w:pPr>
        <w:jc w:val="right"/>
      </w:pPr>
      <w:r>
        <w:t>دس واز ا بریکل۔ بٹ آئی ووڈ لائک ٹو سے دیٹ دس واز ناٹ ا سنگل بریکل۔ مور اوور، اٹ واز ا ڈیمونسٹریشن، ا یونیورسل ڈیمونسٹریشن۔</w:t>
      </w:r>
    </w:p>
    <w:p>
      <w:r>
        <w:rPr>
          <w:b/>
        </w:rPr>
        <w:t xml:space="preserve">[10:50] </w:t>
      </w:r>
      <w:r>
        <w:t>prophet moses show that the whole world is a miracle of conversion. here you can see that a wood, a part of, here, here you see that</w:t>
      </w:r>
    </w:p>
    <w:p>
      <w:pPr>
        <w:jc w:val="right"/>
      </w:pPr>
      <w:r>
        <w:t>پرافٹ موزز شو دیٹ دا ہول ورلڈ از ا مریکل اف کنورژن۔ ہیر یو کین سی دیٹ ا وڈ، ا پارٹ اف، ہیر، ہیر یو سی دیٹ</w:t>
      </w:r>
    </w:p>
    <w:p>
      <w:r>
        <w:rPr>
          <w:b/>
        </w:rPr>
        <w:t xml:space="preserve">[11:08] </w:t>
      </w:r>
      <w:r>
        <w:t>a wood was converted into serpent. so is the case of whole universe. in this universe, everything is, is a, is an act of, act of conversion.</w:t>
      </w:r>
    </w:p>
    <w:p>
      <w:pPr>
        <w:jc w:val="right"/>
      </w:pPr>
      <w:r>
        <w:t>ا وڈ واز کنورٹڈ انٹو سرپنٹ۔ سو از دا کیس اف ہول یونیورس۔ ان دس یونیورس، ایوری تھنگ از، از ا، از این ایکٹ اف، ایکٹ اف کنورژن۔</w:t>
      </w:r>
    </w:p>
    <w:p>
      <w:r>
        <w:rPr>
          <w:b/>
        </w:rPr>
        <w:t xml:space="preserve">[11:21] </w:t>
      </w:r>
      <w:r>
        <w:t>conversion. why? you see the whole world was build by, by atom.</w:t>
      </w:r>
    </w:p>
    <w:p>
      <w:pPr>
        <w:jc w:val="right"/>
      </w:pPr>
      <w:r>
        <w:t>کنورژن۔ وائی؟ یو سی دا ہول ورلڈ واز بلڈ بائے، بائے ایٹم۔</w:t>
      </w:r>
    </w:p>
    <w:p>
      <w:r>
        <w:rPr>
          <w:b/>
        </w:rPr>
        <w:t xml:space="preserve">[11:31] </w:t>
      </w:r>
      <w:r>
        <w:t>atom is the, is the first part of the universe, basic unit of the universe. nao what is atom?</w:t>
      </w:r>
    </w:p>
    <w:p>
      <w:pPr>
        <w:jc w:val="right"/>
      </w:pPr>
      <w:r>
        <w:t>ایٹم از دا، از دا فرسٹ پارٹ اف دا یونیورس، بیسک یونٹ اف دا یونیورس۔ ناؤ واٹ از ایٹم؟</w:t>
      </w:r>
    </w:p>
    <w:p>
      <w:r>
        <w:rPr>
          <w:b/>
        </w:rPr>
        <w:t xml:space="preserve">[11:40] </w:t>
      </w:r>
      <w:r>
        <w:t>atom is a combination of some electronic particles, some electric particles. by combining these electric particles,</w:t>
      </w:r>
    </w:p>
    <w:p>
      <w:pPr>
        <w:jc w:val="right"/>
      </w:pPr>
      <w:r>
        <w:t>ایٹم از ا کمبریشن اف سم الیکٹرانک پارٹیکلز، سم الیکٹرک پارٹیکلز۔ بائی کمبائننگ دی الیکٹرک پارٹیکلز،</w:t>
      </w:r>
    </w:p>
    <w:p>
      <w:r>
        <w:rPr>
          <w:b/>
        </w:rPr>
        <w:t xml:space="preserve">[11:54] </w:t>
      </w:r>
      <w:r>
        <w:t>everything was, came into existence. sun, moon, planets, everything is a, everything is, is a,</w:t>
      </w:r>
    </w:p>
    <w:p>
      <w:pPr>
        <w:jc w:val="right"/>
      </w:pPr>
      <w:r>
        <w:t>ایوری تھنگ واز، کیم انٹو ایگزسٹنس۔ سن، مون، پلینٹس، ایوری تھنگ از ا، ایوری تھنگ از، از ا،</w:t>
      </w:r>
    </w:p>
    <w:p>
      <w:r>
        <w:rPr>
          <w:b/>
        </w:rPr>
        <w:t xml:space="preserve">[12:10] </w:t>
      </w:r>
      <w:r>
        <w:t>was made out of conversion. when electric particles converted in, in, in sun, there was a light.</w:t>
      </w:r>
    </w:p>
    <w:p>
      <w:pPr>
        <w:jc w:val="right"/>
      </w:pPr>
      <w:r>
        <w:t>واز میڈ اؤٹ اف کنورژن۔ وین الیکٹرک پارٹیکلز کنورٹڈ ان، ان، ان سن، دیر واز ا لائٹ۔</w:t>
      </w:r>
    </w:p>
    <w:p>
      <w:r>
        <w:rPr>
          <w:b/>
        </w:rPr>
        <w:t xml:space="preserve">[12:25] </w:t>
      </w:r>
      <w:r>
        <w:t>then you see the water. what is water? water is comprised of two gas, two atoms: hydrogen or oxygen.</w:t>
      </w:r>
    </w:p>
    <w:p>
      <w:pPr>
        <w:jc w:val="right"/>
      </w:pPr>
      <w:r>
        <w:t>دین یو سی دا واٹر۔ واٹ از واٹر؟ واٹر از کمپرائزڈ اف ٹو گیس، ٹو ایٹمز: ہائیڈروجن اور اکسیجن۔</w:t>
      </w:r>
    </w:p>
    <w:p>
      <w:r>
        <w:rPr>
          <w:b/>
        </w:rPr>
        <w:t xml:space="preserve">[12:36] </w:t>
      </w:r>
      <w:r>
        <w:t>both are gases. two gases when combined, they, they are converted into water.</w:t>
      </w:r>
    </w:p>
    <w:p>
      <w:pPr>
        <w:jc w:val="right"/>
      </w:pPr>
      <w:r>
        <w:t>بوتھ ار گیسز۔ ٹو گیسز وین کمبائنڈ، دے، دے ار کنورٹڈ انٹو واٹر۔</w:t>
      </w:r>
    </w:p>
    <w:p>
      <w:r>
        <w:rPr>
          <w:b/>
        </w:rPr>
        <w:t xml:space="preserve">[12:47] </w:t>
      </w:r>
      <w:r>
        <w:t>so water means conversion of gas to atom of, of two gases were converted, and then we see water.</w:t>
      </w:r>
    </w:p>
    <w:p>
      <w:pPr>
        <w:jc w:val="right"/>
      </w:pPr>
      <w:r>
        <w:t>سو واٹر مینز کنورژن اف گیس ٹو ایٹم اف، اف ٹو گیسز ویر کنورٹڈ، اینڈ دین وی سی واٹر۔</w:t>
      </w:r>
    </w:p>
    <w:p>
      <w:r>
        <w:rPr>
          <w:b/>
        </w:rPr>
        <w:t xml:space="preserve">[13:01] </w:t>
      </w:r>
      <w:r>
        <w:t>so water is a miracle of conversion. so is the case of tree. what is tree? tree is a conversion of seeds.</w:t>
      </w:r>
    </w:p>
    <w:p>
      <w:pPr>
        <w:jc w:val="right"/>
      </w:pPr>
      <w:r>
        <w:t>سو واٹر از ا مریکل اف کنورژن۔ سو از دا کیس اف ٹری۔ واٹ از ٹری؟ ٹری از ا کنورژن اف سیڈز۔</w:t>
      </w:r>
    </w:p>
    <w:p>
      <w:r>
        <w:rPr>
          <w:b/>
        </w:rPr>
        <w:t xml:space="preserve">[13:11] </w:t>
      </w:r>
      <w:r>
        <w:t>initially, it was a seed, small seed. but when it was converted, we see a big tree. so prophet moses when performed this miracle, it was not a single miracle.</w:t>
      </w:r>
    </w:p>
    <w:p>
      <w:pPr>
        <w:jc w:val="right"/>
      </w:pPr>
      <w:r>
        <w:t>انیشلی، اٹ واز ا سیڈ، سمال سیڈ۔ بٹ وین اٹ واز کنورٹڈ، وی سی ا بگ ٹری۔ سو پرافٹ موزز وین پرفارم دس بریکل، اٹ واز ناٹ ا سنگل بریکل۔</w:t>
      </w:r>
    </w:p>
    <w:p>
      <w:r>
        <w:rPr>
          <w:b/>
        </w:rPr>
        <w:t xml:space="preserve">[13:26] </w:t>
      </w:r>
      <w:r>
        <w:t>it was a demonstration that whole world is an act of conversion. here you find the what is the, what is the source of spirituality.</w:t>
      </w:r>
    </w:p>
    <w:p>
      <w:pPr>
        <w:jc w:val="right"/>
      </w:pPr>
      <w:r>
        <w:t>اٹ واز ا ڈیمونسٹریشن دیٹ ہول ورلڈ از این ایکٹ اف کنورژن۔ ہیر یو فائنڈ دا واٹ از دا، واٹ از دا سورس اف سپریچولیٹی۔</w:t>
      </w:r>
    </w:p>
    <w:p>
      <w:r>
        <w:rPr>
          <w:b/>
        </w:rPr>
        <w:t xml:space="preserve">[13:39] </w:t>
      </w:r>
      <w:r>
        <w:t>when we live in this world with opened eye, opened mind, we see this conversion in everything, from grass up to mountain, from ocean up to galaxy.</w:t>
      </w:r>
    </w:p>
    <w:p>
      <w:pPr>
        <w:jc w:val="right"/>
      </w:pPr>
      <w:r>
        <w:t>وین وی لیو ان دس ورلڈ ود اوپنڈ ائی، اوپنڈ مائنڈ، وی سی دس کنورژن ان ایوری تھنگ، فرام گراس اپ ٹو ماؤنٹن، فرام اوشن اپ ٹو گلیکسی۔</w:t>
      </w:r>
    </w:p>
    <w:p>
      <w:r>
        <w:rPr>
          <w:b/>
        </w:rPr>
        <w:t xml:space="preserve">[13:54] </w:t>
      </w:r>
      <w:r>
        <w:t>everything is, is an act of conversion from myself up to the whole material world, the whole nature.</w:t>
      </w:r>
    </w:p>
    <w:p>
      <w:pPr>
        <w:jc w:val="right"/>
      </w:pPr>
      <w:r>
        <w:t>ایوری تھنگ از، از این ایکٹ اف کنورژن فرام مائی سیلف اپ ٹو دا ہول مٹیریل ورلڈ، دا ہول نیچر۔</w:t>
      </w:r>
    </w:p>
    <w:p>
      <w:r>
        <w:rPr>
          <w:b/>
        </w:rPr>
        <w:t xml:space="preserve">[14:04] </w:t>
      </w:r>
      <w:r>
        <w:t>is, is a miraculous conversion. so we have to develop that kind of eye, which can see this miraculous conversion everywhere in the world.</w:t>
      </w:r>
    </w:p>
    <w:p>
      <w:pPr>
        <w:jc w:val="right"/>
      </w:pPr>
      <w:r>
        <w:t>از، از ا مریکولس کنورژن۔ سو وی ہیو ٹو ڈیولپ دیٹ کائنڈ اف ائی، وچ کین سی دس مریکولس کنورژن ایوری ویر ان دا ورلڈ۔</w:t>
      </w:r>
    </w:p>
    <w:p>
      <w:r>
        <w:rPr>
          <w:b/>
        </w:rPr>
        <w:t xml:space="preserve">[14:19] </w:t>
      </w:r>
      <w:r>
        <w:t>this is the source of spirituality. when you develop this kind of eye, you will find the presence of god everywhere in the world.</w:t>
      </w:r>
    </w:p>
    <w:p>
      <w:pPr>
        <w:jc w:val="right"/>
      </w:pPr>
      <w:r>
        <w:t>دس از دا سورس اف سپریچولیٹی۔ وین یو ڈیولپ دس کائنڈ اف ائی، یو ویل فائنڈ دا پریزنس اف گاڈ ایوری ویر ان دا ورلڈ۔</w:t>
      </w:r>
    </w:p>
    <w:p>
      <w:r>
        <w:rPr>
          <w:b/>
        </w:rPr>
        <w:t xml:space="preserve">[14:30] </w:t>
      </w:r>
      <w:r>
        <w:t>everywhere, everywhere, everywhere. there is a hadith: "ka'batullah kan qatran". it means that worship god as if you are seeing him.</w:t>
      </w:r>
    </w:p>
    <w:p>
      <w:pPr>
        <w:jc w:val="right"/>
      </w:pPr>
      <w:r>
        <w:t>ایوری ویر، ایوری ویر، ایوری ویر۔ دیر از ا حدیث: "کعبۃ اللہ کان قطرا"۔ اٹ مینز دیٹ ورشپ گاڈ ایز اف یو ار سینگ ہم۔</w:t>
      </w:r>
    </w:p>
    <w:p>
      <w:r>
        <w:rPr>
          <w:b/>
        </w:rPr>
        <w:t xml:space="preserve">[14:45] </w:t>
      </w:r>
      <w:r>
        <w:t>it means that you have to feel the presence of god every time. you have to feel the presence of god in every time.</w:t>
      </w:r>
    </w:p>
    <w:p>
      <w:pPr>
        <w:jc w:val="right"/>
      </w:pPr>
      <w:r>
        <w:t>اٹ مینز دیٹ یو ہیو ٹو فیل دا پریزنس اف گاڈ ایوری ٹائم۔ یو ہیو ٹو فیل دا پریزنس اف گاڈ ان ایوری ٹائم۔</w:t>
      </w:r>
    </w:p>
    <w:p>
      <w:r>
        <w:rPr>
          <w:b/>
        </w:rPr>
        <w:t xml:space="preserve">[14:56] </w:t>
      </w:r>
      <w:r>
        <w:t>now what is the source of this kind of feeling? it comes through thinking. when you develop your mind, when you are able to convert things into spiritual item, when you are able to see that the whole world is a, is the same kind of miracle which was performed by moses,</w:t>
      </w:r>
    </w:p>
    <w:p>
      <w:pPr>
        <w:jc w:val="right"/>
      </w:pPr>
      <w:r>
        <w:t>ناؤ واٹ از دا سورس اف دس کائنڈ اف فیلنگ؟ اٹ کمز تھرو تھنکنگ۔ وین یو ڈیولپ یور مائنڈ، وین یو ار ایبل ٹو کنورٹ تھنگز انٹو سپریچول ائٹم، وین یو ار ایبل ٹو سی دیٹ دا ہول ورلڈ از ا، از دا سیم کائنڈ اف مریکل وچ واز پرفارمڈ بائے موزز،</w:t>
      </w:r>
    </w:p>
    <w:p>
      <w:r>
        <w:rPr>
          <w:b/>
        </w:rPr>
        <w:t xml:space="preserve">[15:22] </w:t>
      </w:r>
      <w:r>
        <w:t>that is act of conversion. then you will be able to draw, draw spirituality in from everything, from water, from grass, from everything.</w:t>
      </w:r>
    </w:p>
    <w:p>
      <w:pPr>
        <w:jc w:val="right"/>
      </w:pPr>
      <w:r>
        <w:t>دیٹ از ایکٹ اف کنورژن۔ دین یو ویل بی ایبل ٹو ڈرا، ڈرا سپریچولیٹی ان فرام ایوری تھنگ، فرام واٹر، فرام گراس، فرام ایوری تھنگ۔</w:t>
      </w:r>
    </w:p>
    <w:p>
      <w:r>
        <w:rPr>
          <w:b/>
        </w:rPr>
        <w:t xml:space="preserve">[15:36] </w:t>
      </w:r>
      <w:r>
        <w:t>so i can say that heart based spirituality leads you to ecstasy.</w:t>
      </w:r>
    </w:p>
    <w:p>
      <w:pPr>
        <w:jc w:val="right"/>
      </w:pPr>
      <w:r>
        <w:t>سو ائی کین سے دیٹ ہارٹ بیسڈ سپریچولیٹی لیڈز یو ٹو ایکسٹسی۔</w:t>
      </w:r>
    </w:p>
    <w:p>
      <w:r>
        <w:rPr>
          <w:b/>
        </w:rPr>
        <w:t xml:space="preserve">[15:46] </w:t>
      </w:r>
      <w:r>
        <w:t>and ecstasy is simply a kind of anesthesia. but mind based spirituality, but mind based spirituality leads you to a realization, to discovery.</w:t>
      </w:r>
    </w:p>
    <w:p>
      <w:pPr>
        <w:jc w:val="right"/>
      </w:pPr>
      <w:r>
        <w:t>اینڈ ایکسٹسی از سمپلی ا کائنڈ اف انستیسیا۔ بٹ مائنڈ بیسڈ سپریچولیٹی، بٹ مائنڈ بیسڈ سپریچولیٹی لیڈز یو ٹو ا ریلائزیشن، ٹو ڈسکوری۔</w:t>
      </w:r>
    </w:p>
    <w:p>
      <w:r>
        <w:rPr>
          <w:b/>
        </w:rPr>
        <w:t xml:space="preserve">[15:59] </w:t>
      </w:r>
      <w:r>
        <w:t>every time you can say eureka, eureka. you can say that i found god in this water. eureka, eureka.</w:t>
      </w:r>
    </w:p>
    <w:p>
      <w:pPr>
        <w:jc w:val="right"/>
      </w:pPr>
      <w:r>
        <w:t>ایوری ٹائم یو کین سے یوریکا، یوریکا۔ یو کین سے دیٹ ائی فاؤنڈ گاڈ ان دس واٹر۔ یوریکا، یوریکا۔</w:t>
      </w:r>
    </w:p>
    <w:p>
      <w:r>
        <w:rPr>
          <w:b/>
        </w:rPr>
        <w:t xml:space="preserve">[16:11] </w:t>
      </w:r>
      <w:r>
        <w:t>everything is becomes a thrilling experience for you. when you develop this kind of spirituality in your soul, in your mind, in your thinking,</w:t>
      </w:r>
    </w:p>
    <w:p>
      <w:pPr>
        <w:jc w:val="right"/>
      </w:pPr>
      <w:r>
        <w:t>ایوری تھنگ از بیکمز ا تھرلنگ ایکسپیرینس فار یو۔ وین یو ڈیولپ دس کائنڈ اف سپریچولیٹی ان یور سول، ان یور مائنڈ، ان یور تھنکنگ،</w:t>
      </w:r>
    </w:p>
    <w:p>
      <w:r>
        <w:rPr>
          <w:b/>
        </w:rPr>
        <w:t xml:space="preserve">[16:24] </w:t>
      </w:r>
      <w:r>
        <w:t>you will be able to see that kind of miracle everywhere, everywhere, everywhere. prophet moses was able to convert a part of wood into a serpent.</w:t>
      </w:r>
    </w:p>
    <w:p>
      <w:pPr>
        <w:jc w:val="right"/>
      </w:pPr>
      <w:r>
        <w:t>یو ویل بی ایبل ٹو سی دیٹ کائنڈ اف مریکل ایوری ویر، ایوری ویر، ایوری ویر۔ پرافٹ موزز واز ایبل ٹو کنورٹ ا پارٹ اف وڈ انٹو ا سرپنٹ۔</w:t>
      </w:r>
    </w:p>
    <w:p>
      <w:r>
        <w:rPr>
          <w:b/>
        </w:rPr>
        <w:t xml:space="preserve">[16:37] </w:t>
      </w:r>
      <w:r>
        <w:t>the same is going everywhere in the world. every time there is a conversion.</w:t>
      </w:r>
    </w:p>
    <w:p>
      <w:pPr>
        <w:jc w:val="right"/>
      </w:pPr>
      <w:r>
        <w:t>دا سیم از گوئنگ ایوری ویر ان دا ورلڈ۔ ایوری ٹائم دیر از ا کنورژن۔</w:t>
      </w:r>
    </w:p>
    <w:p>
      <w:r>
        <w:rPr>
          <w:b/>
        </w:rPr>
        <w:t xml:space="preserve">[16:46] </w:t>
      </w:r>
      <w:r>
        <w:t>so i according to my experience, according to my, my study, i believe this kind of spirituality.</w:t>
      </w:r>
    </w:p>
    <w:p>
      <w:pPr>
        <w:jc w:val="right"/>
      </w:pPr>
      <w:r>
        <w:t>سو ائی اکارڈنگ ٹو مائی ایکسپیرینس، اکارڈنگ ٹو مائی، مائی سٹڈی، ائی بیلیو دس کائنڈ اف سپریچولیٹی۔</w:t>
      </w:r>
    </w:p>
    <w:p>
      <w:r>
        <w:rPr>
          <w:b/>
        </w:rPr>
        <w:t xml:space="preserve">[16:56] </w:t>
      </w:r>
      <w:r>
        <w:t>i am able to see god everywhere, every time, in every step, space and time, everywhere, because everywhere there is nature.</w:t>
      </w:r>
    </w:p>
    <w:p>
      <w:pPr>
        <w:jc w:val="right"/>
      </w:pPr>
      <w:r>
        <w:t>ائی ایم ایبل ٹو سی گاڈ ایوری ویر، ایوری ٹائم، ان ایوری سٹیپ، سپیس اینڈ ٹائم، ایوری ویر، بیکاز ایوری ویر دیر از نیچر۔</w:t>
      </w:r>
    </w:p>
    <w:p>
      <w:r>
        <w:rPr>
          <w:b/>
        </w:rPr>
        <w:t xml:space="preserve">[17:06] </w:t>
      </w:r>
      <w:r>
        <w:t>every, everywhere, from, from myself, all these things are before by eye. so i had developed this kind of eye.</w:t>
      </w:r>
    </w:p>
    <w:p>
      <w:pPr>
        <w:jc w:val="right"/>
      </w:pPr>
      <w:r>
        <w:t>ایوری، ایوری ویر، فرام، فرام مائی سیلف، ال دیز تھنگز ار بیفور بائی ائی۔ سو ائی ہیڈ ڈیولپڈ دس کائنڈ اف ائی۔</w:t>
      </w:r>
    </w:p>
    <w:p>
      <w:r>
        <w:rPr>
          <w:b/>
        </w:rPr>
        <w:t xml:space="preserve">[17:18] </w:t>
      </w:r>
      <w:r>
        <w:t>so i can see presence of god everywhere. i can see that kind of miracle which was performed by moses everywhere, every moment.</w:t>
      </w:r>
    </w:p>
    <w:p>
      <w:pPr>
        <w:jc w:val="right"/>
      </w:pPr>
      <w:r>
        <w:t>سو ائی کین سی پریزنس اف گاڈ ایوری ویر۔ ائی کین سی دیٹ کائنڈ اف بریکل وچ واز پرفارمڈ بائے موزز ایوری ٹائم، ایوری مومنٹ۔</w:t>
      </w:r>
    </w:p>
    <w:p>
      <w:r>
        <w:rPr>
          <w:b/>
        </w:rPr>
        <w:t xml:space="preserve">[17:30] </w:t>
      </w:r>
      <w:r>
        <w:t>prophet moses was able to convert a piece of wood into a serpent. god is performing the same miracle everywhere in the world.</w:t>
      </w:r>
    </w:p>
    <w:p>
      <w:pPr>
        <w:jc w:val="right"/>
      </w:pPr>
      <w:r>
        <w:t>پرافٹ موزز واز ایبل ٹو کنورٹ ا پیس اف وڈ انٹو ا سرپنٹ۔ گاڈ از پرفارمنگ دا سیم بریکل ایوری ویر ان دا ورلڈ۔</w:t>
      </w:r>
    </w:p>
    <w:p>
      <w:r>
        <w:rPr>
          <w:b/>
        </w:rPr>
        <w:t xml:space="preserve">[17:42] </w:t>
      </w:r>
      <w:r>
        <w:t>everywhere in the world. oxygen, water, iron, silver, mountain, ocean, sun, moon, everything is an act of conversion.</w:t>
      </w:r>
    </w:p>
    <w:p>
      <w:pPr>
        <w:jc w:val="right"/>
      </w:pPr>
      <w:r>
        <w:t>ایوری ویر ان دا ورلڈ۔ اکسیجن، واٹر، ائرن، سلور، ماؤنٹن، اوشن، سن، مون، ایوری تھنگ از این ایکٹ اف کنورژن۔</w:t>
      </w:r>
    </w:p>
    <w:p>
      <w:r>
        <w:rPr>
          <w:b/>
        </w:rPr>
        <w:t xml:space="preserve">[17:56] </w:t>
      </w:r>
      <w:r>
        <w:t>The same miracle is. God is performing the same miracle in universal level. This is the source of spirituality, according to my experience.</w:t>
      </w:r>
    </w:p>
    <w:p>
      <w:pPr>
        <w:jc w:val="right"/>
      </w:pPr>
      <w:r>
        <w:t>دا سیم بریکل از۔ گاڈ از پرفارمنگ دا سیم بریکل ان یونیورسل لیول۔ دس از دا سورس اف سپریچولیٹی، اکارڈنگ ٹو مائی ایکسپیرینس۔</w:t>
      </w:r>
    </w:p>
    <w:p>
      <w:r>
        <w:rPr>
          <w:b/>
        </w:rPr>
        <w:t xml:space="preserve">[18:07] </w:t>
      </w:r>
      <w:r>
        <w:t>Now I would like to add one more point, that is the creation plan of God.</w:t>
      </w:r>
    </w:p>
    <w:p>
      <w:pPr>
        <w:jc w:val="right"/>
      </w:pPr>
      <w:r>
        <w:t>ناؤ ائی وڈ لائک ٹو ایڈ ون مور پوائنٹ، دیٹ از دا کریشن پلان اف گاڈ۔</w:t>
      </w:r>
    </w:p>
    <w:p>
      <w:r>
        <w:rPr>
          <w:b/>
        </w:rPr>
        <w:t xml:space="preserve">[18:19] </w:t>
      </w:r>
      <w:r>
        <w:t>Why God created us? Why settled us in this planet Earth? You know, this Earth is a unique phenomena in the whole universe.</w:t>
      </w:r>
    </w:p>
    <w:p>
      <w:pPr>
        <w:jc w:val="right"/>
      </w:pPr>
      <w:r>
        <w:t>وائی گاڈ کریٹڈ اس؟ وائی سیٹلڈ اس ان دس پلینٹ ارتھ؟ یو نو، دس ارتھ از ا یونیک فیناومینا ان دا ہول یونیورس۔</w:t>
      </w:r>
    </w:p>
    <w:p>
      <w:r>
        <w:rPr>
          <w:b/>
        </w:rPr>
        <w:t xml:space="preserve">[18:34] </w:t>
      </w:r>
      <w:r>
        <w:t>There is no such kind of earth. In this earth, there are, you know, life support system, life, water, and all those things we need.</w:t>
      </w:r>
    </w:p>
    <w:p>
      <w:pPr>
        <w:jc w:val="right"/>
      </w:pPr>
      <w:r>
        <w:t>دیر از نو سچ کائنڈ اف ارتھ۔ ان دس ارتھ، دیر ار، یو نو، لائف سپورٹ سسٹم، لائف، واٹر، اینڈ ال دوز تھنگز وی نیڈ۔</w:t>
      </w:r>
    </w:p>
    <w:p>
      <w:r>
        <w:rPr>
          <w:b/>
        </w:rPr>
        <w:t xml:space="preserve">[18:49] </w:t>
      </w:r>
      <w:r>
        <w:t>So this kind of planet are not, is not found everywhere in the world. So why God created us?</w:t>
      </w:r>
    </w:p>
    <w:p>
      <w:pPr>
        <w:jc w:val="right"/>
      </w:pPr>
      <w:r>
        <w:t>سو دس کائنڈ اف پلینٹ ار ناٹ، از ناٹ فاؤنڈ ایوری ویر ان دا ورلڈ۔ سو وائی گاڈ کریٹڈ اس؟</w:t>
      </w:r>
    </w:p>
    <w:p>
      <w:r>
        <w:rPr>
          <w:b/>
        </w:rPr>
        <w:t xml:space="preserve">[18:58] </w:t>
      </w:r>
      <w:r>
        <w:t>and why God settled us in this miraculous earth? Why? According to the creation plan of God,</w:t>
      </w:r>
    </w:p>
    <w:p>
      <w:pPr>
        <w:jc w:val="right"/>
      </w:pPr>
      <w:r>
        <w:t>اینڈ وائی گاڈ سیٹلڈ اس ان دس مریکولس ارتھ؟ وائی؟ اکارڈنگ ٹو دا کریشن پلان اف گاڈ،</w:t>
      </w:r>
    </w:p>
    <w:p>
      <w:r>
        <w:rPr>
          <w:b/>
        </w:rPr>
        <w:t xml:space="preserve">[19:12] </w:t>
      </w:r>
      <w:r>
        <w:t>I have studied the Quran and found that this is a part of the creation plan of God. The fact is that God created a perfect world, an ideal world, that we call paradise or Jannat.</w:t>
      </w:r>
    </w:p>
    <w:p>
      <w:pPr>
        <w:jc w:val="right"/>
      </w:pPr>
      <w:r>
        <w:t>ائی ہیو اسٹڈی دا قران اینڈ فاؤنڈ دیٹ دس از ا پارٹ اف دا کریشن پلان اف گاڈ۔ دا فیکٹ از دیٹ گاڈ کریٹڈ ا پرفیکٹ ورلڈ، این ائیڈیل ورلڈ، دیٹ وی کال پیراڈائز اور جنت۔</w:t>
      </w:r>
    </w:p>
    <w:p>
      <w:r>
        <w:rPr>
          <w:b/>
        </w:rPr>
        <w:t xml:space="preserve">[19:31] </w:t>
      </w:r>
      <w:r>
        <w:t>paradise is an eternal world, perfect world, ideal world. and this world is, is, is a testing ground for us.</w:t>
      </w:r>
    </w:p>
    <w:p>
      <w:pPr>
        <w:jc w:val="right"/>
      </w:pPr>
      <w:r>
        <w:t>پیراڈائز از این ایٹرنل ورلڈ، پرفیکٹ ورلڈ، ائیڈیل ورلڈ۔ اینڈ دس ورلڈ از، از، از ا ٹیسٹنگ گراؤنڈ فار اس۔</w:t>
      </w:r>
    </w:p>
    <w:p>
      <w:r>
        <w:rPr>
          <w:b/>
        </w:rPr>
        <w:t xml:space="preserve">[19:44] </w:t>
      </w:r>
      <w:r>
        <w:t>we are here only as a test. Everything is test paper. So what is required for us?</w:t>
      </w:r>
    </w:p>
    <w:p>
      <w:pPr>
        <w:jc w:val="right"/>
      </w:pPr>
      <w:r>
        <w:t>وی ار ہیر اونلی ایز ا ٹیسٹ۔ ایوری تھنگ از ٹیسٹ پیپر۔ سو واٹ از ریکوائرڈ فار اس؟</w:t>
      </w:r>
    </w:p>
    <w:p>
      <w:r>
        <w:rPr>
          <w:b/>
        </w:rPr>
        <w:t xml:space="preserve">[19:54] </w:t>
      </w:r>
      <w:r>
        <w:t>to discover God, to discover the miracle of God, to discover the same miracle which was performed by Prophet Moses in everything.</w:t>
      </w:r>
    </w:p>
    <w:p>
      <w:pPr>
        <w:jc w:val="right"/>
      </w:pPr>
      <w:r>
        <w:t>ٹو ڈسکور گاڈ، ٹو ڈسکور دا بریکل اف گاڈ، ٹو ڈسکور دا سیم بریکل وچ واز پرفارمڈ بائے پرافٹ موزز ان ایوری تھنگ۔</w:t>
      </w:r>
    </w:p>
    <w:p>
      <w:r>
        <w:rPr>
          <w:b/>
        </w:rPr>
        <w:t xml:space="preserve">[20:05] </w:t>
      </w:r>
      <w:r>
        <w:t>we have to make the unseen seen. in every thing, the same miracle is happening. in every thing, because you know, every thing is an art of conversion.</w:t>
      </w:r>
    </w:p>
    <w:p>
      <w:pPr>
        <w:jc w:val="right"/>
      </w:pPr>
      <w:r>
        <w:t>وی ہیو ٹو میک دا ان سین سین۔ ان ایوری تھنگ، دا سیم مریکل از ہیپننگ۔ ان ایوری تھنگ، بیکاز یو نو، ایوری تھنگ از این ارٹ اف کنورژن۔</w:t>
      </w:r>
    </w:p>
    <w:p>
      <w:r>
        <w:rPr>
          <w:b/>
        </w:rPr>
        <w:t xml:space="preserve">[20:19] </w:t>
      </w:r>
      <w:r>
        <w:t>wen to, to atoms of to gases combine, da result was water.</w:t>
      </w:r>
    </w:p>
    <w:p>
      <w:pPr>
        <w:jc w:val="right"/>
      </w:pPr>
      <w:r>
        <w:t>وین ٹو، ٹو ایٹمز اف ٹو گیسز کمبائن، دا رزلٹ واز واٹر۔</w:t>
      </w:r>
    </w:p>
    <w:p>
      <w:r>
        <w:rPr>
          <w:b/>
        </w:rPr>
        <w:t xml:space="preserve">[20:31] </w:t>
      </w:r>
      <w:r>
        <w:t>it is empirical. So everything is empirical. Water, sun, moon, everything is empirical in this sense.</w:t>
      </w:r>
    </w:p>
    <w:p>
      <w:pPr>
        <w:jc w:val="right"/>
      </w:pPr>
      <w:r>
        <w:t>اٹ از بریکل۔ سو ایوری تھنگ از بریکل۔ واٹر، سن، مون، ایوری تھنگ از بریکل ان دس سینس۔</w:t>
      </w:r>
    </w:p>
    <w:p>
      <w:r>
        <w:rPr>
          <w:b/>
        </w:rPr>
        <w:t xml:space="preserve">[20:41] </w:t>
      </w:r>
      <w:r>
        <w:t>The whole world is act of conversion. So God gave us a mind which is an enormous capacity.</w:t>
      </w:r>
    </w:p>
    <w:p>
      <w:pPr>
        <w:jc w:val="right"/>
      </w:pPr>
      <w:r>
        <w:t>دا ہول ورلڈ از ایکٹ اف کنورژن۔ سو گاڈ گیو اس ا مائنڈ وچ از انارمس کپیسٹی۔</w:t>
      </w:r>
    </w:p>
    <w:p>
      <w:r>
        <w:rPr>
          <w:b/>
        </w:rPr>
        <w:t xml:space="preserve">[20:52] </w:t>
      </w:r>
      <w:r>
        <w:t>God gave us eye, ear, all those things for what? To discover this spirituality in this world.</w:t>
      </w:r>
    </w:p>
    <w:p>
      <w:pPr>
        <w:jc w:val="right"/>
      </w:pPr>
      <w:r>
        <w:t>گاڈ گیو اس ائی، ایئر، ال دوز تھنگز فار واٹ؟ ٹو ڈسکور دس سپریچولیٹی ان دس ورلڈ۔</w:t>
      </w:r>
    </w:p>
    <w:p>
      <w:r>
        <w:rPr>
          <w:b/>
        </w:rPr>
        <w:t xml:space="preserve">[21:03] </w:t>
      </w:r>
      <w:r>
        <w:t>to discover this, this, this, this miraculous conversion in this world. and then we say Alhamdulillah.</w:t>
      </w:r>
    </w:p>
    <w:p>
      <w:pPr>
        <w:jc w:val="right"/>
      </w:pPr>
      <w:r>
        <w:t>ٹو ڈسکور دس، دس، دس، دس مریکولس کنورژن ان دس ورلڈ۔ اینڈ دین وی سے الحمدللہ۔</w:t>
      </w:r>
    </w:p>
    <w:p>
      <w:r>
        <w:rPr>
          <w:b/>
        </w:rPr>
        <w:t xml:space="preserve">[21:17] </w:t>
      </w:r>
      <w:r>
        <w:t>Although God is hidden, but it is evident in everything in this world, in the creature, in the creation.</w:t>
      </w:r>
    </w:p>
    <w:p>
      <w:pPr>
        <w:jc w:val="right"/>
      </w:pPr>
      <w:r>
        <w:t>الدو گاڈ از ہڈن، بٹ اٹ از ایویڈنٹ ان ایوری تھنگ ان دس ورلڈ، ان دا کریچر، ان دا کریشن۔</w:t>
      </w:r>
    </w:p>
    <w:p>
      <w:r>
        <w:rPr>
          <w:b/>
        </w:rPr>
        <w:t xml:space="preserve">[21:27] </w:t>
      </w:r>
      <w:r>
        <w:t>So this is the test of human being. God settled us here only for this purpose: to discover God's presence in the world, to discover the God's, to discover God's miracle everywhere in the world, to discover the presence of God in everything, from grass, from grass up to galaxy.</w:t>
      </w:r>
    </w:p>
    <w:p>
      <w:pPr>
        <w:jc w:val="right"/>
      </w:pPr>
      <w:r>
        <w:t>سو دس از دا ٹیسٹ اف ہیومن بینگ۔ گاڈ سیٹلڈ اس ہیر اونلی فار دس پرپس: ٹو ڈسکور گاڈز پریزنس ان دی ورلڈ، ٹو ڈسکور دا گاڈز، ٹو ڈسکور گاڈز مریکل ایوری ویر ان دا ورلڈ، ٹو ڈسکور دا پریزنس اف گاڈ ان ایوری تھنگ، فرام گراس، فرام گراس اپ ٹو گلیکسی۔</w:t>
      </w:r>
    </w:p>
    <w:p>
      <w:r>
        <w:rPr>
          <w:b/>
        </w:rPr>
        <w:t xml:space="preserve">[21:55] </w:t>
      </w:r>
      <w:r>
        <w:t>Those who are able to live with discovery, they will be rewarded paradise. And those people who fail to discover this, this spiritual content of the, of the things, they will be declared as blind, blind, blind.</w:t>
      </w:r>
    </w:p>
    <w:p>
      <w:pPr>
        <w:jc w:val="right"/>
      </w:pPr>
      <w:r>
        <w:t>دوز ہو ایبل ٹو لیو ود ڈسکوری، دیر ویل بی ریوارڈ پیراڈائز۔ اینڈ دوز پیپل ہو فیل ٹو ڈسکور دس، دس سپریچول کنٹینٹ اف دا، اف دا تھنگز، دیر ویل بی ڈیکلریڈ ایز بلائنڈ، بلائنڈ، بلائنڈ۔</w:t>
      </w:r>
    </w:p>
    <w:p>
      <w:r>
        <w:rPr>
          <w:b/>
        </w:rPr>
        <w:t xml:space="preserve">[22:19] </w:t>
      </w:r>
      <w:r>
        <w:t>So this spirituality is a very important in term of creation plan of God. You know, God divided, God created us as a as an eternal being.</w:t>
      </w:r>
    </w:p>
    <w:p>
      <w:pPr>
        <w:jc w:val="right"/>
      </w:pPr>
      <w:r>
        <w:t>سو دس سپریچولیٹی از ا ویری امپورٹنٹ ان ٹرم اف کریشن پلان اف گاڈ۔ یو نو، گاڈ ڈیوائیڈڈ، گاڈ کریٹڈ اس ایز ا ایز این ایٹرنل بینگ۔</w:t>
      </w:r>
    </w:p>
    <w:p>
      <w:r>
        <w:rPr>
          <w:b/>
        </w:rPr>
        <w:t xml:space="preserve">[22:34] </w:t>
      </w:r>
      <w:r>
        <w:t>we are, we are eternal being. but God divided our life span into two parts: pre-death period and post-death period.</w:t>
      </w:r>
    </w:p>
    <w:p>
      <w:pPr>
        <w:jc w:val="right"/>
      </w:pPr>
      <w:r>
        <w:t>وی ار، وی ار ایٹرنل بینگ۔ بٹ گاڈ ڈیوائیڈڈ اور لائف سپین ان ٹو پارٹس: پری ڈیتھ پیریڈ اینڈ پوسٹ ڈیتھ پیریڈ۔</w:t>
      </w:r>
    </w:p>
    <w:p>
      <w:r>
        <w:rPr>
          <w:b/>
        </w:rPr>
        <w:t xml:space="preserve">[22:48] </w:t>
      </w:r>
      <w:r>
        <w:t>pre death period is testing period, and post death period is period of reward. and who will be reward paradise in the eternal world in post death period.</w:t>
      </w:r>
    </w:p>
    <w:p>
      <w:pPr>
        <w:jc w:val="right"/>
      </w:pPr>
      <w:r>
        <w:t>پری ڈیتھ پیریڈ از ٹیسٹنگ پیریڈ، اینڈ پوسٹ ڈیتھ پیریڈ از پیریڈ اف ریوارڈ۔ اینڈ ہو ویل بی ریوارڈ پیراڈائز ان دا ایٹرنل ورلڈ ان پوسٹ ڈیتھ پیریڈ۔</w:t>
      </w:r>
    </w:p>
    <w:p>
      <w:r>
        <w:rPr>
          <w:b/>
        </w:rPr>
        <w:t xml:space="preserve">[23:03] </w:t>
      </w:r>
      <w:r>
        <w:t>Those who prove to be, to who prove disability. Those who prove disability to see God's acts in everything, God's miracle in everything.</w:t>
      </w:r>
    </w:p>
    <w:p>
      <w:pPr>
        <w:jc w:val="right"/>
      </w:pPr>
      <w:r>
        <w:t>دوز ہو پروف ٹو بی، ٹو ہو پروف دس ایبیلیٹی۔ دوز ہو پروف دس ایبیلیٹی ٹو سی گاڈز ایکٹس ان ایوری تھنگ، گاڈز مریکل ان ایوری تھنگ۔</w:t>
      </w:r>
    </w:p>
    <w:p>
      <w:r>
        <w:rPr>
          <w:b/>
        </w:rPr>
        <w:t xml:space="preserve">[23:21] </w:t>
      </w:r>
      <w:r>
        <w:t>so i can say dat moses performed dat kind of miracle wen man was living in traditional world.</w:t>
      </w:r>
    </w:p>
    <w:p>
      <w:pPr>
        <w:jc w:val="right"/>
      </w:pPr>
      <w:r>
        <w:t>سو ائی کین سے دیٹ موزز پرفارم دیٹ کائنڈ اف مریکل وین مین واز لیونگ ان ٹریڈیشنل ورلڈ۔</w:t>
      </w:r>
    </w:p>
    <w:p>
      <w:r>
        <w:rPr>
          <w:b/>
        </w:rPr>
        <w:t xml:space="preserve">[23:36] </w:t>
      </w:r>
      <w:r>
        <w:t>in those, in those, in that period, man was living in traditional world. but now we are living in scientific world.</w:t>
      </w:r>
    </w:p>
    <w:p>
      <w:pPr>
        <w:jc w:val="right"/>
      </w:pPr>
      <w:r>
        <w:t>ان دوز، ان دوز، ان دیٹ پیریڈ، مین واز لیونگ ان ٹریڈیشنل ورلڈ۔ بٹ ناؤ وی ار لیونگ ان سائنٹیفک ورلڈ۔</w:t>
      </w:r>
    </w:p>
    <w:p>
      <w:r>
        <w:rPr>
          <w:b/>
        </w:rPr>
        <w:t xml:space="preserve">[23:48] </w:t>
      </w:r>
      <w:r>
        <w:t>so at that time, he performed a miracle only to make people know that you have to develop this kind of eye.</w:t>
      </w:r>
    </w:p>
    <w:p>
      <w:pPr>
        <w:jc w:val="right"/>
      </w:pPr>
      <w:r>
        <w:t>سو ایٹ دیٹ ٹائم، ہی پرفارمڈ ا بریکل اونلی ٹو میک پیپل نو دیٹ یو ہیو ٹو ڈیولپ دس کائنڈ اف ائی۔</w:t>
      </w:r>
    </w:p>
    <w:p>
      <w:r>
        <w:rPr>
          <w:b/>
        </w:rPr>
        <w:t xml:space="preserve">[24:02] </w:t>
      </w:r>
      <w:r>
        <w:t>and now we have developed that kind of eye in terms of science. science has given us that kind of eye. we can see everything.</w:t>
      </w:r>
    </w:p>
    <w:p>
      <w:pPr>
        <w:jc w:val="right"/>
      </w:pPr>
      <w:r>
        <w:t>اینڈ ناؤ وی ہیو ڈیولپ دیٹ کائنڈ اف ائی ان ٹرم اف سائنس۔ سائنس ہیو گیون اس دیٹ کائنڈ اف ائی۔ وی کین سی ایوری تھنگ۔</w:t>
      </w:r>
    </w:p>
    <w:p>
      <w:r>
        <w:rPr>
          <w:b/>
        </w:rPr>
        <w:t xml:space="preserve">[24:11] </w:t>
      </w:r>
      <w:r>
        <w:t>we can see this kind of miracle in everything, in everything, in everything. so this is the spirituality. then let us take the other part of spirituality.</w:t>
      </w:r>
    </w:p>
    <w:p>
      <w:pPr>
        <w:jc w:val="right"/>
      </w:pPr>
      <w:r>
        <w:t>وی کین سی دس کائنڈ اف مریکل ان ایوری تھنگ، ان ایوری تھنگ، ان ایوری تھنگ۔ سو دس از دا سپریچولیٹی۔ دین لیٹ اس ٹیک دا ادر پارٹ اف سپریچولیٹی۔</w:t>
      </w:r>
    </w:p>
    <w:p>
      <w:r>
        <w:rPr>
          <w:b/>
        </w:rPr>
        <w:t xml:space="preserve">[24:23] </w:t>
      </w:r>
      <w:r>
        <w:t>i told you that two different parts of spirituality: internal part and external part. internal part is based on intellectual awakening.</w:t>
      </w:r>
    </w:p>
    <w:p>
      <w:pPr>
        <w:jc w:val="right"/>
      </w:pPr>
      <w:r>
        <w:t>ائی ٹول یو دیٹ ٹو ڈفرنٹ پارٹ اف سپریچولیٹی: انٹرنل پارٹ اینڈ ایکسٹرنل پارٹ۔ انٹرنل پارٹ از بیسڈ ان انٹلیکچول اویکننگ۔</w:t>
      </w:r>
    </w:p>
    <w:p>
      <w:r>
        <w:rPr>
          <w:b/>
        </w:rPr>
        <w:t xml:space="preserve">[24:35] </w:t>
      </w:r>
      <w:r>
        <w:t>the second part is applied spirituality or social spirituality. that is to live in society as a spiritual person.</w:t>
      </w:r>
    </w:p>
    <w:p>
      <w:pPr>
        <w:jc w:val="right"/>
      </w:pPr>
      <w:r>
        <w:t>دا سیکنڈ پارٹ از اپلائیڈ سپریچولیٹی اور سوشل سپریچولیٹی۔ دیٹ از ٹو لیو ان سوسائٹی ایز ا سپریچول پرسن۔</w:t>
      </w:r>
    </w:p>
    <w:p>
      <w:r>
        <w:rPr>
          <w:b/>
        </w:rPr>
        <w:t xml:space="preserve">[24:47] </w:t>
      </w:r>
      <w:r>
        <w:t>we have to, we have to be able to translate our inner experience into outer, outer world in the society.</w:t>
      </w:r>
    </w:p>
    <w:p>
      <w:pPr>
        <w:jc w:val="right"/>
      </w:pPr>
      <w:r>
        <w:t>وی ہیو ٹو، وی ہیو ٹو بی ایبل ٹو ٹرانسلیٹ اور انر ایکسپیرینس انٹو اؤٹر، اؤٹر ورلڈ ان دا سوسائٹی۔</w:t>
      </w:r>
    </w:p>
    <w:p>
      <w:r>
        <w:rPr>
          <w:b/>
        </w:rPr>
        <w:t xml:space="preserve">[24:57] </w:t>
      </w:r>
      <w:r>
        <w:t>and how it is possible? you know,</w:t>
      </w:r>
    </w:p>
    <w:p>
      <w:pPr>
        <w:jc w:val="right"/>
      </w:pPr>
      <w:r>
        <w:t>اینڈ ہاؤ اٹ از پوسیبل؟ یو نو،</w:t>
      </w:r>
    </w:p>
    <w:p>
      <w:r>
        <w:rPr>
          <w:b/>
        </w:rPr>
        <w:t xml:space="preserve">[25:05] </w:t>
      </w:r>
      <w:r>
        <w:t>there was an author, c m george. he published a book: modern victims. modern victims.</w:t>
      </w:r>
    </w:p>
    <w:p>
      <w:pPr>
        <w:jc w:val="right"/>
      </w:pPr>
      <w:r>
        <w:t>دیر واز این اوتھر، سی ایم جورج۔ ہی پبلش ا بک: ماڈرن وکٹنس۔ ماڈرن وکٹنس۔</w:t>
      </w:r>
    </w:p>
    <w:p>
      <w:r>
        <w:rPr>
          <w:b/>
        </w:rPr>
        <w:t xml:space="preserve">[25:14] </w:t>
      </w:r>
      <w:r>
        <w:t>in this book, c m george says that man is born with hatred, with hate. everyone is living in hate. he says that this is the reason why when there are some, some movement that is based on hate,</w:t>
      </w:r>
    </w:p>
    <w:p>
      <w:pPr>
        <w:jc w:val="right"/>
      </w:pPr>
      <w:r>
        <w:t>ان دس بک، سی ایم جورج سیز دیٹ مین از بورن ود ہیٹری، ود ہیٹ۔ ایوری ون از لیونگ ان ہیٹ۔ ہی سیز دیٹ دس از دا ریزن وائی وین دیر ار سم، سم موومنٹ دیٹ از بیسڈ ان ہیٹ،</w:t>
      </w:r>
    </w:p>
    <w:p>
      <w:r>
        <w:rPr>
          <w:b/>
        </w:rPr>
        <w:t xml:space="preserve">[25:36] </w:t>
      </w:r>
      <w:r>
        <w:t>it is soon become popular, because it addresses their nature that is based on hate.</w:t>
      </w:r>
    </w:p>
    <w:p>
      <w:pPr>
        <w:jc w:val="right"/>
      </w:pPr>
      <w:r>
        <w:t>اٹ از سون بیکم پاپولر، بیکاز اٹ ایڈریس دیر نیچر دیٹ از بیسڈ ان ہیٹ۔</w:t>
      </w:r>
    </w:p>
    <w:p>
      <w:r>
        <w:rPr>
          <w:b/>
        </w:rPr>
        <w:t xml:space="preserve">[25:45] </w:t>
      </w:r>
      <w:r>
        <w:t>but is wrong. hate is not inborn in your nature. hate is an acquired quality, acquired.</w:t>
      </w:r>
    </w:p>
    <w:p>
      <w:pPr>
        <w:jc w:val="right"/>
      </w:pPr>
      <w:r>
        <w:t>بٹ از رونگ۔ ہیٹ از ناٹ انٹربون ان یور نیچر۔ ہیٹ از این ایکوائرڈ کوالٹی، ایکوائرڈ۔</w:t>
      </w:r>
    </w:p>
    <w:p>
      <w:r>
        <w:rPr>
          <w:b/>
        </w:rPr>
        <w:t xml:space="preserve">[25:57] </w:t>
      </w:r>
      <w:r>
        <w:t>why? because this, this we are living in a society where everywhere there are provocations.</w:t>
      </w:r>
    </w:p>
    <w:p>
      <w:pPr>
        <w:jc w:val="right"/>
      </w:pPr>
      <w:r>
        <w:t>وائی؟ بیکاز دس، دس وی ار لیونگ ان ا سوسائٹی ویر ایوری ویر دیر ار پرووکیشنز۔</w:t>
      </w:r>
    </w:p>
    <w:p>
      <w:r>
        <w:rPr>
          <w:b/>
        </w:rPr>
        <w:t xml:space="preserve">[26:09] </w:t>
      </w:r>
      <w:r>
        <w:t>god made us free. god gave us freedom for test. so everyone has freedom, total freedom.</w:t>
      </w:r>
    </w:p>
    <w:p>
      <w:pPr>
        <w:jc w:val="right"/>
      </w:pPr>
      <w:r>
        <w:t>گاڈ میڈ اس فری۔ گاڈ گیو اس فریڈم فار ٹیسٹ۔ سو ایوری ون ہیز فریڈم، ٹوٹل فریڈم۔</w:t>
      </w:r>
    </w:p>
    <w:p>
      <w:r>
        <w:rPr>
          <w:b/>
        </w:rPr>
        <w:t xml:space="preserve">[26:21] </w:t>
      </w:r>
      <w:r>
        <w:t>so people misuse their freedom. this creates provocation. this creates unwanted situation for us.</w:t>
      </w:r>
    </w:p>
    <w:p>
      <w:pPr>
        <w:jc w:val="right"/>
      </w:pPr>
      <w:r>
        <w:t>سو پیپل مس یوز دیر فریڈم۔ دس کریٹس پرووکیشن۔ دس کریٹس ان واٹڈ سچویشن فار اس۔</w:t>
      </w:r>
    </w:p>
    <w:p>
      <w:r>
        <w:rPr>
          <w:b/>
        </w:rPr>
        <w:t xml:space="preserve">[26:31] </w:t>
      </w:r>
      <w:r>
        <w:t>so we are living in a society where every time there are some unwanted situation, some provocation. so we react negatively.</w:t>
      </w:r>
    </w:p>
    <w:p>
      <w:pPr>
        <w:jc w:val="right"/>
      </w:pPr>
      <w:r>
        <w:t>سو وی ار لیونگ ان ا سوسائٹی ویر ایوری ٹائم دیر ار سم ان واٹڈ سچویشن، سم پرووکیشن۔ سو وی ری ایکٹ نیگیٹیولی۔</w:t>
      </w:r>
    </w:p>
    <w:p>
      <w:r>
        <w:rPr>
          <w:b/>
        </w:rPr>
        <w:t xml:space="preserve">[26:42] </w:t>
      </w:r>
      <w:r>
        <w:t>it is this negative reaction that inculcate hate in your mind. so hate is not, not in the nature.</w:t>
      </w:r>
    </w:p>
    <w:p>
      <w:pPr>
        <w:jc w:val="right"/>
      </w:pPr>
      <w:r>
        <w:t>اٹ از دس نیگیٹیو ری ایکشن دیٹ انکلکیٹ ہیٹ ان یور مائنڈ۔ تو ہیٹ از ناٹ، ناٹ ان دا نیچر۔</w:t>
      </w:r>
    </w:p>
    <w:p>
      <w:r>
        <w:rPr>
          <w:b/>
        </w:rPr>
        <w:t xml:space="preserve">[26:54] </w:t>
      </w:r>
      <w:r>
        <w:t>hate is an acquired quality. so here is the test of spirituality. you have to adopt that kind of, kind of quality which may convert negativity into positivity.</w:t>
      </w:r>
    </w:p>
    <w:p>
      <w:pPr>
        <w:jc w:val="right"/>
      </w:pPr>
      <w:r>
        <w:t>ہیٹ از این ایکوائرڈ کوالٹی۔ سو ہیر از دا ٹیسٹ اف سپریچولیٹی۔ یو ہیو ٹو اڈاپٹ دیٹ کائنڈ اف، کائنڈ اف کوالٹی وچ می کنورٹ نیگیٹیوٹی انٹو پازیٹیوٹی۔</w:t>
      </w:r>
    </w:p>
    <w:p>
      <w:r>
        <w:rPr>
          <w:b/>
        </w:rPr>
        <w:t xml:space="preserve">[27:13] </w:t>
      </w:r>
      <w:r>
        <w:t>so god has given a demonstration in, in for example, in the, in the form of cow, c, c o w cow.</w:t>
      </w:r>
    </w:p>
    <w:p>
      <w:pPr>
        <w:jc w:val="right"/>
      </w:pPr>
      <w:r>
        <w:t>سو گاڈ ہیز گیون ا ڈیمونسٹریشن ان، ان فار ایگزیمپل، ان دا، ان دا فارم اف کاؤ، سی، سی او ڈبلیو کاؤ۔</w:t>
      </w:r>
    </w:p>
    <w:p>
      <w:r>
        <w:rPr>
          <w:b/>
        </w:rPr>
        <w:t xml:space="preserve">[27:24] </w:t>
      </w:r>
      <w:r>
        <w:t>god has created cow. what is cow? you know, cow eats grass and returns milk.</w:t>
      </w:r>
    </w:p>
    <w:p>
      <w:pPr>
        <w:jc w:val="right"/>
      </w:pPr>
      <w:r>
        <w:t>گاڈ ہیز کریٹڈ کاؤ۔ واٹ از کاؤ؟ یو نو، کاؤ ایٹس گراس اینڈ ریٹرن ملک۔</w:t>
      </w:r>
    </w:p>
    <w:p>
      <w:r>
        <w:rPr>
          <w:b/>
        </w:rPr>
        <w:t xml:space="preserve">[27:36] </w:t>
      </w:r>
      <w:r>
        <w:t>cow is an, cow is a divine industry. cow is a divine industry. able to convert grass into milk.</w:t>
      </w:r>
    </w:p>
    <w:p>
      <w:pPr>
        <w:jc w:val="right"/>
      </w:pPr>
      <w:r>
        <w:t>کاؤ از این، کاؤ از ا ڈیوائن انڈسٹری۔ کاؤ از ا ڈیوائن انڈسٹری۔ ایبل ٹو کنورٹ گراس انٹو ملک۔</w:t>
      </w:r>
    </w:p>
    <w:p>
      <w:r>
        <w:rPr>
          <w:b/>
        </w:rPr>
        <w:t xml:space="preserve">[27:46] </w:t>
      </w:r>
      <w:r>
        <w:t>in other words, cow is able to convert non milk into milk. this is cow culture. so god has created cow culture.</w:t>
      </w:r>
    </w:p>
    <w:p>
      <w:pPr>
        <w:jc w:val="right"/>
      </w:pPr>
      <w:r>
        <w:t>ان ادر ورڈز، کاؤ از ایبل ٹو کنورٹ نان ملک انٹو ملک۔ دس از کاؤ کلچر۔ تو گاڈ ہیو کریٹڈ کاؤ کلچر۔</w:t>
      </w:r>
    </w:p>
    <w:p>
      <w:r>
        <w:rPr>
          <w:b/>
        </w:rPr>
        <w:t xml:space="preserve">[27:57] </w:t>
      </w:r>
      <w:r>
        <w:t>and we have to imitate cow. this kind, we have to develop this kind of, of sub-consciousness.</w:t>
      </w:r>
    </w:p>
    <w:p>
      <w:pPr>
        <w:jc w:val="right"/>
      </w:pPr>
      <w:r>
        <w:t>اینڈ وی ہیو ٹو ایمیٹیٹ کاؤ۔ دس کائنڈ، وی ہیو ٹو ڈیولپ دس کائنڈ اف، اف سب کی سگسیٹی۔</w:t>
      </w:r>
    </w:p>
    <w:p>
      <w:r>
        <w:rPr>
          <w:b/>
        </w:rPr>
        <w:t xml:space="preserve">[28:07] </w:t>
      </w:r>
      <w:r>
        <w:t>how it is possible? it is possible through mind. there is a verse in the quran:</w:t>
      </w:r>
    </w:p>
    <w:p>
      <w:pPr>
        <w:jc w:val="right"/>
      </w:pPr>
      <w:r>
        <w:t>ہاؤ اٹ از پوسیبل؟ اٹ از پوسیبل تھرو مائنڈ۔ دیر از ا ورس ان دا قران:</w:t>
      </w:r>
    </w:p>
    <w:p>
      <w:r>
        <w:rPr>
          <w:b/>
        </w:rPr>
        <w:t xml:space="preserve">[28:17] </w:t>
      </w:r>
      <w:r>
        <w:t>it means that when they, when they, when they fail in some kind of negative thought, they are able to convert into positive thought.</w:t>
      </w:r>
    </w:p>
    <w:p>
      <w:pPr>
        <w:jc w:val="right"/>
      </w:pPr>
      <w:r>
        <w:t>اٹ مینز دیٹ وین دے، وین دے، وین دے فیل ان سم کائنڈ اف نیگیٹیو تھاٹ، دے ار ایبل ٹو کنورٹ انٹو پازیٹیو تھاٹ۔</w:t>
      </w:r>
    </w:p>
    <w:p>
      <w:r>
        <w:rPr>
          <w:b/>
        </w:rPr>
        <w:t xml:space="preserve">[28:33] </w:t>
      </w:r>
      <w:r>
        <w:t>you know, once a person came to the prophet of islam, he asked: "o prophet, give me a master advice by which i may be able to manage all the affairs of my life?" it was very interesting question.</w:t>
      </w:r>
    </w:p>
    <w:p>
      <w:pPr>
        <w:jc w:val="right"/>
      </w:pPr>
      <w:r>
        <w:t>یو نو، ونس ا پرسن کیم ٹو دا پرافٹ اف اسلام، ہی اسکڈ: "او پرافٹ، گیو می ا ماسٹر ایڈوائس بائے وچ ائی می بی ایبل ٹو مینج ال دا افیئرز اف مائی لائف؟" اٹ واز ویری انٹرسٹنگ کوسچن۔</w:t>
      </w:r>
    </w:p>
    <w:p>
      <w:r>
        <w:rPr>
          <w:b/>
        </w:rPr>
        <w:t xml:space="preserve">[28:54] </w:t>
      </w:r>
      <w:r>
        <w:t>he wanted a master key to manage his the affairs of life. prophet of islam said: "la taghzab, don't be angry,</w:t>
      </w:r>
    </w:p>
    <w:p>
      <w:pPr>
        <w:jc w:val="right"/>
      </w:pPr>
      <w:r>
        <w:t>ہی وانٹڈ ا ماسٹر کی ٹو مینج ہز دا افیئرز اف لائف۔ پرافٹ اف اسلام سیڈ: "لا تغضب، ڈونٹ بی اینگری،</w:t>
      </w:r>
    </w:p>
    <w:p>
      <w:r>
        <w:rPr>
          <w:b/>
        </w:rPr>
        <w:t xml:space="preserve">[29:09] </w:t>
      </w:r>
      <w:r>
        <w:t>don't be angry." it means don't be angry even when provoked. don't be angry even when provoked.</w:t>
      </w:r>
    </w:p>
    <w:p>
      <w:pPr>
        <w:jc w:val="right"/>
      </w:pPr>
      <w:r>
        <w:t>ڈونٹ بی اینگری۔" اٹ مینز ڈونٹ بی اینگری ایون وین پرووکڈ۔ ڈونٹ بی اینگری ایون وین پرووکڈ۔</w:t>
      </w:r>
    </w:p>
    <w:p>
      <w:r>
        <w:rPr>
          <w:b/>
        </w:rPr>
        <w:t xml:space="preserve">[29:20] </w:t>
      </w:r>
      <w:r>
        <w:t>so this is the true spirituality. christ said the same in this words: "love your enemy, love your enemy" means love all including your enemy.</w:t>
      </w:r>
    </w:p>
    <w:p>
      <w:pPr>
        <w:jc w:val="right"/>
      </w:pPr>
      <w:r>
        <w:t>سو دس از دا ٹرو سپریچولیٹی۔ کرائسٹ سیڈ دا سیم ان دس ورڈز: "لو یور اینمی، لو یور اینمی" مینز لو ال انکلوڈنگ یور اینمی۔</w:t>
      </w:r>
    </w:p>
    <w:p>
      <w:r>
        <w:rPr>
          <w:b/>
        </w:rPr>
        <w:t xml:space="preserve">[29:35] </w:t>
      </w:r>
      <w:r>
        <w:t>how it is, how this kind of ethics is possible? this love culture, how this culture is possible?</w:t>
      </w:r>
    </w:p>
    <w:p>
      <w:pPr>
        <w:jc w:val="right"/>
      </w:pPr>
      <w:r>
        <w:t>ہاؤ اٹ از، ہاؤ دس کائنڈ اف ایتھکس از پوسیبل؟ دس لو کلچر، ہاؤ دس کلچر از پوسیبل؟</w:t>
      </w:r>
    </w:p>
    <w:p>
      <w:r>
        <w:rPr>
          <w:b/>
        </w:rPr>
        <w:t xml:space="preserve">[29:44] </w:t>
      </w:r>
      <w:r>
        <w:t>it required, it required the quality of conversion, the same divine quality.</w:t>
      </w:r>
    </w:p>
    <w:p>
      <w:pPr>
        <w:jc w:val="right"/>
      </w:pPr>
      <w:r>
        <w:t>اٹ ریکوائرڈ، اٹ ریکوائرڈ دا کوالٹی اف کنورژن، دا سیم ڈیوائن کوالٹی۔</w:t>
      </w:r>
    </w:p>
    <w:p>
      <w:r>
        <w:rPr>
          <w:b/>
        </w:rPr>
        <w:t xml:space="preserve">[29:54] </w:t>
      </w:r>
      <w:r>
        <w:t>it required quality of conversion. you have to convert negativity into positivity. you have to convert anger into forgiveness.</w:t>
      </w:r>
    </w:p>
    <w:p>
      <w:pPr>
        <w:jc w:val="right"/>
      </w:pPr>
      <w:r>
        <w:t>اٹ ریکوائرڈ کوالٹی اف کنورژن۔ یو ہیو ٹو کنورٹ نیگیٹیوٹی انٹو پازیٹیوٹی۔ یو ہیو ٹو کنورٹ اینگر انٹو فارگیونس۔</w:t>
      </w:r>
    </w:p>
    <w:p>
      <w:r>
        <w:rPr>
          <w:b/>
        </w:rPr>
        <w:t xml:space="preserve">[30:05] </w:t>
      </w:r>
      <w:r>
        <w:t>you have to convert hate into love. this is required by you. god have give us enormous quality in term of mind.</w:t>
      </w:r>
    </w:p>
    <w:p>
      <w:pPr>
        <w:jc w:val="right"/>
      </w:pPr>
      <w:r>
        <w:t>یو ہیو ٹو کنورٹ ہیٹ انٹو لو۔ دس از ریکوائرڈ بائے یو۔ گاڈ ہیو گیو اس انارمس کوالٹی ان ٹرم اف مائنڈ۔</w:t>
      </w:r>
    </w:p>
    <w:p>
      <w:r>
        <w:rPr>
          <w:b/>
        </w:rPr>
        <w:t xml:space="preserve">[30:17] </w:t>
      </w:r>
      <w:r>
        <w:t>so you have to convert, you have to do this. so this is the test.</w:t>
      </w:r>
    </w:p>
    <w:p>
      <w:pPr>
        <w:jc w:val="right"/>
      </w:pPr>
      <w:r>
        <w:t>سو یو ہیو ٹو کنورٹ، یو ہیو ٹو ڈو دس۔ سو دس از دا ٹیسٹ۔</w:t>
      </w:r>
    </w:p>
    <w:p>
      <w:r>
        <w:rPr>
          <w:b/>
        </w:rPr>
        <w:t xml:space="preserve">[30:26] </w:t>
      </w:r>
      <w:r>
        <w:t>so spirituality is very much related to the creation plan of god. god created you and he settle you in this world and give us freedom.</w:t>
      </w:r>
    </w:p>
    <w:p>
      <w:pPr>
        <w:jc w:val="right"/>
      </w:pPr>
      <w:r>
        <w:t>سو سپریچولیٹی از ویری مچ ریلیٹڈ ٹو دا کریشن پلان اف گاڈ۔ گاڈ کریٹڈ یو اینڈ ہی سیٹل یو ان دس ورلڈ اینڈ گیو اس فریڈم۔</w:t>
      </w:r>
    </w:p>
    <w:p>
      <w:r>
        <w:rPr>
          <w:b/>
        </w:rPr>
        <w:t xml:space="preserve">[30:42] </w:t>
      </w:r>
      <w:r>
        <w:t>and when there is freedom, there is miss you the freedom also. so every time you will experience some kind of negativity.</w:t>
      </w:r>
    </w:p>
    <w:p>
      <w:pPr>
        <w:jc w:val="right"/>
      </w:pPr>
      <w:r>
        <w:t>اینڈ وین دیر از فریڈم، دیر از مس یو دا فریڈم السو۔ سو ایوری ٹائم یو ویل ایکسپیرینس سم کائنڈ اف نیگیٹیوٹی۔</w:t>
      </w:r>
    </w:p>
    <w:p>
      <w:r>
        <w:rPr>
          <w:b/>
        </w:rPr>
        <w:t xml:space="preserve">[30:53] </w:t>
      </w:r>
      <w:r>
        <w:t>Here is the test. You have to perform the same culture which is already performed by cow. You have to adopt the cow culture.</w:t>
      </w:r>
    </w:p>
    <w:p>
      <w:pPr>
        <w:jc w:val="right"/>
      </w:pPr>
      <w:r>
        <w:t>ہیر از دا ٹیسٹ۔ یو ہیو ٹو پرفارم دا سیم کلچر وچ از الریڈی پرفارم بائے کاؤ۔ یو ہیو ٹو اڈاپٹ دا کاؤ کلچر۔</w:t>
      </w:r>
    </w:p>
    <w:p>
      <w:r>
        <w:rPr>
          <w:b/>
        </w:rPr>
        <w:t xml:space="preserve">[31:04] </w:t>
      </w:r>
      <w:r>
        <w:t>that is you have the ability to turn non milk into milk. you have evolve, you have develop that kind of ability to convert negativity into positivity,</w:t>
      </w:r>
    </w:p>
    <w:p>
      <w:pPr>
        <w:jc w:val="right"/>
      </w:pPr>
      <w:r>
        <w:t>دیٹ از یو ہیو دا ایبیلیٹی ٹو ٹرن نان ملک انٹو ملک۔ یو ہیو ایوالو، یو ہیو ڈیولپ دیٹ کائنڈ اف ایبیلیٹی ٹو کنورٹ نیگیٹیوٹی انٹو پازیٹیوٹی،</w:t>
      </w:r>
    </w:p>
    <w:p>
      <w:r>
        <w:rPr>
          <w:b/>
        </w:rPr>
        <w:t xml:space="preserve">[31:19] </w:t>
      </w:r>
      <w:r>
        <w:t>to convert hate into love. this is the test. only those people can stand in this test who have the quality of spirituality.</w:t>
      </w:r>
    </w:p>
    <w:p>
      <w:pPr>
        <w:jc w:val="right"/>
      </w:pPr>
      <w:r>
        <w:t>ٹو کنورٹ ہیٹ انٹو لو۔ دس از دا ٹیسٹ۔ اونلی دوز پیپل کین اسٹینڈ ان دس ٹیسٹ ہو ہیو دا کوالٹی اف سپریچولیٹی۔</w:t>
      </w:r>
    </w:p>
    <w:p>
      <w:r>
        <w:rPr>
          <w:b/>
        </w:rPr>
        <w:t xml:space="preserve">[31:36] </w:t>
      </w:r>
      <w:r>
        <w:t>otherwise, it is not possible. god has given demonstration of all this things in this nature.</w:t>
      </w:r>
    </w:p>
    <w:p>
      <w:pPr>
        <w:jc w:val="right"/>
      </w:pPr>
      <w:r>
        <w:t>ادروائز، اٹ از ناٹ پوسیبل۔ گاڈ ہیز گیون ڈیمونسٹریشن اف ال دس تھنگز ان دس نیچر۔</w:t>
      </w:r>
    </w:p>
    <w:p>
      <w:r>
        <w:rPr>
          <w:b/>
        </w:rPr>
        <w:t xml:space="preserve">[31:45] </w:t>
      </w:r>
      <w:r>
        <w:t>you see, there is a rose plant. what is rose plant? in every branch of rose plant, you see a beautiful flower.</w:t>
      </w:r>
    </w:p>
    <w:p>
      <w:pPr>
        <w:jc w:val="right"/>
      </w:pPr>
      <w:r>
        <w:t>یو سی، دیر از ا روز پلانٹ۔ واٹ از روز پلانٹ؟ ان ایوری برانچ اف روز پلانٹ، یو سی ا بیوٹیفل فلاور۔</w:t>
      </w:r>
    </w:p>
    <w:p>
      <w:r>
        <w:rPr>
          <w:b/>
        </w:rPr>
        <w:t xml:space="preserve">[31:56] </w:t>
      </w:r>
      <w:r>
        <w:t>at the same time, there are thorns. at the same time, there are thorns. it means that rose plant is able to live.</w:t>
      </w:r>
    </w:p>
    <w:p>
      <w:pPr>
        <w:jc w:val="right"/>
      </w:pPr>
      <w:r>
        <w:t>ایٹ دا سیم ٹائم، دیر ار تھارنز۔ ایٹ دا سیم ٹائم، دیر ار تھارنز۔ اٹ مینز دیٹ روز پلانٹ از ایبل ٹو لیو۔</w:t>
      </w:r>
    </w:p>
    <w:p>
      <w:r>
        <w:rPr>
          <w:b/>
        </w:rPr>
        <w:t xml:space="preserve">[32:09] </w:t>
      </w:r>
      <w:r>
        <w:t>rose plant although has beautiful flowers, but it has the ability to live with thorns. so we have to prove this kind of culture, this kind of capacity, this kind of ability.</w:t>
      </w:r>
    </w:p>
    <w:p>
      <w:pPr>
        <w:jc w:val="right"/>
      </w:pPr>
      <w:r>
        <w:t>روز پلانٹ الدو ہیز بیوٹیفل فلاورز، بٹ اٹ ہیز دا ایبیلیٹی ٹو لیو ود تھارنز۔ سو وی ہیو ٹو پروف دس کائنڈ اف کلچر، دس کائنڈ اف کپیسٹی، دس کائنڈ اف ایبیلیٹی۔</w:t>
      </w:r>
    </w:p>
    <w:p>
      <w:r>
        <w:rPr>
          <w:b/>
        </w:rPr>
        <w:t xml:space="preserve">[32:24] </w:t>
      </w:r>
      <w:r>
        <w:t>if you are like a flower, if you are beautiful, you are very good in character, then you are a flower.</w:t>
      </w:r>
    </w:p>
    <w:p>
      <w:pPr>
        <w:jc w:val="right"/>
      </w:pPr>
      <w:r>
        <w:t>اف یو ار لائک ا فلاور، اف یو ار بیوٹیفل، یو ار ویری گڈ ان کریکٹر، دین یو ار ا فلاور۔</w:t>
      </w:r>
    </w:p>
    <w:p>
      <w:r>
        <w:rPr>
          <w:b/>
        </w:rPr>
        <w:t xml:space="preserve">[32:34] </w:t>
      </w:r>
      <w:r>
        <w:t>but you have to live with thorns. you are not allowed to react. don't go to reaction.</w:t>
      </w:r>
    </w:p>
    <w:p>
      <w:pPr>
        <w:jc w:val="right"/>
      </w:pPr>
      <w:r>
        <w:t>بٹ یو ہیو ٹو لیو ود تھارنز۔ یو ار ناٹ الاؤڈ ٹو ری ایکٹ۔ ڈونٹ گو ٹو ری ایکشن۔</w:t>
      </w:r>
    </w:p>
    <w:p>
      <w:r>
        <w:rPr>
          <w:b/>
        </w:rPr>
        <w:t xml:space="preserve">[32:44] </w:t>
      </w:r>
      <w:r>
        <w:t>so adopt the culture of rose plant. try to live with thorns, even you are a flower.</w:t>
      </w:r>
    </w:p>
    <w:p>
      <w:pPr>
        <w:jc w:val="right"/>
      </w:pPr>
      <w:r>
        <w:t>سو اڈاپٹ دا کلچر اف روز پلانٹ۔ ٹرائی ٹو لیو ود تھارنز، ایون یو ار ا فلاور۔</w:t>
      </w:r>
    </w:p>
    <w:p>
      <w:r>
        <w:rPr>
          <w:b/>
        </w:rPr>
        <w:t xml:space="preserve">[32:57] </w:t>
      </w:r>
      <w:r>
        <w:t>so this is the social spirituality. this is the social spirituality or applied spirituality. when you acquire the spirit of spirituality,</w:t>
      </w:r>
    </w:p>
    <w:p>
      <w:pPr>
        <w:jc w:val="right"/>
      </w:pPr>
      <w:r>
        <w:t>سو دس از دا سوشل سپریچولیٹی۔ دس از دا سوشل سپریچولیٹی اور اپلائیڈ سپریچولیٹی۔ وین یو ایکوائر دا اسپرٹ اف سپریچولیٹی،</w:t>
      </w:r>
    </w:p>
    <w:p>
      <w:r>
        <w:rPr>
          <w:b/>
        </w:rPr>
        <w:t xml:space="preserve">[33:12] </w:t>
      </w:r>
      <w:r>
        <w:t>when you enlighten your mind, you are a spiritual person. as an individual, you are a spiritual person.</w:t>
      </w:r>
    </w:p>
    <w:p>
      <w:pPr>
        <w:jc w:val="right"/>
      </w:pPr>
      <w:r>
        <w:t>وین یو انلائٹن یور مائنڈ، یو ار ا سپریچول پرسن۔ ایز این انڈیویجول، یو ار ا سپریچول پرسن۔</w:t>
      </w:r>
    </w:p>
    <w:p>
      <w:r>
        <w:rPr>
          <w:b/>
        </w:rPr>
        <w:t xml:space="preserve">[33:22] </w:t>
      </w:r>
      <w:r>
        <w:t>but you have to translate this quality into society in this way. you have to know the art of positive thinking.</w:t>
      </w:r>
    </w:p>
    <w:p>
      <w:pPr>
        <w:jc w:val="right"/>
      </w:pPr>
      <w:r>
        <w:t>بٹ یو ہیو ٹو ٹرانسلیٹ دس کوالٹی انٹو سوسائٹی ان دس وے۔ یو ہیو ٹو نو دا ارٹ اف پازیٹیو تھنکنگ۔</w:t>
      </w:r>
    </w:p>
    <w:p>
      <w:r>
        <w:rPr>
          <w:b/>
        </w:rPr>
        <w:t xml:space="preserve">[33:33] </w:t>
      </w:r>
      <w:r>
        <w:t>you have to know the art of conversion. you have to know the art of forgiveness. you have to know the art of tolerance.</w:t>
      </w:r>
    </w:p>
    <w:p>
      <w:pPr>
        <w:jc w:val="right"/>
      </w:pPr>
      <w:r>
        <w:t>یو ہیو ٹو نو دا ارٹ اف کنورژن۔ یو ہیو ٹو نو دا ارٹ اف فارگیونس۔ یو ہیو ٹو نو دا ارٹ اف ٹولرنس۔</w:t>
      </w:r>
    </w:p>
    <w:p>
      <w:r>
        <w:rPr>
          <w:b/>
        </w:rPr>
        <w:t xml:space="preserve">[33:44] </w:t>
      </w:r>
      <w:r>
        <w:t>you have to know the art of living in peace. you know, what is the name of paradise according to the quran?</w:t>
      </w:r>
    </w:p>
    <w:p>
      <w:pPr>
        <w:jc w:val="right"/>
      </w:pPr>
      <w:r>
        <w:t>یو ہیو ٹو نو دا ارٹ اف لیونگ ان پیس۔ یو نو، واٹ از دا نیم اف پیراڈائز اکارڈنگ ٹو دا قران؟</w:t>
      </w:r>
    </w:p>
    <w:p>
      <w:r>
        <w:rPr>
          <w:b/>
        </w:rPr>
        <w:t xml:space="preserve">[33:56] </w:t>
      </w:r>
      <w:r>
        <w:t>da nim of paradise is peace of home, home of peace. there is a verse in the quran:</w:t>
      </w:r>
    </w:p>
    <w:p>
      <w:pPr>
        <w:jc w:val="right"/>
      </w:pPr>
      <w:r>
        <w:t>دا نیم اف پیراڈائز از پیس اف ہوم، ہوم اف پیس۔ دیر از ا ورس ان دا قران:</w:t>
      </w:r>
    </w:p>
    <w:p>
      <w:r>
        <w:rPr>
          <w:b/>
        </w:rPr>
        <w:t xml:space="preserve">[34:09] </w:t>
      </w:r>
      <w:r>
        <w:t>"wallahiyad'u ila daris-salam" . this is a quranic verse. and god calls to the home of peace.</w:t>
      </w:r>
    </w:p>
    <w:p>
      <w:pPr>
        <w:jc w:val="right"/>
      </w:pPr>
      <w:r>
        <w:t>"واللہیدعو الی دار السلام"۔ دس از ا قرانک ورس۔ اینڈ گاڈ کالز ٹو دا ہوم اف پیس۔</w:t>
      </w:r>
    </w:p>
    <w:p>
      <w:r>
        <w:rPr>
          <w:b/>
        </w:rPr>
        <w:t xml:space="preserve">[34:20] </w:t>
      </w:r>
      <w:r>
        <w:t>here home of peace means paradise. so the best word given for paradise is home of peace.</w:t>
      </w:r>
    </w:p>
    <w:p>
      <w:pPr>
        <w:jc w:val="right"/>
      </w:pPr>
      <w:r>
        <w:t>ہیر ہوم اف پیس مینز پیراڈائز۔ سو دا بیسٹ ورڈ گیون فار پیراڈائز از ہوم اف پیس۔</w:t>
      </w:r>
    </w:p>
    <w:p>
      <w:r>
        <w:rPr>
          <w:b/>
        </w:rPr>
        <w:t xml:space="preserve">[34:32] </w:t>
      </w:r>
      <w:r>
        <w:t>so you have to live in peace here. otherwise, you are not able to live to find entry into paradise. god wants those people who able to live as a peaceful member of society,</w:t>
      </w:r>
    </w:p>
    <w:p>
      <w:pPr>
        <w:jc w:val="right"/>
      </w:pPr>
      <w:r>
        <w:t>سو یو ہیو ٹو لیو ان پیس ہیر۔ ادروائز، یو ار ناٹ ایبل ٹو لیو ٹو فائنڈ انٹری انٹو پیراڈائز۔ گاڈ وانٹس دوز پیپل ہو ایبل ٹو لیو ایز ا پیس فل ممبر اف سوسائٹی،</w:t>
      </w:r>
    </w:p>
    <w:p>
      <w:r>
        <w:rPr>
          <w:b/>
        </w:rPr>
        <w:t xml:space="preserve">[34:47] </w:t>
      </w:r>
      <w:r>
        <w:t>as a tolerant member of society. those who prove this ability in this world, they will find place in paradise.</w:t>
      </w:r>
    </w:p>
    <w:p>
      <w:pPr>
        <w:jc w:val="right"/>
      </w:pPr>
      <w:r>
        <w:t>ایز ا ٹولرنٹ ممبر اف سوسائٹی۔ دوز ہو پروف دس ایبیلیٹی ان دس ورلڈ، دے ویل فائنڈ پلیس ان پیراڈائز۔</w:t>
      </w:r>
    </w:p>
    <w:p>
      <w:r>
        <w:rPr>
          <w:b/>
        </w:rPr>
        <w:t xml:space="preserve">[34:58] </w:t>
      </w:r>
      <w:r>
        <w:t>otherwise, not.</w:t>
      </w:r>
    </w:p>
    <w:p>
      <w:pPr>
        <w:jc w:val="right"/>
      </w:pPr>
      <w:r>
        <w:t>ادروائز، ناٹ۔</w:t>
      </w:r>
    </w:p>
    <w:p>
      <w:r>
        <w:rPr>
          <w:b/>
        </w:rPr>
        <w:t xml:space="preserve">[35:03] </w:t>
      </w:r>
      <w:r>
        <w:t>this is the best definition of the profit of the paradise. then there is a very relevant verse in the quran:</w:t>
      </w:r>
    </w:p>
    <w:p>
      <w:pPr>
        <w:jc w:val="right"/>
      </w:pPr>
      <w:r>
        <w:t>دس از دا بیسٹ ڈیفینیشن اف دا پرافٹ اف دا پیراڈائز۔ دین دیر از ا ویری ریلیونٹ ورس ان دا قران:</w:t>
      </w:r>
    </w:p>
    <w:p>
      <w:r>
        <w:rPr>
          <w:b/>
        </w:rPr>
        <w:t xml:space="preserve">[35:17] </w:t>
      </w:r>
      <w:r>
        <w:t>"rabbil-bayt al-jannah" . it means that paradise is living in the neighborhood of god.</w:t>
      </w:r>
    </w:p>
    <w:p>
      <w:pPr>
        <w:jc w:val="right"/>
      </w:pPr>
      <w:r>
        <w:t>"ربلی بیت الجنہ"۔ اٹ مینز دیٹ پیراڈائز از لیونگ ان دا نیبرہوڈ اف گاڈ۔</w:t>
      </w:r>
    </w:p>
    <w:p>
      <w:r>
        <w:rPr>
          <w:b/>
        </w:rPr>
        <w:t xml:space="preserve">[35:28] </w:t>
      </w:r>
      <w:r>
        <w:t>those who were selected for paradise, will be able to live in the neighborhood of god. so we have to inculcate divine culture in our personality, divine character in our personality.</w:t>
      </w:r>
    </w:p>
    <w:p>
      <w:pPr>
        <w:jc w:val="right"/>
      </w:pPr>
      <w:r>
        <w:t>دوز ہو ویر سلیکٹڈ فار پیراڈائز، ویل بی ایبل ٹو لیو ان دا نیبرہوڈ اف گاڈ۔ سو وی ہیو ٹو انکلکیٹ ڈیوائن کلچر ان اور پرسنیلٹی، ڈیوائن کریکٹر ان اور پرسنیلٹی۔</w:t>
      </w:r>
    </w:p>
    <w:p>
      <w:r>
        <w:rPr>
          <w:b/>
        </w:rPr>
        <w:t xml:space="preserve">[35:44] </w:t>
      </w:r>
      <w:r>
        <w:t>there is a hadith: "takhallaqu bi akhlaqillah" . "takhallaqu bi akhlaqillah" means adopt divine character.</w:t>
      </w:r>
    </w:p>
    <w:p>
      <w:pPr>
        <w:jc w:val="right"/>
      </w:pPr>
      <w:r>
        <w:t>دیر از ا حدیث: "تخلق باخلاق اللہ"۔ "تخلق باخلاق اللہ" مینز اڈاپٹ ڈیوائن کریکٹر۔</w:t>
      </w:r>
    </w:p>
    <w:p>
      <w:r>
        <w:rPr>
          <w:b/>
        </w:rPr>
        <w:t xml:space="preserve">[35:56] </w:t>
      </w:r>
      <w:r>
        <w:t>this is a hadith: "takhallaqu bi akhlaqillah" . adopt divine character. it means that if we want to live in the neighborhood of god, you have to adopt divine character.</w:t>
      </w:r>
    </w:p>
    <w:p>
      <w:pPr>
        <w:jc w:val="right"/>
      </w:pPr>
      <w:r>
        <w:t>دس از ا حدیث: "تخلق باخلاق اللہ"۔ اڈاپٹ ڈیوائن کریکٹر۔ اٹ مینز دیٹ اف وی وانٹ ٹو لیو ان دا نیبرہوڈ اف گاڈ، یو ہیو ٹو اڈاپٹ ڈیوائن کریکٹر۔</w:t>
      </w:r>
    </w:p>
    <w:p>
      <w:r>
        <w:rPr>
          <w:b/>
        </w:rPr>
        <w:t xml:space="preserve">[36:12] </w:t>
      </w:r>
      <w:r>
        <w:t>very very clear, very very clear. if we want to live in the neighborhood of god, in the post death period, you have to adopt divine character in this world.</w:t>
      </w:r>
    </w:p>
    <w:p>
      <w:pPr>
        <w:jc w:val="right"/>
      </w:pPr>
      <w:r>
        <w:t>ویری ویری کلیئر، ویری ویری کلیئر۔ اف وی وانٹ ٹو لیو ان دا نیبرہوڈ اف گاڈ، ان دا پوسٹ ڈیتھ پیریڈ، یو ہیو ٹو اڈاپٹ ڈیوائن کریکٹر ان دس ورلڈ۔</w:t>
      </w:r>
    </w:p>
    <w:p>
      <w:r>
        <w:rPr>
          <w:b/>
        </w:rPr>
        <w:t xml:space="preserve">[36:29] </w:t>
      </w:r>
      <w:r>
        <w:t>and what is divine character? there is spiritual character. both are one and the same. divine character is spiritual character.</w:t>
      </w:r>
    </w:p>
    <w:p>
      <w:pPr>
        <w:jc w:val="right"/>
      </w:pPr>
      <w:r>
        <w:t>اینڈ واٹ از ڈیوائن کریکٹر؟ دیر از سپریچول کریکٹر۔ بوتھ ار ون اینڈ دا سیم۔ ڈیوائن کریکٹر از سپریچول کریکٹر۔</w:t>
      </w:r>
    </w:p>
    <w:p>
      <w:r>
        <w:rPr>
          <w:b/>
        </w:rPr>
        <w:t xml:space="preserve">[36:44] </w:t>
      </w:r>
      <w:r>
        <w:t>spiritual in speech, spiritual in thinking, spiritual in feeling, spiritual in behavior, spiritual in everything.</w:t>
      </w:r>
    </w:p>
    <w:p>
      <w:pPr>
        <w:jc w:val="right"/>
      </w:pPr>
      <w:r>
        <w:t>سپریچول ان سپیچ، سپریچول ان تھنکنگ، سپریچول ان فیلنگ، سپریچول ان بیہیویئر، سپریچول ان ایوری تھنگ۔</w:t>
      </w:r>
    </w:p>
    <w:p>
      <w:r>
        <w:rPr>
          <w:b/>
        </w:rPr>
        <w:t xml:space="preserve">[36:59] </w:t>
      </w:r>
      <w:r>
        <w:t>so you have to prove yourself that you were able to live in peace in spirituality. then you will be able to live in paradise.</w:t>
      </w:r>
    </w:p>
    <w:p>
      <w:pPr>
        <w:jc w:val="right"/>
      </w:pPr>
      <w:r>
        <w:t>سو یو ہیو ٹو پروف یور سیلف دیٹ یو ویر ایبل ٹو لیو ان پیس ان سپریچولیٹی۔ دین یو ویل بی ایبل ٹو لیو ان پیراڈائز۔</w:t>
      </w:r>
    </w:p>
    <w:p>
      <w:r>
        <w:rPr>
          <w:b/>
        </w:rPr>
        <w:t xml:space="preserve">[37:11] </w:t>
      </w:r>
      <w:r>
        <w:t>otherwise, not. "takhallaqu bi akhlaqillah" .</w:t>
      </w:r>
    </w:p>
    <w:p>
      <w:pPr>
        <w:jc w:val="right"/>
      </w:pPr>
      <w:r>
        <w:t>ادروائز، ناٹ۔ "تخلق باخلاق اللہ"۔</w:t>
      </w:r>
    </w:p>
    <w:p>
      <w:r>
        <w:rPr>
          <w:b/>
        </w:rPr>
        <w:t xml:space="preserve">[37:19] </w:t>
      </w:r>
      <w:r>
        <w:t>so those who discover god, they who are those person who discover god.</w:t>
      </w:r>
    </w:p>
    <w:p>
      <w:pPr>
        <w:jc w:val="right"/>
      </w:pPr>
      <w:r>
        <w:t>سو دوز ہو ڈسکور گاڈ، دے ہو ار دوز پرسن ہو ڈسکور گاڈ۔</w:t>
      </w:r>
    </w:p>
    <w:p>
      <w:r>
        <w:rPr>
          <w:b/>
        </w:rPr>
        <w:t xml:space="preserve">[37:34] </w:t>
      </w:r>
      <w:r>
        <w:t>those who have spirituality, those who are spiritual persons. so spirituality means to discover god.</w:t>
      </w:r>
    </w:p>
    <w:p>
      <w:pPr>
        <w:jc w:val="right"/>
      </w:pPr>
      <w:r>
        <w:t>دوز ہو ہیو سپریچولیٹی، دوز ہو ار سپریچول پرسنز۔ سو سپریچولیٹی مینز ٹو ڈسکور گاڈ۔</w:t>
      </w:r>
    </w:p>
    <w:p>
      <w:r>
        <w:rPr>
          <w:b/>
        </w:rPr>
        <w:t xml:space="preserve">[37:47] </w:t>
      </w:r>
      <w:r>
        <w:t>as i have said earlier that the equivalent of tasawwuf is ar-rabbaniyah in the quran. ar-rabbaniyah means rabb oriented life.</w:t>
      </w:r>
    </w:p>
    <w:p>
      <w:pPr>
        <w:jc w:val="right"/>
      </w:pPr>
      <w:r>
        <w:t>ایز ائی ہیو سیڈ ارلیئر دیٹ دا ایکولنٹ اف تصوف از الربانیہ ان دا قران۔ الربانیہ مینز رب اورینٹڈ لائف۔</w:t>
      </w:r>
    </w:p>
    <w:p>
      <w:r>
        <w:rPr>
          <w:b/>
        </w:rPr>
        <w:t xml:space="preserve">[38:01] </w:t>
      </w:r>
      <w:r>
        <w:t>kon rabbaniyin? adopt rabb oriented life. ar-rabbaniyah means adopt rabb oriented life or adopt god oriented life.</w:t>
      </w:r>
    </w:p>
    <w:p>
      <w:pPr>
        <w:jc w:val="right"/>
      </w:pPr>
      <w:r>
        <w:t>کون ربانین؟ اڈاپٹ رب اورینٹڈ لائف۔ الربانیہ مینز اڈاپٹ رب اورینٹڈ لائف اور اڈاپٹ گاڈ اورینٹڈ لائف۔</w:t>
      </w:r>
    </w:p>
    <w:p>
      <w:r>
        <w:rPr>
          <w:b/>
        </w:rPr>
        <w:t xml:space="preserve">[38:13] </w:t>
      </w:r>
      <w:r>
        <w:t>this is the gist of the spirituality in islam. rabb oriented life, rabb oriented speech, rabb oriented thinking, rabb oriented behavior, rabb oriented character.</w:t>
      </w:r>
    </w:p>
    <w:p>
      <w:pPr>
        <w:jc w:val="right"/>
      </w:pPr>
      <w:r>
        <w:t>دس از دا جسٹ اف دا سپریچولیٹی ان اسلام۔ رب اورینٹڈ لائف، رب اورینٹڈ سپیچ، رب اورینٹڈ تھنکنگ، رب اورینٹڈ بیہیویئر، رب اورینٹڈ کریکٹر۔</w:t>
      </w:r>
    </w:p>
    <w:p>
      <w:r>
        <w:rPr>
          <w:b/>
        </w:rPr>
        <w:t xml:space="preserve">[38:28] </w:t>
      </w:r>
      <w:r>
        <w:t>this is the crux of spirituality in islam.</w:t>
      </w:r>
    </w:p>
    <w:p>
      <w:pPr>
        <w:jc w:val="right"/>
      </w:pPr>
      <w:r>
        <w:t>دس از دا کرکس اف سپریچولیٹی ان اسلام۔</w:t>
      </w:r>
    </w:p>
    <w:p>
      <w:r>
        <w:rPr>
          <w:b/>
        </w:rPr>
        <w:t xml:space="preserve">[38:34] </w:t>
      </w:r>
      <w:r>
        <w:t>so islamic spirituality is based in rabb, in god. one american author has rightly said that the greatest concern of islam is allah.</w:t>
      </w:r>
    </w:p>
    <w:p>
      <w:pPr>
        <w:jc w:val="right"/>
      </w:pPr>
      <w:r>
        <w:t>سو اسلامک سپریچولیٹی از بیسڈ ان رب، ان گاڈ۔ ون امریکن اتھر ہیز رائٹلی سیڈ دیٹ دا گریٹسٹ کنسرن اف اسلام از اللہ۔</w:t>
      </w:r>
    </w:p>
    <w:p>
      <w:r>
        <w:rPr>
          <w:b/>
        </w:rPr>
        <w:t xml:space="preserve">[38:50] </w:t>
      </w:r>
      <w:r>
        <w:t>one american author studied islam in detail. then he says that after my detailed study, i found that the greatest concern of islam is allah.</w:t>
      </w:r>
    </w:p>
    <w:p>
      <w:pPr>
        <w:jc w:val="right"/>
      </w:pPr>
      <w:r>
        <w:t>ون امریکن اتھر اسٹڈی اسلام ان ڈیٹیل۔ دین ہی سیز دیٹ افٹر مائی ڈیٹیلڈ اسٹڈی، ائی فاؤنڈ دیٹ دا گریٹسٹ کنسرن اف اسلام از اللہ۔</w:t>
      </w:r>
    </w:p>
    <w:p>
      <w:r>
        <w:rPr>
          <w:b/>
        </w:rPr>
        <w:t xml:space="preserve">[39:09] </w:t>
      </w:r>
      <w:r>
        <w:t>in other words, the islamic spirituality is based in the concept of allah. god based spirituality or rabb based spirituality.</w:t>
      </w:r>
    </w:p>
    <w:p>
      <w:pPr>
        <w:jc w:val="right"/>
      </w:pPr>
      <w:r>
        <w:t>ان ادر ورڈز، دا اسلامک سپریچولیٹی از بیسڈ ان دا کانسیپٹ اف اللہ۔ گاڈ بیسڈ سپریچولیٹی اور رب بیسڈ سپریچولیٹی۔</w:t>
      </w:r>
    </w:p>
    <w:p>
      <w:r>
        <w:rPr>
          <w:b/>
        </w:rPr>
        <w:t xml:space="preserve">[39:19] </w:t>
      </w:r>
      <w:r>
        <w:t>das is islamic spirituality. why islam gives so much importance in the concept of god? god is the only source of inspiration according to islamic concept.</w:t>
      </w:r>
    </w:p>
    <w:p>
      <w:pPr>
        <w:jc w:val="right"/>
      </w:pPr>
      <w:r>
        <w:t>دس از اسلامک سپریچولیٹی۔ وائی اسلام گیوز سو مچ امپورٹنس ان دا کانسیپٹ اف گاڈ؟ گاڈ از دا اونلی سورس اف انسپریشن اکارڈنگ ٹو اسلامک کانسیپٹ۔</w:t>
      </w:r>
    </w:p>
    <w:p>
      <w:r>
        <w:rPr>
          <w:b/>
        </w:rPr>
        <w:t xml:space="preserve">[39:33] </w:t>
      </w:r>
      <w:r>
        <w:t>der is no</w:t>
      </w:r>
    </w:p>
    <w:p>
      <w:pPr>
        <w:jc w:val="right"/>
      </w:pPr>
      <w:r>
        <w:t>دیر از نو</w:t>
      </w:r>
    </w:p>
    <w:p>
      <w:r>
        <w:rPr>
          <w:b/>
        </w:rPr>
        <w:t xml:space="preserve">[39:37] </w:t>
      </w:r>
      <w:r>
        <w:t>treasure here in our heart. treasure is in the in with god. god is the treasure, not our heart.</w:t>
      </w:r>
    </w:p>
    <w:p>
      <w:pPr>
        <w:jc w:val="right"/>
      </w:pPr>
      <w:r>
        <w:t>ٹریژر ہیر ان اور ہارٹ۔ ٹریژر از ان دا ان ود گاڈ۔ گاڈ از دا ٹریژر، ناٹ اور ہارٹ۔</w:t>
      </w:r>
    </w:p>
    <w:p>
      <w:r>
        <w:rPr>
          <w:b/>
        </w:rPr>
        <w:t xml:space="preserve">[39:49] </w:t>
      </w:r>
      <w:r>
        <w:t>we are simply recipient. god is the gavi, god is the giver. we are the receiver.</w:t>
      </w:r>
    </w:p>
    <w:p>
      <w:pPr>
        <w:jc w:val="right"/>
      </w:pPr>
      <w:r>
        <w:t>وی ار سمپلی ریسیپینٹ۔ گاڈ از دا گیوی، گاڈ از دا گیور۔ وی ار دا ریسیور۔</w:t>
      </w:r>
    </w:p>
    <w:p>
      <w:r>
        <w:rPr>
          <w:b/>
        </w:rPr>
        <w:t xml:space="preserve">[40:00] </w:t>
      </w:r>
      <w:r>
        <w:t>we have no treasure. i don't believe that we have a hidden treasure here in this heart. no such treasure.</w:t>
      </w:r>
    </w:p>
    <w:p>
      <w:pPr>
        <w:jc w:val="right"/>
      </w:pPr>
      <w:r>
        <w:t>وی ہیو نو ٹریژر۔ ائی ڈونٹ بیلیو دیٹ وی ہیو ا ہڈن ٹریژر ہیر ان دس ہارٹ۔ نو سچ ٹریژر۔</w:t>
      </w:r>
    </w:p>
    <w:p>
      <w:r>
        <w:rPr>
          <w:b/>
        </w:rPr>
        <w:t xml:space="preserve">[40:12] </w:t>
      </w:r>
      <w:r>
        <w:t>god is giver and we are receiver. this is the best expression of spirituality in islam. here i would like to narrate a story from budha.</w:t>
      </w:r>
    </w:p>
    <w:p>
      <w:pPr>
        <w:jc w:val="right"/>
      </w:pPr>
      <w:r>
        <w:t>گاڈ از گیور اینڈ وی ار ریسیور۔ دس از دا بیسٹ ایکسپریشن اف سپریچولیٹی ان اسلام۔ ہیر ائی وڈ لائک ٹو نیریٹ ا سٹوری فرام بدھا۔</w:t>
      </w:r>
    </w:p>
    <w:p>
      <w:r>
        <w:rPr>
          <w:b/>
        </w:rPr>
        <w:t xml:space="preserve">[40:25] </w:t>
      </w:r>
      <w:r>
        <w:t>you know, budha was a great soul. some people believe that he was a prophet. so what happen?</w:t>
      </w:r>
    </w:p>
    <w:p>
      <w:pPr>
        <w:jc w:val="right"/>
      </w:pPr>
      <w:r>
        <w:t>یو نو، بدھا واز ا گریٹ سول۔ سم پیپل بیلیو دیٹ ہی واز ا پرافٹ۔ سو واٹ ہیپن؟</w:t>
      </w:r>
    </w:p>
    <w:p>
      <w:r>
        <w:rPr>
          <w:b/>
        </w:rPr>
        <w:t xml:space="preserve">[40:37] </w:t>
      </w:r>
      <w:r>
        <w:t>There was a milkman at that time. He invited Buddha at his home.</w:t>
      </w:r>
    </w:p>
    <w:p>
      <w:pPr>
        <w:jc w:val="right"/>
      </w:pPr>
      <w:r>
        <w:t>دیر واز ا ملک بائن ایٹ دیٹ ٹائم۔ ہی انوائٹڈ بدھا ایٹ ہز ہوم۔</w:t>
      </w:r>
    </w:p>
    <w:p>
      <w:r>
        <w:rPr>
          <w:b/>
        </w:rPr>
        <w:t xml:space="preserve">[40:46] </w:t>
      </w:r>
      <w:r>
        <w:t>He said that please come to our home and I will give you a fresh milk. I am a milkman and please give me some gyan.</w:t>
      </w:r>
    </w:p>
    <w:p>
      <w:pPr>
        <w:jc w:val="right"/>
      </w:pPr>
      <w:r>
        <w:t>ہی سیڈ دیٹ پلیز کم ٹو اور ہوم اینڈ ائی ویل گیو یو ا فریش ملک۔ ائی ایم ا ملک مین اینڈ پلیز گیو می سم گیان۔</w:t>
      </w:r>
    </w:p>
    <w:p>
      <w:r>
        <w:rPr>
          <w:b/>
        </w:rPr>
        <w:t xml:space="preserve">[40:56] </w:t>
      </w:r>
      <w:r>
        <w:t>gyan that is knowledge, wisdom. So Buddha went to his house and he that milkman said that please take a pot.</w:t>
      </w:r>
    </w:p>
    <w:p>
      <w:pPr>
        <w:jc w:val="right"/>
      </w:pPr>
      <w:r>
        <w:t>گیان دیٹ از نالج، وزڈم۔ سو بدھا وینٹ ٹو ہز ہاؤس اینڈ ہی دیٹ ملک مین سیڈ دیٹ پلیز ٹیک ا پوٹ۔</w:t>
      </w:r>
    </w:p>
    <w:p>
      <w:r>
        <w:rPr>
          <w:b/>
        </w:rPr>
        <w:t xml:space="preserve">[41:12] </w:t>
      </w:r>
      <w:r>
        <w:t>so Buddha went to his house with a pot, but intentionally he put some some some clay in that pot.</w:t>
      </w:r>
    </w:p>
    <w:p>
      <w:pPr>
        <w:jc w:val="right"/>
      </w:pPr>
      <w:r>
        <w:t>سو بدھا وینٹ ٹو ہز ہاؤس ود ا پوٹ، بٹ انٹینشنلی ہی پٹ سم سم سم کلی ان دیٹ پوٹ۔</w:t>
      </w:r>
    </w:p>
    <w:p>
      <w:r>
        <w:rPr>
          <w:b/>
        </w:rPr>
        <w:t xml:space="preserve">[41:24] </w:t>
      </w:r>
      <w:r>
        <w:t>So by inside, this pot was not clean. So when Buddha reached to the house of that milkman, he gave this pot to that milkman.</w:t>
      </w:r>
    </w:p>
    <w:p>
      <w:pPr>
        <w:jc w:val="right"/>
      </w:pPr>
      <w:r>
        <w:t>سو بائی ان سائیڈ، دس پوٹ واز ناٹ کلین۔ سو وین بدھا ریچ ٹو دا ہاؤس اف دیٹ ملک مین، ہی گیو دس پوٹ ٹو دیٹ ملک مین۔</w:t>
      </w:r>
    </w:p>
    <w:p>
      <w:r>
        <w:rPr>
          <w:b/>
        </w:rPr>
        <w:t xml:space="preserve">[41:38] </w:t>
      </w:r>
      <w:r>
        <w:t>When milkman saw that inside that pot, there is some dirt. It is not very clean. So first of all, he he purified it with water.</w:t>
      </w:r>
    </w:p>
    <w:p>
      <w:pPr>
        <w:jc w:val="right"/>
      </w:pPr>
      <w:r>
        <w:t>وین ملک مین سا دیٹ ان سائیڈ دیٹ پوٹ، دیر از سم ڈرٹ۔ از ناٹ ویری کلین۔ سو فرسٹ اف ال، ہی ہی پیوریفائیڈ اٹ ود واٹر۔</w:t>
      </w:r>
    </w:p>
    <w:p>
      <w:r>
        <w:rPr>
          <w:b/>
        </w:rPr>
        <w:t xml:space="preserve">[41:50] </w:t>
      </w:r>
      <w:r>
        <w:t>after purifying that pot, he put some milk, some fresh milk and gave to budha as a gift. then budha took that pot and went away.</w:t>
      </w:r>
    </w:p>
    <w:p>
      <w:pPr>
        <w:jc w:val="right"/>
      </w:pPr>
      <w:r>
        <w:t>افٹر پیوریفائنگ دیٹ پوٹ، ہی پٹ سم ملک، سم فریش ملک اینڈ گیو ٹو بدھا ایز ا گفٹ۔ دین بدھا ٹک دیٹ پوٹ اینڈ وینٹ اوے۔</w:t>
      </w:r>
    </w:p>
    <w:p>
      <w:r>
        <w:rPr>
          <w:b/>
        </w:rPr>
        <w:t xml:space="preserve">[42:06] </w:t>
      </w:r>
      <w:r>
        <w:t>so milkman shouted, "O guru, you are you are going without giving me gyan.</w:t>
      </w:r>
    </w:p>
    <w:p>
      <w:pPr>
        <w:jc w:val="right"/>
      </w:pPr>
      <w:r>
        <w:t>سو ملک مین شاؤٹڈ، "او گرو، یو ار یو ار گوئنگ وداؤٹ گیونگ می گیان۔</w:t>
      </w:r>
    </w:p>
    <w:p>
      <w:r>
        <w:rPr>
          <w:b/>
        </w:rPr>
        <w:t xml:space="preserve">[42:17] </w:t>
      </w:r>
      <w:r>
        <w:t>you are giving me</w:t>
      </w:r>
    </w:p>
    <w:p>
      <w:pPr>
        <w:jc w:val="right"/>
      </w:pPr>
      <w:r>
        <w:t>یو ار گیونگ می</w:t>
      </w:r>
    </w:p>
    <w:p>
      <w:r>
        <w:rPr>
          <w:b/>
        </w:rPr>
        <w:t xml:space="preserve">[42:22] </w:t>
      </w:r>
      <w:r>
        <w:t>knowledge." so Buddha said, "I give you, I already give you." He said, "How?" He said that, "You know, in the pot there was some dirt.</w:t>
      </w:r>
    </w:p>
    <w:p>
      <w:pPr>
        <w:jc w:val="right"/>
      </w:pPr>
      <w:r>
        <w:t>نالج۔" سو بدھا سیڈ، "ائی گیو یو، ائی الریڈی گیو یو۔" ہی سیڈ، "ہاؤ؟" ہی سیڈ دیٹ، "یو نو، ان دا پوٹ دیر واز سم ڈرٹ۔</w:t>
      </w:r>
    </w:p>
    <w:p>
      <w:r>
        <w:rPr>
          <w:b/>
        </w:rPr>
        <w:t xml:space="preserve">[42:36] </w:t>
      </w:r>
      <w:r>
        <w:t>it was not clean. So you you you you first of you you you purified that that pot from inside.</w:t>
      </w:r>
    </w:p>
    <w:p>
      <w:pPr>
        <w:jc w:val="right"/>
      </w:pPr>
      <w:r>
        <w:t>اٹ واز ناٹ کلین۔ سو یو یو یو یو فرسٹ اف یو یو یو پیوریفائیڈ دیٹ دیٹ پوٹ فرام ان سائیڈ۔</w:t>
      </w:r>
    </w:p>
    <w:p>
      <w:r>
        <w:rPr>
          <w:b/>
        </w:rPr>
        <w:t xml:space="preserve">[42:50] </w:t>
      </w:r>
      <w:r>
        <w:t>after purifying, you put milk in that pot. so is the case of your case is like this.</w:t>
      </w:r>
    </w:p>
    <w:p>
      <w:pPr>
        <w:jc w:val="right"/>
      </w:pPr>
      <w:r>
        <w:t>افٹر پیوریفائنگ، یو پٹ ملک ان دیٹ پوٹ۔ سو از دا کیس اف یور کیس از لائک دس۔</w:t>
      </w:r>
    </w:p>
    <w:p>
      <w:r>
        <w:rPr>
          <w:b/>
        </w:rPr>
        <w:t xml:space="preserve">[43:02] </w:t>
      </w:r>
      <w:r>
        <w:t>your container is not clean. this container was not clean. so you were not ready to put fresh milk in this container.</w:t>
      </w:r>
    </w:p>
    <w:p>
      <w:pPr>
        <w:jc w:val="right"/>
      </w:pPr>
      <w:r>
        <w:t>یور کنٹینر از ناٹ کلین۔ دس کنٹینر واز ناٹ کلین۔ سو یو وار ناٹ ریڈی ٹو پٹ فریش ملک ان دس کنٹینر۔</w:t>
      </w:r>
    </w:p>
    <w:p>
      <w:r>
        <w:rPr>
          <w:b/>
        </w:rPr>
        <w:t xml:space="preserve">[43:15] </w:t>
      </w:r>
      <w:r>
        <w:t>your heart, your mind, your inner container is not clean. so you are not able to receive gyan. first of all, you have to clean your container, your heart, your mind, your thinking.</w:t>
      </w:r>
    </w:p>
    <w:p>
      <w:pPr>
        <w:jc w:val="right"/>
      </w:pPr>
      <w:r>
        <w:t>یور ہارٹ، یور مائنڈ، یور انر کنٹینر از ناٹ کلین۔ سو یو ار ناٹ ایبل ٹو ریسیو گیان۔ فرسٹ اف ال، یو ہیو ٹو کلین یور کنٹینر، یور ہارٹ، یور مائنڈ، یور تھنکنگ۔</w:t>
      </w:r>
    </w:p>
    <w:p>
      <w:r>
        <w:rPr>
          <w:b/>
        </w:rPr>
        <w:t xml:space="preserve">[43:30] </w:t>
      </w:r>
      <w:r>
        <w:t>then you will be able to receive gyan. this is the just of spirituality. so i don't believe that the treasure is here in side of our being.</w:t>
      </w:r>
    </w:p>
    <w:p>
      <w:pPr>
        <w:jc w:val="right"/>
      </w:pPr>
      <w:r>
        <w:t>دین یو ویل بی ایبل ٹو ریسیو گیان۔ دس از دا جسٹ اف سپریچولیٹی۔ سو ائی ڈونٹ بیلیو دیٹ دا ٹریژر از ہیر ان سائیڈ اف اور بینگ۔</w:t>
      </w:r>
    </w:p>
    <w:p>
      <w:r>
        <w:rPr>
          <w:b/>
        </w:rPr>
        <w:t xml:space="preserve">[43:45] </w:t>
      </w:r>
      <w:r>
        <w:t>no, treasure is with god. with god, all the treasure is with god. all the knowledge, every thing, the source of every thing is god.</w:t>
      </w:r>
    </w:p>
    <w:p>
      <w:pPr>
        <w:jc w:val="right"/>
      </w:pPr>
      <w:r>
        <w:t>نو، ٹریژر از ود گاڈ۔ ود گاڈ، ال دا ٹریژر از ود گاڈ۔ ال دا نالج، ایوری تھنگ، دا سورس اف ایوری تھنگ از گاڈ۔</w:t>
      </w:r>
    </w:p>
    <w:p>
      <w:r>
        <w:rPr>
          <w:b/>
        </w:rPr>
        <w:t xml:space="preserve">[43:57] </w:t>
      </w:r>
      <w:r>
        <w:t>god almighty. so we are receiver and god is giver. so you have to clean our container. then we will receive the inspiration from god.</w:t>
      </w:r>
    </w:p>
    <w:p>
      <w:pPr>
        <w:jc w:val="right"/>
      </w:pPr>
      <w:r>
        <w:t>گاڈ المائٹی۔ سو وی ار ریسیور اینڈ گاڈ از گیور۔ سو یو ہیو ٹو کلین اور کنٹینر۔ دین وی ویل ریسیو دی انسپریشن فرام گاڈ۔</w:t>
      </w:r>
    </w:p>
    <w:p>
      <w:r>
        <w:rPr>
          <w:b/>
        </w:rPr>
        <w:t xml:space="preserve">[44:11] </w:t>
      </w:r>
      <w:r>
        <w:t>i believe that</w:t>
      </w:r>
    </w:p>
    <w:p>
      <w:pPr>
        <w:jc w:val="right"/>
      </w:pPr>
      <w:r>
        <w:t>ائی بیلیو دیٹ</w:t>
      </w:r>
    </w:p>
    <w:p>
      <w:r>
        <w:rPr>
          <w:b/>
        </w:rPr>
        <w:t xml:space="preserve">[44:17] </w:t>
      </w:r>
      <w:r>
        <w:t>according to islam, there are two different things: wahi and ilham. wahi means revelation, ilham means inspiration.</w:t>
      </w:r>
    </w:p>
    <w:p>
      <w:pPr>
        <w:jc w:val="right"/>
      </w:pPr>
      <w:r>
        <w:t>اکارڈنگ ٹو اسلام، دیر ار ٹو ڈفرنٹ تھنگز: وحی اینڈ الہام۔ وحی مینز ریولیشن، الہام مینز انسپریشن۔</w:t>
      </w:r>
    </w:p>
    <w:p>
      <w:r>
        <w:rPr>
          <w:b/>
        </w:rPr>
        <w:t xml:space="preserve">[44:30] </w:t>
      </w:r>
      <w:r>
        <w:t>revelation and inspiration. so prophets were able to receive revelation. prophets were able to receive revelation, but the door is not closed.</w:t>
      </w:r>
    </w:p>
    <w:p>
      <w:pPr>
        <w:jc w:val="right"/>
      </w:pPr>
      <w:r>
        <w:t>ریولیشن اینڈ انسپریشن۔ سو پرافٹ ویر ایبل ٹو ریسیو ریولیشن۔ پرافٹس ویر ایبل ٹو ریسیو ریولیشن، بٹ دا ڈور از ناٹ کلوزڈ۔</w:t>
      </w:r>
    </w:p>
    <w:p>
      <w:r>
        <w:rPr>
          <w:b/>
        </w:rPr>
        <w:t xml:space="preserve">[44:46] </w:t>
      </w:r>
      <w:r>
        <w:t>every human being is able to receive inspiration.</w:t>
      </w:r>
    </w:p>
    <w:p>
      <w:pPr>
        <w:jc w:val="right"/>
      </w:pPr>
      <w:r>
        <w:t>ایوری ہیومن بینگ از ایبل ٹو ریسیو انسپریشن۔</w:t>
      </w:r>
    </w:p>
    <w:p>
      <w:r>
        <w:rPr>
          <w:b/>
        </w:rPr>
        <w:t xml:space="preserve">[44:53] </w:t>
      </w:r>
      <w:r>
        <w:t>we can receive inspiration if our container is clean. prophet was chosen for wahi, for revelation.</w:t>
      </w:r>
    </w:p>
    <w:p>
      <w:pPr>
        <w:jc w:val="right"/>
      </w:pPr>
      <w:r>
        <w:t>وی کین ریسیو انسپریشن اف اور کنٹینر از کلین۔ پرافٹ وار چوزن فار وحی، فار ریولیشن۔</w:t>
      </w:r>
    </w:p>
    <w:p>
      <w:r>
        <w:rPr>
          <w:b/>
        </w:rPr>
        <w:t xml:space="preserve">[45:03] </w:t>
      </w:r>
      <w:r>
        <w:t>that is a special case, but everyone can receive receive ilham.</w:t>
      </w:r>
    </w:p>
    <w:p>
      <w:pPr>
        <w:jc w:val="right"/>
      </w:pPr>
      <w:r>
        <w:t>دیٹ از ا سپیشل کیس، بٹ ایوری ون کین ریسیو ریسیو الہام۔</w:t>
      </w:r>
    </w:p>
    <w:p>
      <w:r>
        <w:rPr>
          <w:b/>
        </w:rPr>
        <w:t xml:space="preserve">[45:11] </w:t>
      </w:r>
      <w:r>
        <w:t>that is inspiration, provided your your pot is clean, your container is clean. so this is the gist of spirituality.</w:t>
      </w:r>
    </w:p>
    <w:p>
      <w:pPr>
        <w:jc w:val="right"/>
      </w:pPr>
      <w:r>
        <w:t>دیٹ از انسپریشن، پرووائیڈڈ یور یور پوٹ از کلین، یور کنٹینر از کلین۔ سو دس از دا جسٹ اف سپریچولیٹی۔</w:t>
      </w:r>
    </w:p>
    <w:p>
      <w:r>
        <w:rPr>
          <w:b/>
        </w:rPr>
        <w:t xml:space="preserve">[45:22] </w:t>
      </w:r>
      <w:r>
        <w:t>don't seek spirituality here in your heart, but ask god to give you spiritual treasure by contemplation, by fikr and zikr.</w:t>
      </w:r>
    </w:p>
    <w:p>
      <w:pPr>
        <w:jc w:val="right"/>
      </w:pPr>
      <w:r>
        <w:t>ڈونٹ سیک سپریچولیٹی ہیر ان یور ہارٹ، بٹ اسک گاڈ ٹو گیو یو سپریچول ٹریژر بائی کنٹمپلیشن، بائی فکر اینڈ ذکر۔</w:t>
      </w:r>
    </w:p>
    <w:p>
      <w:r>
        <w:rPr>
          <w:b/>
        </w:rPr>
        <w:t xml:space="preserve">[45:40] </w:t>
      </w:r>
      <w:r>
        <w:t>so i believe that god is the only treasure. god is the source of everything, including spirituality.</w:t>
      </w:r>
    </w:p>
    <w:p>
      <w:pPr>
        <w:jc w:val="right"/>
      </w:pPr>
      <w:r>
        <w:t>سو ائی بیلیو دیٹ گاڈ از دا اونلی ٹریژر۔ گاڈ از دا سورس اف ایوری تھنگ، انکلوڈنگ سپریچولیٹی۔</w:t>
      </w:r>
    </w:p>
    <w:p>
      <w:r>
        <w:rPr>
          <w:b/>
        </w:rPr>
        <w:t xml:space="preserve">[45:54] </w:t>
      </w:r>
      <w:r>
        <w:t>so heart based spirituality, heart based spirituality believes in meditation and mind based spirituality believes in contemplation.</w:t>
      </w:r>
    </w:p>
    <w:p>
      <w:pPr>
        <w:jc w:val="right"/>
      </w:pPr>
      <w:r>
        <w:t>سو ہارٹ بیسڈ سپریچولیٹی، ہارٹ بیسڈ سپریچولیٹی بیلیوز ان میڈیٹیشن اینڈ مائنڈ بیسڈ سپریچولیٹی بیلیوز ان کنٹمپلیشن۔</w:t>
      </w:r>
    </w:p>
    <w:p>
      <w:r>
        <w:rPr>
          <w:b/>
        </w:rPr>
        <w:t xml:space="preserve">[46:04] </w:t>
      </w:r>
      <w:r>
        <w:t>this is the difference. heart based spirituality believes in meditation or mind based spirituality believes in contemplation, fikr, tafakkur, tazakkur.</w:t>
      </w:r>
    </w:p>
    <w:p>
      <w:pPr>
        <w:jc w:val="right"/>
      </w:pPr>
      <w:r>
        <w:t>دس از دا ڈیفرنس۔ ہارٹ بیسڈ سپریچولیٹی بیلیوز ان میڈیٹیشن اور مائنڈ بیسڈ سپریچولیٹی بیلیوز ان کنٹمپلیشن، فکر، تفکر، تذکر۔</w:t>
      </w:r>
    </w:p>
    <w:p>
      <w:r>
        <w:rPr>
          <w:b/>
        </w:rPr>
        <w:t xml:space="preserve">[46:26] </w:t>
      </w:r>
      <w:r>
        <w:t>so by by the way of contemplation, you can discover those all those breakers in the world. by the way of contemplation, you contact god directly.</w:t>
      </w:r>
    </w:p>
    <w:p>
      <w:pPr>
        <w:jc w:val="right"/>
      </w:pPr>
      <w:r>
        <w:t>سو بائی بائی دا وے اف کنٹمپلیشن، یو کین ڈسکور دوز ال دوز بریکرز ان دی ورلڈ۔ بائی دا وے اف کنٹمپلیشن، یو کنٹیکٹ گاڈ ڈائریکٹلی۔</w:t>
      </w:r>
    </w:p>
    <w:p>
      <w:r>
        <w:rPr>
          <w:b/>
        </w:rPr>
        <w:t xml:space="preserve">[46:39] </w:t>
      </w:r>
      <w:r>
        <w:t>by the way of contemplation, you receive the inspiration from god. this is the mind based spirituality. here i would like to add one more point.</w:t>
      </w:r>
    </w:p>
    <w:p>
      <w:pPr>
        <w:jc w:val="right"/>
      </w:pPr>
      <w:r>
        <w:t>بائی دا وے اف کنٹمپلیشن، یو ریسیو دی انسپریشن فرام گاڈ۔ دس از دا مائنڈ بیسڈ سپریچولیٹی۔ ہیر ائی وڈ لائک ٹو ایڈ ون مور پوائنٹ۔</w:t>
      </w:r>
    </w:p>
    <w:p>
      <w:r>
        <w:rPr>
          <w:b/>
        </w:rPr>
        <w:t xml:space="preserve">[46:53] </w:t>
      </w:r>
      <w:r>
        <w:t>now a days, there are so many people who are speaking in the name of islam.</w:t>
      </w:r>
    </w:p>
    <w:p>
      <w:pPr>
        <w:jc w:val="right"/>
      </w:pPr>
      <w:r>
        <w:t>ناؤ ایڈیز، دیر ار سو مینی پیپل ہو ار ہی سپیکنگ ان دا نیم اف اسلام۔</w:t>
      </w:r>
    </w:p>
    <w:p>
      <w:r>
        <w:rPr>
          <w:b/>
        </w:rPr>
        <w:t xml:space="preserve">[47:04] </w:t>
      </w:r>
      <w:r>
        <w:t>if you read their books, if you speech their their sermons, if you hear their speeches, you will find that they are speaking in terms of politics, in terms of jihad, in terms of in terms of violence.</w:t>
      </w:r>
    </w:p>
    <w:p>
      <w:pPr>
        <w:jc w:val="right"/>
      </w:pPr>
      <w:r>
        <w:t>اف یو ریڈ دیر بکس، اف یو سپیچ دیر دیر سرمنز، اف یو ہیئر دیر سپیچز، یو ویل فائنڈ دیٹ دے ار سپیکنگ ان ٹرم اف پولیٹکس، ان ٹرم اف جہاد، ان ٹرم اف ان ٹرم اف وائلنس۔</w:t>
      </w:r>
    </w:p>
    <w:p>
      <w:r>
        <w:rPr>
          <w:b/>
        </w:rPr>
        <w:t xml:space="preserve">[47:26] </w:t>
      </w:r>
      <w:r>
        <w:t>in in the in the in the time,</w:t>
      </w:r>
    </w:p>
    <w:p>
      <w:pPr>
        <w:jc w:val="right"/>
      </w:pPr>
      <w:r>
        <w:t>ان ان دا ان دا ان دا ٹائم،</w:t>
      </w:r>
    </w:p>
    <w:p>
      <w:r>
        <w:rPr>
          <w:b/>
        </w:rPr>
        <w:t xml:space="preserve">[47:34] </w:t>
      </w:r>
      <w:r>
        <w:t>in the in the daily time, there is published from london, there was an article about islam.</w:t>
      </w:r>
    </w:p>
    <w:p>
      <w:pPr>
        <w:jc w:val="right"/>
      </w:pPr>
      <w:r>
        <w:t>ان دا ان دا ڈیلی ٹائم، دیر از پبلش فرام لندن، دیر واز این ارٹیکل اباؤٹ اسلام۔</w:t>
      </w:r>
    </w:p>
    <w:p>
      <w:r>
        <w:rPr>
          <w:b/>
        </w:rPr>
        <w:t xml:space="preserve">[47:42] </w:t>
      </w:r>
      <w:r>
        <w:t>the title was "a religion that sanctions violence." "a religion that sanctions violence." so there are so many people who who who speak speak like this,</w:t>
      </w:r>
    </w:p>
    <w:p>
      <w:pPr>
        <w:jc w:val="right"/>
      </w:pPr>
      <w:r>
        <w:t>دا ٹائٹل واز "ا ریلیجن دیٹ سینکشنز وائلنس۔" "ا ریلیجن دیٹ سینکشنز وائلنس۔" سو دیر ار سو مینی پیپل ہو ہو ہو سپیک سپیک لائک دس،</w:t>
      </w:r>
    </w:p>
    <w:p>
      <w:r>
        <w:rPr>
          <w:b/>
        </w:rPr>
        <w:t xml:space="preserve">[48:01] </w:t>
      </w:r>
      <w:r>
        <w:t>but i believe i know i have studied islam from his original sources, from his scriptures, from arabic sources.</w:t>
      </w:r>
    </w:p>
    <w:p>
      <w:pPr>
        <w:jc w:val="right"/>
      </w:pPr>
      <w:r>
        <w:t>بٹ ائی بیلیو ائی نو ائی ہیو اسٹڈی اسلام فرام ہز اوریجنل سورسز، فرام ہز سکرپچرز، فرام عربک سورسز۔</w:t>
      </w:r>
    </w:p>
    <w:p>
      <w:r>
        <w:rPr>
          <w:b/>
        </w:rPr>
        <w:t xml:space="preserve">[48:11] </w:t>
      </w:r>
      <w:r>
        <w:t>i can see with conviction that the gist of islam is spirituality. in islam, peace is the summum bonum.</w:t>
      </w:r>
    </w:p>
    <w:p>
      <w:pPr>
        <w:jc w:val="right"/>
      </w:pPr>
      <w:r>
        <w:t>ائی کین سی ود کنوکشن دیٹ دا جسٹ اف اسلام از سپریچولیٹی۔ ان اسلام، پیس از دا سم بونم۔</w:t>
      </w:r>
    </w:p>
    <w:p>
      <w:r>
        <w:rPr>
          <w:b/>
        </w:rPr>
        <w:t xml:space="preserve">[48:24] </w:t>
      </w:r>
      <w:r>
        <w:t>so there are two most important aspects of islam: peace and spirituality. peace and spirituality.</w:t>
      </w:r>
    </w:p>
    <w:p>
      <w:pPr>
        <w:jc w:val="right"/>
      </w:pPr>
      <w:r>
        <w:t>سو دیر ار ٹو موسٹ امپورٹنٹ اسپیکٹ اف اسلام: پیس اینڈ سپریچولیٹی۔ پیس اینڈ سپریچولیٹی۔</w:t>
      </w:r>
    </w:p>
    <w:p>
      <w:r>
        <w:rPr>
          <w:b/>
        </w:rPr>
        <w:t xml:space="preserve">[48:35] </w:t>
      </w:r>
      <w:r>
        <w:t>peace is required for social goodness and spirituality is required for your your internal enlightenment.</w:t>
      </w:r>
    </w:p>
    <w:p>
      <w:pPr>
        <w:jc w:val="right"/>
      </w:pPr>
      <w:r>
        <w:t>پیس از ریکوائرڈ فار سوشل گڈنس اینڈ سپریچولیٹی از ریکوائرڈ فار یور یور انٹرنل انلائٹنمنٹ۔</w:t>
      </w:r>
    </w:p>
    <w:p>
      <w:r>
        <w:rPr>
          <w:b/>
        </w:rPr>
        <w:t xml:space="preserve">[48:48] </w:t>
      </w:r>
      <w:r>
        <w:t>when you when you when you develop your mind in terms of spirituality, then you are an enlightened person.</w:t>
      </w:r>
    </w:p>
    <w:p>
      <w:pPr>
        <w:jc w:val="right"/>
      </w:pPr>
      <w:r>
        <w:t>وین یو وین یو وین یو ڈیولپ یور مائنڈ ان ٹرم اف سپریچولیٹی، دین یو ار انلائٹڈ پرسن۔</w:t>
      </w:r>
    </w:p>
    <w:p>
      <w:r>
        <w:rPr>
          <w:b/>
        </w:rPr>
        <w:t xml:space="preserve">[49:01] </w:t>
      </w:r>
      <w:r>
        <w:t>that is spirituality. and when you translate this enlightenment in society, that is peace.</w:t>
      </w:r>
    </w:p>
    <w:p>
      <w:pPr>
        <w:jc w:val="right"/>
      </w:pPr>
      <w:r>
        <w:t>دیٹ از سپریچولیٹی۔ اینڈ وین یو ٹرانسلیٹ دس انلائٹنمنٹ ان سوسائٹی، دیٹ از پیس۔</w:t>
      </w:r>
    </w:p>
    <w:p>
      <w:r>
        <w:rPr>
          <w:b/>
        </w:rPr>
        <w:t xml:space="preserve">[49:12] </w:t>
      </w:r>
      <w:r>
        <w:t>so peace is summum bonum in islam. peace is summum bonum in islam. why? because without peace, there is no progress.</w:t>
      </w:r>
    </w:p>
    <w:p>
      <w:pPr>
        <w:jc w:val="right"/>
      </w:pPr>
      <w:r>
        <w:t>سو پیس از سم بونم ان اسلام۔ پیس از سم بونم ان اسلام۔ وائی؟ بیکاز وداؤٹ پیس، دیر از نو پروگریس۔</w:t>
      </w:r>
    </w:p>
    <w:p>
      <w:r>
        <w:rPr>
          <w:b/>
        </w:rPr>
        <w:t xml:space="preserve">[49:22] </w:t>
      </w:r>
      <w:r>
        <w:t>without peace, there is no development. without peace, there is no positive activities. all kind of positive activities require peace.</w:t>
      </w:r>
    </w:p>
    <w:p>
      <w:pPr>
        <w:jc w:val="right"/>
      </w:pPr>
      <w:r>
        <w:t>وداؤٹ پیس، دیر از نو ڈیولپمنٹ۔ وداؤٹ پیس، دیر از نو پازیٹیو ایکٹیویٹیز۔ ال کائنڈ اف پازیٹیو ایکٹیویٹیز ریکوائر پیس۔</w:t>
      </w:r>
    </w:p>
    <w:p>
      <w:r>
        <w:rPr>
          <w:b/>
        </w:rPr>
        <w:t xml:space="preserve">[49:34] </w:t>
      </w:r>
      <w:r>
        <w:t>so peace is the sum bonum.</w:t>
      </w:r>
    </w:p>
    <w:p>
      <w:pPr>
        <w:jc w:val="right"/>
      </w:pPr>
      <w:r>
        <w:t>سو پیس از دا سم بونم۔</w:t>
      </w:r>
    </w:p>
    <w:p>
      <w:r>
        <w:rPr>
          <w:b/>
        </w:rPr>
        <w:t xml:space="preserve">[49:39] </w:t>
      </w:r>
      <w:r>
        <w:t>so in islam, peace is the sum bonum and spirituality is the goal.</w:t>
      </w:r>
    </w:p>
    <w:p>
      <w:pPr>
        <w:jc w:val="right"/>
      </w:pPr>
      <w:r>
        <w:t>سو ان اسلام، پیس از دا سم بونم اینڈ سپریچولیٹی از دا گول۔</w:t>
      </w:r>
    </w:p>
    <w:p>
      <w:r>
        <w:rPr>
          <w:b/>
        </w:rPr>
        <w:t xml:space="preserve">[49:48] </w:t>
      </w:r>
      <w:r>
        <w:t>every individual must develop his himself in terms of spirituality. then he must translate his spirituality into into society.</w:t>
      </w:r>
    </w:p>
    <w:p>
      <w:pPr>
        <w:jc w:val="right"/>
      </w:pPr>
      <w:r>
        <w:t>ایوری انڈیویجول مسٹ ڈیولپ ہز ہم سیلف ان ٹرم اف سپریچولیٹی۔ دین ہی مسٹ ٹرانسلیٹ ہز سپریچولیٹی انٹو انٹو سوسائٹی۔</w:t>
      </w:r>
    </w:p>
    <w:p>
      <w:r>
        <w:rPr>
          <w:b/>
        </w:rPr>
        <w:t xml:space="preserve">[50:02] </w:t>
      </w:r>
      <w:r>
        <w:t>so in terms of society, he becomes a peaceful person. he becomes a no problem person. he becomes a tolerance tolerance person.</w:t>
      </w:r>
    </w:p>
    <w:p>
      <w:pPr>
        <w:jc w:val="right"/>
      </w:pPr>
      <w:r>
        <w:t>سو ان ٹرم اف سوسائٹی، ہی بیکمز ا پیس فل پرسن۔ ہی بیکمز ا نو پرابلم پرسن۔ ہی بیکمز ا ٹالرنس ٹالرنس پرسن۔</w:t>
      </w:r>
    </w:p>
    <w:p>
      <w:r>
        <w:rPr>
          <w:b/>
        </w:rPr>
        <w:t xml:space="preserve">[50:13] </w:t>
      </w:r>
      <w:r>
        <w:t>this is the gist of the of the islamic spirituality. i think that i have give a brief introduction of islamic spirituality.</w:t>
      </w:r>
    </w:p>
    <w:p>
      <w:pPr>
        <w:jc w:val="right"/>
      </w:pPr>
      <w:r>
        <w:t>دس از دا جسٹ اف دا اف دا اسلامک سپریچولیٹی۔ ائی تھنک دیٹ ائی ہیو گیو ا بریف انٹروڈکشن اف اسلامک سپریچولیٹی۔</w:t>
      </w:r>
    </w:p>
    <w:p>
      <w:r>
        <w:rPr>
          <w:b/>
        </w:rPr>
        <w:t xml:space="preserve">[50:31] </w:t>
      </w:r>
      <w:r>
        <w:t>and i hope that it is enough. you are educated people, you can understand everything.</w:t>
      </w:r>
    </w:p>
    <w:p>
      <w:pPr>
        <w:jc w:val="right"/>
      </w:pPr>
      <w:r>
        <w:t>اینڈ ائی ہوپ دیٹ اٹ از انف۔ یو ار ایجوکیٹڈ پیپل، یو کین انڈرسٹینڈ ایوری تھنگ۔</w:t>
      </w:r>
    </w:p>
    <w:p>
      <w:r>
        <w:rPr>
          <w:b/>
        </w:rPr>
        <w:t xml:space="preserve">[50:43] </w:t>
      </w:r>
      <w:r>
        <w:t>you don't need details. and so i i can i would like to add one more point that if you want to know what is islam, please study the scripture.</w:t>
      </w:r>
    </w:p>
    <w:p>
      <w:pPr>
        <w:jc w:val="right"/>
      </w:pPr>
      <w:r>
        <w:t>یو ڈونٹ نیڈ ڈیٹیلز۔ اینڈ سو ائی ائی کین ائی وڈ لائک ٹو ایڈ ون مور پوائنٹ دیٹ اف یو وانٹ ٹو نو واٹ از اسلام، پلیز اسٹڈی دا سکرپچر۔</w:t>
      </w:r>
    </w:p>
    <w:p>
      <w:r>
        <w:rPr>
          <w:b/>
        </w:rPr>
        <w:t xml:space="preserve">[51:06] </w:t>
      </w:r>
      <w:r>
        <w:t>don't see the muslims.</w:t>
      </w:r>
    </w:p>
    <w:p>
      <w:pPr>
        <w:jc w:val="right"/>
      </w:pPr>
      <w:r>
        <w:t>ڈونٹ سی دا مسلمز۔</w:t>
      </w:r>
    </w:p>
    <w:p>
      <w:r>
        <w:rPr>
          <w:b/>
        </w:rPr>
        <w:t xml:space="preserve">[51:11] </w:t>
      </w:r>
      <w:r>
        <w:t>you have to differentiate</w:t>
      </w:r>
    </w:p>
    <w:p>
      <w:pPr>
        <w:jc w:val="right"/>
      </w:pPr>
      <w:r>
        <w:t>یو ہیو ٹو ڈیفرنشیٹ</w:t>
      </w:r>
    </w:p>
    <w:p>
      <w:r>
        <w:rPr>
          <w:b/>
        </w:rPr>
        <w:t xml:space="preserve">[51:17] </w:t>
      </w:r>
      <w:r>
        <w:t>between islam and muslims. you have to judge muslims in the light of islamic teachings and not vice versa.</w:t>
      </w:r>
    </w:p>
    <w:p>
      <w:pPr>
        <w:jc w:val="right"/>
      </w:pPr>
      <w:r>
        <w:t>بٹوین اسلام اینڈ مسلمز۔ یو ہیو ٹو جج مسلمز ان دا لائٹ اف اسلامک ٹیچنگز اینڈ ناٹ وائس ورسا۔</w:t>
      </w:r>
    </w:p>
    <w:p>
      <w:r>
        <w:rPr>
          <w:b/>
        </w:rPr>
        <w:t xml:space="preserve">[51:29] </w:t>
      </w:r>
      <w:r>
        <w:t>you know, islam has a scripture, an authentic scripture. that is quran. quran is the only source book of islam.</w:t>
      </w:r>
    </w:p>
    <w:p>
      <w:pPr>
        <w:jc w:val="right"/>
      </w:pPr>
      <w:r>
        <w:t>یو نو، اسلام ہیز ا سکرپچر، این اتھینٹک سکرپچر۔ دیٹ از قران۔ قران از دا اونلی سورس بک اف اسلام۔</w:t>
      </w:r>
    </w:p>
    <w:p>
      <w:r>
        <w:rPr>
          <w:b/>
        </w:rPr>
        <w:t xml:space="preserve">[51:39] </w:t>
      </w:r>
      <w:r>
        <w:t>quran is the reserve book of islam. quran is</w:t>
      </w:r>
    </w:p>
    <w:p>
      <w:pPr>
        <w:jc w:val="right"/>
      </w:pPr>
      <w:r>
        <w:t>قران از دا ریزرو بک اف اسلام۔ قران از</w:t>
      </w:r>
    </w:p>
    <w:p>
      <w:r>
        <w:rPr>
          <w:b/>
        </w:rPr>
        <w:t xml:space="preserve">[51:47] </w:t>
      </w:r>
      <w:r>
        <w:t>completely reserve book, no change at all. so if you want to know what is islam, what is islamic spirituality, you have to read quran.</w:t>
      </w:r>
    </w:p>
    <w:p>
      <w:pPr>
        <w:jc w:val="right"/>
      </w:pPr>
      <w:r>
        <w:t>کمپلیٹلی ریزرو بک، نو چینج ایٹ ال۔ سو اف یو وانٹ ٹو نو واٹ از اسلام، واٹ از اسلامک سپریچولیٹی، یو ہیو ٹو ریڈ قران۔</w:t>
      </w:r>
    </w:p>
    <w:p>
      <w:r>
        <w:rPr>
          <w:b/>
        </w:rPr>
        <w:t xml:space="preserve">[52:02] </w:t>
      </w:r>
      <w:r>
        <w:t>don't see muslim practices. muslims claim that we are people of islam, but they are not authentic source of islam.</w:t>
      </w:r>
    </w:p>
    <w:p>
      <w:pPr>
        <w:jc w:val="right"/>
      </w:pPr>
      <w:r>
        <w:t>ڈونٹ سی مسلم پریکٹسز۔ مسلمز کلیم دیٹ وی ار پیپل اف اسلام، بٹ دے ار ناٹ اتھینٹک سورس اف اسلام۔</w:t>
      </w:r>
    </w:p>
    <w:p>
      <w:r>
        <w:rPr>
          <w:b/>
        </w:rPr>
        <w:t xml:space="preserve">[52:16] </w:t>
      </w:r>
      <w:r>
        <w:t>the authentic source of islam is quran. and model is the prophet. quran is the book of ideology and the model is the prophet of islam.</w:t>
      </w:r>
    </w:p>
    <w:p>
      <w:pPr>
        <w:jc w:val="right"/>
      </w:pPr>
      <w:r>
        <w:t>دا اتھینٹک سورس اف اسلام از قران۔ اینڈ ماڈل از دا پرافٹ۔ قران از دا بک اف ائیڈیالوجی اینڈ دا ماڈل از دا پرافٹ اف اسلام۔</w:t>
      </w:r>
    </w:p>
    <w:p>
      <w:r>
        <w:rPr>
          <w:b/>
        </w:rPr>
        <w:t xml:space="preserve">[52:29] </w:t>
      </w:r>
      <w:r>
        <w:t>so if you want to know what is islam, you have to read the quran. you have to you have to see the this model, this prophetic model.</w:t>
      </w:r>
    </w:p>
    <w:p>
      <w:pPr>
        <w:jc w:val="right"/>
      </w:pPr>
      <w:r>
        <w:t>سو اف یو وانٹ ٹو نو واٹ از اسلام، یو ہیو ٹو ریڈ دا قران۔ یو ہیو ٹو یو ہیو ٹو سی دا دس ماڈل، دس پرافیٹک ماڈل۔</w:t>
      </w:r>
    </w:p>
    <w:p>
      <w:r>
        <w:rPr>
          <w:b/>
        </w:rPr>
        <w:t xml:space="preserve">[52:44] </w:t>
      </w:r>
      <w:r>
        <w:t>and are the muslims. muslims are engage in the case of present muslim is that they become victim of reaction.</w:t>
      </w:r>
    </w:p>
    <w:p>
      <w:pPr>
        <w:jc w:val="right"/>
      </w:pPr>
      <w:r>
        <w:t>اینڈ ار دا مسلمز۔ مسلمز ار انگیج ان دا کیس اف پریزنٹ مسلم از دیٹ دے بیکم وکٹم اف ری ایکشن۔</w:t>
      </w:r>
    </w:p>
    <w:p>
      <w:r>
        <w:rPr>
          <w:b/>
        </w:rPr>
        <w:t xml:space="preserve">[52:57] </w:t>
      </w:r>
      <w:r>
        <w:t>reaction. and all these things you see in the muslim world, that is reaction. this began during the colonial period.</w:t>
      </w:r>
    </w:p>
    <w:p>
      <w:pPr>
        <w:jc w:val="right"/>
      </w:pPr>
      <w:r>
        <w:t>ری ایکشن۔ اینڈ ال دیز تھنگز یو سی ان دا مسلم ورلڈ، دیٹ از ری ایکشن۔ دس بیگن ڈیورنگ دا کلونیل پیریڈ۔</w:t>
      </w:r>
    </w:p>
    <w:p>
      <w:r>
        <w:rPr>
          <w:b/>
        </w:rPr>
        <w:t xml:space="preserve">[53:10] </w:t>
      </w:r>
      <w:r>
        <w:t>well colonial powers captured muslim countries politically. muslim became angry. here started the present muslim movements.</w:t>
      </w:r>
    </w:p>
    <w:p>
      <w:pPr>
        <w:jc w:val="right"/>
      </w:pPr>
      <w:r>
        <w:t>ویل کلونیل پاورز کیپچرڈ مسلم کنٹریز پولیٹیکلی۔ مسلم بیکم اینگری۔ ہیر اسٹارٹڈ دا پریزنٹ مسلم موومنٹس۔</w:t>
      </w:r>
    </w:p>
    <w:p>
      <w:r>
        <w:rPr>
          <w:b/>
        </w:rPr>
        <w:t xml:space="preserve">[53:23] </w:t>
      </w:r>
      <w:r>
        <w:t>all those so called muslim movements were production of reaction. reaction to this situation.</w:t>
      </w:r>
    </w:p>
    <w:p>
      <w:pPr>
        <w:jc w:val="right"/>
      </w:pPr>
      <w:r>
        <w:t>ال دوز سو کالڈ مسلم موومنٹس ویر پروڈکشن اف ری ایکشن۔ ری ایکشن ٹو دس سچویشن۔</w:t>
      </w:r>
    </w:p>
    <w:p>
      <w:r>
        <w:rPr>
          <w:b/>
        </w:rPr>
        <w:t xml:space="preserve">[53:34] </w:t>
      </w:r>
      <w:r>
        <w:t>i don't know any muslim movement that was based on in in the study of the quran. they reacted with this situation, with this political situation.</w:t>
      </w:r>
    </w:p>
    <w:p>
      <w:pPr>
        <w:jc w:val="right"/>
      </w:pPr>
      <w:r>
        <w:t>ائی ڈونٹ نو اینی مسلم موومنٹ دیٹ واز بیسڈ ان ان ان دا اسٹڈی اف دا قران۔ دے ری ایکٹڈ ود دس سچویشن، ود دس پولیٹیکل سچویشن۔</w:t>
      </w:r>
    </w:p>
    <w:p>
      <w:r>
        <w:rPr>
          <w:b/>
        </w:rPr>
        <w:t xml:space="preserve">[53:49] </w:t>
      </w:r>
      <w:r>
        <w:t>here i would like to add one more point which i have drive from the study of the of the life of the prophet of islam.</w:t>
      </w:r>
    </w:p>
    <w:p>
      <w:pPr>
        <w:jc w:val="right"/>
      </w:pPr>
      <w:r>
        <w:t>ہیر ائی وڈ لائک ٹو ایڈ ون مور پوائنٹ وچ ائی ہیو ڈرائیو فرام دا اسٹڈی اف دا اف دا لائف اف دا پرافٹ اف اسلام۔</w:t>
      </w:r>
    </w:p>
    <w:p>
      <w:r>
        <w:rPr>
          <w:b/>
        </w:rPr>
        <w:t xml:space="preserve">[54:00] </w:t>
      </w:r>
      <w:r>
        <w:t>there is a very relevant hadith narrated by by aisha: "ma rasul allah sallallahu alaihi wasallam bayna umrain illa aisha rahima".</w:t>
      </w:r>
    </w:p>
    <w:p>
      <w:pPr>
        <w:jc w:val="right"/>
      </w:pPr>
      <w:r>
        <w:t>دیر از ا ویری ریلیونٹ حدیث نریٹڈ بائی بائی عائشہ: "ما رسول اللہ صلی اللہ علیہ وسلم بین عمرین الا عائشہ رحمہ"۔</w:t>
      </w:r>
    </w:p>
    <w:p>
      <w:r>
        <w:rPr>
          <w:b/>
        </w:rPr>
        <w:t xml:space="preserve">[54:13] </w:t>
      </w:r>
      <w:r>
        <w:t>it means that the policy of prophet was positive status quoism. is very interesting.</w:t>
      </w:r>
    </w:p>
    <w:p>
      <w:pPr>
        <w:jc w:val="right"/>
      </w:pPr>
      <w:r>
        <w:t>اٹ مینز دیٹ دا پالیسی اف پرافٹ واز پازیٹیو اسٹیٹس کوئزم۔ از ویری انٹرسٹنگ۔</w:t>
      </w:r>
    </w:p>
    <w:p>
      <w:r>
        <w:rPr>
          <w:b/>
        </w:rPr>
        <w:t xml:space="preserve">[54:25] </w:t>
      </w:r>
      <w:r>
        <w:t>the general policy of prophet of islam was based on the concept of positive status quoism. it means that i accept the status quo and avail the opportunities.</w:t>
      </w:r>
    </w:p>
    <w:p>
      <w:pPr>
        <w:jc w:val="right"/>
      </w:pPr>
      <w:r>
        <w:t>دا جنرل پالیسی اف پرافٹ اف اسلام واز بیسڈ ان دا کانسیپٹ اف پازیٹیو اسٹیٹس کوئزم۔ اٹ مینز دیٹ ائی ایکسیپٹ دا اسٹیٹس کو اینڈ اویل دا اپرچونیٹیز۔</w:t>
      </w:r>
    </w:p>
    <w:p>
      <w:r>
        <w:rPr>
          <w:b/>
        </w:rPr>
        <w:t xml:space="preserve">[54:39] </w:t>
      </w:r>
      <w:r>
        <w:t>don't go don't go against the political system, but accept it as it is. that is status quoism.</w:t>
      </w:r>
    </w:p>
    <w:p>
      <w:pPr>
        <w:jc w:val="right"/>
      </w:pPr>
      <w:r>
        <w:t>ڈونٹ گو ڈونٹ گو اگینسٹ دی پولیٹیکل سسٹم، بٹ ایکسیپٹ اٹ ایز اٹ از۔ دیٹ از اسٹیٹس کوئزم۔</w:t>
      </w:r>
    </w:p>
    <w:p>
      <w:r>
        <w:rPr>
          <w:b/>
        </w:rPr>
        <w:t xml:space="preserve">[54:47] </w:t>
      </w:r>
      <w:r>
        <w:t>but prophetic status quoism was positive status quoism. that is</w:t>
      </w:r>
    </w:p>
    <w:p>
      <w:pPr>
        <w:jc w:val="right"/>
      </w:pPr>
      <w:r>
        <w:t>بٹ پرافیٹک اسٹیٹس کوئزم واز پازیٹیو اسٹیٹس کوئزم۔ دیٹ از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