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Man and Paradise April 22, 2007 - Maulana Wahiduddin Khan</w:t>
      </w:r>
    </w:p>
    <w:p>
      <w:r>
        <w:t>https://www.youtube.com/watch?v=zNkkEOX6bKY</w:t>
      </w:r>
    </w:p>
    <w:p>
      <w:r>
        <w:rPr>
          <w:b/>
        </w:rPr>
        <w:t xml:space="preserve">[00:12]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[00:32] </w:t>
      </w:r>
      <w:r>
        <w:t>hamara jo mission hai woh kya hai, is ko kai dhang se bataya ja sakta hai.</w:t>
      </w:r>
    </w:p>
    <w:p>
      <w:pPr>
        <w:jc w:val="right"/>
      </w:pPr>
      <w:r>
        <w:t>ہمارا جو مشن ہے وہ کیا ہے، اس کو کئی ڈھنگ سے بتایا جا سکتا ہے۔</w:t>
      </w:r>
    </w:p>
    <w:p>
      <w:r>
        <w:rPr>
          <w:b/>
        </w:rPr>
        <w:t xml:space="preserve">[00:46] </w:t>
      </w:r>
      <w:r>
        <w:t>aik yeh hai baat ke aaj kal log mazhab ko ya religion ko sirf aik ashirwad ke taur par lete hain,</w:t>
      </w:r>
    </w:p>
    <w:p>
      <w:pPr>
        <w:jc w:val="right"/>
      </w:pPr>
      <w:r>
        <w:t>ایک یہ ہے بات کہ آج کل لوگ مذہب کو یا ریلیجن کو صرف ایک آشرواد کے طور پر لیتے ہیں،</w:t>
      </w:r>
    </w:p>
    <w:p>
      <w:r>
        <w:rPr>
          <w:b/>
        </w:rPr>
        <w:t xml:space="preserve">[01:00] </w:t>
      </w:r>
      <w:r>
        <w:t>blessing. kal parson mein paper mein parh raha tha aik film star ki shadi, to sara dhoom dham tha aur sab woh isi baat ashirwadi sab tareeqe se ho raha tha.</w:t>
      </w:r>
    </w:p>
    <w:p>
      <w:pPr>
        <w:jc w:val="right"/>
      </w:pPr>
      <w:r>
        <w:t>بلیسنگ۔ کل پرسوں میں پیپر میں پڑھ رہا تھا ایک فلم اسٹار کی شادی، تو سارا دھوم دھام تھا اور سب وہ اسی بات آشروادی سب طریقے سے ہو رہا تھا۔</w:t>
      </w:r>
    </w:p>
    <w:p>
      <w:r>
        <w:rPr>
          <w:b/>
        </w:rPr>
        <w:t xml:space="preserve">[01:18] </w:t>
      </w:r>
      <w:r>
        <w:t>yani kuch religious heads jo hain woh ashirwad de rahe thay. to mazhab ka matlab logon ke nazdeek yahi hai ke un ko ashirwad deta rahe, blessing deta rahe, barkat deta rahe.</w:t>
      </w:r>
    </w:p>
    <w:p>
      <w:pPr>
        <w:jc w:val="right"/>
      </w:pPr>
      <w:r>
        <w:t>یعنی کچھ ریلیجس ہیڈز جو ہیں وہ آشرواد دے رہے تھے۔ تو مذہب کا مطلب لوگوں کے نزدیک یہی ہے کہ ان کو آشرواد دیتا رہے، بلیسنگ دیتا رہے، برکت دیتا رہے۔</w:t>
      </w:r>
    </w:p>
    <w:p>
      <w:r>
        <w:rPr>
          <w:b/>
        </w:rPr>
        <w:t xml:space="preserve">[01:33] </w:t>
      </w:r>
      <w:r>
        <w:t>there is reduced form of religion.</w:t>
      </w:r>
    </w:p>
    <w:p>
      <w:pPr>
        <w:jc w:val="right"/>
      </w:pPr>
      <w:r>
        <w:t>دیر از ریڈیوسڈ فارم آف ریلیجن۔</w:t>
      </w:r>
    </w:p>
    <w:p>
      <w:r>
        <w:rPr>
          <w:b/>
        </w:rPr>
        <w:t xml:space="preserve">[01:38] </w:t>
      </w:r>
      <w:r>
        <w:t>mazhab jo hai ya religion jo hai woh darasal intellectual development ka ke liye hai.</w:t>
      </w:r>
    </w:p>
    <w:p>
      <w:pPr>
        <w:jc w:val="right"/>
      </w:pPr>
      <w:r>
        <w:t>مذہب جو ہے یا ریلیجن جو ہے وہ دراصل انٹلیکچول ڈیولپمنٹ کا کے لیے ہے۔</w:t>
      </w:r>
    </w:p>
    <w:p>
      <w:r>
        <w:rPr>
          <w:b/>
        </w:rPr>
        <w:t xml:space="preserve">[01:48] </w:t>
      </w:r>
      <w:r>
        <w:t>sab se bari cheez jo insan ko chahiye woh hai intellectual development. maine paper pe dekha ke woh dhoom dham thi shadi ke, karoron rupay kharch ho rahe thay, aur log khush reh thay, magan ho rahe thay.</w:t>
      </w:r>
    </w:p>
    <w:p>
      <w:pPr>
        <w:jc w:val="right"/>
      </w:pPr>
      <w:r>
        <w:t>سب سے بڑی چیز جو انسان کو چاہیے وہ ہے انٹلیکچول ڈیولپمنٹ۔ میں نے پیپر پہ دیکھا کہ وہ دھوم دھام تھی شادی کے، کروڑوں روپے خرچ ہو رہے تھے، اور لوگ خوش رہے تھے، مگن ہو رہے تھے۔</w:t>
      </w:r>
    </w:p>
    <w:p>
      <w:r>
        <w:rPr>
          <w:b/>
        </w:rPr>
        <w:t xml:space="preserve">[02:05] </w:t>
      </w:r>
      <w:r>
        <w:t>to yeh kya hai? yeh animal animal level ki happiness hai. ghoṛe pe charh kar uchal kood rahe hain ya kapṛe pehan kar ke khush ho rahe hain.</w:t>
      </w:r>
    </w:p>
    <w:p>
      <w:pPr>
        <w:jc w:val="right"/>
      </w:pPr>
      <w:r>
        <w:t>تو یہ کیا ہے؟ یہ اینیمل اینیمل لیول کی ہیپینس ہے۔ گھوڑے پہ چڑھ کر اچھل کود رہے ہیں یا کپڑے پہن کر کے خوش ہو رہے ہیں۔</w:t>
      </w:r>
    </w:p>
    <w:p>
      <w:r>
        <w:rPr>
          <w:b/>
        </w:rPr>
        <w:t xml:space="preserve">[02:18] </w:t>
      </w:r>
      <w:r>
        <w:t>yeh animal level ki happiness hai. is se oopar ki jo happiness hai, jo intellectual development se hoti hai, us ka logon ko pata hi nahi.</w:t>
      </w:r>
    </w:p>
    <w:p>
      <w:pPr>
        <w:jc w:val="right"/>
      </w:pPr>
      <w:r>
        <w:t>یہ اینیمل لیول کی ہیپینس ہے۔ اس سے اوپر کی جو ہیپینس ہے، جو انٹلیکچول ڈیولپمنٹ سے ہوتی ہے، اس کا لوگوں کو پتہ ہی نہیں۔</w:t>
      </w:r>
    </w:p>
    <w:p>
      <w:r>
        <w:rPr>
          <w:b/>
        </w:rPr>
        <w:t xml:space="preserve">[02:31] </w:t>
      </w:r>
      <w:r>
        <w:t>to hamara jo mission hai woh sach poochein to logon ko yeh batane ke liye hai ke happiness ka aik aur level hai, bohat ooncha level hai.</w:t>
      </w:r>
    </w:p>
    <w:p>
      <w:pPr>
        <w:jc w:val="right"/>
      </w:pPr>
      <w:r>
        <w:t>تو ہمارا جو مشن ہے وہ سچ پوچھیں تو لوگوں کو یہ بتانے کے لیے ہے کہ ہیپینس کا ایک اور لیول ہے، بہت اونچا لیول ہے۔</w:t>
      </w:r>
    </w:p>
    <w:p>
      <w:r>
        <w:rPr>
          <w:b/>
        </w:rPr>
        <w:t xml:space="preserve">[02:44] </w:t>
      </w:r>
      <w:r>
        <w:t>yeh choti choti desire jo hain, choti choti jo yeh jo false qism ke jo tamashe hain kapṛe mein aur fashion mein, aur aur aur jo desires hain, is mein jo khushi le rahe hain,</w:t>
      </w:r>
    </w:p>
    <w:p>
      <w:pPr>
        <w:jc w:val="right"/>
      </w:pPr>
      <w:r>
        <w:t>یہ چھوٹی چھوٹی ڈیزائر جو ہیں، چھوٹی چھوٹی جو یہ جو فالس قسم کے جو تماشے ہیں کپڑے میں اور فیشن میں، اور اور اور جو ڈیزائرز ہیں، اس میں جو خوشی لے رہے ہیں،</w:t>
      </w:r>
    </w:p>
    <w:p>
      <w:r>
        <w:rPr>
          <w:b/>
        </w:rPr>
        <w:t xml:space="preserve">[03:03] </w:t>
      </w:r>
      <w:r>
        <w:t>woh animal level ki khushi hai. aur bohat hi bara aur aik level hai khushi ka, happiness ka. is se log</w:t>
      </w:r>
    </w:p>
    <w:p>
      <w:pPr>
        <w:jc w:val="right"/>
      </w:pPr>
      <w:r>
        <w:t>وہ اینیمل لیول کی خوشی ہے۔ اور بہت ہی بڑا اور ایک لیول ہے خوشی کا، ہیپینس کا۔ اس سے لوگ</w:t>
      </w:r>
    </w:p>
    <w:p>
      <w:r>
        <w:rPr>
          <w:b/>
        </w:rPr>
        <w:t xml:space="preserve">[03:17] </w:t>
      </w:r>
      <w:r>
        <w:t>jis ko woh kehte hain hindi mein banchit, is se banchit hain.</w:t>
      </w:r>
    </w:p>
    <w:p>
      <w:pPr>
        <w:jc w:val="right"/>
      </w:pPr>
      <w:r>
        <w:t>جس کو وہ کہتے ہیں ہندی میں بنچت، اس سے بنچت ہیں۔</w:t>
      </w:r>
    </w:p>
    <w:p>
      <w:r>
        <w:rPr>
          <w:b/>
        </w:rPr>
        <w:t xml:space="preserve">[03:23] </w:t>
      </w:r>
      <w:r>
        <w:t>to hamara mission logon ko yeh batana hai ke zyada bari jo happiness hai, to us ka source hai religion, islam, quran.</w:t>
      </w:r>
    </w:p>
    <w:p>
      <w:pPr>
        <w:jc w:val="right"/>
      </w:pPr>
      <w:r>
        <w:t>تو ہمارا مشن لوگوں کو یہ بتانا ہے کہ زیادہ بڑی جو ہیپینس ہے، تو اس کا سورس ہے ریلیجن، اسلام، قرآن۔</w:t>
      </w:r>
    </w:p>
    <w:p>
      <w:r>
        <w:rPr>
          <w:b/>
        </w:rPr>
        <w:t xml:space="preserve">[03:37] </w:t>
      </w:r>
      <w:r>
        <w:t>to hum chahte hain ke log is oopar ke level ki jo happiness hai, us ko janen. jaise aap dekhiye, bohat logon ko aap balkay sabhi logon ko aap payen gay ke negative thought pe jeete hain poori poori history mein.</w:t>
      </w:r>
    </w:p>
    <w:p>
      <w:pPr>
        <w:jc w:val="right"/>
      </w:pPr>
      <w:r>
        <w:t>تو ہم چاہتے ہیں کہ لوگ اس اوپر کے لیول کی جو ہیپینس ہے، اس کو جانیں۔ جیسے آپ دیکھیے، بہت لوگوں کو آپ بلکہ سبھی لوگوں کو آپ پائیں گے کہ نیگیٹیو تھاٹ پہ جیتے ہیں پوری پوری ہسٹری میں۔</w:t>
      </w:r>
    </w:p>
    <w:p>
      <w:r>
        <w:rPr>
          <w:b/>
        </w:rPr>
        <w:t xml:space="preserve">[03:57] </w:t>
      </w:r>
      <w:r>
        <w:t>mein to nahi paya kisi ko jo negative thought pe na jeeta ho. aam taur par dekhiye, do qism ke negative thought mein hain logon ke andar. aik yeh hai ke koi seed memory hoti hai,</w:t>
      </w:r>
    </w:p>
    <w:p>
      <w:pPr>
        <w:jc w:val="right"/>
      </w:pPr>
      <w:r>
        <w:t>میں تو نہیں پایا کسی کو جو نیگیٹیو تھاٹ پہ نہ جیتا ہو۔ عام طور پر دیکھیے، دو قسم کے نیگیٹیو تھاٹ میں ہیں لوگوں کے اندر۔ ایک یہ ہے کہ کوئی سیٹ میموری ہوتی ہے،</w:t>
      </w:r>
    </w:p>
    <w:p>
      <w:r>
        <w:rPr>
          <w:b/>
        </w:rPr>
        <w:t xml:space="preserve">[04:15] </w:t>
      </w:r>
      <w:r>
        <w:t>bas usi ko le kar ke log jis stress mein rehte hain, tension mein rehte hain. aur seed memory aik part of life hai.</w:t>
      </w:r>
    </w:p>
    <w:p>
      <w:pPr>
        <w:jc w:val="right"/>
      </w:pPr>
      <w:r>
        <w:t>بس اسی کو لے کر کے لوگ جس اسٹریس میں رہتے ہیں، ٹینشن میں رہتے ہیں۔ اور سیٹ میموری ایک پارٹ آف لائف ہے۔</w:t>
      </w:r>
    </w:p>
    <w:p>
      <w:r>
        <w:rPr>
          <w:b/>
        </w:rPr>
        <w:t xml:space="preserve">[04:26] </w:t>
      </w:r>
      <w:r>
        <w:t>kal parson jo paper mein aayi hai dhoom shadi ki, isi aurat maine kaha ke aap dekh lijiyega, thore din mein separation hoga. separation hoga ke dono alag ho jayen gay, aur na un ko khushi, na un ko khushi.</w:t>
      </w:r>
    </w:p>
    <w:p>
      <w:pPr>
        <w:jc w:val="right"/>
      </w:pPr>
      <w:r>
        <w:t>کل پرسوں جو پیپر میں آئی ہے دھوم شادی کی، اسی عورت میں نے کہا کہ آپ دیکھ لیجئے گا، تھوڑے دن میں سیپریشن ہوگا۔ سیپریشن ہوگا کہ دونوں الگ ہو جائیں گے، اور نہ ان کو خوشی، نہ ان کو خوشی۔</w:t>
      </w:r>
    </w:p>
    <w:p>
      <w:r>
        <w:rPr>
          <w:b/>
        </w:rPr>
        <w:t xml:space="preserve">[04:37] </w:t>
      </w:r>
      <w:r>
        <w:t>aap dekh lijiyega, wohi qissa hai ke char din ki chaal nahi hai, phir adheri raat hai. is mein mujhe zara bhi shakk nahi hai ke yeh jo dhoom dham machi hai, aik din do din ke liye khushiyon ki aik aik bagh ugaya gaya tha, woh bohat jald is mein khizan aye gi.</w:t>
      </w:r>
    </w:p>
    <w:p>
      <w:pPr>
        <w:jc w:val="right"/>
      </w:pPr>
      <w:r>
        <w:t>آپ دیکھ لیجئے گا، وہی قصہ ہے کہ چار دن کی چال نہیں ہے، پھر ادھیری رات ہے۔ اس میں مجھے ذرا بھی شک نہیں ہے کہ یہ جو دھوم دھام مچی ہے، ایک دن دو دن کے لیے خوشیوں کی ایک ایک باغ اگایا گیا تھا، وہ بہت جلد اس میں خزاں آئے گی۔</w:t>
      </w:r>
    </w:p>
    <w:p>
      <w:r>
        <w:rPr>
          <w:b/>
        </w:rPr>
        <w:t xml:space="preserve">[04:59] </w:t>
      </w:r>
      <w:r>
        <w:t>aur phir dono alag, phir un ke liye aik seed memory reh jaye gi. bas to log ya to seed memory mein jeete hain, jis ko bhi dekhen woh seed memory mein ke mujhe book ho gaya, ghusse mein deploy ho gaya, yeh cheez mujhe nahi mili, woh cheez nahi mili.</w:t>
      </w:r>
    </w:p>
    <w:p>
      <w:pPr>
        <w:jc w:val="right"/>
      </w:pPr>
      <w:r>
        <w:t>اور پھر دونوں الگ، پھر ان کے لیے ایک سیڈ میموری رہ جائے گی۔ بس تو لوگ یا تو سیڈ میموری میں جیتے ہیں، جس کو بھی دیکھیں وہ سیڈ میموری میں کہ مجھے بک ہو گیا، غصے میں ڈپلائی ہو گیا، یہ چیز مجھے نہیں ملی، وہ چیز نہیں ملی۔</w:t>
      </w:r>
    </w:p>
    <w:p>
      <w:r>
        <w:rPr>
          <w:b/>
        </w:rPr>
        <w:t xml:space="preserve">[05:16] </w:t>
      </w:r>
      <w:r>
        <w:t>to har aik kisi na kisi seed memory mein jeeta hai. aur doosri cheez kya hai? har aik kisi na kisi is mein jeeta hai ke falan aadmi jo hai, us ne mere pe zulm kiya hai, falan aadmi jo hai, us ne mere sath bura kiya hai, falan aadmi jo hai, us ne mujhe abuse kiya hai.</w:t>
      </w:r>
    </w:p>
    <w:p>
      <w:pPr>
        <w:jc w:val="right"/>
      </w:pPr>
      <w:r>
        <w:t>تو ہر ایک کسی نہ کسی سیڈ میموری میں جیتا ہے۔ اور دوسری چیز کیا ہے؟ ہر ایک کسی نہ کسی اس میں جیتا ہے کہ فلاں آدمی جو ہے، اس نے میرے پہ ظلم کیا ہے، فلاں آدمی جو ہے، اس نے میرے ساتھ برا کیا ہے، فلاں آدمی جو ہے، اس نے مجھے ابیوز کیا ہے۔</w:t>
      </w:r>
    </w:p>
    <w:p>
      <w:r>
        <w:rPr>
          <w:b/>
        </w:rPr>
        <w:t xml:space="preserve">[05:34] </w:t>
      </w:r>
      <w:r>
        <w:t>to ya to kisi doosre aadmi ke bare mein ke us ne mujh se unjust unjustice kiya hai, injustice, us ko le kar ke negative thought banta hai, ya phir yeh le kar ke ke koi seed memory hoti hai, us ko le kar banta hai.</w:t>
      </w:r>
    </w:p>
    <w:p>
      <w:pPr>
        <w:jc w:val="right"/>
      </w:pPr>
      <w:r>
        <w:t>تو یا تو کسی دوسرے آدمی کے بارے میں کہ اس نے مجھ سے انجسٹ انجسٹس کیا ہے، انجسٹس، اس کو لے کر کے نیگیٹیو تھاٹ بنتا ہے، یا پھر یہ لے کر کے کہ کوئی سیڈ میموری ہوتی ہے، اس کو لے کر بنتا ہے۔</w:t>
      </w:r>
    </w:p>
    <w:p>
      <w:r>
        <w:rPr>
          <w:b/>
        </w:rPr>
        <w:t xml:space="preserve">[05:52] </w:t>
      </w:r>
      <w:r>
        <w:t>ab dekhiye ke aap islam ki study karen to aap payenge ke dono ke dono jo hain, bilkul yani artificial qism ke feeling hain.</w:t>
      </w:r>
    </w:p>
    <w:p>
      <w:pPr>
        <w:jc w:val="right"/>
      </w:pPr>
      <w:r>
        <w:t>اب دیکھیے کہ آپ اسلام کی اسٹڈی کریں تو آپ پائیں گے کہ دونوں کے دونوں جو ہیں، بالکل یعنی آرٹیفیشل قسم کے فیلنگ ہیں۔</w:t>
      </w:r>
    </w:p>
    <w:p>
      <w:r>
        <w:rPr>
          <w:b/>
        </w:rPr>
        <w:t xml:space="preserve">[06:03] </w:t>
      </w:r>
      <w:r>
        <w:t>kyun? is liye ke aap khuda ke jo christian plan hai, us ko jante nahin. is liye yeh hai.</w:t>
      </w:r>
    </w:p>
    <w:p>
      <w:pPr>
        <w:jc w:val="right"/>
      </w:pPr>
      <w:r>
        <w:t>کیوں؟ اس لیے کہ آپ خدا کے جو کرسچن پلان ہے، اس کو جانتے نہیں۔ اس لیے یہ ہے۔</w:t>
      </w:r>
    </w:p>
    <w:p>
      <w:r>
        <w:rPr>
          <w:b/>
        </w:rPr>
        <w:t xml:space="preserve">[06:15] </w:t>
      </w:r>
      <w:r>
        <w:t>aap chahte hain ke karoron rupay kharch kar ke khushi mil jaye, to khushi to mil nahin sakti kyunke kisi plan of god hai, us mein to hai hi nahin yeh khushi.</w:t>
      </w:r>
    </w:p>
    <w:p>
      <w:pPr>
        <w:jc w:val="right"/>
      </w:pPr>
      <w:r>
        <w:t>آپ چاہتے ہیں کہ کروڑوں روپے خرچ کر کے خوشی مل جائے، تو خوشی تو مل نہیں سکتی کیونکہ کسی پلان آف گاڈ ہے، اس میں تو ہے ہی نہیں یہ خوشی۔</w:t>
      </w:r>
    </w:p>
    <w:p>
      <w:r>
        <w:rPr>
          <w:b/>
        </w:rPr>
        <w:t xml:space="preserve">[06:25] </w:t>
      </w:r>
      <w:r>
        <w:t>log karte hain, itne itne paise kharch karte hain, bare bare mahal banate hain, shadiyan karte hain. yeh kisi ko bhi maine nahin dekha ke woh zindagi poori khushiyon mein jeeta ho.</w:t>
      </w:r>
    </w:p>
    <w:p>
      <w:pPr>
        <w:jc w:val="right"/>
      </w:pPr>
      <w:r>
        <w:t>لوگ کرتے ہیں، اتنے اتنے پیسے خرچ کرتے ہیں، بڑے بڑے محل بناتے ہیں، شادیاں کرتے ہیں۔ یہ کسی کو بھی میں نے نہیں دیکھا کہ وہ زندگی پوری خوشیوں میں جیتا ہو۔</w:t>
      </w:r>
    </w:p>
    <w:p>
      <w:r>
        <w:rPr>
          <w:b/>
        </w:rPr>
        <w:t xml:space="preserve">[06:37] </w:t>
      </w:r>
      <w:r>
        <w:t>koi beauty, koi fashion, koi shopping, koi outing, kisi ko khushi nahin deti.</w:t>
      </w:r>
    </w:p>
    <w:p>
      <w:pPr>
        <w:jc w:val="right"/>
      </w:pPr>
      <w:r>
        <w:t>کوئی بیوٹی، کوئی فیشن، کوئی شاپنگ، کوئی آؤٹنگ، کسی کو خوشی نہیں دیتی۔</w:t>
      </w:r>
    </w:p>
    <w:p>
      <w:r>
        <w:rPr>
          <w:b/>
        </w:rPr>
        <w:t xml:space="preserve">[06:49] </w:t>
      </w:r>
      <w:r>
        <w:t>to yeh kya hai? yeh is liye hai ke khuda ne khushi ko rakh diya hai paradise mein, yani post death period mein rakh diya hai.</w:t>
      </w:r>
    </w:p>
    <w:p>
      <w:pPr>
        <w:jc w:val="right"/>
      </w:pPr>
      <w:r>
        <w:t>تو یہ کیا ہے؟ یہ اس لیے ہے کہ خدا نے خوشی کو رکھ دیا ہے پیراڈائز میں، یعنی پوسٹ ڈیتھ پیریڈ میں رکھ دیا ہے۔</w:t>
      </w:r>
    </w:p>
    <w:p>
      <w:r>
        <w:rPr>
          <w:b/>
        </w:rPr>
        <w:t xml:space="preserve">[07:00] </w:t>
      </w:r>
      <w:r>
        <w:t>isi liye har aadmi ke andar tomorrow ka concept hai, jo kisi mein nahin hai. aap jante hain ke is poori universe mein tomorrow ka concept kisi mein nahin hai.</w:t>
      </w:r>
    </w:p>
    <w:p>
      <w:pPr>
        <w:jc w:val="right"/>
      </w:pPr>
      <w:r>
        <w:t>اسی لیے ہر آدمی کے اندر ٹومارو کا کانسیپٹ ہے، جو کسی میں نہیں ہے۔ آپ جانتے ہیں کہ اس پوری یونیورس میں ٹومارو کا کانسیپٹ کسی میں نہیں ہے۔</w:t>
      </w:r>
    </w:p>
    <w:p>
      <w:r>
        <w:rPr>
          <w:b/>
        </w:rPr>
        <w:t xml:space="preserve">[07:09] </w:t>
      </w:r>
      <w:r>
        <w:t>kal har ek aaj mein jeeta hai, today mein jeeta hai. chahe ek chunti ho, ya ek pahad ho, ya ek galaxy ho, sab today mein jeete hain.</w:t>
      </w:r>
    </w:p>
    <w:p>
      <w:pPr>
        <w:jc w:val="right"/>
      </w:pPr>
      <w:r>
        <w:t>کل ہر ایک آج میں جیتا ہے، ٹوڈے میں جیتا ہے۔ چاہے ایک چونٹی ہو، یا ایک پہاڑ ہو، یا ایک گیلیکسی ہو، سب ٹوڈے میں جیتے ہیں۔</w:t>
      </w:r>
    </w:p>
    <w:p>
      <w:r>
        <w:rPr>
          <w:b/>
        </w:rPr>
        <w:t xml:space="preserve">[07:21] </w:t>
      </w:r>
      <w:r>
        <w:t>sirf insan hai jo tomorrow mein jeeta hai. to kya hai tomorrow? yeh khuda remind kar raha hai ke tumhara jo pleasure hai, woh tomorrow mein rakha hua hai, yani paradise mein.</w:t>
      </w:r>
    </w:p>
    <w:p>
      <w:pPr>
        <w:jc w:val="right"/>
      </w:pPr>
      <w:r>
        <w:t>صرف انسان ہے جو ٹومارو میں جیتا ہے۔ تو کیا ہے ٹومارو؟ یہ خدا ریمائنڈ کر رہا ہے کہ تمہارا جو پلیژر ہے، وہ ٹومارو میں رکھا ہوا ہے، یعنی پیراڈائز میں۔</w:t>
      </w:r>
    </w:p>
    <w:p>
      <w:r>
        <w:rPr>
          <w:b/>
        </w:rPr>
        <w:t xml:space="preserve">[07:34] </w:t>
      </w:r>
      <w:r>
        <w:t>aise jo aap injustice liye rehte hain, wahan bhi tomorrow ki baat hai. is duniya ko khuda ne banaya hai kis liye?</w:t>
      </w:r>
    </w:p>
    <w:p>
      <w:pPr>
        <w:jc w:val="right"/>
      </w:pPr>
      <w:r>
        <w:t>ایسے جو آپ انجسٹس لیے رہتے ہیں، وہاں بھی ٹومارو کی بات ہے۔ اس دنیا کو خدا نے بنایا ہے کس لیے؟</w:t>
      </w:r>
    </w:p>
    <w:p>
      <w:r>
        <w:rPr>
          <w:b/>
        </w:rPr>
        <w:t xml:space="preserve">[07:45] </w:t>
      </w:r>
      <w:r>
        <w:t>test ke liye. test ke liye hai to logon ko freedom hai. freedom hai to kya hoga? log injustice karenge, freedom ko misuse karenge.</w:t>
      </w:r>
    </w:p>
    <w:p>
      <w:pPr>
        <w:jc w:val="right"/>
      </w:pPr>
      <w:r>
        <w:t>ٹیسٹ کے لیے۔ ٹیسٹ کے لیے ہے تو لوگوں کو فریڈم ہے۔ فریڈم ہے تو کیا ہوگا؟ لوگ انجسٹس کریں گے، فریڈم کو مس یوز کریں گے۔</w:t>
      </w:r>
    </w:p>
    <w:p>
      <w:r>
        <w:rPr>
          <w:b/>
        </w:rPr>
        <w:t xml:space="preserve">[07:58] </w:t>
      </w:r>
      <w:r>
        <w:t>there is part of creation plan. you cannot eliminate all these injustices and negative activities.</w:t>
      </w:r>
    </w:p>
    <w:p>
      <w:pPr>
        <w:jc w:val="right"/>
      </w:pPr>
      <w:r>
        <w:t>دیر از پارٹ آف کریشن پلان۔ یو کین ناٹ ایلیمینیٹ آل دیز انجسٹس اینڈ نیگیٹیو ایکٹیویٹیز۔</w:t>
      </w:r>
    </w:p>
    <w:p>
      <w:r>
        <w:rPr>
          <w:b/>
        </w:rPr>
        <w:t xml:space="preserve">[08:08] </w:t>
      </w:r>
      <w:r>
        <w:t>to aap ko kya karna hai? wait karna hai is din ka jis din in logon ko khuda pakre. woh pakre ga post death period mein.</w:t>
      </w:r>
    </w:p>
    <w:p>
      <w:pPr>
        <w:jc w:val="right"/>
      </w:pPr>
      <w:r>
        <w:t>تو آپ کو کیا کرنا ہے؟ ویٹ کرنا ہے اس دن کا جس دن ان لوگوں کو خدا پکڑے۔ وہ پکڑے گا پوسٹ ڈیتھ پیریڈ میں۔</w:t>
      </w:r>
    </w:p>
    <w:p>
      <w:r>
        <w:rPr>
          <w:b/>
        </w:rPr>
        <w:t xml:space="preserve">[08:19] </w:t>
      </w:r>
      <w:r>
        <w:t>jaise hi aap ko yeh do thought aa jayen ke desire meri poori hongi paradise mein, to sad memory khatam hai. jaise hi aap yeh jan len ke sare log pakre jayenge, khuda ke haan hell mein dale jayenge, to phir aap ko woh bhi negative thought khatam.</w:t>
      </w:r>
    </w:p>
    <w:p>
      <w:pPr>
        <w:jc w:val="right"/>
      </w:pPr>
      <w:r>
        <w:t>جیسے ہی آپ کو یہ دو تھاٹ آ جائیں کہ ڈیزائر میری پوری ہوں گی پیراڈائز میں، تو سیڈ میموری ختم ہے۔ جیسے ہی آپ یہ جان لیں کہ سارے لوگ پکڑے جائیں گے، خدا کے ہاں ہیل میں ڈالے جائیں گے، تو پھر آپ کو وہ بھی نیگیٹیو تھاٹ ختم۔</w:t>
      </w:r>
    </w:p>
    <w:p>
      <w:r>
        <w:rPr>
          <w:b/>
        </w:rPr>
        <w:t xml:space="preserve">[08:39] </w:t>
      </w:r>
      <w:r>
        <w:t>to sab se bari cheez jis jis se ke log apne ko deprived kiye hue hain, is liye ke creation plan of god jo hai, us ko nahin jante.</w:t>
      </w:r>
    </w:p>
    <w:p>
      <w:pPr>
        <w:jc w:val="right"/>
      </w:pPr>
      <w:r>
        <w:t>تو سب سے بڑی چیز جس جس سے کہ لوگ اپنے کو ڈیپرائیو کیے ہوئے ہیں، اس لیے کہ کریشن پلان آف گاڈ جو ہے، اس کو نہیں جانتے۔</w:t>
      </w:r>
    </w:p>
    <w:p>
      <w:r>
        <w:rPr>
          <w:b/>
        </w:rPr>
        <w:t xml:space="preserve">[08:52] </w:t>
      </w:r>
      <w:r>
        <w:t>aur is ka yahi yahi formula hai, koi doosra formula nahin hai ke aap jis cheezon ko khone se apne ko tanav mein aur tension mein pad jate hain,</w:t>
      </w:r>
    </w:p>
    <w:p>
      <w:pPr>
        <w:jc w:val="right"/>
      </w:pPr>
      <w:r>
        <w:t>اور اس کا یہی یہی فارمولا ہے، کوئی دوسرا فارمولا نہیں ہے کہ آپ جس چیزوں کو کھونے سے اپنے کو تناؤ میں اور ٹینشن میں پڑ جاتے ہیں،</w:t>
      </w:r>
    </w:p>
    <w:p>
      <w:r>
        <w:rPr>
          <w:b/>
        </w:rPr>
        <w:t xml:space="preserve">[09:07] </w:t>
      </w:r>
      <w:r>
        <w:t>us ke bare mein aap soch len ke duniya mein to yahi hona hai jo hua. duniya mein sad experience hi honge.</w:t>
      </w:r>
    </w:p>
    <w:p>
      <w:pPr>
        <w:jc w:val="right"/>
      </w:pPr>
      <w:r>
        <w:t>اس کے بارے میں آپ سوچ لیں کہ دنیا میں تو یہی ہونا ہے جو ہوا۔ دنیا میں سیٹ ایکسپیرینس ہی ہوں گے۔</w:t>
      </w:r>
    </w:p>
    <w:p>
      <w:r>
        <w:rPr>
          <w:b/>
        </w:rPr>
        <w:t xml:space="preserve">[09:17] </w:t>
      </w:r>
      <w:r>
        <w:t>koi speed aadmi hoga jo yeh samjhe ke sad experience nahin honge. hum bachpan se aaj tak dekhte aaye hain ke dhoom se shadi hoti hai, love marriage, aur thore dinon ke baad dono mein bigad, dono alag, yeh alag, woh alag.</w:t>
      </w:r>
    </w:p>
    <w:p>
      <w:pPr>
        <w:jc w:val="right"/>
      </w:pPr>
      <w:r>
        <w:t>کوئی سپیڈ آدمی ہوگا جو یہ سمجھے کہ سیٹ ایکسپیرینس نہیں ہوں گے۔ ہم بچپن سے آج تک دیکھتے آئے ہیں کہ دھوم سے شادی ہوتی ہے، لو میرج، اور تھوڑے دنوں کے بعد دونوں میں بگاڑ، دونوں الگ، یہ الگ، وہ الگ۔</w:t>
      </w:r>
    </w:p>
    <w:p>
      <w:r>
        <w:rPr>
          <w:b/>
        </w:rPr>
        <w:t xml:space="preserve">[09:30] </w:t>
      </w:r>
      <w:r>
        <w:t>na un ko khushi, na un ko khushi. agar koi kahe ke woh khush hai to woh jhoot bolta hai. yaad rakhiye, ek sahib mere se aaye ke falan joda to bohat khush hai.</w:t>
      </w:r>
    </w:p>
    <w:p>
      <w:pPr>
        <w:jc w:val="right"/>
      </w:pPr>
      <w:r>
        <w:t>نہ ان کو خوشی، نہ ان کو خوشی۔ اگر کوئی کہے کہ وہ خوش ہے تو وہ جھوٹ بولتا ہے۔ یاد رکھیے، ایک صاحب میرے سے آئے کہ فلاں جوڑا تو بہت خوش ہے۔</w:t>
      </w:r>
    </w:p>
    <w:p>
      <w:r>
        <w:rPr>
          <w:b/>
        </w:rPr>
        <w:t xml:space="preserve">[09:43] </w:t>
      </w:r>
      <w:r>
        <w:t>maine kaha jhoot bolta hai woh. ja ke scrutiny kijiye. maine bataya un ko, jab scrutiny ki to maloom hua ke andar se woh dono ke dono nakhush hain. upar haha karte hain, khali.</w:t>
      </w:r>
    </w:p>
    <w:p>
      <w:pPr>
        <w:jc w:val="right"/>
      </w:pPr>
      <w:r>
        <w:t>میں نے کہا جھوٹ بولتا ہے وہ۔ جا کے سکروٹنی کیجئے۔ میں نے بتایا ان کو، جب سکروٹنی کی تو معلوم ہوا کہ اندر سے وہ دونوں کے دونوں ناخوش ہیں۔ اوپر ہا ہا کرتے ہیں، خالی۔</w:t>
      </w:r>
    </w:p>
    <w:p>
      <w:r>
        <w:rPr>
          <w:b/>
        </w:rPr>
        <w:t xml:space="preserve">[09:55] </w:t>
      </w:r>
      <w:r>
        <w:t>jo yeh kahe ke main khush hoon, woh jhoot bolta hai. kyunke duniya mein khushi mil hi nahin sakti. to bahal islam jo hai, us ki yeh bohat bari us ki blessing hai ke insan ko batata hai ke what is the creation plan of god.</w:t>
      </w:r>
    </w:p>
    <w:p>
      <w:pPr>
        <w:jc w:val="right"/>
      </w:pPr>
      <w:r>
        <w:t>جو یہ کہے کہ میں خوش ہوں، وہ جھوٹ بولتا ہے۔ کیونکہ دنیا میں خوشی مل ہی نہیں سکتی۔ تو بہرحال اسلام جو ہے، اس کی یہ بہت بڑی اس کی بلیسنگ ہے کہ انسان کو بتاتا ہے کہ واٹ از دا کریشن پلان آف گاڈ۔</w:t>
      </w:r>
    </w:p>
    <w:p>
      <w:r>
        <w:rPr>
          <w:b/>
        </w:rPr>
        <w:t xml:space="preserve">[10:15] </w:t>
      </w:r>
      <w:r>
        <w:t>yahi source hai happiness ka. jab aap yeh yaqeen kar len ke meri desire jo hai, un ko fulfillment fulfillment milega post death period mein, paradise mein, to aap ka tension khatam ho jata hai.</w:t>
      </w:r>
    </w:p>
    <w:p>
      <w:pPr>
        <w:jc w:val="right"/>
      </w:pPr>
      <w:r>
        <w:t>یہی سورس ہے ہیپینس کا۔ جب آپ یہ یقین کر لیں کہ میری ڈیزائر جو ہے، ان کو فلفلمنٹ فلفلمنٹ ملے گا پوسٹ ڈیتھ پیریڈ میں، پیراڈائز میں، تو آپ کا ٹینشن ختم ہو جاتا ہے۔</w:t>
      </w:r>
    </w:p>
    <w:p>
      <w:r>
        <w:rPr>
          <w:b/>
        </w:rPr>
        <w:t xml:space="preserve">[10:28] </w:t>
      </w:r>
      <w:r>
        <w:t>aaiye jab yeh aap soch len ke jo injustice break kiya gaya hai mere sath, us ko punishment milega post death period mein, khuda pakre ga un ko, to woh tension bhi khatam hai.</w:t>
      </w:r>
    </w:p>
    <w:p>
      <w:pPr>
        <w:jc w:val="right"/>
      </w:pPr>
      <w:r>
        <w:t>آئیے جب یہ آپ سوچ لیں کہ جو انجسٹس بریک کیا گیا ہے میرے ساتھ، اس کو پنشمنٹ ملے گا پوسٹ ڈیتھ پیریڈ میں، خدا پکڑے گا ان کو، تو وہ ٹینشن بھی ختم ہے۔</w:t>
      </w:r>
    </w:p>
    <w:p>
      <w:r>
        <w:rPr>
          <w:b/>
        </w:rPr>
        <w:t xml:space="preserve">[10:41] </w:t>
      </w:r>
      <w:r>
        <w:t>yeh hai mere nazdeek zindagi ka sahi formula. aaj mein ek aur baat kehna chahta hoon. aaj subah mujhe ek ek cheez, ek tajurba hua.</w:t>
      </w:r>
    </w:p>
    <w:p>
      <w:pPr>
        <w:jc w:val="right"/>
      </w:pPr>
      <w:r>
        <w:t>یہ ہے میرے نزدیک زندگی کا صحیح فارمولا۔ آج میں ایک اور بات کہنا چاہتا ہوں۔ آج صبح مجھے ایک ایک چیز، ایک تجربہ ہوا۔</w:t>
      </w:r>
    </w:p>
    <w:p>
      <w:r>
        <w:rPr>
          <w:b/>
        </w:rPr>
        <w:t xml:space="preserve">[10:57] </w:t>
      </w:r>
      <w:r>
        <w:t>dekhiye,</w:t>
      </w:r>
    </w:p>
    <w:p>
      <w:pPr>
        <w:jc w:val="right"/>
      </w:pPr>
      <w:r>
        <w:t>دیکھیے،</w:t>
      </w:r>
    </w:p>
    <w:p>
      <w:r>
        <w:rPr>
          <w:b/>
        </w:rPr>
        <w:t xml:space="preserve">[11:02] </w:t>
      </w:r>
      <w:r>
        <w:t>darvin ne ek theory pesh ki jo kehte hain theory of evolution ya organic evolution.</w:t>
      </w:r>
    </w:p>
    <w:p>
      <w:pPr>
        <w:jc w:val="right"/>
      </w:pPr>
      <w:r>
        <w:t>ڈارون نے ایک تھیوری پیش کی جو کہتے ہیں تھیوری آف ایولوشن یا ارگینک ایولوشن۔</w:t>
      </w:r>
    </w:p>
    <w:p>
      <w:r>
        <w:rPr>
          <w:b/>
        </w:rPr>
        <w:t xml:space="preserve">[11:16] </w:t>
      </w:r>
      <w:r>
        <w:t>to is ki bari dhoom machi. is par hazaron book likhi gayi hain aur arbon kharbon dollar kharch kiye gaye, yahan tak ke wo dunya ki bohat hi well known theory ban gayi.</w:t>
      </w:r>
    </w:p>
    <w:p>
      <w:pPr>
        <w:jc w:val="right"/>
      </w:pPr>
      <w:r>
        <w:t>تو اس کی بڑی دھوم مچی۔ اس پر ہزاروں بک لکھی گئی ہیں اور اربوں کھربوں ڈالر خرچ کیے گئے، یہاں تک کہ وہ دنیا کی بہت ہی ویل نون تھیوری بن گئی۔</w:t>
      </w:r>
    </w:p>
    <w:p>
      <w:r>
        <w:rPr>
          <w:b/>
        </w:rPr>
        <w:t xml:space="preserve">[11:29] </w:t>
      </w:r>
      <w:r>
        <w:t>evolution is ka impact yeh para ke sab log isi hi term mein sochne lagay.</w:t>
      </w:r>
    </w:p>
    <w:p>
      <w:pPr>
        <w:jc w:val="right"/>
      </w:pPr>
      <w:r>
        <w:t>ایولوشن اس کا امپیکٹ یہ پڑا کہ سب لوگ اسی ہی ٹرم میں سوچنے لگے۔</w:t>
      </w:r>
    </w:p>
    <w:p>
      <w:r>
        <w:rPr>
          <w:b/>
        </w:rPr>
        <w:t xml:space="preserve">[11:38] </w:t>
      </w:r>
      <w:r>
        <w:t>yahi ka sahi formula. aaj main ek aur baat kehna chahta hoon. aaj subah mujhe ek ek cheez, ek tajurba hua.</w:t>
      </w:r>
    </w:p>
    <w:p>
      <w:pPr>
        <w:jc w:val="right"/>
      </w:pPr>
      <w:r>
        <w:t>یہی کا صحیح فارمولا۔ آج میں ایک اور بات کہنا چاہتا ہوں۔ آج صبح مجھے ایک ایک چیز، ایک تجربہ ہوا۔</w:t>
      </w:r>
    </w:p>
    <w:p>
      <w:r>
        <w:rPr>
          <w:b/>
        </w:rPr>
        <w:t xml:space="preserve">[11:51] </w:t>
      </w:r>
      <w:r>
        <w:t>dekhiye,</w:t>
      </w:r>
    </w:p>
    <w:p>
      <w:pPr>
        <w:jc w:val="right"/>
      </w:pPr>
      <w:r>
        <w:t>دیکھیے،</w:t>
      </w:r>
    </w:p>
    <w:p>
      <w:r>
        <w:rPr>
          <w:b/>
        </w:rPr>
        <w:t xml:space="preserve">[11:56] </w:t>
      </w:r>
      <w:r>
        <w:t>darvin ne ek theory pesh ki jo kehte hain theory of evolution ya organic evolution.</w:t>
      </w:r>
    </w:p>
    <w:p>
      <w:pPr>
        <w:jc w:val="right"/>
      </w:pPr>
      <w:r>
        <w:t>ڈارون نے ایک تھیوری پیش کی جو کہتے ہیں تھیوری آف ایولوشن یا ارگینک ایولوشن۔</w:t>
      </w:r>
    </w:p>
    <w:p>
      <w:r>
        <w:rPr>
          <w:b/>
        </w:rPr>
        <w:t xml:space="preserve">[12:10] </w:t>
      </w:r>
      <w:r>
        <w:t>to is ki bari dhoom machi. is par hazaron book likhi gayi hain aur arbon kharbon dollar kharch kiye gaye, yahan tak ke wo dunya ki bohat hi well known theory ban gayi.</w:t>
      </w:r>
    </w:p>
    <w:p>
      <w:pPr>
        <w:jc w:val="right"/>
      </w:pPr>
      <w:r>
        <w:t>تو اس کی بڑی دھوم مچی۔ اس پر ہزاروں بک لکھی گئی ہیں اور اربوں کھربوں ڈالر خرچ کیے گئے، یہاں تک کہ وہ دنیا کی بہت ہی ویل نون تھیوری بن گئی۔</w:t>
      </w:r>
    </w:p>
    <w:p>
      <w:r>
        <w:rPr>
          <w:b/>
        </w:rPr>
        <w:t xml:space="preserve">[12:23] </w:t>
      </w:r>
      <w:r>
        <w:t>evolution is ka impact yeh para ke sab log isi hi term mein sochne lagay.</w:t>
      </w:r>
    </w:p>
    <w:p>
      <w:pPr>
        <w:jc w:val="right"/>
      </w:pPr>
      <w:r>
        <w:t>ایولوشن اس کا امپیکٹ یہ پڑا کہ سب لوگ اسی ہی ٹرم میں سوچنے لگے۔</w:t>
      </w:r>
    </w:p>
    <w:p>
      <w:r>
        <w:rPr>
          <w:b/>
        </w:rPr>
        <w:t xml:space="preserve">[12:34] </w:t>
      </w:r>
      <w:r>
        <w:t>wo samjhe ke evolution jo hai, wo har jagah hota hai, including religion. to bohat se muslim scholars jo hain, muslim thinkers jo hain, wo yahi boli bolne lagay ke islam yeh jo prophethood jo hai,</w:t>
      </w:r>
    </w:p>
    <w:p>
      <w:pPr>
        <w:jc w:val="right"/>
      </w:pPr>
      <w:r>
        <w:t>وہ سمجھے کہ ایولوشن جو ہے، وہ ہر جگہ ہوتا ہے، انکلوڈنگ ریلیجن۔ تو بہت سے مسلم سکالرز جو ہیں، مسلم تھنکرز جو ہیں، وہ یہی بولی بولنے لگے کہ اسلام یہ جو پرافٹ ہڈ جو ہے،</w:t>
      </w:r>
    </w:p>
    <w:p>
      <w:r>
        <w:rPr>
          <w:b/>
        </w:rPr>
        <w:t xml:space="preserve">[12:55] </w:t>
      </w:r>
      <w:r>
        <w:t>is mein bhi evolution hai. aur hote hote rasool Allah yani Muhammad sallallahu alaihi wasallam jo islam ke laye, to wo aa kar ke wahan par evolution jo hai, wo aakhri is ka culmination hua.</w:t>
      </w:r>
    </w:p>
    <w:p>
      <w:pPr>
        <w:jc w:val="right"/>
      </w:pPr>
      <w:r>
        <w:t>اس میں بھی ایولوشن ہے۔ اور ہوتے ہوتے رسول اللہ یعنی محمد صلی اللہ علیہ وسلم جو اسلام کے لائے، تو وہ آ کر کے وہاں پر ایولوشن جو ہے، وہ آخری اس کا کلمنیشن ہوا۔</w:t>
      </w:r>
    </w:p>
    <w:p>
      <w:r>
        <w:rPr>
          <w:b/>
        </w:rPr>
        <w:t xml:space="preserve">[13:15] </w:t>
      </w:r>
      <w:r>
        <w:t>yani Adam jo thay ya aur jo prophet thay, wo kuch yani shuru zamanay ke prophet thay.</w:t>
      </w:r>
    </w:p>
    <w:p>
      <w:pPr>
        <w:jc w:val="right"/>
      </w:pPr>
      <w:r>
        <w:t>یعنی آدم جو تھے یا اور جو پرافٹ تھے، وہ کچھ یعنی شروع زمانے کے پرافٹ تھے۔</w:t>
      </w:r>
    </w:p>
    <w:p>
      <w:r>
        <w:rPr>
          <w:b/>
        </w:rPr>
        <w:t xml:space="preserve">[13:25] </w:t>
      </w:r>
      <w:r>
        <w:t>phir evolution hua. evolution hote hote hote hote hote Muhammad sallallahu alaihi wasallam par aa kar ke wo evolution mukammal hua.</w:t>
      </w:r>
    </w:p>
    <w:p>
      <w:pPr>
        <w:jc w:val="right"/>
      </w:pPr>
      <w:r>
        <w:t>پھر ایولوشن ہوا۔ ایولوشن ہوتے ہوتے ہوتے ہوتے ہوتے محمد صلی اللہ علیہ وسلم پر آ کر کے وہ ایولوشن مکمل ہوا۔</w:t>
      </w:r>
    </w:p>
    <w:p>
      <w:r>
        <w:rPr>
          <w:b/>
        </w:rPr>
        <w:t xml:space="preserve">[13:34] </w:t>
      </w:r>
      <w:r>
        <w:t>is liye wo is se nikalte hain ke rasool Allah kamil peghambar thay aur afzal al anbiya thay waghera. yeh sab bilkul baseless nazariyat hain, baseless baatein hain.</w:t>
      </w:r>
    </w:p>
    <w:p>
      <w:pPr>
        <w:jc w:val="right"/>
      </w:pPr>
      <w:r>
        <w:t>اس لیے وہ اس سے نکالتے ہیں کہ رسول اللہ کامل پیغمبر تھے اور افضل الانبیاء تھے وغیرہ۔ یہ سب بالکل بیسلیس نظریات ہیں، بیسلیس باتیں ہیں۔</w:t>
      </w:r>
    </w:p>
    <w:p>
      <w:r>
        <w:rPr>
          <w:b/>
        </w:rPr>
        <w:t xml:space="preserve">[13:46] </w:t>
      </w:r>
      <w:r>
        <w:t>quran se yeh sabit hai ke jo ideology hai tauheed ki, ideology of oneness of god, to sare prophet jo hai, yahi ideology le kar aaye.</w:t>
      </w:r>
    </w:p>
    <w:p>
      <w:pPr>
        <w:jc w:val="right"/>
      </w:pPr>
      <w:r>
        <w:t>قرآن سے یہ ثابت ہے کہ جو آئیڈیالوجی ہے توحید کی، آئیڈیالوجی آف وننس آف گاڈ، تو سارے پرافٹ جو ہے، یہی آئیڈیالوجی لے کر آئے۔</w:t>
      </w:r>
    </w:p>
    <w:p>
      <w:r>
        <w:rPr>
          <w:b/>
        </w:rPr>
        <w:t xml:space="preserve">[13:57] </w:t>
      </w:r>
      <w:r>
        <w:t>oneness of god ki ideology, is ko hum tauheed kehte hain. to ideology mein koi bhi evolution nahi hai.</w:t>
      </w:r>
    </w:p>
    <w:p>
      <w:pPr>
        <w:jc w:val="right"/>
      </w:pPr>
      <w:r>
        <w:t>وننس آف گاڈ کی آئیڈیالوجی، اس کو ہم توحید کہتے ہیں۔ تو آئیڈیالوجی میں کوئی بھی ایولوشن نہیں ہے۔</w:t>
      </w:r>
    </w:p>
    <w:p>
      <w:r>
        <w:rPr>
          <w:b/>
        </w:rPr>
        <w:t xml:space="preserve">[14:08] </w:t>
      </w:r>
      <w:r>
        <w:t>jo ideology hai religion of tauheed ki, is mein koi bhi evolution nahi hai. Adam se le kar ke Muhammad tak ek hi ideology hai.</w:t>
      </w:r>
    </w:p>
    <w:p>
      <w:pPr>
        <w:jc w:val="right"/>
      </w:pPr>
      <w:r>
        <w:t>جو آئیڈیالوجی ہے ریلیجن آف توحید کی، اس میں کوئی بھی ایولوشن نہیں ہے۔ آدم سے لے کر کے محمد تک ایک ہی آئیڈیالوجی ہے۔</w:t>
      </w:r>
    </w:p>
    <w:p>
      <w:r>
        <w:rPr>
          <w:b/>
        </w:rPr>
        <w:t xml:space="preserve">[14:22] </w:t>
      </w:r>
      <w:r>
        <w:t>ek aur cheez jis mein evolution hua, wo hai mode of daawa. mode of daawa yani dekhiye, pehle zamanay mein kya hota tha ke</w:t>
      </w:r>
    </w:p>
    <w:p>
      <w:pPr>
        <w:jc w:val="right"/>
      </w:pPr>
      <w:r>
        <w:t>ایک اور چیز جس میں ایولوشن ہوا، وہ ہے موڈ آف دعویٰ۔ موڈ آف دعویٰ یعنی دیکھیے، پہلے زمانے میں کیا ہوتا تھا کہ</w:t>
      </w:r>
    </w:p>
    <w:p>
      <w:r>
        <w:rPr>
          <w:b/>
        </w:rPr>
        <w:t xml:space="preserve">[14:40] </w:t>
      </w:r>
      <w:r>
        <w:t>by the word of mouth teaching ki jati thi, munh se bol kar ke. by the word of mouth to wo speech ka daur tha.</w:t>
      </w:r>
    </w:p>
    <w:p>
      <w:pPr>
        <w:jc w:val="right"/>
      </w:pPr>
      <w:r>
        <w:t>بائی دا ورڈ آف ماؤتھ ٹیچنگ کی جاتی تھی، منہ سے بول کر کے۔ بائی دا ورڈ آف ماؤتھ تو وہ اسپیچ کا دور تھا۔</w:t>
      </w:r>
    </w:p>
    <w:p>
      <w:r>
        <w:rPr>
          <w:b/>
        </w:rPr>
        <w:t xml:space="preserve">[14:53] </w:t>
      </w:r>
      <w:r>
        <w:t>phir aap jante hain ke agla zamana aaya jab qalam bana, paper bana to likha jane laga.</w:t>
      </w:r>
    </w:p>
    <w:p>
      <w:pPr>
        <w:jc w:val="right"/>
      </w:pPr>
      <w:r>
        <w:t>پھر آپ جانتے ہیں کہ اگلا زمانہ آیا جب قلم بنا، پیپر بنا تو لکھا جانے لگا۔</w:t>
      </w:r>
    </w:p>
    <w:p>
      <w:r>
        <w:rPr>
          <w:b/>
        </w:rPr>
        <w:t xml:space="preserve">[15:03] </w:t>
      </w:r>
      <w:r>
        <w:t>to likh kar ke Khuda ki baat ko likh kar ke preserve kiya jane laga.</w:t>
      </w:r>
    </w:p>
    <w:p>
      <w:pPr>
        <w:jc w:val="right"/>
      </w:pPr>
      <w:r>
        <w:t>تو لکھ کر کے خدا کی بات کو لکھ کر کے پریزرو کیا جانے لگا۔</w:t>
      </w:r>
    </w:p>
    <w:p>
      <w:r>
        <w:rPr>
          <w:b/>
        </w:rPr>
        <w:t xml:space="preserve">[15:12] </w:t>
      </w:r>
      <w:r>
        <w:t>yeh zamana jo hai, shuru hua 7th century se jab ke quran utra. to pre quran period jo tha, wo word of wo wo wo zamana tha jab ke speech tha daawa ka, daawa warq ka zariya.</w:t>
      </w:r>
    </w:p>
    <w:p>
      <w:pPr>
        <w:jc w:val="right"/>
      </w:pPr>
      <w:r>
        <w:t>یہ زمانہ جو ہے، شروع ہوا سیون سینچری سے جب کہ قرآن اترا۔ تو پری قرآن پیریڈ جو تھا، وہ ورڈ آف وہ وہ وہ زمانہ تھا جب کہ اسپیچ تھا دعویٰ کا، دعویٰ ورق کا ذریعہ۔</w:t>
      </w:r>
    </w:p>
    <w:p>
      <w:r>
        <w:rPr>
          <w:b/>
        </w:rPr>
        <w:t xml:space="preserve">[15:32] </w:t>
      </w:r>
      <w:r>
        <w:t>by the word of mouth quran mein aaya ke ilm bil qalam, ilm bil qalam yani qalam kya hai? paper par aap pen se likhte hain.</w:t>
      </w:r>
    </w:p>
    <w:p>
      <w:pPr>
        <w:jc w:val="right"/>
      </w:pPr>
      <w:r>
        <w:t>بائی دا ورڈ آف ماؤتھ قرآن میں آیا کہ علم بالقلم، علم بالقلم یعنی قلم کیا ہے؟ پیپر پر آپ پین سے لکھتے ہیں۔</w:t>
      </w:r>
    </w:p>
    <w:p>
      <w:r>
        <w:rPr>
          <w:b/>
        </w:rPr>
        <w:t xml:space="preserve">[15:42] </w:t>
      </w:r>
      <w:r>
        <w:t>to paper ko istemal karna aur pen se likhna, is ki taraf is mein bataya gaya ke ab zamana aa gaya hai, wo jab ke likh kar ke daawa warq kiya ja sakta hai.</w:t>
      </w:r>
    </w:p>
    <w:p>
      <w:pPr>
        <w:jc w:val="right"/>
      </w:pPr>
      <w:r>
        <w:t>تو پیپر کو استعمال کرنا اور پین سے لکھنا، اس کی طرف اس میں بتایا گیا کہ اب زمانہ آ گیا ہے، وہ جب کہ لکھ کر کے دعویٰ ورق کیا جا سکتا ہے۔</w:t>
      </w:r>
    </w:p>
    <w:p>
      <w:r>
        <w:rPr>
          <w:b/>
        </w:rPr>
        <w:t xml:space="preserve">[15:55] </w:t>
      </w:r>
      <w:r>
        <w:t>to yeh ilm bil qalam yeh chalta raha. phir is ke baad 10th century mein dekhiye, aap printing press aaya. printing press to yeh ek aur zamana aaya.</w:t>
      </w:r>
    </w:p>
    <w:p>
      <w:pPr>
        <w:jc w:val="right"/>
      </w:pPr>
      <w:r>
        <w:t>تو یہ علم بالقلم یہ چلتا رہا۔ پھر اس کے بعد ٹین سینچری میں دیکھیے، آپ پرنٹنگ پریس آیا۔ پرنٹنگ پریس تو یہ ایک اور زمانہ آیا۔</w:t>
      </w:r>
    </w:p>
    <w:p>
      <w:r>
        <w:rPr>
          <w:b/>
        </w:rPr>
        <w:t xml:space="preserve">[16:08] </w:t>
      </w:r>
      <w:r>
        <w:t>is ke baad phir aage barha to aap jante hain ke phir electronic media aaya aur barha to multimedia aaya.</w:t>
      </w:r>
    </w:p>
    <w:p>
      <w:pPr>
        <w:jc w:val="right"/>
      </w:pPr>
      <w:r>
        <w:t>اس کے بعد پھر آگے بڑھا تو آپ جانتے ہیں کہ پھر الیکٹرانک میڈیا آیا اور بڑھا تو ملٹی میڈیا آیا۔</w:t>
      </w:r>
    </w:p>
    <w:p>
      <w:r>
        <w:rPr>
          <w:b/>
        </w:rPr>
        <w:t xml:space="preserve">[16:18] </w:t>
      </w:r>
      <w:r>
        <w:t>is tarah se mood of dawah mein evolution hota raha. to ek hadith hai bukhari mein ke innalah yudinu bir-rajulil-fajir.</w:t>
      </w:r>
    </w:p>
    <w:p>
      <w:pPr>
        <w:jc w:val="right"/>
      </w:pPr>
      <w:r>
        <w:t>اس طرح سے موڈ آف دعویٰ میں ایولوشن ہوتا رہا۔ تو ایک حدیث ہے بخاری میں کہ ان اللہ دین بالرجل الفاجر۔</w:t>
      </w:r>
    </w:p>
    <w:p>
      <w:r>
        <w:rPr>
          <w:b/>
        </w:rPr>
        <w:t xml:space="preserve">[16:34] </w:t>
      </w:r>
      <w:r>
        <w:t>khuda apne deen ki madad yahan lafz jo hai, taeed ka hai. taeed means support dena. khuda apne deen ko support dega fajar aadmi ke zariye bhi.</w:t>
      </w:r>
    </w:p>
    <w:p>
      <w:pPr>
        <w:jc w:val="right"/>
      </w:pPr>
      <w:r>
        <w:t>خدا اپنے دین کی مدد یہاں لفظ جو ہے، تائید کا ہے۔ تائید مینز سپورٹ دینا۔ خدا اپنے دین کو سپورٹ دے گا فاجر آدمی کے ذریعے بھی۔</w:t>
      </w:r>
    </w:p>
    <w:p>
      <w:r>
        <w:rPr>
          <w:b/>
        </w:rPr>
        <w:t xml:space="preserve">[16:48] </w:t>
      </w:r>
      <w:r>
        <w:t>fajar ka matlab hai ke secular, non religious. yeh main samajhta hoon kis ki taraf yahan par yeh ek woh hai, ek hint hai ke jo civilization hai, us ko hum kehte hain.</w:t>
      </w:r>
    </w:p>
    <w:p>
      <w:pPr>
        <w:jc w:val="right"/>
      </w:pPr>
      <w:r>
        <w:t>فاجر کا مطلب ہے کہ سیکولر، نان ریلیجس۔ یہ میں سمجھتا ہوں کس کی طرف یہاں پر یہ ایک وہ ہے، ایک ہنٹ ہے کہ جو سولائزیشن ہے، اس کو ہم کہتے ہیں۔</w:t>
      </w:r>
    </w:p>
    <w:p>
      <w:r>
        <w:rPr>
          <w:b/>
        </w:rPr>
        <w:t xml:space="preserve">[17:04] </w:t>
      </w:r>
      <w:r>
        <w:t>khuda ne civilization ko</w:t>
      </w:r>
    </w:p>
    <w:p>
      <w:pPr>
        <w:jc w:val="right"/>
      </w:pPr>
      <w:r>
        <w:t>خدا نے سولائزیشن کو</w:t>
      </w:r>
    </w:p>
    <w:p>
      <w:r>
        <w:rPr>
          <w:b/>
        </w:rPr>
        <w:t xml:space="preserve">[17:08] </w:t>
      </w:r>
      <w:r>
        <w:t>supportive role diya hai. civilization jo hai, woh alag koi cheez nahi hai. main samajhta hoon ke poori poori history, poori poori universe, sab kuch is liye hai ke khuda ki glory ko wazeh karne ke liye.</w:t>
      </w:r>
    </w:p>
    <w:p>
      <w:pPr>
        <w:jc w:val="right"/>
      </w:pPr>
      <w:r>
        <w:t>سپورٹیو رول دیا ہے۔ سولائزیشن جو ہے، وہ الگ کوئی چیز نہیں ہے۔ میں سمجھتا ہوں کہ پوری پوری ہسٹری، پوری پوری یونیورس، سب کچھ اس لیے ہے کہ خدا کی گلوری کو واضح کرنے کے لیے۔</w:t>
      </w:r>
    </w:p>
    <w:p>
      <w:r>
        <w:rPr>
          <w:b/>
        </w:rPr>
        <w:t xml:space="preserve">[17:24] </w:t>
      </w:r>
      <w:r>
        <w:t>yani creator ko log pehchanen, the glory ko pehchanen. isi ke liye hai jis liye itni bari universe kyun banai gayi?</w:t>
      </w:r>
    </w:p>
    <w:p>
      <w:pPr>
        <w:jc w:val="right"/>
      </w:pPr>
      <w:r>
        <w:t>یعنی کریٹر کو لوگ پہچانیں، دا گلوری کو پہچانیں۔ اسی کے لیے ہے جس لیے اتنی بڑی یونیورس کیوں بنائی گئی؟</w:t>
      </w:r>
    </w:p>
    <w:p>
      <w:r>
        <w:rPr>
          <w:b/>
        </w:rPr>
        <w:t xml:space="preserve">[17:34] </w:t>
      </w:r>
      <w:r>
        <w:t>itni bari universe kyun banai gayi? scientist ab tak is ka answer nahi de paye hain ke aakhir itni bari universe kyun? is ka answer answer kya hai?</w:t>
      </w:r>
    </w:p>
    <w:p>
      <w:pPr>
        <w:jc w:val="right"/>
      </w:pPr>
      <w:r>
        <w:t>اتنی بڑی یونیورس کیوں بنائی گئی؟ سائنٹسٹ اب تک اس کا انسر نہیں دے پائے ہیں کہ آخر اتنی بڑی یونیورس کیوں؟ اس کا انسر انسر کیا ہے؟</w:t>
      </w:r>
    </w:p>
    <w:p>
      <w:r>
        <w:rPr>
          <w:b/>
        </w:rPr>
        <w:t xml:space="preserve">[17:47] </w:t>
      </w:r>
      <w:r>
        <w:t>taake insaan khuda ki greatness ko jaan sake.</w:t>
      </w:r>
    </w:p>
    <w:p>
      <w:pPr>
        <w:jc w:val="right"/>
      </w:pPr>
      <w:r>
        <w:t>تاکہ انسان خدا کی گریٹنس کو جان سکے۔</w:t>
      </w:r>
    </w:p>
    <w:p>
      <w:r>
        <w:rPr>
          <w:b/>
        </w:rPr>
        <w:t xml:space="preserve">[17:53] </w:t>
      </w:r>
      <w:r>
        <w:t>o god, you are</w:t>
      </w:r>
    </w:p>
    <w:p>
      <w:pPr>
        <w:jc w:val="right"/>
      </w:pPr>
      <w:r>
        <w:t>او گاڈ، یو آر</w:t>
      </w:r>
    </w:p>
    <w:p>
      <w:r>
        <w:rPr>
          <w:b/>
        </w:rPr>
        <w:t xml:space="preserve">[17:54] </w:t>
      </w:r>
      <w:r>
        <w:t>great! yeh keh sake. agar itni bari universe na hoti, koi choti si duniya hoti hai to aap kaise keh pate? o god, you are great!</w:t>
      </w:r>
    </w:p>
    <w:p>
      <w:pPr>
        <w:jc w:val="right"/>
      </w:pPr>
      <w:r>
        <w:t>گریٹ! یہ کہہ سکے۔ اگر اتنی بڑی یونیورس نہ ہوتی، کوئی چھوٹی سی دنیا ہوتی ہے تو آپ کیسے کہہ پاتے؟ او گاڈ، یو آر گریٹ!</w:t>
      </w:r>
    </w:p>
    <w:p>
      <w:r>
        <w:rPr>
          <w:b/>
        </w:rPr>
        <w:t xml:space="preserve">[18:05] </w:t>
      </w:r>
      <w:r>
        <w:t>to itni bari universe jo hai, is liye hai ke aap koi insaan dekha hai, us ko keh sake: o aur o god, you are great!</w:t>
      </w:r>
    </w:p>
    <w:p>
      <w:pPr>
        <w:jc w:val="right"/>
      </w:pPr>
      <w:r>
        <w:t>تو اتنی بڑی یونیورس جو ہے، اس لیے ہے کہ آپ کوئی انسان دیکھا ہے، اس کو کہہ سکے: او اور او گاڈ، یو آر گریٹ!</w:t>
      </w:r>
    </w:p>
    <w:p>
      <w:r>
        <w:rPr>
          <w:b/>
        </w:rPr>
        <w:t xml:space="preserve">[18:13] </w:t>
      </w:r>
      <w:r>
        <w:t>to sab se bara jo concern khuda ka hai, woh yahi hai ke log khuda ko realize karen, khuda ko discover karen. yahi hai jis ko kaha jata hai marifat.</w:t>
      </w:r>
    </w:p>
    <w:p>
      <w:pPr>
        <w:jc w:val="right"/>
      </w:pPr>
      <w:r>
        <w:t>تو سب سے بڑا جو کنسرن خدا کا ہے، وہ یہی ہے کہ لوگ خدا کو ریلائز کریں، خدا کو ڈسکور کریں۔ یہی ہے جس کو کہا جاتا ہے معرفت۔</w:t>
      </w:r>
    </w:p>
    <w:p>
      <w:r>
        <w:rPr>
          <w:b/>
        </w:rPr>
        <w:t xml:space="preserve">[18:25] </w:t>
      </w:r>
      <w:r>
        <w:t>to itni bari duniya jo banai gayi, itni bari universe taake khuda ke greatness ko log pehchanen. phir aap nature ko dekhiye, jis ko aap nature kehte hain.</w:t>
      </w:r>
    </w:p>
    <w:p>
      <w:pPr>
        <w:jc w:val="right"/>
      </w:pPr>
      <w:r>
        <w:t>تو اتنی بڑی دنیا جو بنائی گئی، اتنی بڑی یونیورس تاکہ خدا کے گریٹنس کو لوگ پہچانیں۔ پھر آپ نیچر کو دیکھیے، جس کو آپ نیچر کہتے ہیں۔</w:t>
      </w:r>
    </w:p>
    <w:p>
      <w:r>
        <w:rPr>
          <w:b/>
        </w:rPr>
        <w:t xml:space="preserve">[18:37] </w:t>
      </w:r>
      <w:r>
        <w:t>itni zyada meaningful hai nature. ek ek cheez mein itni zyada</w:t>
      </w:r>
    </w:p>
    <w:p>
      <w:pPr>
        <w:jc w:val="right"/>
      </w:pPr>
      <w:r>
        <w:t>اتنی زیادہ میننگ فل ہے نیچر۔ ایک ایک چیز میں اتنی زیادہ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