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 Dawat (Al-Risala Aug-19)</w:t>
      </w:r>
    </w:p>
    <w:p>
      <w:r>
        <w:t>https://www.youtube.com/watch?v=MONd5JFRwf8</w:t>
      </w:r>
    </w:p>
    <w:p>
      <w:r>
        <w:rPr>
          <w:b/>
        </w:rPr>
        <w:t xml:space="preserve">[00:04] </w:t>
      </w:r>
      <w:r>
        <w:t>islami dawah: The Need for Reorientation in Islamic Dawah. paighambar e islam sallallahu alaihi wasallam ka mission dawah ilallah, ya islami dawah tha.</w:t>
      </w:r>
    </w:p>
    <w:p>
      <w:pPr>
        <w:jc w:val="right"/>
      </w:pPr>
      <w:r>
        <w:t>اسلامی دعوت: The Need for Reorientation in Islamic Dawah. پیغمبر اسلام صلی اللہ علیہ وسلم کا مشن دعوت الی اللہ، یا اسلامی دعوت تھا۔</w:t>
      </w:r>
    </w:p>
    <w:p>
      <w:r>
        <w:rPr>
          <w:b/>
        </w:rPr>
        <w:t xml:space="preserve">[00:19] </w:t>
      </w:r>
      <w:r>
        <w:t>aap ne yeh kaam 610 isvi mein makka mein shuru kiya. us waqt aap is mission mein tanha the. phir dheere dheere log islam qabool karte rahe, aur aap ke sahaba ki tadad barhti rahi.</w:t>
      </w:r>
    </w:p>
    <w:p>
      <w:pPr>
        <w:jc w:val="right"/>
      </w:pPr>
      <w:r>
        <w:t>آپ نے یہ کام 610 عیسوی میں مکہ میں شروع کیا۔ اس وقت آپ اس مشن میں تنہا تھے۔ پھر دھیرے دھیرے لوگ اسلام قبول کرتے رہے، اور آپ کے ساتھیوں کی تعداد بڑھتی رہی۔</w:t>
      </w:r>
    </w:p>
    <w:p>
      <w:r>
        <w:rPr>
          <w:b/>
        </w:rPr>
        <w:t xml:space="preserve">[00:36] </w:t>
      </w:r>
      <w:r>
        <w:t>ibtedai 13 saal tak islami dawah ka kaam isi tarah chalta raha. us waqt sara focus islam ki basic ideology par tha, yani tauheed aur akhirat.</w:t>
      </w:r>
    </w:p>
    <w:p>
      <w:pPr>
        <w:jc w:val="right"/>
      </w:pPr>
      <w:r>
        <w:t>ابتدائی 13 سال تک اسلامی دعوت کا کام اسی طرح چلتا رہا۔ اس وقت سارا فوکس اسلام کی بیسک آئیڈیالوجی پر تھا، یعنی توحید اور آخرت۔</w:t>
      </w:r>
    </w:p>
    <w:p>
      <w:r>
        <w:rPr>
          <w:b/>
        </w:rPr>
        <w:t xml:space="preserve">[00:51] </w:t>
      </w:r>
      <w:r>
        <w:t>us waqt makka mein mushrikeen ka ghalba tha. makka ke aakhir mein wahan ke mushrik sardaron ne mehsoos kiya ke islam ki tehreek un ke liye khatra ban rahi hai.</w:t>
      </w:r>
    </w:p>
    <w:p>
      <w:pPr>
        <w:jc w:val="right"/>
      </w:pPr>
      <w:r>
        <w:t>اس وقت مکہ میں مشرکین کا غلبہ تھا۔ مکہ کے آخر میں وہاں کے مشرک سرداروں نے محسوس کیا کہ اسلام کی تحریک ان کے لیے خطرہ بن رہی ہے۔</w:t>
      </w:r>
    </w:p>
    <w:p>
      <w:r>
        <w:rPr>
          <w:b/>
        </w:rPr>
        <w:t xml:space="preserve">[01:04] </w:t>
      </w:r>
      <w:r>
        <w:t>ab unhon ne sakhti ka tareeqa ikhtiyar kiya. woh rasool Allah sallallahu alaihi wasallam ke sahaba par tashaddud karne lage, yahan tak ke unhon ne yeh faisla kiya ke woh paighambar e islam sallallahu alaihi wasallam ko qatl daal den.</w:t>
      </w:r>
    </w:p>
    <w:p>
      <w:pPr>
        <w:jc w:val="right"/>
      </w:pPr>
      <w:r>
        <w:t>اب انہوں نے سختی کا طریقہ اختیار کیا۔ وہ رسول اللہ صلی اللہ علیہ وسلم کے ساتھیوں پر تشدد کرنے لگے، یہاں تک کہ انہوں نے یہ فیصلہ کیا کہ وہ پیغمبر اسلام صلی اللہ علیہ وسلم کو قتل کر ڈالیں۔</w:t>
      </w:r>
    </w:p>
    <w:p>
      <w:r>
        <w:rPr>
          <w:b/>
        </w:rPr>
        <w:t xml:space="preserve">[01:22] </w:t>
      </w:r>
      <w:r>
        <w:t>is maqsad ke liye woh zaroori tayyariyan karne lagay. us waqt paighambar e islam ke sahaba mein jawabi muqable ka zehan paida hua.</w:t>
      </w:r>
    </w:p>
    <w:p>
      <w:pPr>
        <w:jc w:val="right"/>
      </w:pPr>
      <w:r>
        <w:t>اس مقصد کے لیے وہ ضروری تیاریاں کرنے لگے۔ اس وقت پیغمبر اسلام کے ساتھیوں میں جوابی مقابلے کا ذہن پیدا ہوا۔</w:t>
      </w:r>
    </w:p>
    <w:p>
      <w:r>
        <w:rPr>
          <w:b/>
        </w:rPr>
        <w:t xml:space="preserve">[01:33] </w:t>
      </w:r>
      <w:r>
        <w:t>unhon ne chaha ke apni taqat ko mujtami kar ke woh mushrikeen se laren. us waqt rasool Allah sallallahu alaihi wasallam ne yeh keh kar logon ko khamosh kar diya ke tum log sabr karo, kyunke mujhe larnay ka hukum nahi diya gaya hai.</w:t>
      </w:r>
    </w:p>
    <w:p>
      <w:pPr>
        <w:jc w:val="right"/>
      </w:pPr>
      <w:r>
        <w:t>انہوں نے چاہا کہ اپنی طاقت کو مجتمع کر کے وہ مشرکین سے لڑیں۔ اس وقت رسول اللہ صلی اللہ علیہ وسلم نے یہ کہہ کر لوگوں کو خاموش کر دیا کہ تم لوگ صبر کرو، کیونکہ مجھے لڑنے کا حکم نہیں دیا گیا ہے۔</w:t>
      </w:r>
    </w:p>
    <w:p>
      <w:r>
        <w:rPr>
          <w:b/>
        </w:rPr>
        <w:t xml:space="preserve">[01:51] </w:t>
      </w:r>
      <w:r>
        <w:t>is bro fa inni lam u'mar bil qital, al-mawahib al-ladunniyah bil-minah al-muhammadiyah.</w:t>
      </w:r>
    </w:p>
    <w:p>
      <w:pPr>
        <w:jc w:val="right"/>
      </w:pPr>
      <w:r>
        <w:t>اس برو فَإِنِّي لَمْ أُؤْمَرْ بِالْقِتَالِ، الْمَوَاهِبُ الَّدُنِّيَّةِ بِالْمِنَهِ الْمُحَمَّدِيَّةِ۔</w:t>
      </w:r>
    </w:p>
    <w:p>
      <w:r>
        <w:rPr>
          <w:b/>
        </w:rPr>
        <w:t xml:space="preserve">[01:59] </w:t>
      </w:r>
      <w:r>
        <w:t>agar aap car par ek jagah se doosri jagah jane ke liye safar karen to darmian mein bar bar doosre maqamat ko jane wale rastay atay hain.</w:t>
      </w:r>
    </w:p>
    <w:p>
      <w:pPr>
        <w:jc w:val="right"/>
      </w:pPr>
      <w:r>
        <w:t>اگر آپ کار پر ایک جگہ سے دوسری جگہ جانے کے لیے سفر کریں تو درمیان میں بار بار دوسرے مقامات کو جانے والے راستے آتے ہیں۔</w:t>
      </w:r>
    </w:p>
    <w:p>
      <w:r>
        <w:rPr>
          <w:b/>
        </w:rPr>
        <w:t xml:space="preserve">[02:10] </w:t>
      </w:r>
      <w:r>
        <w:t>aap in raston ki taraf nahi jatay, balkay apni gaadi ko seedhe rukh par chalate rehte hain, yahan tak ke aap manzil par pahunch jatay hain.</w:t>
      </w:r>
    </w:p>
    <w:p>
      <w:pPr>
        <w:jc w:val="right"/>
      </w:pPr>
      <w:r>
        <w:t>آپ ان راستوں کی طرف نہیں جاتے، بلکہ اپنی گاڑی کو سیدھے رخ پر چلاتے رہتے ہیں، یہاں تک کہ آپ منزل پر پہنچ جاتے ہیں۔</w:t>
      </w:r>
    </w:p>
    <w:p>
      <w:r>
        <w:rPr>
          <w:b/>
        </w:rPr>
        <w:t xml:space="preserve">[02:21] </w:t>
      </w:r>
      <w:r>
        <w:t>yahi muamla islami tehreek ka hai. islami tehreek ka asal nishana dawah ilallah hai. magar tehreek jab amalan jari hoti hai to safar ke darmiyan bar bar morr ke maqamat atay hain.</w:t>
      </w:r>
    </w:p>
    <w:p>
      <w:pPr>
        <w:jc w:val="right"/>
      </w:pPr>
      <w:r>
        <w:t>یہی معاملہ اسلامی تحریک کا ہے۔ اسلامی تحریک کا اصل نشانہ دعوت الی اللہ ہے۔ مگر تحریک جب عملاً جاری ہوتی ہے تو سفر کے دوران بار بار موڑ کے مقامات آتے ہیں۔</w:t>
      </w:r>
    </w:p>
    <w:p>
      <w:r>
        <w:rPr>
          <w:b/>
        </w:rPr>
        <w:t xml:space="preserve">[02:38] </w:t>
      </w:r>
      <w:r>
        <w:t>aise mauqe par zaroori hota hai ke tehreek ko kisi aur taraf marne se bachaya jaye, aur is ka safar dawat e ila Allah ki manzil ki taraf jaari rakha jaye.</w:t>
      </w:r>
    </w:p>
    <w:p>
      <w:pPr>
        <w:jc w:val="right"/>
      </w:pPr>
      <w:r>
        <w:t>ایسے مواقع پر ضروری ہوتا ہے کہ تحریک کو کسی اور طرف مڑنے سے بچایا جائے، اور اس کا سفر دعوت الی اللہ کی منزل کی طرف جاری رکھا جائے۔</w:t>
      </w:r>
    </w:p>
    <w:p>
      <w:r>
        <w:rPr>
          <w:b/>
        </w:rPr>
        <w:t xml:space="preserve">[02:51] </w:t>
      </w:r>
      <w:r>
        <w:t>makki daur ke aakhir mein is qism ki ek soorat e haal pesh aai. is waqt agar aisa hota ke ahle imaan ki jamaat mushrikeen ki jamaat ke sath mutashaddidana takrao shuru kar de to is ka matlab yeh tha ke islami tehreek dawat e ila Allah ki sirat e mustaqeem se hat kar qital ki janib mar gayi.</w:t>
      </w:r>
    </w:p>
    <w:p>
      <w:pPr>
        <w:jc w:val="right"/>
      </w:pPr>
      <w:r>
        <w:t>مکی دور کے آخر میں اس قسم کی ایک صورتحال پیش آئی۔ اس وقت اگر ایسا ہوتا کہ اہلِ ایمان کی جماعت مشرکین کی جماعت کے ساتھ متشددانہ ٹکراؤ شروع کر دے تو اس کا مطلب یہ تھا کہ اسلامی تحریک دعوت الی اللہ کی صراطِ مستقیم سے ہٹ کر قتال کی جانب مڑ گئی۔</w:t>
      </w:r>
    </w:p>
    <w:p>
      <w:r>
        <w:rPr>
          <w:b/>
        </w:rPr>
        <w:t xml:space="preserve">[03:16] </w:t>
      </w:r>
      <w:r>
        <w:t>aisa hone ka matlab yeh tha ke mushrik sardar apne maqsad mein kamyab ho gaye. yeh waqt dawat ki simt e safar ki dobara tasheeh ya re orientation ka tha.</w:t>
      </w:r>
    </w:p>
    <w:p>
      <w:pPr>
        <w:jc w:val="right"/>
      </w:pPr>
      <w:r>
        <w:t>ایسا ہونے کا مطلب یہ تھا کہ مشرک سردار اپنے مقصد میں کامیاب ہو گئے۔ یہ وقت دعوت کی سمتِ سفر کی دوبارہ تصحیح یا ری اورینٹیشن کا تھا۔</w:t>
      </w:r>
    </w:p>
    <w:p>
      <w:r>
        <w:rPr>
          <w:b/>
        </w:rPr>
        <w:t xml:space="preserve">[03:31] </w:t>
      </w:r>
      <w:r>
        <w:t>is waqt peghambar e islam sallallahu alaihi wasallam ne makka se hijrat ka faisla kiya. hijrat kya thi?</w:t>
      </w:r>
    </w:p>
    <w:p>
      <w:pPr>
        <w:jc w:val="right"/>
      </w:pPr>
      <w:r>
        <w:t>اس وقت پیغمبر اسلام صلی اللہ علیہ وسلم نے مکہ سے ہجرت کا فیصلہ کیا۔ ہجرت کیا تھی؟</w:t>
      </w:r>
    </w:p>
    <w:p>
      <w:r>
        <w:rPr>
          <w:b/>
        </w:rPr>
        <w:t xml:space="preserve">[03:40] </w:t>
      </w:r>
      <w:r>
        <w:t>wo farar, ya flight, ya paspai na thi. hijrat darasal ek tadbeer thi jis ke zariye peghambar e islam ne islami dawat ko mutashaddidana takrao ki taraf marne se bachaya.</w:t>
      </w:r>
    </w:p>
    <w:p>
      <w:pPr>
        <w:jc w:val="right"/>
      </w:pPr>
      <w:r>
        <w:t>وہ فرار، یا فلائٹ، یا پسپائی نہ تھی۔ ہجرت دراصل ایک تدبیر تھی جس کے ذریعے پیغمبر اسلام نے اسلامی دعوت کو متشددانہ ٹکراؤ کی طرف مڑنے سے بچایا۔</w:t>
      </w:r>
    </w:p>
    <w:p>
      <w:r>
        <w:rPr>
          <w:b/>
        </w:rPr>
        <w:t xml:space="preserve">[03:59] </w:t>
      </w:r>
      <w:r>
        <w:t>is tadbeer se aap ko yeh mauqa mil gaya ke dawat e ila Allah ka jo kaam aap makka mein kar rahe the, us ko aap madina mein jaari rakh saken.</w:t>
      </w:r>
    </w:p>
    <w:p>
      <w:pPr>
        <w:jc w:val="right"/>
      </w:pPr>
      <w:r>
        <w:t>اس تدبیر سے آپ کو یہ موقع مل گیا کہ دعوت الی اللہ کا جو کام آپ مکہ میں کر رہے تھے، اس کو آپ مدینہ میں جاری رکھیں۔</w:t>
      </w:r>
    </w:p>
    <w:p>
      <w:r>
        <w:rPr>
          <w:b/>
        </w:rPr>
        <w:t xml:space="preserve">[04:09] </w:t>
      </w:r>
      <w:r>
        <w:t>hijrat apni haqeeqat ke aitbar se maqam e amal ki tabdeeli thi, na ke saada taur par tark e watan. is tadbeer ka ghair mamooli faida hua.</w:t>
      </w:r>
    </w:p>
    <w:p>
      <w:pPr>
        <w:jc w:val="right"/>
      </w:pPr>
      <w:r>
        <w:t>ہجرت اپنی حقیقت کے اعتبار سے مقامِ عمل کی تبدیلی تھی، نہ کہ سادہ طور پر ترکِ وطن۔ اس تدبیر کا غیر معمولی فائدہ ہوا۔</w:t>
      </w:r>
    </w:p>
    <w:p>
      <w:r>
        <w:rPr>
          <w:b/>
        </w:rPr>
        <w:t xml:space="preserve">[04:21] </w:t>
      </w:r>
      <w:r>
        <w:t>chunanche islam tezi se madina aur atraf e madina mein phailne laga. magar makka ke mushrik sardaron ko yeh baat pasand na aai.</w:t>
      </w:r>
    </w:p>
    <w:p>
      <w:pPr>
        <w:jc w:val="right"/>
      </w:pPr>
      <w:r>
        <w:t>چنانچہ اسلام تیزی سے مدینہ اور اطرافِ مدینہ میں پھیلنے لگا۔ مگر مکہ کے مشرک سرداروں کو یہ بات پسند نہ آئی۔</w:t>
      </w:r>
    </w:p>
    <w:p>
      <w:r>
        <w:rPr>
          <w:b/>
        </w:rPr>
        <w:t xml:space="preserve">[04:32] </w:t>
      </w:r>
      <w:r>
        <w:t>unhon ne islami tehreek ko bazor khatm karne ka faisla kiya. yeh mushrik sardar is waqt arab mein siyasi leader ki hesiyat rakhte the.</w:t>
      </w:r>
    </w:p>
    <w:p>
      <w:pPr>
        <w:jc w:val="right"/>
      </w:pPr>
      <w:r>
        <w:t>انہوں نے اسلامی تحریک کو بزور ختم کرنے کا فیصلہ کیا۔ یہ مشرک سردار اس وقت عرب میں سیاسی لیڈر کی حیثیت رکھتے تھے۔</w:t>
      </w:r>
    </w:p>
    <w:p>
      <w:r>
        <w:rPr>
          <w:b/>
        </w:rPr>
        <w:t xml:space="preserve">[04:42] </w:t>
      </w:r>
      <w:r>
        <w:t>un ko har qism ke zarea hasil the. un ko woh taqat bhi hasil thi jis ko maujooda zamane mein trans border military capability kaha jata hai, yani sarhad ko par kar ke hamla karne ki salahiyat.</w:t>
      </w:r>
    </w:p>
    <w:p>
      <w:pPr>
        <w:jc w:val="right"/>
      </w:pPr>
      <w:r>
        <w:t>ان کو ہر قسم کے ذرائع حاصل تھے۔ ان کو وہ طاقت بھی حاصل تھی جس کو موجودہ زمانے میں ٹرانس بارڈر ملٹری کیپیبلٹی کہا جاتا ہے، یعنی سرحد کو پار کر کے حملہ کرنے کی صلاحیت۔</w:t>
      </w:r>
    </w:p>
    <w:p>
      <w:r>
        <w:rPr>
          <w:b/>
        </w:rPr>
        <w:t xml:space="preserve">[05:01] </w:t>
      </w:r>
      <w:r>
        <w:t>ab makka ke mushrik sardaron ne yeh faisla kiya ke woh apni fauj tayyar karen aur iqdam kar ke madina par baqayda hamla shuru kar den.</w:t>
      </w:r>
    </w:p>
    <w:p>
      <w:pPr>
        <w:jc w:val="right"/>
      </w:pPr>
      <w:r>
        <w:t>اب مکہ کے مشرک سرداروں نے یہ فیصلہ کیا کہ وہ اپنی فوج تیار کریں اور اقدام کر کے مدینہ پر باقاعدہ حملہ شروع کر دیں۔</w:t>
      </w:r>
    </w:p>
    <w:p>
      <w:r>
        <w:rPr>
          <w:b/>
        </w:rPr>
        <w:t xml:space="preserve">[05:10] </w:t>
      </w:r>
      <w:r>
        <w:t>is mamle ka pehla bara waqea woh tha jis ko ghazwa e badr 2 hijri kaha jata hai. is ke baad ghazwa e uhud 3 hijri ka waqea pesh aaya.</w:t>
      </w:r>
    </w:p>
    <w:p>
      <w:pPr>
        <w:jc w:val="right"/>
      </w:pPr>
      <w:r>
        <w:t>اس معاملے کا پہلا بڑا واقعہ وہ تھا جس کو غزوہ بدر 2 ہجری کہا جاتا ہے۔ اس کے بعد غزوہ احد 3 ہجری کا واقعہ پیش آیا۔</w:t>
      </w:r>
    </w:p>
    <w:p>
      <w:r>
        <w:rPr>
          <w:b/>
        </w:rPr>
        <w:t xml:space="preserve">[05:22] </w:t>
      </w:r>
      <w:r>
        <w:t>is tarah jharpon ki soorat mein kai mutashaddidana waqeat pesh aaye. mushrikeen e makka ke jangy iradon ne dobara islami tehreek ke liye khatra paida kar diya ke woh dawat e ila Allah ke rastay se hat kar qital ke rastay ki taraf mar jayen.</w:t>
      </w:r>
    </w:p>
    <w:p>
      <w:pPr>
        <w:jc w:val="right"/>
      </w:pPr>
      <w:r>
        <w:t>اس طرح جھڑپوں کی صورت میں کئی متشددانہ واقعات پیش آئے۔ مشرکین مکہ کے جنگی ارادوں نے دوبارہ اسلامی تحریک کے لیے خطرہ پیدا کر دیا کہ وہ دعوت الی اللہ کے راستے سے ہٹ کر قتال کے راستے کی طرف مڑ جائیں۔</w:t>
      </w:r>
    </w:p>
    <w:p>
      <w:r>
        <w:rPr>
          <w:b/>
        </w:rPr>
        <w:t xml:space="preserve">[05:39] </w:t>
      </w:r>
      <w:r>
        <w:t>is waqt dobara is tadbeer ko ikhtiyar karne ki zaroorat thi jis ko hum ne re orientation kaha hai. ab peghambar e islam sallallahu alaihi wasallam ne makhsoos tadbeer ke zariye mushrikeen se khatm e jang ka woh muahida farmaya jis ko muahida e hudaybiyah, ya hudaybiyah agreement kaha jata hai.</w:t>
      </w:r>
    </w:p>
    <w:p>
      <w:pPr>
        <w:jc w:val="right"/>
      </w:pPr>
      <w:r>
        <w:t>اس وقت دوبارہ اس تدبیر کو اختیار کرنے کی ضرورت تھی جس کو ہم نے ری اورینٹیشن کہا ہے۔ اب پیغمبر اسلام صلی اللہ علیہ وسلم نے مخصوص تدبیر کے ذریعے مشرکین سے ختمِ جنگ کا وہ معاہدہ فرمایا جس کو معاہدہ حدیبیہ، یا حدیبیہ ایگریمنٹ کہا جاتا ہے۔</w:t>
      </w:r>
    </w:p>
    <w:p>
      <w:r>
        <w:rPr>
          <w:b/>
        </w:rPr>
        <w:t xml:space="preserve">[06:02] </w:t>
      </w:r>
      <w:r>
        <w:t>yeh muahida 6 hijri mein taweel guft o shuneed ke baad kiya gaya. is muahiday mein peghambar e islam ne mushrik sardaron ki tamam sharton ko yak tarfa taur par maan liya, sirf is liye ke aap unhein razi karen ke woh jang ka rasta chhod kar qayam e aman ke tareeqay ko ikhtiyar kar len.</w:t>
      </w:r>
    </w:p>
    <w:p>
      <w:pPr>
        <w:jc w:val="right"/>
      </w:pPr>
      <w:r>
        <w:t>یہ معاہدہ 6 ہجری میں طویل گفت و شنید کے بعد کیا گیا۔ اس معاہدے میں پیغمبر اسلام نے مشرک سرداروں کی تمام شرطوں کو یکطرفہ طور پر مان لیا، صرف اس لیے کہ آپ انہیں راضی کریں کہ وہ جنگ کا راستہ چھوڑ کر قیامِ امن کے طریقے کو اختیار کر لیں۔</w:t>
      </w:r>
    </w:p>
    <w:p>
      <w:r>
        <w:rPr>
          <w:b/>
        </w:rPr>
        <w:t xml:space="preserve">[06:25] </w:t>
      </w:r>
      <w:r>
        <w:t>is muahiday ka yeh tareekh saaz faida hua ke islami tehreek jangy inhiraaf se hat kar dawat e ila Allah ke rastay par aa gayi.</w:t>
      </w:r>
    </w:p>
    <w:p>
      <w:pPr>
        <w:jc w:val="right"/>
      </w:pPr>
      <w:r>
        <w:t>اس معاہدے کا یہ تاریخ ساز فائدہ ہوا کہ اسلامی تحریک جنگی انحراف سے ہٹ کر دعوت الی اللہ کے راستے پر آ گئی۔</w:t>
      </w:r>
    </w:p>
    <w:p>
      <w:r>
        <w:rPr>
          <w:b/>
        </w:rPr>
        <w:t xml:space="preserve">[06:35] </w:t>
      </w:r>
      <w:r>
        <w:t>is ke baad rasool aur ashaab e rasool ko yeh mauqa mila ke woh na sirf arab mein balkeh bairoon e arab tak islami dawat ke kaam ko munazzam tor par phaila saken.</w:t>
      </w:r>
    </w:p>
    <w:p>
      <w:pPr>
        <w:jc w:val="right"/>
      </w:pPr>
      <w:r>
        <w:t>اس کے بعد رسول اور اصحابِ رسول کو یہ موقع ملا کہ وہ نہ صرف عرب میں بلکہ بیرونِ عرب تک اسلامی دعوت کے کام کو منظم طور پر پھیلا سکیں۔</w:t>
      </w:r>
    </w:p>
    <w:p>
      <w:r>
        <w:rPr>
          <w:b/>
        </w:rPr>
        <w:t xml:space="preserve">[06:47] </w:t>
      </w:r>
      <w:r>
        <w:t>hudaybiyah agreement ki isi ghair mamooli ahmiyat ki bina par is ko fath e mubeen kaha gaya, yani khuli hui fath.</w:t>
      </w:r>
    </w:p>
    <w:p>
      <w:pPr>
        <w:jc w:val="right"/>
      </w:pPr>
      <w:r>
        <w:t>حدیبیہ ایگریمنٹ کی اسی غیر معمولی اہمیت کی بنا پر اس کو فتحِ مبین کہا گیا، یعنی کھلی ہوئی فتح۔</w:t>
      </w:r>
    </w:p>
    <w:p>
      <w:r>
        <w:rPr>
          <w:b/>
        </w:rPr>
        <w:t xml:space="preserve">[06:57] </w:t>
      </w:r>
      <w:r>
        <w:t>yahan yeh baat qabil e ghaur hai ke hudaybiyah agreement fareeq e mukhalif ki sharton par kiya gaya tha. hatta ke is ke baray mein sahaba ki aksariyat ka yeh khayal tha ke yeh muahida paspai ka muahida hai.</w:t>
      </w:r>
    </w:p>
    <w:p>
      <w:pPr>
        <w:jc w:val="right"/>
      </w:pPr>
      <w:r>
        <w:t>یہاں یہ بات قابلِ غور ہے کہ حدیبیہ ایگریمنٹ فریقِ مخالف کی شرطوں پر کیا گیا تھا۔ حتیٰ کہ اس کے بارے میں صحابہ کی اکثریت کا یہ خیال تھا کہ یہ معاہدہ پسپائی کا معاہدہ ہے۔</w:t>
      </w:r>
    </w:p>
    <w:p>
      <w:r>
        <w:rPr>
          <w:b/>
        </w:rPr>
        <w:t xml:space="preserve">[07:13] </w:t>
      </w:r>
      <w:r>
        <w:t>is ke bawajood kyun quran ne is ko fath e mubeen qarar diya?</w:t>
      </w:r>
    </w:p>
    <w:p>
      <w:pPr>
        <w:jc w:val="right"/>
      </w:pPr>
      <w:r>
        <w:t>اس کے باوجود کیوں قرآن نے اس کو فتحِ مبین قرار دیا؟</w:t>
      </w:r>
    </w:p>
    <w:p>
      <w:r>
        <w:rPr>
          <w:b/>
        </w:rPr>
        <w:t xml:space="preserve">[07:21] </w:t>
      </w:r>
      <w:r>
        <w:t>quran ka yeh ailan darasal fitrat ke is qanoon ka bayan hai ke is dunya mein takrao ke maqam par peeche hatne wale aage badhte hain.</w:t>
      </w:r>
    </w:p>
    <w:p>
      <w:pPr>
        <w:jc w:val="right"/>
      </w:pPr>
      <w:r>
        <w:t>قرآن کا یہ اعلان دراصل فطرت کے اس قانون کا بیان ہے کہ اس دنیا میں ٹکراؤ کے مقام پر پیچھے ہٹنے والے آگے بڑھتے ہیں۔</w:t>
      </w:r>
    </w:p>
    <w:p>
      <w:r>
        <w:rPr>
          <w:b/>
        </w:rPr>
        <w:t xml:space="preserve">[07:34] </w:t>
      </w:r>
      <w:r>
        <w:t>yahan shikast par razi hone wale ko kamyabi hasil hoti hai. fitrat ke qanoon ke mutabiq is dunya mein haar ka nateeja jeet ki soorat mein niklta hai.</w:t>
      </w:r>
    </w:p>
    <w:p>
      <w:pPr>
        <w:jc w:val="right"/>
      </w:pPr>
      <w:r>
        <w:t>یہاں شکست پر راضی ہونے والے کو کامیابی حاصل ہوتی ہے۔ فطرت کے قانون کے مطابق اس دنیا میں ہار کا نتیجہ جیت کی صورت میں نکلتا ہے۔</w:t>
      </w:r>
    </w:p>
    <w:p>
      <w:r>
        <w:rPr>
          <w:b/>
        </w:rPr>
        <w:t xml:space="preserve">[07:46] </w:t>
      </w:r>
      <w:r>
        <w:t>Success is the outcome of defeat. Bad qismati se baad ki sadiyon mein Musalman is peghambarana hikmat ko bhool gaye.</w:t>
      </w:r>
    </w:p>
    <w:p>
      <w:pPr>
        <w:jc w:val="right"/>
      </w:pPr>
      <w:r>
        <w:t>سکسیس از دا آؤٹ کم آف ڈیفیٹ۔ بدقسمتی سے بعد کی صدیوں میں مسلمان اس پیغمبرانہ حکمت کو بھول گئے۔</w:t>
      </w:r>
    </w:p>
    <w:p>
      <w:r>
        <w:rPr>
          <w:b/>
        </w:rPr>
        <w:t xml:space="preserve">[07:57] </w:t>
      </w:r>
      <w:r>
        <w:t>hudaybiyah spirit se log itna zyada ghafil ho gaye ke baad ki poori tareekh mein koi bhi shakhs nazar nahi aata jo is azeem hikmat ko samjhe aur dobara musalmanon ke andar hudaybiyah spirit ko zinda karne ki koshish kare.</w:t>
      </w:r>
    </w:p>
    <w:p>
      <w:pPr>
        <w:jc w:val="right"/>
      </w:pPr>
      <w:r>
        <w:t>حدیبیہ اسپرٹ سے لوگ اتنا زیادہ غافل ہو گئے کہ بعد کی پوری تاریخ میں کوئی بھی شخص نظر نہیں آتا جو اس عظیم حکمت کو سمجھے اور دوبارہ مسلمانوں کے اندر حدیبیہ اسپرٹ کو زندہ کرنے کی کوشش کرے۔</w:t>
      </w:r>
    </w:p>
    <w:p>
      <w:r>
        <w:rPr>
          <w:b/>
        </w:rPr>
        <w:t xml:space="preserve">[08:15] </w:t>
      </w:r>
      <w:r>
        <w:t>mazeed bad qismati yeh hai ke maujooda zamane mein bhi be khabari ka yeh silsila jaari hai. aaj aise log to bohat milenge jo hudaybiyah ki baat ko paspai qarar denge, lekin aise log taqreeban maadoom hain jo hudaybiyah ke andar chhupe hue dawati imkanat ko samajh saken.</w:t>
      </w:r>
    </w:p>
    <w:p>
      <w:pPr>
        <w:jc w:val="right"/>
      </w:pPr>
      <w:r>
        <w:t>مزید بدقسمتی یہ ہے کہ موجودہ زمانے میں بھی بے خبری کا یہ سلسلہ جاری ہے۔ آج ایسے لوگ تو بہت ملیں گے جو حدیبیہ کی بات کو پسپائی قرار دیں گے، لیکن ایسے لوگ تقریباً معدوم ہیں جو حدیبیہ کے اندر چھپے ہوئے دعوتی امکانات کو سمجھ سکیں۔</w:t>
      </w:r>
    </w:p>
    <w:p>
      <w:r>
        <w:rPr>
          <w:b/>
        </w:rPr>
        <w:t xml:space="preserve">[08:38] </w:t>
      </w:r>
      <w:r>
        <w:t>khilafat-e-rashida ke baad islam siyasi azmat ke daur mein dakhil ho gaya. ab islam ne empire ki surat ikhtiyar kar li: amvi empire, abbasi empire, fatmi empire, andalusi empire, mughal empire, aur usmani empire waghera.</w:t>
      </w:r>
    </w:p>
    <w:p>
      <w:pPr>
        <w:jc w:val="right"/>
      </w:pPr>
      <w:r>
        <w:t>خلافتِ راشدہ کے بعد اسلام سیاسی عظمت کے دور میں داخل ہو گیا۔ اب اسلام نے ایمپائر کی صورت اختیار کر لی: اموی ایمپائر، عباسی ایمپائر، فاطمی ایمپائر، اندلسی ایمپائر، مغل ایمپائر، اور عثمانی ایمپائر وغیرہ۔</w:t>
      </w:r>
    </w:p>
    <w:p>
      <w:r>
        <w:rPr>
          <w:b/>
        </w:rPr>
        <w:t xml:space="preserve">[09:01] </w:t>
      </w:r>
      <w:r>
        <w:t>yeh daur tarikhi aitbar se azmat ka daur tha, lekin dawat-e-ilallah ke aitbar se woh inhiraf ya diversion ka daur ban gaya.</w:t>
      </w:r>
    </w:p>
    <w:p>
      <w:pPr>
        <w:jc w:val="right"/>
      </w:pPr>
      <w:r>
        <w:t>یہ دور تاریخی اعتبار سے عظمت کا دور تھا، لیکن دعوت الی اللہ کے اعتبار سے وہ انحراف یا ڈائیورژن کا دور بن گیا۔</w:t>
      </w:r>
    </w:p>
    <w:p>
      <w:r>
        <w:rPr>
          <w:b/>
        </w:rPr>
        <w:t xml:space="preserve">[09:12] </w:t>
      </w:r>
      <w:r>
        <w:t>ab musalmanon mein daawati zehan ke bajaye siyasi zehan aam ho gaya. isi siyasi zehan ke tehat yeh kaha jane laga ke musalman zameen mein khuda ke khalifa, vicegerent of god hain.</w:t>
      </w:r>
    </w:p>
    <w:p>
      <w:pPr>
        <w:jc w:val="right"/>
      </w:pPr>
      <w:r>
        <w:t>اب مسلمانوں میں دعوتی ذہن کے بجائے سیاسی ذہن عام ہو گیا۔ اسی سیاسی ذہن کے تحت یہ کہا جانے لگا کہ مسلمان زمین میں خدا کے خلیفہ، وائس جیرنٹ آف گاڈ ہیں۔</w:t>
      </w:r>
    </w:p>
    <w:p>
      <w:r>
        <w:rPr>
          <w:b/>
        </w:rPr>
        <w:t xml:space="preserve">[09:27] </w:t>
      </w:r>
      <w:r>
        <w:t>hamara kaam yeh hai ke hum sari dunya mein islam ki hukumat qaim karein. isi soch ke zer-e-asar yeh nazariya paida hua ke muslim mumalik dar-ul-islam hain aur ghair muslim mumalik dar-ul-harb ya dar-ul-kufar ki hesiyat rakhte hain.</w:t>
      </w:r>
    </w:p>
    <w:p>
      <w:pPr>
        <w:jc w:val="right"/>
      </w:pPr>
      <w:r>
        <w:t>ہمارا کام یہ ہے کہ ہم ساری دنیا میں اسلام کی حکومت قائم کریں۔ اسی سوچ کے زیرِ اثر یہ نظریہ پیدا ہوا کہ مسلم ممالک دارالاسلام ہیں اور غیر مسلم ممالک دارالحرب یا دارالکفر کی حیثیت رکھتے ہیں۔</w:t>
      </w:r>
    </w:p>
    <w:p>
      <w:r>
        <w:rPr>
          <w:b/>
        </w:rPr>
        <w:t xml:space="preserve">[09:46] </w:t>
      </w:r>
      <w:r>
        <w:t>is nazariye ka yeh manfi nateeja nikla ke musalman doosri qaumon ko madu ke bajaye harif aur raqib ke roop mein dekhne lage.</w:t>
      </w:r>
    </w:p>
    <w:p>
      <w:pPr>
        <w:jc w:val="right"/>
      </w:pPr>
      <w:r>
        <w:t>اس نظریے کا یہ منفی نتیجہ نکلا کہ مسلمان دوسری قوموں کو مدعو کے بجائے حریف اور رقیب کے روپ میں دیکھنے لگے۔</w:t>
      </w:r>
    </w:p>
    <w:p>
      <w:r>
        <w:rPr>
          <w:b/>
        </w:rPr>
        <w:t xml:space="preserve">[09:56] </w:t>
      </w:r>
      <w:r>
        <w:t>musalmanumum-ul-aam dawat-e-ilallah ke tareeqe se hat kar siyasi iqtadar ke munharif rastay par chalne lage.</w:t>
      </w:r>
    </w:p>
    <w:p>
      <w:pPr>
        <w:jc w:val="right"/>
      </w:pPr>
      <w:r>
        <w:t>مسلمان عمومی طور پر دعوت الی اللہ کے طریقے سے ہٹ کر سیاسی اقتدار کے منحرف راستے پر چلنے لگے۔</w:t>
      </w:r>
    </w:p>
    <w:p>
      <w:r>
        <w:rPr>
          <w:b/>
        </w:rPr>
        <w:t xml:space="preserve">[10:06] </w:t>
      </w:r>
      <w:r>
        <w:t>in baad ki sadiyon mein agarche umum-ul-aam musalmanon ka zehan yahi tha, lekin juzwi taur par musalmanon ke andar aise giroh uthte rahe jo ghair siyasi maidan mein islam ko aage badhate rahe.</w:t>
      </w:r>
    </w:p>
    <w:p>
      <w:pPr>
        <w:jc w:val="right"/>
      </w:pPr>
      <w:r>
        <w:t>ان بعد کی صدیوں میں اگرچہ عمومی سطح پر مسلمانوں کا ذہن یہی تھا، لیکن جزئی طور پر مسلمانوں کے اندر ایسے گروہ اٹھتے رہے جو غیر سیاسی میدان میں اسلام کو آگے بڑھاتے رہے۔</w:t>
      </w:r>
    </w:p>
    <w:p>
      <w:r>
        <w:rPr>
          <w:b/>
        </w:rPr>
        <w:t xml:space="preserve">[10:23] </w:t>
      </w:r>
      <w:r>
        <w:t>misal ke taur par muhaddiseen ne siyasi sargharmiyon ko chhod kar apne aap ko hadith-e-rasool ki khidmat mein lagaya.</w:t>
      </w:r>
    </w:p>
    <w:p>
      <w:pPr>
        <w:jc w:val="right"/>
      </w:pPr>
      <w:r>
        <w:t>مثال کے طور پر محدثین نے سیاسی سرگرمیوں کو چھوڑ کر اپنے آپ کو حدیثِ رسول کی خدمت میں لگایا۔</w:t>
      </w:r>
    </w:p>
    <w:p>
      <w:r>
        <w:rPr>
          <w:b/>
        </w:rPr>
        <w:t xml:space="preserve">[10:32] </w:t>
      </w:r>
      <w:r>
        <w:t>soofiya ne hukmaranon se doori ikhtiyar kar ke rohani irtqa ka kaam kiya, jis ka faida dawat-e-ilallah ke aitbar se bhi zahir hua.</w:t>
      </w:r>
    </w:p>
    <w:p>
      <w:pPr>
        <w:jc w:val="right"/>
      </w:pPr>
      <w:r>
        <w:t>صوفیاء نے حکمرانوں سے دوری اختیار کر کے روحانی ارتقاء کا کام کیا، جس کا فائدہ دعوت الی اللہ کے اعتبار سے بھی ظاہر ہوا۔</w:t>
      </w:r>
    </w:p>
    <w:p>
      <w:r>
        <w:rPr>
          <w:b/>
        </w:rPr>
        <w:t xml:space="preserve">[10:44] </w:t>
      </w:r>
      <w:r>
        <w:t>isi tarah aise ulama paida hote rahe jinhon ne siyasi jihad se alag reh kar masjid aur madrassa jaise idare sambhal liye, aur un ke zariye bil-wasta taur par dawat ki spirit zinda rakhi.</w:t>
      </w:r>
    </w:p>
    <w:p>
      <w:pPr>
        <w:jc w:val="right"/>
      </w:pPr>
      <w:r>
        <w:t>اسی طرح ایسے علماء پیدا ہوتے رہے جنہوں نے سیاسی جہاد سے الگ رہ کر مسجد اور مدرسے جیسے ادارے سنبھال لیے، اور ان کے ذریعے بالواسطہ طور پر دعوت کی اسپرٹ زندہ رکھی۔</w:t>
      </w:r>
    </w:p>
    <w:p>
      <w:r>
        <w:rPr>
          <w:b/>
        </w:rPr>
        <w:t xml:space="preserve">[11:01] </w:t>
      </w:r>
      <w:r>
        <w:t>isi qism ki ghair siyasi shakhsiyaton ka ek bada karnama woh hai jo 13veen sadi isvi mein pesh aaya. tatari qabail baaz wajuhat se musalmanon ke mukhalif ban gaye.</w:t>
      </w:r>
    </w:p>
    <w:p>
      <w:pPr>
        <w:jc w:val="right"/>
      </w:pPr>
      <w:r>
        <w:t>اسی قسم کی غیر سیاسی شخصیتوں کا ایک بڑا کارنامہ وہ ہے جو 13ویں صدی عیسوی میں پیش آیا۔ تاتاری قبائل بعض وجوہ سے مسلمانوں کے مخالف بن گئے۔</w:t>
      </w:r>
    </w:p>
    <w:p>
      <w:r>
        <w:rPr>
          <w:b/>
        </w:rPr>
        <w:t xml:space="preserve">[11:17] </w:t>
      </w:r>
      <w:r>
        <w:t>unhon ne ek bada lashkar tayar kar ke abbasi saltanat par hamla kar diya. unhon ne samarqand se le kar baghdad aur halab tak muslim ilaqay ko zabardast nuqsan pohanchaya.</w:t>
      </w:r>
    </w:p>
    <w:p>
      <w:pPr>
        <w:jc w:val="right"/>
      </w:pPr>
      <w:r>
        <w:t>انہوں نے ایک بڑا لشکر تیار کر کے عباسی سلطنت پر حملہ کر دیا۔ انہوں نے سمرقند سے لے کر بغداد اور حلب تک مسلم علاقے کو زبردست نقصان پہنچایا۔</w:t>
      </w:r>
    </w:p>
    <w:p>
      <w:r>
        <w:rPr>
          <w:b/>
        </w:rPr>
        <w:t xml:space="preserve">[11:31] </w:t>
      </w:r>
      <w:r>
        <w:t>unhon ne halaku khan ke zair-e-qiyadat 1258 mein abbasi saltanat ka khatma kar diya. lekin us ke baad yeh hua ke in tatari fateh-een ne islam qubool kar liya.</w:t>
      </w:r>
    </w:p>
    <w:p>
      <w:pPr>
        <w:jc w:val="right"/>
      </w:pPr>
      <w:r>
        <w:t>انہوں نے ہلاکو خان کے زیرِ قیادت 1258 میں عباسی سلطنت کا خاتمہ کر دیا۔ لیکن اس کے بعد یہ ہوا کہ ان تاتاری فاتحین نے اسلام قبول کر لیا۔</w:t>
      </w:r>
    </w:p>
    <w:p>
      <w:r>
        <w:rPr>
          <w:b/>
        </w:rPr>
        <w:t xml:space="preserve">[11:46] </w:t>
      </w:r>
      <w:r>
        <w:t>yeh waqia itna herat-angaz tha ke murikh-een ne is ka mandraja zail qism ke alfaaz mein etiraf kiya: "the conquerors had accepted the religion of the conquered.</w:t>
      </w:r>
    </w:p>
    <w:p>
      <w:pPr>
        <w:jc w:val="right"/>
      </w:pPr>
      <w:r>
        <w:t>یہ واقعہ اتنا حیرت انگیز تھا کہ مورخین نے اس کا مندرجہ ذیل قسم کے الفاظ میں اعتراف کیا: "The Conquerors had accepted the religion of the conquered.</w:t>
      </w:r>
    </w:p>
    <w:p>
      <w:r>
        <w:rPr>
          <w:b/>
        </w:rPr>
        <w:t xml:space="preserve">[11:59] </w:t>
      </w:r>
      <w:r>
        <w:t>t. w. arnold, the preaching of islam, london, 1913, p. 2.</w:t>
      </w:r>
    </w:p>
    <w:p>
      <w:pPr>
        <w:jc w:val="right"/>
      </w:pPr>
      <w:r>
        <w:t>T. W. Arnold, The Preaching of Islam, London, 1913, p. 2.</w:t>
      </w:r>
    </w:p>
    <w:p>
      <w:r>
        <w:rPr>
          <w:b/>
        </w:rPr>
        <w:t xml:space="preserve">[12:08] </w:t>
      </w:r>
      <w:r>
        <w:t>the religion of the muslims had conquered, where their arms had failed. p. k. hitty, history of the arabs, london, 1989, p.</w:t>
      </w:r>
    </w:p>
    <w:p>
      <w:pPr>
        <w:jc w:val="right"/>
      </w:pPr>
      <w:r>
        <w:t>The religion of the Muslims had conquered, where their arms had failed. P. K. Hitty, History of the Arabs, London, 1989, p.</w:t>
      </w:r>
    </w:p>
    <w:p>
      <w:r>
        <w:rPr>
          <w:b/>
        </w:rPr>
        <w:t xml:space="preserve">[12:19] </w:t>
      </w:r>
      <w:r>
        <w:t>488."</w:t>
      </w:r>
    </w:p>
    <w:p>
      <w:pPr>
        <w:jc w:val="right"/>
      </w:pPr>
      <w:r>
        <w:t>488."</w:t>
      </w:r>
    </w:p>
    <w:p>
      <w:r>
        <w:rPr>
          <w:b/>
        </w:rPr>
        <w:t xml:space="preserve">[12:23] </w:t>
      </w:r>
      <w:r>
        <w:t>unneesveen sadi isvi mein islam ki tareekh ek naye daur mein dakhil hoti hai. ab aisa hua ke maghribi qaumein jadeed science aur jadeed technology se musallah ho kar muslim ilaqon mein dakhil ho gayeen.</w:t>
      </w:r>
    </w:p>
    <w:p>
      <w:pPr>
        <w:jc w:val="right"/>
      </w:pPr>
      <w:r>
        <w:t>انیسویں صدی عیسوی میں اسلام کی تاریخ ایک نئے دور میں داخل ہوتی ہے۔ اب ایسا ہوا کہ مغربی قومیں جدید سائنس اور جدید ٹیکنالوجی سے مسلح ہو کر مسلم علاقوں میں داخل ہو گئیں۔</w:t>
      </w:r>
    </w:p>
    <w:p>
      <w:r>
        <w:rPr>
          <w:b/>
        </w:rPr>
        <w:t xml:space="preserve">[12:40] </w:t>
      </w:r>
      <w:r>
        <w:t>unhon ne asia aur africa ke muslim mulkon par barah-e-rast ya bil-wasta qabza kar liya. is daur ko noabadati daur ya colonial period kaha jata hai.</w:t>
      </w:r>
    </w:p>
    <w:p>
      <w:pPr>
        <w:jc w:val="right"/>
      </w:pPr>
      <w:r>
        <w:t>انہوں نے ایشیا اور افریقہ کے مسلم ملکوں پر براہِ راست یا بالواسطہ قبضہ کر لیا۔ اس دور کو نوآبادیاتی دور یا کلونیل پیریڈ کہا جاتا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