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August 25, 2013</w:t>
      </w:r>
    </w:p>
    <w:p>
      <w:r>
        <w:t>https://youtu.be/WbBu4W6AUUs</w:t>
      </w:r>
    </w:p>
    <w:p>
      <w:r>
        <w:rPr>
          <w:b/>
        </w:rPr>
        <w:t xml:space="preserve">[00:14] </w:t>
      </w:r>
      <w:r>
        <w:t>Bismillah al-Rahman al-Rahim. Wa Salla Allahu ala al-Nabi al-Kareem. Rabbi ashrah li sadri, wa yassir li amri, wah al-uqdatan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yafqa qawli.</w:t>
      </w:r>
    </w:p>
    <w:p>
      <w:pPr>
        <w:jc w:val="right"/>
      </w:pPr>
      <w:r>
        <w:t>یفقہ قولی۔</w:t>
      </w:r>
    </w:p>
    <w:p>
      <w:r>
        <w:rPr>
          <w:b/>
        </w:rPr>
        <w:t xml:space="preserve">[00:35] </w:t>
      </w:r>
      <w:r>
        <w:t>aaj August 2013 ki 25 tareekh hai.</w:t>
      </w:r>
    </w:p>
    <w:p>
      <w:pPr>
        <w:jc w:val="right"/>
      </w:pPr>
      <w:r>
        <w:t>آج اگست 2013 کی 25 تاریخ ہے۔</w:t>
      </w:r>
    </w:p>
    <w:p>
      <w:r>
        <w:rPr>
          <w:b/>
        </w:rPr>
        <w:t xml:space="preserve">[00:44] </w:t>
      </w:r>
      <w:r>
        <w:t>aaj ke liye jo topic hai woh hai Islam and Peace, aman aur Islam.</w:t>
      </w:r>
    </w:p>
    <w:p>
      <w:pPr>
        <w:jc w:val="right"/>
      </w:pPr>
      <w:r>
        <w:t>آج کے لیے جو ٹاپک ہے وہ ہے اسلام اینڈ پیس، امن اور اسلام۔</w:t>
      </w:r>
    </w:p>
    <w:p>
      <w:r>
        <w:rPr>
          <w:b/>
        </w:rPr>
        <w:t xml:space="preserve">[00:55] </w:t>
      </w:r>
      <w:r>
        <w:t>dekhiye, mauda zamane ko ek naya zamana kaha jata hai. Yeh zamana</w:t>
      </w:r>
    </w:p>
    <w:p>
      <w:pPr>
        <w:jc w:val="right"/>
      </w:pPr>
      <w:r>
        <w:t>دیکھیے، ماؤدہ زمانے کو ایک نیا زمانہ کہا جاتا ہے۔ یہ زمانہ</w:t>
      </w:r>
    </w:p>
    <w:p>
      <w:r>
        <w:rPr>
          <w:b/>
        </w:rPr>
        <w:t xml:space="preserve">[01:07] </w:t>
      </w:r>
      <w:r>
        <w:t>unnisween sadi aur beesween sadi ke darmiyan ka hai, yani do so saal ka.</w:t>
      </w:r>
    </w:p>
    <w:p>
      <w:pPr>
        <w:jc w:val="right"/>
      </w:pPr>
      <w:r>
        <w:t>انیسویں صدی اور بیسویں صدی کے درمیان کا ہے، یعنی دو سو سال کا۔</w:t>
      </w:r>
    </w:p>
    <w:p>
      <w:r>
        <w:rPr>
          <w:b/>
        </w:rPr>
        <w:t xml:space="preserve">[01:13] </w:t>
      </w:r>
      <w:r>
        <w:t>isi zamane mein printing press aya aur be-shumar kitaben likhi gayeen.</w:t>
      </w:r>
    </w:p>
    <w:p>
      <w:pPr>
        <w:jc w:val="right"/>
      </w:pPr>
      <w:r>
        <w:t>اسی زمانے میں پرنٹنگ پریس آیا اور بے شمار کتابیں لکھی گئیں۔</w:t>
      </w:r>
    </w:p>
    <w:p>
      <w:r>
        <w:rPr>
          <w:b/>
        </w:rPr>
        <w:t xml:space="preserve">[01:24] </w:t>
      </w:r>
      <w:r>
        <w:t>in kitabon ka</w:t>
      </w:r>
    </w:p>
    <w:p>
      <w:pPr>
        <w:jc w:val="right"/>
      </w:pPr>
      <w:r>
        <w:t>ان کتابوں کا</w:t>
      </w:r>
    </w:p>
    <w:p>
      <w:r>
        <w:rPr>
          <w:b/>
        </w:rPr>
        <w:t xml:space="preserve">[01:28] </w:t>
      </w:r>
      <w:r>
        <w:t>khulasa, yani ek to fanni kitaben hain, us ko main nahi keh raha hoon, jo rehnumai ke liye ya Muslim ahya ke liye jo likhi gayeen, un ka zikr kar raha hoon.</w:t>
      </w:r>
    </w:p>
    <w:p>
      <w:pPr>
        <w:jc w:val="right"/>
      </w:pPr>
      <w:r>
        <w:t>خلاصہ، یعنی ایک تو فنی کتابیں ہیں، اس کو میں نہیں کہہ رہا ہوں، جو رہنمائی کے لیے یا مسلم احیاء کے لیے جو لکھی گئیں، ان کا ذکر کر رہا ہوں۔</w:t>
      </w:r>
    </w:p>
    <w:p>
      <w:r>
        <w:rPr>
          <w:b/>
        </w:rPr>
        <w:t xml:space="preserve">[01:41] </w:t>
      </w:r>
      <w:r>
        <w:t>in sab kitabon ka khulasa kya hai? Sirf ek hai ke Modern age is</w:t>
      </w:r>
    </w:p>
    <w:p>
      <w:pPr>
        <w:jc w:val="right"/>
      </w:pPr>
      <w:r>
        <w:t>ان سب کتابوں کا خلاصہ کیا ہے؟ صرف ایک ہے کہ Modern age is</w:t>
      </w:r>
    </w:p>
    <w:p>
      <w:r>
        <w:rPr>
          <w:b/>
        </w:rPr>
        <w:t xml:space="preserve">[01:52] </w:t>
      </w:r>
      <w:r>
        <w:t>an age of problem for Muslims. Ke yeh age jo hai Musalmanon ko problem le kar aya hai. Sari kitabon ka taqreeban yahi khulasa hai.</w:t>
      </w:r>
    </w:p>
    <w:p>
      <w:pPr>
        <w:jc w:val="right"/>
      </w:pPr>
      <w:r>
        <w:t>an age of problem for Muslims. کہ یہ age جو ہے مسلمانوں کو problem لے کر آیا ہے۔ ساری کتابوں کا تقریباً یہی خلاصہ ہے۔</w:t>
      </w:r>
    </w:p>
    <w:p>
      <w:r>
        <w:rPr>
          <w:b/>
        </w:rPr>
        <w:t xml:space="preserve">[02:05] </w:t>
      </w:r>
      <w:r>
        <w:t>yeh bohat ziyada sochne ki baat hai.</w:t>
      </w:r>
    </w:p>
    <w:p>
      <w:pPr>
        <w:jc w:val="right"/>
      </w:pPr>
      <w:r>
        <w:t>یہ بہت زیادہ سوچنے کی بات ہے۔</w:t>
      </w:r>
    </w:p>
    <w:p>
      <w:r>
        <w:rPr>
          <w:b/>
        </w:rPr>
        <w:t xml:space="preserve">[02:11] </w:t>
      </w:r>
      <w:r>
        <w:t>farz kijiye ke yeh age problem ka age ho to sabab kya hai? Asal baat yeh hai ke hum ko reason talash karna hai. Reason.</w:t>
      </w:r>
    </w:p>
    <w:p>
      <w:pPr>
        <w:jc w:val="right"/>
      </w:pPr>
      <w:r>
        <w:t>فرض کیجیے کہ یہ age problem کا age ہو تو سبب کیا ہے؟ اصل بات یہ ہے کہ ہم کو reason تلاش کرنا ہے۔ Reason۔</w:t>
      </w:r>
    </w:p>
    <w:p>
      <w:r>
        <w:rPr>
          <w:b/>
        </w:rPr>
        <w:t xml:space="preserve">[02:22] </w:t>
      </w:r>
      <w:r>
        <w:t>kyun ke Quran mein hai ke antum al-aloon in kuntum momineen. Al-iman ke liye Allah taala ne kamyabi ko muqaddar kar diya hai.</w:t>
      </w:r>
    </w:p>
    <w:p>
      <w:pPr>
        <w:jc w:val="right"/>
      </w:pPr>
      <w:r>
        <w:t>کیونکہ قرآن میں ہے کہ أنتم العالون إن كنتم مؤمنين ۔ الایمان کے لیے اللہ تعالیٰ نے کامیابی کو مقدر کر دیا ہے۔</w:t>
      </w:r>
    </w:p>
    <w:p>
      <w:r>
        <w:rPr>
          <w:b/>
        </w:rPr>
        <w:t xml:space="preserve">[02:35] </w:t>
      </w:r>
      <w:r>
        <w:t>to main samajhta hoon ke sirf ek sabab is ka hai. Woh hai Quran ko kitab mahjoor bana dena.</w:t>
      </w:r>
    </w:p>
    <w:p>
      <w:pPr>
        <w:jc w:val="right"/>
      </w:pPr>
      <w:r>
        <w:t>تو میں سمجھتا ہوں کہ صرف ایک سبب اس کا ہے۔ وہ ہے قرآن کو کتاب محجور بنا دینا۔</w:t>
      </w:r>
    </w:p>
    <w:p>
      <w:r>
        <w:rPr>
          <w:b/>
        </w:rPr>
        <w:t xml:space="preserve">[02:47] </w:t>
      </w:r>
      <w:r>
        <w:t>Quran mein yeh baat ayi hai ke daur-e-zawal mein ummat jo hai Allah ki kitab ko kitab mahjoor bana deti hai.</w:t>
      </w:r>
    </w:p>
    <w:p>
      <w:pPr>
        <w:jc w:val="right"/>
      </w:pPr>
      <w:r>
        <w:t>قرآن میں یہ بات آئی ہے کہ دور زوال میں امت جو ہے اللہ کی کتاب کو کتاب محجور بنا دیتی ہے۔</w:t>
      </w:r>
    </w:p>
    <w:p>
      <w:r>
        <w:rPr>
          <w:b/>
        </w:rPr>
        <w:t xml:space="preserve">[02:57] </w:t>
      </w:r>
      <w:r>
        <w:t>yani abandoned book.</w:t>
      </w:r>
    </w:p>
    <w:p>
      <w:pPr>
        <w:jc w:val="right"/>
      </w:pPr>
      <w:r>
        <w:t>یعنی abandoned book۔</w:t>
      </w:r>
    </w:p>
    <w:p>
      <w:r>
        <w:rPr>
          <w:b/>
        </w:rPr>
        <w:t xml:space="preserve">[03:00] </w:t>
      </w:r>
      <w:r>
        <w:t>to mere nazdeek yahi asal reason hai ke is daur ke ki jo millat hai us ne Quran ko kitab mahjoor bana diya hai.</w:t>
      </w:r>
    </w:p>
    <w:p>
      <w:pPr>
        <w:jc w:val="right"/>
      </w:pPr>
      <w:r>
        <w:t>تو میرے نزدیک یہی اصل reason ہے کہ اس دور کے کی جو ملت ہے اس نے قرآن کو کتاب محجور بنا دیا ہے۔</w:t>
      </w:r>
    </w:p>
    <w:p>
      <w:r>
        <w:rPr>
          <w:b/>
        </w:rPr>
        <w:t xml:space="preserve">[03:14] </w:t>
      </w:r>
      <w:r>
        <w:t>dekhiye, kitab mahjoor banana koi purasrar baat nahi hai. Mysterious baat nahi hai. Yeh bohat hi well known baat hai.</w:t>
      </w:r>
    </w:p>
    <w:p>
      <w:pPr>
        <w:jc w:val="right"/>
      </w:pPr>
      <w:r>
        <w:t>دیکھیے، کتاب محجور بنانا کوئی پراسرار بات نہیں ہے۔ Mysterious بات نہیں ہے۔ یہ بہت ہی well known بات ہے۔</w:t>
      </w:r>
    </w:p>
    <w:p>
      <w:r>
        <w:rPr>
          <w:b/>
        </w:rPr>
        <w:t xml:space="preserve">[03:25] </w:t>
      </w:r>
      <w:r>
        <w:t>mein aap ko aik misaal deta hoon.</w:t>
      </w:r>
    </w:p>
    <w:p>
      <w:pPr>
        <w:jc w:val="right"/>
      </w:pPr>
      <w:r>
        <w:t>میں آپ کو ایک مثال دیتا ہوں۔</w:t>
      </w:r>
    </w:p>
    <w:p>
      <w:r>
        <w:rPr>
          <w:b/>
        </w:rPr>
        <w:t xml:space="preserve">[03:29] </w:t>
      </w:r>
      <w:r>
        <w:t>quran mein surah nisa mein yeh ayat hai ke asal khair. asal khair ka matlab hai peace is the best.</w:t>
      </w:r>
    </w:p>
    <w:p>
      <w:pPr>
        <w:jc w:val="right"/>
      </w:pPr>
      <w:r>
        <w:t>قرآن میں سورہ النساء میں یہ آیت ہے کہ أصل الخير ۔ أصل الخیر کا مطلب ہے peace is the best.</w:t>
      </w:r>
    </w:p>
    <w:p>
      <w:r>
        <w:rPr>
          <w:b/>
        </w:rPr>
        <w:t xml:space="preserve">[03:44] </w:t>
      </w:r>
      <w:r>
        <w:t>peace is the best. yani aman ki policy sab se achi policy hai. lekin is zamane mein saare musalman is ka ulta kar rahe hain.</w:t>
      </w:r>
    </w:p>
    <w:p>
      <w:pPr>
        <w:jc w:val="right"/>
      </w:pPr>
      <w:r>
        <w:t>Peace is the best ۔ یعنی امن کی پالیسی سب سے اچھی پالیسی ہے۔ لیکن اس زمانے میں سارے مسلمان اس کا الٹا کر رہے ہیں۔</w:t>
      </w:r>
    </w:p>
    <w:p>
      <w:r>
        <w:rPr>
          <w:b/>
        </w:rPr>
        <w:t xml:space="preserve">[03:57] </w:t>
      </w:r>
      <w:r>
        <w:t>yani violence ko woh sab se achi policy samjhe hue hain. kuch musalman active violence mein mubtala hain.</w:t>
      </w:r>
    </w:p>
    <w:p>
      <w:pPr>
        <w:jc w:val="right"/>
      </w:pPr>
      <w:r>
        <w:t>یعنی violence کو وہ سب سے اچھی پالیسی سمجھے ہوئے ہیں۔ کچھ مسلمان active violence میں مبتلا ہیں۔</w:t>
      </w:r>
    </w:p>
    <w:p>
      <w:r>
        <w:rPr>
          <w:b/>
        </w:rPr>
        <w:t xml:space="preserve">[04:07] </w:t>
      </w:r>
      <w:r>
        <w:t>kuch musalman passive violence mein. mein yeh nahi kehta ke sab log active violence mein hain. lekin mein yeh zaroor kahoon ga ke sab ke baqiya log jo hain woh sab passive violence mein hain.</w:t>
      </w:r>
    </w:p>
    <w:p>
      <w:pPr>
        <w:jc w:val="right"/>
      </w:pPr>
      <w:r>
        <w:t>کچھ مسلمان passive violence میں۔ میں یہ نہیں کہتا کہ سب لوگ active violence میں ہیں۔ لیکن میں یہ ضرور کہوں گا کہ سب کے بقیہ لوگ جو ہیں وہ سب passive violence میں ہیں۔</w:t>
      </w:r>
    </w:p>
    <w:p>
      <w:r>
        <w:rPr>
          <w:b/>
        </w:rPr>
        <w:t xml:space="preserve">[04:20] </w:t>
      </w:r>
      <w:r>
        <w:t>unki soch wahi hai.</w:t>
      </w:r>
    </w:p>
    <w:p>
      <w:pPr>
        <w:jc w:val="right"/>
      </w:pPr>
      <w:r>
        <w:t>ان کی سوچ وہی ہے۔</w:t>
      </w:r>
    </w:p>
    <w:p>
      <w:r>
        <w:rPr>
          <w:b/>
        </w:rPr>
        <w:t xml:space="preserve">[04:24] </w:t>
      </w:r>
      <w:r>
        <w:t>unhon ne kabhi khul kar in logon ko condemn nahi kiya jo violence kar rahe hain islam ke naam par. woh dil se is par raazi hain.</w:t>
      </w:r>
    </w:p>
    <w:p>
      <w:pPr>
        <w:jc w:val="right"/>
      </w:pPr>
      <w:r>
        <w:t>انہوں نے کبھی کھل کر ان لوگوں کو condemn نہیں کیا جو violence کر رہے ہیں اسلام کے نام پر۔ وہ دل سے اس پر راضی ہیں۔</w:t>
      </w:r>
    </w:p>
    <w:p>
      <w:r>
        <w:rPr>
          <w:b/>
        </w:rPr>
        <w:t xml:space="preserve">[04:33] </w:t>
      </w:r>
      <w:r>
        <w:t>balkay is ko kisi bhi kisi kisi baat justify karte hain. to kuch log agar active violence mein mubtala hain to baqiya log passive violence mein mubtala hain.</w:t>
      </w:r>
    </w:p>
    <w:p>
      <w:pPr>
        <w:jc w:val="right"/>
      </w:pPr>
      <w:r>
        <w:t>بلکہ اس کو کسی بھی کسی کسی بات justify کرتے ہیں۔ تو کچھ لوگ اگر active violence میں مبتلا ہیں تو بقیہ لوگ passive violence میں مبتلا ہیں۔</w:t>
      </w:r>
    </w:p>
    <w:p>
      <w:r>
        <w:rPr>
          <w:b/>
        </w:rPr>
        <w:t xml:space="preserve">[04:49] </w:t>
      </w:r>
      <w:r>
        <w:t>ab dekhiye, yeh jo policy musalmanon ne ikhtiyar kar rakhi hai taqreeban do so saal se, yeh quran ke bilkul bar aks hai. yani quran mein to yeh hai ke asal khair.</w:t>
      </w:r>
    </w:p>
    <w:p>
      <w:pPr>
        <w:jc w:val="right"/>
      </w:pPr>
      <w:r>
        <w:t>اب دیکھیے، یہ جو پالیسی مسلمانوں نے اختیار کر رکھی ہے تقریباً دو سو سال سے، یہ قرآن کے بالکل برعکس ہے۔ یعنی قرآن میں تو یہ ہے کہ أصل الخير ۔</w:t>
      </w:r>
    </w:p>
    <w:p>
      <w:r>
        <w:rPr>
          <w:b/>
        </w:rPr>
        <w:t xml:space="preserve">[05:02] </w:t>
      </w:r>
      <w:r>
        <w:t>aur musalman kya liye hue hain? al harbu khair, al qitalu khair. ladna sab se achi baat hai.</w:t>
      </w:r>
    </w:p>
    <w:p>
      <w:pPr>
        <w:jc w:val="right"/>
      </w:pPr>
      <w:r>
        <w:t>اور مسلمان کیا لیے ہوئے ہیں؟ الحرب خير، القتال خير ۔ لڑنا سب سے اچھی بات ہے۔</w:t>
      </w:r>
    </w:p>
    <w:p>
      <w:r>
        <w:rPr>
          <w:b/>
        </w:rPr>
        <w:t xml:space="preserve">[05:14] </w:t>
      </w:r>
      <w:r>
        <w:t>is is culture mein, yani violence culture mein itna aage barh gaye hain woh ke pehle unhon ne</w:t>
      </w:r>
    </w:p>
    <w:p>
      <w:pPr>
        <w:jc w:val="right"/>
      </w:pPr>
      <w:r>
        <w:t>اس اس کلچر میں، یعنی violence کلچر میں اتنا آگے بڑھ گئے ہیں وہ کہ پہلے انہوں نے</w:t>
      </w:r>
    </w:p>
    <w:p>
      <w:r>
        <w:rPr>
          <w:b/>
        </w:rPr>
        <w:t xml:space="preserve">[05:25] </w:t>
      </w:r>
      <w:r>
        <w:t>gun culture aur bomb culture chalaya. jab is mein woh nakaam ho gaye, total failure to kya hua?</w:t>
      </w:r>
    </w:p>
    <w:p>
      <w:pPr>
        <w:jc w:val="right"/>
      </w:pPr>
      <w:r>
        <w:t>gun culture اور بم کلچر چلایا۔ جب اس میں وہ ناکام ہو گئے، total failure تو کیا ہوا؟</w:t>
      </w:r>
    </w:p>
    <w:p>
      <w:r>
        <w:rPr>
          <w:b/>
        </w:rPr>
        <w:t xml:space="preserve">[05:34] </w:t>
      </w:r>
      <w:r>
        <w:t>ab suicide bombing kar rahe hain.</w:t>
      </w:r>
    </w:p>
    <w:p>
      <w:pPr>
        <w:jc w:val="right"/>
      </w:pPr>
      <w:r>
        <w:t>اب suicide bombing کر رہے ہیں۔</w:t>
      </w:r>
    </w:p>
    <w:p>
      <w:r>
        <w:rPr>
          <w:b/>
        </w:rPr>
        <w:t xml:space="preserve">[05:38] </w:t>
      </w:r>
      <w:r>
        <w:t>yani apne ko maar kar doosron ko nuqsan pohanchana.</w:t>
      </w:r>
    </w:p>
    <w:p>
      <w:pPr>
        <w:jc w:val="right"/>
      </w:pPr>
      <w:r>
        <w:t>یعنی اپنے کو مار کر دوسروں کو نقصان پہنچانا۔</w:t>
      </w:r>
    </w:p>
    <w:p>
      <w:r>
        <w:rPr>
          <w:b/>
        </w:rPr>
        <w:t xml:space="preserve">[05:43] </w:t>
      </w:r>
      <w:r>
        <w:t>to yeh to mein samajhta hoon ke violence ki sab se ziyada worst surat hai.</w:t>
      </w:r>
    </w:p>
    <w:p>
      <w:pPr>
        <w:jc w:val="right"/>
      </w:pPr>
      <w:r>
        <w:t>تو یہ تو میں سمجھتا ہوں کہ violence کی سب سے زیادہ worst صورت ہے۔</w:t>
      </w:r>
    </w:p>
    <w:p>
      <w:r>
        <w:rPr>
          <w:b/>
        </w:rPr>
        <w:t xml:space="preserve">[05:55] </w:t>
      </w:r>
      <w:r>
        <w:t>to yeh misaal batati hai, is tarah ki doosri misalein ke is zamane ke musalmanon ne quran ko kitab mehjoor bana diya hai.</w:t>
      </w:r>
    </w:p>
    <w:p>
      <w:pPr>
        <w:jc w:val="right"/>
      </w:pPr>
      <w:r>
        <w:t>تو یہ مثال بتاتی ہے، اس طرح کی دوسری مثالیں کہ اس زمانے کے مسلمانوں نے قرآن کو کتاب محجور بنا دیا ہے۔</w:t>
      </w:r>
    </w:p>
    <w:p>
      <w:r>
        <w:rPr>
          <w:b/>
        </w:rPr>
        <w:t xml:space="preserve">[06:07] </w:t>
      </w:r>
      <w:r>
        <w:t>yani abandoned book.</w:t>
      </w:r>
    </w:p>
    <w:p>
      <w:pPr>
        <w:jc w:val="right"/>
      </w:pPr>
      <w:r>
        <w:t>یعنی abandoned book۔</w:t>
      </w:r>
    </w:p>
    <w:p>
      <w:r>
        <w:rPr>
          <w:b/>
        </w:rPr>
        <w:t xml:space="preserve">[06:11] </w:t>
      </w:r>
      <w:r>
        <w:t>yani un ki thinking, un ka way of analysis, un ki planning, jo kuch bhi aadmi karta hai,</w:t>
      </w:r>
    </w:p>
    <w:p>
      <w:pPr>
        <w:jc w:val="right"/>
      </w:pPr>
      <w:r>
        <w:t>یعنی ان کی thinking، ان کا way of analysis، ان کی planning، جو کچھ بھی آدمی کرتا ہے،</w:t>
      </w:r>
    </w:p>
    <w:p>
      <w:r>
        <w:rPr>
          <w:b/>
        </w:rPr>
        <w:t xml:space="preserve">[06:24] </w:t>
      </w:r>
      <w:r>
        <w:t>woh sab jo hai quran par base nahi karti. reaction par base karti hai.</w:t>
      </w:r>
    </w:p>
    <w:p>
      <w:pPr>
        <w:jc w:val="right"/>
      </w:pPr>
      <w:r>
        <w:t>وہ سب جو ہے قرآن پر base نہیں کرتی۔ Reaction پر base کرتی ہے۔</w:t>
      </w:r>
    </w:p>
    <w:p>
      <w:r>
        <w:rPr>
          <w:b/>
        </w:rPr>
        <w:t xml:space="preserve">[06:33] </w:t>
      </w:r>
      <w:r>
        <w:t>dekhiye, quran ka</w:t>
      </w:r>
    </w:p>
    <w:p>
      <w:pPr>
        <w:jc w:val="right"/>
      </w:pPr>
      <w:r>
        <w:t>دیکھیے، قرآن کا</w:t>
      </w:r>
    </w:p>
    <w:p>
      <w:r>
        <w:rPr>
          <w:b/>
        </w:rPr>
        <w:t xml:space="preserve">[06:36] </w:t>
      </w:r>
      <w:r>
        <w:t>jo mannay wala hoga, jo quran ko paaye hue hoga, us ki sab se bari pehchan yeh hai ke woh positive thinker hoga.</w:t>
      </w:r>
    </w:p>
    <w:p>
      <w:pPr>
        <w:jc w:val="right"/>
      </w:pPr>
      <w:r>
        <w:t>جو ماننے والا ہوگا، جو قرآن کو پائے ہوئے ہوگا، اس کی سب سے بڑی پہچان یہ ہے کہ وہ positive thinker ہوگا۔</w:t>
      </w:r>
    </w:p>
    <w:p>
      <w:r>
        <w:rPr>
          <w:b/>
        </w:rPr>
        <w:t xml:space="preserve">[06:48] </w:t>
      </w:r>
      <w:r>
        <w:t>positive thinker. yani quran ki jo pehli ayat hai alhamdulillah rabbil alameen. woh kya hai?</w:t>
      </w:r>
    </w:p>
    <w:p>
      <w:pPr>
        <w:jc w:val="right"/>
      </w:pPr>
      <w:r>
        <w:t>Positive thinker۔ یعنی قرآن کی جو پہلی آیت ہے الحمدللہ رب العالمین ۔ وہ کیا ہے؟</w:t>
      </w:r>
    </w:p>
    <w:p>
      <w:r>
        <w:rPr>
          <w:b/>
        </w:rPr>
        <w:t xml:space="preserve">[06:59] </w:t>
      </w:r>
      <w:r>
        <w:t>jo aap kehte hain ke aye Allah, tu qabil tareef hai. is ka matlab yeh hota hai ke aye Allah, tujhe to ne jo banai hai duniya, woh bhi qabil tareef hai.</w:t>
      </w:r>
    </w:p>
    <w:p>
      <w:pPr>
        <w:jc w:val="right"/>
      </w:pPr>
      <w:r>
        <w:t>جو آپ کہتے ہیں کہ اے اللہ، تو قابل تعریف ہے۔ اس کا مطلب یہ ہوتا ہے کہ اے اللہ، تجھے تو نے جو بنائی ہے دنیا، وہ بھی قابل تعریف ہے۔</w:t>
      </w:r>
    </w:p>
    <w:p>
      <w:r>
        <w:rPr>
          <w:b/>
        </w:rPr>
        <w:t xml:space="preserve">[07:10] </w:t>
      </w:r>
      <w:r>
        <w:t>Allah qabil tareef hai aur us ki banai hui duniya bhi qabil tareef hai. to is mein aap rehte hain.</w:t>
      </w:r>
    </w:p>
    <w:p>
      <w:pPr>
        <w:jc w:val="right"/>
      </w:pPr>
      <w:r>
        <w:t>اللہ قابل تعریف ہے اور اس کی بنائی ہوئی دنیا بھی قابل تعریف ہے۔ تو اس میں آپ رہتے ہیں۔</w:t>
      </w:r>
    </w:p>
    <w:p>
      <w:r>
        <w:rPr>
          <w:b/>
        </w:rPr>
        <w:t xml:space="preserve">[07:19] </w:t>
      </w:r>
      <w:r>
        <w:t>jab aisi duniya mein aap rehte hain to aap negative nahi ho sakte. agar aap negative hain to is ka matlab yeh kya hua hai</w:t>
      </w:r>
    </w:p>
    <w:p>
      <w:pPr>
        <w:jc w:val="right"/>
      </w:pPr>
      <w:r>
        <w:t>جب ایسی دنیا میں آپ رہتے ہیں تو آپ negative نہیں ہو سکتے۔ اگر آپ negative ہیں تو اس کا معنی یہ کیا ہوا ہے</w:t>
      </w:r>
    </w:p>
    <w:p>
      <w:r>
        <w:rPr>
          <w:b/>
        </w:rPr>
        <w:t xml:space="preserve">[07:27] </w:t>
      </w:r>
      <w:r>
        <w:t>keh aap ne Allah ki hamd ko discover nahi kiya. aur Allah ki creation jo hai, woh bhi hamd mabni hai, us ko discover nahi kiya.</w:t>
      </w:r>
    </w:p>
    <w:p>
      <w:pPr>
        <w:jc w:val="right"/>
      </w:pPr>
      <w:r>
        <w:t>کہ آپ نے اللہ کی حمد کو discover نہیں کیا۔ اور اللہ کی creation جو ہے، وہ بھی حمد مبنی ہے، اس کو discover نہیں کیا۔</w:t>
      </w:r>
    </w:p>
    <w:p>
      <w:r>
        <w:rPr>
          <w:b/>
        </w:rPr>
        <w:t xml:space="preserve">[07:40] </w:t>
      </w:r>
      <w:r>
        <w:t>to mere nazdeek kisi ke momin hone ki sab se bari pehchan yeh hai ke woh hundred percent positive thinker hoga.</w:t>
      </w:r>
    </w:p>
    <w:p>
      <w:pPr>
        <w:jc w:val="right"/>
      </w:pPr>
      <w:r>
        <w:t>تو میرے نزدیک کسی کے مومن ہونے کی سب سے بڑی پہچان یہ ہے کہ وہ hundred percent positive thinker ہوگا۔</w:t>
      </w:r>
    </w:p>
    <w:p>
      <w:r>
        <w:rPr>
          <w:b/>
        </w:rPr>
        <w:t xml:space="preserve">[07:51] </w:t>
      </w:r>
      <w:r>
        <w:t>Negativity is ke mind mein hogi hi nahi.</w:t>
      </w:r>
    </w:p>
    <w:p>
      <w:pPr>
        <w:jc w:val="right"/>
      </w:pPr>
      <w:r>
        <w:t>Negativity اس کے mind میں ہوگی ہی نہیں۔</w:t>
      </w:r>
    </w:p>
    <w:p>
      <w:r>
        <w:rPr>
          <w:b/>
        </w:rPr>
        <w:t xml:space="preserve">[07:58] </w:t>
      </w:r>
      <w:r>
        <w:t>aap dekhiye, Rasool Allah sal Allah alaihi wasallam ke paas ek aadmi aata hai, ek bar ek sahabi. woh kehte hain ke ya Rasool Allah, alimni kalimat aish bayna, wala tuksar alay fana.</w:t>
      </w:r>
    </w:p>
    <w:p>
      <w:pPr>
        <w:jc w:val="right"/>
      </w:pPr>
      <w:r>
        <w:t>آپ دیکھیے، رسول اللہ صلی اللہ علیہ وسلم کے پاس ایک آدمی آتا ہے، ایک بار ایک صحابی۔ وہ کہتے ہیں کہ یا رسول اللہ، علمنی کلمات عیش بینا، ولا تكسر علی فانسا ۔</w:t>
      </w:r>
    </w:p>
    <w:p>
      <w:r>
        <w:rPr>
          <w:b/>
        </w:rPr>
        <w:t xml:space="preserve">[08:14] </w:t>
      </w:r>
      <w:r>
        <w:t>is ka matlab kya hai? is ka matlab yeh hai ke O Prophet, give me a master formula to manage all the affairs of my life.</w:t>
      </w:r>
    </w:p>
    <w:p>
      <w:pPr>
        <w:jc w:val="right"/>
      </w:pPr>
      <w:r>
        <w:t>اس کا مطلب کیا ہے؟ اس کا مطلب یہ ہے کہ O Prophet, give me a master formula to manage all the affairs of my life.</w:t>
      </w:r>
    </w:p>
    <w:p>
      <w:r>
        <w:rPr>
          <w:b/>
        </w:rPr>
        <w:t xml:space="preserve">[08:29] </w:t>
      </w:r>
      <w:r>
        <w:t>zindagi ke masail ko hal karne ke liye ek master formula pooch raha hai woh. aap kya kehte hain? la taghzab, don't be angry .</w:t>
      </w:r>
    </w:p>
    <w:p>
      <w:pPr>
        <w:jc w:val="right"/>
      </w:pPr>
      <w:r>
        <w:t>زندگی کے مسائل کو حل کرنے کے لیے ایک master formula پوچھ رہا ہے وہ۔ آپ کیا کہتے ہیں؟ لا تغضب، don't be angry ۔</w:t>
      </w:r>
    </w:p>
    <w:p>
      <w:r>
        <w:rPr>
          <w:b/>
        </w:rPr>
        <w:t xml:space="preserve">[08:40] </w:t>
      </w:r>
      <w:r>
        <w:t>tum ghussa mat karo. to ghussa jo hai, negative thinking ki wajah se to hota hai. ghussa kyun aadmi karta hai?</w:t>
      </w:r>
    </w:p>
    <w:p>
      <w:pPr>
        <w:jc w:val="right"/>
      </w:pPr>
      <w:r>
        <w:t>تم غصہ مت کرو۔ تو غصہ جو ہے، negative thinking کی وجہ سے تو ہوتا ہے۔ غصہ کیوں آدمی کرتا ہے؟</w:t>
      </w:r>
    </w:p>
    <w:p>
      <w:r>
        <w:rPr>
          <w:b/>
        </w:rPr>
        <w:t xml:space="preserve">[08:48] </w:t>
      </w:r>
      <w:r>
        <w:t>woh negative ho jata hai. woh negative response ka naam hai ghussa. is ka matlab hai ke tum jis situation mein ho, us mein negative response mat do.</w:t>
      </w:r>
    </w:p>
    <w:p>
      <w:pPr>
        <w:jc w:val="right"/>
      </w:pPr>
      <w:r>
        <w:t>وہ negative ہو جاتا ہے۔ وہ negative response کا نام ہے غصہ۔ اس کا مطلب ہے کہ تم جس situation میں ہو، اس میں negative response مت دو۔</w:t>
      </w:r>
    </w:p>
    <w:p>
      <w:r>
        <w:rPr>
          <w:b/>
        </w:rPr>
        <w:t xml:space="preserve">[09:00] </w:t>
      </w:r>
      <w:r>
        <w:t>acha, aap yeh jante hain ke Rasool Allah sal Allah alaihi wasallam ko sab baton ki khabar thi. aap ko maloom tha ke aadmi jo dunya mein jeeta hai, wahan unwanted situation hai.</w:t>
      </w:r>
    </w:p>
    <w:p>
      <w:pPr>
        <w:jc w:val="right"/>
      </w:pPr>
      <w:r>
        <w:t>اچھا، آپ یہ جانتے ہیں کہ رسول اللہ صلی اللہ علیہ وسلم کو سب باتوں کی خبر تھی۔ آپ کو معلوم تھا کہ آدمی جو دنیا میں جیتا ہے، وہاں unwanted situation ہے۔</w:t>
      </w:r>
    </w:p>
    <w:p>
      <w:r>
        <w:rPr>
          <w:b/>
        </w:rPr>
        <w:t xml:space="preserve">[09:12] </w:t>
      </w:r>
      <w:r>
        <w:t>yeh dunya darul qabz hai. aap ko pata tha. bar bar aadmi ko aise tajrubaat hote hain jo us ko provoke karte hain.</w:t>
      </w:r>
    </w:p>
    <w:p>
      <w:pPr>
        <w:jc w:val="right"/>
      </w:pPr>
      <w:r>
        <w:t>یہ دنیا دارالقبض ہے۔ آپ کو پتہ تھا۔ بار بار آدمی کو ایسے تجربات ہوتے ہیں جو اس کو provoke کرتے ہیں۔</w:t>
      </w:r>
    </w:p>
    <w:p>
      <w:r>
        <w:rPr>
          <w:b/>
        </w:rPr>
        <w:t xml:space="preserve">[09:22] </w:t>
      </w:r>
      <w:r>
        <w:t>yani hum we are living in a provocative world . Rasool Allah se bekhabar nahi the.</w:t>
      </w:r>
    </w:p>
    <w:p>
      <w:pPr>
        <w:jc w:val="right"/>
      </w:pPr>
      <w:r>
        <w:t>یعنی ہم we are living in a provocative world ۔ رسول اللہ سے بے خبر نہیں تھے۔</w:t>
      </w:r>
    </w:p>
    <w:p>
      <w:r>
        <w:rPr>
          <w:b/>
        </w:rPr>
        <w:t xml:space="preserve">[09:32] </w:t>
      </w:r>
      <w:r>
        <w:t>agar aap bekhabar manen to yeh manna padega ke Rasool Allah nabi nahi the. to woh aadmi jo sawal karta hai ke mujhe aisa formula bataiye, to is sawal mein yeh baat implicit hai, implicit hai ke main reh raha hoon ek aisi dunya mein jo har lamha mujhe koi,</w:t>
      </w:r>
    </w:p>
    <w:p>
      <w:pPr>
        <w:jc w:val="right"/>
      </w:pPr>
      <w:r>
        <w:t>اگر آپ بے خبر مانیں تو یہ ماننا پڑے گا کہ رسول اللہ نبی نہیں تھے۔ تو وہ آدمی جو سوال کرتا ہے کہ مجھے ایسا فارمولا بتائیے، تو اس سوال میں یہ بات implicit ہے، implicit ہے کہ میں رہ رہا ہوں ایک ایسی دنیا میں جو ہر لمحہ مجھے کوئی،</w:t>
      </w:r>
    </w:p>
    <w:p>
      <w:r>
        <w:rPr>
          <w:b/>
        </w:rPr>
        <w:t xml:space="preserve">[09:55] </w:t>
      </w:r>
      <w:r>
        <w:t>jis se hal marla, mujhe koi takleef pohnchti hai. koi mujhe</w:t>
      </w:r>
    </w:p>
    <w:p>
      <w:pPr>
        <w:jc w:val="right"/>
      </w:pPr>
      <w:r>
        <w:t>جس سے حل مرلہ، مجھے کوئی تکلیف پہنچتی ہے۔ کوئی مجھے</w:t>
      </w:r>
    </w:p>
    <w:p>
      <w:r>
        <w:rPr>
          <w:b/>
        </w:rPr>
        <w:t xml:space="preserve">[10:04] </w:t>
      </w:r>
      <w:r>
        <w:t>bhadkata hai. koi mujhe provoke karta hai. yani I am living in a provocative world . yeh is mein implicit hai.</w:t>
      </w:r>
    </w:p>
    <w:p>
      <w:pPr>
        <w:jc w:val="right"/>
      </w:pPr>
      <w:r>
        <w:t>بھڑکاتا ہے۔ کوئی مجھے provoke کرتا ہے۔ یعنی I am living in a provocative world ۔ یہ اس میں implicit ہے۔</w:t>
      </w:r>
    </w:p>
    <w:p>
      <w:r>
        <w:rPr>
          <w:b/>
        </w:rPr>
        <w:t xml:space="preserve">[10:13] </w:t>
      </w:r>
      <w:r>
        <w:t>to aisi dunya mein main kya karoon? to aap keh rahe hain ke ghussa mat karo. yani is ka matlab yeh hua ke tum har haal mein positive raho.</w:t>
      </w:r>
    </w:p>
    <w:p>
      <w:pPr>
        <w:jc w:val="right"/>
      </w:pPr>
      <w:r>
        <w:t>تو ایسی دنیا میں میں کیا کروں؟ تو آپ کہہ رہے ہیں کہ غصہ مت کرو۔ یعنی اس کا مطلب یہ ہوا کہ تم ہر حال میں positive رہو۔</w:t>
      </w:r>
    </w:p>
    <w:p>
      <w:r>
        <w:rPr>
          <w:b/>
        </w:rPr>
        <w:t xml:space="preserve">[10:26] </w:t>
      </w:r>
      <w:r>
        <w:t>Negative mat bano kabhi bhi.</w:t>
      </w:r>
    </w:p>
    <w:p>
      <w:pPr>
        <w:jc w:val="right"/>
      </w:pPr>
      <w:r>
        <w:t>Negative مت بنو کبھی بھی۔</w:t>
      </w:r>
    </w:p>
    <w:p>
      <w:r>
        <w:rPr>
          <w:b/>
        </w:rPr>
        <w:t xml:space="preserve">[10:30] </w:t>
      </w:r>
      <w:r>
        <w:t>yani you have to live with positive mind in every situation .</w:t>
      </w:r>
    </w:p>
    <w:p>
      <w:pPr>
        <w:jc w:val="right"/>
      </w:pPr>
      <w:r>
        <w:t>یعنی you have to live with positive mind in every situation ۔</w:t>
      </w:r>
    </w:p>
    <w:p>
      <w:r>
        <w:rPr>
          <w:b/>
        </w:rPr>
        <w:t xml:space="preserve">[10:40] </w:t>
      </w:r>
      <w:r>
        <w:t>to aap ghor kijiye ke Musalman kya kitab mehjoor nahi bana diya unhone Allah ki, Allah ke talimat ko?</w:t>
      </w:r>
    </w:p>
    <w:p>
      <w:pPr>
        <w:jc w:val="right"/>
      </w:pPr>
      <w:r>
        <w:t>تو آپ غور کیجیے کہ مسلمان کیا کتاب محجور نہیں بنا دیا انہوں نے اللہ کی، اللہ کے تعلیمات کو؟</w:t>
      </w:r>
    </w:p>
    <w:p>
      <w:r>
        <w:rPr>
          <w:b/>
        </w:rPr>
        <w:t xml:space="preserve">[10:53] </w:t>
      </w:r>
      <w:r>
        <w:t>sari dunya ke Musalman jo hain, mere tajruba ke mutabiq reh rahe hain negativity mein. nafrat, shikayat, protest, doosron ko dushman samajhna.</w:t>
      </w:r>
    </w:p>
    <w:p>
      <w:pPr>
        <w:jc w:val="right"/>
      </w:pPr>
      <w:r>
        <w:t>ساری دنیا کے مسلمان جو ہیں، میرے تجربے کے مطابق رہ رہے ہیں negativity میں۔ نفرت، شکایت، protest، دوسروں کو دشمن سمجھنا۔</w:t>
      </w:r>
    </w:p>
    <w:p>
      <w:r>
        <w:rPr>
          <w:b/>
        </w:rPr>
        <w:t xml:space="preserve">[11:03] </w:t>
      </w:r>
      <w:r>
        <w:t>samajhna ke sab conspirator hain. yahi sari dunya ke Musalmanon ka haal hai.</w:t>
      </w:r>
    </w:p>
    <w:p>
      <w:pPr>
        <w:jc w:val="right"/>
      </w:pPr>
      <w:r>
        <w:t>سمجھنا کہ سب conspirator ہیں۔ یہی ساری دنیا کے مسلمانوں کا حال ہے۔</w:t>
      </w:r>
    </w:p>
    <w:p>
      <w:r>
        <w:rPr>
          <w:b/>
        </w:rPr>
        <w:t xml:space="preserve">[11:09] </w:t>
      </w:r>
      <w:r>
        <w:t>main taqreeban dunya ka har hisse mein safar kiya hai. beshumar kitabein padhi hain. abhi bhi main, abhi bhi main har waqt touch mein rehta hoon ke Muslim mind kya sochta hai.</w:t>
      </w:r>
    </w:p>
    <w:p>
      <w:pPr>
        <w:jc w:val="right"/>
      </w:pPr>
      <w:r>
        <w:t>میں تقریباً دنیا کا ہر حصے میں سفر کیا ہے۔ بے شمار کتابیں پڑھی ہیں۔ ابھی بھی میں، ابھی بھی میں ہر وقت touch میں رہتا ہوں کہ مسلم mind کیا سوچتا ہے۔</w:t>
      </w:r>
    </w:p>
    <w:p>
      <w:r>
        <w:rPr>
          <w:b/>
        </w:rPr>
        <w:t xml:space="preserve">[11:24] </w:t>
      </w:r>
      <w:r>
        <w:t>aur aaj tak, yani is 25 August tak, mera, meri jo, mera jo jo tajruba hai, woh yeh hai ke har in, har Musalman negativity mein jee raha hai.</w:t>
      </w:r>
    </w:p>
    <w:p>
      <w:pPr>
        <w:jc w:val="right"/>
      </w:pPr>
      <w:r>
        <w:t>اور آج تک، یعنی اس 25 اگست تک، میرا، میری جو، میرا جو جو تجربہ ہے، وہ یہ ہے کہ ہر ان، ہر مسلمان negativity میں جی رہا ہے۔</w:t>
      </w:r>
    </w:p>
    <w:p>
      <w:r>
        <w:rPr>
          <w:b/>
        </w:rPr>
        <w:t xml:space="preserve">[11:36] </w:t>
      </w:r>
      <w:r>
        <w:t>ghasse mein, nafrat mein, inteqam mein, shikayat mein. mujhe koi aadmi nahi maloom abhi tak, yahan se le ke America tak.</w:t>
      </w:r>
    </w:p>
    <w:p>
      <w:pPr>
        <w:jc w:val="right"/>
      </w:pPr>
      <w:r>
        <w:t>غصے میں، نفرت میں، انتقام میں، شکایت میں۔ مجھے کوئی آدمی نہیں معلوم ابھی تک، یہاں سے لے کے امریکہ تک۔</w:t>
      </w:r>
    </w:p>
    <w:p>
      <w:r>
        <w:rPr>
          <w:b/>
        </w:rPr>
        <w:t xml:space="preserve">[11:48] </w:t>
      </w:r>
      <w:r>
        <w:t>America mein abhi gaya tha jaldi. bohat bar gaya hoon main. to yeh baat maine wahan kahi ke jo log America mein bohat aaram se reh rahe hain, woh bhi negative hain.</w:t>
      </w:r>
    </w:p>
    <w:p>
      <w:pPr>
        <w:jc w:val="right"/>
      </w:pPr>
      <w:r>
        <w:t>امریکہ میں ابھی گیا تھا جلدی۔ بہت بار گیا ہوں میں۔ تو یہ بات میں نے وہاں کہی کہ جو لوگ امریکہ میں بہت آرام سے رہ رہے ہیں، وہ بھی negative ہیں۔</w:t>
      </w:r>
    </w:p>
    <w:p>
      <w:r>
        <w:rPr>
          <w:b/>
        </w:rPr>
        <w:t xml:space="preserve">[12:01] </w:t>
      </w:r>
      <w:r>
        <w:t>woh bhi America ke khilaf sochte hain.</w:t>
      </w:r>
    </w:p>
    <w:p>
      <w:pPr>
        <w:jc w:val="right"/>
      </w:pPr>
      <w:r>
        <w:t>وہ بھی امریکہ کے خلاف سوچتے ہیں۔</w:t>
      </w:r>
    </w:p>
    <w:p>
      <w:r>
        <w:rPr>
          <w:b/>
        </w:rPr>
        <w:t xml:space="preserve">[12:04] </w:t>
      </w:r>
      <w:r>
        <w:t>to ek sahib ne kaha ke nahi, yeh pichhle boorhe log jo the pehle wale, ab yeh baat nahi hai. to maine kaha achha, aap aap mujhe laiye koi jo aadmi jo amreeka mein paida hua ho.</w:t>
      </w:r>
    </w:p>
    <w:p>
      <w:pPr>
        <w:jc w:val="right"/>
      </w:pPr>
      <w:r>
        <w:t>تو ایک صاحب نے کہا کہ نہیں، یہ پچھلے بوڑھے لوگ جو تھے پہلے والے، اب یہ بات نہیں ہے۔ تو میں نے کہا اچھا، آپ آپ مجھے لائیے کوئی جو آدمی جو امریکہ میں پیدا ہوا ہو۔</w:t>
      </w:r>
    </w:p>
    <w:p>
      <w:r>
        <w:rPr>
          <w:b/>
        </w:rPr>
        <w:t xml:space="preserve">[12:19] </w:t>
      </w:r>
      <w:r>
        <w:t>to ek ladki laai gayi mere paas. is waqeye ka maine likha hai baqayda tareekh aur naam ke saath risale mein. yeh ek waqea nahi, yeh saare western world ka waqea hai.</w:t>
      </w:r>
    </w:p>
    <w:p>
      <w:pPr>
        <w:jc w:val="right"/>
      </w:pPr>
      <w:r>
        <w:t>تو ایک لڑکی لائی گئی میرے پاس۔ اس واقعے کا میں نے لکھا ہے باقاعدہ تاریخ اور نام کے ساتھ رسالے میں۔ یہ ایک واقعہ نہیں، یہ سارے ویسٹرن ورلڈ کا واقعہ ہے۔</w:t>
      </w:r>
    </w:p>
    <w:p>
      <w:r>
        <w:rPr>
          <w:b/>
        </w:rPr>
        <w:t xml:space="preserve">[12:32] </w:t>
      </w:r>
      <w:r>
        <w:t>jo wahan musalman jo rehte hain.</w:t>
      </w:r>
    </w:p>
    <w:p>
      <w:pPr>
        <w:jc w:val="right"/>
      </w:pPr>
      <w:r>
        <w:t>جو وہاں مسلمان جو رہتے ہیں۔</w:t>
      </w:r>
    </w:p>
    <w:p>
      <w:r>
        <w:rPr>
          <w:b/>
        </w:rPr>
        <w:t xml:space="preserve">[12:36] </w:t>
      </w:r>
      <w:r>
        <w:t>to woh ladki woh thi jo amreeka hi mein paida hui. sirf english zabaan jaanti thi woh. urdu nahi jaanti thi woh.</w:t>
      </w:r>
    </w:p>
    <w:p>
      <w:pPr>
        <w:jc w:val="right"/>
      </w:pPr>
      <w:r>
        <w:t>تو وہ لڑکی وہ تھی جو امریکہ ہی میں پیدا ہوئی۔ صرف انگلش زبان جانتی تھی وہ۔ اردو نہیں جانتی تھی وہ۔</w:t>
      </w:r>
    </w:p>
    <w:p>
      <w:r>
        <w:rPr>
          <w:b/>
        </w:rPr>
        <w:t xml:space="preserve">[12:47] </w:t>
      </w:r>
      <w:r>
        <w:t>to maine us se poocha ke aap kya amreeka ke bare mein negative hain? us ne kaha ke nahi.</w:t>
      </w:r>
    </w:p>
    <w:p>
      <w:pPr>
        <w:jc w:val="right"/>
      </w:pPr>
      <w:r>
        <w:t>تو میں نے اس سے پوچھا کہ آپ کیا امریکہ کے بارے میں negative ہیں؟ اس نے کہا کہ نہیں۔</w:t>
      </w:r>
    </w:p>
    <w:p>
      <w:r>
        <w:rPr>
          <w:b/>
        </w:rPr>
        <w:t xml:space="preserve">[12:56] </w:t>
      </w:r>
      <w:r>
        <w:t>jab yeh us ne kaha ke negative nahi hoon main hoon, to phir maine us se poocha ke amreeka jo israel ke mein kar raha hai, israel ki himayat karta hai woh, to wahan aap ka kya khayal hai?</w:t>
      </w:r>
    </w:p>
    <w:p>
      <w:pPr>
        <w:jc w:val="right"/>
      </w:pPr>
      <w:r>
        <w:t>جب یہ اس نے کہا کہ negative نہیں ہوں میں ہوں، تو پھر میں نے اس سے پوچھا کہ امریکہ جو اسرائیل کے میں کر رہا ہے، اسرائیل کی حمایت کرتا ہے وہ، تو وہاں آپ کا کیا خیال ہے؟</w:t>
      </w:r>
    </w:p>
    <w:p>
      <w:r>
        <w:rPr>
          <w:b/>
        </w:rPr>
        <w:t xml:space="preserve">[13:11] </w:t>
      </w:r>
      <w:r>
        <w:t>to kya kehti hai wahi, wahi ladki ke is ke upar, is par to hamein, yaani ghussa hai is ke upar. kyun karta hai woh amreeka wahan par?</w:t>
      </w:r>
    </w:p>
    <w:p>
      <w:pPr>
        <w:jc w:val="right"/>
      </w:pPr>
      <w:r>
        <w:t>تو کیا کہتی ہے وہی، وہی لڑکی کہ اس کے اوپر، اس پر تو ہمیں، یعنی غصہ ہے اس کے اوپر۔ کیوں کرتا ہے وہ امریکہ وہاں پر؟</w:t>
      </w:r>
    </w:p>
    <w:p>
      <w:r>
        <w:rPr>
          <w:b/>
        </w:rPr>
        <w:t xml:space="preserve">[13:22] </w:t>
      </w:r>
      <w:r>
        <w:t>yeh to anti muslim samajhte hain hum is ko. yaani wahi ladki, same. to mera tajruba yeh hai ke is waqt jo sab se bada masla hai, jo ek billion se zyada musalman duniya mein hain, sab se bada masla yeh hai ke unhone quran ko chhod rakha hai.</w:t>
      </w:r>
    </w:p>
    <w:p>
      <w:pPr>
        <w:jc w:val="right"/>
      </w:pPr>
      <w:r>
        <w:t>یہ تو anti مسلم سمجھتے ہیں ہم اس کو۔ یعنی وہی لڑکی، same۔ تو میرا تجربہ یہ ہے کہ اس وقت جو سب سے بڑا مسئلہ ہے، جو ایک بلین سے زیادہ مسلمان دنیا میں ہیں، سب سے بڑا مسئلہ یہ ہے کہ انہوں نے قرآن کو چھوڑ رکھا ہے۔</w:t>
      </w:r>
    </w:p>
    <w:p>
      <w:r>
        <w:rPr>
          <w:b/>
        </w:rPr>
        <w:t xml:space="preserve">[13:42] </w:t>
      </w:r>
      <w:r>
        <w:t>quran ko, yaani so-called be-hurmati par to bhadakte hain woh. so-called be-hurmati par.</w:t>
      </w:r>
    </w:p>
    <w:p>
      <w:pPr>
        <w:jc w:val="right"/>
      </w:pPr>
      <w:r>
        <w:t>قرآن کو، یعنی so-called بے حرمتی پر تو بھڑکتے ہیں وہ۔ So-called بے حرمتی پر۔</w:t>
      </w:r>
    </w:p>
    <w:p>
      <w:r>
        <w:rPr>
          <w:b/>
        </w:rPr>
        <w:t xml:space="preserve">[13:51] </w:t>
      </w:r>
      <w:r>
        <w:t>lekin unhone is ko chhod rakha hai. ek misaal mere saamne hai kal ke akhbar mein. dekhiye, aap ko maloom hai ke 9/11 ka waqea maloom hai aap ko?</w:t>
      </w:r>
    </w:p>
    <w:p>
      <w:pPr>
        <w:jc w:val="right"/>
      </w:pPr>
      <w:r>
        <w:t>لیکن انہوں نے اس کو چھوڑ رکھا ہے۔ ایک مثال میرے سامنے ہے کل کے اخبار میں۔ دیکھیے، آپ کو معلوم ہے کہ 9/11 کا واقعہ معلوم ہے آپ کو؟</w:t>
      </w:r>
    </w:p>
    <w:p>
      <w:r>
        <w:rPr>
          <w:b/>
        </w:rPr>
        <w:t xml:space="preserve">[14:07] </w:t>
      </w:r>
      <w:r>
        <w:t>9 september ko jo new york ke world tower ko unhone dha diya tha musalmanon ne.</w:t>
      </w:r>
    </w:p>
    <w:p>
      <w:pPr>
        <w:jc w:val="right"/>
      </w:pPr>
      <w:r>
        <w:t>9 ستمبر کو جو نیویارک کے ورلڈ ٹاور کو انہوں نے ڈھا دیا تھا مسلمانوں نے۔</w:t>
      </w:r>
    </w:p>
    <w:p>
      <w:r>
        <w:rPr>
          <w:b/>
        </w:rPr>
        <w:t xml:space="preserve">[14:21] </w:t>
      </w:r>
      <w:r>
        <w:t>to pichhle saal ek christian jo hai, koi extremist christian hai, us ne yeh ailaan kiya tha ke hum, yaani 11 september ko quran jalayenge.</w:t>
      </w:r>
    </w:p>
    <w:p>
      <w:pPr>
        <w:jc w:val="right"/>
      </w:pPr>
      <w:r>
        <w:t>تو پچھلے سال ایک کرسچن جو ہے، کوئی extremist کرسچن ہے، اس نے یہ اعلان کیا تھا کہ ہم، یعنی 11 ستمبر کو قرآن جلائیں گے۔</w:t>
      </w:r>
    </w:p>
    <w:p>
      <w:r>
        <w:rPr>
          <w:b/>
        </w:rPr>
        <w:t xml:space="preserve">[14:37] </w:t>
      </w:r>
      <w:r>
        <w:t>to saare duniya ke musalman bhadak uthe the. is saal phir us ne ailaan kiya hai ke 11 september ko woh</w:t>
      </w:r>
    </w:p>
    <w:p>
      <w:pPr>
        <w:jc w:val="right"/>
      </w:pPr>
      <w:r>
        <w:t>تو سارے دنیا کے مسلمان بھڑک اٹھے تھے۔ اس سال پھر اس نے اعلان کیا ہے کہ 11 ستمبر کو وہ</w:t>
      </w:r>
    </w:p>
    <w:p>
      <w:r>
        <w:rPr>
          <w:b/>
        </w:rPr>
        <w:t xml:space="preserve">[14:47] </w:t>
      </w:r>
      <w:r>
        <w:t>quran jalayega. yaani jitne aadmi mare the wahan par, utne quran wahan jalayega.</w:t>
      </w:r>
    </w:p>
    <w:p>
      <w:pPr>
        <w:jc w:val="right"/>
      </w:pPr>
      <w:r>
        <w:t>قرآن جلائے گا۔ یعنی جتنے آدمی مرے تھے وہاں پر، اتنے قرآن وہاں جلائے گا۔</w:t>
      </w:r>
    </w:p>
    <w:p>
      <w:r>
        <w:rPr>
          <w:b/>
        </w:rPr>
        <w:t xml:space="preserve">[14:55] </w:t>
      </w:r>
      <w:r>
        <w:t>to akhbar mein aaya hai ke musalmanon ne is ke bare mein, yaani bahut musalman is ko bahut fakhr se is ka hawala dete hain.</w:t>
      </w:r>
    </w:p>
    <w:p>
      <w:pPr>
        <w:jc w:val="right"/>
      </w:pPr>
      <w:r>
        <w:t>تو اخبار میں آیا ہے کہ مسلمانوں نے اس کے بارے میں، یعنی بہت مسلمان اس کو بہت فخر سے اس کا حوالہ دیتے ہیں۔</w:t>
      </w:r>
    </w:p>
    <w:p>
      <w:r>
        <w:rPr>
          <w:b/>
        </w:rPr>
        <w:t xml:space="preserve">[15:04] </w:t>
      </w:r>
      <w:r>
        <w:t>dekho, is mein kya hai ke amreeka ke musalmanon ne ek plan banaya hai. yeh yeh chhupa hai, is mein aap dekhiye ke US se amreeka, US Muslims plan a novel Easter against Quran burning.</w:t>
      </w:r>
    </w:p>
    <w:p>
      <w:pPr>
        <w:jc w:val="right"/>
      </w:pPr>
      <w:r>
        <w:t>دیکھو، اس میں کیا ہے کہ امریکہ کے مسلمانوں نے ایک پلان بنایا ہے۔ یہ یہ چھپا ہے، اس میں آپ دیکھیے کہ یو ایس سے امریکہ، یو ایس مسلمز پلان a novel easter against قرآن برننگ۔</w:t>
      </w:r>
    </w:p>
    <w:p>
      <w:r>
        <w:rPr>
          <w:b/>
        </w:rPr>
        <w:t xml:space="preserve">[15:29] </w:t>
      </w:r>
      <w:r>
        <w:t>US, US Muslims plan a novel Easter against Quran burning. Woh kya hai?</w:t>
      </w:r>
    </w:p>
    <w:p>
      <w:pPr>
        <w:jc w:val="right"/>
      </w:pPr>
      <w:r>
        <w:t>یو ایس، یو ایس مسلمز پلان a novel easter against قرآن برننگ۔ وہ کیا ہے؟</w:t>
      </w:r>
    </w:p>
    <w:p>
      <w:r>
        <w:rPr>
          <w:b/>
        </w:rPr>
        <w:t xml:space="preserve">[15:39] </w:t>
      </w:r>
      <w:r>
        <w:t>unhone ailaan kiya hai ke is din hum blood donation karenge. 9/11 ko woh blood donation karenge.</w:t>
      </w:r>
    </w:p>
    <w:p>
      <w:pPr>
        <w:jc w:val="right"/>
      </w:pPr>
      <w:r>
        <w:t>انہوں نے اعلان کیا ہے کہ اس دن ہم بلڈ ڈونیشن کریں گے۔ 9/11 کو وہ بلڈ ڈونیشن کریں گے۔</w:t>
      </w:r>
    </w:p>
    <w:p>
      <w:r>
        <w:rPr>
          <w:b/>
        </w:rPr>
        <w:t xml:space="preserve">[15:49] </w:t>
      </w:r>
      <w:r>
        <w:t>lekin aap dekhiye ke woh o ka doosre is ko ka samajh rahe hain.</w:t>
      </w:r>
    </w:p>
    <w:p>
      <w:pPr>
        <w:jc w:val="right"/>
      </w:pPr>
      <w:r>
        <w:t>لیکن آپ دیکھیے کہ وہ او کا دوسرے اس کو کا سمجھ رہے ہیں۔</w:t>
      </w:r>
    </w:p>
    <w:p>
      <w:r>
        <w:rPr>
          <w:b/>
        </w:rPr>
        <w:t xml:space="preserve">[15:55] </w:t>
      </w:r>
      <w:r>
        <w:t>novel easter, easter kehte hain stursh hilchal. yaani doosre lafzon mein reaction. to reaction ke taur par yeh karenge ke woh ek blood donation ka camp lagayenge.</w:t>
      </w:r>
    </w:p>
    <w:p>
      <w:pPr>
        <w:jc w:val="right"/>
      </w:pPr>
      <w:r>
        <w:t>ناول ایسٹر، ایسٹر کہتے ہیں سٹورش ہلچل۔ یعنی دوسرے لفظوں میں ری ایکشن۔ تو ری ایکشن کے طور پر یہ کریں گے کہ وہ ایک بلڈ ڈونیشن کا کیمپ لگائیں گے۔</w:t>
      </w:r>
    </w:p>
    <w:p>
      <w:r>
        <w:rPr>
          <w:b/>
        </w:rPr>
        <w:t xml:space="preserve">[16:18] </w:t>
      </w:r>
      <w:r>
        <w:t>yaani is ko positive sense mein nahi le raha duniya le rahi hai. kyun? condemn to kiya nahi unhone? aa</w:t>
      </w:r>
    </w:p>
    <w:p>
      <w:pPr>
        <w:jc w:val="right"/>
      </w:pPr>
      <w:r>
        <w:t>یعنی اس کو positive sense میں نہیں لے رہا دنیا لے رہی ہے۔ کیوں؟ condemn تو کیا نہیں انہوں نے؟ آ</w:t>
      </w:r>
    </w:p>
    <w:p>
      <w:r>
        <w:rPr>
          <w:b/>
        </w:rPr>
        <w:t xml:space="preserve">[16:26] </w:t>
      </w:r>
      <w:r>
        <w:t>jab bhi in logon ne bhi jo ke kar rahe hain 9/11 ke waqeye ko jo musalmanon ne kiya, to condemn nahi kiya is ko. is ko condemn kiye baghair ek drama kar rahe hain.</w:t>
      </w:r>
    </w:p>
    <w:p>
      <w:pPr>
        <w:jc w:val="right"/>
      </w:pPr>
      <w:r>
        <w:t>ج بھی ان لوگوں نے بھی جو کہ کر رہے ہیں 9/11 کے واقعے کو جو مسلمانوں نے کیا، تو condemn نہیں کیا اس کو۔ اس کو condemn کیے بغیر ایک ڈرامہ کر رہے ہیں۔</w:t>
      </w:r>
    </w:p>
    <w:p>
      <w:r>
        <w:rPr>
          <w:b/>
        </w:rPr>
        <w:t xml:space="preserve">[16:37] </w:t>
      </w:r>
      <w:r>
        <w:t>un ke nazdeek yeh drama hai. pehli baat yeh hai ke aap ko condemn karna padega ke 9/11 ko jin musalmanon ne world tower uthaya, unhone bahut bada gunah ka kaam kiya, islam ke khilaaf kiya kaam kiya.</w:t>
      </w:r>
    </w:p>
    <w:p>
      <w:pPr>
        <w:jc w:val="right"/>
      </w:pPr>
      <w:r>
        <w:t>ان کے نزدیک یہ ڈرامہ ہے۔ پہلی بات یہ ہے کہ آپ کو condemn کرنا پڑے گا کہ 9/11 کو جن مسلمانوں نے ورلڈ ٹاور اٹھایا، انہوں نے بہت بڑا گناہ کا کام کیا، اسلام کے خلاف کیا کام کیا۔</w:t>
      </w:r>
    </w:p>
    <w:p>
      <w:r>
        <w:rPr>
          <w:b/>
        </w:rPr>
        <w:t xml:space="preserve">[16:52] </w:t>
      </w:r>
      <w:r>
        <w:t>yeh sab to kehte</w:t>
      </w:r>
    </w:p>
    <w:p>
      <w:pPr>
        <w:jc w:val="right"/>
      </w:pPr>
      <w:r>
        <w:t>یہ سب تو کہتے</w:t>
      </w:r>
    </w:p>
    <w:p>
      <w:r>
        <w:rPr>
          <w:b/>
        </w:rPr>
        <w:t xml:space="preserve">[16:53] </w:t>
      </w:r>
      <w:r>
        <w:t>nahi. to ek drama hai yeh logon ki nazar mein ke aap chand camp lagayenge, aap wahan blood donation karenge. to is maane mein kya hua hai ke dil se abhi tak yeh log violence ko bura nahi samajh rahe.</w:t>
      </w:r>
    </w:p>
    <w:p>
      <w:pPr>
        <w:jc w:val="right"/>
      </w:pPr>
      <w:r>
        <w:t>نہیں۔ تو ایک ڈرامہ ہے یہ لوگوں کی نظر میں کہ آپ چند کیمپ لگائیں گے، آپ وہاں بلڈ ڈونیشن کریں گے۔ تو اس معنی میں کیا ہوا ہے کہ دل سے ابھی تک یہ لوگ violence کو برا نہیں سمجھ رہے۔</w:t>
      </w:r>
    </w:p>
    <w:p>
      <w:r>
        <w:rPr>
          <w:b/>
        </w:rPr>
        <w:t xml:space="preserve">[17:07] </w:t>
      </w:r>
      <w:r>
        <w:t>agar samajhte to condemn karte.</w:t>
      </w:r>
    </w:p>
    <w:p>
      <w:pPr>
        <w:jc w:val="right"/>
      </w:pPr>
      <w:r>
        <w:t>اگر سمجھتے تو condemn کرتے۔</w:t>
      </w:r>
    </w:p>
    <w:p>
      <w:r>
        <w:rPr>
          <w:b/>
        </w:rPr>
        <w:t xml:space="preserve">[17:11] </w:t>
      </w:r>
      <w:r>
        <w:t>abhi bhi dil se violence ko bura nahi samajhte. jo log jehad ke naam par suicide bombing karte hain, usko koi koi condemn nahi karta.</w:t>
      </w:r>
    </w:p>
    <w:p>
      <w:pPr>
        <w:jc w:val="right"/>
      </w:pPr>
      <w:r>
        <w:t>ابھی بھی دل سے violence کو برا نہیں سمجھتے۔ جو لوگ جہاد کے نام پر suicide bombing کرتے ہیں، اس کو کوئی کوئی condemn نہیں کرتا۔</w:t>
      </w:r>
    </w:p>
    <w:p>
      <w:r>
        <w:rPr>
          <w:b/>
        </w:rPr>
        <w:t xml:space="preserve">[17:21] </w:t>
      </w:r>
      <w:r>
        <w:t>gun culture aur bomb chala rahe hain</w:t>
      </w:r>
    </w:p>
    <w:p>
      <w:pPr>
        <w:jc w:val="right"/>
      </w:pPr>
      <w:r>
        <w:t>گن کلچر اور بم چلا رہے ہیں</w:t>
      </w:r>
    </w:p>
    <w:p>
      <w:r>
        <w:rPr>
          <w:b/>
        </w:rPr>
        <w:t xml:space="preserve">[17:23] </w:t>
      </w:r>
      <w:r>
        <w:t>, insano ko marte hain, usko koi condemn nahi karta. to is tarah ka cheez insano logon ke liye ek drama hai.</w:t>
      </w:r>
    </w:p>
    <w:p>
      <w:pPr>
        <w:jc w:val="right"/>
      </w:pPr>
      <w:r>
        <w:t>، انسانوں کو مارتے ہیں، اس کو کوئی condemn نہیں کرتا۔ تو اس طرح کا چیز انسانوں لوگوں کے لیے ایک ڈرامہ ہے۔</w:t>
      </w:r>
    </w:p>
    <w:p>
      <w:r>
        <w:rPr>
          <w:b/>
        </w:rPr>
        <w:t xml:space="preserve">[17:32] </w:t>
      </w:r>
      <w:r>
        <w:t>aur kuch is se zyada kuch harkat nahi hai. ab main aap ko arz karna chahta hoon ke quran mein yeh jo hai ke asal khair yeh peace is the best .</w:t>
      </w:r>
    </w:p>
    <w:p>
      <w:pPr>
        <w:jc w:val="right"/>
      </w:pPr>
      <w:r>
        <w:t>اور کچھ اس سے زیادہ کچھ حرکت نہیں ہے۔ اب میں آپ کو عرض کرنا چاہتا ہوں کہ قرآن میں یہ جو ہے کہ أصل الخير یہ peace is the best ۔</w:t>
      </w:r>
    </w:p>
    <w:p>
      <w:r>
        <w:rPr>
          <w:b/>
        </w:rPr>
        <w:t xml:space="preserve">[17:42] </w:t>
      </w:r>
      <w:r>
        <w:t>is ki kya importance hai?</w:t>
      </w:r>
    </w:p>
    <w:p>
      <w:pPr>
        <w:jc w:val="right"/>
      </w:pPr>
      <w:r>
        <w:t>اس کی کیا importance ہے؟</w:t>
      </w:r>
    </w:p>
    <w:p>
      <w:r>
        <w:rPr>
          <w:b/>
        </w:rPr>
        <w:t xml:space="preserve">[17:46] </w:t>
      </w:r>
      <w:r>
        <w:t>dekhiye, sari tareekh mein insan bloodshed ladai, war ko napasand karta raha hai. hamesha.</w:t>
      </w:r>
    </w:p>
    <w:p>
      <w:pPr>
        <w:jc w:val="right"/>
      </w:pPr>
      <w:r>
        <w:t>دیکھیے، ساری تاریخ میں انسان بلڈ شیڈ لڑائی، وار کو ناپسند کرتا رہا ہے۔ ہمیشہ۔</w:t>
      </w:r>
    </w:p>
    <w:p>
      <w:r>
        <w:rPr>
          <w:b/>
        </w:rPr>
        <w:t xml:space="preserve">[17:57] </w:t>
      </w:r>
      <w:r>
        <w:t>lekin isi ke sath yeh bhi ek ajeeb waqea hai ke poori history mein aaj tak koi, yani ideology of peace develop na ho saki.</w:t>
      </w:r>
    </w:p>
    <w:p>
      <w:pPr>
        <w:jc w:val="right"/>
      </w:pPr>
      <w:r>
        <w:t>لیکن اسی کے ساتھ یہ بھی ایک عجیب واقعہ ہے کہ پوری history میں آج تک کوئی، یعنی ideology of peace develop نہ ہو سکی۔</w:t>
      </w:r>
    </w:p>
    <w:p>
      <w:r>
        <w:rPr>
          <w:b/>
        </w:rPr>
        <w:t xml:space="preserve">[18:08] </w:t>
      </w:r>
      <w:r>
        <w:t>yeh bohat hi ajeeb baat hai.</w:t>
      </w:r>
    </w:p>
    <w:p>
      <w:pPr>
        <w:jc w:val="right"/>
      </w:pPr>
      <w:r>
        <w:t>یہ بہت ہی عجیب بات ہے۔</w:t>
      </w:r>
    </w:p>
    <w:p>
      <w:r>
        <w:rPr>
          <w:b/>
        </w:rPr>
        <w:t xml:space="preserve">[18:12] </w:t>
      </w:r>
      <w:r>
        <w:t>ideology of peace ka matlab mera yeh nahi hai ke dunya se violence khatam ho jaye. yeh nahi keh raha hoon main. kuch na kuch violence to rahega.</w:t>
      </w:r>
    </w:p>
    <w:p>
      <w:pPr>
        <w:jc w:val="right"/>
      </w:pPr>
      <w:r>
        <w:t>Ideology of peace کا مطلب میرا یہ نہیں ہے کہ دنیا سے violence ختم ہو جائے۔ یہ نہیں کہہ رہا ہوں میں۔ کچھ نہ کچھ violence تو رہے گا۔</w:t>
      </w:r>
    </w:p>
    <w:p>
      <w:r>
        <w:rPr>
          <w:b/>
        </w:rPr>
        <w:t xml:space="preserve">[18:24] </w:t>
      </w:r>
      <w:r>
        <w:t>main yeh keh raha hoon ke ek aisa, yani war aur peace ka ek ek rational analysis aaj tak koi nahi kar saka.</w:t>
      </w:r>
    </w:p>
    <w:p>
      <w:pPr>
        <w:jc w:val="right"/>
      </w:pPr>
      <w:r>
        <w:t>میں یہ کہہ رہا ہوں کہ ایک ایسا، یعنی war اور peace کا ایک ایک rational analysis آج تک کوئی نہیں کر سکا۔</w:t>
      </w:r>
    </w:p>
    <w:p>
      <w:r>
        <w:rPr>
          <w:b/>
        </w:rPr>
        <w:t xml:space="preserve">[18:37] </w:t>
      </w:r>
      <w:r>
        <w:t>sirf react karte hain ke buri cheez hai. bas kuch figure pesh karte hain. is ka rational analysis war ka aaj tak nahi kiya gaya.</w:t>
      </w:r>
    </w:p>
    <w:p>
      <w:pPr>
        <w:jc w:val="right"/>
      </w:pPr>
      <w:r>
        <w:t>صرف react کرتے ہیں کہ بری چیز ہے۔ بس کچھ figure پیش کرتے ہیں۔ اس کا rational analysis war کا آج تک نہیں کیا گیا۔</w:t>
      </w:r>
    </w:p>
    <w:p>
      <w:r>
        <w:rPr>
          <w:b/>
        </w:rPr>
        <w:t xml:space="preserve">[18:50] </w:t>
      </w:r>
      <w:r>
        <w:t>aur is ka koi, yani aisa framework nahi diya gaya jis mein ke peace ka ek work, ek ek understandable, yani understandable framework of peace, yeh bhi koi pesh nahi kar saka.</w:t>
      </w:r>
    </w:p>
    <w:p>
      <w:pPr>
        <w:jc w:val="right"/>
      </w:pPr>
      <w:r>
        <w:t>اور اس کا کوئی، یعنی ایسا framework نہیں دیا گیا جس میں کہ peace کا ایک work، ایک ایک understandable، یعنی understandable framework of peace، یہ بھی کوئی پیش نہیں کر سکا۔</w:t>
      </w:r>
    </w:p>
    <w:p>
      <w:r>
        <w:rPr>
          <w:b/>
        </w:rPr>
        <w:t xml:space="preserve">[19:12] </w:t>
      </w:r>
      <w:r>
        <w:t>aap ko agar shaq hai to aap jo ek ek hi mein reference deta hoon, aap ko padh lijiye is ko. Britannica, jo Encyclopedia Britannica jo hai, us mein pacifism ka bohat bara maqala hai.</w:t>
      </w:r>
    </w:p>
    <w:p>
      <w:pPr>
        <w:jc w:val="right"/>
      </w:pPr>
      <w:r>
        <w:t>آپ کو اگر شک ہے تو آپ جو ایک ایک ہی میں reference دیتا ہوں، آپ کو پڑھ لیجیے اس کو۔ Britannica، جو Encyclopedia Britannica جو ہے، اس میں pacifism کا بہت بڑا مقالہ ہے۔</w:t>
      </w:r>
    </w:p>
    <w:p>
      <w:r>
        <w:rPr>
          <w:b/>
        </w:rPr>
        <w:t xml:space="preserve">[19:28] </w:t>
      </w:r>
      <w:r>
        <w:t>pacifism is discipline ko kehte hain jis mein ke peace ka zikr hota hai. yani peace ke naam par ek poora discipline hai, pacifism.</w:t>
      </w:r>
    </w:p>
    <w:p>
      <w:pPr>
        <w:jc w:val="right"/>
      </w:pPr>
      <w:r>
        <w:t>Pacifism اس discipline کو کہتے ہیں جس میں کہ peace کا ذکر ہوتا ہے۔ یعنی peace کے نام پر ایک پورا discipline ہے، pacifism۔</w:t>
      </w:r>
    </w:p>
    <w:p>
      <w:r>
        <w:rPr>
          <w:b/>
        </w:rPr>
        <w:t xml:space="preserve">[19:37] </w:t>
      </w:r>
      <w:r>
        <w:t>aur is par bohat si kitabein likhi gayeen.</w:t>
      </w:r>
    </w:p>
    <w:p>
      <w:pPr>
        <w:jc w:val="right"/>
      </w:pPr>
      <w:r>
        <w:t>اور اس پر بہت سی کتابیں لکھی گئیں۔</w:t>
      </w:r>
    </w:p>
    <w:p>
      <w:r>
        <w:rPr>
          <w:b/>
        </w:rPr>
        <w:t xml:space="preserve">[19:39] </w:t>
      </w:r>
      <w:r>
        <w:t>yahan tak ke ek Encyclopedia Pacifism bhi likhi gayi hai. to top ki jo book samjhi jati hai is is subject par, woh hai Tolstoy ki book.</w:t>
      </w:r>
    </w:p>
    <w:p>
      <w:pPr>
        <w:jc w:val="right"/>
      </w:pPr>
      <w:r>
        <w:t>یہاں تک کہ ایک Encyclopedia Pacifism بھی لکھی گئی ہے۔ تو top کی جو book سمجھی جاتی ہے اس اس subject پر، وہ ہے ٹالسٹائی کی book۔</w:t>
      </w:r>
    </w:p>
    <w:p>
      <w:r>
        <w:rPr>
          <w:b/>
        </w:rPr>
        <w:t xml:space="preserve">[19:51] </w:t>
      </w:r>
      <w:r>
        <w:t>Tolstoy, jo roos ka bohat bara mashhoor writer tha, us ka naam hai "War and Peace". woh saat saal mein likhi thi us ne.</w:t>
      </w:r>
    </w:p>
    <w:p>
      <w:pPr>
        <w:jc w:val="right"/>
      </w:pPr>
      <w:r>
        <w:t>ٹالسٹائی، جو روس کا بہت بڑا مشہور writer تھا، اس کا نام ہے "War and Peace"۔ وہ سات سال میں لکھی تھی اس نے۔</w:t>
      </w:r>
    </w:p>
    <w:p>
      <w:r>
        <w:rPr>
          <w:b/>
        </w:rPr>
        <w:t xml:space="preserve">[20:01] </w:t>
      </w:r>
      <w:r>
        <w:t>Tolstoy ne is mozu par jo kitab likhi thi "War and Peace", kaha jata hai ke world literature mein number one ya number do par woh kitab hai. lekin aap jante hain, yeh yeh yeh novel hai.</w:t>
      </w:r>
    </w:p>
    <w:p>
      <w:pPr>
        <w:jc w:val="right"/>
      </w:pPr>
      <w:r>
        <w:t>ٹالسٹائی نے اس موضوع پر جو کتاب لکھی تھی "War and Peace"، کہا جاتا ہے کہ world literature میں نمبر one یا نمبر دو پر وہ کتاب ہے۔ لیکن آپ جانتے ہیں، یہ یہ یہ ناول ہے۔</w:t>
      </w:r>
    </w:p>
    <w:p>
      <w:r>
        <w:rPr>
          <w:b/>
        </w:rPr>
        <w:t xml:space="preserve">[20:15] </w:t>
      </w:r>
      <w:r>
        <w:t>"War and Peace" ka masla jo hai, ek ek zindagi ka ek ek real masla hai, real masla. aur kitab likhi hai unho ne, kya novel? novel to fiction hoti hai.</w:t>
      </w:r>
    </w:p>
    <w:p>
      <w:pPr>
        <w:jc w:val="right"/>
      </w:pPr>
      <w:r>
        <w:t>"War and Peace" کا مسئلہ جو ہے، ایک ایک زندگی کا ایک ایک real مسئلہ ہے، real مسئلہ۔ اور کتاب لکھی ہے انہوں نے، کیا ناول؟ ناول تو fiction ہوتی ہے۔</w:t>
      </w:r>
    </w:p>
    <w:p>
      <w:r>
        <w:rPr>
          <w:b/>
        </w:rPr>
        <w:t xml:space="preserve">[20:26] </w:t>
      </w:r>
      <w:r>
        <w:t>is mein kuch bhi hai, romantic andaaz mein aap keh sakte hain.</w:t>
      </w:r>
    </w:p>
    <w:p>
      <w:pPr>
        <w:jc w:val="right"/>
      </w:pPr>
      <w:r>
        <w:t>اس میں کچھ بھی ہے، رومینٹک انداز میں آپ کہہ سکتے ہیں۔</w:t>
      </w:r>
    </w:p>
    <w:p>
      <w:r>
        <w:rPr>
          <w:b/>
        </w:rPr>
        <w:t xml:space="preserve">[20:30] </w:t>
      </w:r>
      <w:r>
        <w:t>woh is mozu ka koi scientific study nahi hai. to Tolstoy ki kitab jo hai "War and Peace", is ka naam hai, is ka title hai.</w:t>
      </w:r>
    </w:p>
    <w:p>
      <w:pPr>
        <w:jc w:val="right"/>
      </w:pPr>
      <w:r>
        <w:t>وہ اس موضوع کا کوئی scientific study نہیں ہے۔ تو ٹالسٹائی کی کتاب جو ہے "War and Peace"، اس کا نام ہے، اس کا ٹائٹل ہے۔</w:t>
      </w:r>
    </w:p>
    <w:p>
      <w:r>
        <w:rPr>
          <w:b/>
        </w:rPr>
        <w:t xml:space="preserve">[20:40] </w:t>
      </w:r>
      <w:r>
        <w:t>lekin "War and Peace" ki koi scientific study nahi hai. woh woh to ek novel hai, ek romantic, yani ek fiction hai bas.</w:t>
      </w:r>
    </w:p>
    <w:p>
      <w:pPr>
        <w:jc w:val="right"/>
      </w:pPr>
      <w:r>
        <w:t>لیکن "War and Peace" کی کوئی scientific study نہیں ہے۔ وہ وہ تو ایک ناول ہے، ایک رومینٹک، یعنی ایک fiction ہے بس۔</w:t>
      </w:r>
    </w:p>
    <w:p>
      <w:r>
        <w:rPr>
          <w:b/>
        </w:rPr>
        <w:t xml:space="preserve">[20:51] </w:t>
      </w:r>
      <w:r>
        <w:t>yeh baat main kyun keh raha hoon? Islam ne sab se pehle ideology of peace dunya ko di.</w:t>
      </w:r>
    </w:p>
    <w:p>
      <w:pPr>
        <w:jc w:val="right"/>
      </w:pPr>
      <w:r>
        <w:t>یہ بات میں کیوں کہہ رہا ہوں؟ اسلام نے سب سے پہلے ideology of peace دنیا کو دی۔</w:t>
      </w:r>
    </w:p>
    <w:p>
      <w:r>
        <w:rPr>
          <w:b/>
        </w:rPr>
        <w:t xml:space="preserve">[20:59] </w:t>
      </w:r>
      <w:r>
        <w:t>main samajhta hoon ke poori history mein, jahan tak main janta hoon, ek workable ideology of peace sirf Islam ne di hai.</w:t>
      </w:r>
    </w:p>
    <w:p>
      <w:pPr>
        <w:jc w:val="right"/>
      </w:pPr>
      <w:r>
        <w:t>میں سمجھتا ہوں کہ پوری history میں، جہاں تک میں جانتا ہوں، ایک workable ideology of peace صرف اسلام نے دی ہے۔</w:t>
      </w:r>
    </w:p>
    <w:p>
      <w:r>
        <w:rPr>
          <w:b/>
        </w:rPr>
        <w:t xml:space="preserve">[21:08] </w:t>
      </w:r>
      <w:r>
        <w:t>lekin aaj musalman bhi is se bekhabar hain. aaj musalman bhi is se bekhabar hain. is is ideology ka jo formula hai, woh yahi hai: asal khair ke peace is the best</w:t>
      </w:r>
    </w:p>
    <w:p>
      <w:pPr>
        <w:jc w:val="right"/>
      </w:pPr>
      <w:r>
        <w:t>لیکن آج مسلمان بھی اس سے بے خبر ہیں۔ آج مسلمان بھی اس سے بے خبر ہیں۔ اس اس ideology کا جو فارمولا ہے، وہ یہی ہے: أصل الخير کہ peace is the best</w:t>
      </w:r>
    </w:p>
    <w:p>
      <w:r>
        <w:rPr>
          <w:b/>
        </w:rPr>
        <w:t xml:space="preserve">[21:24] </w:t>
      </w:r>
      <w:r>
        <w:t>. ab aap is is ki roshni mein islam ki history ko parhiye. jo early history of islam jo hai, wahan kya pesh aaya?</w:t>
      </w:r>
    </w:p>
    <w:p>
      <w:pPr>
        <w:jc w:val="right"/>
      </w:pPr>
      <w:r>
        <w:t>۔ اب آپ اس اس کی روشنی میں اسلام کی history کو پڑھیے۔ جو early history of اسلام جو ہے، وہاں کیا پیش آیا؟</w:t>
      </w:r>
    </w:p>
    <w:p>
      <w:r>
        <w:rPr>
          <w:b/>
        </w:rPr>
        <w:t xml:space="preserve">[21:33] </w:t>
      </w:r>
      <w:r>
        <w:t>rasool allah ke zamane mein jo history bani hai, us mein chaar bare waqeyat hain. yani ghazwa badr, ghazwa uhud, aur sulah al-hudaybiyah, aur fath makkah.</w:t>
      </w:r>
    </w:p>
    <w:p>
      <w:pPr>
        <w:jc w:val="right"/>
      </w:pPr>
      <w:r>
        <w:t>رسول اللہ کے زمانے میں جو history بنی ہے، اس میں چار بڑے واقعات ہیں۔ یعنی غزوہ بدر، غزوہ احد، اور صلح الحدیبیہ، اور فتح مکہ۔</w:t>
      </w:r>
    </w:p>
    <w:p>
      <w:r>
        <w:rPr>
          <w:b/>
        </w:rPr>
        <w:t xml:space="preserve">[21:49] </w:t>
      </w:r>
      <w:r>
        <w:t>dekhiye, aap mein se jin logon ne parha hai seerat ki kitabon ko, to aap jante hain ke ghazwa badr mein jo hua tha, san do hijri mein, do hijri mein, us mein ahl-e-iman jo the, woh ghalib hue the.</w:t>
      </w:r>
    </w:p>
    <w:p>
      <w:pPr>
        <w:jc w:val="right"/>
      </w:pPr>
      <w:r>
        <w:t>دیکھیے، آپ میں سے جن لوگوں نے پڑھا ہے سیرت کی کتابوں کو، تو آپ جانتے ہیں کہ غزوہ بدر میں جو ہوا تھا، سن دو ہجری میں، دو ہجری میں، اس میں اہل ایمان جو تھے، وہ غالب ہوئے تھے۔</w:t>
      </w:r>
    </w:p>
    <w:p>
      <w:r>
        <w:rPr>
          <w:b/>
        </w:rPr>
        <w:t xml:space="preserve">[22:04] </w:t>
      </w:r>
      <w:r>
        <w:t>aur jo mukhalif group tha, us mein 70 aadmi ko unhon ne qatl kar diya tha. yani badr ki ladai mein mukhalif group ke 70 aadmi mare gaye the.</w:t>
      </w:r>
    </w:p>
    <w:p>
      <w:pPr>
        <w:jc w:val="right"/>
      </w:pPr>
      <w:r>
        <w:t>اور جو مخالف گروپ تھا، اس میں 70 آدمی کو انہوں نے قتل کر دیا تھا۔ یعنی بدر کی لڑائی میں مخالف گروپ کے 70 آدمی مارے گئے تھے۔</w:t>
      </w:r>
    </w:p>
    <w:p>
      <w:r>
        <w:rPr>
          <w:b/>
        </w:rPr>
        <w:t xml:space="preserve">[22:17] </w:t>
      </w:r>
      <w:r>
        <w:t>musalmanon ko mukammal ghalba hasil hua tha. lekin masla khatm nahi hua. phir bhi masla baqi raha. kyun? is ke sirf agle hi saal, yani san teen hijri mein,</w:t>
      </w:r>
    </w:p>
    <w:p>
      <w:pPr>
        <w:jc w:val="right"/>
      </w:pPr>
      <w:r>
        <w:t>مسلمانوں کو مکمل غلبہ حاصل ہوا تھا۔ لیکن مسئلہ ختم نہیں ہوا۔ پھر بھی مسئلہ باقی رہا۔ کیوں؟ اس کے صرف اگلے ہی سال، یعنی سن تین ہجری میں،</w:t>
      </w:r>
    </w:p>
    <w:p>
      <w:r>
        <w:rPr>
          <w:b/>
        </w:rPr>
        <w:t xml:space="preserve">[22:29] </w:t>
      </w:r>
      <w:r>
        <w:t>makkah walon ne, jo us waqt mukhalif the islam ke, unhon ne phir regrouping ki. aur phir unhon ne tayyar kiya apne aap ko.</w:t>
      </w:r>
    </w:p>
    <w:p>
      <w:pPr>
        <w:jc w:val="right"/>
      </w:pPr>
      <w:r>
        <w:t>مکہ والوں نے، جو اس وقت مخالف تھے اسلام کے، انہوں نے پھر ری گروپنگ کی۔ اور پھر انہوں نے تیار کیا اپنے آپ کو۔</w:t>
      </w:r>
    </w:p>
    <w:p>
      <w:r>
        <w:rPr>
          <w:b/>
        </w:rPr>
        <w:t xml:space="preserve">[22:38] </w:t>
      </w:r>
      <w:r>
        <w:t>aur hamla kar diya madine par. aur woh waqea pesh aaya, us ko aap kehte hain ghazwa badr. ab kya hua?</w:t>
      </w:r>
    </w:p>
    <w:p>
      <w:pPr>
        <w:jc w:val="right"/>
      </w:pPr>
      <w:r>
        <w:t>اور حملہ کر دیا مدینے پر۔ اور وہ واقعہ پیش آیا، اس کو آپ کہتے ہیں غزوہ بدر۔ اب کیا ہوا؟</w:t>
      </w:r>
    </w:p>
    <w:p>
      <w:r>
        <w:rPr>
          <w:b/>
        </w:rPr>
        <w:t xml:space="preserve">[22:48] </w:t>
      </w:r>
      <w:r>
        <w:t>ahl-e-iman ne badr ki ladai mein mukhalifin ke 70 aadmiyon ko mara tha.</w:t>
      </w:r>
    </w:p>
    <w:p>
      <w:pPr>
        <w:jc w:val="right"/>
      </w:pPr>
      <w:r>
        <w:t>اہل ایمان نے بدر کی لڑائی میں مخالفین کے 70 آدمیوں کو مارا تھا۔</w:t>
      </w:r>
    </w:p>
    <w:p>
      <w:r>
        <w:rPr>
          <w:b/>
        </w:rPr>
        <w:t xml:space="preserve">[22:55] </w:t>
      </w:r>
      <w:r>
        <w:t>uhud ki ladai mein unhon ne dobara sahaba mein 70 aadmiyon ko maar dala. yani 70 aadmi ahl-e-iman ne mara tha badr mein.</w:t>
      </w:r>
    </w:p>
    <w:p>
      <w:pPr>
        <w:jc w:val="right"/>
      </w:pPr>
      <w:r>
        <w:t>احد کی لڑائی میں انہوں نے دوبارہ صحابہ میں 70 آدمیوں کو مار ڈالا۔ یعنی 70 آدمی اہل ایمان نے مارا تھا بدر میں۔</w:t>
      </w:r>
    </w:p>
    <w:p>
      <w:r>
        <w:rPr>
          <w:b/>
        </w:rPr>
        <w:t xml:space="preserve">[23:06] </w:t>
      </w:r>
      <w:r>
        <w:t>aur uhud mein dobara unhon ne 70 aadmi musalmanon mein se qatl kar diya. aur shikast hui musalmanon ko. aisa kyun hua?</w:t>
      </w:r>
    </w:p>
    <w:p>
      <w:pPr>
        <w:jc w:val="right"/>
      </w:pPr>
      <w:r>
        <w:t>اور احد میں دوبارہ انہوں نے 70 آدمی مسلمانوں میں سے قتل کر دیا۔ اور شکست ہوئی مسلمانوں کو۔ ایسا کیوں ہوا؟</w:t>
      </w:r>
    </w:p>
    <w:p>
      <w:r>
        <w:rPr>
          <w:b/>
        </w:rPr>
        <w:t xml:space="preserve">[23:18] </w:t>
      </w:r>
      <w:r>
        <w:t>to aap jab is waqe ko parhein tareekhon mein, to wahan aik aik bohat hi, yani sochne wali baat yeh milti hai ke abu sufyan leader the uhud ki jang ke.</w:t>
      </w:r>
    </w:p>
    <w:p>
      <w:pPr>
        <w:jc w:val="right"/>
      </w:pPr>
      <w:r>
        <w:t>تو آپ جب اس واقعے کو پڑھیں تاریخوں میں، تو وہاں ایک ایک بہت ہی، یعنی سوچنے والی بات یہ ملتی ہے کہ ابو سفیان لیڈر تھے احد کے جنگ کے۔</w:t>
      </w:r>
    </w:p>
    <w:p>
      <w:r>
        <w:rPr>
          <w:b/>
        </w:rPr>
        <w:t xml:space="preserve">[23:33] </w:t>
      </w:r>
      <w:r>
        <w:t>jab uhud ki jang mein jab musalmanon ko shikast ho gayi aur 70 sahaba shaheed ho gaye, to uhud ne to wahan par pahad tha.</w:t>
      </w:r>
    </w:p>
    <w:p>
      <w:pPr>
        <w:jc w:val="right"/>
      </w:pPr>
      <w:r>
        <w:t>جب احد کی جنگ میں جب مسلمانوں کو شکست ہو گئی اور 70 صحابہ شہید ہو گئے، تو احد نے تو وہاں پر پہاڑ تھا۔</w:t>
      </w:r>
    </w:p>
    <w:p>
      <w:r>
        <w:rPr>
          <w:b/>
        </w:rPr>
        <w:t xml:space="preserve">[23:43] </w:t>
      </w:r>
      <w:r>
        <w:t>pahaad par charh kar ke, yani chote pahad jo hote hain,</w:t>
      </w:r>
    </w:p>
    <w:p>
      <w:pPr>
        <w:jc w:val="right"/>
      </w:pPr>
      <w:r>
        <w:t>پہاڑ پر چڑھ کر کے، یعنی چھوٹے پہاڑ جو ہوتے ہیں،</w:t>
      </w:r>
    </w:p>
    <w:p>
      <w:r>
        <w:rPr>
          <w:b/>
        </w:rPr>
        <w:t xml:space="preserve">[23:46] </w:t>
      </w:r>
      <w:r>
        <w:t>abu sufyan ne kaha tha: yoman bi-yom badr. yeh ailan zor se ailan kiya tha. sarkha ka lafz aata hai ke cheekh kar chilla kar kaha:</w:t>
      </w:r>
    </w:p>
    <w:p>
      <w:pPr>
        <w:jc w:val="right"/>
      </w:pPr>
      <w:r>
        <w:t>ابو سفیان نے کہا تھا: یومن بیوم بدر ۔ یہ اعلان زور سے اعلان کیا تھا۔ سرخا کا لفظ آتا ہے کہ چیخ کر چلا کر کہا:</w:t>
      </w:r>
    </w:p>
    <w:p>
      <w:r>
        <w:rPr>
          <w:b/>
        </w:rPr>
        <w:t xml:space="preserve">[23:59] </w:t>
      </w:r>
      <w:r>
        <w:t>yoman bi-yom badr. ke aaj ka jo din hai, woh badr ka badla hai. aaj ka jo din hai, woh badr ka badla hai.</w:t>
      </w:r>
    </w:p>
    <w:p>
      <w:pPr>
        <w:jc w:val="right"/>
      </w:pPr>
      <w:r>
        <w:t>یومن بیوم بدر ۔ کہ آج کا جو دن ہے، وہ بدر کا بدلہ ہے۔ آج کا جو دن ہے، وہ بدر کا بدلہ ہے۔</w:t>
      </w:r>
    </w:p>
    <w:p>
      <w:r>
        <w:rPr>
          <w:b/>
        </w:rPr>
        <w:t xml:space="preserve">[24:13] </w:t>
      </w:r>
      <w:r>
        <w:t>yani badr mein hamein tum ne shikast di thi, aaj hamein tum ko shikast di thi. dekhiye, is se aik bohat bari nafisyati haqeeqat daryaft hoti hai.</w:t>
      </w:r>
    </w:p>
    <w:p>
      <w:pPr>
        <w:jc w:val="right"/>
      </w:pPr>
      <w:r>
        <w:t>یعنی بدر میں ہمیں تم نے شکست دی تھی، آج ہمیں تم کو شکست دی تھی۔ دیکھیے، اس سے ایک بہت بڑی نفسیاتی حقیقت دریافت ہوتی ہے۔</w:t>
      </w:r>
    </w:p>
    <w:p>
      <w:r>
        <w:rPr>
          <w:b/>
        </w:rPr>
        <w:t xml:space="preserve">[24:23] </w:t>
      </w:r>
      <w:r>
        <w:t>bohat bari nafisyati haqeeqat. woh kya hai? ke jang mein agar aap</w:t>
      </w:r>
    </w:p>
    <w:p>
      <w:pPr>
        <w:jc w:val="right"/>
      </w:pPr>
      <w:r>
        <w:t>بہت بڑی نفسیاتی حقیقت۔ وہ کیا ہے؟ کہ جنگ میں اگر آپ</w:t>
      </w:r>
    </w:p>
    <w:p>
      <w:r>
        <w:rPr>
          <w:b/>
        </w:rPr>
        <w:t xml:space="preserve">[24:35] </w:t>
      </w:r>
      <w:r>
        <w:t>ghalib hon aur fareeq-e-sani haar jaye, tab bhi masla hal nahi hota. kyun?</w:t>
      </w:r>
    </w:p>
    <w:p>
      <w:pPr>
        <w:jc w:val="right"/>
      </w:pPr>
      <w:r>
        <w:t>غالب ہوں اور فریق ثانی ہار جائے، تب بھی مسئلہ حل نہیں ہوتا۔ کیوں؟</w:t>
      </w:r>
    </w:p>
    <w:p>
      <w:r>
        <w:rPr>
          <w:b/>
        </w:rPr>
        <w:t xml:space="preserve">[24:42] </w:t>
      </w:r>
      <w:r>
        <w:t>haarne wala, haarne wala jo hai, woh apni haar ko manta nahi hai. balkeh woh jata hai revenge ki taraf, inteqam ki taraf. yeh bohat hi bari nafisyati haqeeqat hai ke insan haar ko manta nahi.</w:t>
      </w:r>
    </w:p>
    <w:p>
      <w:pPr>
        <w:jc w:val="right"/>
      </w:pPr>
      <w:r>
        <w:t>ہارنے والا، ہارنے والا جو ہے، وہ اپنی ہار کو مانتا نہیں ہے۔ بلکہ وہ جاتا ہے ریونج کی طرف، انتقام کی طرف۔ یہ بہت ہی بڑی نفسیاتی حقیقت ہے کہ انسان ہار کو مانتا نہیں۔</w:t>
      </w:r>
    </w:p>
    <w:p>
      <w:r>
        <w:rPr>
          <w:b/>
        </w:rPr>
        <w:t xml:space="preserve">[24:56] </w:t>
      </w:r>
      <w:r>
        <w:t>to jang mein, maidan mein agar logon ko aap qatl bhi karein, tab bhi haarne wala fareeq jo hai, haar nahi manta. revenge ki taraf jata hai woh.</w:t>
      </w:r>
    </w:p>
    <w:p>
      <w:pPr>
        <w:jc w:val="right"/>
      </w:pPr>
      <w:r>
        <w:t>تو جنگ میں، میدان میں اگر لوگوں کو آپ قتل بھی کریں، تب بھی ہارنے والا فریق جو ہے، ہار نہیں مانتا۔ ریونج کی طرف جاتا ہے وہ۔</w:t>
      </w:r>
    </w:p>
    <w:p>
      <w:r>
        <w:rPr>
          <w:b/>
        </w:rPr>
        <w:t xml:space="preserve">[25:05] </w:t>
      </w:r>
      <w:r>
        <w:t>to phir dobara aap ke upar attack karta hai.</w:t>
      </w:r>
    </w:p>
    <w:p>
      <w:pPr>
        <w:jc w:val="right"/>
      </w:pPr>
      <w:r>
        <w:t>تو پھر دوبارہ آپ کے اوپر اٹیک کرتا ہے۔</w:t>
      </w:r>
    </w:p>
    <w:p>
      <w:r>
        <w:rPr>
          <w:b/>
        </w:rPr>
        <w:t xml:space="preserve">[25:09] </w:t>
      </w:r>
      <w:r>
        <w:t>yahi hua ke badr ke maidan mein musalmanon ne poori shikast de di un ko. lekin masla khatm nahi hua.</w:t>
      </w:r>
    </w:p>
    <w:p>
      <w:pPr>
        <w:jc w:val="right"/>
      </w:pPr>
      <w:r>
        <w:t>یہی ہوا کہ بدر کے میدان میں مسلمانوں نے پوری شکست دے دی ان کو۔ لیکن مسئلہ ختم نہیں ہوا۔</w:t>
      </w:r>
    </w:p>
    <w:p>
      <w:r>
        <w:rPr>
          <w:b/>
        </w:rPr>
        <w:t xml:space="preserve">[25:18] </w:t>
      </w:r>
      <w:r>
        <w:t>kyunke is shikast se un ke andar revenge paida hua, inteqam paida hua. aur makkah wapas ja kar unhon ne khoob khoob tayyari ki. aur tayyari kar ke phir hamla kar diya agle hi saal.</w:t>
      </w:r>
    </w:p>
    <w:p>
      <w:pPr>
        <w:jc w:val="right"/>
      </w:pPr>
      <w:r>
        <w:t>کیونکہ اس شکست سے ان کے اندر ریونج پیدا ہوا، انتقام پیدا ہوا۔ اور مکہ واپس جا کر انہوں نے خوب خوب تیاری کی۔ اور تیاری کر کے پھر حملہ کر دیا اگلے ہی سال۔</w:t>
      </w:r>
    </w:p>
    <w:p>
      <w:r>
        <w:rPr>
          <w:b/>
        </w:rPr>
        <w:t xml:space="preserve">[25:29] </w:t>
      </w:r>
      <w:r>
        <w:t>aur 70 aadmi ko maar dala. is se kya pata chala? ke war se kabhi koi masla khatm nahi ho sakta hai.</w:t>
      </w:r>
    </w:p>
    <w:p>
      <w:pPr>
        <w:jc w:val="right"/>
      </w:pPr>
      <w:r>
        <w:t>اور 70 آدمی کو مار ڈالا۔ اس سے کیا پتہ چلا؟ کہ وار سے کبھی کوئی مسئلہ ختم نہیں ہو سکتا ہے۔</w:t>
      </w:r>
    </w:p>
    <w:p>
      <w:r>
        <w:rPr>
          <w:b/>
        </w:rPr>
        <w:t xml:space="preserve">[25:41] </w:t>
      </w:r>
      <w:r>
        <w:t>waar se kabhi masla nahi khatm ho sakta hai. kyunke waar jo hai, yahi to hoga ke kisi ko hara dein ge aap battle field mein.lekin woh aadmi haar manega nahi.</w:t>
      </w:r>
    </w:p>
    <w:p>
      <w:pPr>
        <w:jc w:val="right"/>
      </w:pPr>
      <w:r>
        <w:t>وار سے کبھی مسئلہ نہیں ختم ہو سکتا ہے۔ کیونکہ وار جو ہے، یہی تو ہوگا کہ کسی کو ہرا دیں گے آپ بیٹل فیلڈ میں۔ لیکن وہ آدمی ہار مانے گا نہیں۔</w:t>
      </w:r>
    </w:p>
    <w:p>
      <w:r>
        <w:rPr>
          <w:b/>
        </w:rPr>
        <w:t xml:space="preserve">[25:50] </w:t>
      </w:r>
      <w:r>
        <w:t>to phir woh ja kar ke inteqaam ka jazba bharke ga is ke andar.aur phir aap par attack kare ga.yahi do sau saal, do sau saal se musalmanon ka haal hai.</w:t>
      </w:r>
    </w:p>
    <w:p>
      <w:pPr>
        <w:jc w:val="right"/>
      </w:pPr>
      <w:r>
        <w:t>تو پھر وہ جا کر کے انتقام کا جذبہ بھڑکے گا اس کے اندر۔ اور پھر آپ پر اٹیک کرے گا۔ یہی دو سو سال، دو سو سال سے مسلمانوں کا حال ہے۔</w:t>
      </w:r>
    </w:p>
    <w:p>
      <w:r>
        <w:rPr>
          <w:b/>
        </w:rPr>
        <w:t xml:space="preserve">[26:00] </w:t>
      </w:r>
      <w:r>
        <w:t>yeh marte hain, woh marte hain, yeh marte hain, woh marte hain.ek is ko kehte hain angrezi mein vicious circle .</w:t>
      </w:r>
    </w:p>
    <w:p>
      <w:pPr>
        <w:jc w:val="right"/>
      </w:pPr>
      <w:r>
        <w:t>یہ مارتے ہیں، وہ مارتے ہیں، یہ مارتے ہیں، وہ مارتے ہیں۔ ایک اس کو کہتے ہیں انگریزی میں vicious circle ۔</w:t>
      </w:r>
    </w:p>
    <w:p>
      <w:r>
        <w:rPr>
          <w:b/>
        </w:rPr>
        <w:t xml:space="preserve">[26:07] </w:t>
      </w:r>
      <w:r>
        <w:t>yani jang ka rasta ek vicious circle paida karta hai.yani ladai, haar, inteqaam.phir ladai, haar, inteqaam.</w:t>
      </w:r>
    </w:p>
    <w:p>
      <w:pPr>
        <w:jc w:val="right"/>
      </w:pPr>
      <w:r>
        <w:t>یعنی جنگ کا راستہ ایک vicious circle پیدا کرتا ہے۔ یعنی لڑائی، ہار، انتقام۔ پھر لڑائی، ہار، انتقام۔</w:t>
      </w:r>
    </w:p>
    <w:p>
      <w:r>
        <w:rPr>
          <w:b/>
        </w:rPr>
        <w:t xml:space="preserve">[26:17] </w:t>
      </w:r>
      <w:r>
        <w:t>ladai, haar, inteqaam.revenge.to yeh vicious circle chalta rehta hai.yahi vicious circle pehle chalta tha, yani tribal age mein.</w:t>
      </w:r>
    </w:p>
    <w:p>
      <w:pPr>
        <w:jc w:val="right"/>
      </w:pPr>
      <w:r>
        <w:t>لڑائی، ہار، انتقام۔ ریونج۔ تو یہ vicious circle چلتا رہتا ہے۔ یہی vicious circle پہلے چلتا تھا، یعنی ٹرائبل ایج میں۔</w:t>
      </w:r>
    </w:p>
    <w:p>
      <w:r>
        <w:rPr>
          <w:b/>
        </w:rPr>
        <w:t xml:space="preserve">[26:28] </w:t>
      </w:r>
      <w:r>
        <w:t>aap bhi kitabon mein parhte hain ke tribal age mein so so saal tak ladte the log.</w:t>
      </w:r>
    </w:p>
    <w:p>
      <w:pPr>
        <w:jc w:val="right"/>
      </w:pPr>
      <w:r>
        <w:t>آپ بھی کتابوں میں پڑھتے ہیں کہ ٹرائبل ایج میں سو سو سال تک لڑتے تھے لوگ۔</w:t>
      </w:r>
    </w:p>
    <w:p>
      <w:r>
        <w:rPr>
          <w:b/>
        </w:rPr>
        <w:t xml:space="preserve">[26:35] </w:t>
      </w:r>
      <w:r>
        <w:t>abubakar, abubakar aur taghlab ki baham ladai sadi, jis mein aadhi unhon ne gawai.aadhi sadi, so so saal tak ladte the.kyun?</w:t>
      </w:r>
    </w:p>
    <w:p>
      <w:pPr>
        <w:jc w:val="right"/>
      </w:pPr>
      <w:r>
        <w:t>ابوبکر، ابوبکر اور تغلب کی باہم لڑائی صدی، جس میں آدھی انہوں نے گوائی۔ آدھی صدی، سو سو سال تک لڑتے تھے۔ کیوں؟</w:t>
      </w:r>
    </w:p>
    <w:p>
      <w:r>
        <w:rPr>
          <w:b/>
        </w:rPr>
        <w:t xml:space="preserve">[26:44] </w:t>
      </w:r>
      <w:r>
        <w:t>inteqaam ki wajah se.jo haarta tha, us ke andar inteqaam aata tha.revenge.aur phir woh apne ko recognize karta tha.</w:t>
      </w:r>
    </w:p>
    <w:p>
      <w:pPr>
        <w:jc w:val="right"/>
      </w:pPr>
      <w:r>
        <w:t>انتقام کی وجہ سے۔ جو ہارتا تھا، اس کے اندر انتقام آتا تھا۔ ریونج۔ اور پھر وہ اپنے کو recognize کرتا تھا۔</w:t>
      </w:r>
    </w:p>
    <w:p>
      <w:r>
        <w:rPr>
          <w:b/>
        </w:rPr>
        <w:t xml:space="preserve">[26:53] </w:t>
      </w:r>
      <w:r>
        <w:t>phir apne aap ko tayyar karta tha.aur phir attack karta tha.to jang, haar, inteqaam.phir jang, haar, inteqaam.</w:t>
      </w:r>
    </w:p>
    <w:p>
      <w:pPr>
        <w:jc w:val="right"/>
      </w:pPr>
      <w:r>
        <w:t>پھر اپنے آپ کو تیار کرتا تھا۔ اور پھر اٹیک کرتا تھا۔ تو جنگ، ہار، انتقام۔ پھر جنگ، ہار، انتقام۔</w:t>
      </w:r>
    </w:p>
    <w:p>
      <w:r>
        <w:rPr>
          <w:b/>
        </w:rPr>
        <w:t xml:space="preserve">[27:01] </w:t>
      </w:r>
      <w:r>
        <w:t>yeh hai vicious circle.</w:t>
      </w:r>
    </w:p>
    <w:p>
      <w:pPr>
        <w:jc w:val="right"/>
      </w:pPr>
      <w:r>
        <w:t>یہ ہے vicious circle۔</w:t>
      </w:r>
    </w:p>
    <w:p>
      <w:r>
        <w:rPr>
          <w:b/>
        </w:rPr>
        <w:t xml:space="preserve">[27:04] </w:t>
      </w:r>
      <w:r>
        <w:t>isi liye kaha gaya quran majeed mein ke asal khair peace is the best .yani peace se masla hal ho sakta hai.lekin jang se masla nahi hal ho sakta.</w:t>
      </w:r>
    </w:p>
    <w:p>
      <w:pPr>
        <w:jc w:val="right"/>
      </w:pPr>
      <w:r>
        <w:t>اسی لیے کہا گیا قرآن مجید میں کہ أصل الخير peace is the best ۔ یعنی peace سے مسئلہ حل ہو سکتا ہے۔ لیکن جنگ سے مسئلہ نہیں حل ہو سکتا۔</w:t>
      </w:r>
    </w:p>
    <w:p>
      <w:r>
        <w:rPr>
          <w:b/>
        </w:rPr>
        <w:t xml:space="preserve">[27:16] </w:t>
      </w:r>
      <w:r>
        <w:t>jo haare ga, woh phir inteqaam ke liye jazbaat bharkaye ga.phir kahin na kahin tarkeeb nikaal kar phir aap par attack kare ga.yahan tak ke suicide bombing kare ga woh.</w:t>
      </w:r>
    </w:p>
    <w:p>
      <w:pPr>
        <w:jc w:val="right"/>
      </w:pPr>
      <w:r>
        <w:t>جو ہارے گا، وہ پھر انتقام کے لیے جذبات بھڑکائیں گا۔ پھر کہیں نہ کہیں ترکیب نکال کر پھر آپ پر اٹیک کرے گا۔ یہاں تک کہ suicide bombing کرے گا وہ۔</w:t>
      </w:r>
    </w:p>
    <w:p>
      <w:r>
        <w:rPr>
          <w:b/>
        </w:rPr>
        <w:t xml:space="preserve">[27:27] </w:t>
      </w:r>
      <w:r>
        <w:t>ab kya karna hai?to allah taala ne rehnumai di sulah al hudaybiyah ki shakal mein.</w:t>
      </w:r>
    </w:p>
    <w:p>
      <w:pPr>
        <w:jc w:val="right"/>
      </w:pPr>
      <w:r>
        <w:t>اب کیا کرنا ہے؟ تو اللہ تعالیٰ نے رہنمائی دی صلح الحدیبیہ کی شکل میں۔</w:t>
      </w:r>
    </w:p>
    <w:p>
      <w:r>
        <w:rPr>
          <w:b/>
        </w:rPr>
        <w:t xml:space="preserve">[27:36] </w:t>
      </w:r>
      <w:r>
        <w:t>yani jab uhud mein musalmanon ko jo tajurba hua, ka sakht tajurba.to us ke baad musalmanon mein bhi wahi jazbaat bhadak rahe the, revenge wale jazbaat.</w:t>
      </w:r>
    </w:p>
    <w:p>
      <w:pPr>
        <w:jc w:val="right"/>
      </w:pPr>
      <w:r>
        <w:t>یعنی جب احد میں مسلمانوں کو جو تجربہ ہوا، کا سخت تجربہ۔ تو اس کے بعد مسلمانوں میں بھی وہی جذبات بھڑک رہے تھے، ریونج والے جذبات۔</w:t>
      </w:r>
    </w:p>
    <w:p>
      <w:r>
        <w:rPr>
          <w:b/>
        </w:rPr>
        <w:t xml:space="preserve">[27:47] </w:t>
      </w:r>
      <w:r>
        <w:t>lekin allah taala ne roka is ko.aur rasool allah sallallahu alaihi wasallam ko rehnumai di ke tum sulah karo.yani bajaye revenge lene ke, sulah karo.</w:t>
      </w:r>
    </w:p>
    <w:p>
      <w:pPr>
        <w:jc w:val="right"/>
      </w:pPr>
      <w:r>
        <w:t>لیکن اللہ تعالیٰ نے روکا اس کو۔ اور رسول اللہ صلی اللہ علیہ وسلم کو رہنمائی دی کہ تم صلح کرو۔ یعنی بجائے ریونج لینے کے، صلح کرو۔</w:t>
      </w:r>
    </w:p>
    <w:p>
      <w:r>
        <w:rPr>
          <w:b/>
        </w:rPr>
        <w:t xml:space="preserve">[27:58] </w:t>
      </w:r>
      <w:r>
        <w:t>to rasool allah sallallahu alaihi wasallam ne, jaisa ke aap jante hain ke sulah al hudaybiyah ki, sulah al hudaybiyah jo thi, yak tarfa sharton ko maan kar ki gayi thi.</w:t>
      </w:r>
    </w:p>
    <w:p>
      <w:pPr>
        <w:jc w:val="right"/>
      </w:pPr>
      <w:r>
        <w:t>تو رسول اللہ صلی اللہ علیہ وسلم نے، جیسا کہ آپ جانتے ہیں کہ صلح الحدیبیہ کی، صلح الحدیبیہ جو تھی، یکطرفہ شرطوں کو مان کر کی گئی تھی۔</w:t>
      </w:r>
    </w:p>
    <w:p>
      <w:r>
        <w:rPr>
          <w:b/>
        </w:rPr>
        <w:t xml:space="preserve">[28:10] </w:t>
      </w:r>
      <w:r>
        <w:t>yani unilateral condition par ki gayi thi sulah al hudaybiyah.aur saare sahaba is mein, yani samajh mein nahi aata tha, un ki samajh mein nahi aata tha.</w:t>
      </w:r>
    </w:p>
    <w:p>
      <w:pPr>
        <w:jc w:val="right"/>
      </w:pPr>
      <w:r>
        <w:t>یعنی unilateral condition پر کی گئی تھی صلح الحدیبیہ۔ اور سارے صحابہ اس میں، یعنی سمجھ میں نہیں آتا تھا، ان کی سمجھ میں نہیں آتا تھا۔</w:t>
      </w:r>
    </w:p>
    <w:p>
      <w:r>
        <w:rPr>
          <w:b/>
        </w:rPr>
        <w:t xml:space="preserve">[28:21] </w:t>
      </w:r>
      <w:r>
        <w:t>hazrat umar ne keh diya tha ke لما نقط الدنيا من دنا .hum kyun yak tarfa sharton par sulah karein?lekin rasool allah ko allah ka hukum tha, aap ne yak tarfa sulah kar li.</w:t>
      </w:r>
    </w:p>
    <w:p>
      <w:pPr>
        <w:jc w:val="right"/>
      </w:pPr>
      <w:r>
        <w:t>حضرت عمر نے کہہ دیا تھا کہ لما نقط الدنيا من دنا ۔ ہم کیوں یکطرفہ شرطوں پر صلح کریں؟ لیکن رسول اللہ کو اللہ کا حکم تھا، آپ نے یکطرفہ صلح کر لی۔</w:t>
      </w:r>
    </w:p>
    <w:p>
      <w:r>
        <w:rPr>
          <w:b/>
        </w:rPr>
        <w:t xml:space="preserve">[28:35] </w:t>
      </w:r>
      <w:r>
        <w:t>jante hain is ke baad kya hua?</w:t>
      </w:r>
    </w:p>
    <w:p>
      <w:pPr>
        <w:jc w:val="right"/>
      </w:pPr>
      <w:r>
        <w:t>جانتے ہیں اس کے بعد کیا ہوا؟</w:t>
      </w:r>
    </w:p>
    <w:p>
      <w:r>
        <w:rPr>
          <w:b/>
        </w:rPr>
        <w:t xml:space="preserve">[28:40] </w:t>
      </w:r>
      <w:r>
        <w:t>yani sulah ya peace opens the door of opportunity .yeh hai hikmat is mein.ke jab aap jeette hain to revenge jaagta hai.</w:t>
      </w:r>
    </w:p>
    <w:p>
      <w:pPr>
        <w:jc w:val="right"/>
      </w:pPr>
      <w:r>
        <w:t>یعنی صلح یا peace opens the door of opportunity ۔ یہ ہے حکمت اس میں۔ کہ جب آپ جیتتے ہیں تو ریونج جاگتا ہے۔</w:t>
      </w:r>
    </w:p>
    <w:p>
      <w:r>
        <w:rPr>
          <w:b/>
        </w:rPr>
        <w:t xml:space="preserve">[28:52] </w:t>
      </w:r>
      <w:r>
        <w:t>aur jab aap sulah kar lete hain to kya hota hai?opportunities khulti hain.kaam ke mawaqe khulte hain.</w:t>
      </w:r>
    </w:p>
    <w:p>
      <w:pPr>
        <w:jc w:val="right"/>
      </w:pPr>
      <w:r>
        <w:t>اور جب آپ صلح کر لیتے ہیں تو کیا ہوتا ہے؟ opportunities کھلتی ہیں۔ کام کے مواقع کھلتے ہیں۔</w:t>
      </w:r>
    </w:p>
    <w:p>
      <w:r>
        <w:rPr>
          <w:b/>
        </w:rPr>
        <w:t xml:space="preserve">[29:00] </w:t>
      </w:r>
      <w:r>
        <w:t>chunaanche hudaybiyah ki shakal mein woh das saal ka nawar packet rasool allah ne kar liya.aur phir saare, yani takraao ka mahaul khatm ho gaya.</w:t>
      </w:r>
    </w:p>
    <w:p>
      <w:pPr>
        <w:jc w:val="right"/>
      </w:pPr>
      <w:r>
        <w:t>چنانچہ حدیبیہ کی شکل میں وہ دس سال کا نوار پیکٹ رسول اللہ نے کر لیا۔ اور پھر سارے، یعنی ٹکراؤ کا ماحول ختم ہو گیا۔</w:t>
      </w:r>
    </w:p>
    <w:p>
      <w:r>
        <w:rPr>
          <w:b/>
        </w:rPr>
        <w:t xml:space="preserve">[29:15] </w:t>
      </w:r>
      <w:r>
        <w:t>conflict ka mahaul khatm ho gaya.is ke baad rasool allah aur ashaab jo hain, aap ke sab masghool ho gaye dawat work mein.yak tarfa tor par sulah kar ke, yak tarfa sharton par</w:t>
      </w:r>
    </w:p>
    <w:p>
      <w:pPr>
        <w:jc w:val="right"/>
      </w:pPr>
      <w:r>
        <w:t>conflict کا ماحول ختم ہو گیا۔ اس کے بعد رسول اللہ اور اصحاب جو ہیں، آپ کے سب مشغول ہو گئے دعوت ورک میں۔ یکطرفہ طور پر صلح کر کے، یکطرفہ شرطوں پر</w:t>
      </w:r>
    </w:p>
    <w:p>
      <w:r>
        <w:rPr>
          <w:b/>
        </w:rPr>
        <w:t xml:space="preserve">[29:30] </w:t>
      </w:r>
      <w:r>
        <w:t>, rasool allah aur aap ke ashaab sab masghool ho gaye dawat work mein.madine mein dawat work aur qabail mein dawat work, sab dawat work.</w:t>
      </w:r>
    </w:p>
    <w:p>
      <w:pPr>
        <w:jc w:val="right"/>
      </w:pPr>
      <w:r>
        <w:t>، رسول اللہ اور آپ کے اصحاب سب مشغول ہو گئے دعوت ورک میں۔ مدینے میں دعوت ورک اور قبائل میں دعوت ورک، سب دعوت ورک۔</w:t>
      </w:r>
    </w:p>
    <w:p>
      <w:r>
        <w:rPr>
          <w:b/>
        </w:rPr>
        <w:t xml:space="preserve">[29:40] </w:t>
      </w:r>
      <w:r>
        <w:t>dawat work kya tha is zamane mein?sab log muqri ban gaye, muqri.jaate the, jaate the idhar udhar aur quran sunate the.</w:t>
      </w:r>
    </w:p>
    <w:p>
      <w:pPr>
        <w:jc w:val="right"/>
      </w:pPr>
      <w:r>
        <w:t>دعوت ورک کیا تھا اس زمانے میں؟ سب لوگ مقری بن گئے، مقری۔ جاتے تھے، جاتے تھے ادھر ادھر اور قرآن سناتے تھے۔</w:t>
      </w:r>
    </w:p>
    <w:p>
      <w:r>
        <w:rPr>
          <w:b/>
        </w:rPr>
        <w:t xml:space="preserve">[29:49] </w:t>
      </w:r>
      <w:r>
        <w:t>aur koi doosra program nahi tha. ja ja ke quran sunana.</w:t>
      </w:r>
    </w:p>
    <w:p>
      <w:pPr>
        <w:jc w:val="right"/>
      </w:pPr>
      <w:r>
        <w:t>اور کوئی دوسرا پروگرام نہیں تھا۔ جا جا کے قرآن سنانا۔</w:t>
      </w:r>
    </w:p>
    <w:p>
      <w:r>
        <w:rPr>
          <w:b/>
        </w:rPr>
        <w:t xml:space="preserve">[29:54] </w:t>
      </w:r>
      <w:r>
        <w:t>lekin quran jo hai, ek ajeeb ghareeb is ke andar, yani taaseer hai ke insaan ko hit karta hai. woh bohat ajeeb.</w:t>
      </w:r>
    </w:p>
    <w:p>
      <w:pPr>
        <w:jc w:val="right"/>
      </w:pPr>
      <w:r>
        <w:t>لیکن قرآن جو ہے، ایک عجیب غریب اس کے اندر، یعنی تاثیر ہے کہ انسان کو ہٹ کرتا ہے۔ وہ بہت عجیب۔</w:t>
      </w:r>
    </w:p>
    <w:p>
      <w:r>
        <w:rPr>
          <w:b/>
        </w:rPr>
        <w:t xml:space="preserve">[30:03] </w:t>
      </w:r>
      <w:r>
        <w:t>jo logon ne islam qabool kiya, islam ko parh kar, un ke halaat parhiye aap.</w:t>
      </w:r>
    </w:p>
    <w:p>
      <w:pPr>
        <w:jc w:val="right"/>
      </w:pPr>
      <w:r>
        <w:t>جو لوگوں نے اسلام قبول کیا، اسلام کو پڑھ کر، ان کے حالات پڑھئے آپ۔</w:t>
      </w:r>
    </w:p>
    <w:p>
      <w:r>
        <w:rPr>
          <w:b/>
        </w:rPr>
        <w:t xml:space="preserve">[30:09] </w:t>
      </w:r>
      <w:r>
        <w:t>misalan yusuf islam jo hai, ek angrez tha, pop singer tha woh. us ne islam qabool kiya. to main ne parha is.</w:t>
      </w:r>
    </w:p>
    <w:p>
      <w:pPr>
        <w:jc w:val="right"/>
      </w:pPr>
      <w:r>
        <w:t>مثلاً یوسف اسلام جو ہے، ایک انگریز تھا، پاپ سنگر تھا وہ۔ اس نے اسلام قبول کیا۔ تو میں نے پڑھا اس۔</w:t>
      </w:r>
    </w:p>
    <w:p>
      <w:r>
        <w:rPr>
          <w:b/>
        </w:rPr>
        <w:t xml:space="preserve">[30:17] </w:t>
      </w:r>
      <w:r>
        <w:t>ek ek bar us ne bataya ke main kaise islam qabool kiya, main ne. to us ka bhai gaya tha qahira, wahan se ek copy laya tha quran ke tarjume ki, english tarjuma.</w:t>
      </w:r>
    </w:p>
    <w:p>
      <w:pPr>
        <w:jc w:val="right"/>
      </w:pPr>
      <w:r>
        <w:t>ایک ایک بار اس نے بتایا کہ میں کیسے اسلام قبول کیا، میں نے۔ تو اس کا بھائی گیا تھا قاہرہ، وہاں سے ایک کاپی لایا تھا قرآن کے ترجمے کی، انگلش ترجمہ۔</w:t>
      </w:r>
    </w:p>
    <w:p>
      <w:r>
        <w:rPr>
          <w:b/>
        </w:rPr>
        <w:t xml:space="preserve">[30:31] </w:t>
      </w:r>
      <w:r>
        <w:t>us ko diya us ne. to us ko us ne parha. to us ko ek cheez bohat ajeeb lagi ke quran address karta hai insaan ko.</w:t>
      </w:r>
    </w:p>
    <w:p>
      <w:pPr>
        <w:jc w:val="right"/>
      </w:pPr>
      <w:r>
        <w:t>اس کو دیا اس نے۔ تو اس کو اس نے پڑھا۔ تو اس کو ایک چیز بہت عجیب لگی کہ قرآن ایڈریس کرتا ہے انسان کو۔</w:t>
      </w:r>
    </w:p>
    <w:p>
      <w:r>
        <w:rPr>
          <w:b/>
        </w:rPr>
        <w:t xml:space="preserve">[30:42] </w:t>
      </w:r>
      <w:r>
        <w:t>ae insaan! ae insaan! ae insaan! to us ne kaha ke aisi koi kitab tak nahi parhi thi main ne jis mein yeh yeh style istemal, yeh istemal kiya gaya ho ke khuda insaan ko direct khitab kar raha hai.</w:t>
      </w:r>
    </w:p>
    <w:p>
      <w:pPr>
        <w:jc w:val="right"/>
      </w:pPr>
      <w:r>
        <w:t>اے انسان! اے انسان! اے انسان! تو اس نے کہا کہ ایسی کوئی کتاب تک نہیں پڑھی تھی میں نے جس میں یہ یہ اسٹائل استعمال، یہ استعمال کیا گیا ہو کہ خدا انسان کو ڈائریکٹ خطاب کر رہا ہے۔</w:t>
      </w:r>
    </w:p>
    <w:p>
      <w:r>
        <w:rPr>
          <w:b/>
        </w:rPr>
        <w:t xml:space="preserve">[30:59] </w:t>
      </w:r>
      <w:r>
        <w:t>us ko parhte hue use mehsoos hua ke khuda mujhe direct us ko khitab kar raha hai, mujh ko address kar raha hai. ae insaan! ae insaan! is se, is se woh bohat zabardast is ke andar, yani is style ne us ko hit kiya yahan tak ke us ne islam qabool kar liya.</w:t>
      </w:r>
    </w:p>
    <w:p>
      <w:pPr>
        <w:jc w:val="right"/>
      </w:pPr>
      <w:r>
        <w:t>اس کو پڑھتے ہوئے اسے محسوس ہوا کہ خدا مجھے ڈائریکٹ اس کو خطاب کر رہا ہے، مجھ کو ایڈریس کر رہا ہے۔ اے انسان! اے انسان! اس سے، اس سے وہ بہت زبردست اس کے اندر، یعنی اس اسٹائل نے اس کو ہٹ کیا یہاں تک کہ اس نے اسلام قبول کر لیا۔</w:t>
      </w:r>
    </w:p>
    <w:p>
      <w:r>
        <w:rPr>
          <w:b/>
        </w:rPr>
        <w:t xml:space="preserve">[31:15] </w:t>
      </w:r>
      <w:r>
        <w:t>to quran ka bohat ajeeb ghareeb style hai is ke, yani is ke reasoning, is ke dalail bohat ajeeb ghareeb hain. yani is mein ek ek khodawandi shaan ek hai.</w:t>
      </w:r>
    </w:p>
    <w:p>
      <w:pPr>
        <w:jc w:val="right"/>
      </w:pPr>
      <w:r>
        <w:t>تو قرآن کا بہت عجیب غریب اسٹائل ہے اس کے، یعنی اس کے ریزننگ، اس کے دلائل بہت عجیب غریب ہیں۔ یعنی اس میں ایک ایک خداوندی شان ایک ہے۔</w:t>
      </w:r>
    </w:p>
    <w:p>
      <w:r>
        <w:rPr>
          <w:b/>
        </w:rPr>
        <w:t xml:space="preserve">[31:28] </w:t>
      </w:r>
      <w:r>
        <w:t>to rasool aur ashaab rasool sab mashghool ho gaye quran ko phailane mein. is zamane mein aap jante hain ke printing press nahi tha.</w:t>
      </w:r>
    </w:p>
    <w:p>
      <w:pPr>
        <w:jc w:val="right"/>
      </w:pPr>
      <w:r>
        <w:t>تو رسول اور اصحاب رسول سب مشغول ہو گئے قرآن کو پھیلانے میں۔ اس زمانے میں آپ جانتے ہیں کہ پرنٹنگ پریس نہیں تھا۔</w:t>
      </w:r>
    </w:p>
    <w:p>
      <w:r>
        <w:rPr>
          <w:b/>
        </w:rPr>
        <w:t xml:space="preserve">[31:38] </w:t>
      </w:r>
      <w:r>
        <w:t>to log kya karte the ke quran un ke mind mein hota tha, un ki memory mein ja ja kar ke woh sunate the, parh parh kar. is liye un ko kaha gaya tha muqri.</w:t>
      </w:r>
    </w:p>
    <w:p>
      <w:pPr>
        <w:jc w:val="right"/>
      </w:pPr>
      <w:r>
        <w:t>تو لوگ کیا کرتے تھے کہ قرآن ان کے مائنڈ میں ہوتا تھا، ان کی میموری میں جا جا کر کے وہ سناتے تھے، پڑھ پڑھ کر۔ اس لیے ان کو کہا گیا تھا مقری۔</w:t>
      </w:r>
    </w:p>
    <w:p>
      <w:r>
        <w:rPr>
          <w:b/>
        </w:rPr>
        <w:t xml:space="preserve">[31:48] </w:t>
      </w:r>
      <w:r>
        <w:t>muqri matlab hai parh kar sunane wala. to is ka nateeja kya hua? ke jang ka jo tareeqa tha, is mein jeet kar bhi kamyabi nahi hui thi.</w:t>
      </w:r>
    </w:p>
    <w:p>
      <w:pPr>
        <w:jc w:val="right"/>
      </w:pPr>
      <w:r>
        <w:t>مقری مطلب ہے پڑھ کر سنانے والا۔ تو اس کا نتیجہ کیا ہوا؟ کہ جنگ کا جو طریقہ تھا، اس میں جیت کر بھی کامیابی نہیں ہوئی تھی۔</w:t>
      </w:r>
    </w:p>
    <w:p>
      <w:r>
        <w:rPr>
          <w:b/>
        </w:rPr>
        <w:t xml:space="preserve">[31:56] </w:t>
      </w:r>
      <w:r>
        <w:t>yani badr mein jeete the, phir bhi masla khatam nahi hua tha. aur yeh jo tareeqa ikhtiyar kiya gaya ke dawat ka aur tablegh ka aur message phailane ka,</w:t>
      </w:r>
    </w:p>
    <w:p>
      <w:pPr>
        <w:jc w:val="right"/>
      </w:pPr>
      <w:r>
        <w:t>یعنی بدر میں جیتے تھے، پھر بھی مسئلہ ختم نہیں ہوا تھا۔ اور یہ جو طریقہ اختیار کیا گیا کہ دعوت کا اور تبلیغ کا اور میسج پھیلانے کا،</w:t>
      </w:r>
    </w:p>
    <w:p>
      <w:r>
        <w:rPr>
          <w:b/>
        </w:rPr>
        <w:t xml:space="preserve">[32:10] </w:t>
      </w:r>
      <w:r>
        <w:t>to is do saal ke andar andar itni zyada tadad ho gayi musalmanon ki ke tadad khud, yani number khud kafi hoga ke musalmanon ka ke fateh ho jaye.</w:t>
      </w:r>
    </w:p>
    <w:p>
      <w:pPr>
        <w:jc w:val="right"/>
      </w:pPr>
      <w:r>
        <w:t>تو اس دو سال کے اندر اندر اتنی زیادہ تعداد ہو گئی مسلمانوں کی کہ تعداد خود، یعنی نمبر خود کافی ہوگا کہ مسلمانوں کا کہ فتح ہو جائے۔</w:t>
      </w:r>
    </w:p>
    <w:p>
      <w:r>
        <w:rPr>
          <w:b/>
        </w:rPr>
        <w:t xml:space="preserve">[32:26] </w:t>
      </w:r>
      <w:r>
        <w:t>chunaanche dekhiye surah, woh jo surah. an-nasr idha ja nasrullahi wal fath wa raa-in-naasi yadkhuloona fee deenillahi afwaja yani yadkhuloona fee deenillahi, yani fauj dar fauj log aa gaye islam mein.</w:t>
      </w:r>
    </w:p>
    <w:p>
      <w:pPr>
        <w:jc w:val="right"/>
      </w:pPr>
      <w:r>
        <w:t>چنانچہ دیکھیے سورہ، وہ جو سورہ۔ النصر اذا جا نصر اللہ والفتح ورائ الناسیدخلون فی دین اللہ فوجا یعنییدخلون فی دین اللہ، یعنی فوج در فوج لوگ آ گئے اسلام میں۔</w:t>
      </w:r>
    </w:p>
    <w:p>
      <w:r>
        <w:rPr>
          <w:b/>
        </w:rPr>
        <w:t xml:space="preserve">[32:44] </w:t>
      </w:r>
      <w:r>
        <w:t>jab tadad itni zyada ho to larnay ki zaroorat hi nahi. is ke baad to fateh ho gayi. chunaanche sanh ath hijri mein makkah fateh ho gaya baghair larnay hue, baghair larnay hue.</w:t>
      </w:r>
    </w:p>
    <w:p>
      <w:pPr>
        <w:jc w:val="right"/>
      </w:pPr>
      <w:r>
        <w:t>جب تعداد اتنی زیادہ ہو تو لڑنے کی ضرورت ہی نہیں۔ اس کے بعد تو فتح ہو گئی۔ چنانچہ سن اٹھ ہجری میں مکہ فتح ہو گیا بغیر لڑے ہوئے، بغیر لڑے ہوئے۔</w:t>
      </w:r>
    </w:p>
    <w:p>
      <w:r>
        <w:rPr>
          <w:b/>
        </w:rPr>
        <w:t xml:space="preserve">[32:56] </w:t>
      </w:r>
      <w:r>
        <w:t>is mein dekhiye jo main ne arz kiya ke yeh ek demonstration tha Allah taala ki taraf se ke ke jang se kabhi bhi masla hal nahi ho sakta.</w:t>
      </w:r>
    </w:p>
    <w:p>
      <w:pPr>
        <w:jc w:val="right"/>
      </w:pPr>
      <w:r>
        <w:t>اس میں دیکھیے جو میں نے عرض کیا کہ یہ ایک ڈیمونسٹریشن تھا اللہ تعالیٰ کی طرف سے کہ کہ جنگ سے کبھی بھی مسئلہ حل نہیں ہو سکتا۔</w:t>
      </w:r>
    </w:p>
    <w:p>
      <w:r>
        <w:rPr>
          <w:b/>
        </w:rPr>
        <w:t xml:space="preserve">[33:07] </w:t>
      </w:r>
      <w:r>
        <w:t>kyun ke Allah taala ne madad kar ki aur badr ke mauqe par musalmanon ko mukammal fateh hui, mukammal fateh hui badr ke mauqe par.</w:t>
      </w:r>
    </w:p>
    <w:p>
      <w:pPr>
        <w:jc w:val="right"/>
      </w:pPr>
      <w:r>
        <w:t>کیونکہ اللہ تعالیٰ نے مدد کر کی اور بدر کے موقع پر مسلمانوں کو مکمل فتح ہوئی، مکمل فتح ہوئی بدر کے موقع پر۔</w:t>
      </w:r>
    </w:p>
    <w:p>
      <w:r>
        <w:rPr>
          <w:b/>
        </w:rPr>
        <w:t xml:space="preserve">[33:18] </w:t>
      </w:r>
      <w:r>
        <w:t>masla hal nahi hua. kyun?</w:t>
      </w:r>
    </w:p>
    <w:p>
      <w:pPr>
        <w:jc w:val="right"/>
      </w:pPr>
      <w:r>
        <w:t>مسئلہ حل نہیں ہوا۔ کیوں؟</w:t>
      </w:r>
    </w:p>
    <w:p>
      <w:r>
        <w:rPr>
          <w:b/>
        </w:rPr>
        <w:t xml:space="preserve">[33:21] </w:t>
      </w:r>
      <w:r>
        <w:t>yeh bohat bara nuqta hai nafsiati ke aap chahe kitni zyada fateh hasil karein, fareeq-e-sani jo hara hai, us ke andar woh kabhi bhi haar nahi manay ga.</w:t>
      </w:r>
    </w:p>
    <w:p>
      <w:pPr>
        <w:jc w:val="right"/>
      </w:pPr>
      <w:r>
        <w:t>یہ بہت بڑا نقطہ ہے نفسیاتی کہ آپ چاہے کتنی زیادہ فتح حاصل کریں، فریق ثانی جو ہارا ہے، اس کے اندر وہ کبھی بھی ہار نہیں مانے گا۔</w:t>
      </w:r>
    </w:p>
    <w:p>
      <w:r>
        <w:rPr>
          <w:b/>
        </w:rPr>
        <w:t xml:space="preserve">[33:31] </w:t>
      </w:r>
      <w:r>
        <w:t>us ke andar intiqam bharkay ga, revenge bharkay ga. aur phir se aap par tarah tarah se aap par attack kare ga. woh kuch aur nahi kar sakta to aap suicide bombing kare ga.</w:t>
      </w:r>
    </w:p>
    <w:p>
      <w:pPr>
        <w:jc w:val="right"/>
      </w:pPr>
      <w:r>
        <w:t>اس کے اندر انتقام بھڑکائے گا، ریونج بھڑکائے گا۔ اور پھر سے آپ پر طرح طرح سے آپ پر اٹیک کرے گا۔ وہ کچھ اور نہیں کر سکتا تو آپ سوئسائیڈ بمبنگ کرے گا۔</w:t>
      </w:r>
    </w:p>
    <w:p>
      <w:r>
        <w:rPr>
          <w:b/>
        </w:rPr>
        <w:t xml:space="preserve">[33:44] </w:t>
      </w:r>
      <w:r>
        <w:t>is liye hal kya hai?</w:t>
      </w:r>
    </w:p>
    <w:p>
      <w:pPr>
        <w:jc w:val="right"/>
      </w:pPr>
      <w:r>
        <w:t>اس لیے حل کیا ہے؟</w:t>
      </w:r>
    </w:p>
    <w:p>
      <w:r>
        <w:rPr>
          <w:b/>
        </w:rPr>
        <w:t xml:space="preserve">[33:48] </w:t>
      </w:r>
      <w:r>
        <w:t>hal yeh hai jo Allah taala ne, yani sulah hudaybiyah ki shakal mein, apne rasool ko bataya tha ke aman ke, yani peaceful method ke zariye se tum kaam karo.</w:t>
      </w:r>
    </w:p>
    <w:p>
      <w:pPr>
        <w:jc w:val="right"/>
      </w:pPr>
      <w:r>
        <w:t>حل یہ ہے جو اللہ تعالیٰ نے، یعنی صلح حدیبیہ کی شکل میں، اپنے رسول کو بتایا تھا کہ امن کے، یعنی پیس فل میتھڈ کے ذریعے سے تم کام کرو۔</w:t>
      </w:r>
    </w:p>
    <w:p>
      <w:r>
        <w:rPr>
          <w:b/>
        </w:rPr>
        <w:t xml:space="preserve">[34:04] </w:t>
      </w:r>
      <w:r>
        <w:t>yani violent method nahi balkeh peaceful method.</w:t>
      </w:r>
    </w:p>
    <w:p>
      <w:pPr>
        <w:jc w:val="right"/>
      </w:pPr>
      <w:r>
        <w:t>یعنی والنٹ میتھڈ نہیں بلکہ پیس فل میتھڈ۔</w:t>
      </w:r>
    </w:p>
    <w:p>
      <w:r>
        <w:rPr>
          <w:b/>
        </w:rPr>
        <w:t xml:space="preserve">[34:08] </w:t>
      </w:r>
      <w:r>
        <w:t>aap jante hain ke hudaybiyah ke jo muahida hua tha, us ke foran baad ek surah utri thi, jis ko hum kehte hain al-fath inna fatahna laka fath-an-mubeena.</w:t>
      </w:r>
    </w:p>
    <w:p>
      <w:pPr>
        <w:jc w:val="right"/>
      </w:pPr>
      <w:r>
        <w:t>آپ جانتے ہیں کہ حدیبیہ کے جو معاہدہ ہوا تھا، اس کے فوراً بعد ایک سورہ اتری تھی، جس کو ہم کہتے ہیں الفتح انا فتحنا لک فتح مبینہ ۔</w:t>
      </w:r>
    </w:p>
    <w:p>
      <w:r>
        <w:rPr>
          <w:b/>
        </w:rPr>
        <w:t xml:space="preserve">[34:24] </w:t>
      </w:r>
      <w:r>
        <w:t>is mein dekhiye yeh alfaaz hain ke liya deek sirat-e-mustaqeemah wa in sadrak Allahu nusran azeezan. Yeh alfaaz hain is mein ke yeh yeh jo Hudaybiyah ka mamla kiya gaya, is liye yeh batane ke liye viya deek sirat-e-mustaqeemah wa in sadrak Allahu nusran azeezan.</w:t>
      </w:r>
    </w:p>
    <w:p>
      <w:pPr>
        <w:jc w:val="right"/>
      </w:pPr>
      <w:r>
        <w:t>اس میں دیکھیے یہ الفاظ ہیں کہ لیا دیک صراط مستقیمہ وین صدرک اللہ نصرا عزیزا ۔ یہ الفاظ ہیں اس میں کہ یہ یہ جو حدیبیہ کا معاملہ کیا گیا، اس لیے یہ بتانے کے لیے ویا دیک صراط مستقیمہ وین صدرک اللہ نصرا عزیزا ۔</w:t>
      </w:r>
    </w:p>
    <w:p>
      <w:r>
        <w:rPr>
          <w:b/>
        </w:rPr>
        <w:t xml:space="preserve">[34:45] </w:t>
      </w:r>
      <w:r>
        <w:t>nusr azeez ka matlab hota hai mighty help,</w:t>
      </w:r>
    </w:p>
    <w:p>
      <w:pPr>
        <w:jc w:val="right"/>
      </w:pPr>
      <w:r>
        <w:t>نصر عزیز کا مطلب ہوتا ہے مائٹی ہیلپ،</w:t>
      </w:r>
    </w:p>
    <w:p>
      <w:r>
        <w:rPr>
          <w:b/>
        </w:rPr>
        <w:t xml:space="preserve">[34:49] </w:t>
      </w:r>
      <w:r>
        <w:t>bohat taqatwar help. To is ka matlab kya hai? Ke Hudaybiyah ka jo muahida hua tha, woh is liye hua tha ke sirat-e-mustaqeem dikhaye.</w:t>
      </w:r>
    </w:p>
    <w:p>
      <w:pPr>
        <w:jc w:val="right"/>
      </w:pPr>
      <w:r>
        <w:t>بہت طاقتور ہیلپ۔ تو اس کا مطلب کیا ہے؟ کہ حدیبیہ کا جو معاہدہ ہوا تھا، وہ اس لیے ہوا تھا کہ صراط مستقیم دکھائے۔</w:t>
      </w:r>
    </w:p>
    <w:p>
      <w:r>
        <w:rPr>
          <w:b/>
        </w:rPr>
        <w:t xml:space="preserve">[35:00] </w:t>
      </w:r>
      <w:r>
        <w:t>yahan sirat-e-mustaqeem se murad imaan aur aqeedah ki baat nahi hai, balkeh yahi hai, yaani peaceful method ki baat hai.</w:t>
      </w:r>
    </w:p>
    <w:p>
      <w:pPr>
        <w:jc w:val="right"/>
      </w:pPr>
      <w:r>
        <w:t>یہاں صراط مستقیم سے مراد ایمان اور عقیدہ کی بات نہیں ہے، بلکہ یہی ہے، یعنی پیس فل میتھڈ کی بات ہے۔</w:t>
      </w:r>
    </w:p>
    <w:p>
      <w:r>
        <w:rPr>
          <w:b/>
        </w:rPr>
        <w:t xml:space="preserve">[35:09] </w:t>
      </w:r>
      <w:r>
        <w:t>Yaani Surah Fatiha mein jo sirat-e-mustaqeem aaya hai, woh aqeedah aur imaan ke ma'ni mein hai. Lekin yahan jo aaya hai Surah Al-Fath mein, sirat-e-mustaqeem ka lafz ke taa ke tum ko sirat-e-mustaqeem dikhaye, yaani ijtima'i mamlaat mein sirat-e-mustaqeem.</w:t>
      </w:r>
    </w:p>
    <w:p>
      <w:pPr>
        <w:jc w:val="right"/>
      </w:pPr>
      <w:r>
        <w:t>یعنی سورہ فاتحہ میں جو صراط مستقیم آیا ہے، وہ عقیدہ اور ایمان کے معنی میں ہے۔ لیکن یہاں جو آیا ہے سورہ الفتح میں، صراط مستقیم کا لفظ کہ تاکہ تم کو صراط مستقیم دکھائے، یعنی اجتماعی معاملات میں صراط مستقیم۔</w:t>
      </w:r>
    </w:p>
    <w:p>
      <w:r>
        <w:rPr>
          <w:b/>
        </w:rPr>
        <w:t xml:space="preserve">[35:28] </w:t>
      </w:r>
      <w:r>
        <w:t>Yaad rakhiye Surah Fatiha mein jo hai ke ihdina al-sirat al-mustaqeem. Wahan infiradi maamle mein sirat-e-mustaqeem ki baat hai, yahan ijtima'i maamle mein hai.</w:t>
      </w:r>
    </w:p>
    <w:p>
      <w:pPr>
        <w:jc w:val="right"/>
      </w:pPr>
      <w:r>
        <w:t>یاد رکھیے سورہ فاتحہ میں جو ہے کہ اهدنا الصراط المستقیم ۔ وہاں انفرادی معاملے میں صراط مستقیم کی بات ہے، یہاں اجتماعی معاملے میں ہے۔</w:t>
      </w:r>
    </w:p>
    <w:p>
      <w:r>
        <w:rPr>
          <w:b/>
        </w:rPr>
        <w:t xml:space="preserve">[35:40] </w:t>
      </w:r>
      <w:r>
        <w:t>Lafz wohi hai Surah Fatiha mein hai ke ihdina al-sirat al-mustaqeem. Yahan hai liya deek sirat-e-mustaqeem.</w:t>
      </w:r>
    </w:p>
    <w:p>
      <w:pPr>
        <w:jc w:val="right"/>
      </w:pPr>
      <w:r>
        <w:t>لفظ وہی ہے سورہ فاتحہ میں ہے کہ اهدنا الصراط المستقیم ۔ یہاں ہے لیا دیک صراط مستقیم ۔</w:t>
      </w:r>
    </w:p>
    <w:p>
      <w:r>
        <w:rPr>
          <w:b/>
        </w:rPr>
        <w:t xml:space="preserve">[35:50] </w:t>
      </w:r>
      <w:r>
        <w:t>To yaad rakhiye dono jagah sirat-e-mustaqeem do different ma'ni mein hai.</w:t>
      </w:r>
    </w:p>
    <w:p>
      <w:pPr>
        <w:jc w:val="right"/>
      </w:pPr>
      <w:r>
        <w:t>تو یاد رکھیے دونوں جگہ صراط مستقیم دو ڈفرنٹ معنی میں ہے۔</w:t>
      </w:r>
    </w:p>
    <w:p>
      <w:r>
        <w:rPr>
          <w:b/>
        </w:rPr>
        <w:t xml:space="preserve">[35:55] </w:t>
      </w:r>
      <w:r>
        <w:t>Surah Fatiha mein hai infiradi sirat-e-mustaqeem ke ma'ni mein, aur Surah Al-Fath mein hai woh ijtima'i sirat-e-mustaqeem ke ma'ni mein.</w:t>
      </w:r>
    </w:p>
    <w:p>
      <w:pPr>
        <w:jc w:val="right"/>
      </w:pPr>
      <w:r>
        <w:t>سورہ فاتحہ میں ہے انفرادی صراط مستقیم کے معنی میں، اور سورہ الفتح میں ہے وہ اجتماعی صراط مستقیم کے معنی میں۔</w:t>
      </w:r>
    </w:p>
    <w:p>
      <w:r>
        <w:rPr>
          <w:b/>
        </w:rPr>
        <w:t xml:space="preserve">[36:05] </w:t>
      </w:r>
      <w:r>
        <w:t>Kyunke ijtima'i mamlaat mein kya hota hai? Ke do fareeq hotay hain, aap akele nahi hotay. Jab do fareeq hon to aap international, international basis par kaam baith nahi ho saktay.</w:t>
      </w:r>
    </w:p>
    <w:p>
      <w:pPr>
        <w:jc w:val="right"/>
      </w:pPr>
      <w:r>
        <w:t>کیونکہ اجتماعی معاملات میں کیا ہوتا ہے؟ کہ دو فریق ہوتے ہیں، آپ اکیلے نہیں ہوتے۔ جب دو فریق ہوں تو آپ انٹرنیشنل، انٹرنیشنل بیسز پر کام بیٹھ نہیں ہو سکتے۔</w:t>
      </w:r>
    </w:p>
    <w:p>
      <w:r>
        <w:rPr>
          <w:b/>
        </w:rPr>
        <w:t xml:space="preserve">[36:20] </w:t>
      </w:r>
      <w:r>
        <w:t>Doosray ke lihaaz karna parta hai, fareeq-e-saani ko dekhna parta hai. Tab</w:t>
      </w:r>
    </w:p>
    <w:p>
      <w:pPr>
        <w:jc w:val="right"/>
      </w:pPr>
      <w:r>
        <w:t>دوسرے کے لحاظ کرنا پڑتا ہے، فریق ثانی کو دیکھنا پڑتا ہے۔ تب</w:t>
      </w:r>
    </w:p>
    <w:p>
      <w:r>
        <w:rPr>
          <w:b/>
        </w:rPr>
        <w:t xml:space="preserve">[36:25] </w:t>
      </w:r>
      <w:r>
        <w:t>To fareeq-e-saani yahan kya hai? Fareeq-e-saani woh nafsiyat li hui hai jo haar ko nahi manega. Yahan do fareeq hain ijtima'i mamlaat mein, ek aap hai, ek doosra hai.</w:t>
      </w:r>
    </w:p>
    <w:p>
      <w:pPr>
        <w:jc w:val="right"/>
      </w:pPr>
      <w:r>
        <w:t>تو فریق ثانی یہاں کیا ہے؟ فریق ثانی وہ نفسیات لی ہوئی ہے جو ہار کو نہیں مانے گا۔ یہاں دو فریق ہیں اجتماعی معاملات میں، ایک آپ ہے، ایک دوسرا ہے۔</w:t>
      </w:r>
    </w:p>
    <w:p>
      <w:r>
        <w:rPr>
          <w:b/>
        </w:rPr>
        <w:t xml:space="preserve">[36:39] </w:t>
      </w:r>
      <w:r>
        <w:t>To agar aap is ko jang mein shikast de dein, tab bhi masla yeh hai ke woh haar ko manega nahi. Woh inteqaam ki taraf daudega, woh revenge lene ki schemes banayega. To kya karenge aap?</w:t>
      </w:r>
    </w:p>
    <w:p>
      <w:pPr>
        <w:jc w:val="right"/>
      </w:pPr>
      <w:r>
        <w:t>تو اگر آپ اس کو جنگ میں شکست دے دیں، تب بھی مسئلہ یہ ہے کہ وہ ہار کو مانے گا نہیں۔ وہ انتقام کی طرف دوڑے گا، وہ ریونج لینے کی سکیمیں بنائے گا۔ تو کیا کریں گے آپ؟</w:t>
      </w:r>
    </w:p>
    <w:p>
      <w:r>
        <w:rPr>
          <w:b/>
        </w:rPr>
        <w:t xml:space="preserve">[36:49] </w:t>
      </w:r>
      <w:r>
        <w:t>Aap ko jeene nahi dega sukoon ke sath. Woh</w:t>
      </w:r>
    </w:p>
    <w:p>
      <w:pPr>
        <w:jc w:val="right"/>
      </w:pPr>
      <w:r>
        <w:t>آپ کو جینے نہیں دے گا سکون کے ساتھ۔ وہ</w:t>
      </w:r>
    </w:p>
    <w:p>
      <w:r>
        <w:rPr>
          <w:b/>
        </w:rPr>
        <w:t xml:space="preserve">[36:53] </w:t>
      </w:r>
      <w:r>
        <w:t>Kuch nahi kar payega to society bombing karega. To yeh yahan par jo sirat-e-mustaqeem hai, woh kya hai? Aap ko unilateral basis par,</w:t>
      </w:r>
    </w:p>
    <w:p>
      <w:pPr>
        <w:jc w:val="right"/>
      </w:pPr>
      <w:r>
        <w:t>کچھ نہیں کر پائے گا تو سوسائٹی بمبنگ کرے گا۔ تو یہ یہاں پر جو صراط مستقیم ہے، وہ کیا ہے؟ آپ کو یونی لیٹرل بیسز پر،</w:t>
      </w:r>
    </w:p>
    <w:p>
      <w:r>
        <w:rPr>
          <w:b/>
        </w:rPr>
        <w:t xml:space="preserve">[37:11] </w:t>
      </w:r>
      <w:r>
        <w:t>Yaani sulah karna chahiye. Unilateral basis par peace qaim karna chahiye.</w:t>
      </w:r>
    </w:p>
    <w:p>
      <w:pPr>
        <w:jc w:val="right"/>
      </w:pPr>
      <w:r>
        <w:t>یعنی صلح کرنا چاہیے۔ یونی لیٹرل بیس پر پیس قائم کرنا چاہیے۔</w:t>
      </w:r>
    </w:p>
    <w:p>
      <w:r>
        <w:rPr>
          <w:b/>
        </w:rPr>
        <w:t xml:space="preserve">[37:18] </w:t>
      </w:r>
      <w:r>
        <w:t>Phir kya hoga? Opportunities khulengi, mawaqe khulenge. Un ko avail kijiye, yaani hara kar aap nahi jeet saktay, balkeh mawaqe ko avail kar ke jeetenge.</w:t>
      </w:r>
    </w:p>
    <w:p>
      <w:pPr>
        <w:jc w:val="right"/>
      </w:pPr>
      <w:r>
        <w:t>پھر کیا ہوگا؟ اپرچونیٹیز کھلیں گی، مواقع کھلیں گے۔ ان کو اویل کیجئے، یعنی ہرا کر آپ نہیں جیت سکتے، بلکہ مواقع کو اویل کر کے جیتیں گے۔</w:t>
      </w:r>
    </w:p>
    <w:p>
      <w:r>
        <w:rPr>
          <w:b/>
        </w:rPr>
        <w:t xml:space="preserve">[37:28] </w:t>
      </w:r>
      <w:r>
        <w:t>Aap yeh hai sirat-e-mustaqeem. Yeh bohat hi bara nuqta is mein hai ke ijtima'i mamlaat mein aap kisi ko hara kar jeet nahi saktay.</w:t>
      </w:r>
    </w:p>
    <w:p>
      <w:pPr>
        <w:jc w:val="right"/>
      </w:pPr>
      <w:r>
        <w:t>آپ یہ ہے صراط مستقیم۔ یہ بہت ہی بڑا نقطہ اس میں ہے کہ اجتماعی معاملات میں آپ کسی کو ہرا کر جیت نہیں سکتے۔</w:t>
      </w:r>
    </w:p>
    <w:p>
      <w:r>
        <w:rPr>
          <w:b/>
        </w:rPr>
        <w:t xml:space="preserve">[37:40] </w:t>
      </w:r>
      <w:r>
        <w:t>Ijtima'i mamlaat mein aap opportunities ko avail kar ke jeetenge. Yeh kaisi ajeeb baat hai? Yeh</w:t>
      </w:r>
    </w:p>
    <w:p>
      <w:pPr>
        <w:jc w:val="right"/>
      </w:pPr>
      <w:r>
        <w:t>اجتماعی معاملات میں آپ اپرچونیٹیز کو اویل کر کے جیتیں گے۔ یہ کیسی عجیب بات ہے؟ یہ</w:t>
      </w:r>
    </w:p>
    <w:p>
      <w:r>
        <w:rPr>
          <w:b/>
        </w:rPr>
        <w:t xml:space="preserve">[37:48] </w:t>
      </w:r>
      <w:r>
        <w:t>Yeh farq hai infiradi maamle mein, ijtima'i maamle mein. Infiradi maamle mein aap azaad hain, jo chahe karein, jo jis baat pe chahe imaan rakhein, jis baat pe chahe maanein.</w:t>
      </w:r>
    </w:p>
    <w:p>
      <w:pPr>
        <w:jc w:val="right"/>
      </w:pPr>
      <w:r>
        <w:t>یہ فرق ہے انفرادی معاملے میں، اجتماعی معاملے میں۔ انفرادی معاملے میں آپ آزاد ہیں، جو چاہے کریں، جو جس بات پہ چاہے ایمان رکھیں، جس بات پہ چاہے مانیں۔</w:t>
      </w:r>
    </w:p>
    <w:p>
      <w:r>
        <w:rPr>
          <w:b/>
        </w:rPr>
        <w:t xml:space="preserve">[37:58] </w:t>
      </w:r>
      <w:r>
        <w:t>Lekin jab ijtima'i mamlaat hon to wahan aap ko yeh jaanna padega is nafsiyati raaz ko ke aap kisi fareeq ko agar hara dein larr kar ke, tab bhi aap jeetenge nahi.</w:t>
      </w:r>
    </w:p>
    <w:p>
      <w:pPr>
        <w:jc w:val="right"/>
      </w:pPr>
      <w:r>
        <w:t>لیکن جب اجتماعی معاملات ہوں تو وہاں آپ کو یہ جاننا پڑے گا اس نفسیاتی راز کو کہ آپ کسی فریق کو اگر ہرا دیں لڑ کر کے، تب بھی آپ جیتیں گے نہیں۔</w:t>
      </w:r>
    </w:p>
    <w:p>
      <w:r>
        <w:rPr>
          <w:b/>
        </w:rPr>
        <w:t xml:space="preserve">[38:12] </w:t>
      </w:r>
      <w:r>
        <w:t>Kyunke woh phir uth khada hoga inteqaam ke liye aur revenge</w:t>
      </w:r>
    </w:p>
    <w:p>
      <w:pPr>
        <w:jc w:val="right"/>
      </w:pPr>
      <w:r>
        <w:t>کیونکہ وہ پھر اٹھ کھڑا ہوگا انتقام کے لیے اور ریونج</w:t>
      </w:r>
    </w:p>
    <w:p>
      <w:r>
        <w:rPr>
          <w:b/>
        </w:rPr>
        <w:t xml:space="preserve">[38:17] </w:t>
      </w:r>
      <w:r>
        <w:t>Ke liye. To kya karenge aap? To ijtima'i maamle mein jeetne ka raaz yeh hai ke aap peace qaim kijiye. Peace qaim kar ke opportunities khulengi.</w:t>
      </w:r>
    </w:p>
    <w:p>
      <w:pPr>
        <w:jc w:val="right"/>
      </w:pPr>
      <w:r>
        <w:t>کے لیے۔ تو کیا کریں گے آپ؟ تو اجتماعی معاملے میں جیتنے کا راز یہ ہے کہ آپ پیس قائم کیجئے۔ پیس قائم کر کے اپرچونیٹیز کھلیں گی۔</w:t>
      </w:r>
    </w:p>
    <w:p>
      <w:r>
        <w:rPr>
          <w:b/>
        </w:rPr>
        <w:t xml:space="preserve">[38:27] </w:t>
      </w:r>
      <w:r>
        <w:t>In opportunities ko avail kijiye peaceful tareeqay se, aur tab aap ke liye jeetne ki manzil aayegi.</w:t>
      </w:r>
    </w:p>
    <w:p>
      <w:pPr>
        <w:jc w:val="right"/>
      </w:pPr>
      <w:r>
        <w:t>ان اپرچونیٹیز کو اویل کیجئے پیس فل طریقے سے، اور تب آپ کے لیے جیتنے کی منزل آئے گی۔</w:t>
      </w:r>
    </w:p>
    <w:p>
      <w:r>
        <w:rPr>
          <w:b/>
        </w:rPr>
        <w:t xml:space="preserve">[38:38] </w:t>
      </w:r>
      <w:r>
        <w:t>Ab mein ek ek bohat bari baat arz karna chahta hoon ke maujooda zamanay mein Musalman bilkul bekhabar hain ke sulah Hudaybiyah kya cheez hai.</w:t>
      </w:r>
    </w:p>
    <w:p>
      <w:pPr>
        <w:jc w:val="right"/>
      </w:pPr>
      <w:r>
        <w:t>اب میں ایک ایک بہت بڑی بات عرض کرنا چاہتا ہوں کہ موجودہ زمانے میں مسلمان بالکل بے خبر ہیں کہ صلح حدیبیہ کیا چیز ہے۔</w:t>
      </w:r>
    </w:p>
    <w:p>
      <w:r>
        <w:rPr>
          <w:b/>
        </w:rPr>
        <w:t xml:space="preserve">[38:51] </w:t>
      </w:r>
      <w:r>
        <w:t>صلح حدیبیہ کیا چیز ہے؟ اس سے بالکل بے خبر ہیں۔ اور ایک اور بات سے تو اور بھی زیادہ بے خبر ہیں۔</w:t>
      </w:r>
    </w:p>
    <w:p>
      <w:pPr>
        <w:jc w:val="right"/>
      </w:pPr>
      <w:r>
        <w:t>صلح حدیبیہ کیا چیز ہے؟ اس سے بالکل بے خبر ہیں۔ اور ایک اور بات سے تو اور بھی زیادہ بے خبر ہیں۔</w:t>
      </w:r>
    </w:p>
    <w:p>
      <w:r>
        <w:rPr>
          <w:b/>
        </w:rPr>
        <w:t xml:space="preserve">[38:58] </w:t>
      </w:r>
      <w:r>
        <w:t>ایک بہت بڑی بات دیکھیں، یہ ہے کہ ساتویں صدی عیسوی میں رسول اللہ نے یکطرفہ شرط پر صلح کی تھی۔</w:t>
      </w:r>
    </w:p>
    <w:p>
      <w:pPr>
        <w:jc w:val="right"/>
      </w:pPr>
      <w:r>
        <w:t>ایک بہت بڑی بات دیکھیں، یہ ہے کہ ساتویں صدی عیسوی میں رسول اللہ نے یکطرفہ شرط پر صلح کی تھی۔</w:t>
      </w:r>
    </w:p>
    <w:p>
      <w:r>
        <w:rPr>
          <w:b/>
        </w:rPr>
        <w:t xml:space="preserve">[39:10] </w:t>
      </w:r>
      <w:r>
        <w:t>وہ زمانہ دوسرا تھا۔ اس زمانے میں یکطرفہ سیکریفائس کے بغیر صلح نہیں ہو سکتی تھی۔ آج سب، آج ایک زمانہ دوسرا ہے۔</w:t>
      </w:r>
    </w:p>
    <w:p>
      <w:pPr>
        <w:jc w:val="right"/>
      </w:pPr>
      <w:r>
        <w:t>وہ زمانہ دوسرا تھا۔ اس زمانے میں یکطرفہ سیکریفائس کے بغیر صلح نہیں ہو سکتی تھی۔ آج سب، آج ایک زمانہ دوسرا ہے۔</w:t>
      </w:r>
    </w:p>
    <w:p>
      <w:r>
        <w:rPr>
          <w:b/>
        </w:rPr>
        <w:t xml:space="preserve">[39:22] </w:t>
      </w:r>
      <w:r>
        <w:t>آج اللہ تعالیٰ نے خود زمانے کو بدل دیا ہے کہ بغیر یکطرفہ شرط کے آپ کو صلح حدیبیہ حاصل ہے۔</w:t>
      </w:r>
    </w:p>
    <w:p>
      <w:pPr>
        <w:jc w:val="right"/>
      </w:pPr>
      <w:r>
        <w:t>آج اللہ تعالیٰ نے خود زمانے کو بدل دیا ہے کہ بغیر یکطرفہ شرط کے آپ کو صلح حدیبیہ حاصل ہے۔</w:t>
      </w:r>
    </w:p>
    <w:p>
      <w:r>
        <w:rPr>
          <w:b/>
        </w:rPr>
        <w:t xml:space="preserve">[39:29] </w:t>
      </w:r>
      <w:r>
        <w:t>یہ بہت عجیب بات ہے۔ دیکھیے، میں آپ کو مثال دیتا ہوں۔ جو شرائط مقرر کی گئی تھیں، آپ کتابوں میں پڑھ لیجئے۔</w:t>
      </w:r>
    </w:p>
    <w:p>
      <w:pPr>
        <w:jc w:val="right"/>
      </w:pPr>
      <w:r>
        <w:t>یہ بہت عجیب بات ہے۔ دیکھیے، میں آپ کو مثال دیتا ہوں۔ جو شرائط مقرر کی گئی تھیں، آپ کتابوں میں پڑھ لیجئے۔</w:t>
      </w:r>
    </w:p>
    <w:p>
      <w:r>
        <w:rPr>
          <w:b/>
        </w:rPr>
        <w:t xml:space="preserve">[39:39] </w:t>
      </w:r>
      <w:r>
        <w:t>اس میں یہ تھا کہ مکے کا کوئی آدمی جو ہے، اگر اسلام قبول کر لے تو ہم اس کو بند کر دیں گے، اسلام قبول کرنے نہیں دیں گے۔</w:t>
      </w:r>
    </w:p>
    <w:p>
      <w:pPr>
        <w:jc w:val="right"/>
      </w:pPr>
      <w:r>
        <w:t>اس میں یہ تھا کہ مکے کا کوئی آدمی جو ہے، اگر اسلام قبول کر لے تو ہم اس کو بند کر دیں گے، اسلام قبول کرنے نہیں دیں گے۔</w:t>
      </w:r>
    </w:p>
    <w:p>
      <w:r>
        <w:rPr>
          <w:b/>
        </w:rPr>
        <w:t xml:space="preserve">[39:53] </w:t>
      </w:r>
      <w:r>
        <w:t>یعنی اس کے اسلام کو قبول کرنے پر رکاوٹ</w:t>
      </w:r>
    </w:p>
    <w:p>
      <w:pPr>
        <w:jc w:val="right"/>
      </w:pPr>
      <w:r>
        <w:t>یعنی اس کے اسلام کو قبول کرنے پر رکاوٹ</w:t>
      </w:r>
    </w:p>
    <w:p>
      <w:r>
        <w:rPr>
          <w:b/>
        </w:rPr>
        <w:t xml:space="preserve">[39:56] </w:t>
      </w:r>
      <w:r>
        <w:t>رہے گی۔ مکے کسی آدمی، مکے کسی آدمی کو اجازت نہیں ہوگی کہ وہ اسلام قبول کرے۔ آج کیا ہے؟ آپ جہاں جہاں بھی، جہاں بھی جا کے دعوت دے دیجئے، لوگ اسلام دھاڑ دھاڑ قبول کر رہے ہیں۔</w:t>
      </w:r>
    </w:p>
    <w:p>
      <w:pPr>
        <w:jc w:val="right"/>
      </w:pPr>
      <w:r>
        <w:t>رہے گی۔ مکے کسی آدمی، مکے کسی آدمی کو اجازت نہیں ہوگی کہ وہ اسلام قبول کرے۔ آج کیا ہے؟ آپ جہاں جہاں بھی، جہاں بھی جا کے دعوت دے دیجئے، لوگ اسلام دھاڑ دھاڑ قبول کر رہے ہیں۔</w:t>
      </w:r>
    </w:p>
    <w:p>
      <w:r>
        <w:rPr>
          <w:b/>
        </w:rPr>
        <w:t xml:space="preserve">[40:07] </w:t>
      </w:r>
      <w:r>
        <w:t>روز خبریں آتی ہیں۔ آپ یورپ جائیے، آپ امریکہ جائیے، کوئی آپ کو اس پر رکاوٹ نہیں ڈالے گا کہ پیس فل دعوت ورک کریں، اور کوئی اسلام قبول کر لے تو ٹھیک ہے۔</w:t>
      </w:r>
    </w:p>
    <w:p>
      <w:pPr>
        <w:jc w:val="right"/>
      </w:pPr>
      <w:r>
        <w:t>روز خبریں آتی ہیں۔ آپ یورپ جائیے، آپ امریکہ جائیے، کوئی آپ کو اس پر رکاوٹ نہیں ڈالے گا کہ پیس فل دعوت ورک کریں، اور کوئی اسلام قبول کر لے تو ٹھیک ہے۔</w:t>
      </w:r>
    </w:p>
    <w:p>
      <w:r>
        <w:rPr>
          <w:b/>
        </w:rPr>
        <w:t xml:space="preserve">[40:19] </w:t>
      </w:r>
      <w:r>
        <w:t>کیوں؟ اب زمانہ ہے فریڈم ایکسپریشن کا۔</w:t>
      </w:r>
    </w:p>
    <w:p>
      <w:pPr>
        <w:jc w:val="right"/>
      </w:pPr>
      <w:r>
        <w:t>کیوں؟ اب زمانہ ہے فریڈم ایکسپریشن کا۔</w:t>
      </w:r>
    </w:p>
    <w:p>
      <w:r>
        <w:rPr>
          <w:b/>
        </w:rPr>
        <w:t xml:space="preserve">[40:23] </w:t>
      </w:r>
      <w:r>
        <w:t>اس زمانے میں یا دنیا میں مان لیا گیا ہے کہ ہر آدمی کو رائٹ ہے کہ جس مذہب کو چاہے مانے، جس مذہب کو چاہے وہ عمل کرے، جس مذہب کی چاہے تبلیغ کرے۔</w:t>
      </w:r>
    </w:p>
    <w:p>
      <w:pPr>
        <w:jc w:val="right"/>
      </w:pPr>
      <w:r>
        <w:t>اس زمانے میں یا دنیا میں مان لیا گیا ہے کہ ہر آدمی کو رائٹ ہے کہ جس مذہب کو چاہے مانے، جس مذہب کو چاہے وہ عمل کرے، جس مذہب کی چاہے تبلیغ کرے۔</w:t>
      </w:r>
    </w:p>
    <w:p>
      <w:r>
        <w:rPr>
          <w:b/>
        </w:rPr>
        <w:t xml:space="preserve">[40:34] </w:t>
      </w:r>
      <w:r>
        <w:t>اور یونائٹڈ نیشنز کا جو چارٹر ہے، یعنی یونیورسل ڈیکلریشن آف ہیومن رائٹس، اس میں یہ چیز موجود ہے۔ اور ساری دنیا کی قوم نے اس پر سائن کیا ہے کہ ہر آدمی کو حق ہے کہ جس مذہب کو چاہے مانے، جس مذہب کو چاہے عمل کرے، جس مذہب کی چاہے تبلیغ کرے۔</w:t>
      </w:r>
    </w:p>
    <w:p>
      <w:pPr>
        <w:jc w:val="right"/>
      </w:pPr>
      <w:r>
        <w:t>اور یونائٹڈ نیشنز کا جو چارٹر ہے، یعنی یونیورسل ڈیکلریشن آف ہیومن رائٹس، اس میں یہ چیز موجود ہے۔ اور ساری دنیا کی قوم نے اس پر سائن کیا ہے کہ ہر آدمی کو حق ہے کہ جس مذہب کو چاہے مانے، جس مذہب کو چاہے عمل کرے، جس مذہب کی چاہے تبلیغ کرے۔</w:t>
      </w:r>
    </w:p>
    <w:p>
      <w:r>
        <w:rPr>
          <w:b/>
        </w:rPr>
        <w:t xml:space="preserve">[40:53] </w:t>
      </w:r>
      <w:r>
        <w:t>تو جس چیز کی اس زمانے میں اجازت نہ ہونے کی بنا پر رسول اللہ کو راضی ہونا پڑا تھا کہ ہاں، کوئی اسلام قبول کر لے تو ہم پکڑ کے رکھ لینا، اور ہم ہم اس کے لیے کچھ نہیں کریں گے۔</w:t>
      </w:r>
    </w:p>
    <w:p>
      <w:pPr>
        <w:jc w:val="right"/>
      </w:pPr>
      <w:r>
        <w:t>تو جس چیز کی اس زمانے میں اجازت نہ ہونے کی بنا پر رسول اللہ کو راضی ہونا پڑا تھا کہ ہاں، کوئی اسلام قبول کر لے تو ہم پکڑ کے رکھ لینا، اور ہم ہم اس کے لیے کچھ نہیں کریں گے۔</w:t>
      </w:r>
    </w:p>
    <w:p>
      <w:r>
        <w:rPr>
          <w:b/>
        </w:rPr>
        <w:t xml:space="preserve">[41:05] </w:t>
      </w:r>
      <w:r>
        <w:t>یہ شرط رکھی تھی انہوں نے کہ اگر مکے کوئی آدمی اسلام قبول کر لے گا تو ہم اس کو پکڑ کے رکھ لیں گے، اور زبردستی کریں گے کہ تم کو اسلام قبول کرنے کا حق نہیں ہے۔</w:t>
      </w:r>
    </w:p>
    <w:p>
      <w:pPr>
        <w:jc w:val="right"/>
      </w:pPr>
      <w:r>
        <w:t>یہ شرط رکھی تھی انہوں نے کہ اگر مکے کوئی آدمی اسلام قبول کر لے گا تو ہم اس کو پکڑ کے رکھ لیں گے، اور زبردستی کریں گے کہ تم کو اسلام قبول کرنے کا حق نہیں ہے۔</w:t>
      </w:r>
    </w:p>
    <w:p>
      <w:r>
        <w:rPr>
          <w:b/>
        </w:rPr>
        <w:t xml:space="preserve">[41:16] </w:t>
      </w:r>
      <w:r>
        <w:t>آج کچھ کوئی ایسی رکاوٹ نہیں ہے۔</w:t>
      </w:r>
    </w:p>
    <w:p>
      <w:pPr>
        <w:jc w:val="right"/>
      </w:pPr>
      <w:r>
        <w:t>آج کچھ کوئی ایسی رکاوٹ نہیں ہے۔</w:t>
      </w:r>
    </w:p>
    <w:p>
      <w:r>
        <w:rPr>
          <w:b/>
        </w:rPr>
        <w:t xml:space="preserve">[41:20] </w:t>
      </w:r>
      <w:r>
        <w:t>آج یہ دیکھیے، رسول اللہ کو اس زمانے میں انہوں نے عمرہ کرنے سے روک دیا تھا۔ آپ جا رہے تھے عمرہ کرنے کے لیے، اور انہوں نے کہا کہ نہیں، آپ نہیں جا سکتے۔</w:t>
      </w:r>
    </w:p>
    <w:p>
      <w:pPr>
        <w:jc w:val="right"/>
      </w:pPr>
      <w:r>
        <w:t>آج یہ دیکھیے، رسول اللہ کو اس زمانے میں انہوں نے عمرہ کرنے سے روک دیا تھا۔ آپ جا رہے تھے عمرہ کرنے کے لیے، اور انہوں نے کہا کہ نہیں، آپ نہیں جا سکتے۔</w:t>
      </w:r>
    </w:p>
    <w:p>
      <w:r>
        <w:rPr>
          <w:b/>
        </w:rPr>
        <w:t xml:space="preserve">[41:29] </w:t>
      </w:r>
      <w:r>
        <w:t>آج کوئی رکاوٹ نہیں ہے۔ آج جہاں چاہیں آپ جائیے۔ مسجد اقصیٰ میں میں جانے سے پہلے سمجھ لے سمجھتا تھا کہ وہاں سب یہودی چاروں طرف کھڑے ہوئے ہیں، گن لے کر کے، اور وہاں داخلہ ممنوع ہے۔</w:t>
      </w:r>
    </w:p>
    <w:p>
      <w:pPr>
        <w:jc w:val="right"/>
      </w:pPr>
      <w:r>
        <w:t>آج کوئی رکاوٹ نہیں ہے۔ آج جہاں چاہیں آپ جائیے۔ مسجد اقصیٰ میں میں جانے سے پہلے سمجھ لے سمجھتا تھا کہ وہاں سب یہودی چاروں طرف کھڑے ہوئے ہیں، گن لے کر کے، اور وہاں داخلہ ممنوع ہے۔</w:t>
      </w:r>
    </w:p>
    <w:p>
      <w:r>
        <w:rPr>
          <w:b/>
        </w:rPr>
        <w:t xml:space="preserve">[41:45] </w:t>
      </w:r>
      <w:r>
        <w:t>ایسا تاثر</w:t>
      </w:r>
    </w:p>
    <w:p>
      <w:pPr>
        <w:jc w:val="right"/>
      </w:pPr>
      <w:r>
        <w:t>ایسا تاثر</w:t>
      </w:r>
    </w:p>
    <w:p>
      <w:r>
        <w:rPr>
          <w:b/>
        </w:rPr>
        <w:t xml:space="preserve">[41:47] </w:t>
      </w:r>
      <w:r>
        <w:t>تھا۔ وہاں میں گیا تو کچھ بھی نہیں۔ سارے دروازے کھلے ہوئے ہیں۔ دو بار میں گیا ہوں مسجد اقصیٰ میں، اور کوئی رکاوٹ نہیں۔</w:t>
      </w:r>
    </w:p>
    <w:p>
      <w:pPr>
        <w:jc w:val="right"/>
      </w:pPr>
      <w:r>
        <w:t>تھا۔ وہاں میں گیا تو کچھ بھی نہیں۔ سارے دروازے کھلے ہوئے ہیں۔ دو بار میں گیا ہوں مسجد اقصیٰ میں، اور کوئی رکاوٹ نہیں۔</w:t>
      </w:r>
    </w:p>
    <w:p>
      <w:r>
        <w:rPr>
          <w:b/>
        </w:rPr>
        <w:t xml:space="preserve">[41:56] </w:t>
      </w:r>
      <w:r>
        <w:t>دنیا کی جس مسجد میں جائیے، جہاں جائیے، کوئی رکاوٹ نہیں۔ ایسے ہی دیکھیے کہ لفظ رسول اللہ کو پٹانا پڑا تھا۔ رسول اللہ کو اس اس معاہدے کو طے کرنے کے لیے آج کچھ پٹانے کی ضرورت ہی نہیں ہے۔</w:t>
      </w:r>
    </w:p>
    <w:p>
      <w:pPr>
        <w:jc w:val="right"/>
      </w:pPr>
      <w:r>
        <w:t>دنیا کی جس مسجد میں جائیے، جہاں جائیے، کوئی رکاوٹ نہیں۔ ایسے ہی دیکھیے کہ لفظ رسول اللہ کو پٹانا پڑا تھا۔ رسول اللہ کو اس اس معاہدے کو طے کرنے کے لیے آج کچھ پٹانے کی ضرورت ہی نہیں ہے۔</w:t>
      </w:r>
    </w:p>
    <w:p>
      <w:r>
        <w:rPr>
          <w:b/>
        </w:rPr>
        <w:t xml:space="preserve">[42:11] </w:t>
      </w:r>
      <w:r>
        <w:t>آپ کتاب میں چھاپیے، رسول اللہ کے بارے میں ساری ساری زبانوں میں پھیلائیے، کوئی رکاوٹ نہیں ہے۔ اس زمانے میں ایک نیا، اس زمانے میں پرسے کوئی وہ جبر کا زمانہ تھا۔</w:t>
      </w:r>
    </w:p>
    <w:p>
      <w:pPr>
        <w:jc w:val="right"/>
      </w:pPr>
      <w:r>
        <w:t>آپ کتاب میں چھاپیے، رسول اللہ کے بارے میں ساری ساری زبانوں میں پھیلائیے، کوئی رکاوٹ نہیں ہے۔ اس زمانے میں ایک نیا، اس زمانے میں پرسے کوئی وہ جبر کا زمانہ تھا۔</w:t>
      </w:r>
    </w:p>
    <w:p>
      <w:r>
        <w:rPr>
          <w:b/>
        </w:rPr>
        <w:t xml:space="preserve">[42:26] </w:t>
      </w:r>
      <w:r>
        <w:t>اس بنا پر رسول اللہ کو ایسی شرطوں کو ماننا پڑا جو جس کو ہم کہتے ہیں یونی لیٹرل شرطیں۔</w:t>
      </w:r>
    </w:p>
    <w:p>
      <w:pPr>
        <w:jc w:val="right"/>
      </w:pPr>
      <w:r>
        <w:t>اس بنا پر رسول اللہ کو ایسی شرطوں کو ماننا پڑا جو جس کو ہم کہتے ہیں یونی لیٹرل شرطیں۔</w:t>
      </w:r>
    </w:p>
    <w:p>
      <w:r>
        <w:rPr>
          <w:b/>
        </w:rPr>
        <w:t xml:space="preserve">[42:34] </w:t>
      </w:r>
      <w:r>
        <w:t>آج کچھ بھی نہیں۔ آج تو خود سب کھلا ہوا ہے۔ تب بھی مسلمان حدیبیہ کی یعنی حکمت کو نہیں سمجھ پائے، اور خوامخواہ لڑائی لڑ رہے ہیں ادھر ادھر۔</w:t>
      </w:r>
    </w:p>
    <w:p>
      <w:pPr>
        <w:jc w:val="right"/>
      </w:pPr>
      <w:r>
        <w:t>آج کچھ بھی نہیں۔ آج تو خود سب کھلا ہوا ہے۔ تب بھی مسلمان حدیبیہ کی یعنی حکمت کو نہیں سمجھ پائے، اور خوامخواہ لڑائی لڑ رہے ہیں ادھر ادھر۔</w:t>
      </w:r>
    </w:p>
    <w:p>
      <w:r>
        <w:rPr>
          <w:b/>
        </w:rPr>
        <w:t xml:space="preserve">[42:45] </w:t>
      </w:r>
      <w:r>
        <w:t>یعنی بغیر یونی لیٹرل شرطوں کو مانے ہوئے، ہمیں کھلا ہوا ہے میدان ہمارے لیے کہ ہم حدیبیہ کے میتھڈ کو اپنائیں۔</w:t>
      </w:r>
    </w:p>
    <w:p>
      <w:pPr>
        <w:jc w:val="right"/>
      </w:pPr>
      <w:r>
        <w:t>یعنی بغیر یونی لیٹرل شرطوں کو مانے ہوئے، ہمیں کھلا ہوا ہے میدان ہمارے لیے کہ ہم حدیبیہ کے میتھڈ کو اپنائیں۔</w:t>
      </w:r>
    </w:p>
    <w:p>
      <w:r>
        <w:rPr>
          <w:b/>
        </w:rPr>
        <w:t xml:space="preserve">[42:55] </w:t>
      </w:r>
      <w:r>
        <w:t>آج حدیبیہ کے میتھڈ کو اپنانے کے لیے ہمیں کسی یعنی وہ جو حضرت عمر نے کہا تھا کہ کہ دنیہ یعنی ذلت آمیز شکست، ذلت آمیز ایگریمنٹ، تو آج کسی ذلت آمیز ایگریمنٹ کی ضرورت ہی نہیں ہے۔</w:t>
      </w:r>
    </w:p>
    <w:p>
      <w:pPr>
        <w:jc w:val="right"/>
      </w:pPr>
      <w:r>
        <w:t>آج حدیبیہ کے میتھڈ کو اپنانے کے لیے ہمیں کسی یعنی وہ جو حضرت عمر نے کہا تھا کہ کہ دنیہ یعنی ذلت آمیز شکست، ذلت آمیز ایگریمنٹ، تو آج کسی ذلت آمیز ایگریمنٹ کی ضرورت ہی نہیں ہے۔</w:t>
      </w:r>
    </w:p>
    <w:p>
      <w:r>
        <w:rPr>
          <w:b/>
        </w:rPr>
        <w:t xml:space="preserve">[43:12] </w:t>
      </w:r>
      <w:r>
        <w:t>ab to sab kuch khula hua hai. tab bhi musalman be khabar hain hudaybiyah ki hikmat se, hudaybiyah ki wisdom se, aur hudaybiyah ke method se.</w:t>
      </w:r>
    </w:p>
    <w:p>
      <w:pPr>
        <w:jc w:val="right"/>
      </w:pPr>
      <w:r>
        <w:t>اب تو سب کچھ کھلا ہوا ہے۔ تب بھی مسلمان بے خبر ہیں حدیبیہ کی حکمت سے، حدیبیہ کی وزڈم سے، اور حدیبیہ کے میتھڈ سے۔</w:t>
      </w:r>
    </w:p>
    <w:p>
      <w:r>
        <w:rPr>
          <w:b/>
        </w:rPr>
        <w:t xml:space="preserve">[43:24] </w:t>
      </w:r>
      <w:r>
        <w:t>to behal main yeh samajhta hoon ke aaj musalmanon ko lotna chahiye hudaybiyah method ki taraf, aur sari ladai band, sare takrao band, jihad ke naam par jo jagah jagah jagah gun aur bomb kal chal raha hai, isko band kar ke,</w:t>
      </w:r>
    </w:p>
    <w:p>
      <w:pPr>
        <w:jc w:val="right"/>
      </w:pPr>
      <w:r>
        <w:t>تو بہرحال میں یہ سمجھتا ہوں کہ آج مسلمانوں کو لوٹنا چاہیے حدیبیہ میتھڈ کی طرف، اور ساری لڑائی بند، سارے ٹکراؤ بند، جہاد کے نام پر جو جگہ جگہ جگہ گن اور بم کل چل رہا ہے، اس کو بند کر کے،</w:t>
      </w:r>
    </w:p>
    <w:p>
      <w:r>
        <w:rPr>
          <w:b/>
        </w:rPr>
        <w:t xml:space="preserve">[43:43] </w:t>
      </w:r>
      <w:r>
        <w:t>aur sirf dawah work karna chahiye. peaceful dawah work</w:t>
      </w:r>
    </w:p>
    <w:p>
      <w:pPr>
        <w:jc w:val="right"/>
      </w:pPr>
      <w:r>
        <w:t>اور صرف دعوت ورک کرنا چاہیے۔ پیس فل دعوت ورک</w:t>
      </w:r>
    </w:p>
    <w:p>
      <w:r>
        <w:rPr>
          <w:b/>
        </w:rPr>
        <w:t xml:space="preserve">[43:48] </w:t>
      </w:r>
      <w:r>
        <w:t>ek hi baat hai. sare takrao khatam, aur peaceful dawah work karna, jaisa ke hudaybiyah ke baad hua tha, to sare mawaqe khule hue hain.</w:t>
      </w:r>
    </w:p>
    <w:p>
      <w:pPr>
        <w:jc w:val="right"/>
      </w:pPr>
      <w:r>
        <w:t>ایک ہی بات ہے۔ سارے ٹکراؤ ختم، اور پیس فل دعوت ورک کرنا، جیسا کہ حدیبیہ کے بعد ہوا تھا، تو سارے مواقع کھلے ہوئے ہیں۔</w:t>
      </w:r>
    </w:p>
    <w:p>
      <w:r>
        <w:rPr>
          <w:b/>
        </w:rPr>
        <w:t xml:space="preserve">[43:56] </w:t>
      </w:r>
      <w:r>
        <w:t>isi se Allah ki yani mighty help aayegi hum ko. nas nasrat jo azeem nasrat hai, woh aayegi, aur hum kamyab honge, inshallah.</w:t>
      </w:r>
    </w:p>
    <w:p>
      <w:pPr>
        <w:jc w:val="right"/>
      </w:pPr>
      <w:r>
        <w:t>اسی سے اللہ کی یعنی مائٹی ہیلپ آئے گی ہم کو۔ نص نصرت جو عظیم نصرت ہے، وہ آئے گی، اور ہم کامیاب ہوں گے، انشاءاللہ۔</w:t>
      </w:r>
    </w:p>
    <w:p>
      <w:r>
        <w:rPr>
          <w:b/>
        </w:rPr>
        <w:t xml:space="preserve">[44:06] </w:t>
      </w:r>
      <w:r>
        <w:t>aqool qawli hadha wa astaghfirullaha li walakum ajmaeen.</w:t>
      </w:r>
    </w:p>
    <w:p>
      <w:pPr>
        <w:jc w:val="right"/>
      </w:pPr>
      <w:r>
        <w:t>أقول قولي هذا واستغفر الله لي ولكم اجمعين.</w:t>
      </w:r>
    </w:p>
    <w:p>
      <w:r>
        <w:rPr>
          <w:b/>
        </w:rPr>
        <w:t xml:space="preserve">[44:24] </w:t>
      </w:r>
      <w:r>
        <w:t>maulana, yeh sawal bangalore se aaya hai naseerullah sahab ka. unhon ne aap se poocha hai: islami siyasat aur qaumi siyasat mein farq kya hai?</w:t>
      </w:r>
    </w:p>
    <w:p>
      <w:pPr>
        <w:jc w:val="right"/>
      </w:pPr>
      <w:r>
        <w:t>مولانا، یہ سوال بنگلور سے آیا ہے نصیر اللہ صاحب کا۔ انہوں نے آپ سے پوچھا ہے: اسلامی سیاست اور قومی سیاست میں فرق کیا ہے؟</w:t>
      </w:r>
    </w:p>
    <w:p>
      <w:r>
        <w:rPr>
          <w:b/>
        </w:rPr>
        <w:t xml:space="preserve">[44:35] </w:t>
      </w:r>
      <w:r>
        <w:t>is ke bare mein batayen.</w:t>
      </w:r>
    </w:p>
    <w:p>
      <w:pPr>
        <w:jc w:val="right"/>
      </w:pPr>
      <w:r>
        <w:t>اس کے بارے میں بتائیں۔</w:t>
      </w:r>
    </w:p>
    <w:p>
      <w:r>
        <w:rPr>
          <w:b/>
        </w:rPr>
        <w:t xml:space="preserve">[44:39] </w:t>
      </w:r>
      <w:r>
        <w:t>islami siyasat koi hai hi nahin. yeh to ek bidat hai. yeh ek invited term hai, yeh mubtazila istilaah.</w:t>
      </w:r>
    </w:p>
    <w:p>
      <w:pPr>
        <w:jc w:val="right"/>
      </w:pPr>
      <w:r>
        <w:t>اسلامی سیاست کوئی ہے ہی نہیں۔ یہ تو ایک بدعت ہے۔ یہ ایک انویٹڈ ٹرم ہے، یہ مبتذلہ اصطلاح۔</w:t>
      </w:r>
    </w:p>
    <w:p>
      <w:r>
        <w:rPr>
          <w:b/>
        </w:rPr>
        <w:t xml:space="preserve">[44:51] </w:t>
      </w:r>
      <w:r>
        <w:t>sare quran mein, sari hadith ke zakhire mein kahin bhi islami siyasat ka lafz istemal nahin hua. to is ko main bidat samajhta hoon.</w:t>
      </w:r>
    </w:p>
    <w:p>
      <w:pPr>
        <w:jc w:val="right"/>
      </w:pPr>
      <w:r>
        <w:t>سارے قرآن میں، ساری حدیث کے ذخیرے میں کہیں بھی اسلامی سیاست کا لفظ استعمال نہیں ہوا۔ تو اس کو میں بدعت سمجھتا ہوں۔</w:t>
      </w:r>
    </w:p>
    <w:p>
      <w:r>
        <w:rPr>
          <w:b/>
        </w:rPr>
        <w:t xml:space="preserve">[45:01] </w:t>
      </w:r>
      <w:r>
        <w:t>jo musalman aaj kal chala rahe hain, woh qaumi siyasat hai. woh islami siyasat hai hi nahin. siyasat ko islamize karne ka concept quran o hadith mein nahin hai.</w:t>
      </w:r>
    </w:p>
    <w:p>
      <w:pPr>
        <w:jc w:val="right"/>
      </w:pPr>
      <w:r>
        <w:t>جو مسلمان آج کل چلا رہے ہیں، وہ قومی سیاست ہے۔ وہ اسلامی سیاست ہے ہی نہیں۔ سیاست کو اسلامائز کرنے کا کانسیپٹ قرآن و حدیث میں نہیں ہے۔</w:t>
      </w:r>
    </w:p>
    <w:p>
      <w:r>
        <w:rPr>
          <w:b/>
        </w:rPr>
        <w:t xml:space="preserve">[45:10] </w:t>
      </w:r>
      <w:r>
        <w:t>hamara kaam hai peaceful dawah work, woh bhi inzar o tafseer ki buniyadon par.</w:t>
      </w:r>
    </w:p>
    <w:p>
      <w:pPr>
        <w:jc w:val="right"/>
      </w:pPr>
      <w:r>
        <w:t>ہمارا کام ہے پیس فل دعوت ورک، وہ بھی انظار و تفسیر کی بنیادوں پر۔</w:t>
      </w:r>
    </w:p>
    <w:p>
      <w:r>
        <w:rPr>
          <w:b/>
        </w:rPr>
        <w:t xml:space="preserve">[45:19] </w:t>
      </w:r>
      <w:r>
        <w:t>yani main samajhta hoon ke musalmanon ka sirf ek hi mission hai, woh hai ke to make people aware of the creation plan of God bas single point formula ke Allah ka mansha kya hai,</w:t>
      </w:r>
    </w:p>
    <w:p>
      <w:pPr>
        <w:jc w:val="right"/>
      </w:pPr>
      <w:r>
        <w:t>یعنی میں سمجھتا ہوں کہ مسلمانوں کا صرف ایک ہی مشن ہے، وہ ہے کہ to make people aware of the creation plan of God بس سنگل پوائنٹ فارمولا کہ اللہ کا منشا کیا ہے،</w:t>
      </w:r>
    </w:p>
    <w:p>
      <w:r>
        <w:rPr>
          <w:b/>
        </w:rPr>
        <w:t xml:space="preserve">[45:38] </w:t>
      </w:r>
      <w:r>
        <w:t>Allah ka takhleeqi mansooba kya hai, aur jannat kya hai, jahannum kya hai, marne ke baad insan ke sath kya muamla pesh aanay wala hai.</w:t>
      </w:r>
    </w:p>
    <w:p>
      <w:pPr>
        <w:jc w:val="right"/>
      </w:pPr>
      <w:r>
        <w:t>اللہ کا تخلیقی منصوبہ کیا ہے، اور جنت کیا ہے، جہنم کیا ہے، مرنے کے بعد انسان کے ساتھ کیا معاملہ پیش آنے والا ہے۔</w:t>
      </w:r>
    </w:p>
    <w:p>
      <w:r>
        <w:rPr>
          <w:b/>
        </w:rPr>
        <w:t xml:space="preserve">[45:49] </w:t>
      </w:r>
      <w:r>
        <w:t>isi ko kehte hain inzar o tafseer. bas baqi cheezen jo halaat ke tehat hain, halaat ke tehat hain. koi islami siyasat nahin hai.</w:t>
      </w:r>
    </w:p>
    <w:p>
      <w:pPr>
        <w:jc w:val="right"/>
      </w:pPr>
      <w:r>
        <w:t>اسی کو کہتے ہیں انظار و تفسیر۔ بس باقی چیزیں جو حالات کے تحت ہیں، حالات کے تحت ہیں۔ کوئی اسلامی سیاست نہیں ہے۔</w:t>
      </w:r>
    </w:p>
    <w:p>
      <w:r>
        <w:rPr>
          <w:b/>
        </w:rPr>
        <w:t xml:space="preserve">[46:01] </w:t>
      </w:r>
      <w:r>
        <w:t>aur jo jo unhon ne istilahein banai hain, woh unhon ne bilashubah ek aisa kaam kiya jis ka unhein haq nahin tha ke quran mein hai ya yeh istilaah hadith mein hai.</w:t>
      </w:r>
    </w:p>
    <w:p>
      <w:pPr>
        <w:jc w:val="right"/>
      </w:pPr>
      <w:r>
        <w:t>اور جو جو انہوں نے اصطلاحیں بنائی ہیں، وہ انہوں نے بلاشبہ ایک ایسا کام کیا جس کا انہیں حق نہیں تھا کہ قرآن میں ہے یا یہ اصطلاح حدیث میں ہے۔</w:t>
      </w:r>
    </w:p>
    <w:p>
      <w:r>
        <w:rPr>
          <w:b/>
        </w:rPr>
        <w:t xml:space="preserve">[46:11] </w:t>
      </w:r>
      <w:r>
        <w:t>to aap ne kaise bana liya? yeh to qaumi culture mein hai.</w:t>
      </w:r>
    </w:p>
    <w:p>
      <w:pPr>
        <w:jc w:val="right"/>
      </w:pPr>
      <w:r>
        <w:t>تو آپ نے کیسے بنا لیا؟ یہ تو قومی کلچر میں ہے۔</w:t>
      </w:r>
    </w:p>
    <w:p>
      <w:r>
        <w:rPr>
          <w:b/>
        </w:rPr>
        <w:t xml:space="preserve">[46:16] </w:t>
      </w:r>
      <w:r>
        <w:t>qaumi culture mein siyasat waghera ki istilahein chalti hain, islam mein nahin hai. islam mein sara muamla yeh hai ke aap akhirat ki buniyad par dawah work karen, peaceful andaaz mein.</w:t>
      </w:r>
    </w:p>
    <w:p>
      <w:pPr>
        <w:jc w:val="right"/>
      </w:pPr>
      <w:r>
        <w:t>قومی کلچر میں سیاست وغیرہ کی اصطلاحیں چلتی ہیں، اسلام میں نہیں ہے۔ اسلام میں سارا معاملہ یہ ہے کہ آپ آخرت کی بنیاد پر دعوت ورک کریں، پیس فل انداز میں۔</w:t>
      </w:r>
    </w:p>
    <w:p>
      <w:r>
        <w:rPr>
          <w:b/>
        </w:rPr>
        <w:t xml:space="preserve">[46:34] </w:t>
      </w:r>
      <w:r>
        <w:t>is ke baad kya halaat pesh aate hain, is se aap ka agla program tay hoga. basically yahi yahi hai, bas aur is ke ilawa kuch bhi nahin.</w:t>
      </w:r>
    </w:p>
    <w:p>
      <w:pPr>
        <w:jc w:val="right"/>
      </w:pPr>
      <w:r>
        <w:t>اس کے بعد کیا حالات پیش آتے ہیں، اس سے آپ کا اگلا پروگرام طے ہوگا۔ بیسیکلی یہی یہی ہے، بس اور اس کے علاوہ کچھ بھی نہیں۔</w:t>
      </w:r>
    </w:p>
    <w:p>
      <w:r>
        <w:rPr>
          <w:b/>
        </w:rPr>
        <w:t xml:space="preserve">[46:44] </w:t>
      </w:r>
      <w:r>
        <w:t>to main is ko nahin manta ke islami siyasat naam ki koi cheez hai islam mein. main is ko nahin manta. agar koi kisi ko israr hai ke hai to woh quran o hadith se bataye.</w:t>
      </w:r>
    </w:p>
    <w:p>
      <w:pPr>
        <w:jc w:val="right"/>
      </w:pPr>
      <w:r>
        <w:t>تو میں اس کو نہیں مانتا کہ اسلامی سیاست نام کی کوئی چیز ہے اسلام میں۔ میں اس کو نہیں مانتا۔ اگر کوئی کسی کو اصرار ہے کہ ہے تو وہ قرآن و حدیث سے بتائے۔</w:t>
      </w:r>
    </w:p>
    <w:p>
      <w:r>
        <w:rPr>
          <w:b/>
        </w:rPr>
        <w:t xml:space="preserve">[46:58] </w:t>
      </w:r>
      <w:r>
        <w:t>main aap ko ek hadith aap ko sunata hoon. ek hadith hai ke kama takunoon kadhalika yool alaikum jaise tum hoge, waise tumhare ruler honge.</w:t>
      </w:r>
    </w:p>
    <w:p>
      <w:pPr>
        <w:jc w:val="right"/>
      </w:pPr>
      <w:r>
        <w:t>میں آپ کو ایک حدیث آپ کو سناتا ہوں۔ ایک حدیث ہے کہ کما تكونون کذالک یول علیکم جیسے تم ہو گے، ویسے تمہارے رولر ہوں گے۔</w:t>
      </w:r>
    </w:p>
    <w:p>
      <w:r>
        <w:rPr>
          <w:b/>
        </w:rPr>
        <w:t xml:space="preserve">[47:09] </w:t>
      </w:r>
      <w:r>
        <w:t>ruler is ka matlab kya hua?</w:t>
      </w:r>
    </w:p>
    <w:p>
      <w:pPr>
        <w:jc w:val="right"/>
      </w:pPr>
      <w:r>
        <w:t>رولر اس کا مطلب کیا ہوا؟</w:t>
      </w:r>
    </w:p>
    <w:p>
      <w:r>
        <w:rPr>
          <w:b/>
        </w:rPr>
        <w:t xml:space="preserve">[47:13] </w:t>
      </w:r>
      <w:r>
        <w:t>ke hukumat jo hai, hukumat jo hai, woh yani society se emerge karti hai.</w:t>
      </w:r>
    </w:p>
    <w:p>
      <w:pPr>
        <w:jc w:val="right"/>
      </w:pPr>
      <w:r>
        <w:t>کہ حکومت جو ہے، حکومت جو ہے، وہ یعنی سوسائٹی سے ایمرج کرتی ہے۔</w:t>
      </w:r>
    </w:p>
    <w:p>
      <w:r>
        <w:rPr>
          <w:b/>
        </w:rPr>
        <w:t xml:space="preserve">[47:22] </w:t>
      </w:r>
      <w:r>
        <w:t>jaisi society, waisi hukumat. koi islam ka koi ek muqarrar norm nahin hai ke is ko le kar ke hum logon se ladein, ke hum aisi hukumat qaim karenge.</w:t>
      </w:r>
    </w:p>
    <w:p>
      <w:pPr>
        <w:jc w:val="right"/>
      </w:pPr>
      <w:r>
        <w:t>جیسی سوسائٹی، ویسی حکومت۔ کوئی اسلام کا کوئی ایک مقرر نارم نہیں ہے کہ اس کو لے کر کہ ہم لوگوں سے لڑیں، کہ ہم ایسی حکومت قائم کریں گے۔</w:t>
      </w:r>
    </w:p>
    <w:p>
      <w:r>
        <w:rPr>
          <w:b/>
        </w:rPr>
        <w:t xml:space="preserve">[47:31] </w:t>
      </w:r>
      <w:r>
        <w:t>aisa kuch nahin hai ke ek aaj kal jo hai ke ek ek hum kehte hain ke hamara ek nizam hai, is nizam ko hamein qaim karna hai, is ke liye hum ladeinge.</w:t>
      </w:r>
    </w:p>
    <w:p>
      <w:pPr>
        <w:jc w:val="right"/>
      </w:pPr>
      <w:r>
        <w:t>ایسا کچھ نہیں ہے کہ ایک آج کل جو ہے کہ ایک ایک ہم کہتے ہیں کہ ہمارا ایک نظام ہے، اس نظام کو ہمیں قائم کرنا ہے، اس کے لیے ہم لڑیں گے۔</w:t>
      </w:r>
    </w:p>
    <w:p>
      <w:r>
        <w:rPr>
          <w:b/>
        </w:rPr>
        <w:t xml:space="preserve">[47:41] </w:t>
      </w:r>
      <w:r>
        <w:t>yeh kaheen nahin quran o hadees mein hai. is ke bar aks jo formula hai, woh yeh hai ke ke tum logon mein dawat do, society banao.</w:t>
      </w:r>
    </w:p>
    <w:p>
      <w:pPr>
        <w:jc w:val="right"/>
      </w:pPr>
      <w:r>
        <w:t>یہ کہیں نہیں قرآن و حدیث میں ہے۔ اس کے برعکس جو فارمولا ہے، وہ یہ ہے کہ کہ تم لوگوں میں دعوت دو، سوسائٹی بناؤ۔</w:t>
      </w:r>
    </w:p>
    <w:p>
      <w:r>
        <w:rPr>
          <w:b/>
        </w:rPr>
        <w:t xml:space="preserve">[47:53] </w:t>
      </w:r>
      <w:r>
        <w:t>jaisi society hogi, waisi is ke andar se emerge kare gi hukoomat. bas koi isi ko nishana bana kar ke ladna bharna, yeh islam mein nahin hai.</w:t>
      </w:r>
    </w:p>
    <w:p>
      <w:pPr>
        <w:jc w:val="right"/>
      </w:pPr>
      <w:r>
        <w:t>جیسی سوسائٹی ہوگی، ویسی اس کے اندر سے ایمرج کرے گی حکومت۔ بس کوئی اسی کو نشانہ بنا کر کے لڑنا بھڑنا، یہ اسلام میں نہیں ہے۔</w:t>
      </w:r>
    </w:p>
    <w:p>
      <w:r>
        <w:rPr>
          <w:b/>
        </w:rPr>
        <w:t xml:space="preserve">[48:07] </w:t>
      </w:r>
      <w:r>
        <w:t>mein ne bar bar logon ko challenge kiya hai ke log batayein ke quran o hadees mein kahan hai islami siyasat ka formula. aaj tak kisi ne nahin bataya.</w:t>
      </w:r>
    </w:p>
    <w:p>
      <w:pPr>
        <w:jc w:val="right"/>
      </w:pPr>
      <w:r>
        <w:t>میں نے بار بار لوگوں کو چیلنج کیا ہے کہ لوگ بتائیں کہ قرآن و حدیث میں کہاں ہے اسلامی سیاست کا فارمولا۔ آج تک کسی نے نہیں بتایا۔</w:t>
      </w:r>
    </w:p>
    <w:p>
      <w:r>
        <w:rPr>
          <w:b/>
        </w:rPr>
        <w:t xml:space="preserve">[48:18] </w:t>
      </w:r>
      <w:r>
        <w:t>maulana, agla sawal gulbarga se hai maulana muhammad yaqoob umri ka. unhone likha hai: "maulana, nazriati ladaai ka lafz bola jata hai.</w:t>
      </w:r>
    </w:p>
    <w:p>
      <w:pPr>
        <w:jc w:val="right"/>
      </w:pPr>
      <w:r>
        <w:t>مولانا، اگلا سوال گلبرگہ سے ہے مولانا محمد یعقوب عمری کا۔ انہوں نے لکھا ہے: "مولانا، نظریاتی لڑائی کا لفظ بولا جاتا ہے۔</w:t>
      </w:r>
    </w:p>
    <w:p>
      <w:r>
        <w:rPr>
          <w:b/>
        </w:rPr>
        <w:t xml:space="preserve">[48:29] </w:t>
      </w:r>
      <w:r>
        <w:t>kya yeh daur nazriati jang ka daur hai? aap kya kahenge?"</w:t>
      </w:r>
    </w:p>
    <w:p>
      <w:pPr>
        <w:jc w:val="right"/>
      </w:pPr>
      <w:r>
        <w:t>کیا یہ دور نظریاتی جنگ کا دور ہے؟ آپ کیا کہیں گے؟"</w:t>
      </w:r>
    </w:p>
    <w:p>
      <w:r>
        <w:rPr>
          <w:b/>
        </w:rPr>
        <w:t xml:space="preserve">[48:36] </w:t>
      </w:r>
      <w:r>
        <w:t>jang ka lafz to aaj ke insaan ko nafrat hai jang ke lafz se. aaj ke insaan ne first world war aur second world war ke baad insaan ko war ke lafz se nafrat ho chuki hai.</w:t>
      </w:r>
    </w:p>
    <w:p>
      <w:pPr>
        <w:jc w:val="right"/>
      </w:pPr>
      <w:r>
        <w:t>جنگ کا لفظ تو آج کے انسان کو نفرت ہے جنگ کے لفظ سے۔ آج کے انسان نے فرسٹ ورلڈ وار اور سیکنڈ ورلڈ وار کے بعد انسان کو وار کے لفظ سے نفرت ہو چکی ہے۔</w:t>
      </w:r>
    </w:p>
    <w:p>
      <w:r>
        <w:rPr>
          <w:b/>
        </w:rPr>
        <w:t xml:space="preserve">[48:52] </w:t>
      </w:r>
      <w:r>
        <w:t>to agar aap islam mein yeh lafz bolein to log samjhein woh samjhenge ke jaise doosre hain, waise hi islam bhi hai. doosre bhi believe karte hain ladaai bhadaai par, islam bhi believe karta hai ladaai bhadaai par.</w:t>
      </w:r>
    </w:p>
    <w:p>
      <w:pPr>
        <w:jc w:val="right"/>
      </w:pPr>
      <w:r>
        <w:t>تو اگر آپ اسلام میں یہ لفظ بولیں تو لوگ سمجھ وہ سمجھیں گے کہ جیسے دوسرے ہیں، ویسے ہی اسلام بھی ہے۔ دوسرے بھی بیلیو کرتے ہیں لڑائی بھڑائی پر، اسلام بھی بیلیو کرتا ہے لڑائی بھڑائی پر۔</w:t>
      </w:r>
    </w:p>
    <w:p>
      <w:r>
        <w:rPr>
          <w:b/>
        </w:rPr>
        <w:t xml:space="preserve">[49:05] </w:t>
      </w:r>
      <w:r>
        <w:t>to mein dekh raha hoon ke nazriati jang ka lafz bilkul be maani lafz hai. aap yeh keh sakte hain ideological struggle keh sakte hain aap, aur mein to is ko mission ka lafz bolta hoon, struggle bhi nahin bolta hoon mein.</w:t>
      </w:r>
    </w:p>
    <w:p>
      <w:pPr>
        <w:jc w:val="right"/>
      </w:pPr>
      <w:r>
        <w:t>تو میں دیکھ رہا ہوں کہ نظریاتی جنگ کا لفظ بالکل بے معنی لفظ ہے۔ آپ یہ کہہ سکتے ہیں آئیڈیلوجیکل اسٹرگل کہہ سکتے ہیں آپ، اور میں تو اس کو مشن کا لفظ بولتا ہوں، اسٹرگل بھی نہیں بولتا ہوں میں۔</w:t>
      </w:r>
    </w:p>
    <w:p>
      <w:r>
        <w:rPr>
          <w:b/>
        </w:rPr>
        <w:t xml:space="preserve">[49:19] </w:t>
      </w:r>
      <w:r>
        <w:t>yaani islam daawti mission ka naam hai, daawti jang ka naam nahin hai. daawti mission bas, yaani peaceful dawat mission, bas yahi islam hai.</w:t>
      </w:r>
    </w:p>
    <w:p>
      <w:pPr>
        <w:jc w:val="right"/>
      </w:pPr>
      <w:r>
        <w:t>یعنی اسلام دعوتی مشن کا نام ہے، دعوتی جنگ کا نام نہیں ہے۔ دعوتی مشن بس، یعنی پیس فل دعوت مشن، بس یہی اسلام ہے۔</w:t>
      </w:r>
    </w:p>
    <w:p>
      <w:r>
        <w:rPr>
          <w:b/>
        </w:rPr>
        <w:t xml:space="preserve">[49:31] </w:t>
      </w:r>
      <w:r>
        <w:t>aap apne apne bare mein jo aap ke farz hain, imaan hai, ibaadat hai, ikhlaq hai, woh ek zaati farz hain aap ke, woh to aap ko poora karna hai.</w:t>
      </w:r>
    </w:p>
    <w:p>
      <w:pPr>
        <w:jc w:val="right"/>
      </w:pPr>
      <w:r>
        <w:t>آپ اپنے اپنے بارے میں جو آپ کے فرائض ہیں، ایمان ہے، عبادت ہے، اخلاق ہے، وہ ایک ذاتی فرائض ہیں آپ کے، وہ تو آپ کو پورا کرنا ہے۔</w:t>
      </w:r>
    </w:p>
    <w:p>
      <w:r>
        <w:rPr>
          <w:b/>
        </w:rPr>
        <w:t xml:space="preserve">[49:43] </w:t>
      </w:r>
      <w:r>
        <w:t>aur jahan tak apne se bahir ki duniya ka maamla hai, us ke liye aap ka mission sirf ek hi mission hai, aur woh hai dawat ilallah ka mission. bas.</w:t>
      </w:r>
    </w:p>
    <w:p>
      <w:pPr>
        <w:jc w:val="right"/>
      </w:pPr>
      <w:r>
        <w:t>اور جہاں تک اپنے سے باہر کی دنیا کا معاملہ ہے، اس کے لیے آپ کا مشن صرف ایک ہی مشن ہے، اور وہ ہے دعوت الی اللہ کا مشن۔ بس۔</w:t>
      </w:r>
    </w:p>
    <w:p>
      <w:r>
        <w:rPr>
          <w:b/>
        </w:rPr>
        <w:t xml:space="preserve">[49:55] </w:t>
      </w:r>
      <w:r>
        <w:t>maulana, agla sawal chennai se hai maulana iqbal umri ka.</w:t>
      </w:r>
    </w:p>
    <w:p>
      <w:pPr>
        <w:jc w:val="right"/>
      </w:pPr>
      <w:r>
        <w:t>مولانا، اگلا سوال چنئی سے ہے مولانا اقبال عمری کا۔</w:t>
      </w:r>
    </w:p>
    <w:p>
      <w:r>
        <w:rPr>
          <w:b/>
        </w:rPr>
        <w:t xml:space="preserve">[49:59] </w:t>
      </w:r>
      <w:r>
        <w:t>unhone likha hai: "maulana, ek sahib ne farmaya ke hathiyar uthane ki niyat rakhna bhi sunnat hai. kya yeh sahi hai?" sahi kahein ya jhoot hai, sahi to bohat door ki baat hai.</w:t>
      </w:r>
    </w:p>
    <w:p>
      <w:pPr>
        <w:jc w:val="right"/>
      </w:pPr>
      <w:r>
        <w:t>انہوں نے لکھا ہے: "مولانا، ایک صاحب نے فرمایا کہ ہتھیار اٹھانے کی نیت رکھنا بھی سنت ہے۔ کیا یہ صحیح ہے؟" صحیح کہیں یا جھوٹ ہے، صحیح تو بہت دور کی بات ہے۔</w:t>
      </w:r>
    </w:p>
    <w:p>
      <w:r>
        <w:rPr>
          <w:b/>
        </w:rPr>
        <w:t xml:space="preserve">[50:12] </w:t>
      </w:r>
      <w:r>
        <w:t>is liye ke dekhiye, musalman is baat ko bhool gaye hain ke criteria sirf quran o sunnat hai.</w:t>
      </w:r>
    </w:p>
    <w:p>
      <w:pPr>
        <w:jc w:val="right"/>
      </w:pPr>
      <w:r>
        <w:t>اس لیے کہ دیکھیے، مسلمان اس بات کو بھول گئے ہیں کہ کرائٹیریا صرف قرآن و سنت ہے۔</w:t>
      </w:r>
    </w:p>
    <w:p>
      <w:r>
        <w:rPr>
          <w:b/>
        </w:rPr>
        <w:t xml:space="preserve">[50:23] </w:t>
      </w:r>
      <w:r>
        <w:t>yaani yeh jo aap farma rahe hain, to yeh batana padega aap ko quran o hadees mein kahan likha hua hai. ek muhaddis ne bohat sahi kaha tha ke is tarah ke maamle mein aatuni shaam min kitab Allah hatta qul imam muhammad bin hanbal jo mashhoor muhaddis hain, isi tarah ke soorat e haal mein unhone kaha tha ke ai</w:t>
      </w:r>
    </w:p>
    <w:p>
      <w:pPr>
        <w:jc w:val="right"/>
      </w:pPr>
      <w:r>
        <w:t>یعنی یہ جو آپ فرما رہے ہیں، تو یہ بتانا پڑے گا آپ کو قرآن و حدیث میں کہاں لکھا ہوا ہے۔ ایک محدث نے بہت صحیح کہا تھا کہ اس طرح کے معاملے میں ایتونی شام من کتاب اللہ حتیٰ قل امام محمد بن حنبل جو مشہور محدث ہیں، اسی طرح کے صورتحال میں انہوں نے کہا تھا کہ ای</w:t>
      </w:r>
    </w:p>
    <w:p>
      <w:r>
        <w:rPr>
          <w:b/>
        </w:rPr>
        <w:t xml:space="preserve">[50:43] </w:t>
      </w:r>
      <w:r>
        <w:t>atuni shaam min kitab Allah hatta qul mere paas quran se koi cheez lao, tab mein bolunga, warna us ko yaani us qabil nahin samjhunga ke us ko mein answer karoon.</w:t>
      </w:r>
    </w:p>
    <w:p>
      <w:pPr>
        <w:jc w:val="right"/>
      </w:pPr>
      <w:r>
        <w:t>تونی شام من کتاب اللہ حتیٰ قل میرے پاس قرآن سے کوئی چیز لاؤ، تب میں بولوں گا، ورنہ اس کو یعنی اس قابل نہیں سمجھوں کہ اس کو میں انسر کروں۔</w:t>
      </w:r>
    </w:p>
    <w:p>
      <w:r>
        <w:rPr>
          <w:b/>
        </w:rPr>
        <w:t xml:space="preserve">[50:57] </w:t>
      </w:r>
      <w:r>
        <w:t>wohi mein kehta hoon ke jis ko kuch kehna hai, us se pehle woh quran pesh kare, hadees pesh kare,</w:t>
      </w:r>
    </w:p>
    <w:p>
      <w:pPr>
        <w:jc w:val="right"/>
      </w:pPr>
      <w:r>
        <w:t>وہی میں کہتا ہوں کہ جس کو کچھ کہنا ہے، اس سے پہلے وہ قرآن پیش کرے، حدیث پیش کرے،</w:t>
      </w:r>
    </w:p>
    <w:p>
      <w:r>
        <w:rPr>
          <w:b/>
        </w:rPr>
        <w:t xml:space="preserve">[51:05] </w:t>
      </w:r>
      <w:r>
        <w:t>nahin to us ki baat sunne ke qabil nahin hai. maloom woh woh woh letter bin mein daal di jayegi, kooday khaane mein daal di jayegi.</w:t>
      </w:r>
    </w:p>
    <w:p>
      <w:pPr>
        <w:jc w:val="right"/>
      </w:pPr>
      <w:r>
        <w:t>نہیں تو اس کی بات سننے کے قابل نہیں ہے۔ معلوم وہ وہ وہ لیٹر بن میں ڈال دی جائے گی، کوڑے خانے میں ڈال دی جائے گی۔</w:t>
      </w:r>
    </w:p>
    <w:p>
      <w:r>
        <w:rPr>
          <w:b/>
        </w:rPr>
        <w:t xml:space="preserve">[51:17] </w:t>
      </w:r>
      <w:r>
        <w:t>maulana, agla sawal lahore pakistan se hai muhammad sajjad sahib ka. unhone likha hai: "After a long struggle, Muslim brotherhood came into power in Egypt through democratic process.</w:t>
      </w:r>
    </w:p>
    <w:p>
      <w:pPr>
        <w:jc w:val="right"/>
      </w:pPr>
      <w:r>
        <w:t>مولانا، اگلا سوال لاہور پاکستان سے ہے محمد سجاد صاحب کا۔ انہوں نے لکھا ہے: "After a long struggle, Muslim brotherhood came into power in Egypt through democratic process.</w:t>
      </w:r>
    </w:p>
    <w:p>
      <w:r>
        <w:rPr>
          <w:b/>
        </w:rPr>
        <w:t xml:space="preserve">[51:32] </w:t>
      </w:r>
      <w:r>
        <w:t>Why is it that they were unable to prevail their government? Can 'army coup' be justified in Egypt?" dekhiye, yeh 'army coup' ka maamla nahin hai.</w:t>
      </w:r>
    </w:p>
    <w:p>
      <w:pPr>
        <w:jc w:val="right"/>
      </w:pPr>
      <w:r>
        <w:t>Why is it that they were unable to prevail their government? Can 'army coup' be justified in Egypt?" دیکھیے، یہ 'army coup' کا معاملہ نہیں ہے۔</w:t>
      </w:r>
    </w:p>
    <w:p>
      <w:r>
        <w:rPr>
          <w:b/>
        </w:rPr>
        <w:t xml:space="preserve">[51:44] </w:t>
      </w:r>
      <w:r>
        <w:t>khud murshid sahib, yaani doctor muhammad morsi, ne apni taqreer jo depose kiye jaane se pehle ki thi, unhone khud kaha tha, mein ne suna hai internet par, aap bhi sun sakte hain ke "أصفت أهانًا وأخطأت أهانًا أخرى" ۔</w:t>
      </w:r>
    </w:p>
    <w:p>
      <w:pPr>
        <w:jc w:val="right"/>
      </w:pPr>
      <w:r>
        <w:t>خود مرشد صاحب، یعنی ڈاکٹر محمد مرشی، نے اپنی تقریر جو ڈیپوز کیے جانے سے پہلے کی تھی، انہوں نے خود کہا تھا، میں نے سنا ہے انٹرنیٹ پر، آپ بھی سن سکتے ہیں کہ "أصفت أهانًا وأخطأت أهانًا أخرى" ۔</w:t>
      </w:r>
    </w:p>
    <w:p>
      <w:r>
        <w:rPr>
          <w:b/>
        </w:rPr>
        <w:t xml:space="preserve">[52:02] </w:t>
      </w:r>
      <w:r>
        <w:t>mein ne kuch sahi kiya, kuch ghalat kiya. achha, ghalat kiya hai, us mein unhone yeh point out nahin kiya ke ghalat mein ne kiya. yeh to maana unhone ke mein ne ghalti ki.</w:t>
      </w:r>
    </w:p>
    <w:p>
      <w:pPr>
        <w:jc w:val="right"/>
      </w:pPr>
      <w:r>
        <w:t>میں نے کچھ صحیح کیا، کچھ غلط کیا۔ اچھا، غلط کیا ہے، اس میں انہوں نے یہ پوائنٹ آؤٹ نہیں کیا کہ غلط میں نے کیا کیا۔ یہ تو مانا انہوں نے کہ میں نے غلطی کی۔</w:t>
      </w:r>
    </w:p>
    <w:p>
      <w:r>
        <w:rPr>
          <w:b/>
        </w:rPr>
        <w:t xml:space="preserve">[52:14] </w:t>
      </w:r>
      <w:r>
        <w:t>"أصفت أهانًا وأخطأت أهانًا أخرى" ۔ to yeh nahin bataya ke unhone ghalti kiya ki.</w:t>
      </w:r>
    </w:p>
    <w:p>
      <w:pPr>
        <w:jc w:val="right"/>
      </w:pPr>
      <w:r>
        <w:t>"أصفت أهانًا وأخطأت أهانًا أخرى" ۔ تو یہ نہیں بتایا کہ انہوں نے غلطی کیا کی۔</w:t>
      </w:r>
    </w:p>
    <w:p>
      <w:r>
        <w:rPr>
          <w:b/>
        </w:rPr>
        <w:t xml:space="preserve">[52:19] </w:t>
      </w:r>
      <w:r>
        <w:t>lekin mein ne jo tajziya kiya hai waqeaat ka, to ghalati yeh thi, ghalati yeh thi ke yeh log democracy ka naam lete hain, aur saare musalmanon ka haal yahi hai, lekin democratic culture ko nahin jaante.</w:t>
      </w:r>
    </w:p>
    <w:p>
      <w:pPr>
        <w:jc w:val="right"/>
      </w:pPr>
      <w:r>
        <w:t>لیکن میں نے جو تجزیہ کیا ہے واقعات کا، تو غلطی یہ تھی، غلطی یہ تھی کہ یہ لوگ ڈیموکریسی کا نام لیتے ہیں، اور سارے مسلمانوں کا حال یہی ہے، لیکن ڈیموکریٹک کلچر کو نہیں جانتے۔</w:t>
      </w:r>
    </w:p>
    <w:p>
      <w:r>
        <w:rPr>
          <w:b/>
        </w:rPr>
        <w:t xml:space="preserve">[52:36] </w:t>
      </w:r>
      <w:r>
        <w:t>woh these people don't know what is democratic culture. dekhiye, democratic culture kya hai?</w:t>
      </w:r>
    </w:p>
    <w:p>
      <w:pPr>
        <w:jc w:val="right"/>
      </w:pPr>
      <w:r>
        <w:t>وہ these people don't know what is ڈیموکریٹک کلچر۔ دیکھیے، ڈیموکریٹک کلچر کیا ہے؟</w:t>
      </w:r>
    </w:p>
    <w:p>
      <w:r>
        <w:rPr>
          <w:b/>
        </w:rPr>
        <w:t xml:space="preserve">[52:46] </w:t>
      </w:r>
      <w:r>
        <w:t>fareeqe sani ki rai ko accept karna, fareeqe sani ki baat ko accept karna. kyunke democracy hamesha ek acquisition opposition rehti hai.</w:t>
      </w:r>
    </w:p>
    <w:p>
      <w:pPr>
        <w:jc w:val="right"/>
      </w:pPr>
      <w:r>
        <w:t>فریق ثانی کی رائے کو ایکسیپٹ کرنا، فریق ثانی کی بات کو ایکسیپٹ کرنا۔ کیونکہ ڈیموکریسی ہمیشہ ایک ایکوزیشن اپوزیشن رہتی ہے۔</w:t>
      </w:r>
    </w:p>
    <w:p>
      <w:r>
        <w:rPr>
          <w:b/>
        </w:rPr>
        <w:t xml:space="preserve">[52:59] </w:t>
      </w:r>
      <w:r>
        <w:t>yani wahan par Ali khawar al musalmoon jo thay, woh ghalib hue to 32 feesad ko vote miley thay. bas 32 feesad.</w:t>
      </w:r>
    </w:p>
    <w:p>
      <w:pPr>
        <w:jc w:val="right"/>
      </w:pPr>
      <w:r>
        <w:t>یعنی وہاں پر علی خوار المسلمون جو تھے، وہ غالب ہوئے تو 32 فیصد کو ووٹ ملے تھے۔ بس 32 فیصد۔</w:t>
      </w:r>
    </w:p>
    <w:p>
      <w:r>
        <w:rPr>
          <w:b/>
        </w:rPr>
        <w:t xml:space="preserve">[53:08] </w:t>
      </w:r>
      <w:r>
        <w:t>is ka matlab hai ke ek bari tadad woh thi jo jo ke un ke khilaf thi, aur un ko absolute majority bhi nahi mili thi. un ko ab absolute majority nahi mili thi.</w:t>
      </w:r>
    </w:p>
    <w:p>
      <w:pPr>
        <w:jc w:val="right"/>
      </w:pPr>
      <w:r>
        <w:t>اس کا معنی ہے کہ ایک بڑی تعداد وہ تھی جو جو کہ ان کے خلاف تھی، اور ان کو ایبسولیوٹ میجورٹی بھی نہیں ملی تھی۔ ان کو اب ایبسولیوٹ میجورٹی نہیں ملی تھی۔</w:t>
      </w:r>
    </w:p>
    <w:p>
      <w:r>
        <w:rPr>
          <w:b/>
        </w:rPr>
        <w:t xml:space="preserve">[53:19] </w:t>
      </w:r>
      <w:r>
        <w:t>to is ke matlab hai ke ek tadad thi opposition ki, woh more than 50 feesad thi. woh log to democracy mein kya hota hai ke aap ko accept karna parta hai opposition ki.</w:t>
      </w:r>
    </w:p>
    <w:p>
      <w:pPr>
        <w:jc w:val="right"/>
      </w:pPr>
      <w:r>
        <w:t>تو اس کے معنی ہے کہ ایک تعداد تھی اپوزیشن کی، وہ مور دین 50 فیصد تھے۔ وہ لوگ تو ڈیموکریسی میں کیا ہوتا ہے کہ آپ کو ایکسیپٹ کرنا پڑتا ہے اپوزیشن کی۔</w:t>
      </w:r>
    </w:p>
    <w:p>
      <w:r>
        <w:rPr>
          <w:b/>
        </w:rPr>
        <w:t xml:space="preserve">[53:28] </w:t>
      </w:r>
      <w:r>
        <w:t>opposition ko aap, yani hukoomat ki seat par baithe hain, tab bhi wahan pe ek opposition hai.</w:t>
      </w:r>
    </w:p>
    <w:p>
      <w:pPr>
        <w:jc w:val="right"/>
      </w:pPr>
      <w:r>
        <w:t>اپوزیشن کو آپ، یعنی حکومت کی سیٹ پر بیٹھے ہیں، تب بھی وہاں پہ ایک اپوزیشن ہے۔</w:t>
      </w:r>
    </w:p>
    <w:p>
      <w:r>
        <w:rPr>
          <w:b/>
        </w:rPr>
        <w:t xml:space="preserve">[53:37] </w:t>
      </w:r>
      <w:r>
        <w:t>unhon ne opposition ko bilkul, yani khater bhi nahi laye. nahi laye. murshid sahib aise ahkam jari kiye jaise ke un ki koi haqeeqat nahi, bas hum sab kuch hain.</w:t>
      </w:r>
    </w:p>
    <w:p>
      <w:pPr>
        <w:jc w:val="right"/>
      </w:pPr>
      <w:r>
        <w:t>انہوں نے اپوزیشن کو بالکل، یعنی خاطر بھی نہیں لائے۔ نہیں لائے۔ مرشد صاحب ایسے احکام جاری کیے جیسے کہ ان کی کوئی حقیقت نہیں، بس ہم سب کچھ ہیں۔</w:t>
      </w:r>
    </w:p>
    <w:p>
      <w:r>
        <w:rPr>
          <w:b/>
        </w:rPr>
        <w:t xml:space="preserve">[53:50] </w:t>
      </w:r>
      <w:r>
        <w:t>to main ne ek ek article likha tha, us mein us mein main ne yeh yeh baat likhi thi ke musalman jo hain, woh sirf kingship model ko jante hain, democratic model ko musalman nahi jante.</w:t>
      </w:r>
    </w:p>
    <w:p>
      <w:pPr>
        <w:jc w:val="right"/>
      </w:pPr>
      <w:r>
        <w:t>تو میں نے ایک ایک آرٹیکل لکھا تھا، اس میں اس میں میں نے یہ یہ بات لکھی تھی کہ مسلمان جو ہیں، وہ صرف کنگ شپ ماڈل کو جانتے ہیں، ڈیموکریٹک ماڈل کو مسلمان نہیں جانتے۔</w:t>
      </w:r>
    </w:p>
    <w:p>
      <w:r>
        <w:rPr>
          <w:b/>
        </w:rPr>
        <w:t xml:space="preserve">[54:04] </w:t>
      </w:r>
      <w:r>
        <w:t>dekhiye, dono mein farq kya hai?</w:t>
      </w:r>
    </w:p>
    <w:p>
      <w:pPr>
        <w:jc w:val="right"/>
      </w:pPr>
      <w:r>
        <w:t>دیکھیے، دونوں میں فرق کیا ہے؟</w:t>
      </w:r>
    </w:p>
    <w:p>
      <w:r>
        <w:rPr>
          <w:b/>
        </w:rPr>
        <w:t xml:space="preserve">[54:06] </w:t>
      </w:r>
      <w:r>
        <w:t>kingship model jo hai, woh is ka jo equation hai, woh ruler aur ruled ka hai. yani ruler aur ruled ke equation par khara hota hai kingship model.</w:t>
      </w:r>
    </w:p>
    <w:p>
      <w:pPr>
        <w:jc w:val="right"/>
      </w:pPr>
      <w:r>
        <w:t>کنگ شپ ماڈل جو ہے، وہ اس کا جو ایکویشن ہے، وہ رولر اور رولڈ کا ہے۔ یعنی رولر اور رولڈ کے ایکویشن پر کھڑا ہوتا ہے کنگ شپ ماڈل۔</w:t>
      </w:r>
    </w:p>
    <w:p>
      <w:r>
        <w:rPr>
          <w:b/>
        </w:rPr>
        <w:t xml:space="preserve">[54:20] </w:t>
      </w:r>
      <w:r>
        <w:t>lekin democracy mein aisa nahi hai. democracy mein jo equation hai, woh hai people aur representative of people, yani awam aur numaindagan awam.</w:t>
      </w:r>
    </w:p>
    <w:p>
      <w:pPr>
        <w:jc w:val="right"/>
      </w:pPr>
      <w:r>
        <w:t>لیکن ڈیموکریسی میں ایسا نہیں ہے۔ ڈیموکریسی میں جو ایکویشن ہے، وہ ہے پیپل اور ریپریزنٹیٹیو آف پیپل، یعنی عوام اور نمائندگان عوام۔</w:t>
      </w:r>
    </w:p>
    <w:p>
      <w:r>
        <w:rPr>
          <w:b/>
        </w:rPr>
        <w:t xml:space="preserve">[54:32] </w:t>
      </w:r>
      <w:r>
        <w:t>to yeh log nahi jante is baat ko.</w:t>
      </w:r>
    </w:p>
    <w:p>
      <w:pPr>
        <w:jc w:val="right"/>
      </w:pPr>
      <w:r>
        <w:t>تو یہ لوگ نہیں جانتے اس بات کو۔</w:t>
      </w:r>
    </w:p>
    <w:p>
      <w:r>
        <w:rPr>
          <w:b/>
        </w:rPr>
        <w:t xml:space="preserve">[54:35] </w:t>
      </w:r>
      <w:r>
        <w:t>woh samajhte hain ke bas hum ruler hain, woh ruled hain, hum hakim hain, woh mahkoom hain. isi zehan ke sath unhon ne chaha ke hukoomat chalayein, woh aur fail ho gaye.</w:t>
      </w:r>
    </w:p>
    <w:p>
      <w:pPr>
        <w:jc w:val="right"/>
      </w:pPr>
      <w:r>
        <w:t>وہ سمجھتے ہیں کہ بس ہم رولر ہیں، وہ رولڈ ہیں، ہم حاکم ہیں، وہ محکوم ہیں۔ اسی ذہن کے ساتھ انہوں نے چاہا کہ حکومت چلائیں، وہ اور فیل ہو گئے۔</w:t>
      </w:r>
    </w:p>
    <w:p>
      <w:r>
        <w:rPr>
          <w:b/>
        </w:rPr>
        <w:t xml:space="preserve">[54:44] </w:t>
      </w:r>
      <w:r>
        <w:t>woh</w:t>
      </w:r>
    </w:p>
    <w:p>
      <w:pPr>
        <w:jc w:val="right"/>
      </w:pPr>
      <w:r>
        <w:t>وہ</w:t>
      </w:r>
    </w:p>
    <w:p>
      <w:r>
        <w:rPr>
          <w:b/>
        </w:rPr>
        <w:t xml:space="preserve">[54:47] </w:t>
      </w:r>
      <w:r>
        <w:t>main bohat kaafi mein is ko parhta raha hoon, yeh is phenomena ko jo Misr ka jo hai, in logon ka jo model, un ka jo mindset tha, jo un ka, jo un ka,</w:t>
      </w:r>
    </w:p>
    <w:p>
      <w:pPr>
        <w:jc w:val="right"/>
      </w:pPr>
      <w:r>
        <w:t>میں بہت کافی میں اس کو پڑھتا رہا ہوں، یہ اس فیناومینا کو جو مصر کا جو ہے، ان لوگوں کا جو ماڈل، ان کا جو مائنڈ سیٹ تھا، جو ان کا، جو ان کا،</w:t>
      </w:r>
    </w:p>
    <w:p>
      <w:r>
        <w:rPr>
          <w:b/>
        </w:rPr>
        <w:t xml:space="preserve">[55:01] </w:t>
      </w:r>
      <w:r>
        <w:t>jo un ka mindset tha, jo sadiyon se bana hua hai, woh wohi hai. hakim aur mahkoom ke ek equation base karta hai. woh woh jo equation hai ke ek taraf people hain, doosri taraf people ke numaindagan hain, is is ko jante hi nahi.</w:t>
      </w:r>
    </w:p>
    <w:p>
      <w:pPr>
        <w:jc w:val="right"/>
      </w:pPr>
      <w:r>
        <w:t>جو ان کا مائنڈ سیٹ تھا، جو صدیوں سے بنا ہوا ہے، وہ وہی ہے۔ حاکم اور محکوم کے ایک ایکویشن بیس کرتا ہے۔ وہ وہ جو ایکویشن ہے کہ ایک طرف پیپل ہیں، دوسری طرف پیپل کے نمائندگان ہیں، اس اس کو جانتے ہی نہیں۔</w:t>
      </w:r>
    </w:p>
    <w:p>
      <w:r>
        <w:rPr>
          <w:b/>
        </w:rPr>
        <w:t xml:space="preserve">[55:16] </w:t>
      </w:r>
      <w:r>
        <w:t>woh</w:t>
      </w:r>
    </w:p>
    <w:p>
      <w:pPr>
        <w:jc w:val="right"/>
      </w:pPr>
      <w:r>
        <w:t>وہ</w:t>
      </w:r>
    </w:p>
    <w:p>
      <w:r>
        <w:rPr>
          <w:b/>
        </w:rPr>
        <w:t xml:space="preserve">[55:18] </w:t>
      </w:r>
      <w:r>
        <w:t>to opposition ko accept nahi karte. to jab unhon ne jab Bani Israel ka yeh qaul ke "أخطأت أهانًا أخرى" . to main ne kaha ke dekhiye, yeh jante nahi ke democracy mein aap mistake ko afford nahi kar sakte.</w:t>
      </w:r>
    </w:p>
    <w:p>
      <w:pPr>
        <w:jc w:val="right"/>
      </w:pPr>
      <w:r>
        <w:t>تو اپوزیشن کو ایکسیپٹ نہیں کرتے۔ تو جب انہوں نے جب بنی اسرائیل کا یہ قول کہ "أخطأت أهانًا أخرى" ۔ تو میں نے کہا کہ دیکھیے، یہ جانتے نہیں کہ ڈیموکریسی میں آپ مسٹیک کو افورڈ نہیں کر سکتے۔</w:t>
      </w:r>
    </w:p>
    <w:p>
      <w:r>
        <w:rPr>
          <w:b/>
        </w:rPr>
        <w:t xml:space="preserve">[55:32] </w:t>
      </w:r>
      <w:r>
        <w:t>you cannot afford to commit a mistake in democracy. kyun? wahan pe opposition baithi hui hai, woh is woh is intezar mein hai ke aap koi ghalti karein, us ko exploit kare.</w:t>
      </w:r>
    </w:p>
    <w:p>
      <w:pPr>
        <w:jc w:val="right"/>
      </w:pPr>
      <w:r>
        <w:t>You cannot afford to commit a mistake in democracy. کیوں؟ وہاں پہ اپوزیشن بیٹھی ہوئی ہے، وہ اس وہ اس انتظار میں ہے کہ آپ کوئی غلطی کریں، اس کو ایکسپلائٹ کرے۔</w:t>
      </w:r>
    </w:p>
    <w:p>
      <w:r>
        <w:rPr>
          <w:b/>
        </w:rPr>
        <w:t xml:space="preserve">[55:42] </w:t>
      </w:r>
      <w:r>
        <w:t>woh</w:t>
      </w:r>
    </w:p>
    <w:p>
      <w:pPr>
        <w:jc w:val="right"/>
      </w:pPr>
      <w:r>
        <w:t>وہ</w:t>
      </w:r>
    </w:p>
    <w:p>
      <w:r>
        <w:rPr>
          <w:b/>
        </w:rPr>
        <w:t xml:space="preserve">[55:45] </w:t>
      </w:r>
      <w:r>
        <w:t>democracy mein hamesha ek opposition hoti hai jo is intezar mein rehti hai ke aap koi opposition, ke aap koi ghalti karein, woh us ko exploit kare.</w:t>
      </w:r>
    </w:p>
    <w:p>
      <w:pPr>
        <w:jc w:val="right"/>
      </w:pPr>
      <w:r>
        <w:t>ڈیموکریسی میں ہمیشہ ایک اپوزیشن ہوتی ہے جو اس انتظار میں رہتی ہے کہ آپ کوئی اپوزیشن، کہ آپ کوئی غلطی کریں، وہ اس کو ایکسپلائٹ کرے۔</w:t>
      </w:r>
    </w:p>
    <w:p>
      <w:r>
        <w:rPr>
          <w:b/>
        </w:rPr>
        <w:t xml:space="preserve">[55:55] </w:t>
      </w:r>
      <w:r>
        <w:t>kyun? us ko agle term mein us ko jeetna hai election. kingship nahi hai ke jo badshah ho, butt ke gaya to 50 baras akela wohi badshahi karta rahega.</w:t>
      </w:r>
    </w:p>
    <w:p>
      <w:pPr>
        <w:jc w:val="right"/>
      </w:pPr>
      <w:r>
        <w:t>کیوں؟ اس کو اگلے ٹرم میں اس کو جیتنا ہے الیکشن۔ کنگ شپ نہیں ہے کہ جو بادشاہ ہو، بٹ کے گیا تو 50 برس اکیلا وہی بادشاہی کرتا رہے گا۔</w:t>
      </w:r>
    </w:p>
    <w:p>
      <w:r>
        <w:rPr>
          <w:b/>
        </w:rPr>
        <w:t xml:space="preserve">[56:05] </w:t>
      </w:r>
      <w:r>
        <w:t>democracy mein to char baras, panch baras mein badalti hai hukoomat. to opposition ko agle election us ke samne hota hai,</w:t>
      </w:r>
    </w:p>
    <w:p>
      <w:pPr>
        <w:jc w:val="right"/>
      </w:pPr>
      <w:r>
        <w:t>ڈیموکریسی میں تو چار سال، پانچ سال میں بدلتی ہے حکومت۔ تو اپوزیشن کو اگلے الیکشن اس کے سامنے ہوتا ہے،</w:t>
      </w:r>
    </w:p>
    <w:p>
      <w:r>
        <w:rPr>
          <w:b/>
        </w:rPr>
        <w:t xml:space="preserve">[56:14] </w:t>
      </w:r>
      <w:r>
        <w:t>agley election ke liye us ko maidan hamwar karna hai. to ruling party ko bohat ziyada mohtat rehna chahiye ke aisi koi ghalti woh na kare jis ko opposition exploit kar sake.</w:t>
      </w:r>
    </w:p>
    <w:p>
      <w:pPr>
        <w:jc w:val="right"/>
      </w:pPr>
      <w:r>
        <w:t>اگلے الیکشن کے لیے اس کو میدان ہموار کرنا ہے۔ تو رولنگ پارٹی کو بہت زیادہ محتاط رہنا چاہیے کہ ایسی کوئی غلطی وہ نہ کرے جس کو اپوزیشن ایکسپلائٹ کر سکے۔</w:t>
      </w:r>
    </w:p>
    <w:p>
      <w:r>
        <w:rPr>
          <w:b/>
        </w:rPr>
        <w:t xml:space="preserve">[56:25] </w:t>
      </w:r>
      <w:r>
        <w:t>yeh sab kiya doctor murshi sahib ne. to ab unhon ne jo jo ek baat aur main arz karunga ke is mein western countries ki ghalti yeh hai ke unhon ne Arab dunya mein democracy ko export karna chaha,</w:t>
      </w:r>
    </w:p>
    <w:p>
      <w:pPr>
        <w:jc w:val="right"/>
      </w:pPr>
      <w:r>
        <w:t>یہ سب کیا ڈاکٹر مرشی صاحب نے۔ تو اب انہوں نے جو جو ایک بات اور میں عرض کروں گا کہ اس میں ویسٹرن کنٹریز کی غلطی یہ ہے کہ انہوں نے عرب دنیا میں ڈیموکریسی کو ایکسپورٹ کرنا چاہا،</w:t>
      </w:r>
    </w:p>
    <w:p>
      <w:r>
        <w:rPr>
          <w:b/>
        </w:rPr>
        <w:t xml:space="preserve">[56:43] </w:t>
      </w:r>
      <w:r>
        <w:t>jis ko kehte thay woh Arab Spring. Arab Spring matlab tha ke western tribe ki democracy jo hai, us ko export kar ke laya jaye Arab mein.</w:t>
      </w:r>
    </w:p>
    <w:p>
      <w:pPr>
        <w:jc w:val="right"/>
      </w:pPr>
      <w:r>
        <w:t>جس کو کہتے تھے وہ عرب اسپرنگ۔ عرب اسپرنگ مطلب تھا کہ ویسٹرن ٹرائب کی ڈیموکریسی جو ہے، اس کو ایکسپورٹ کر کے لایا جائے عرب میں۔</w:t>
      </w:r>
    </w:p>
    <w:p>
      <w:r>
        <w:rPr>
          <w:b/>
        </w:rPr>
        <w:t xml:space="preserve">[56:53] </w:t>
      </w:r>
      <w:r>
        <w:t>lekin un ki ghalati yeh thi ke woh jante nahi the ke arab mind jo hai, us ko accept karne ki tayari nahi. arbon ki jo training hai, un ka jo education hai, woh democracy pe base hi nahi karti.</w:t>
      </w:r>
    </w:p>
    <w:p>
      <w:pPr>
        <w:jc w:val="right"/>
      </w:pPr>
      <w:r>
        <w:t>لیکن ان کی غلطی یہ تھی کہ وہ جانتے نہیں تھے کہ عرب مائنڈ جو ہے، اس کو ایکسیپٹ کرنے کی تیاری نہیں۔ عربوں کی جو ٹریننگ ہے، ان کا جو ایجوکیشن ہے، وہ ڈیموکریسی پہ بیس ہی نہیں کرتی۔</w:t>
      </w:r>
    </w:p>
    <w:p>
      <w:r>
        <w:rPr>
          <w:b/>
        </w:rPr>
        <w:t xml:space="preserve">[57:05] </w:t>
      </w:r>
      <w:r>
        <w:t>woh to kingship model par jee rahe hain aaj tak.</w:t>
      </w:r>
    </w:p>
    <w:p>
      <w:pPr>
        <w:jc w:val="right"/>
      </w:pPr>
      <w:r>
        <w:t>وہ تو کنگ شپ ماڈل پر جی رہے ہیں آج تک۔</w:t>
      </w:r>
    </w:p>
    <w:p>
      <w:r>
        <w:rPr>
          <w:b/>
        </w:rPr>
        <w:t xml:space="preserve">[57:09] </w:t>
      </w:r>
      <w:r>
        <w:t>yani arab dunya jo hai, woh aaj tak kingship model ko liye hue hai. democratic model se woh woh familiar nahi hain.</w:t>
      </w:r>
    </w:p>
    <w:p>
      <w:pPr>
        <w:jc w:val="right"/>
      </w:pPr>
      <w:r>
        <w:t>یعنی عرب دنیا جو ہے، وہ آج تک کنگ شپ ماڈل کو لیے ہوئی ہے۔ ڈیموکریٹک ماڈل سے وہ وہ فیملیئر نہیں ہیں۔</w:t>
      </w:r>
    </w:p>
    <w:p>
      <w:r>
        <w:rPr>
          <w:b/>
        </w:rPr>
        <w:t xml:space="preserve">[57:20] </w:t>
      </w:r>
      <w:r>
        <w:t>to un logon ne chaha ke woh nahi, nahi, yani western mind ki democracy ko, western type ki democracy ko export karen.</w:t>
      </w:r>
    </w:p>
    <w:p>
      <w:pPr>
        <w:jc w:val="right"/>
      </w:pPr>
      <w:r>
        <w:t>تو ان لوگوں نے چاہا کہ وہ نہیں، نہیں، یعنی ویسٹرن مائنڈ کی ڈیموکریسی کو، ویسٹرن ٹائپ کی ڈیموکریسی کو ایکسپورٹ کریں۔</w:t>
      </w:r>
    </w:p>
    <w:p>
      <w:r>
        <w:rPr>
          <w:b/>
        </w:rPr>
        <w:t xml:space="preserve">[57:30] </w:t>
      </w:r>
      <w:r>
        <w:t>to woh export nahi ho saki. woh woh revolt kar diya. bhai, yeh yeh hai sara qissa misr ka.</w:t>
      </w:r>
    </w:p>
    <w:p>
      <w:pPr>
        <w:jc w:val="right"/>
      </w:pPr>
      <w:r>
        <w:t>تو وہ ایکسپورٹ نہیں ہو سکی۔ وہ وہ ریولٹ کر دیا۔ بھئی، یہ یہ ہے سارا قصہ مصر کا۔</w:t>
      </w:r>
    </w:p>
    <w:p>
      <w:r>
        <w:rPr>
          <w:b/>
        </w:rPr>
        <w:t xml:space="preserve">[57:38] </w:t>
      </w:r>
      <w:r>
        <w:t>maulana, agla sawal doctor safina tabassum ka hai, ajmer se. unhon ne likha hai: "maulana, how can we confirm to ourselves that we have discovered the role meant for us by god?" is ke bare mein bataen.</w:t>
      </w:r>
    </w:p>
    <w:p>
      <w:pPr>
        <w:jc w:val="right"/>
      </w:pPr>
      <w:r>
        <w:t>مولانا، اگلا سوال ڈاکٹر سفینہ تبسم کا ہے، اجمیر سے۔ انہوں نے لکھا ہے: "مولانا، हाउ कैन वी कन्फर्म टू आवर सेल्व्स दैट वी हैव डिस्कवर्ड द रोल मेंट फॉर अस बाय गॉड?" اس کے بارے میں بتائیں۔</w:t>
      </w:r>
    </w:p>
    <w:p>
      <w:r>
        <w:rPr>
          <w:b/>
        </w:rPr>
        <w:t xml:space="preserve">[57:54] </w:t>
      </w:r>
      <w:r>
        <w:t>bhai, aap ki jo discovery hai, agar woh yani quran confirm kar raha ho is ka, to aap yaqeen kar lijiyega ke yeh yahi yahi sachai hai.</w:t>
      </w:r>
    </w:p>
    <w:p>
      <w:pPr>
        <w:jc w:val="right"/>
      </w:pPr>
      <w:r>
        <w:t>بھئی، آپ کی جو ڈسکوری ہے، اگر وہ یعنی قرآن کنفرم کر رہا ہو اس کا، تو آپ یقین کر لیجئے کہ یہ یہی یہی سچائی ہے۔</w:t>
      </w:r>
    </w:p>
    <w:p>
      <w:r>
        <w:rPr>
          <w:b/>
        </w:rPr>
        <w:t xml:space="preserve">[58:07] </w:t>
      </w:r>
      <w:r>
        <w:t>yani aap jis cheez ko islam samajhte hain, jab quran ko padhen aur quran confirm kare aap ki soch ko, to main samajhta hoon ke yeh kafi hai yaqeen karne ke liye.</w:t>
      </w:r>
    </w:p>
    <w:p>
      <w:pPr>
        <w:jc w:val="right"/>
      </w:pPr>
      <w:r>
        <w:t>یعنی آپ جس چیز کو اسلام سمجھتے ہیں، جب قرآن کو پڑھیں اور قرآن کنفرم کرے آپ کی سوچ کو، تو میں سمجھتا ہوں کہ یہ کافی ہے یقین کرنے کے لیے۔</w:t>
      </w:r>
    </w:p>
    <w:p>
      <w:r>
        <w:rPr>
          <w:b/>
        </w:rPr>
        <w:t xml:space="preserve">[58:19] </w:t>
      </w:r>
      <w:r>
        <w:t>yeh yeh jaise aaj main ne jo baat kahi, aap quran ko padhiye to jab aap pohnchenge yahan pe "alsalato khairun"</w:t>
      </w:r>
    </w:p>
    <w:p>
      <w:pPr>
        <w:jc w:val="right"/>
      </w:pPr>
      <w:r>
        <w:t>یہ یہ جیسے آج میں نے جو بات کہی، آپ قرآن کو پڑھیے تو جب آپ پہنچیں گے یہاں پہ "الصلوۃ الخیر از دا بیسٹ"</w:t>
      </w:r>
    </w:p>
    <w:p>
      <w:r>
        <w:rPr>
          <w:b/>
        </w:rPr>
        <w:t xml:space="preserve">[58:30] </w:t>
      </w:r>
      <w:r>
        <w:t>. to kya quran confirm kar raha hai is ko? to bhai, yeh yaqeen ke liye kafi hai ke peaceful ideology hi quran ki ideology hai.</w:t>
      </w:r>
    </w:p>
    <w:p>
      <w:pPr>
        <w:jc w:val="right"/>
      </w:pPr>
      <w:r>
        <w:t>۔ تو کیا قرآن کنفرم کر رہا ہے اس کو؟ تو بھئی، یہ یقین کے لیے کافی ہے کہ پیس فل آئیڈیالوجی ہی قرآن کی آئیڈیالوجی ہے۔</w:t>
      </w:r>
    </w:p>
    <w:p>
      <w:r>
        <w:rPr>
          <w:b/>
        </w:rPr>
        <w:t xml:space="preserve">[58:41] </w:t>
      </w:r>
      <w:r>
        <w:t>to asal tareeqa yeh hai ke har aadmi ko chahiye ke woh quran ko is niyat se, is dua se ke sath padhe, as z tak ke quran ka khud ka mission khud khud kya keh raha hai.</w:t>
      </w:r>
    </w:p>
    <w:p>
      <w:pPr>
        <w:jc w:val="right"/>
      </w:pPr>
      <w:r>
        <w:t>تو اصل طریقہ یہ ہے کہ ہر آدمی کو چاہیے کہ وہ قرآن کو اس نیت سے، اس دعا سے کے ساتھ پڑھے، ایس زیڈ تک کہ قرآن کا خود کا مشن خود خود کیا کہہ رہا ہے۔</w:t>
      </w:r>
    </w:p>
    <w:p>
      <w:r>
        <w:rPr>
          <w:b/>
        </w:rPr>
        <w:t xml:space="preserve">[58:58] </w:t>
      </w:r>
      <w:r>
        <w:t>khud ka quran khud yani kya message de raha hai? to agar aap is niyat se, is dua ke sath padhenge to sari baat apne aap khul jayegi.</w:t>
      </w:r>
    </w:p>
    <w:p>
      <w:pPr>
        <w:jc w:val="right"/>
      </w:pPr>
      <w:r>
        <w:t>خود کا قرآن خود یعنی کیا میسج دے رہا ہے؟ تو اگر آپ اس نیت سے، اس دعا کے ساتھ پڑھیں گے تو ساری بات اپنے آپ کھل جائے گی۔</w:t>
      </w:r>
    </w:p>
    <w:p>
      <w:r>
        <w:rPr>
          <w:b/>
        </w:rPr>
        <w:t xml:space="preserve">[59:11] </w:t>
      </w:r>
      <w:r>
        <w:t>main ne yahi kiya hai allah ke fazl se. apne zehn ko main bilkul empty mind ho kar main ne quran ko padha aur quran mein jo baat mujhe mili, woh us ko main ne ikhtiyar kar liya, without any bias, without any precondition.</w:t>
      </w:r>
    </w:p>
    <w:p>
      <w:pPr>
        <w:jc w:val="right"/>
      </w:pPr>
      <w:r>
        <w:t>میں نے یہی کیا ہے اللہ کے فضل سے۔ اپنے ذہن کو میں بالکل ایمپٹی مائنڈ ہو کر میں نے قرآن کو پڑھا اور قرآن میں جو بات مجھے ملی، وہ اس کو میں نے اختیار کر لیا، ودا آؤٹ اینی باعث، ودا آؤٹ اینی پری کنڈیشن۔</w:t>
      </w:r>
    </w:p>
    <w:p>
      <w:r>
        <w:rPr>
          <w:b/>
        </w:rPr>
        <w:t xml:space="preserve">[59:26] </w:t>
      </w:r>
      <w:r>
        <w:t>to aap bhi yahi kar lijiyega.</w:t>
      </w:r>
    </w:p>
    <w:p>
      <w:pPr>
        <w:jc w:val="right"/>
      </w:pPr>
      <w:r>
        <w:t>تو آپ بھی یہی کر لیجئے۔</w:t>
      </w:r>
    </w:p>
    <w:p>
      <w:r>
        <w:rPr>
          <w:b/>
        </w:rPr>
        <w:t xml:space="preserve">[59:31] </w:t>
      </w:r>
      <w:r>
        <w:t>maulana, agla sawal khurram qureshi sahib ka hai, calicut se. unhon ne likha hai: "during earlier times, sahaba went to war with persian and byzantine empire.</w:t>
      </w:r>
    </w:p>
    <w:p>
      <w:pPr>
        <w:jc w:val="right"/>
      </w:pPr>
      <w:r>
        <w:t>مولانا، اگلا سوال خرم قریشی صاحب کا ہے، کیلی کٹ سے۔ انہوں نے لکھا ہے: "During earlier times, Sahaba went to war with Persian and Byzantine Empire.</w:t>
      </w:r>
    </w:p>
    <w:p>
      <w:r>
        <w:rPr>
          <w:b/>
        </w:rPr>
        <w:t xml:space="preserve">[59:42] </w:t>
      </w:r>
      <w:r>
        <w:t>i understand that it was to remove the structure where there was no freedom to choose for its people. maulana, my question is that why did they not apply the principle that you mentioned today, that war is an unending vicious cycle?"</w:t>
      </w:r>
    </w:p>
    <w:p>
      <w:pPr>
        <w:jc w:val="right"/>
      </w:pPr>
      <w:r>
        <w:t>I understand that it was to remove the structure where there was no freedom to choose for its people. مولانا، my question is that why did they not apply the principle that you mentioned today, that war is an unending vicious cycle?"</w:t>
      </w:r>
    </w:p>
    <w:p>
      <w:r>
        <w:rPr>
          <w:b/>
        </w:rPr>
        <w:t xml:space="preserve">[1:00:08] </w:t>
      </w:r>
      <w:r>
        <w:t>nahi, aisa nahi hua. wahan pe hua, yani aap ko maloom hai ke jo woh tha, woh jo tha, jo heraclius jo tha, wahan ka jo aakhri badshah, woh bhag kar gaya constantinople mein.</w:t>
      </w:r>
    </w:p>
    <w:p>
      <w:pPr>
        <w:jc w:val="right"/>
      </w:pPr>
      <w:r>
        <w:t>نہیں، ایسا نہیں ہوا۔ وہاں پہ ہوا، یعنی آپ کو معلوم ہے کہ جو وہ تھا، وہ جو تھا، جو ہیکلیاس جو تھا، وہاں کا جو آخری بادشاہ، وہ بھاگ کر گیا کانسٹنٹینیپل میں۔</w:t>
      </w:r>
    </w:p>
    <w:p>
      <w:r>
        <w:rPr>
          <w:b/>
        </w:rPr>
        <w:t xml:space="preserve">[1:00:26] </w:t>
      </w:r>
      <w:r>
        <w:t>wahan par us ne planning ki aur bohat dinon ke baad woh mukammal hui, woh fateh muhammad al fateh ke zamane mein hui.</w:t>
      </w:r>
    </w:p>
    <w:p>
      <w:pPr>
        <w:jc w:val="right"/>
      </w:pPr>
      <w:r>
        <w:t>وہاں پر اس نے پلاننگ کی اور بہت دنوں کے بعد وہ مکمل ہوئی، وہ فتح محمد الفاتح کے زمانے میں ہوئی۔</w:t>
      </w:r>
    </w:p>
    <w:p>
      <w:r>
        <w:rPr>
          <w:b/>
        </w:rPr>
        <w:t xml:space="preserve">[1:00:37] </w:t>
      </w:r>
      <w:r>
        <w:t>lekin yahan pe ek baat bhi yeh add karunga ke is is waqeye ko, yani jo wahan hua, sassani empire ka khatma aur roman empire ka khatma, is ko main ne bohat tafseel se likha hai apni kitab mein jo abhi chhap rahi hai,</w:t>
      </w:r>
    </w:p>
    <w:p>
      <w:pPr>
        <w:jc w:val="right"/>
      </w:pPr>
      <w:r>
        <w:t>لیکن یہاں پہ ایک بات بھی یہ ایڈ کروں گا کہ اس اس واقعے کو، یعنی جو وہاں ہوا، سیسانی ایمپائر کا خاتمہ اور رومن ایمپائر کا خاتمہ، اس کو میں نے بہت تفصیل سے لکھا ہے اپنی کتاب میں جو ابھی چھپ رہی ہے،</w:t>
      </w:r>
    </w:p>
    <w:p>
      <w:r>
        <w:rPr>
          <w:b/>
        </w:rPr>
        <w:t xml:space="preserve">[1:00:52] </w:t>
      </w:r>
      <w:r>
        <w:t>islam padri sadi mein, ke woh woh ek woh ek divine plan tha. woh yani everything was everything was managed by god almighty.</w:t>
      </w:r>
    </w:p>
    <w:p>
      <w:pPr>
        <w:jc w:val="right"/>
      </w:pPr>
      <w:r>
        <w:t>اسلام پدری صدی میں، کہ وہ وہ ایک وہ ایک ڈیوائن پلان تھا۔ وہ یعنی everything was everything was managed by گاڈ المائٹی۔</w:t>
      </w:r>
    </w:p>
    <w:p>
      <w:r>
        <w:rPr>
          <w:b/>
        </w:rPr>
        <w:t xml:space="preserve">[1:01:06] </w:t>
      </w:r>
      <w:r>
        <w:t>is mein musalmanon ka role to sirf yani asal nahi tha, balke asal role is mein is mein farishton ka tha. aur allah taala ka main ne is mein bataya hai aap ko ke allah taala ki yeh jo dunya banai hai, woh freedom pe base karti hai.</w:t>
      </w:r>
    </w:p>
    <w:p>
      <w:pPr>
        <w:jc w:val="right"/>
      </w:pPr>
      <w:r>
        <w:t>اس میں مسلمانوں کا رول تو صرف یعنی اصل نہیں تھا، بلکہ اصل رول اس میں اس میں فرشتوں کا تھا۔ اور اللہ تعالیٰ کا میں نے اس میں بتایا ہے آپ کو کہ اللہ تعالیٰ کی یہ جو دنیا بنائی ہے، وہ فریڈم پہ بیس کرتی ہے۔</w:t>
      </w:r>
    </w:p>
    <w:p>
      <w:r>
        <w:rPr>
          <w:b/>
        </w:rPr>
        <w:t xml:space="preserve">[1:01:26] </w:t>
      </w:r>
      <w:r>
        <w:t>yani allah taala ko yeh manzoor hai ke har aadmi ko azadi ho, freedom of choice mila hua ho.</w:t>
      </w:r>
    </w:p>
    <w:p>
      <w:pPr>
        <w:jc w:val="right"/>
      </w:pPr>
      <w:r>
        <w:t>یعنی اللہ تعالیٰ کو یہ منظور ہے کہ ہر آدمی کو آزادی ہو، فریڈم آف چوائس ملا ہوا ہو۔</w:t>
      </w:r>
    </w:p>
    <w:p>
      <w:r>
        <w:rPr>
          <w:b/>
        </w:rPr>
        <w:t xml:space="preserve">[1:01:32] </w:t>
      </w:r>
      <w:r>
        <w:t>to yeh yeh sunnat allah hai ke jab bhi koi yani aisa kare ke khuda ke is is plan ko jeopardize kare, woh ke insaan ko freedom chheen le, woh freedom of choice na rehne de, to wahan allah taala intervene karte hain.</w:t>
      </w:r>
    </w:p>
    <w:p>
      <w:pPr>
        <w:jc w:val="right"/>
      </w:pPr>
      <w:r>
        <w:t>تو یہ یہ سنت اللہ ہے کہ جب بھی کوئی یعنی ایسا کرے کہ خدا کے اس اس پلان کو جبرٹائز کرے، وہ کہ انسان کو فریڈم چھین لے، وہ فریڈم آف چوائس نہ رہنے دے، تو وہاں اللہ تعالیٰ انٹروین کرتے ہیں۔</w:t>
      </w:r>
    </w:p>
    <w:p>
      <w:r>
        <w:rPr>
          <w:b/>
        </w:rPr>
        <w:t xml:space="preserve">[1:01:51] </w:t>
      </w:r>
      <w:r>
        <w:t>to</w:t>
      </w:r>
    </w:p>
    <w:p>
      <w:pPr>
        <w:jc w:val="right"/>
      </w:pPr>
      <w:r>
        <w:t>تو</w:t>
      </w:r>
    </w:p>
    <w:p>
      <w:r>
        <w:rPr>
          <w:b/>
        </w:rPr>
        <w:t xml:space="preserve">[1:01:54] </w:t>
      </w:r>
      <w:r>
        <w:t>aise waqiyat hain history mein jab ke khuda ne intervene kiya, to woh intervention tha taake yeh taake woh khatam ho, religious persecution aur insaan ko azadi mil jaye.</w:t>
      </w:r>
    </w:p>
    <w:p>
      <w:pPr>
        <w:jc w:val="right"/>
      </w:pPr>
      <w:r>
        <w:t>ایسے واقعات ہیں ہسٹری میں جب کہ خدا نے انٹروین کیا، تو وہ انٹروینشن تھا تاکہ یہ تاکہ وہ ختم ہو، ریلیجس پرسیکیوشن اور انسان کو آزادی مل جائے۔</w:t>
      </w:r>
    </w:p>
    <w:p>
      <w:r>
        <w:rPr>
          <w:b/>
        </w:rPr>
        <w:t xml:space="preserve">[1:02:07] </w:t>
      </w:r>
      <w:r>
        <w:t>aise hi waqea baisveen sadi mein hua hai, rashan yaani communist empire ke sath. communist empire jo thi, us ne bhi insan se freedom chheen li thi, freedom of choice.</w:t>
      </w:r>
    </w:p>
    <w:p>
      <w:pPr>
        <w:jc w:val="right"/>
      </w:pPr>
      <w:r>
        <w:t>ایسے ہی واقعہ بیسویں صدی میں ہوا ہے، رشن یعنی کمیونسٹ ایمپائر کے ساتھ۔ کمیونسٹ ایمپائر جو تھی، اس نے بھی انسان سے فریڈم چھین لی تھی، فریڈم آف چوائس۔</w:t>
      </w:r>
    </w:p>
    <w:p>
      <w:r>
        <w:rPr>
          <w:b/>
        </w:rPr>
        <w:t xml:space="preserve">[1:02:22] </w:t>
      </w:r>
      <w:r>
        <w:t>to main samajhta hoon ke jo rashan communist empire jab toota, that was due to divine intervention. aisa nahi ke kisi America ne tod diya us ko.</w:t>
      </w:r>
    </w:p>
    <w:p>
      <w:pPr>
        <w:jc w:val="right"/>
      </w:pPr>
      <w:r>
        <w:t>تو میں سمجھتا ہوں کہ جو رشن کمیونسٹ ایمپائر جب ٹوٹا، دیٹ واز ڈیو ٹو ڈیوائن انٹروینشن۔ ایسا نہیں کہ کسی امریکہ نے توڑ دیا اس کو۔</w:t>
      </w:r>
    </w:p>
    <w:p>
      <w:r>
        <w:rPr>
          <w:b/>
        </w:rPr>
        <w:t xml:space="preserve">[1:02:34] </w:t>
      </w:r>
      <w:r>
        <w:t>Allah taala ka manzoor nahi tha ke koi freedom of freedom freedom ko abalish karay. yeh Allah taala ka manzoor nahi, kyunke woh kisi planet ko in in undo karne ke barabar hai.</w:t>
      </w:r>
    </w:p>
    <w:p>
      <w:pPr>
        <w:jc w:val="right"/>
      </w:pPr>
      <w:r>
        <w:t>اللہ تعالیٰ کا منظور نہیں تھا کہ کوئی فریڈم آف فریڈم فریڈم کو ابالش کرے۔ یہ اللہ تعالیٰ کا منظور نہیں، کیونکہ وہ کسی پلانٹ کو ان ان ڈو کرنے کے برابر ہے۔</w:t>
      </w:r>
    </w:p>
    <w:p>
      <w:r>
        <w:rPr>
          <w:b/>
        </w:rPr>
        <w:t xml:space="preserve">[1:02:47] </w:t>
      </w:r>
      <w:r>
        <w:t>woh</w:t>
      </w:r>
    </w:p>
    <w:p>
      <w:pPr>
        <w:jc w:val="right"/>
      </w:pPr>
      <w:r>
        <w:t>وہ</w:t>
      </w:r>
    </w:p>
    <w:p>
      <w:r>
        <w:rPr>
          <w:b/>
        </w:rPr>
        <w:t xml:space="preserve">[1:02:49] </w:t>
      </w:r>
      <w:r>
        <w:t>to qadeem jo kingship jo thi, woh us ne azadi ko abalish kar sakta kar diya tha. is liye Allah taala ne chaha ke kingship ka zamana khatam ho.</w:t>
      </w:r>
    </w:p>
    <w:p>
      <w:pPr>
        <w:jc w:val="right"/>
      </w:pPr>
      <w:r>
        <w:t>تو قدیم جو کنگ شپ جو تھی، وہ اس نے آزادی کو ابالش کر سکتا کر کر دیا تھا۔ اس لیے اللہ تعالیٰ نے چاہا کہ کنگ شپ کا زمانہ ختم ہو۔</w:t>
      </w:r>
    </w:p>
    <w:p>
      <w:r>
        <w:rPr>
          <w:b/>
        </w:rPr>
        <w:t xml:space="preserve">[1:02:59] </w:t>
      </w:r>
      <w:r>
        <w:t>wohi zamane mein communist empire ne azadi ko khatam kar diya tha, to us ko Allah taala ne tod diya. to is tarah ke waqeat jo hain, us ko aap simple tareeqay se nahi samajh sakte.</w:t>
      </w:r>
    </w:p>
    <w:p>
      <w:pPr>
        <w:jc w:val="right"/>
      </w:pPr>
      <w:r>
        <w:t>وہی زمانے میں کمیونسٹ ایمپائر نے آزادی کو ختم کر دیا تھا، تو اس کو اللہ تعالیٰ نے توڑ دیا۔ تو اس طرح کے واقعات جو ہیں، اس کو آپ سمپل طریقے سے نہیں سمجھ سکتے۔</w:t>
      </w:r>
    </w:p>
    <w:p>
      <w:r>
        <w:rPr>
          <w:b/>
        </w:rPr>
        <w:t xml:space="preserve">[1:03:10] </w:t>
      </w:r>
      <w:r>
        <w:t>us ko manna parega ke that was due to divine intervention.</w:t>
      </w:r>
    </w:p>
    <w:p>
      <w:pPr>
        <w:jc w:val="right"/>
      </w:pPr>
      <w:r>
        <w:t>اس کو ماننا پڑے گا کہ دیٹ واز ڈیو ٹو ڈیوائن انٹروینشن۔</w:t>
      </w:r>
    </w:p>
    <w:p>
      <w:r>
        <w:rPr>
          <w:b/>
        </w:rPr>
        <w:t xml:space="preserve">[1:03:15] </w:t>
      </w:r>
      <w:r>
        <w:t>yeh maine apni is kitab mein jo abhi chhap rahi hai, meri is mein tafseel ke sath maine is ko discuss kiya hai. Maulana, Dhampur se Mehtab Ahmed sahib ne aap se poocha hai ek hadith ke baray mein.</w:t>
      </w:r>
    </w:p>
    <w:p>
      <w:pPr>
        <w:jc w:val="right"/>
      </w:pPr>
      <w:r>
        <w:t>یہ میں نے اپنی اس کتاب میں جو ابھی چھپ رہی ہے، میری اس میں تفصیل کے ساتھ میں نے اس کو ڈسکس کیا ہے۔ مولانا، دھامپور سے مہتاب احمد صاحب نے آپ سے پوچھا ہے ایک حدیث کے بارے میں۔</w:t>
      </w:r>
    </w:p>
    <w:p>
      <w:r>
        <w:rPr>
          <w:b/>
        </w:rPr>
        <w:t xml:space="preserve">[1:03:28] </w:t>
      </w:r>
      <w:r>
        <w:t>unhon ne likha hai: "ek hadith hai ke tum mein woh log achhay hain jo apne ghar walon ke sath achhay hain." woh chahte hain ke aap is ki wazahat karen.</w:t>
      </w:r>
    </w:p>
    <w:p>
      <w:pPr>
        <w:jc w:val="right"/>
      </w:pPr>
      <w:r>
        <w:t>انہوں نے لکھا ہے: "एक हदीस है कि तुम में وہ لوگ اچھے ہیں جو اپنے گھر والوں کے ساتھ اچھے ہیں۔" وہ چاہتے ہیں کہ آپ اس کی وضاحت کریں۔</w:t>
      </w:r>
    </w:p>
    <w:p>
      <w:r>
        <w:rPr>
          <w:b/>
        </w:rPr>
        <w:t xml:space="preserve">[1:03:41] </w:t>
      </w:r>
      <w:r>
        <w:t>haan khairukum khairukum li ahli wa ali khairukum li ahli ke tum mein achha woh hai jo apne ghar walon ke liye achha hai, aur main apne ghar walon ke liye achha hoon.</w:t>
      </w:r>
    </w:p>
    <w:p>
      <w:pPr>
        <w:jc w:val="right"/>
      </w:pPr>
      <w:r>
        <w:t>ہاں خیرکم خیرکم لاہلہ وعلی خیرکم لاہلی کہ تم میں اچھا وہ ہے جو اپنے گھر والوں کے لیے اچھا ہے، اور میں اپنے گھر والوں کے لیے اچھا ہوں۔</w:t>
      </w:r>
    </w:p>
    <w:p>
      <w:r>
        <w:rPr>
          <w:b/>
        </w:rPr>
        <w:t xml:space="preserve">[1:03:55] </w:t>
      </w:r>
      <w:r>
        <w:t>to ghar walay jo hain, woh gaya hamare liye sab se nearest paper hai. hamare liye woh</w:t>
      </w:r>
    </w:p>
    <w:p>
      <w:pPr>
        <w:jc w:val="right"/>
      </w:pPr>
      <w:r>
        <w:t>تو گھر والے جو ہیں، وہ گیا ہمارے لیے سب سے نیرسٹ پیپر ہے۔ ہمارے لیے وہ</w:t>
      </w:r>
    </w:p>
    <w:p>
      <w:r>
        <w:rPr>
          <w:b/>
        </w:rPr>
        <w:t xml:space="preserve">[1:04:04] </w:t>
      </w:r>
      <w:r>
        <w:t>humein jo jo is dunya mein paper diya gaya hai, nearest test hai. to is mein ghar walay hotay hain. yeh dunya mein poori zindagi hamari test hai, poori zindagi sab kuch hai.</w:t>
      </w:r>
    </w:p>
    <w:p>
      <w:pPr>
        <w:jc w:val="right"/>
      </w:pPr>
      <w:r>
        <w:t>ہمیں جو جو اس دنیا میں پیپر دیا گیا ہے، نیرسٹ ٹیسٹ ہے۔ تو اس میں گھر والے ہوتے ہیں۔ یہ دنیا میں پوری زندگی ہماری ٹیسٹ ہے، پوری زندگی سب کچھ ہے۔</w:t>
      </w:r>
    </w:p>
    <w:p>
      <w:r>
        <w:rPr>
          <w:b/>
        </w:rPr>
        <w:t xml:space="preserve">[1:04:16] </w:t>
      </w:r>
      <w:r>
        <w:t>hum yahan baithe hain, yeh bhi test hai ke hum kaise bolte hain aur kaise suntay hain, yeh bhi test hai. to poori zindagi yaad rakhiye, yaani pedaish se maut tak insan ki woh test hoti hai.</w:t>
      </w:r>
    </w:p>
    <w:p>
      <w:pPr>
        <w:jc w:val="right"/>
      </w:pPr>
      <w:r>
        <w:t>ہم یہاں بیٹھے ہیں، یہ بھی ٹیسٹ ہے کہ ہم کیسے بولتے ہیں اور کیسے سنتے ہیں، یہ بھی ٹیسٹ ہے۔ تو پوری زندگی یاد رکھیے، یعنی پیدائش سے موت تک انسان کی وہ ٹیسٹ ہوتی ہے۔</w:t>
      </w:r>
    </w:p>
    <w:p>
      <w:r>
        <w:rPr>
          <w:b/>
        </w:rPr>
        <w:t xml:space="preserve">[1:04:33] </w:t>
      </w:r>
      <w:r>
        <w:t>to test ka sab se pehla maidan ghar hi to hai. woh sab se pehla maidan jis mein subah shaam rehta hai aadmi, woh ghar hai. to aadmi ko sabit karna parta hai ke woh ghar mein kaisa hai.</w:t>
      </w:r>
    </w:p>
    <w:p>
      <w:pPr>
        <w:jc w:val="right"/>
      </w:pPr>
      <w:r>
        <w:t>تو ٹیسٹ کا سب سے پہلا میدان گھر ہی تو ہے۔ وہ سب سے پہلا میدان جس میں صبح شام رہتا ہے آدمی، وہ گھر ہے۔ تو آدمی کو ثابت کرنا پڑتا ہے کہ وہ گھر میں کیسا ہے۔</w:t>
      </w:r>
    </w:p>
    <w:p>
      <w:r>
        <w:rPr>
          <w:b/>
        </w:rPr>
        <w:t xml:space="preserve">[1:04:47] </w:t>
      </w:r>
      <w:r>
        <w:t>agar wahan fail ho jaye to society bhi fail ho jayegi. koi aadmi agar is is qareebi jo maidan hai imtehan ka, wahan fail ho jaye to is ka matlab hai ke woh society bhi fail ho jayegi.</w:t>
      </w:r>
    </w:p>
    <w:p>
      <w:pPr>
        <w:jc w:val="right"/>
      </w:pPr>
      <w:r>
        <w:t>اگر وہاں فیل ہو جائے تو سوسائٹی بھی فیل ہو جائے گا۔ کوئی آدمی اگر اس اس قریبی جو میدان ہے امتحان کا، وہاں فیل ہو جائے تو اس کا مطلب ہے کہ وہ سوسائٹی بھی فیل ہو جائے گا۔</w:t>
      </w:r>
    </w:p>
    <w:p>
      <w:r>
        <w:rPr>
          <w:b/>
        </w:rPr>
        <w:t xml:space="preserve">[1:05:02] </w:t>
      </w:r>
      <w:r>
        <w:t>yeh matlab hai is is hadith ka.</w:t>
      </w:r>
    </w:p>
    <w:p>
      <w:pPr>
        <w:jc w:val="right"/>
      </w:pPr>
      <w:r>
        <w:t>یہ مطلب ہے اس اس حدیث کا۔</w:t>
      </w:r>
    </w:p>
    <w:p>
      <w:r>
        <w:rPr>
          <w:b/>
        </w:rPr>
        <w:t xml:space="preserve">[1:05:11] </w:t>
      </w:r>
      <w:r>
        <w:t>Maulana, agla sawal doctor Pradhan ka hai, Delhi se. unhon ne likha hai: "Maulana, India has different laws for Muslims as Muslim personal law, but it is mostly used in talaq cases</w:t>
      </w:r>
    </w:p>
    <w:p>
      <w:pPr>
        <w:jc w:val="right"/>
      </w:pPr>
      <w:r>
        <w:t>مولانا، अगला सवाल डॉक्टर प्रधान का है, दिल्ली से। उन्होंने लिखा है: "مولانا، انڈیا ہیز ڈفرنٹ لاز فار مسلمز ایز مسلم پرسنل لاء، بٹ اٹ از موسٹلی یوزڈ ان طلاق کیس</w:t>
      </w:r>
    </w:p>
    <w:p>
      <w:r>
        <w:rPr>
          <w:b/>
        </w:rPr>
        <w:t xml:space="preserve">[1:05:25] </w:t>
      </w:r>
      <w:r>
        <w:t>z. but when Muslims do wrong things like rape, no Muslim leader ask for death penalty for the culprits.</w:t>
      </w:r>
    </w:p>
    <w:p>
      <w:pPr>
        <w:jc w:val="right"/>
      </w:pPr>
      <w:r>
        <w:t>ز۔ بٹ وین مسلمز ڈو رونگ تھنگز لائک ریپ، نو مسلم لیڈر اسک فار ڈیتھ پینلٹی فار دا کلپریٹس۔</w:t>
      </w:r>
    </w:p>
    <w:p>
      <w:r>
        <w:rPr>
          <w:b/>
        </w:rPr>
        <w:t xml:space="preserve">[1:05:34] </w:t>
      </w:r>
      <w:r>
        <w:t>should we follow in these cases India law or to ask for Muslims to follow the personal law?" nahi, dekhiye, yeh ek confusion hai shayad ke jis cheez ko aap ne farmaya woh law of land se cover hota hai, Muslim personal law se nahi.</w:t>
      </w:r>
    </w:p>
    <w:p>
      <w:pPr>
        <w:jc w:val="right"/>
      </w:pPr>
      <w:r>
        <w:t>شوڈ وی فالو ان دیز کیسز انڈیا لاء اور ٹو اسک فار مسلمز ٹو فالو دا پرسنل لاء؟" نہیں، دیکھیے، یہ ایک کنفیوژن ہے شاید کہ جس چیز کو آپ نے فرمایا وہ لاء آف لینڈ سے کور ہوتا ہے، مسلم پرسنل لاء سے نہیں۔</w:t>
      </w:r>
    </w:p>
    <w:p>
      <w:r>
        <w:rPr>
          <w:b/>
        </w:rPr>
        <w:t xml:space="preserve">[1:05:53] </w:t>
      </w:r>
      <w:r>
        <w:t>Muslim personal law bohat hi limited cheezon mein hai.</w:t>
      </w:r>
    </w:p>
    <w:p>
      <w:pPr>
        <w:jc w:val="right"/>
      </w:pPr>
      <w:r>
        <w:t>مسلم پرسنل لاء بہت ہی لمیٹڈ چیزوں میں ہے۔</w:t>
      </w:r>
    </w:p>
    <w:p>
      <w:r>
        <w:rPr>
          <w:b/>
        </w:rPr>
        <w:t xml:space="preserve">[1:05:56] </w:t>
      </w:r>
      <w:r>
        <w:t>haan, hum sab law of land se cover ho rahe hain, Muslim personal law se nahi. woh to nikah o talaq ke baray mein hai, kyunke ulama ne yeh is zamane mein, Angrezon ke zamane mein, bada tha yeh qanoon.</w:t>
      </w:r>
    </w:p>
    <w:p>
      <w:pPr>
        <w:jc w:val="right"/>
      </w:pPr>
      <w:r>
        <w:t>ہاں، ہم سب لاء آف لینڈ سے کور ہو رہے ہیں، مسلم پرسنل لاء سے نہیں۔ وہ تو نکاح و طلاق کے بارے میں ہے، کیونکہ علماء نے یہ اس زمانے میں، انگریزوں کے زمانے میں، بڑا تھا یہ قانون۔</w:t>
      </w:r>
    </w:p>
    <w:p>
      <w:r>
        <w:rPr>
          <w:b/>
        </w:rPr>
        <w:t xml:space="preserve">[1:06:10] </w:t>
      </w:r>
      <w:r>
        <w:t>ulama ne yeh masla pesh kiya tha ke halankay main is ko nahi manta, lekin ulama ne Angrezon ke samnay yeh masla pesh kiya ke agar ghair Muslim judge hai aur woh talaq de to talaq waqe nahi hogi,</w:t>
      </w:r>
    </w:p>
    <w:p>
      <w:pPr>
        <w:jc w:val="right"/>
      </w:pPr>
      <w:r>
        <w:t>علماء نے یہ مسئلہ پیش کیا تھا کہ حالانکہ میں اس کو نہیں مانتا، لیکن علماء نے انگریزوں کے سامنے یہ مسئلہ پیش کیا کہ اگر غیر مسلم جج ہے اور وہ طلاق دے تو طلاق واقع نہیں ہوگی،</w:t>
      </w:r>
    </w:p>
    <w:p>
      <w:r>
        <w:rPr>
          <w:b/>
        </w:rPr>
        <w:t xml:space="preserve">[1:06:26] </w:t>
      </w:r>
      <w:r>
        <w:t>waqe hi nahi hogi talaq. halankay main is ko nahi manta, main samajhta hoon ke law of land hi se cover ho ho raha hai. woh</w:t>
      </w:r>
    </w:p>
    <w:p>
      <w:pPr>
        <w:jc w:val="right"/>
      </w:pPr>
      <w:r>
        <w:t>واقع ہی نہیں ہوگی طلاق۔ حالانکہ میں اس کو نہیں مانتا، میں سمجھتا ہوں کہ لاء آف لینڈ ہی سے کور ہو ہو رہا ہے۔ وہ</w:t>
      </w:r>
    </w:p>
    <w:p>
      <w:r>
        <w:rPr>
          <w:b/>
        </w:rPr>
        <w:t xml:space="preserve">[1:06:33] </w:t>
      </w:r>
      <w:r>
        <w:t>to beharhal ek alag masla hai, lekin Angrezon ne maan liya ulama ki is baat ko ke bhai, tumhara masla agar aisa hai to chalo tum Muslim personal law bana lo.</w:t>
      </w:r>
    </w:p>
    <w:p>
      <w:pPr>
        <w:jc w:val="right"/>
      </w:pPr>
      <w:r>
        <w:t>تو بہرحال ایک الگ مسئلہ ہے، لیکن انگریزوں نے مان لیا علماء کی اس بات کو کہ بھائی، تمہارا مسئلہ اگر ایسا ہے تو چلو تم مسلم پرسنل لاء بنا لو۔</w:t>
      </w:r>
    </w:p>
    <w:p>
      <w:r>
        <w:rPr>
          <w:b/>
        </w:rPr>
        <w:t xml:space="preserve">[1:06:43] </w:t>
      </w:r>
      <w:r>
        <w:t>us waqt is ka naam hota tha Mohammedan law, us waqt Mohammedan law kaha jata tha is ko, ab is ka naam hai Muslim personal law. woh harghiz harghiz law of land ka badal nahi hai.</w:t>
      </w:r>
    </w:p>
    <w:p>
      <w:pPr>
        <w:jc w:val="right"/>
      </w:pPr>
      <w:r>
        <w:t>اس وقت اس کا نام ہوتا تھا محمدن لاء، اس وقت محمدن لاء کہا جاتا تھا اس کو، اب اس کا نام ہے مسلم پرسنل لاء۔ وہ ہرگز ہرگز لاء آف لینڈ کا بدل نہیں ہے۔</w:t>
      </w:r>
    </w:p>
    <w:p>
      <w:r>
        <w:rPr>
          <w:b/>
        </w:rPr>
        <w:t xml:space="preserve">[1:06:52] </w:t>
      </w:r>
      <w:r>
        <w:t>law of land jo hai, wahi hamesha privilege karega. yeh mere nazdeek ulama ka yeh موقف sahi nahi tha ke unhon ne kaha ke sahib, hamara nikah o talaq ka masla jo hai, woh isko alag karo, warna woh talaq waqe nahi hogi aur hum haram mein mubtala rahenge.</w:t>
      </w:r>
    </w:p>
    <w:p>
      <w:pPr>
        <w:jc w:val="right"/>
      </w:pPr>
      <w:r>
        <w:t>لاء آف لینڈ جو ہے، وہی ہمیشہ پریویل کرے گا۔ یہ میرے نزدیک علماء کا یہ موقف صحیح نہیں تھا کہ انہوں نے کہا کہ صاحب، ہمارا نکاح و طلاق کا مسئلہ جو ہے، وہ اس کو الگ کرو، ورنہ وہ طلاق واقع نہیں ہوگی اور ہم حرام میں مبتلا رہیں گے۔</w:t>
      </w:r>
    </w:p>
    <w:p>
      <w:r>
        <w:rPr>
          <w:b/>
        </w:rPr>
        <w:t xml:space="preserve">[1:07:10] </w:t>
      </w:r>
      <w:r>
        <w:t>yeh yeh mein isko sahi nahi samajhta, lekin behraal ulama ne aisa kaha aur angrezon ne isko maan liya. toh mamla Allah bana, wahi chal raha hai aap ka Muslim Personal Law par.</w:t>
      </w:r>
    </w:p>
    <w:p>
      <w:pPr>
        <w:jc w:val="right"/>
      </w:pPr>
      <w:r>
        <w:t>یہ یہ میں اس کو صحیح نہیں سمجھتا، لیکن بہرحال علماء نے ایسا کہا اور انگریزوں نے اس کو مان لیا۔ تو معاملہ اللہ بنا، وہی چل رہا ہے آپ کا مسلم پرسنل لاء پر۔</w:t>
      </w:r>
    </w:p>
    <w:p>
      <w:r>
        <w:rPr>
          <w:b/>
        </w:rPr>
        <w:t xml:space="preserve">[1:07:19] </w:t>
      </w:r>
      <w:r>
        <w:t>mein isko bilkul bekar samajhta hoon. Muslim Personal Law ko law of land jo hai, wahi wahi wahi hamare upar bhi apply hona chahiye.</w:t>
      </w:r>
    </w:p>
    <w:p>
      <w:pPr>
        <w:jc w:val="right"/>
      </w:pPr>
      <w:r>
        <w:t>میں اس کو بالکل بیکار سمجھتا ہوں۔ مسلم پرسنل لاء کو لاء آف لینڈ جو ہے، وہی وہی وہی ہمارے اوپر بھی اپلائی ہونا چاہیے۔</w:t>
      </w:r>
    </w:p>
    <w:p>
      <w:r>
        <w:rPr>
          <w:b/>
        </w:rPr>
        <w:t xml:space="preserve">[1:07:29] </w:t>
      </w:r>
      <w:r>
        <w:t>jahan tak musalmanon ke kuch zaati mamlaat hain, toh aapas mein tay kar lijiye. aap</w:t>
      </w:r>
    </w:p>
    <w:p>
      <w:pPr>
        <w:jc w:val="right"/>
      </w:pPr>
      <w:r>
        <w:t>جہاں تک مسلمانوں کے کچھ ذاتی معاملات ہیں، تو آپس میں طے کر لیجئے۔ آپ</w:t>
      </w:r>
    </w:p>
    <w:p>
      <w:r>
        <w:rPr>
          <w:b/>
        </w:rPr>
        <w:t xml:space="preserve">[1:07:33] </w:t>
      </w:r>
      <w:r>
        <w:t>is ko is ko aap law kyu banwate hain? yaani aap jab koi difference paida ho, mein aap biwi mein toh ulama jayein, wahan ja kar ke is ko khatam karein.</w:t>
      </w:r>
    </w:p>
    <w:p>
      <w:pPr>
        <w:jc w:val="right"/>
      </w:pPr>
      <w:r>
        <w:t>اس کو اس کو آپ لا کیوں بنواتے ہیں؟ یعنی آپ جب کوئی ڈیفرنس پیدا ہو، میں آپ بیوی میں تو علماء جائیں، وہاں جا کر کے اس کو ختم کریں۔</w:t>
      </w:r>
    </w:p>
    <w:p>
      <w:r>
        <w:rPr>
          <w:b/>
        </w:rPr>
        <w:t xml:space="preserve">[1:07:44] </w:t>
      </w:r>
      <w:r>
        <w:t>فبحثوا حقا من أهله وحقا من أهله ulama apni zimmedari ko hukumat pe koi daalte hain.</w:t>
      </w:r>
    </w:p>
    <w:p>
      <w:pPr>
        <w:jc w:val="right"/>
      </w:pPr>
      <w:r>
        <w:t>فبحثوا حقا من أهله وحقا من أهله علماء اپنی ذمہ داری کو حکومت پہ کوئی ڈالتے ہیں۔</w:t>
      </w:r>
    </w:p>
    <w:p>
      <w:r>
        <w:rPr>
          <w:b/>
        </w:rPr>
        <w:t xml:space="preserve">[1:07:52] </w:t>
      </w:r>
      <w:r>
        <w:t>yeh ab ulama ki apni zimmedari hai ke jahan kahin masla paida ho, jayein milein, samjhayein, bujhayein, samjha bujha kar ke aapas mein razi razamandee kar lo aapas mein.</w:t>
      </w:r>
    </w:p>
    <w:p>
      <w:pPr>
        <w:jc w:val="right"/>
      </w:pPr>
      <w:r>
        <w:t>یہ اب علماء کی اپنی ذمہ داری ہے کہ جہاں کہیں مسئلہ پیدا ہو، جائیں ملیں، سمجھائیں، بجھائیں، سمجھا بجا کر کے آپس میں راضی رضامندی کر لو آپس میں۔</w:t>
      </w:r>
    </w:p>
    <w:p>
      <w:r>
        <w:rPr>
          <w:b/>
        </w:rPr>
        <w:t xml:space="preserve">[1:08:02] </w:t>
      </w:r>
      <w:r>
        <w:t>kyunki yeh bilkul mein is ko sahi nahi samajhta ke is ko law ka masla banaya jaye. is se mujhe ittefaq nahi hai. law ek hi rehna chahiye mulk mein, wahi jo law of land hai, wahi rehna chahiye.</w:t>
      </w:r>
    </w:p>
    <w:p>
      <w:pPr>
        <w:jc w:val="right"/>
      </w:pPr>
      <w:r>
        <w:t>کیونکہ یہ بالکل میں اس کو صحیح نہیں سمجھتا کہ اس کو لاء کا مسئلہ بنایا جائے۔ اس سے مجھے اتفاق نہیں ہے۔ لاء ایک ہی رہنا چاہیے ملک میں، وہی جو لاء آف لینڈ ہے، وہی رہنا چاہیے۔</w:t>
      </w:r>
    </w:p>
    <w:p>
      <w:r>
        <w:rPr>
          <w:b/>
        </w:rPr>
        <w:t xml:space="preserve">[1:08:14] </w:t>
      </w:r>
      <w:r>
        <w:t>aur hamare jo masail hain, woh aapas mein razamandee se, aapas ke discussion se tay</w:t>
      </w:r>
    </w:p>
    <w:p>
      <w:pPr>
        <w:jc w:val="right"/>
      </w:pPr>
      <w:r>
        <w:t>اور ہمارے جو مسائل ہیں، وہ آپس میں رضامندی سے، آپس کے ڈسکشن سے طے</w:t>
      </w:r>
    </w:p>
    <w:p>
      <w:r>
        <w:rPr>
          <w:b/>
        </w:rPr>
        <w:t xml:space="preserve">[1:08:20] </w:t>
      </w:r>
      <w:r>
        <w:t>karna chahiye. mere paas se aate hain masail nikah o talaq ke, toh mein un ko samjhata hoon, samjha ke razi karta hoon un ko. toh mein is ko sahi nahi samajhta usoolan ke is tarah ke jo mamlaat hain, is ko law ka masla banaya jaye.</w:t>
      </w:r>
    </w:p>
    <w:p>
      <w:pPr>
        <w:jc w:val="right"/>
      </w:pPr>
      <w:r>
        <w:t>کرنا چاہیے۔ میرے پاس سے آتے ہیں مسائل نکاح و طلاق کے، تو میں ان کو سمجھاتا ہوں، سمجھا کے راضی کرتا ہوں ان کو۔ تو میں اس کو صحیح نہیں سمجھتا اصولا کہ اس طرح کے جو معاملات ہیں، اس کو لاء کا مسئلہ بنایا جائے۔</w:t>
      </w:r>
    </w:p>
    <w:p>
      <w:r>
        <w:rPr>
          <w:b/>
        </w:rPr>
        <w:t xml:space="preserve">[1:08:33] </w:t>
      </w:r>
      <w:r>
        <w:t>law wahi hai sab ke liye, alag aap ke liye law nahi rahega. musalmanon ke liye alag law ho, doosron ka alag law ho, aisa nahi ho sakta. yeh bilkul namumkin baat hai, impossible hai secular India mein.</w:t>
      </w:r>
    </w:p>
    <w:p>
      <w:pPr>
        <w:jc w:val="right"/>
      </w:pPr>
      <w:r>
        <w:t>لاء وہی ہے سب کے لیے، الگ آپ کے لیے لاء نہیں رہے گا۔ مسلمانوں کے لیے الگ لاء ہو، دوسروں کا الگ لاء ہو، ایسا نہیں ہو سکتا۔ یہ بالکل ناممکن بات ہے، امپاسیبل ہے سیکولر انڈیا میں۔</w:t>
      </w:r>
    </w:p>
    <w:p>
      <w:r>
        <w:rPr>
          <w:b/>
        </w:rPr>
        <w:t xml:space="preserve">[1:08:47] </w:t>
      </w:r>
      <w:r>
        <w:t>toh yeh hai bhai mere.</w:t>
      </w:r>
    </w:p>
    <w:p>
      <w:pPr>
        <w:jc w:val="right"/>
      </w:pPr>
      <w:r>
        <w:t>تو یہ ہے بھئی میرے۔</w:t>
      </w:r>
    </w:p>
    <w:p>
      <w:r>
        <w:rPr>
          <w:b/>
        </w:rPr>
        <w:t xml:space="preserve">[1:08:51] </w:t>
      </w:r>
      <w:r>
        <w:t>Maulana, agla sawal lene se pehle ek comment padhna chahenge jo Doha, Qatar se Maulana Abdul Basit Umri ne bheja hai.</w:t>
      </w:r>
    </w:p>
    <w:p>
      <w:pPr>
        <w:jc w:val="right"/>
      </w:pPr>
      <w:r>
        <w:t>مولانا، अगला सवाल लेने से पहले एक कमेंट पढ़ना चाहेंगे जो दोहा, قطر से مولانا عبدالباسط عمری ने भेजा है।</w:t>
      </w:r>
    </w:p>
    <w:p>
      <w:r>
        <w:rPr>
          <w:b/>
        </w:rPr>
        <w:t xml:space="preserve">[1:08:59] </w:t>
      </w:r>
      <w:r>
        <w:t>unhon ne likha hai: "Maulana, mein ne aaj pehli baar clearly Rasool Allah ki is hikmati amal ko jo Sulah Hudaibiyah ki shakal mein milti hai, samjha aur Rasool Allah ke ghazwaat ke baray mein jo tajziya aap ne kiya, mein ne pehli baar aisa tajziya suna jo Sulah Hudaibiyah ko itna wazeh aur clear karta hai.</w:t>
      </w:r>
    </w:p>
    <w:p>
      <w:pPr>
        <w:jc w:val="right"/>
      </w:pPr>
      <w:r>
        <w:t>उन्होंने लिखा है: "مولانا، میں نے آج پہلی بار کلیئرلی رسول اللہ کی اس حکمتی عملی کو جو صلح حدیبیہ کی شکل میں ملتی ہے، سمجھا اور رسول اللہ کے غزوات کے بارے میں جو تجزیہ آپ نے کیا، میں نے پہلی بار ایسا تجزیہ سنا جو صلح حدیبیہ کو اتنا واضح اور کلیئر کرتا ہے۔</w:t>
      </w:r>
    </w:p>
    <w:p>
      <w:r>
        <w:rPr>
          <w:b/>
        </w:rPr>
        <w:t xml:space="preserve">[1:09:24] </w:t>
      </w:r>
      <w:r>
        <w:t>manfi soch ki jo baat aap ne batayi, woh bilkul durust hai.</w:t>
      </w:r>
    </w:p>
    <w:p>
      <w:pPr>
        <w:jc w:val="right"/>
      </w:pPr>
      <w:r>
        <w:t>منفی سوچ کی جو بات آپ نے بتائی، وہ بالکل درست ہے۔</w:t>
      </w:r>
    </w:p>
    <w:p>
      <w:r>
        <w:rPr>
          <w:b/>
        </w:rPr>
        <w:t xml:space="preserve">[1:09:29] </w:t>
      </w:r>
      <w:r>
        <w:t>khud mera yeh haal tha ke Al-Risala mission se judne se pehle nafrat aur adawat ki soch mein jeeta tha, kyunki Al-Risala mission ke ilawa jo kitabein Islami ki Islam ki tashreeh karti hain,</w:t>
      </w:r>
    </w:p>
    <w:p>
      <w:pPr>
        <w:jc w:val="right"/>
      </w:pPr>
      <w:r>
        <w:t>خود میرا یہ حال تھا کہ الرسالہ مشن سے جڑنے سے پہلے نفرت اور عداوت کی سوچ میں جیتا تھا، کیونکہ الرسالہ مشن کے علاوہ جو کتابیں اسلامی کی اسلام کی تشریح کرتی ہیں،</w:t>
      </w:r>
    </w:p>
    <w:p>
      <w:r>
        <w:rPr>
          <w:b/>
        </w:rPr>
        <w:t xml:space="preserve">[1:09:44] </w:t>
      </w:r>
      <w:r>
        <w:t>un mein yeh nafrat, adawat, sazish jaisi boli hoti hai. Allah ka shukar hai ke is ne mujhe is dal dal se nikala aur Al-Risala mission ki daryaft ke zariye misbat soch ki tofeeq di.</w:t>
      </w:r>
    </w:p>
    <w:p>
      <w:pPr>
        <w:jc w:val="right"/>
      </w:pPr>
      <w:r>
        <w:t>ان میں یہ نفرت، عداوت، سازش جیسی بولی ہوتی ہے۔ اللہ کا شکر ہے کہ اس نے مجھے اس دلدل سے نکالا اور الرسالہ مشن کی دریافت کے ذریعے مثبت سوچ کی توفیق دی۔</w:t>
      </w:r>
    </w:p>
    <w:p>
      <w:r>
        <w:rPr>
          <w:b/>
        </w:rPr>
        <w:t xml:space="preserve">[1:09:58] </w:t>
      </w:r>
      <w:r>
        <w:t>Allah aap ko sehat aur tandrusti de taake hum aap se zyada se zyada istifada kar sakein." Dekhiye bhai, ek baat ki wazahat karna chahta hoon ke yeh baat jo hai ke is musalmanon ki likhi hui kitabon mein nafrat ki baatein hain,</w:t>
      </w:r>
    </w:p>
    <w:p>
      <w:pPr>
        <w:jc w:val="right"/>
      </w:pPr>
      <w:r>
        <w:t>اللہ آپ کو صحت اور تندرستی دے تاکہ ہم آپ سے زیادہ سے زیادہ استفادہ کر سکیں۔" دیکھیے بھائی، ایک بات کی وضاحت کرنا چاہتا ہوں کہ یہ بات جو ہے کہ اس مسلمانوں کی لکھی ہوئی کتابوں میں نفرت کی باتیں ہیں،</w:t>
      </w:r>
    </w:p>
    <w:p>
      <w:r>
        <w:rPr>
          <w:b/>
        </w:rPr>
        <w:t xml:space="preserve">[1:10:18] </w:t>
      </w:r>
      <w:r>
        <w:t>woh ek is ka matlab nahi ke pehle kitabein bhi aisi hua karti thi.</w:t>
      </w:r>
    </w:p>
    <w:p>
      <w:pPr>
        <w:jc w:val="right"/>
      </w:pPr>
      <w:r>
        <w:t>وہ ایک اس کا مطلب نہیں کہ پہلے کتابیں بھی ایسی ہوا کرتی تھیں۔</w:t>
      </w:r>
    </w:p>
    <w:p>
      <w:r>
        <w:rPr>
          <w:b/>
        </w:rPr>
        <w:t xml:space="preserve">[1:10:25] </w:t>
      </w:r>
      <w:r>
        <w:t>yaani musalmanon ki jo kitabein likhi gayi hain, is ke do period hain: ek yaani printing press ke baad, ek printing se pehle.</w:t>
      </w:r>
    </w:p>
    <w:p>
      <w:pPr>
        <w:jc w:val="right"/>
      </w:pPr>
      <w:r>
        <w:t>یعنی مسلمانوں کی جو کتابیں لکھی گئی ہیں، اس کے دو پیریڈ ہیں: ایک یعنی پرنٹنگ پریس کے بعد، ایک پرنٹنگ سے پہلے۔</w:t>
      </w:r>
    </w:p>
    <w:p>
      <w:r>
        <w:rPr>
          <w:b/>
        </w:rPr>
        <w:t xml:space="preserve">[1:10:36] </w:t>
      </w:r>
      <w:r>
        <w:t>yaani pre printing aur post printing mein farq hai, agar aap mutala karein toh. toh</w:t>
      </w:r>
    </w:p>
    <w:p>
      <w:pPr>
        <w:jc w:val="right"/>
      </w:pPr>
      <w:r>
        <w:t>یعنی پری پرنٹنگ اور پوسٹ پرنٹنگ میں فرق ہے، اگر آپ مطالعہ کریں تو۔ تو</w:t>
      </w:r>
    </w:p>
    <w:p>
      <w:r>
        <w:rPr>
          <w:b/>
        </w:rPr>
        <w:t xml:space="preserve">[1:10:45] </w:t>
      </w:r>
      <w:r>
        <w:t>pre printing ke daur mein jo kitabein likhi gayi thi, woh is mein is tarah ki baatein nahi hain. lekin ek ek coincidence hai, coincidence ke jab press duniya mein aaya toh us waqt musalman Western power se,</w:t>
      </w:r>
    </w:p>
    <w:p>
      <w:pPr>
        <w:jc w:val="right"/>
      </w:pPr>
      <w:r>
        <w:t>پری پرنٹنگ کے دور میں جو کتابیں لکھی گئی تھیں، وہ اس میں اس طرح کی باتیں نہیں ہیں۔ لیکن ایک ایک کوئنسڈنس ہے، کوئنسڈنس کہ جب پریس دنیا میں آیا تو اس وقت مسلمان ویسٹرن پاور سے،</w:t>
      </w:r>
    </w:p>
    <w:p>
      <w:r>
        <w:rPr>
          <w:b/>
        </w:rPr>
        <w:t xml:space="preserve">[1:10:59] </w:t>
      </w:r>
      <w:r>
        <w:t>yaani un ko magh</w:t>
      </w:r>
    </w:p>
    <w:p>
      <w:pPr>
        <w:jc w:val="right"/>
      </w:pPr>
      <w:r>
        <w:t>یعنی ان کو مغ</w:t>
      </w:r>
    </w:p>
    <w:p>
      <w:r>
        <w:rPr>
          <w:b/>
        </w:rPr>
        <w:t xml:space="preserve">[1:11:01] </w:t>
      </w:r>
      <w:r>
        <w:t>loob hue the. Western power jo hai, nikliya aur Africa aur Asia mein jo musalman hukumat thi, us ko unhon ne aur power kiya, un ko khatam kiya.</w:t>
      </w:r>
    </w:p>
    <w:p>
      <w:pPr>
        <w:jc w:val="right"/>
      </w:pPr>
      <w:r>
        <w:t>لوب ہوئے تھے۔ ویسٹرن پاور جو ہے، نکلیا اور افریقہ اور ایشیا میں جو مسلمان حکومت تھی، اس کو انہوں نے اور پاور کیا، ان کو ختم کیا۔</w:t>
      </w:r>
    </w:p>
    <w:p>
      <w:r>
        <w:rPr>
          <w:b/>
        </w:rPr>
        <w:t xml:space="preserve">[1:11:11] </w:t>
      </w:r>
      <w:r>
        <w:t>toh printing press ke sath sath aa gaya yeh mamla. toh musalman chunki nafrat mein mubtala the Western se, Western people se, yaani yeh ek yeh yeh asal mein phenomenon hai colonialism ka.</w:t>
      </w:r>
    </w:p>
    <w:p>
      <w:pPr>
        <w:jc w:val="right"/>
      </w:pPr>
      <w:r>
        <w:t>تو پرنٹنگ پریس کے ساتھ ساتھ آ گیا یہ معاملہ۔ تو مسلمان چونکہ نفرت میں مبتلا تھے ویسٹرن سے، ویسٹرن پیپل سے، یعنی یہ ایک یہ یہ اصل میں فیناومینا ہے کلونیلزم کا۔</w:t>
      </w:r>
    </w:p>
    <w:p>
      <w:r>
        <w:rPr>
          <w:b/>
        </w:rPr>
        <w:t xml:space="preserve">[1:11:29] </w:t>
      </w:r>
      <w:r>
        <w:t>yeh nafrat,</w:t>
      </w:r>
    </w:p>
    <w:p>
      <w:pPr>
        <w:jc w:val="right"/>
      </w:pPr>
      <w:r>
        <w:t>یہ نفرت،</w:t>
      </w:r>
    </w:p>
    <w:p>
      <w:r>
        <w:rPr>
          <w:b/>
        </w:rPr>
        <w:t xml:space="preserve">[1:11:31] </w:t>
      </w:r>
      <w:r>
        <w:t>nafrat jo hai, colonialism ka phenomenon hai. lekin chukiye coincidence-ly aisa hua tha ke isi waqt press bhi aaya, to us zamane mein jo cheezein likhi musalmanon ne, woh sab nafrat se bhar gayeen.</w:t>
      </w:r>
    </w:p>
    <w:p>
      <w:pPr>
        <w:jc w:val="right"/>
      </w:pPr>
      <w:r>
        <w:t>نفرت جو ہے، کلونیلزم کا فیناومینا ہے۔ لیکن چونکہ کوئنسڈنسلی ایسا ہوا تھا کہ اسی وقت پریس بھی آیا، تو اس زمانے میں جو چیزیں لکھی مسلمانوں نے، وہ سب نفرت سے بھر گئیں۔</w:t>
      </w:r>
    </w:p>
    <w:p>
      <w:r>
        <w:rPr>
          <w:b/>
        </w:rPr>
        <w:t xml:space="preserve">[1:11:42] </w:t>
      </w:r>
      <w:r>
        <w:t>warna is se pehle jo kitabein likhi gayeen hain musalmanon ki, woh is mein aisa nahi hai. is is mein is mein is tarah ki nafrat nahi hai.</w:t>
      </w:r>
    </w:p>
    <w:p>
      <w:pPr>
        <w:jc w:val="right"/>
      </w:pPr>
      <w:r>
        <w:t>ورنہ اس سے پہلے جو کتابیں لکھی گئی ہیں مسلمانوں کی، وہ اس میں ایسا نہیں ہے۔ اس اس میں اس میں اس طرح کی نفرت نہیں ہے۔</w:t>
      </w:r>
    </w:p>
    <w:p>
      <w:r>
        <w:rPr>
          <w:b/>
        </w:rPr>
        <w:t xml:space="preserve">[1:11:53] </w:t>
      </w:r>
      <w:r>
        <w:t>Maulana, Bangalore se sawal hai Maulana Inayatullah Umri ka.</w:t>
      </w:r>
    </w:p>
    <w:p>
      <w:pPr>
        <w:jc w:val="right"/>
      </w:pPr>
      <w:r>
        <w:t>مولانا، بینگلور से सवाल है مولانا عنایت اللہ عمری का।</w:t>
      </w:r>
    </w:p>
    <w:p>
      <w:r>
        <w:rPr>
          <w:b/>
        </w:rPr>
        <w:t xml:space="preserve">[1:11:57] </w:t>
      </w:r>
      <w:r>
        <w:t>Unhon ne likha hai: "Maulana, har aalim Quran ki taraf lautne ki dawat deta hai. Quran ke huqooq, Quran par amal, Quran se dawat, Quran ki iqamat, is mein confusion kahan hai?</w:t>
      </w:r>
    </w:p>
    <w:p>
      <w:pPr>
        <w:jc w:val="right"/>
      </w:pPr>
      <w:r>
        <w:t>उन्होंने लिखा है: "مولانا، ہر عالم قرآن کی طرف لوٹنے کی دعوت دیتا ہے۔ قرآن کے حقوق، قرآن پر عمل، قرآن سے دعوت، قرآن کی اقامات، اس میں کنفیوژن کہاں ہے؟</w:t>
      </w:r>
    </w:p>
    <w:p>
      <w:r>
        <w:rPr>
          <w:b/>
        </w:rPr>
        <w:t xml:space="preserve">[1:12:12] </w:t>
      </w:r>
      <w:r>
        <w:t>Is ki wazahat karein."</w:t>
      </w:r>
    </w:p>
    <w:p>
      <w:pPr>
        <w:jc w:val="right"/>
      </w:pPr>
      <w:r>
        <w:t>اس کی وضاحت کریں۔"</w:t>
      </w:r>
    </w:p>
    <w:p>
      <w:r>
        <w:rPr>
          <w:b/>
        </w:rPr>
        <w:t xml:space="preserve">[1:12:18] </w:t>
      </w:r>
      <w:r>
        <w:t>Dekhiye, woh jo kehte hain, aap us ko yaani gehrai ke sath mutala kijiyee.</w:t>
      </w:r>
    </w:p>
    <w:p>
      <w:pPr>
        <w:jc w:val="right"/>
      </w:pPr>
      <w:r>
        <w:t>دیکھیے، وہ جو کہتے ہیں، آپ اس کو یعنی گہرائی کے ساتھ مطالعہ کیجئے۔</w:t>
      </w:r>
    </w:p>
    <w:p>
      <w:r>
        <w:rPr>
          <w:b/>
        </w:rPr>
        <w:t xml:space="preserve">[1:12:27] </w:t>
      </w:r>
      <w:r>
        <w:t>Gehrai ke sath. Jo main ne paya hai, woh yeh ke naam lete hain Quran ka, baat kehte hain apne jo apne mindset mein un ke hai.</w:t>
      </w:r>
    </w:p>
    <w:p>
      <w:pPr>
        <w:jc w:val="right"/>
      </w:pPr>
      <w:r>
        <w:t>گہرائی کے ساتھ۔ جو میں نے پایا ہے، وہ یہ کہ نام لیتے ہیں قرآن کا، بات کہتے ہیں اپنے جو اپنے مائنڈ سیٹ میں ان کے ہے۔</w:t>
      </w:r>
    </w:p>
    <w:p>
      <w:r>
        <w:rPr>
          <w:b/>
        </w:rPr>
        <w:t xml:space="preserve">[1:12:36] </w:t>
      </w:r>
      <w:r>
        <w:t>Main ek misaal deta hoon ke Jamaat-e-Thanai bani to un ka jo parche nikalta tha, us ka naam tha "Tarjuma-e-Quran".</w:t>
      </w:r>
    </w:p>
    <w:p>
      <w:pPr>
        <w:jc w:val="right"/>
      </w:pPr>
      <w:r>
        <w:t>میں ایک مثال دیتا ہوں کہ جماعت ثنائی بنی تو ان کا جو پرچہ نکلتا تھا، اس کا نام تھا "ترجمہ القرآن"۔</w:t>
      </w:r>
    </w:p>
    <w:p>
      <w:r>
        <w:rPr>
          <w:b/>
        </w:rPr>
        <w:t xml:space="preserve">[1:12:47] </w:t>
      </w:r>
      <w:r>
        <w:t>Tarjuma-e-Quran, yeh un ka organ tha.</w:t>
      </w:r>
    </w:p>
    <w:p>
      <w:pPr>
        <w:jc w:val="right"/>
      </w:pPr>
      <w:r>
        <w:t>ترجمہ القرآن، یہ ان کا ارگن تھا۔</w:t>
      </w:r>
    </w:p>
    <w:p>
      <w:r>
        <w:rPr>
          <w:b/>
        </w:rPr>
        <w:t xml:space="preserve">[1:12:50] </w:t>
      </w:r>
      <w:r>
        <w:t>Lekin unhon ne Quran ka sirf naam liya, apne nazariye ko Quran se nikal nikal ke us ko pesh karna shuru kar diya. Yaani unhon ne Islam ki political interpretation diya aur yeh bataya musalmanon ka mission ke musalmanon ka mission hai ke woh dunya bhar mein Islami hukumat qaim karein.</w:t>
      </w:r>
    </w:p>
    <w:p>
      <w:pPr>
        <w:jc w:val="right"/>
      </w:pPr>
      <w:r>
        <w:t>لیکن انہوں نے قرآن کا صرف نام لیا، اپنے نظریے کو قرآن سے نکال نکال کے اس کو پیش کرنا شروع کر دیا۔ یعنی انہوں نے اسلام کی پولیٹیکل انٹرپریٹیشن دیا اور یہ بتایا مسلمانوں کا مشن کہ مسلمانوں کا مشن ہے کہ وہ دنیا بھر میں اسلامی حکومت قائم کریں۔</w:t>
      </w:r>
    </w:p>
    <w:p>
      <w:r>
        <w:rPr>
          <w:b/>
        </w:rPr>
        <w:t xml:space="preserve">[1:13:09] </w:t>
      </w:r>
      <w:r>
        <w:t>Yeh kahin bhi Quran mein nahi tha. Main ne is ko challenge kiya hai bar bar ke Quran mein kahan likha hai ke musalmanon ka mission yeh hai ke sari dunya mein woh Islam ki hukumat qaim karein.</w:t>
      </w:r>
    </w:p>
    <w:p>
      <w:pPr>
        <w:jc w:val="right"/>
      </w:pPr>
      <w:r>
        <w:t>یہ کہیں بھی قرآن میں نہیں تھا۔ میں نے اس کو چیلنج کیا ہے بار بار کہ قرآن میں کہاں لکھا ہے کہ مسلمانوں کا مشن یہ ہے کہ ساری دنیا میں وہ اسلام کی حکومت قائم کریں۔</w:t>
      </w:r>
    </w:p>
    <w:p>
      <w:r>
        <w:rPr>
          <w:b/>
        </w:rPr>
        <w:t xml:space="preserve">[1:13:20] </w:t>
      </w:r>
      <w:r>
        <w:t>To naam lete thay Quran ka, ab baat kehte thay apni</w:t>
      </w:r>
    </w:p>
    <w:p>
      <w:pPr>
        <w:jc w:val="right"/>
      </w:pPr>
      <w:r>
        <w:t>تو نام لیتے تھے قرآن کا، اب بات کہتے تھے اپنی</w:t>
      </w:r>
    </w:p>
    <w:p>
      <w:r>
        <w:rPr>
          <w:b/>
        </w:rPr>
        <w:t xml:space="preserve">[1:13:24] </w:t>
      </w:r>
      <w:r>
        <w:t>. Yeh hai masla. To yeh log Quran ka naam yeh baat sirf yeh na dekhiye ke Quran ka naam bhi le rahe hain. Woh yeh dekhiye, woh jo baat keh rahe hain, kya woh Quran se nikal rahi hai?</w:t>
      </w:r>
    </w:p>
    <w:p>
      <w:pPr>
        <w:jc w:val="right"/>
      </w:pPr>
      <w:r>
        <w:t>۔ یہ ہے مسئلہ۔ تو یہ لوگ قرآن کا نام یہ بات صرف یہ نہ دیکھیے کہ قرآن کا نام بھی لے رہے ہیں۔ وہ یہ دیکھیے، وہ جو بات کہہ رہے ہیں، کیا وہ قرآن سے نکل رہی ہے؟</w:t>
      </w:r>
    </w:p>
    <w:p>
      <w:r>
        <w:rPr>
          <w:b/>
        </w:rPr>
        <w:t xml:space="preserve">[1:13:37] </w:t>
      </w:r>
      <w:r>
        <w:t>Yeh mat dekhiye sirf itna ke unhon ne naam liya hai Quran ka, balke yeh dekhiye ke kya woh baat sach mein nikal rahi hai?</w:t>
      </w:r>
    </w:p>
    <w:p>
      <w:pPr>
        <w:jc w:val="right"/>
      </w:pPr>
      <w:r>
        <w:t>یہ مت دیکھیے صرف اتنا کہ انہوں نے نام لیا ہے قرآن کا، بلکہ یہ دیکھیے کہ کیا وہ بات سچ میں نکل رہی ہے؟</w:t>
      </w:r>
    </w:p>
    <w:p>
      <w:r>
        <w:rPr>
          <w:b/>
        </w:rPr>
        <w:t xml:space="preserve">[1:13:47] </w:t>
      </w:r>
      <w:r>
        <w:t>To apne khud sakhta yaani jo unhon ne khud se ek tasawwur bana rakha hai, baat to chalate hain, woh hawala dete hain Quran ka aur hadith ka.</w:t>
      </w:r>
    </w:p>
    <w:p>
      <w:pPr>
        <w:jc w:val="right"/>
      </w:pPr>
      <w:r>
        <w:t>تو اپنے خود ساختہ یعنی جو انہوں نے خود سے ایک تصور بنا رکھا ہے، بات تو چلاتے ہیں، وہ حوالہ دیتے ہیں قرآن کا اور حدیث کا۔</w:t>
      </w:r>
    </w:p>
    <w:p>
      <w:r>
        <w:rPr>
          <w:b/>
        </w:rPr>
        <w:t xml:space="preserve">[1:14:00] </w:t>
      </w:r>
      <w:r>
        <w:t>Yeh bohat zyada kar rahe hain yeh log. Aap jab is aitbar se tajziya karenge to aap samajh jayenge ke yeh yeh kafi nahi hai.</w:t>
      </w:r>
    </w:p>
    <w:p>
      <w:pPr>
        <w:jc w:val="right"/>
      </w:pPr>
      <w:r>
        <w:t>یہ بہت زیادہ کر رہے ہیں یہ لوگ۔ آپ جب اس اعتبار سے تجزیہ کریں گے تو آپ سمجھ جائیں گے کہ یہ یہ کافی نہیں ہے۔</w:t>
      </w:r>
    </w:p>
    <w:p>
      <w:r>
        <w:rPr>
          <w:b/>
        </w:rPr>
        <w:t xml:space="preserve">[1:14:12] </w:t>
      </w:r>
      <w:r>
        <w:t>Yeh yeh doosri qaumein bhi yahi karti hain, Yahood bhi yahi karte</w:t>
      </w:r>
    </w:p>
    <w:p>
      <w:pPr>
        <w:jc w:val="right"/>
      </w:pPr>
      <w:r>
        <w:t>یہ یہ دوسری قومیں بھی یہی کرتی ہیں، یہود بھی یہی کرتے</w:t>
      </w:r>
    </w:p>
    <w:p>
      <w:r>
        <w:rPr>
          <w:b/>
        </w:rPr>
        <w:t xml:space="preserve">[1:14:16] </w:t>
      </w:r>
      <w:r>
        <w:t>thay ke naam lete thay Bible ka, lekin chalate thay apni khwahishein. Yeh is ko main kahoon ke yeh exploitation.</w:t>
      </w:r>
    </w:p>
    <w:p>
      <w:pPr>
        <w:jc w:val="right"/>
      </w:pPr>
      <w:r>
        <w:t>تھے کہ نام لیتے تھے بائبل کا، لیکن چلاتے تھے اپنی خواہشیں۔ یہ اس کو میں کہوں کہ یہ ایکسپلائٹیشن۔</w:t>
      </w:r>
    </w:p>
    <w:p>
      <w:r>
        <w:rPr>
          <w:b/>
        </w:rPr>
        <w:t xml:space="preserve">[1:14:25] </w:t>
      </w:r>
      <w:r>
        <w:t>Yeh sab exploitation karte hain. Jab tak aap is ko gehrai ke sath mutala kar ke yeh na payein ke waqeatan yahi Quran mein likha hua hai, tab tak aap is ko na maniye.</w:t>
      </w:r>
    </w:p>
    <w:p>
      <w:pPr>
        <w:jc w:val="right"/>
      </w:pPr>
      <w:r>
        <w:t>یہ سب ایکسپلائٹیشن کرتے ہیں۔ جب تک آپ اس کو گہرائی کے ساتھ مطالعہ کر کے یہ نہ پائیں کہ واقعتا یہی قرآن میں لکھا ہوا ہے، تب تک آپ اس کو نہ مانیے۔</w:t>
      </w:r>
    </w:p>
    <w:p>
      <w:r>
        <w:rPr>
          <w:b/>
        </w:rPr>
        <w:t xml:space="preserve">[1:14:40] </w:t>
      </w:r>
      <w:r>
        <w:t>Maulana, agla sawal Raichur se hai Zahiruddin Sahab ka.</w:t>
      </w:r>
    </w:p>
    <w:p>
      <w:pPr>
        <w:jc w:val="right"/>
      </w:pPr>
      <w:r>
        <w:t>مولانا، अगला सवाल रायचोर से है ظہیرالدین صاحب کا۔</w:t>
      </w:r>
    </w:p>
    <w:p>
      <w:r>
        <w:rPr>
          <w:b/>
        </w:rPr>
        <w:t xml:space="preserve">[1:14:45] </w:t>
      </w:r>
      <w:r>
        <w:t>Unhon ne likha hai: "Quran ki aayaton mein naasikh woh aur mansookh ka usool ulama ne kahan se banaya? Is ke baray mein batayein." Dekhiye, main nahi manta is ko.</w:t>
      </w:r>
    </w:p>
    <w:p>
      <w:pPr>
        <w:jc w:val="right"/>
      </w:pPr>
      <w:r>
        <w:t>انہوں نے لکھا ہے: "قرآن کی آیتوں میں ناسق وہ اور منسوخ کا اصول علماء نے کہاں سے بنایا؟ اس کے بارے میں بتائیں۔" دیکھیے، میں نہیں مانتا اس کو۔</w:t>
      </w:r>
    </w:p>
    <w:p>
      <w:r>
        <w:rPr>
          <w:b/>
        </w:rPr>
        <w:t xml:space="preserve">[1:14:57] </w:t>
      </w:r>
      <w:r>
        <w:t>Ek bhi ek bhi naskh nahi manta main. Aur Quran mein jo naskh ki ayat aayi hai, woh Quran ke baray mein nahi hai, woh pichli kitab ke baray mein hai.</w:t>
      </w:r>
    </w:p>
    <w:p>
      <w:pPr>
        <w:jc w:val="right"/>
      </w:pPr>
      <w:r>
        <w:t>ایک بھی ایک بھی نسخ نہیں مانتا میں۔ اور قرآن میں جو نسخ کی آیت آئی ہے، وہ قرآن کے بارے میں نہیں ہے، وہ پچھلی کتاب کے بارے میں ہے۔</w:t>
      </w:r>
    </w:p>
    <w:p>
      <w:r>
        <w:rPr>
          <w:b/>
        </w:rPr>
        <w:t xml:space="preserve">[1:15:09] </w:t>
      </w:r>
      <w:r>
        <w:t>Is par main likh chuka hoon Al-Risala mein ke naskh ek bhi naskh mein nahi manta. Aur yeh ek ek ilmi masla hai.</w:t>
      </w:r>
    </w:p>
    <w:p>
      <w:pPr>
        <w:jc w:val="right"/>
      </w:pPr>
      <w:r>
        <w:t>اس پر میں لکھ چکا ہوں الرسالہ میں کہ نسخ ایک بھی نسخ میں نہیں مانتا۔ اور یہ ایک ایک علمی مسئلہ ہے۔</w:t>
      </w:r>
    </w:p>
    <w:p>
      <w:r>
        <w:rPr>
          <w:b/>
        </w:rPr>
        <w:t xml:space="preserve">[1:15:19] </w:t>
      </w:r>
      <w:r>
        <w:t>Agar aap janna chahte hon to mera mazmoon aap parh sakte hain, jo chhap jo chhap chuka hai is mein. Maulana, agla sawal Chennai se hai Maulana Iqbal Umri ka.</w:t>
      </w:r>
    </w:p>
    <w:p>
      <w:pPr>
        <w:jc w:val="right"/>
      </w:pPr>
      <w:r>
        <w:t>اگر آپ جاننا چاہتے ہوں تو میرا مضمون آپ پڑھ سکتے ہیں، جو چھپ جو چھپ چکا ہے اس میں۔ مولانا، अगला सवाल چنئی سے ہے مولانا اقبال عمری کا۔</w:t>
      </w:r>
    </w:p>
    <w:p>
      <w:r>
        <w:rPr>
          <w:b/>
        </w:rPr>
        <w:t xml:space="preserve">[1:15:32] </w:t>
      </w:r>
      <w:r>
        <w:t>unho'n ne likha hai: "maulana, sawal kis niyat se karen</w:t>
      </w:r>
    </w:p>
    <w:p>
      <w:pPr>
        <w:jc w:val="right"/>
      </w:pPr>
      <w:r>
        <w:t>انہوں نے لکھا ہے: "مولانا، سوال کس نیت سے کریں</w:t>
      </w:r>
    </w:p>
    <w:p>
      <w:r>
        <w:rPr>
          <w:b/>
        </w:rPr>
        <w:t xml:space="preserve">[1:15:37] </w:t>
      </w:r>
      <w:r>
        <w:t>? maloomat ke izafe ke liye, marifat ke izafe ke liye, ya phir kisi ke aitraz ko rafa karne ke liye? is ke bare mein bataen."</w:t>
      </w:r>
    </w:p>
    <w:p>
      <w:pPr>
        <w:jc w:val="right"/>
      </w:pPr>
      <w:r>
        <w:t>؟ معلومات کے اضافے کے لیے، معرفت کے اضافے کے لیے، یا پھر کسی کے اعتراض کو رفع کرنے کے لیے؟ اس کے بارے میں بتائیں۔"</w:t>
      </w:r>
    </w:p>
    <w:p>
      <w:r>
        <w:rPr>
          <w:b/>
        </w:rPr>
        <w:t xml:space="preserve">[1:15:56] </w:t>
      </w:r>
      <w:r>
        <w:t>dekhiye, ek ek sahabi kehte hain: "nawhuna 'an qasd al-su'al wa in qasd al-qil wa al-qal" . ek sahabi ka qaul hai yeh:</w:t>
      </w:r>
    </w:p>
    <w:p>
      <w:pPr>
        <w:jc w:val="right"/>
      </w:pPr>
      <w:r>
        <w:t>دیکھیے، ایک ایک صحابی کہتے ہیں: "نوحنا عن قصد السوال وان قصد القيل والقال" ۔ ایک صحابی کا قول ہے یہ:</w:t>
      </w:r>
    </w:p>
    <w:p>
      <w:r>
        <w:rPr>
          <w:b/>
        </w:rPr>
        <w:t xml:space="preserve">[1:16:05] </w:t>
      </w:r>
      <w:r>
        <w:t>"nawhuna 'an qasd al-su'al wa in qasd al-qil wa al-qal" . ke zyada sawal karne se hum ko mana kiya gaya. islam mein zyada sawal nahi hai.</w:t>
      </w:r>
    </w:p>
    <w:p>
      <w:pPr>
        <w:jc w:val="right"/>
      </w:pPr>
      <w:r>
        <w:t>"نوحنا عن قصد السوال وان قصد القيل والقال" ۔ کہ زیادہ سوال کرنے سے ہم کو منع کیا گیا۔ اسلام میں زیادہ سوال نہیں ہے۔</w:t>
      </w:r>
    </w:p>
    <w:p>
      <w:r>
        <w:rPr>
          <w:b/>
        </w:rPr>
        <w:t xml:space="preserve">[1:16:17] </w:t>
      </w:r>
      <w:r>
        <w:t>to main ne ghor kiya ke aisa kyun hai? to asal mein yeh hai ke islam chahta hai khud aap ka apna intellectual development.</w:t>
      </w:r>
    </w:p>
    <w:p>
      <w:pPr>
        <w:jc w:val="right"/>
      </w:pPr>
      <w:r>
        <w:t>تو میں نے غور کیا کہ ایسا کیوں ہے؟ تو اصل میں یہ ہے کہ اسلام چاہتا ہے خود آپ کا اپنا انٹلیکچول ڈیولپمنٹ۔</w:t>
      </w:r>
    </w:p>
    <w:p>
      <w:r>
        <w:rPr>
          <w:b/>
        </w:rPr>
        <w:t xml:space="preserve">[1:16:28] </w:t>
      </w:r>
      <w:r>
        <w:t>agar aap ke mind mein koi sawal aata hai to sochiye, sochiye, apne mind ko unfold kijiye.</w:t>
      </w:r>
    </w:p>
    <w:p>
      <w:pPr>
        <w:jc w:val="right"/>
      </w:pPr>
      <w:r>
        <w:t>اگر آپ کے مائنڈ میں کوئی سوال آتا ہے تو سوچیے، سوچیے، اپنے مائنڈ کو ان فولڈ کیجئے۔</w:t>
      </w:r>
    </w:p>
    <w:p>
      <w:r>
        <w:rPr>
          <w:b/>
        </w:rPr>
        <w:t xml:space="preserve">[1:16:35] </w:t>
      </w:r>
      <w:r>
        <w:t>apna intellectual development kijiye, apne zehni irtaqa ka zariya banaiye is ko. to log bas chahte hain ke log kya karte hain?</w:t>
      </w:r>
    </w:p>
    <w:p>
      <w:pPr>
        <w:jc w:val="right"/>
      </w:pPr>
      <w:r>
        <w:t>اپنا انٹلیکچول ڈیولپمنٹ کیجئے، اپنے ذہنی ارتقاء کا ذریعہ بنائیے اس کو۔ تو لوگ بس چاہتے ہیں کہ لوگ کیا کرتے ہیں؟</w:t>
      </w:r>
    </w:p>
    <w:p>
      <w:r>
        <w:rPr>
          <w:b/>
        </w:rPr>
        <w:t xml:space="preserve">[1:16:45] </w:t>
      </w:r>
      <w:r>
        <w:t>zehan mein ek baat aayi, dhar se kisi ko sawal kar diya. is ko sab se pehle khud sawal ko par ghor kijiye, digest kijiye, samjhiye.</w:t>
      </w:r>
    </w:p>
    <w:p>
      <w:pPr>
        <w:jc w:val="right"/>
      </w:pPr>
      <w:r>
        <w:t>ذہن میں ایک بات آئی، دھڑ سے کسی کو سوال کر دیا۔ اس کو سب سے پہلے خود سوال کو پر غور کیجئے، ڈائجسٹ کیجئے، سمجھئے۔</w:t>
      </w:r>
    </w:p>
    <w:p>
      <w:r>
        <w:rPr>
          <w:b/>
        </w:rPr>
        <w:t xml:space="preserve">[1:16:57] </w:t>
      </w:r>
      <w:r>
        <w:t>is ke bawajood agar sawal baqi rehta hai to aap kisi se poochhiye.</w:t>
      </w:r>
    </w:p>
    <w:p>
      <w:pPr>
        <w:jc w:val="right"/>
      </w:pPr>
      <w:r>
        <w:t>اس کے باوجود اگر سوال باقی رہتا ہے تو آپ کسی سے پوچھیے۔</w:t>
      </w:r>
    </w:p>
    <w:p>
      <w:r>
        <w:rPr>
          <w:b/>
        </w:rPr>
        <w:t xml:space="preserve">[1:17:02] </w:t>
      </w:r>
      <w:r>
        <w:t>yani sawal puchhna main galat nahi samajhta, lekin sa'il ko khud apne hisse ka kaam pehle karna chahiye. yani homework pehle karna chahiye.</w:t>
      </w:r>
    </w:p>
    <w:p>
      <w:pPr>
        <w:jc w:val="right"/>
      </w:pPr>
      <w:r>
        <w:t>یعنی سوال پوچھنا میں غلط نہیں سمجھتا، لیکن سائل کو خود اپنے حصے کا کام پہلے کرنا چاہیے۔ یعنی ہوم ورک پہلے کرنا چاہیے۔</w:t>
      </w:r>
    </w:p>
    <w:p>
      <w:r>
        <w:rPr>
          <w:b/>
        </w:rPr>
        <w:t xml:space="preserve">[1:17:13] </w:t>
      </w:r>
      <w:r>
        <w:t>homework ke baghair log sawal kar dete hain.</w:t>
      </w:r>
    </w:p>
    <w:p>
      <w:pPr>
        <w:jc w:val="right"/>
      </w:pPr>
      <w:r>
        <w:t>ہوم ورک کے بغیر لوگ سوال کر کر دیتے ہیں۔</w:t>
      </w:r>
    </w:p>
    <w:p>
      <w:r>
        <w:rPr>
          <w:b/>
        </w:rPr>
        <w:t xml:space="preserve">[1:17:18] </w:t>
      </w:r>
      <w:r>
        <w:t>aksar main ne dekha ke homework kiye baghair sawal kar dete hain. is par khoob sochiye, khoob is par tehqiq kijiye, apne dimagh ko ladaiye.</w:t>
      </w:r>
    </w:p>
    <w:p>
      <w:pPr>
        <w:jc w:val="right"/>
      </w:pPr>
      <w:r>
        <w:t>اکثر میں نے دیکھا کہ ہوم ورک کیے بغیر سوال کر دیتے ہیں۔ اس پر خوب سوچیے، خوب اس پر تحقیق کیجئے، اپنے دماغ کو لڑائیے۔</w:t>
      </w:r>
    </w:p>
    <w:p>
      <w:r>
        <w:rPr>
          <w:b/>
        </w:rPr>
        <w:t xml:space="preserve">[1:17:29] </w:t>
      </w:r>
      <w:r>
        <w:t>to tab ja kar ke sawal ka asal faida milega. woh hai intellectual development. jahan tak main ne samjha hai ke islam mein supreme cheez hai intellectual development.</w:t>
      </w:r>
    </w:p>
    <w:p>
      <w:pPr>
        <w:jc w:val="right"/>
      </w:pPr>
      <w:r>
        <w:t>تو تب جا کر کے سوال کا اصل فائدہ ملے گا۔ وہ ہے انٹلیکچول ڈیولپمنٹ۔ جہاں تک میں نے سمجھا ہے کہ اسلام میں سپریم چیز ہے انٹلیکچول ڈیولپمنٹ۔</w:t>
      </w:r>
    </w:p>
    <w:p>
      <w:r>
        <w:rPr>
          <w:b/>
        </w:rPr>
        <w:t xml:space="preserve">[1:17:40] </w:t>
      </w:r>
      <w:r>
        <w:t>supreme cheez hai jo cheez record ban raha hai intellectual development mein, woh islam mein nahi hai.</w:t>
      </w:r>
    </w:p>
    <w:p>
      <w:pPr>
        <w:jc w:val="right"/>
      </w:pPr>
      <w:r>
        <w:t>سپریم چیز ہے جو چیز ریکارڈ بن رہا ہے انٹلیکچول ڈیولپمنٹ میں، وہ اسلام میں نہیں ہے۔</w:t>
      </w:r>
    </w:p>
    <w:p>
      <w:r>
        <w:rPr>
          <w:b/>
        </w:rPr>
        <w:t xml:space="preserve">[1:17:49] </w:t>
      </w:r>
      <w:r>
        <w:t>abhi main kisi se baat kar raha tha kal parson</w:t>
      </w:r>
    </w:p>
    <w:p>
      <w:pPr>
        <w:jc w:val="right"/>
      </w:pPr>
      <w:r>
        <w:t>ابھی میں کسی سے بات کر رہا تھا کل پرسوں</w:t>
      </w:r>
    </w:p>
    <w:p>
      <w:r>
        <w:rPr>
          <w:b/>
        </w:rPr>
        <w:t xml:space="preserve">[1:17:54] </w:t>
      </w:r>
      <w:r>
        <w:t>to ek hadith hai. "iyyak wa dhak fa in kathrat al-dhikri tu'ammid al-qalb" . ke zyada hansi ka tareeqa chhoden.</w:t>
      </w:r>
    </w:p>
    <w:p>
      <w:pPr>
        <w:jc w:val="right"/>
      </w:pPr>
      <w:r>
        <w:t>تو ایک حدیث ہے۔ "إياك وذك فإن كثرة الذكر تُؤمِّد القلب" ۔ کہ زیادہ ہنسی کا طریقہ چھوڑو۔</w:t>
      </w:r>
    </w:p>
    <w:p>
      <w:r>
        <w:rPr>
          <w:b/>
        </w:rPr>
        <w:t xml:space="preserve">[1:18:05] </w:t>
      </w:r>
      <w:r>
        <w:t>kyun ke hansne ke tareeqe se kya hota hai? dil mar jata hai. to dil marne ka matlab kya hai? dil marne ka matlab yeh hai ke intellectual development ka process ruk jata hai.</w:t>
      </w:r>
    </w:p>
    <w:p>
      <w:pPr>
        <w:jc w:val="right"/>
      </w:pPr>
      <w:r>
        <w:t>کیونکہ ہنسنے کے طریقے سے کیا ہوتا ہے؟ دل مر جاتا ہے۔ تو دل مرنے کا مطلب کیا ہے؟ دل مرنے کا مطلب یہ ہے کہ انٹلیکچول ڈیولپمنٹ کا پراسیس رک جاتا ہے۔</w:t>
      </w:r>
    </w:p>
    <w:p>
      <w:r>
        <w:rPr>
          <w:b/>
        </w:rPr>
        <w:t xml:space="preserve">[1:18:20] </w:t>
      </w:r>
      <w:r>
        <w:t>jo hansi mazak karte hain, joke chhodte hain, un ko sab se bari price deni padti hai. price ke un ke andar intellectual development ka process ruk jata hai.</w:t>
      </w:r>
    </w:p>
    <w:p>
      <w:pPr>
        <w:jc w:val="right"/>
      </w:pPr>
      <w:r>
        <w:t>جو ہنسی مذاق کرتے ہیں، جوک چھوڑتے ہیں، ان کو سب سے بڑی پرائس دینی پڑتی ہے۔ پرائس کہ ان کے اندر انٹلیکچول ڈیولپمنٹ کا پراسیس رک جاتا ہے۔</w:t>
      </w:r>
    </w:p>
    <w:p>
      <w:r>
        <w:rPr>
          <w:b/>
        </w:rPr>
        <w:t xml:space="preserve">[1:18:32] </w:t>
      </w:r>
      <w:r>
        <w:t>main zaid tajrube bayan par kar sakta hoon ke main ne bohat se logon ke bare mein keh sakta hoon ke main ne un se baat ki jo hansi mazak karte hain, joke chhodte hain, to koi sanjeeda discussion ke qabil nahi hote woh.</w:t>
      </w:r>
    </w:p>
    <w:p>
      <w:pPr>
        <w:jc w:val="right"/>
      </w:pPr>
      <w:r>
        <w:t>میں زائد تجربے بیان پر کر سکتا ہوں کہ میں نے بہت سے لوگوں کے بارے میں کہہ سکتا ہوں کہ میں نے ان سے بات کی جو ہنسی مذاق کرتے ہیں، جوک چھوڑتے ہیں، تو کوئی سنجیدہ ڈسکشن کے قابل نہیں ہوتے وہ۔</w:t>
      </w:r>
    </w:p>
    <w:p>
      <w:r>
        <w:rPr>
          <w:b/>
        </w:rPr>
        <w:t xml:space="preserve">[1:18:46] </w:t>
      </w:r>
      <w:r>
        <w:t>koi koi serious discussion ke qabil nahi hote kyun ke un ke paas woh mind nahi hota ke woh is mein hissa le saken. bas hansi mazak, hansna hansana yeh rehta hai un ka tareeqa.</w:t>
      </w:r>
    </w:p>
    <w:p>
      <w:pPr>
        <w:jc w:val="right"/>
      </w:pPr>
      <w:r>
        <w:t>کوئی کوئی سیریس ڈسکشن کے قابل نہیں ہوتے کیونکہ ان کے پاس وہ مائنڈ نہیں ہوتا کہ وہ اس میں حصہ لے سکیں۔ بس ہنسی مذاق، ہنسنا ہنسانا یہ رہتا ہے ان کا طریقہ۔</w:t>
      </w:r>
    </w:p>
    <w:p>
      <w:r>
        <w:rPr>
          <w:b/>
        </w:rPr>
        <w:t xml:space="preserve">[1:18:59] </w:t>
      </w:r>
      <w:r>
        <w:t>to islam mein har us cheez ko napasand kiya gaya hai jo aap ke intellectual development mein rukawat bane.</w:t>
      </w:r>
    </w:p>
    <w:p>
      <w:pPr>
        <w:jc w:val="right"/>
      </w:pPr>
      <w:r>
        <w:t>تو اسلام میں ہر اس چیز کو ناپسند کیا گیا ہے جو آپ کے انٹلیکچول ڈیولپمنٹ میں رکاوٹ بنے۔</w:t>
      </w:r>
    </w:p>
    <w:p>
      <w:r>
        <w:rPr>
          <w:b/>
        </w:rPr>
        <w:t xml:space="preserve">[1:19:09] </w:t>
      </w:r>
      <w:r>
        <w:t>yeh bhi rukawat hai ke bas sawal aaya dimagh mein, dhar se pooch dala aap ne, khud kuch homework nahi kiya. yeh bhi rukawat hai intellectual development mein.</w:t>
      </w:r>
    </w:p>
    <w:p>
      <w:pPr>
        <w:jc w:val="right"/>
      </w:pPr>
      <w:r>
        <w:t>یہ بھی رکاوٹ ہے کہ بس سوال آیا دماغ میں، دھڑ سے پوچھ ڈالا آپ نے، خود کچھ ہوم ورک نہیں کیا۔ یہ بھی رکاوٹ ہے انٹلیکچول ڈیولپمنٹ میں۔</w:t>
      </w:r>
    </w:p>
    <w:p>
      <w:r>
        <w:rPr>
          <w:b/>
        </w:rPr>
        <w:t xml:space="preserve">[1:19:21] </w:t>
      </w:r>
      <w:r>
        <w:t>to har woh cheez islam mein main samajhta hoon ke islam ke aitbar se galat hai jo aap ke zehni irtaqa ke process mein kami kare.</w:t>
      </w:r>
    </w:p>
    <w:p>
      <w:pPr>
        <w:jc w:val="right"/>
      </w:pPr>
      <w:r>
        <w:t>تو ہر وہ چیز اسلام میں میں سمجھتا ہوں کہ اسلام کے اعتبار سے غلط ہے جو آپ کے ذہنی ارتقاء کے پراسیس میں کمی کرے۔</w:t>
      </w:r>
    </w:p>
    <w:p>
      <w:r>
        <w:rPr>
          <w:b/>
        </w:rPr>
        <w:t xml:space="preserve">[1:19:32] </w:t>
      </w:r>
      <w:r>
        <w:t>zehni irtaqa ke process ko roke.</w:t>
      </w:r>
    </w:p>
    <w:p>
      <w:pPr>
        <w:jc w:val="right"/>
      </w:pPr>
      <w:r>
        <w:t>ذہنی ارتقاء کے پراسیس کو روکے۔</w:t>
      </w:r>
    </w:p>
    <w:p>
      <w:r>
        <w:rPr>
          <w:b/>
        </w:rPr>
        <w:t xml:space="preserve">[1:19:35] </w:t>
      </w:r>
      <w:r>
        <w:t>sab se ahem cheez hai zehni irtaqa. aur tajziya yeh jo hai, tazkiya jo hai, tazkiya bhi yahi cheez hai. zehni irtaqa'i ka naam tazkiya hai.</w:t>
      </w:r>
    </w:p>
    <w:p>
      <w:pPr>
        <w:jc w:val="right"/>
      </w:pPr>
      <w:r>
        <w:t>سب سے اہم چیز ہے ذہنی ارتقاء۔ اور تجزیہ یہ جو ہے، تزکیہ جو ہے، تزکیہ بھی یہی چیز ہے۔ ذہنی ارتقائی کا نام تزکیہ ہے۔</w:t>
      </w:r>
    </w:p>
    <w:p>
      <w:r>
        <w:rPr>
          <w:b/>
        </w:rPr>
        <w:t xml:space="preserve">[1:19:46] </w:t>
      </w:r>
      <w:r>
        <w:t>allah ta'ala ne aap ke mind mein bohat ziyada capacity rakhi hai. is is capacity ko unfold kijiye.</w:t>
      </w:r>
    </w:p>
    <w:p>
      <w:pPr>
        <w:jc w:val="right"/>
      </w:pPr>
      <w:r>
        <w:t>اللہ تعالی نے آپ کے مائنڈ میں بہت زیادہ کپیسٹی رکھی ہے۔ اس اس کپیسٹی کو ان فولڈ کیجئے۔</w:t>
      </w:r>
    </w:p>
    <w:p>
      <w:r>
        <w:rPr>
          <w:b/>
        </w:rPr>
        <w:t xml:space="preserve">[1:19:53] </w:t>
      </w:r>
      <w:r>
        <w:t>apne mind mein bohat ziyada potential hai. is potential ko unfold kijiye. lekin jo ghalat aadatein hain, hasna hansana hai, joke mein yani jeena hai, yeh sab cheezein jo hain, aap ko yeh process aap ke andar jaari nahi hone deti ke aap ke mind ke potential ko aap unfold karein aur zehni irtiqaa aap ka ho.</w:t>
      </w:r>
    </w:p>
    <w:p>
      <w:pPr>
        <w:jc w:val="right"/>
      </w:pPr>
      <w:r>
        <w:t>اپنے مائنڈ میں بہت زیادہ پوٹینشل ہے۔ اس پوٹینشل کو ان فولڈ کیجئے۔ لیکن جو غلط عادتیں ہیں، ہنسنا ہنسانا ہے، جوک میں یعنی جینا ہے، یہ سب چیزیں جو ہیں، آپ کو یہ پراسیس آپ کے اندر جاری نہیں ہونے دیتی کہ آپ کے مائنڈ کے پوٹینشل کو آپ ان فولڈ کریں اور ذہنی ارتقاء آپ کا ہو۔</w:t>
      </w:r>
    </w:p>
    <w:p>
      <w:r>
        <w:rPr>
          <w:b/>
        </w:rPr>
        <w:t xml:space="preserve">[1:20:18] </w:t>
      </w:r>
      <w:r>
        <w:t>toh har woh cheez jo yani kisi bhi darje mein rukawat bane zehni irtiqaa mein, us ko is tarah chhod dijiye jaise koi haraam cheez ko chhodta hai.</w:t>
      </w:r>
    </w:p>
    <w:p>
      <w:pPr>
        <w:jc w:val="right"/>
      </w:pPr>
      <w:r>
        <w:t>تو ہر وہ چیز جو یعنی کسی بھی درجے میں رکاوٹ بنے ذہنی ارتقاء میں، اس کو اس طرح چھوڑ دیجئے جیسے کوئی حرام چیز کو چھوڑتا ہے۔</w:t>
      </w:r>
    </w:p>
    <w:p>
      <w:r>
        <w:rPr>
          <w:b/>
        </w:rPr>
        <w:t xml:space="preserve">[1:20:30] </w:t>
      </w:r>
      <w:r>
        <w:t>haraam samajh ke chhod dijiye us ko.</w:t>
      </w:r>
    </w:p>
    <w:p>
      <w:pPr>
        <w:jc w:val="right"/>
      </w:pPr>
      <w:r>
        <w:t>حرام سمجھ کے چھوڑ دیجئے اس کو۔</w:t>
      </w:r>
    </w:p>
    <w:p>
      <w:r>
        <w:rPr>
          <w:b/>
        </w:rPr>
        <w:t xml:space="preserve">[1:20:35] </w:t>
      </w:r>
      <w:r>
        <w:t>maulana, yeh sawal dilli se hai maulana sharq hussain ka. unhone likha hai: "pakistan ke bare mein aap ne likha tha ke woh ab ab tak machhli ke pait mein rahenge</w:t>
      </w:r>
    </w:p>
    <w:p>
      <w:pPr>
        <w:jc w:val="right"/>
      </w:pPr>
      <w:r>
        <w:t>مولانا، यह सवाल दिल्ली से है مولانا شارق حسین کا۔ انہوں نے لکھا ہے: "پاکستان کے بارے میں آپ نے لکھا تھا کہ وہ اب ابد تک مچھلی کے پیٹ میں رہیں گے</w:t>
      </w:r>
    </w:p>
    <w:p>
      <w:r>
        <w:rPr>
          <w:b/>
        </w:rPr>
        <w:t xml:space="preserve">[1:20:48] </w:t>
      </w:r>
      <w:r>
        <w:t>jab tak woh prophet yunus ki tarah rujoo na karein." is rujoo ka matlab kya hai? is ke bare mein bataein. rujoo ka matlab hai ke ke mad'oo se nafrat khatm karein, ada o bart karein.</w:t>
      </w:r>
    </w:p>
    <w:p>
      <w:pPr>
        <w:jc w:val="right"/>
      </w:pPr>
      <w:r>
        <w:t>جب تک وہ پرافٹ یونس کی طرح رجوع نہ کریں۔" اس رجوع کا مطلب کیا ہے؟ اس کے بارے میں بتائیں۔ رجوع کا مطلب ہے کہ کہ مدعو سے نفرت ختم کریں، ادا و برت کریں۔</w:t>
      </w:r>
    </w:p>
    <w:p>
      <w:r>
        <w:rPr>
          <w:b/>
        </w:rPr>
        <w:t xml:space="preserve">[1:21:03] </w:t>
      </w:r>
      <w:r>
        <w:t>yeh two point formula. mad'oo se maslan hindu mad'oo hain, yahoodi mad'oo hain, american mad'oo hain, saare doosri qaumein woh mad'oo hain hamare liye.</w:t>
      </w:r>
    </w:p>
    <w:p>
      <w:pPr>
        <w:jc w:val="right"/>
      </w:pPr>
      <w:r>
        <w:t>یہ ٹو پوائنٹ فارمولا۔ مدعو سے مثلاً ہندو مدعو ہیں، یہودی مدعو ہیں، امریکن مدعو ہیں، سارے دوسری قومیں وہ مدعو ہیں ہمارے لیے۔</w:t>
      </w:r>
    </w:p>
    <w:p>
      <w:r>
        <w:rPr>
          <w:b/>
        </w:rPr>
        <w:t xml:space="preserve">[1:21:16] </w:t>
      </w:r>
      <w:r>
        <w:t>toh mad'oo se nafrat khatm karna aur peaceful dua work karna. bas yahi hai. aur kuch nahi. doosra jo tareeqa hai gun aur bomb ka hai, is se kabhi falaah nahi milegi.</w:t>
      </w:r>
    </w:p>
    <w:p>
      <w:pPr>
        <w:jc w:val="right"/>
      </w:pPr>
      <w:r>
        <w:t>تو مدعو سے نفرت ختم کرنا اور پیس فل دعا ورک کرنا۔ بس یہی ہے۔ اور کچھ نہیں۔ دوسرا جو طریقہ ہے گن اور بم کا ہے، اس سے کبھی فلاح نہیں ملے گی۔</w:t>
      </w:r>
    </w:p>
    <w:p>
      <w:r>
        <w:rPr>
          <w:b/>
        </w:rPr>
        <w:t xml:space="preserve">[1:21:30] </w:t>
      </w:r>
      <w:r>
        <w:t>ab tak falaah nahi milegi gun aur bomb ke tareeqe par. yeh tay hai. gun culture aur bomb culture chala kar ke kabhi falaah nahi milegi.</w:t>
      </w:r>
    </w:p>
    <w:p>
      <w:pPr>
        <w:jc w:val="right"/>
      </w:pPr>
      <w:r>
        <w:t>ابد تک فلاح نہیں ملے گی گن اور بم کے طریقے پر۔ یہ طے ہے۔ گن کلچر اور بم کلچر چلا کر کے کبھی فلاح نہیں ملے گی۔</w:t>
      </w:r>
    </w:p>
    <w:p>
      <w:r>
        <w:rPr>
          <w:b/>
        </w:rPr>
        <w:t xml:space="preserve">[1:21:40] </w:t>
      </w:r>
      <w:r>
        <w:t>toh falaah ka formula yeh yeh two point formula hai ke mad'oo saare saare insaan hamare liye mad'oo hain, chahe hindu ho ya ya koi doosra ho.</w:t>
      </w:r>
    </w:p>
    <w:p>
      <w:pPr>
        <w:jc w:val="right"/>
      </w:pPr>
      <w:r>
        <w:t>تو فلاح کا فارمولا یہ یہ ٹو پوائنٹ فارمولا ہے کہ مدعو سارے سارے انسان ہمارے لیے مدعو ہیں، چاہے ہندو ہو یا یا کوئی دوسرا ہو۔</w:t>
      </w:r>
    </w:p>
    <w:p>
      <w:r>
        <w:rPr>
          <w:b/>
        </w:rPr>
        <w:t xml:space="preserve">[1:21:54] </w:t>
      </w:r>
      <w:r>
        <w:t>toh yak tarfa taur par nafrat ko khatm karna. yun le lein, yak tarfa taur par nafrat ko khatm karna aur doosre peaceful dua work karna.</w:t>
      </w:r>
    </w:p>
    <w:p>
      <w:pPr>
        <w:jc w:val="right"/>
      </w:pPr>
      <w:r>
        <w:t>تو یکطرفہ طور پر نفرت کو ختم کرنا۔ یوں لے لیں، یکطرفہ طور پر نفرت کو ختم کرنا اور دوسرے پیس فل دعا ورک کرنا۔</w:t>
      </w:r>
    </w:p>
    <w:p>
      <w:r>
        <w:rPr>
          <w:b/>
        </w:rPr>
        <w:t xml:space="preserve">[1:22:04] </w:t>
      </w:r>
      <w:r>
        <w:t>in ka khair khwah ban kar ke. bas yahi</w:t>
      </w:r>
    </w:p>
    <w:p>
      <w:pPr>
        <w:jc w:val="right"/>
      </w:pPr>
      <w:r>
        <w:t>ان کا خیر خواہ بن کر کے۔ بس یہی</w:t>
      </w:r>
    </w:p>
    <w:p>
      <w:r>
        <w:rPr>
          <w:b/>
        </w:rPr>
        <w:t xml:space="preserve">[1:22:08] </w:t>
      </w:r>
      <w:r>
        <w:t>yahi hai formula. koi doosra formula nahi hai. maulana, unka ek aur sawal hai. unhone likha hai: "partition ke baad pakistani leadership ne pakistan ko muslim country declare kar diya, jabke nehru ne india ko hindu country declare karne ki bajaye india ko secular country karar diya." do leadership ke beech mein yeh difference kyun hai?</w:t>
      </w:r>
    </w:p>
    <w:p>
      <w:pPr>
        <w:jc w:val="right"/>
      </w:pPr>
      <w:r>
        <w:t>یہی ہے فارمولا۔ کوئی دوسرا فارمولا نہیں ہے۔ مولانا، उनका एक और सवाल है। उन्होंने लिखा है: "पार्टीशन के बाद पाकिस्तानी लीडरशिप ने पाकिस्तान को मुस्लिम कंट्री डिक्लेयर कर दिया, जबकि नेहरू ने इंडिया को हिंदू कंट्री डिक्लेयर करने की बजाय इंडिया को सेकुलर कंट्री करार दिया।" दो लीडरशिप के बीच में यह डिफरेंस क्यों है?</w:t>
      </w:r>
    </w:p>
    <w:p>
      <w:r>
        <w:rPr>
          <w:b/>
        </w:rPr>
        <w:t xml:space="preserve">[1:22:35] </w:t>
      </w:r>
      <w:r>
        <w:t>nahi, is mein koi harj nahi tha lekin is ke taqaze poore kiye jayein. muslim country aap develop kar declare karein toh toh is ko sach much muslim ke ma'ne mein lein, na ke qaumi ma'ne mein.</w:t>
      </w:r>
    </w:p>
    <w:p>
      <w:pPr>
        <w:jc w:val="right"/>
      </w:pPr>
      <w:r>
        <w:t>نہیں، اس میں کوئی حرج نہیں تھا لیکن اس کے تقاضے پورے کیے جائیں۔ مسلم کنٹری آپ ڈیولپ کر ڈیکلیئر کریں تو تو اس کو سچ مچ مسلم کے معنی میں لیں، نہ کہ قومی معنی میں۔</w:t>
      </w:r>
    </w:p>
    <w:p>
      <w:r>
        <w:rPr>
          <w:b/>
        </w:rPr>
        <w:t xml:space="preserve">[1:22:49] </w:t>
      </w:r>
      <w:r>
        <w:t>aap declare karein is ko islami mulk aur muslim mulk, lekin amal'an kya hai ke qaumi mulk banaye hue rahein. wahan aapas ki ladai karein, musalman musalman ko marein toh muslim kahan hua?</w:t>
      </w:r>
    </w:p>
    <w:p>
      <w:pPr>
        <w:jc w:val="right"/>
      </w:pPr>
      <w:r>
        <w:t>آپ ڈیکلیئر کریں اس کو اسلامی ملک اور مسلم ملک، لیکن عملاً کیا ہے کہ قومی ملک بنائے ہوئے رہیں۔ وہاں آپس کی لڑائی کریں، مسلمان مسلمان کو ماریں تو مسلم کہاں ہوا؟</w:t>
      </w:r>
    </w:p>
    <w:p>
      <w:r>
        <w:rPr>
          <w:b/>
        </w:rPr>
        <w:t xml:space="preserve">[1:23:02] </w:t>
      </w:r>
      <w:r>
        <w:t>na muslim land hai, na islami land hai woh.</w:t>
      </w:r>
    </w:p>
    <w:p>
      <w:pPr>
        <w:jc w:val="right"/>
      </w:pPr>
      <w:r>
        <w:t>نہ مسلم لینڈ ہے، نہ اسلامی لینڈ ہے وہ۔</w:t>
      </w:r>
    </w:p>
    <w:p>
      <w:r>
        <w:rPr>
          <w:b/>
        </w:rPr>
        <w:t xml:space="preserve">[1:23:06] </w:t>
      </w:r>
      <w:r>
        <w:t>toh main samajhta hoon ke yani na secular land declare karne mein koi ghalati hai, na muslim land declare karne mein.</w:t>
      </w:r>
    </w:p>
    <w:p>
      <w:pPr>
        <w:jc w:val="right"/>
      </w:pPr>
      <w:r>
        <w:t>تو میں سمجھتا ہوں کہ یعنی نہ سیکولر لینڈ ڈیکلیئر کرنے میں کوئی غلطی ہے، نہ مسلم لینڈ ڈیکلیئر کرنے میں۔</w:t>
      </w:r>
    </w:p>
    <w:p>
      <w:r>
        <w:rPr>
          <w:b/>
        </w:rPr>
        <w:t xml:space="preserve">[1:23:16] </w:t>
      </w:r>
      <w:r>
        <w:t>asal cheez yeh hai ke sach much woh secular land ho, sach much muslim land ho. jabke aisa nahi hai.</w:t>
      </w:r>
    </w:p>
    <w:p>
      <w:pPr>
        <w:jc w:val="right"/>
      </w:pPr>
      <w:r>
        <w:t>اصل چیز یہ ہے کہ سچ مچ وہ سیکولر لینڈ ہو، سچ مچ مسلم لینڈ ہو۔ جبکہ ایسا نہیں ہے۔</w:t>
      </w:r>
    </w:p>
    <w:p>
      <w:r>
        <w:rPr>
          <w:b/>
        </w:rPr>
        <w:t xml:space="preserve">[1:23:26] </w:t>
      </w:r>
      <w:r>
        <w:t>maulana, yeh sawal dilli se hai doctor safeena ka. unhone aapse poocha hai: "what is the role of women in peaceful dua</w:t>
      </w:r>
    </w:p>
    <w:p>
      <w:pPr>
        <w:jc w:val="right"/>
      </w:pPr>
      <w:r>
        <w:t>مولانا، यह सवाल दिल्ली से है ڈاکٹر سفینہ کا۔ انہوں نے آپ سے پوچھا ہے: "واٹ از دا رول اف وومن ان پیس فل دع</w:t>
      </w:r>
    </w:p>
    <w:p>
      <w:r>
        <w:rPr>
          <w:b/>
        </w:rPr>
        <w:t xml:space="preserve">[1:23:35] </w:t>
      </w:r>
      <w:r>
        <w:t>we work?" is ke bare mein bataein. wahi hai jo mardon ka hai. aap islami leadership distributor kijiye. aur is zamane mein toh yeh hi ek hi kaam hai.</w:t>
      </w:r>
    </w:p>
    <w:p>
      <w:pPr>
        <w:jc w:val="right"/>
      </w:pPr>
      <w:r>
        <w:t>وی ورک؟" اس کے بارے میں بتائیں۔ वही है जो मर्दों का है। आप इस्लामी लीडरशिप डिस्ट्रीब्यूटर कीजिए। اور اس زمانے میں تو یہی ایک ہی کام ہے۔</w:t>
      </w:r>
    </w:p>
    <w:p>
      <w:r>
        <w:rPr>
          <w:b/>
        </w:rPr>
        <w:t xml:space="preserve">[1:23:46] </w:t>
      </w:r>
      <w:r>
        <w:t>sahaba muqarrar the, aap distributor ban jaiye. aur koi doosra kaam nahi hai. chhupa hua quran maujood hai, chhupi hui kitabein maujood hain.</w:t>
      </w:r>
    </w:p>
    <w:p>
      <w:pPr>
        <w:jc w:val="right"/>
      </w:pPr>
      <w:r>
        <w:t>صحابہ مقرر تھے، آپ ڈسٹریبیوٹر بن جائیے۔ اور کوئی دوسرا کام نہیں ہے۔ چھپا ہوا قرآن موجود ہے، چھپی ہوئی کتابیں موجود ہیں۔</w:t>
      </w:r>
    </w:p>
    <w:p>
      <w:r>
        <w:rPr>
          <w:b/>
        </w:rPr>
        <w:t xml:space="preserve">[1:23:56] </w:t>
      </w:r>
      <w:r>
        <w:t>toh sahaba ke zamane mein toh chhapayi thi nahi, toh muqarrar ban gaye the. ab chhapayi hai toh aap distributor ban jaiye.</w:t>
      </w:r>
    </w:p>
    <w:p>
      <w:pPr>
        <w:jc w:val="right"/>
      </w:pPr>
      <w:r>
        <w:t>تو صحابہ کے زمانے میں تو چھپائی تھی نہیں، تو مقرر بن گئے تھے۔ اب چھپائی ہے تو آپ ڈسٹریبیوٹر بن جائیے۔</w:t>
      </w:r>
    </w:p>
    <w:p>
      <w:r>
        <w:rPr>
          <w:b/>
        </w:rPr>
        <w:t xml:space="preserve">[1:24:05] </w:t>
      </w:r>
      <w:r>
        <w:t>yeh mardon ko bhi karna hai, auraton ko bhi karna hai.</w:t>
      </w:r>
    </w:p>
    <w:p>
      <w:pPr>
        <w:jc w:val="right"/>
      </w:pPr>
      <w:r>
        <w:t>یہ مردوں کو بھی کرنا ہے، عورتوں کو بھی کرنا ہے۔</w:t>
      </w:r>
    </w:p>
    <w:p>
      <w:r>
        <w:rPr>
          <w:b/>
        </w:rPr>
        <w:t xml:space="preserve">[1:24:11] </w:t>
      </w:r>
      <w:r>
        <w:t>maulana, agla sawal mumbai se kiya hai naseem khan sahab ne. unhone likha hai: "maulana, allah ki taraf se tanbeeh, saza, aur hamare apne a'maal ki wajah se pohnchne wali saza ke farq ko hum kaise samjhein?" is ke bare mein bataein.</w:t>
      </w:r>
    </w:p>
    <w:p>
      <w:pPr>
        <w:jc w:val="right"/>
      </w:pPr>
      <w:r>
        <w:t>مولانا، अगला सवाल ممبئی سے کیا ہے نسیم خان صاحب نے۔ انہوں نے لکھا ہے: "مولانا، اللہ کی طرف سے تنبیہ، سزا، और हमारे अपने اعمال की وجہ سے پہنچنے والی سزا کے فرق کو ہم کیسے سمجھیں؟" اس کے بارے میں بتائیں۔</w:t>
      </w:r>
    </w:p>
    <w:p>
      <w:r>
        <w:rPr>
          <w:b/>
        </w:rPr>
        <w:t xml:space="preserve">[1:24:31] </w:t>
      </w:r>
      <w:r>
        <w:t>dekhein, yeh dunya mein aap samajh nahi sakte is ko. yeh allah ka mu'amla hai. yani allah ke domain mein dakhil hone ki koshish mat kijiye.</w:t>
      </w:r>
    </w:p>
    <w:p>
      <w:pPr>
        <w:jc w:val="right"/>
      </w:pPr>
      <w:r>
        <w:t>دیکھیں، یہ دنیا میں آپ سمجھ نہیں سکتے اس کو۔ یہ اللہ کا معاملہ ہے۔ یعنی اللہ کے ڈومین میں داخل ہونے کی کوشش مت کیجئے۔</w:t>
      </w:r>
    </w:p>
    <w:p>
      <w:r>
        <w:rPr>
          <w:b/>
        </w:rPr>
        <w:t xml:space="preserve">[1:24:43] </w:t>
      </w:r>
      <w:r>
        <w:t>yani maal alam mein jhaanknay ki koshish mat kijiye.</w:t>
      </w:r>
    </w:p>
    <w:p>
      <w:pPr>
        <w:jc w:val="right"/>
      </w:pPr>
      <w:r>
        <w:t>یعنی مال عالم میں جھانکنے کی کوشش مت کیجئے۔</w:t>
      </w:r>
    </w:p>
    <w:p>
      <w:r>
        <w:rPr>
          <w:b/>
        </w:rPr>
        <w:t xml:space="preserve">[1:24:47] </w:t>
      </w:r>
      <w:r>
        <w:t>aap to sirf apni zindagi ko quran ki roshni mein woh muhasba karte rahiye, introspection karte rahiye ke main jo mera jo rosh hai, meri jo zindagi hai, woh quran o sunnat ke mutabiq hai ya nahi mutabiq hai.</w:t>
      </w:r>
    </w:p>
    <w:p>
      <w:pPr>
        <w:jc w:val="right"/>
      </w:pPr>
      <w:r>
        <w:t>آپ تو صرف اپنی زندگی کو قرآن کی روشنی میں وہ محاسبہ کرتے رہیے، انٹراسپیکشن کرتے رہیے کہ میں جو میرا جو روش ہے، میری جو زندگی ہے، وہ قرآن و سنت کے مطابق ہے یا نہیں مطابق ہے۔</w:t>
      </w:r>
    </w:p>
    <w:p>
      <w:r>
        <w:rPr>
          <w:b/>
        </w:rPr>
        <w:t xml:space="preserve">[1:25:03] </w:t>
      </w:r>
      <w:r>
        <w:t>bas is meyar ko le kar apna muhasba karte rahiye. baqi maal aala mein kya ho raha hai, woh hum jhaank kar nahi jaan sakte. yeh hamare bas mein nahi hai.</w:t>
      </w:r>
    </w:p>
    <w:p>
      <w:pPr>
        <w:jc w:val="right"/>
      </w:pPr>
      <w:r>
        <w:t>بس اس معیار کو لے کر اپنا محاسبہ کرتے رہیے۔ باقی مال اعلیٰ میں کیا ہو رہا ہے، وہ ہم جھانک کر نہیں جان سکتے۔ یہ ہمارے بس میں نہیں ہے۔</w:t>
      </w:r>
    </w:p>
    <w:p>
      <w:r>
        <w:rPr>
          <w:b/>
        </w:rPr>
        <w:t xml:space="preserve">[1:25:14] </w:t>
      </w:r>
      <w:r>
        <w:t>maulana, unka ek aur sawal hai. unhon ne aapse poocha hai ke "kya ummat musalman par</w:t>
      </w:r>
    </w:p>
    <w:p>
      <w:pPr>
        <w:jc w:val="right"/>
      </w:pPr>
      <w:r>
        <w:t>مولانا، उनका एक और सवाल है। उन्होंने आपसे पूछा है कि "کیا امت مسلمان پر</w:t>
      </w:r>
    </w:p>
    <w:p>
      <w:r>
        <w:rPr>
          <w:b/>
        </w:rPr>
        <w:t xml:space="preserve">[1:25:20] </w:t>
      </w:r>
      <w:r>
        <w:t>pehli qomon ki tarah azaab elahi aayega?" bhaiya, yeh to allah se poochne ki baat hai. wohi mein ne kaha na ke saare logon ka ajeeb o ghareeb mizaj hota hai ke woh maal aala mein jhaanknay ki koshish karte hain.</w:t>
      </w:r>
    </w:p>
    <w:p>
      <w:pPr>
        <w:jc w:val="right"/>
      </w:pPr>
      <w:r>
        <w:t>پچھلی قوموں کی طرح عذاب الہی آئے گا؟" भैया, यह तो اللہ से पूछने की बात है। وہی میں نے کہا نا کہ سارے لوگوں کا عجیب و غریب مزاج ہوتا ہے کہ وہ مال اعلیٰ میں جھانکنے کی کوشش کرتے ہیں۔</w:t>
      </w:r>
    </w:p>
    <w:p>
      <w:r>
        <w:rPr>
          <w:b/>
        </w:rPr>
        <w:t xml:space="preserve">[1:25:35] </w:t>
      </w:r>
      <w:r>
        <w:t>hum maal aala mein jhaank nahi sakte. hamare bas mein nahi hai. apni zimmedariyon ko pata kijiye bas. hamari zimmedariyan kya hain?</w:t>
      </w:r>
    </w:p>
    <w:p>
      <w:pPr>
        <w:jc w:val="right"/>
      </w:pPr>
      <w:r>
        <w:t>ہم مال اعلیٰ میں جھانک نہیں سکتے۔ ہمارے بس میں نہیں ہے۔ اپنی ذمہ داریوں کو پتہ کیجئے بس۔ ہماری ذمہ داریاں کیا ہیں؟</w:t>
      </w:r>
    </w:p>
    <w:p>
      <w:r>
        <w:rPr>
          <w:b/>
        </w:rPr>
        <w:t xml:space="preserve">[1:25:46] </w:t>
      </w:r>
      <w:r>
        <w:t>maulana, agla sawal delhi se hai miss naghma siddiqui ka.</w:t>
      </w:r>
    </w:p>
    <w:p>
      <w:pPr>
        <w:jc w:val="right"/>
      </w:pPr>
      <w:r>
        <w:t>مولانا، अगला सवाल दिल्ली से है مس نغمہ صدیقی کا۔</w:t>
      </w:r>
    </w:p>
    <w:p>
      <w:r>
        <w:rPr>
          <w:b/>
        </w:rPr>
        <w:t xml:space="preserve">[1:25:50] </w:t>
      </w:r>
      <w:r>
        <w:t>unhon ne likha hai: "in today's world is there any situation in which war in which war qatal is allowed?" mein baat samajhta hoon ke nahi.</w:t>
      </w:r>
    </w:p>
    <w:p>
      <w:pPr>
        <w:jc w:val="right"/>
      </w:pPr>
      <w:r>
        <w:t>انہوں نے لکھا ہے: "इन टुडेज वर्ल्ड इज देयर एनी सिचुएशन इन व्हिच वॉर इन व्हिच वॉर कताल इज अलाउड?" میں بات سمجھتا ہوں کہ نہیں۔</w:t>
      </w:r>
    </w:p>
    <w:p>
      <w:r>
        <w:rPr>
          <w:b/>
        </w:rPr>
        <w:t xml:space="preserve">[1:26:04] </w:t>
      </w:r>
      <w:r>
        <w:t>is liye ke pehle zamanay mein jo qital hota tha, difai, woh bhi khatam ho gaya. ab to defensive war bhi nahi hai. kyun? yeh zamana hai, aap jante hain, weapons of mass destruction ka.</w:t>
      </w:r>
    </w:p>
    <w:p>
      <w:pPr>
        <w:jc w:val="right"/>
      </w:pPr>
      <w:r>
        <w:t>اس لیے کہ پہلے زمانے میں جو قتال ہوتا تھا، دفاعی، وہ بھی ختم ہو گیا۔ اب تو ڈیفنسو وار بھی نہیں ہے۔ کیوں؟ یہ زمانہ ہے، آپ جانتے ہیں، ویپنز اف ماس ڈسٹرکشن کا۔</w:t>
      </w:r>
    </w:p>
    <w:p>
      <w:r>
        <w:rPr>
          <w:b/>
        </w:rPr>
        <w:t xml:space="preserve">[1:26:24] </w:t>
      </w:r>
      <w:r>
        <w:t>weapons of mass destruction. yani pehle zamanay mein talwar chalti thi to ek aadmi gardan kat'ti thi.</w:t>
      </w:r>
    </w:p>
    <w:p>
      <w:pPr>
        <w:jc w:val="right"/>
      </w:pPr>
      <w:r>
        <w:t>ویپنز اف ماس ڈسٹرکشن۔ یعنی پہلے زمانے میں تلوار چلتی تھی تو ایک آدمی گردن کٹتی تھی۔</w:t>
      </w:r>
    </w:p>
    <w:p>
      <w:r>
        <w:rPr>
          <w:b/>
        </w:rPr>
        <w:t xml:space="preserve">[1:26:33] </w:t>
      </w:r>
      <w:r>
        <w:t>ab jab bomb phat'te hain to ek aadmi nahi marta is mein. bohat se log marte hain. bachay bhi, bachay bhi, boorhay bhi, auratain bhi, sab marte hain.</w:t>
      </w:r>
    </w:p>
    <w:p>
      <w:pPr>
        <w:jc w:val="right"/>
      </w:pPr>
      <w:r>
        <w:t>اب جب بم پھٹتے ہیں تو ایک آدمی نہیں مرتا اس میں۔ بہت سے لوگ مرتے ہیں۔ بچے بھی، بچے بھی، بوڑھے بھی، عورتیں بھی، سب مرتے ہیں۔</w:t>
      </w:r>
    </w:p>
    <w:p>
      <w:r>
        <w:rPr>
          <w:b/>
        </w:rPr>
        <w:t xml:space="preserve">[1:26:43] </w:t>
      </w:r>
      <w:r>
        <w:t>to to haram hai.</w:t>
      </w:r>
    </w:p>
    <w:p>
      <w:pPr>
        <w:jc w:val="right"/>
      </w:pPr>
      <w:r>
        <w:t>تو تو حرام ہے۔</w:t>
      </w:r>
    </w:p>
    <w:p>
      <w:r>
        <w:rPr>
          <w:b/>
        </w:rPr>
        <w:t xml:space="preserve">[1:26:45] </w:t>
      </w:r>
      <w:r>
        <w:t>aap fiqi kitabon mein parhiye jo is maamle mein to woh batate hain ke islam mein sirf muqatil ko marna jaiz hai.</w:t>
      </w:r>
    </w:p>
    <w:p>
      <w:pPr>
        <w:jc w:val="right"/>
      </w:pPr>
      <w:r>
        <w:t>آپ فقہی کتابوں میں پڑھیے جو اس معاملے میں تو وہ بتاتے ہیں کہ اسلام میں صرف مقاتل کو مارنا جائز ہے۔</w:t>
      </w:r>
    </w:p>
    <w:p>
      <w:r>
        <w:rPr>
          <w:b/>
        </w:rPr>
        <w:t xml:space="preserve">[1:26:56] </w:t>
      </w:r>
      <w:r>
        <w:t>ghair muqatil ko marna ki ijazat nahi hai aap ko. yani competent ko aap maar sakte hain, non-competent ko aap nahi maar sakte. is zamanay mein yeh farq khatam ho gaya.</w:t>
      </w:r>
    </w:p>
    <w:p>
      <w:pPr>
        <w:jc w:val="right"/>
      </w:pPr>
      <w:r>
        <w:t>غیر مقاتل کو مارنا کی اجازت نہیں ہے آپ کو۔ یعنی کمپیٹنٹ کو آپ مار سکتے ہیں، نان کمپیٹنٹ کو آپ نہیں مار سکتے۔ اس زمانے میں یہ فرق ختم ہو گیا۔</w:t>
      </w:r>
    </w:p>
    <w:p>
      <w:r>
        <w:rPr>
          <w:b/>
        </w:rPr>
        <w:t xml:space="preserve">[1:27:07] </w:t>
      </w:r>
      <w:r>
        <w:t>ab jab aap bomb exploit karenge to woh to sab marega is mein.</w:t>
      </w:r>
    </w:p>
    <w:p>
      <w:pPr>
        <w:jc w:val="right"/>
      </w:pPr>
      <w:r>
        <w:t>اب جب آپ بم ایکسپلوٹ کریں گے تو وہ تو سب مرے گا اس میں۔</w:t>
      </w:r>
    </w:p>
    <w:p>
      <w:r>
        <w:rPr>
          <w:b/>
        </w:rPr>
        <w:t xml:space="preserve">[1:27:13] </w:t>
      </w:r>
      <w:r>
        <w:t>auratain, bachay, boorhay, beemar sab marega. to is zamanay mein ke aaj yeh mumkin nahi ke aap muqatil aur ghair muqatil ke darmiyan farq karen.</w:t>
      </w:r>
    </w:p>
    <w:p>
      <w:pPr>
        <w:jc w:val="right"/>
      </w:pPr>
      <w:r>
        <w:t>عورتیں، بچے، بوڑھے، بیمار سب مرے گا۔ تو اس زمانے میں کہ آج یہ ممکن نہیں کہ آپ مقاتل اور غیر مقاتل کے درمیان فرق کریں۔</w:t>
      </w:r>
    </w:p>
    <w:p>
      <w:r>
        <w:rPr>
          <w:b/>
        </w:rPr>
        <w:t xml:space="preserve">[1:27:22] </w:t>
      </w:r>
      <w:r>
        <w:t>competent, non-competent ke. is liye mein samajhta hoon ke is zamanay mein qital ka koi option hi hamare nahi hai. qital ka option khatam hai.</w:t>
      </w:r>
    </w:p>
    <w:p>
      <w:pPr>
        <w:jc w:val="right"/>
      </w:pPr>
      <w:r>
        <w:t>کمپیٹنٹ، نان کمپیٹنٹ کے۔ اس لیے میں سمجھتا ہوں کہ اس زمانے میں قتال کا کوئی آپشن ہی ہمارے نہیں ہے۔ قتال کا آپشن ختم ہے۔</w:t>
      </w:r>
    </w:p>
    <w:p>
      <w:r>
        <w:rPr>
          <w:b/>
        </w:rPr>
        <w:t xml:space="preserve">[1:27:34] </w:t>
      </w:r>
      <w:r>
        <w:t>kisi bhi haal mein nahi qital ka option hai.</w:t>
      </w:r>
    </w:p>
    <w:p>
      <w:pPr>
        <w:jc w:val="right"/>
      </w:pPr>
      <w:r>
        <w:t>کسی بھی حال میں نہیں قتال کا آپشن ہے۔</w:t>
      </w:r>
    </w:p>
    <w:p>
      <w:r>
        <w:rPr>
          <w:b/>
        </w:rPr>
        <w:t xml:space="preserve">[1:27:38] </w:t>
      </w:r>
      <w:r>
        <w:t>ab to sirf yeh hai ke aap peaceful negotiation kijiye. peaceful method ikhtiyar kar ke logon ko persuade kijiye. yahi yeh option hai.</w:t>
      </w:r>
    </w:p>
    <w:p>
      <w:pPr>
        <w:jc w:val="right"/>
      </w:pPr>
      <w:r>
        <w:t>اب تو صرف یہ ہے کہ آپ پیس فل نیگوشی ایشن کیجئے۔ پیس فل میتھڈ اختیار کر کے لوگوں کو پرسویٹ کیجئے۔ یہی یہ آپشن ہے۔</w:t>
      </w:r>
    </w:p>
    <w:p>
      <w:r>
        <w:rPr>
          <w:b/>
        </w:rPr>
        <w:t xml:space="preserve">[1:27:48] </w:t>
      </w:r>
      <w:r>
        <w:t>woh option baqi nahi raha hai.</w:t>
      </w:r>
    </w:p>
    <w:p>
      <w:pPr>
        <w:jc w:val="right"/>
      </w:pPr>
      <w:r>
        <w:t>وہ آپشن باقی نہیں رہا ہے۔</w:t>
      </w:r>
    </w:p>
    <w:p>
      <w:r>
        <w:rPr>
          <w:b/>
        </w:rPr>
        <w:t xml:space="preserve">[1:27:53] </w:t>
      </w:r>
      <w:r>
        <w:t>maulana, doctor taah ne delhi se agla sawal kiya hai. unhon ne likha hai: "kisi aadmi ke liye poori tarah empty mind hona kis tarah mumkin hai</w:t>
      </w:r>
    </w:p>
    <w:p>
      <w:pPr>
        <w:jc w:val="right"/>
      </w:pPr>
      <w:r>
        <w:t>مولانا، डॉक्टर طاہ ने दिल्ली से अगला सवाल किया है। उन्होंने लिखा है: "کسی آدمی کے لیے پوری طرح ایمٹی مائنڈ ہونا کس طرح ممکن ہے</w:t>
      </w:r>
    </w:p>
    <w:p>
      <w:r>
        <w:rPr>
          <w:b/>
        </w:rPr>
        <w:t xml:space="preserve">[1:28:03] </w:t>
      </w:r>
      <w:r>
        <w:t>jabke aadmi ka mind har waqt in empty hota hai?" nahi, nahi, bilkul mumkin hai. aap insaan ke mind ko underestimate kar rahe hain. yani insaan ka mind itna zabardast cheez hai ke woh agarche us ke dimagh mein bohat sari baatein hon, phir bhi us ke alag ho kar soche woh.</w:t>
      </w:r>
    </w:p>
    <w:p>
      <w:pPr>
        <w:jc w:val="right"/>
      </w:pPr>
      <w:r>
        <w:t>جبکہ آدمی کا مائنڈ ہر وقت ان ایمٹی ہوتا ہے؟" नहीं, नहीं, बिल्कुल ممکن है। आप इंसान के माइंड को अंडर एस्टीमेट कर रहे हैं। یعنی انسان کا مائنڈ اتنا زبردست چیز ہے کہ وہ اگرچہ اس کے دماغ میں بہت ساری باتیں ہوں، پھر بھی اس کے الگ ہو کر سوچے وہ۔</w:t>
      </w:r>
    </w:p>
    <w:p>
      <w:r>
        <w:rPr>
          <w:b/>
        </w:rPr>
        <w:t xml:space="preserve">[1:28:25] </w:t>
      </w:r>
      <w:r>
        <w:t>phir bhi alag soche. yeh to bilkul possible hai. aur mein apni misaal</w:t>
      </w:r>
    </w:p>
    <w:p>
      <w:pPr>
        <w:jc w:val="right"/>
      </w:pPr>
      <w:r>
        <w:t>پھر بھی الگ سوچے۔ یہ تو بالکل پاسیبل ہے۔ اور میں اپنی مثال د</w:t>
      </w:r>
    </w:p>
    <w:p>
      <w:r>
        <w:rPr>
          <w:b/>
        </w:rPr>
        <w:t xml:space="preserve">[1:28:30] </w:t>
      </w:r>
      <w:r>
        <w:t>deta hoon. aap meri kisi kitab mein bata dijiye ke maine yani objectivity ko khoya ho kahin. mere mind mein hazaron, lakhon, karoron baatein hain lekin mein objective tor par analysis karta hoon har baat ka.</w:t>
      </w:r>
    </w:p>
    <w:p>
      <w:pPr>
        <w:jc w:val="right"/>
      </w:pPr>
      <w:r>
        <w:t>یتا ہوں۔ آپ میری کسی کتاب میں بتا دیجئے کہ میں نے یعنی ابجیکٹیوٹی کو کھویا ہو کہیں۔ میرے مائنڈ میں ہزاروں، لاکھوں، کروڑوں باتیں ہیں لیکن میں ابجیکٹو طور پر انالیسز کرتا ہوں ہر بات کا۔</w:t>
      </w:r>
    </w:p>
    <w:p>
      <w:r>
        <w:rPr>
          <w:b/>
        </w:rPr>
        <w:t xml:space="preserve">[1:28:44] </w:t>
      </w:r>
      <w:r>
        <w:t>agar aap meri kitabon mein batayein ke kahan mein objectivity kho di hai maine to mein manunga aap ke mafroozay ko nahi manunga.</w:t>
      </w:r>
    </w:p>
    <w:p>
      <w:pPr>
        <w:jc w:val="right"/>
      </w:pPr>
      <w:r>
        <w:t>اگر آپ میری کتابوں میں بتائیں کہ کہاں میں ابجیکٹیوٹی کھو دی ہے میں نے تو میں مانوں گا آپ کے مفروضے کو نہیں مانوں گا۔</w:t>
      </w:r>
    </w:p>
    <w:p>
      <w:r>
        <w:rPr>
          <w:b/>
        </w:rPr>
        <w:t xml:space="preserve">[1:28:51] </w:t>
      </w:r>
      <w:r>
        <w:t>yeh bilkul mumkin hai ke insaan agarchay is ke dimagh mein bohat si baatein hoti hain lekin objective tor par kisi aik cheez ko analysis karay, us ko samjhay us ko.</w:t>
      </w:r>
    </w:p>
    <w:p>
      <w:pPr>
        <w:jc w:val="right"/>
      </w:pPr>
      <w:r>
        <w:t>یہ بالکل ممکن ہے کہ انسان اگرچہ اس کے دماغ میں بہت سی باتیں ہوتی ہیں لیکن ابجیکٹو طور پر کسی ایک چیز کو کو انالیسز کرے، اس کو سمجھے اس کو۔</w:t>
      </w:r>
    </w:p>
    <w:p>
      <w:r>
        <w:rPr>
          <w:b/>
        </w:rPr>
        <w:t xml:space="preserve">[1:29:01] </w:t>
      </w:r>
      <w:r>
        <w:t>yeh yeh mind ki capacity ki baat hai. Aap insaan ke mind ko under statement karain gay agar aisa kahain aap to. Insaan ke mind to bohat ajeeb o ghareeb cheez hai.</w:t>
      </w:r>
    </w:p>
    <w:p>
      <w:pPr>
        <w:jc w:val="right"/>
      </w:pPr>
      <w:r>
        <w:t>یہ یہ مائنڈ کی کی کپیسٹی کی بات ہے۔ آپ انسان کے مائنڈ کو انڈر اسٹیٹمنٹ کریں گے اگر ایسا کہیں آپ تو۔ انسان کے مائنڈ تو بہت عجیب و غریب چیز ہے۔</w:t>
      </w:r>
    </w:p>
    <w:p>
      <w:r>
        <w:rPr>
          <w:b/>
        </w:rPr>
        <w:t xml:space="preserve">[1:29:14] </w:t>
      </w:r>
      <w:r>
        <w:t>Ma Allah ke fazal se mere mind mein beshumar baatein hain, har waqt hain. Lekin jab mein kisi cheez ka analysis karta hoon to baaton ko alag kar ke bilkul objective tor par us ka mutalia karta hoon.</w:t>
      </w:r>
    </w:p>
    <w:p>
      <w:pPr>
        <w:jc w:val="right"/>
      </w:pPr>
      <w:r>
        <w:t>ما اللہ کے فضل سے میرے مائنڈ میں بے شمار باتیں ہیں، ہر وقت ہیں۔ لیکن جب میں کسی چیز کا انالیسز کرتا ہوں تو باتوں کو الگ کر کے بالکل ابجیکٹو طور پر اس کا مطالعہ کرتا ہوں۔</w:t>
      </w:r>
    </w:p>
    <w:p>
      <w:r>
        <w:rPr>
          <w:b/>
        </w:rPr>
        <w:t xml:space="preserve">[1:29:28] </w:t>
      </w:r>
      <w:r>
        <w:t>Har insaan ke liye mumkin hai yeh.</w:t>
      </w:r>
    </w:p>
    <w:p>
      <w:pPr>
        <w:jc w:val="right"/>
      </w:pPr>
      <w:r>
        <w:t>ہر انسان کے لیے ممکن ہے یہ۔</w:t>
      </w:r>
    </w:p>
    <w:p>
      <w:r>
        <w:rPr>
          <w:b/>
        </w:rPr>
        <w:t xml:space="preserve">[1:29:33] </w:t>
      </w:r>
      <w:r>
        <w:t>Maulana, agla sawal Delhi se hai Muhammad Anas sahib ka.</w:t>
      </w:r>
    </w:p>
    <w:p>
      <w:pPr>
        <w:jc w:val="right"/>
      </w:pPr>
      <w:r>
        <w:t>مولانا، अगला सवाल दिल्ली से है محمد انس صاحب کا۔</w:t>
      </w:r>
    </w:p>
    <w:p>
      <w:r>
        <w:rPr>
          <w:b/>
        </w:rPr>
        <w:t xml:space="preserve">[1:29:38] </w:t>
      </w:r>
      <w:r>
        <w:t>Unhon ne likha hai: "Aik hadith mein aaya hai ke tum aapas mein aik doosray ko hidayat diya karo, is se baaham mohabbat paida hogi." Maulana sahib, is hadith ko explain karain.</w:t>
      </w:r>
    </w:p>
    <w:p>
      <w:pPr>
        <w:jc w:val="right"/>
      </w:pPr>
      <w:r>
        <w:t>انہوں نے لکھا ہے: "एक हदीस में आया है कि तुम आपस में एक दूसरे को हिदायत दिया करो, इससे باہم محبت पैदा होगी।" مولانا صاحب، اس حدیث کو ایکسپلین کریں۔</w:t>
      </w:r>
    </w:p>
    <w:p>
      <w:r>
        <w:rPr>
          <w:b/>
        </w:rPr>
        <w:t xml:space="preserve">[1:29:52] </w:t>
      </w:r>
      <w:r>
        <w:t>Haan, is ko bohat log liye rehtay hain. Tahadu, tahabo. Aaj kal to fashion hai. Aaj kal woh hadiya nahi duniya mein.</w:t>
      </w:r>
    </w:p>
    <w:p>
      <w:pPr>
        <w:jc w:val="right"/>
      </w:pPr>
      <w:r>
        <w:t>हां, इसको बहुत लोग लिए रहते हैं। تہادو، تحابو۔ آج کل تو فیشن ہے۔ آج کل وہ ہدیہ نہیں دنیا میں۔</w:t>
      </w:r>
    </w:p>
    <w:p>
      <w:r>
        <w:rPr>
          <w:b/>
        </w:rPr>
        <w:t xml:space="preserve">[1:30:01] </w:t>
      </w:r>
      <w:r>
        <w:t>Is zamanay mein jo gift hota tha, aaj woh gift nahi hai. Aaj to aik fashion hai. To aaj ke riwaj ke aitbar se samajhta hoon ke yeh yeh gift culture jo hai, mein us ko pasand nahi karta.</w:t>
      </w:r>
    </w:p>
    <w:p>
      <w:pPr>
        <w:jc w:val="right"/>
      </w:pPr>
      <w:r>
        <w:t>اس زمانے میں جو گفٹ ہوتا تھا، آج وہ گفٹ نہیں ہے۔ آج تو ایک فیشن ہے۔ تو آج کے رواج کے اعتبار سے سمجھتا ہوں کہ یہ یہ گفٹ کلچر جو ہے، میں اس کو پسند نہیں کرتا۔</w:t>
      </w:r>
    </w:p>
    <w:p>
      <w:r>
        <w:rPr>
          <w:b/>
        </w:rPr>
        <w:t xml:space="preserve">[1:30:15] </w:t>
      </w:r>
      <w:r>
        <w:t>Aaj ka jo gift culture hai, woh aik riwaj hai aur us ke yani us ki spirit hi doosri hoti hai.</w:t>
      </w:r>
    </w:p>
    <w:p>
      <w:pPr>
        <w:jc w:val="right"/>
      </w:pPr>
      <w:r>
        <w:t>آج کا جو گفٹ کلچر ہے، وہ ایک رواج ہے اور اس کے یعنی اس کی سپرٹ ہی دوسری ہوتی ہے۔</w:t>
      </w:r>
    </w:p>
    <w:p>
      <w:r>
        <w:rPr>
          <w:b/>
        </w:rPr>
        <w:t xml:space="preserve">[1:30:25] </w:t>
      </w:r>
      <w:r>
        <w:t>Woh spirit nahi hoti hai jo us zamanay mein tha.</w:t>
      </w:r>
    </w:p>
    <w:p>
      <w:pPr>
        <w:jc w:val="right"/>
      </w:pPr>
      <w:r>
        <w:t>وہ سپرٹ نہیں ہوتی ہے جو اس زمانے میں تھا۔</w:t>
      </w:r>
    </w:p>
    <w:p>
      <w:r>
        <w:rPr>
          <w:b/>
        </w:rPr>
        <w:t xml:space="preserve">[1:30:30] </w:t>
      </w:r>
      <w:r>
        <w:t>To speed ke lihaz se aaj ka gift culture ko mein sahi nahi samajhta. Us zamanay mein jo tha, us ki speed doosri hoti thi. Aaj ki speed doosri hai.</w:t>
      </w:r>
    </w:p>
    <w:p>
      <w:pPr>
        <w:jc w:val="right"/>
      </w:pPr>
      <w:r>
        <w:t>تو اسپیڈ کے لحاظ سے آج کا گفٹ کلچر کو میں صحیح نہیں سمجھتا۔ اس زمانے میں جو تھا، اس کی اسپیڈ دوسری ہوتی تھی۔ آج کی اسپیڈ دوسری ہے۔</w:t>
      </w:r>
    </w:p>
    <w:p>
      <w:r>
        <w:rPr>
          <w:b/>
        </w:rPr>
        <w:t xml:space="preserve">[1:30:41] </w:t>
      </w:r>
      <w:r>
        <w:t>Maulana, aik aur sawal hai un ka. Unhon ne likha hai: "Last class mein aap ne bataya ke hidayat insaan khud se hasil karta hai.</w:t>
      </w:r>
    </w:p>
    <w:p>
      <w:pPr>
        <w:jc w:val="right"/>
      </w:pPr>
      <w:r>
        <w:t>مولانا، एक और सवाल है उनका। उन्होंने लिखा है: "لاسٹ کلاس میں آپ نے بتایا کہ ہدایت انسان خود سے حاصل کرتا ہے۔</w:t>
      </w:r>
    </w:p>
    <w:p>
      <w:r>
        <w:rPr>
          <w:b/>
        </w:rPr>
        <w:t xml:space="preserve">[1:30:51] </w:t>
      </w:r>
      <w:r>
        <w:t>Maulana, hidayat ke liye dua karne ka matlab kya hai?"</w:t>
      </w:r>
    </w:p>
    <w:p>
      <w:pPr>
        <w:jc w:val="right"/>
      </w:pPr>
      <w:r>
        <w:t>مولانا، ہدایت کے لیے دعا کرنے کا مطلب کیا ہے؟"</w:t>
      </w:r>
    </w:p>
    <w:p>
      <w:r>
        <w:rPr>
          <w:b/>
        </w:rPr>
        <w:t xml:space="preserve">[1:31:01] </w:t>
      </w:r>
      <w:r>
        <w:t>Dekhiye, mera tajurba yeh hai ke aadmi ko jab koi jati baat us ki guzarti hai, maslan uska uska beta mar gaya, to khoob dua karta hai woh. Dilo jaan se. Bimar hai, dilo jaan se dua karta hai. Lekin jo akhirat ki baatein, jannat, dozakh ki baatein hain, us ko fuzool tareeqay se dua karta hai. Kitabon mein kuch duaen jo likhi hui hain, rat liya to woh kar raha hai. Aur beta beti ke liye duaen karna hai to jigar phaar kar duaen karta hai.</w:t>
      </w:r>
    </w:p>
    <w:p>
      <w:pPr>
        <w:jc w:val="right"/>
      </w:pPr>
      <w:r>
        <w:t>देखिए, मेरा تجربہ यह है कि आदमी को जब कोई जाती बात उसकी गुजरती है, مثلاً उसका उसका बेटा मर गया, तो खूब दुआ करता है वह। दिलो जान से। बीमार है, दिलो जान से दुआ करता है। लेकिन जो आखिरत की बातें, جنت, دوزخ की बातें हैं, उसको फालतू तरीके से दुआ करता है। किताबों में कुछ दुआएं जो लिखी हुई हैं, रट लिया तो वह कर रहा है। और बेटा बेटी के लिए दुआएं करना है तो जिगर फाड़ कर दुआएं करता है।</w:t>
      </w:r>
    </w:p>
    <w:p>
      <w:r>
        <w:rPr>
          <w:b/>
        </w:rPr>
        <w:t xml:space="preserve">[1:31:30] </w:t>
      </w:r>
      <w:r>
        <w:t>To har aadmi ko khud pata hai ke rasmi dua kya hai aur haqeeqi dua kya hai. Aap ne bhi dekha, aap ne bhi dekha hai ke aik aik aurat ka bachcha bimar tha,</w:t>
      </w:r>
    </w:p>
    <w:p>
      <w:pPr>
        <w:jc w:val="right"/>
      </w:pPr>
      <w:r>
        <w:t>तो हर आदमी को खुद पता है कि रस्मी दुआ क्या है और हकीकी दुआ क्या है। आपने भी देखा, आपने भी देखा है कि एक एक औरत का बच्चा बीमार था,</w:t>
      </w:r>
    </w:p>
    <w:p>
      <w:r>
        <w:rPr>
          <w:b/>
        </w:rPr>
        <w:t xml:space="preserve">[1:31:43] </w:t>
      </w:r>
      <w:r>
        <w:t>Is qadar jigar phaar kar duaen kar rahi thi woh apne bachche ke liye ke mera bachcha acha ho jaye.</w:t>
      </w:r>
    </w:p>
    <w:p>
      <w:pPr>
        <w:jc w:val="right"/>
      </w:pPr>
      <w:r>
        <w:t>इस कदर जिगर फाड़ कर दुआएं कर रही थी वह अपने बच्चे के लिए कि मेरा बच्चा अच्छा हो जाए।</w:t>
      </w:r>
    </w:p>
    <w:p>
      <w:r>
        <w:rPr>
          <w:b/>
        </w:rPr>
        <w:t xml:space="preserve">[1:31:50] </w:t>
      </w:r>
      <w:r>
        <w:t>Lekin wahi aurat ko jab dua karna hota hai akhirat ke baray mein, to kitabon mein rat leti hai, usi ko dua deti hai. Yeh to bohat aasani se samajh sakte hain aap ke dono duaon mein farq kya hai. To Allah taala ko lip service wali dua nahi matlab hai. Lip service wali dua se kuch nahi hota. Woh dua jo dil ki gehraiyon se niklay, jis mein aadmi apni shakhsiyat ko undel diya ho,</w:t>
      </w:r>
    </w:p>
    <w:p>
      <w:pPr>
        <w:jc w:val="right"/>
      </w:pPr>
      <w:r>
        <w:t>लेकिन वही औरत को जब दुआ करना होता है आखिरत के बारे में, तो किताबों में रट लेती है, उसी को दुआ देती है। यह तो बहुत आसानी से समझ सकते हैं आप कि दोनों दुआओं में फर्क क्या है। तो अल्लाह ताला को लिप सर्विस वाली दुआ नहीं मतलूब है। लिप सर्विस वाली दुआ से कुछ नहीं होता। वह दुआ जो दिल की गहराइयों से निकले, जिसमें आदमी अपनी شخصیت को उंडेल दिया हो,</w:t>
      </w:r>
    </w:p>
    <w:p>
      <w:r>
        <w:rPr>
          <w:b/>
        </w:rPr>
        <w:t xml:space="preserve">[1:32:20] </w:t>
      </w:r>
      <w:r>
        <w:t>Woh dua bila shuba qabool hoti hai. Wahi dua yani Allah taala ko matlab hai.</w:t>
      </w:r>
    </w:p>
    <w:p>
      <w:pPr>
        <w:jc w:val="right"/>
      </w:pPr>
      <w:r>
        <w:t>वह दुआ बिला शवा قبूल होती है। वही दुआ यानी अल्लाह ताला को मतलूब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