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Support to Islam October 5, 2019 - Maulana Wahiduddin Khan</w:t>
      </w:r>
    </w:p>
    <w:p>
      <w:r>
        <w:t>https://www.youtube.com/watch?v=ykgDyPu14Aw</w:t>
      </w:r>
    </w:p>
    <w:p>
      <w:r>
        <w:rPr>
          <w:b/>
        </w:rPr>
        <w:t xml:space="preserve">[00:13] </w:t>
      </w:r>
      <w:r>
        <w:t>bismillah-al-rahman-al-rahim, wa-salla-allah-ala-nabi-al-karim. rab-ishrah-li-sadri, wa-yassir-li-amri, wa-ahl-al-uqdatan-min-lisani, yafqahu-qawli.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[00:29] </w:t>
      </w:r>
      <w:r>
        <w:t>dekhiye, mere mind mein ek sawal bahut dinon se tha, bahut dinon se.</w:t>
      </w:r>
    </w:p>
    <w:p>
      <w:pPr>
        <w:jc w:val="right"/>
      </w:pPr>
      <w:r>
        <w:t>دیکھیے، میرے مائنڈ میں ایک سوال بہت دنوں سے تھا، بہت دنوں سے۔</w:t>
      </w:r>
    </w:p>
    <w:p>
      <w:r>
        <w:rPr>
          <w:b/>
        </w:rPr>
        <w:t xml:space="preserve">[00:38] </w:t>
      </w:r>
      <w:r>
        <w:t>woh yeh ke bukhari ki ek riwayat hai ke: "in-allah-la-yuayiduha-al-dina-bi-al-rajul-al-fajir".</w:t>
      </w:r>
    </w:p>
    <w:p>
      <w:pPr>
        <w:jc w:val="right"/>
      </w:pPr>
      <w:r>
        <w:t>وہ یہ کہ بخاری کی ایک روایت ہے کہ: "إن الله لا يؤيدها الدين بالرجل الفاجر"۔</w:t>
      </w:r>
    </w:p>
    <w:p>
      <w:r>
        <w:rPr>
          <w:b/>
        </w:rPr>
        <w:t xml:space="preserve">[00:49] </w:t>
      </w:r>
      <w:r>
        <w:t>allah aise deen ki ibadat karega fajar insan ke zariye. yeh insan jo hai, wahid ke mani mein bhi hai, jama ke mani mein bhi hai.</w:t>
      </w:r>
    </w:p>
    <w:p>
      <w:pPr>
        <w:jc w:val="right"/>
      </w:pPr>
      <w:r>
        <w:t>اللہ ایسے دین کی عبادت کرے گا فاجر انسان کے ذریعے۔ یہ انسان جو ہے، واحد کے معنی میں بھی ہے، جمع کے معنی میں بھی ہے۔</w:t>
      </w:r>
    </w:p>
    <w:p>
      <w:r>
        <w:rPr>
          <w:b/>
        </w:rPr>
        <w:t xml:space="preserve">[01:00] </w:t>
      </w:r>
      <w:r>
        <w:t>yani aise log jo fajar ko phir maine sochte sochte samjha ke fajar ke mani koi bura nahi, secular.</w:t>
      </w:r>
    </w:p>
    <w:p>
      <w:pPr>
        <w:jc w:val="right"/>
      </w:pPr>
      <w:r>
        <w:t>یعنی ایسے لوگ جو فاجر کو پھر میں نے سوچتے سوچتے سمجھا کہ فاجر کے معنی کوئی برا نہیں، سیکولر۔</w:t>
      </w:r>
    </w:p>
    <w:p>
      <w:r>
        <w:rPr>
          <w:b/>
        </w:rPr>
        <w:t xml:space="preserve">[01:12] </w:t>
      </w:r>
      <w:r>
        <w:t>secular. secular logon ke zariye. toh phir maine socha ke secular logon ke zariye kaise ibadat hoti hai?</w:t>
      </w:r>
    </w:p>
    <w:p>
      <w:pPr>
        <w:jc w:val="right"/>
      </w:pPr>
      <w:r>
        <w:t>سیکولر۔ سیکولر لوگوں کے ذریعے۔ تو پھر میں نے سوچا کہ سیکولر لوگوں کے ذریعے کیسے عبادت ہوتی ہے؟</w:t>
      </w:r>
    </w:p>
    <w:p>
      <w:r>
        <w:rPr>
          <w:b/>
        </w:rPr>
        <w:t xml:space="preserve">[01:27] </w:t>
      </w:r>
      <w:r>
        <w:t>toh ek bahut badi baat, dekhiye main ek baat arz karun ke ek log ek cheez se bahut zyada woh hain ke: "al-quran-yufassir-ba'dahu-ba'dan".</w:t>
      </w:r>
    </w:p>
    <w:p>
      <w:pPr>
        <w:jc w:val="right"/>
      </w:pPr>
      <w:r>
        <w:t>تو ایک بہت بڑی بات، دیکھیے میں ایک بات عرض کروں کہ ایک لوگ ایک چیز سے بہت زیادہ وہ ہیں کہ: "القرآن یفسر بعضه بعضا"۔</w:t>
      </w:r>
    </w:p>
    <w:p>
      <w:r>
        <w:rPr>
          <w:b/>
        </w:rPr>
        <w:t xml:space="preserve">[01:41] </w:t>
      </w:r>
      <w:r>
        <w:t>ke quran ki ek ayat doosri ayat ki tafsir karti hai. yeh kafi nahi hai.</w:t>
      </w:r>
    </w:p>
    <w:p>
      <w:pPr>
        <w:jc w:val="right"/>
      </w:pPr>
      <w:r>
        <w:t>کہ قرآن کی ایک آیت دوسری آیت کی تفسیر کرتی ہے۔ یہ کافی نہیں ہے۔</w:t>
      </w:r>
    </w:p>
    <w:p>
      <w:r>
        <w:rPr>
          <w:b/>
        </w:rPr>
        <w:t xml:space="preserve">[01:49] </w:t>
      </w:r>
      <w:r>
        <w:t>balkeh poori tareekh, poora creation plan, poore universal culture, har cheez mein hamein sochna hai ke is mein kahin allah quran ki koi cheez mil jaye jo quran ki sharah ho.</w:t>
      </w:r>
    </w:p>
    <w:p>
      <w:pPr>
        <w:jc w:val="right"/>
      </w:pPr>
      <w:r>
        <w:t>بلکہ پوری تاریخ، پورا کیشن پلان، پورے یونیورسل کلچر، ہر چیز میں ہمیں سوچنا ہے کہ اس میں کہیں اللہ قرآن کی کوئی چیز مل جائے جو قرآن کی شرح ہو۔</w:t>
      </w:r>
    </w:p>
    <w:p>
      <w:r>
        <w:rPr>
          <w:b/>
        </w:rPr>
        <w:t xml:space="preserve">[02:09] </w:t>
      </w:r>
      <w:r>
        <w:t>woh log jo bas aage ki ayat, peeche ki ayat mila kar samajhte hain, woh bahut hi zyada ghalati par hain mere nazdeek.</w:t>
      </w:r>
    </w:p>
    <w:p>
      <w:pPr>
        <w:jc w:val="right"/>
      </w:pPr>
      <w:r>
        <w:t>وہ لوگ جو بس آگے کی آیت، پیچھے کی آیت ملا کر سمجھتے ہیں، وہ بہت ہی زیادہ غلطی پر ہیں میرے نزدیک۔</w:t>
      </w:r>
    </w:p>
    <w:p>
      <w:r>
        <w:rPr>
          <w:b/>
        </w:rPr>
        <w:t xml:space="preserve">[02:19] </w:t>
      </w:r>
      <w:r>
        <w:t>poora universe, poora creation, poori history</w:t>
      </w:r>
    </w:p>
    <w:p>
      <w:pPr>
        <w:jc w:val="right"/>
      </w:pPr>
      <w:r>
        <w:t>پورا یونیورس، پورا کریشن، پوری ہسٹری</w:t>
      </w:r>
    </w:p>
    <w:p>
      <w:r>
        <w:rPr>
          <w:b/>
        </w:rPr>
        <w:t xml:space="preserve">[02:25] </w:t>
      </w:r>
      <w:r>
        <w:t>batati hai iski mani ko. tab aap bade mani samajhte hain. mahdood, jo log jinhone is tarah ki</w:t>
      </w:r>
    </w:p>
    <w:p>
      <w:pPr>
        <w:jc w:val="right"/>
      </w:pPr>
      <w:r>
        <w:t>بتاتی ہے اس کی معنی کو۔ تب آپ بڑے معنی سمجھتے ہیں۔ محدود، جو لوگ جنہوں نے اس طرح کی</w:t>
      </w:r>
    </w:p>
    <w:p>
      <w:r>
        <w:rPr>
          <w:b/>
        </w:rPr>
        <w:t xml:space="preserve">[02:41] </w:t>
      </w:r>
      <w:r>
        <w:t>cheezein bana rakhi hain, woh sab quran ko mahdood karne ke mani mein, rest form mein quran ko lene ke mani mein hain.</w:t>
      </w:r>
    </w:p>
    <w:p>
      <w:pPr>
        <w:jc w:val="right"/>
      </w:pPr>
      <w:r>
        <w:t>چیزیں بنا رکھی ہیں، وہ سب قرآن کو محدود کرنے کے معنی میں، ریسٹ فارم میں قرآن کو لینے کے معنی میں ہیں۔</w:t>
      </w:r>
    </w:p>
    <w:p>
      <w:r>
        <w:rPr>
          <w:b/>
        </w:rPr>
        <w:t xml:space="preserve">[02:51] </w:t>
      </w:r>
      <w:r>
        <w:t>toh dekhiye, pehli baar jab main america gaya toh ek waqea hua tha. achha, is se pehle main ek baat aur kehna chahta hoon ke</w:t>
      </w:r>
    </w:p>
    <w:p>
      <w:pPr>
        <w:jc w:val="right"/>
      </w:pPr>
      <w:r>
        <w:t>تو دیکھیے، پہلی بار جب میں امریکہ گیا تو ایک واقعہ ہوا تھا۔ اچھا، اس سے پہلے میں ایک بات اور کہنا چاہتا ہوں کہ</w:t>
      </w:r>
    </w:p>
    <w:p>
      <w:r>
        <w:rPr>
          <w:b/>
        </w:rPr>
        <w:t xml:space="preserve">[03:08] </w:t>
      </w:r>
      <w:r>
        <w:t>bahut cheezein is zamane mein aisi hain jo bas islam ke liye nemat hain, lekin is ko jante nahi log. jaise maslan corporate sector.</w:t>
      </w:r>
    </w:p>
    <w:p>
      <w:pPr>
        <w:jc w:val="right"/>
      </w:pPr>
      <w:r>
        <w:t>بہت چیزیں اس زمانے میں ایسی ہیں جو بس اسلام کے لیے نعمت ہیں، لیکن اس کو جانتے نہیں لوگ۔ جیسے مثلاً کارپوریٹ سیکٹر۔</w:t>
      </w:r>
    </w:p>
    <w:p>
      <w:r>
        <w:rPr>
          <w:b/>
        </w:rPr>
        <w:t xml:space="preserve">[03:19] </w:t>
      </w:r>
      <w:r>
        <w:t>corporate sector. yeh bahut badi badi companiyan hoti hain, jo kai kai companiyan mil kar banti hain, un ko kehte hain corporate sector.</w:t>
      </w:r>
    </w:p>
    <w:p>
      <w:pPr>
        <w:jc w:val="right"/>
      </w:pPr>
      <w:r>
        <w:t>کارپوریٹ سیکٹر۔ یہ بہت بڑی بڑی کمپنیاں ہوتی ہیں، جو کئی کئی کمپنیاں مل کر بنتی ہیں، ان کو کہتے ہیں کارپوریٹ سیکٹر۔</w:t>
      </w:r>
    </w:p>
    <w:p>
      <w:r>
        <w:rPr>
          <w:b/>
        </w:rPr>
        <w:t xml:space="preserve">[03:29] </w:t>
      </w:r>
      <w:r>
        <w:t>toh kisi aalim ne socha bhi nahi ke corporate sector jo hai, woh koi quran ko samajhne mein madadgar hai.</w:t>
      </w:r>
    </w:p>
    <w:p>
      <w:pPr>
        <w:jc w:val="right"/>
      </w:pPr>
      <w:r>
        <w:t>تو کسی عالم نے سوچا بھی نہیں کہ کارپوریٹ سیکٹر جو ہے، وہ کوئی قرآن کو سمجھنے میں مددگار ہے۔</w:t>
      </w:r>
    </w:p>
    <w:p>
      <w:r>
        <w:rPr>
          <w:b/>
        </w:rPr>
        <w:t xml:space="preserve">[03:39] </w:t>
      </w:r>
      <w:r>
        <w:t>main toh aaj tak suna nahi logon ko. ab main apne bare mein keh sakta hoon ke corporate sector mere liye quran ko samajhne ka bahut bada source bana.</w:t>
      </w:r>
    </w:p>
    <w:p>
      <w:pPr>
        <w:jc w:val="right"/>
      </w:pPr>
      <w:r>
        <w:t>میں تو آج تک سنا نہیں لوگوں کو۔ اب میں اپنے بارے میں کہہ سکتا ہوں کہ کارپوریٹ سیکٹر میرے لیے قرآن کو سمجھنے کا بہت بڑا سورس بنا۔</w:t>
      </w:r>
    </w:p>
    <w:p>
      <w:r>
        <w:rPr>
          <w:b/>
        </w:rPr>
        <w:t xml:space="preserve">[03:53] </w:t>
      </w:r>
      <w:r>
        <w:t>kyun ke corporate sector ne mujh ko personally,</w:t>
      </w:r>
    </w:p>
    <w:p>
      <w:pPr>
        <w:jc w:val="right"/>
      </w:pPr>
      <w:r>
        <w:t>کیونکہ کارپوریٹ سیکٹر نے مجھ کو پرسنلی،</w:t>
      </w:r>
    </w:p>
    <w:p>
      <w:r>
        <w:rPr>
          <w:b/>
        </w:rPr>
        <w:t xml:space="preserve">[04:00] </w:t>
      </w:r>
      <w:r>
        <w:t>yani aalami culture, global culture mein entry di. pehle main gaon wala tha, phir bahut bahut UP wala bana, phir Delhi wala bana.</w:t>
      </w:r>
    </w:p>
    <w:p>
      <w:pPr>
        <w:jc w:val="right"/>
      </w:pPr>
      <w:r>
        <w:t>یعنی عالمی کلچر، گلوبل کلچر میں انٹری دی۔ پہلے میں گاؤں والا تھا، پھر بہت بہت یو پی والا بنا، پھر دلی والا بنا۔</w:t>
      </w:r>
    </w:p>
    <w:p>
      <w:r>
        <w:rPr>
          <w:b/>
        </w:rPr>
        <w:t xml:space="preserve">[04:13] </w:t>
      </w:r>
      <w:r>
        <w:t>lekin jo universal culture hai, jo universal plan par jo duniya hai, us mein entry jo mili hai, mujhe corporate sector ke zariye mili hai.</w:t>
      </w:r>
    </w:p>
    <w:p>
      <w:pPr>
        <w:jc w:val="right"/>
      </w:pPr>
      <w:r>
        <w:t>لیکن جو یونیورسل کلچر ہے، جو یونیورسل پلین پر جو دنیا ہے، اس میں انٹری جو ملی ہے، مجھے کارپوریٹ سیکٹر کے ذریعے ملی ہے۔</w:t>
      </w:r>
    </w:p>
    <w:p>
      <w:r>
        <w:rPr>
          <w:b/>
        </w:rPr>
        <w:t xml:space="preserve">[04:24] </w:t>
      </w:r>
      <w:r>
        <w:t>aur is ke baad hi mera mission jo hai, woh aisa bana jise ke aaj aap dekhte hain. yeh aap ko khud ta'ajjub hoga ke yeh main kya keh raha hoon.</w:t>
      </w:r>
    </w:p>
    <w:p>
      <w:pPr>
        <w:jc w:val="right"/>
      </w:pPr>
      <w:r>
        <w:t>اور اس کے بعد ہی میرا مشن جو ہے، وہ ایسا بنا جسے کہ آج آپ دیکھتے ہیں۔ یہ آپ کو خود تعجب ہوگا کہ یہ میں کیا کہہ رہا ہوں۔</w:t>
      </w:r>
    </w:p>
    <w:p>
      <w:r>
        <w:rPr>
          <w:b/>
        </w:rPr>
        <w:t xml:space="preserve">[04:37] </w:t>
      </w:r>
      <w:r>
        <w:t>is ki wajah kya hai? Europe ka ek ek bahut bada halqa hai, jo corporate sector wala, toh is ke apne, yani organizations hain, apne organizations hain.</w:t>
      </w:r>
    </w:p>
    <w:p>
      <w:pPr>
        <w:jc w:val="right"/>
      </w:pPr>
      <w:r>
        <w:t>اس کی وجہ کیا ہے؟ یورپ کا ایک ایک بہت بڑا حلقہ ہے، جو کارپوریٹ سیکٹر والا، تو اس کے اپنے، یعنی آرگنائزیشنز ہیں، اپنے آرگنائزیشنز ہیں۔</w:t>
      </w:r>
    </w:p>
    <w:p>
      <w:r>
        <w:rPr>
          <w:b/>
        </w:rPr>
        <w:t xml:space="preserve">[04:53] </w:t>
      </w:r>
      <w:r>
        <w:t>ek organization ka naam hai committee. different region mein unhone apna bana rakha hai halqa. kyun ke logon ko entry pana hai mukhtalif group of people mein.</w:t>
      </w:r>
    </w:p>
    <w:p>
      <w:pPr>
        <w:jc w:val="right"/>
      </w:pPr>
      <w:r>
        <w:t>ایک آرگنائزیشن کا نام ہے کموٹیٹس۔ ڈفرنٹ ریجن میں انہوں نے اپنا بنا رکھا ہے حلقہ۔ کیونکہ لوگوں کو انٹری پانا ہے مختلف گروپ آف پیپل میں۔</w:t>
      </w:r>
    </w:p>
    <w:p>
      <w:r>
        <w:rPr>
          <w:b/>
        </w:rPr>
        <w:t xml:space="preserve">[05:06] </w:t>
      </w:r>
      <w:r>
        <w:t>toh is mein se ek tha, ya hai, jo arabon mein apne business ko shamil karna chahta hai. yani arabon ko apna customer banana chahta hai.</w:t>
      </w:r>
    </w:p>
    <w:p>
      <w:pPr>
        <w:jc w:val="right"/>
      </w:pPr>
      <w:r>
        <w:t>تو اس میں سے ایک تھا، یا ہے، جو عربوں میں اپنے بزنس کو شامل کرنا چاہتا ہے۔ یعنی عربوں کو اپنا کسٹمر بنانا چاہتا ہے۔</w:t>
      </w:r>
    </w:p>
    <w:p>
      <w:r>
        <w:rPr>
          <w:b/>
        </w:rPr>
        <w:t xml:space="preserve">[05:20] </w:t>
      </w:r>
      <w:r>
        <w:t>arbon mein apna liye soft corner banana chahta hai. to us ne le liya hai apne apne helpers mein community of saint egidio.</w:t>
      </w:r>
    </w:p>
    <w:p>
      <w:pPr>
        <w:jc w:val="right"/>
      </w:pPr>
      <w:r>
        <w:t>عربوں میں اپنا لیے سافٹ کارنر بنانا چاہتا ہے۔ تو اس نے لے لیا ہے اپنے اپنے ہیلپرز میں کمیونٹی آف سینٹ ایجیڈیو۔</w:t>
      </w:r>
    </w:p>
    <w:p>
      <w:r>
        <w:rPr>
          <w:b/>
        </w:rPr>
        <w:t xml:space="preserve">[05:37] </w:t>
      </w:r>
      <w:r>
        <w:t>is ka center hai Rome mein. community of saint egidio. is mein bohat parh likhe, bohat hi parh likhe log hain.</w:t>
      </w:r>
    </w:p>
    <w:p>
      <w:pPr>
        <w:jc w:val="right"/>
      </w:pPr>
      <w:r>
        <w:t>اس کا سینٹر ہے روم میں۔ کمیونٹی آف سینٹ ایجیڈیو۔ اس میں بہت پڑھ لکھے، بہت ہی پڑھ لکھے لوگ ہیں۔</w:t>
      </w:r>
    </w:p>
    <w:p>
      <w:r>
        <w:rPr>
          <w:b/>
        </w:rPr>
        <w:t xml:space="preserve">[05:47] </w:t>
      </w:r>
      <w:r>
        <w:t>bohat ziyada parh likhe log. doctor, engineer, top ke log. woh sab Christian hain, Europe ke log hain woh. to unhon ne in ko bohat paisa diya.</w:t>
      </w:r>
    </w:p>
    <w:p>
      <w:pPr>
        <w:jc w:val="right"/>
      </w:pPr>
      <w:r>
        <w:t>بہت زیادہ پڑھ لکھے لوگ۔ ڈاکٹر، انجینئر، ٹاپ کے لوگ۔ وہ سب کرسچن ہیں، یورپ کے لوگ ہیں وہ۔ تو انہوں نے ان کو بہت پیسہ دیا۔</w:t>
      </w:r>
    </w:p>
    <w:p>
      <w:r>
        <w:rPr>
          <w:b/>
        </w:rPr>
        <w:t xml:space="preserve">[05:59] </w:t>
      </w:r>
      <w:r>
        <w:t>aaj kal pata nahi kaisa hai, main is se pehle mujhe har saal bulate thay, har saal. to is mein bohat paisa dete hain, dete thay woh.</w:t>
      </w:r>
    </w:p>
    <w:p>
      <w:pPr>
        <w:jc w:val="right"/>
      </w:pPr>
      <w:r>
        <w:t>آج کل پتہ نہیں کیسا ہے، میں اس سے پہلے مجھے ہر سال بلاتے تھے، ہر سال۔ تو اس میں بہت پیسہ دیتے ہیں، دیتے تھے وہ۔</w:t>
      </w:r>
    </w:p>
    <w:p>
      <w:r>
        <w:rPr>
          <w:b/>
        </w:rPr>
        <w:t xml:space="preserve">[06:09] </w:t>
      </w:r>
      <w:r>
        <w:t>to logon ko bulate thay. Europe ke aur Asia ke mukhtalif shehron mein, baray baray. to is mein mujhe liya unhon ne.</w:t>
      </w:r>
    </w:p>
    <w:p>
      <w:pPr>
        <w:jc w:val="right"/>
      </w:pPr>
      <w:r>
        <w:t>تو لوگوں کو بلاتے تھے۔ یورپ کے اور ایشیا کے مختلف شہروں میں، بڑے بڑے۔ تو اس میں مجھے لیا انہوں نے۔</w:t>
      </w:r>
    </w:p>
    <w:p>
      <w:r>
        <w:rPr>
          <w:b/>
        </w:rPr>
        <w:t xml:space="preserve">[06:20] </w:t>
      </w:r>
      <w:r>
        <w:t>to mujhe moqa mila ke sari duniya ka jo naqsha hai, woh wahan jaon main. bas Europe mein, Asia mein har jagah.</w:t>
      </w:r>
    </w:p>
    <w:p>
      <w:pPr>
        <w:jc w:val="right"/>
      </w:pPr>
      <w:r>
        <w:t>تو مجھے موقع ملا کہ ساری دنیا کا جو نقشہ ہے، وہ وہاں جاؤں میں۔ بس یورپ میں، ایشیا میں ہر جگہ۔</w:t>
      </w:r>
    </w:p>
    <w:p>
      <w:r>
        <w:rPr>
          <w:b/>
        </w:rPr>
        <w:t xml:space="preserve">[06:29] </w:t>
      </w:r>
      <w:r>
        <w:t>bohat se top ke halqon mein main jana mila mujh ko. isi se to meri, aindah mera spain barha.</w:t>
      </w:r>
    </w:p>
    <w:p>
      <w:pPr>
        <w:jc w:val="right"/>
      </w:pPr>
      <w:r>
        <w:t>بہت سے ٹاپ کے حلقوں میں میں جانا ملا مجھ کو۔ اسی سے تو میری، آئندہ میرا اسپین بڑھا۔</w:t>
      </w:r>
    </w:p>
    <w:p>
      <w:r>
        <w:rPr>
          <w:b/>
        </w:rPr>
        <w:t xml:space="preserve">[06:39] </w:t>
      </w:r>
      <w:r>
        <w:t>ziyada. to is mein thay doctor Lorado. to doctor Lorado ne mujh se contact kiya. to main ne ek anokhi, us waqt tak meri soch jo thi, bohat limited hua karti thi.</w:t>
      </w:r>
    </w:p>
    <w:p>
      <w:pPr>
        <w:jc w:val="right"/>
      </w:pPr>
      <w:r>
        <w:t>زیادہ۔ تو اس میں تھے ڈاکٹر لوراڈو۔ تو ڈاکٹر لوراڈو نے مجھ سے کنٹیکٹ کیا۔ تو میں نے ایک انوکھی، اس وقت تک میری سوچ جو تھی، بہت لمیٹڈ ہوا کرتی تھی۔</w:t>
      </w:r>
    </w:p>
    <w:p>
      <w:r>
        <w:rPr>
          <w:b/>
        </w:rPr>
        <w:t xml:space="preserve">[06:54] </w:t>
      </w:r>
      <w:r>
        <w:t>to main entry karne mein hesitant rehta tha, hesitant. ke yahan jaon, wahan jaon, Spain jaon, Palestine jaon, Israel jaon, Italy jaon,</w:t>
      </w:r>
    </w:p>
    <w:p>
      <w:pPr>
        <w:jc w:val="right"/>
      </w:pPr>
      <w:r>
        <w:t>تو میں انٹری کرنے میں ہزیٹنٹ رہتا تھا، ہزیٹنٹ۔ کہ یہاں جاؤں، وہاں جاؤں، اسپین جاؤں، فلسطین جاؤں، اسرائیل جاؤں، اٹلی جاؤں،</w:t>
      </w:r>
    </w:p>
    <w:p>
      <w:r>
        <w:rPr>
          <w:b/>
        </w:rPr>
        <w:t xml:space="preserve">[07:08] </w:t>
      </w:r>
      <w:r>
        <w:t>har jagah jaon. to main, yani hesitant rehta tha. to un se doctor Lorado se main ne kaha ke aap ko airport, to airport mera sath dena hoga.</w:t>
      </w:r>
    </w:p>
    <w:p>
      <w:pPr>
        <w:jc w:val="right"/>
      </w:pPr>
      <w:r>
        <w:t>ہر جگہ جاؤں۔ تو میں، یعنی ہزیٹنٹ رہتا تھا۔ تو ان سے ڈاکٹر لوراڈو سے میں نے کہا کہ آپ کو ایئرپورٹ، ٹو ایئرپورٹ میرا ساتھ دینا ہوگا۔</w:t>
      </w:r>
    </w:p>
    <w:p>
      <w:r>
        <w:rPr>
          <w:b/>
        </w:rPr>
        <w:t xml:space="preserve">[07:23] </w:t>
      </w:r>
      <w:r>
        <w:t>airport, to airport. yani jahan se chaloon, jahan pohnchun, woh poora area jo hai, mujhe saathi chahiye.</w:t>
      </w:r>
    </w:p>
    <w:p>
      <w:pPr>
        <w:jc w:val="right"/>
      </w:pPr>
      <w:r>
        <w:t>ایئرپورٹ، ٹو ایئرپورٹ۔ یعنی جہاں سے چلوں، جہاں پہنچوں، وہ پورا ایریا جو ہے، مجھے ساتھی چاہیے۔</w:t>
      </w:r>
    </w:p>
    <w:p>
      <w:r>
        <w:rPr>
          <w:b/>
        </w:rPr>
        <w:t xml:space="preserve">[07:34] </w:t>
      </w:r>
      <w:r>
        <w:t>yeh us waqt ki baat hai jab apa mere sath nahi hotay thay, tab tak. phir baad ko apa mere sath janay lagay. phir rajat janay lagay.</w:t>
      </w:r>
    </w:p>
    <w:p>
      <w:pPr>
        <w:jc w:val="right"/>
      </w:pPr>
      <w:r>
        <w:t>یہ اس وقت کی بات ہے جب آپا میرے ساتھ نہیں ہوتے تھے، تب تک۔ پھر بعد کو آپا میرے ساتھ جانے لگے۔ پھر رجعت جانے لگے۔</w:t>
      </w:r>
    </w:p>
    <w:p>
      <w:r>
        <w:rPr>
          <w:b/>
        </w:rPr>
        <w:t xml:space="preserve">[07:44] </w:t>
      </w:r>
      <w:r>
        <w:t>phir sahib, woh main Germany mein gaya, France mein gaya, aur Italy gaya, Spain gaya, inhi logon ke paisay par.</w:t>
      </w:r>
    </w:p>
    <w:p>
      <w:pPr>
        <w:jc w:val="right"/>
      </w:pPr>
      <w:r>
        <w:t>پھر صاحب، وہ میں جرمنی میں گیا، فرانس میں گیا، اور اٹلی گیا، اسپین گیا، انہی لوگوں کے پیسے پر۔</w:t>
      </w:r>
    </w:p>
    <w:p>
      <w:r>
        <w:rPr>
          <w:b/>
        </w:rPr>
        <w:t xml:space="preserve">[07:54] </w:t>
      </w:r>
      <w:r>
        <w:t>woh log mere sath do arrangement karte thay, do aadmi ka. ek mera aur ek, yani aap upper class mein.</w:t>
      </w:r>
    </w:p>
    <w:p>
      <w:pPr>
        <w:jc w:val="right"/>
      </w:pPr>
      <w:r>
        <w:t>وہ لوگ میرے ساتھ دو ارینجمنٹ کرتے تھے، دو آدمی کا۔ ایک میرا اور ایک، یعنی آپ اپر کلاس میں۔</w:t>
      </w:r>
    </w:p>
    <w:p>
      <w:r>
        <w:rPr>
          <w:b/>
        </w:rPr>
        <w:t xml:space="preserve">[08:03] </w:t>
      </w:r>
      <w:r>
        <w:t>ek mere saathi ka. tab main to isi duniya mein jee raha tha jo gaon ki duniya thi, jo musalmanon ki duniya thi, yani Muslim empowerment ki duniya thi.</w:t>
      </w:r>
    </w:p>
    <w:p>
      <w:pPr>
        <w:jc w:val="right"/>
      </w:pPr>
      <w:r>
        <w:t>ایک میرے ساتھی کا۔ تب میں تو اسی دنیا میں جی رہا تھا جو گاؤں کی دنیا تھی، جو مسلمانوں کی دنیا تھی، یعنی مسلم ایمپاورمنٹ کی دنیا تھی۔</w:t>
      </w:r>
    </w:p>
    <w:p>
      <w:r>
        <w:rPr>
          <w:b/>
        </w:rPr>
        <w:t xml:space="preserve">[08:16] </w:t>
      </w:r>
      <w:r>
        <w:t>isi mein jee raha tha main. yeh history mujhe nahi, main nahi pata aap mein se kisi ko pata hai ke nahi pata hai. ke isi mein wohi taqreerain karta tha, Muslim empowerment ki.</w:t>
      </w:r>
    </w:p>
    <w:p>
      <w:pPr>
        <w:jc w:val="right"/>
      </w:pPr>
      <w:r>
        <w:t>اسی میں جی رہا تھا میں۔ یہ ہسٹری مجھے نہیں، میں نہیں پتہ آپ میں سے کسی کو پتہ ہے کہ نہیں پتہ ہے۔ کہ اسی میں وہی تقریریں کرتا تھا، مسلم ایمپاورمنٹ کی۔</w:t>
      </w:r>
    </w:p>
    <w:p>
      <w:r>
        <w:rPr>
          <w:b/>
        </w:rPr>
        <w:t xml:space="preserve">[08:26] </w:t>
      </w:r>
      <w:r>
        <w:t>phir in logon ne mujhe har jagah le gaye. aur un ki distance three ko ab main, aur dekha duniya ko. tab mere andar universal outlook aaya.</w:t>
      </w:r>
    </w:p>
    <w:p>
      <w:pPr>
        <w:jc w:val="right"/>
      </w:pPr>
      <w:r>
        <w:t>پھر ان لوگوں نے مجھے ہر جگہ لے گئے۔ اور ان کی ڈسٹنس تھری کو اب میں، اور دیکھا دنیا کو۔ تب میرے اندر یونیورسل آؤٹ لوک آیا۔</w:t>
      </w:r>
    </w:p>
    <w:p>
      <w:r>
        <w:rPr>
          <w:b/>
        </w:rPr>
        <w:t xml:space="preserve">[08:39] </w:t>
      </w:r>
      <w:r>
        <w:t>to aap jantay hain yeh hua kaise? yeh hua kaise ke mujhe in logon ne, jis ko kehtay hain cop, cop kiya, copped.</w:t>
      </w:r>
    </w:p>
    <w:p>
      <w:pPr>
        <w:jc w:val="right"/>
      </w:pPr>
      <w:r>
        <w:t>تو آپ جانتے ہیں یہ ہوا کیسے؟ یہ ہوا کیسے کہ مجھے ان لوگوں نے، جس کو کہتے ہیں کاپ، کاپ کیا، کاپٹ۔</w:t>
      </w:r>
    </w:p>
    <w:p>
      <w:r>
        <w:rPr>
          <w:b/>
        </w:rPr>
        <w:t xml:space="preserve">[08:51] </w:t>
      </w:r>
      <w:r>
        <w:t>is liye ke in logon ne mujhe dekha. is se pehle ek aur affirmation tha, woh mujhe le gaya tha America. is mein kuch log urr ke aaye aaye thay.</w:t>
      </w:r>
    </w:p>
    <w:p>
      <w:pPr>
        <w:jc w:val="right"/>
      </w:pPr>
      <w:r>
        <w:t>اس لیے کہ ان لوگوں نے مجھے دیکھا۔ اس سے پہلے ایک اور آرمیشن تھا، وہ مجھے لے گیا تھا امریکہ۔ اس میں کچھ لوگ اڑ کے آئے آئے تھے۔</w:t>
      </w:r>
    </w:p>
    <w:p>
      <w:r>
        <w:rPr>
          <w:b/>
        </w:rPr>
        <w:t xml:space="preserve">[09:01] </w:t>
      </w:r>
      <w:r>
        <w:t>to unhon ne dekha ke main doosron se mukhtalif baat karta hoon. mere andar, yani woh woh woh nahi hai, kattar pan nahi hai, tashaddud nahi hai.</w:t>
      </w:r>
    </w:p>
    <w:p>
      <w:pPr>
        <w:jc w:val="right"/>
      </w:pPr>
      <w:r>
        <w:t>تو انہوں نے دیکھا کہ میں دوسروں سے مختلف بات کرتا ہوں۔ میرے اندر، یعنی وہ وہ وہ نہیں ہے، کٹر پن نہیں ہے، تشدد نہیں ہے۔</w:t>
      </w:r>
    </w:p>
    <w:p>
      <w:r>
        <w:rPr>
          <w:b/>
        </w:rPr>
        <w:t xml:space="preserve">[09:17] </w:t>
      </w:r>
      <w:r>
        <w:t>main bohat hi normal andaaz mein baat karta hoon. tab unhon ne mujhe cop kiya, aur jo le gaye.</w:t>
      </w:r>
    </w:p>
    <w:p>
      <w:pPr>
        <w:jc w:val="right"/>
      </w:pPr>
      <w:r>
        <w:t>میں بہت ہی نارمل انداز میں بات کرتا ہوں۔ تب انہوں نے مجھے کاپ کیا، اور جو لے گئے۔</w:t>
      </w:r>
    </w:p>
    <w:p>
      <w:r>
        <w:rPr>
          <w:b/>
        </w:rPr>
        <w:t xml:space="preserve">[09:29] </w:t>
      </w:r>
      <w:r>
        <w:t>to is se main ne bohat si maazraten kin, jo main ab tak janta nahi tha. aur main samajhta hoon ke abhi bhi hamaray ulama aaj bhi nahi jantay.</w:t>
      </w:r>
    </w:p>
    <w:p>
      <w:pPr>
        <w:jc w:val="right"/>
      </w:pPr>
      <w:r>
        <w:t>تو اس سے میں نے بہت سی معذرتیں کیں، جو میں اب تک جانتا نہیں تھا۔ اور میں سمجھتا ہوں کہ ابھی بھی ہمارے علماء آج بھی نہیں جانتے۔</w:t>
      </w:r>
    </w:p>
    <w:p>
      <w:r>
        <w:rPr>
          <w:b/>
        </w:rPr>
        <w:t xml:space="preserve">[09:40] </w:t>
      </w:r>
      <w:r>
        <w:t>main ek baat batata hoon aap ko us waqt. woh hai, us ko kehtay hain, woh decent.</w:t>
      </w:r>
    </w:p>
    <w:p>
      <w:pPr>
        <w:jc w:val="right"/>
      </w:pPr>
      <w:r>
        <w:t>میں ایک بات بتاتا ہوں آپ کو اس وقت۔ وہ ہے، اس کو کہتے ہیں، وہ ڈیسنٹ۔</w:t>
      </w:r>
    </w:p>
    <w:p>
      <w:r>
        <w:rPr>
          <w:b/>
        </w:rPr>
        <w:t xml:space="preserve">[09:49] </w:t>
      </w:r>
      <w:r>
        <w:t>decent ke account se, dissent. to main janta tha ke Muslim period mein bohat saray raaij ho rahay hain, raaij ho rahay hain.</w:t>
      </w:r>
    </w:p>
    <w:p>
      <w:pPr>
        <w:jc w:val="right"/>
      </w:pPr>
      <w:r>
        <w:t>ڈیسنٹ کے اکاؤنٹ سے، ڈی آئی ڈبل ایس ای این ٹی، ڈیسنٹ۔ تو میں جانتا تھا کہ مسلم پیریڈ میں بہت سارے رائج ہو رہے ہیں، رائج ہو رہے ہیں۔</w:t>
      </w:r>
    </w:p>
    <w:p>
      <w:r>
        <w:rPr>
          <w:b/>
        </w:rPr>
        <w:t xml:space="preserve">[10:01] </w:t>
      </w:r>
      <w:r>
        <w:t>Spain mein, Baghdad mein, jahan jahan musalmanon ke rule thay, Mughal daur mein, churchs daur mein, laraiyan, laraiyan, laraiyan.</w:t>
      </w:r>
    </w:p>
    <w:p>
      <w:pPr>
        <w:jc w:val="right"/>
      </w:pPr>
      <w:r>
        <w:t>اسپین میں، بغداد میں، جہاں جہاں مسلمانوں کے رول تھے، مغل دور میں، چرچس دور میں، لڑائیاں، لڑائیاں، لڑائیاں۔</w:t>
      </w:r>
    </w:p>
    <w:p>
      <w:r>
        <w:rPr>
          <w:b/>
        </w:rPr>
        <w:t xml:space="preserve">[10:14] </w:t>
      </w:r>
      <w:r>
        <w:t>maar kaat, maar kaat, maar kaat. misaal ke taur par mughal daur mein aap jaante hain ke pachas saal ladta raha aur un se. ispain mein aath sau saal tak log ladte rahe.</w:t>
      </w:r>
    </w:p>
    <w:p>
      <w:pPr>
        <w:jc w:val="right"/>
      </w:pPr>
      <w:r>
        <w:t>مار کاٹ، مار کاٹ، مار کاٹ۔ مثلاً مغل دور میں آپ جانتے ہیں کہ پچاس سال لڑتا رہا اور ان سے۔ اسپین میں آٹھ سو سال تک لوگ لڑتے رہے۔</w:t>
      </w:r>
    </w:p>
    <w:p>
      <w:r>
        <w:rPr>
          <w:b/>
        </w:rPr>
        <w:t xml:space="preserve">[10:29] </w:t>
      </w:r>
      <w:r>
        <w:t>yeh tha. to maine amreeka mein ek safar tha mera, is ko aap log bohat ghor ghor se suniye. to amreeka mein ne ek senior professor tha,</w:t>
      </w:r>
    </w:p>
    <w:p>
      <w:pPr>
        <w:jc w:val="right"/>
      </w:pPr>
      <w:r>
        <w:t>یہ تھا۔ تو میں نے امریکہ میں ایک سفر تھا میرا، اس کو آپ لوگ بہت غور غور سے سنیے۔ تو امریکہ میں نے ایک سینئر پروفیسر تھا،</w:t>
      </w:r>
    </w:p>
    <w:p>
      <w:r>
        <w:rPr>
          <w:b/>
        </w:rPr>
        <w:t xml:space="preserve">[10:45] </w:t>
      </w:r>
      <w:r>
        <w:t>is se poocha ke west ki taraqqi ka raaz kya hai? to bohat hi parha likha aadmi tha, bohat zyada.</w:t>
      </w:r>
    </w:p>
    <w:p>
      <w:pPr>
        <w:jc w:val="right"/>
      </w:pPr>
      <w:r>
        <w:t>اس سے پوچھا کہ ویسٹ کی ترقی کا راز کیا ہے؟ تو بہت ہی پڑھا لکھا آدمی تھا، بہت زیادہ۔</w:t>
      </w:r>
    </w:p>
    <w:p>
      <w:r>
        <w:rPr>
          <w:b/>
        </w:rPr>
        <w:t xml:space="preserve">[10:55] </w:t>
      </w:r>
      <w:r>
        <w:t>is ne ek aisi baat kahi jo maine pehli baar suni thi, is se pehle suna bhi nahi tha maine. is ne kaha ke, is ne kaha ke decent ka culture.</w:t>
      </w:r>
    </w:p>
    <w:p>
      <w:pPr>
        <w:jc w:val="right"/>
      </w:pPr>
      <w:r>
        <w:t>اس نے ایک ایسی بات کہی جو میں نے پہلی بار سنی تھی، اس سے پہلے سنا بھی نہیں تھا میں نے۔ اس نے کہا کہ، اس نے کہا کہ ڈیسنٹ کا کلچر۔</w:t>
      </w:r>
    </w:p>
    <w:p>
      <w:r>
        <w:rPr>
          <w:b/>
        </w:rPr>
        <w:t xml:space="preserve">[11:10] </w:t>
      </w:r>
      <w:r>
        <w:t>main jaanta bhi nahi tha ke decent ka culture koi hai. main ikhtilaf ka culture jaanta tha, ikhtilaf. bahasein, munazra, yeh sab jaanta tha.</w:t>
      </w:r>
    </w:p>
    <w:p>
      <w:pPr>
        <w:jc w:val="right"/>
      </w:pPr>
      <w:r>
        <w:t>میں جانتا بھی نہیں تھا کہ ڈیسنٹ کا کلچر کوئی ہے۔ میں اختلاف کا کلچر جانتا تھا، اختلاف۔ بحثیں، مناظرہ، یہ سب جانتا تھا۔</w:t>
      </w:r>
    </w:p>
    <w:p>
      <w:r>
        <w:rPr>
          <w:b/>
        </w:rPr>
        <w:t xml:space="preserve">[11:24] </w:t>
      </w:r>
      <w:r>
        <w:t>to is ne kaha decent ka culture. to aap ko maloom hoga ke diis, dii double s e n t, decent ke maani hain, decent ek neutral word hai.</w:t>
      </w:r>
    </w:p>
    <w:p>
      <w:pPr>
        <w:jc w:val="right"/>
      </w:pPr>
      <w:r>
        <w:t>تو اس نے کہا ڈیسنٹ کا کلچر۔ تو آپ کو معلوم ہوگا کہ ڈی آئی ایس، ڈی آئی ڈبل ایس ای این ٹی، ڈیسنٹ کے معنی ہیں، ڈیسنٹ ایک نیوٹرل ورڈ ہے۔</w:t>
      </w:r>
    </w:p>
    <w:p>
      <w:r>
        <w:rPr>
          <w:b/>
        </w:rPr>
        <w:t xml:space="preserve">[11:37] </w:t>
      </w:r>
      <w:r>
        <w:t>ikhtilaf neutral nahi hai. ikhtilaf ke maani hain ke aap ke khilaaf. aap kuch kahein, main kuch kahoon. to is par bahasein hoti hain. to europe mein kaise yeh aaya un ke, main koi Allah taala ne dala un ke dil mein ke ikhtilaf ko neutralize karo?</w:t>
      </w:r>
    </w:p>
    <w:p>
      <w:pPr>
        <w:jc w:val="right"/>
      </w:pPr>
      <w:r>
        <w:t>اختلاف نیوٹرل نہیں ہے۔ اختلاف کے معنی ہیں کہ آپ کے خلاف۔ آپ کچھ کہیں، میں کچھ کہوں۔ تو اس پر بحثیں ہوتی ہیں۔ تو یورپ میں کیسے یہ آیا ان کے، میں کوئی اللہ تعالیٰ نے ڈالا ان کے دل میں کہ اختلاف کو نیوٹرلائز کرو؟</w:t>
      </w:r>
    </w:p>
    <w:p>
      <w:r>
        <w:rPr>
          <w:b/>
        </w:rPr>
        <w:t xml:space="preserve">[11:57] </w:t>
      </w:r>
      <w:r>
        <w:t>main hairaan hoon ke europe ne kaise is ko discover kiya. kyun ke musalman duniya mein koi ek bhi shakhs mujhe nahi maloom hai jo jaanta ho is raaz ko ke ikhtilaf se ladaiyan ho rahi hain, ikhtilaf se aapas jhagde hain, fiqah firqe bane hue hain, aur saari musalman duniya, poore world mein aapas ladai ladai chhi di hui hai.</w:t>
      </w:r>
    </w:p>
    <w:p>
      <w:pPr>
        <w:jc w:val="right"/>
      </w:pPr>
      <w:r>
        <w:t>میں حیران ہوں کہ یورپ نے کیسے اس کو ڈسکور کیا۔ کیونکہ مسلم دنیا میں کوئی ایک بھی شخص مجھے نہیں معلوم ہے جو جانتا ہو اس راز کو کہ اختلاف سے لڑائیاں ہو رہی ہیں، اختلاف سے آپس جھگڑے ہیں، فقہ فرقے بنے ہوئے ہیں، اور ساری مسلم دنیا، پورے ورلڈ میں آپس لڑائی لڑائی چھڑی ہوئی ہے۔</w:t>
      </w:r>
    </w:p>
    <w:p>
      <w:r>
        <w:rPr>
          <w:b/>
        </w:rPr>
        <w:t xml:space="preserve">[12:23] </w:t>
      </w:r>
      <w:r>
        <w:t>to is ke maani kya hain, jaante hain kya hai? is ka nuqsaan. is ka nuqsaan yeh hai ke discussion ho nahi paata.</w:t>
      </w:r>
    </w:p>
    <w:p>
      <w:pPr>
        <w:jc w:val="right"/>
      </w:pPr>
      <w:r>
        <w:t>تو اس کے معنی کیا ہیں، جانتے ہیں کیا ہے؟ اس کا نقصان۔ اس کا نقصان یہ ہے کہ ڈسکشن ہو نہیں پاتا۔</w:t>
      </w:r>
    </w:p>
    <w:p>
      <w:r>
        <w:rPr>
          <w:b/>
        </w:rPr>
        <w:t xml:space="preserve">[12:33] </w:t>
      </w:r>
      <w:r>
        <w:t>non stop discussion. dekhiye is baat ko aap samjhiye ke non stop discussion kitni ahem baat hai.</w:t>
      </w:r>
    </w:p>
    <w:p>
      <w:pPr>
        <w:jc w:val="right"/>
      </w:pPr>
      <w:r>
        <w:t>نان اسٹاپ ڈسکشن۔ دیکھیے اس بات کو آپ سمجھیے کہ نان اسٹاپ ڈسکشن کتنی اہم بات ہے۔</w:t>
      </w:r>
    </w:p>
    <w:p>
      <w:r>
        <w:rPr>
          <w:b/>
        </w:rPr>
        <w:t xml:space="preserve">[12:42] </w:t>
      </w:r>
      <w:r>
        <w:t>jaise hamara railway ka nizam, hawai jahaz ka nizam, motor car ka nizam, computer ka nizam. it requires long long discussion.</w:t>
      </w:r>
    </w:p>
    <w:p>
      <w:pPr>
        <w:jc w:val="right"/>
      </w:pPr>
      <w:r>
        <w:t>جیسے ہمارا ریلوے کا نظام، ہوائی جہاز کا نظام، موٹر کار کا نظام، کمپیوٹر کا نظام۔ اٹ ریکوائرڈز لانگ لانگ ڈسکشن۔</w:t>
      </w:r>
    </w:p>
    <w:p>
      <w:r>
        <w:rPr>
          <w:b/>
        </w:rPr>
        <w:t xml:space="preserve">[12:54] </w:t>
      </w:r>
      <w:r>
        <w:t>non stop. kyun ke bohat zyada sochna padta hai, bohat sari rai ko jama karna padta hai. tab ja kar ke ek jo develop karti hai.</w:t>
      </w:r>
    </w:p>
    <w:p>
      <w:pPr>
        <w:jc w:val="right"/>
      </w:pPr>
      <w:r>
        <w:t>نان اسٹاپ۔ کیونکہ بہت زیادہ سوچنا پڑتا ہے، بہت ساری رائے کو جمع کرنا پڑتا ہے۔ تب جا کر کے ایک جو ڈیولپ کرتی ہے۔</w:t>
      </w:r>
    </w:p>
    <w:p>
      <w:r>
        <w:rPr>
          <w:b/>
        </w:rPr>
        <w:t xml:space="preserve">[13:07] </w:t>
      </w:r>
      <w:r>
        <w:t>aisa nahi hai ke railway ban jaye, hawai jahaz ban jaye, car ban jaye, computer ban jaye. to bohat lambi muddat tak normal halat mein discussion.</w:t>
      </w:r>
    </w:p>
    <w:p>
      <w:pPr>
        <w:jc w:val="right"/>
      </w:pPr>
      <w:r>
        <w:t>ایسا نہیں ہے کہ ریلوے بن جائے، ہوائی جہاز بن جائے، کار بن جائے، کمپیوٹر بن جائے۔ تو بہت لمبی مدت تک نارمل حالت میں ڈسکشن۔</w:t>
      </w:r>
    </w:p>
    <w:p>
      <w:r>
        <w:rPr>
          <w:b/>
        </w:rPr>
        <w:t xml:space="preserve">[13:18] </w:t>
      </w:r>
      <w:r>
        <w:t>discussion. yeh log jaante bhi nahi ke ke europe mein aisa hua ke lambi, yeh press ke daur mein shuru hua. press ke daur mein yeh baat aayi ke cheezein chhappne lagin, chhapp ke yahan gayeen, wahan gayeen.</w:t>
      </w:r>
    </w:p>
    <w:p>
      <w:pPr>
        <w:jc w:val="right"/>
      </w:pPr>
      <w:r>
        <w:t>ڈسکشن۔ یہ لوگ جانتے بھی نہیں کہ کہ یورپ میں ایسا ہوا کہ لمبی، یہ پریس کے دور میں شروع ہوا۔ پریس کے دور میں یہ بات آئی کہ چیزیں چھپنے لگیں، چھپ کے یہاں گئیں، وہاں گئیں۔</w:t>
      </w:r>
    </w:p>
    <w:p>
      <w:r>
        <w:rPr>
          <w:b/>
        </w:rPr>
        <w:t xml:space="preserve">[13:31] </w:t>
      </w:r>
      <w:r>
        <w:t>log rai apni dene lagein. to chunke log apni matlab ki baatein padhte hain, log jaante bhi nahi ke press ka role kya hai, european qaumon ka role kya hai.</w:t>
      </w:r>
    </w:p>
    <w:p>
      <w:pPr>
        <w:jc w:val="right"/>
      </w:pPr>
      <w:r>
        <w:t>لوگ رائے اپنی دینے لگے۔ تو چونکہ لوگ اپنی مطلب کی باتیں پڑھتے ہیں، لوگ جانتے بھی نہیں کہ پریس کا رول کیا ہے، یورپین قوموں کا رول کیا ہے۔</w:t>
      </w:r>
    </w:p>
    <w:p>
      <w:r>
        <w:rPr>
          <w:b/>
        </w:rPr>
        <w:t xml:space="preserve">[13:45] </w:t>
      </w:r>
      <w:r>
        <w:t>european qaumon mein kaise aisa aaya ke unhone ikhtilaf, yaani difference ka ek ek aisa concept daryaft kiya jo bohat zyada workable tha.</w:t>
      </w:r>
    </w:p>
    <w:p>
      <w:pPr>
        <w:jc w:val="right"/>
      </w:pPr>
      <w:r>
        <w:t>یورپین قوموں میں کیسے ایسا آیا کہ انہوں نے اختلاف، یعنی ڈفرنس کا ایک ایک ایسا کانسیپٹ دریافت کیا جو بہت زیادہ ورک ایبل تھا۔</w:t>
      </w:r>
    </w:p>
    <w:p>
      <w:r>
        <w:rPr>
          <w:b/>
        </w:rPr>
        <w:t xml:space="preserve">[14:03] </w:t>
      </w:r>
      <w:r>
        <w:t>yaani musalmanon mein kya hota tha, shuru ke zamane se ek ek baat kahi ke ek din doosre ne is ko tod tod kiya, ab lage aapas mein ladne.</w:t>
      </w:r>
    </w:p>
    <w:p>
      <w:pPr>
        <w:jc w:val="right"/>
      </w:pPr>
      <w:r>
        <w:t>یعنی مسلمانوں میں کیا ہوتا تھا، شروع کے زمانے سے ایک ایک بات کہی کہ ایک دن دوسرے نے اس کو توڑ توڑ کیا، اب لگے آپس میں لڑنے۔</w:t>
      </w:r>
    </w:p>
    <w:p>
      <w:r>
        <w:rPr>
          <w:b/>
        </w:rPr>
        <w:t xml:space="preserve">[14:14] </w:t>
      </w:r>
      <w:r>
        <w:t>ispain mein yeh hua, baghdad mein yeh hua, khud mughal daur mein yeh hua ke ek kisi ne ek baat kahi, sab darne lage.</w:t>
      </w:r>
    </w:p>
    <w:p>
      <w:pPr>
        <w:jc w:val="right"/>
      </w:pPr>
      <w:r>
        <w:t>اسپین میں یہ ہوا، بغداد میں یہ ہوا، خود مغل دور میں یہ ہوا کہ ایک کسی نے ایک بات کہی، سب ڈرنے لگے۔</w:t>
      </w:r>
    </w:p>
    <w:p>
      <w:r>
        <w:rPr>
          <w:b/>
        </w:rPr>
        <w:t xml:space="preserve">[14:24] </w:t>
      </w:r>
      <w:r>
        <w:t>yeh daesh ko aur aur mein khoob ladaiyan hu'een. bano umayya aur bano abbas mein khoob ladaiyan hu'een. ek baat unhone kahi thi, aap ek baat jaante hon ke khalq khalq kaun?</w:t>
      </w:r>
    </w:p>
    <w:p>
      <w:pPr>
        <w:jc w:val="right"/>
      </w:pPr>
      <w:r>
        <w:t>یہ داعش کو اور اور میں خوب لڑائیاں ہوئیں۔ بنو امیہ اور بنو عباس میں خوب لڑائیاں ہوئیں۔ ایک بات انہوں نے کہی تھی، آپ ایک بات جانتے ہوں کہ خلق خلق کون؟</w:t>
      </w:r>
    </w:p>
    <w:p>
      <w:r>
        <w:rPr>
          <w:b/>
        </w:rPr>
        <w:t xml:space="preserve">[14:36] </w:t>
      </w:r>
      <w:r>
        <w:t>quran. ek group ne kaha ke quran makhlooq hai, dargah nahi, makhlooq nahi hai. ab lad rahe hain, jail bhej rahe hain, maar rahe hain. to main main hairaan hoon ke kaise maghribi qaumon ke zehan mein aaya ke ikhtilaf ko neutralize karo.</w:t>
      </w:r>
    </w:p>
    <w:p>
      <w:pPr>
        <w:jc w:val="right"/>
      </w:pPr>
      <w:r>
        <w:t>قرآن۔ ایک گروپ نے کہا کہ قرآن مخلوق ہے، درگاہ نہیں، مخلوق نہیں ہے۔ اب لڑ رہے ہیں، جیل بھیج رہے ہیں، مار رہے ہیں۔ تو میں میں حیران ہوں کہ کیسے مغربی قوموں کے ذہن میں آیا کہ اختلاف کو نیوٹرلائز کرو۔</w:t>
      </w:r>
    </w:p>
    <w:p>
      <w:r>
        <w:rPr>
          <w:b/>
        </w:rPr>
        <w:t xml:space="preserve">[14:57] </w:t>
      </w:r>
      <w:r>
        <w:t>yaani ikhtilaf, yaani difference. hamare haan ikhtilaf maani tha mubhasah aur woh munazra,</w:t>
      </w:r>
    </w:p>
    <w:p>
      <w:pPr>
        <w:jc w:val="right"/>
      </w:pPr>
      <w:r>
        <w:t>یعنی اختلاف، یعنی ڈفرنس۔ ہمارے ہاں اختلاف معنی تھا مباحثہ اور وہ مناظرہ،</w:t>
      </w:r>
    </w:p>
    <w:p>
      <w:r>
        <w:rPr>
          <w:b/>
        </w:rPr>
        <w:t xml:space="preserve">[15:10] </w:t>
      </w:r>
      <w:r>
        <w:t>debate. hamare log jaante the isi liye ke debate, mubhasah, munazra. ke ek baat badi, doosri baat, is ko main kahunga diacartous thinking.</w:t>
      </w:r>
    </w:p>
    <w:p>
      <w:pPr>
        <w:jc w:val="right"/>
      </w:pPr>
      <w:r>
        <w:t>ڈیبیٹ۔ ہمارے لوگ جانتے تھے اسی لیے کہ ڈیبیٹ، مباحثہ، مناظرہ۔ کہ ایک بات بڑی، دوسری بات، اس کو میں کہوں گا ڈائی کارٹوس تھنکنگ۔</w:t>
      </w:r>
    </w:p>
    <w:p>
      <w:r>
        <w:rPr>
          <w:b/>
        </w:rPr>
        <w:t xml:space="preserve">[15:24] </w:t>
      </w:r>
      <w:r>
        <w:t>diacartous thinking. yaani yeh sahi hai, woh galat, yeh sahi hai, woh galat. to is se woh kya hota tha ke yeh dil banta tha ke yeh sahi hai, woh galat hai, yeh haram hai, woh halaal hai,</w:t>
      </w:r>
    </w:p>
    <w:p>
      <w:pPr>
        <w:jc w:val="right"/>
      </w:pPr>
      <w:r>
        <w:t>ڈائی کارٹوس تھنکنگ۔ یعنی یہ صحیح ہے، وہ غلط، یہ صحیح ہے، وہ غلط۔ تو اس سے وہ کیا ہوتا تھا کہ یہ دل بنتا تھا کہ یہ صحیح ہے، وہ غلط ہے، یہ حرام ہے، وہ حلال ہے،</w:t>
      </w:r>
    </w:p>
    <w:p>
      <w:r>
        <w:rPr>
          <w:b/>
        </w:rPr>
        <w:t xml:space="preserve">[15:38] </w:t>
      </w:r>
      <w:r>
        <w:t>woh shariyat hai, woh ghair shariyat hai. to is ko main kahunga diacartous thinking. to poori musalman duniya diacartous mein, diacartous ke phansi hui thi.</w:t>
      </w:r>
    </w:p>
    <w:p>
      <w:pPr>
        <w:jc w:val="right"/>
      </w:pPr>
      <w:r>
        <w:t>وہ شریعت ہے، وہ غیر شریعت ہے۔ تو اس کو میں کہوں گا ڈائی کارٹوس تھنکنگ۔ تو پوری مسلم دنیا ڈائی کارٹوس میں، ڈائی کارٹوس کے پھنسی ہوئی تھی۔</w:t>
      </w:r>
    </w:p>
    <w:p>
      <w:r>
        <w:rPr>
          <w:b/>
        </w:rPr>
        <w:t xml:space="preserve">[15:50] </w:t>
      </w:r>
      <w:r>
        <w:t>har jagah yeh badi bahasein, bade jhagde, maar kaat. yahi har jagah.</w:t>
      </w:r>
    </w:p>
    <w:p>
      <w:pPr>
        <w:jc w:val="right"/>
      </w:pPr>
      <w:r>
        <w:t>ہر جگہ یہ بڑی بحثیں، بڑے جھگڑے، مار کاٹ۔ یہی ہر جگہ۔</w:t>
      </w:r>
    </w:p>
    <w:p>
      <w:r>
        <w:rPr>
          <w:b/>
        </w:rPr>
        <w:t xml:space="preserve">[15:58] </w:t>
      </w:r>
      <w:r>
        <w:t>aap tareekh padhiye, baghdad ki tareekh, spain ki tareekh, turkey ki tareekh. to laraiyan ho rahi hain.</w:t>
      </w:r>
    </w:p>
    <w:p>
      <w:pPr>
        <w:jc w:val="right"/>
      </w:pPr>
      <w:r>
        <w:t>آپ تاریخ پڑھیے، بغداد کی تاریخ، اسپین کی تاریخ، ترکی کی تاریخ۔ تو لڑائیاں ہو رہی ہیں۔</w:t>
      </w:r>
    </w:p>
    <w:p>
      <w:r>
        <w:rPr>
          <w:b/>
        </w:rPr>
        <w:t xml:space="preserve">[16:07] </w:t>
      </w:r>
      <w:r>
        <w:t>ek woh keh rahe hain baat, doosra woh kar rahe hain baat. to woh kehta hai bhai yeh sahi hai, woh kehta hai bhai yeh sahi hai. to i am r</w:t>
      </w:r>
    </w:p>
    <w:p>
      <w:pPr>
        <w:jc w:val="right"/>
      </w:pPr>
      <w:r>
        <w:t>ایک وہ کہہ رہے ہیں بات، دوسرا وہ کر رہے ہیں بات۔ تو وہ کہتا ہے بھئی یہ صحیح ہے، وہ کہتا ہے بھئی یہ صحیح ہے۔ تو آئی ایم ر</w:t>
      </w:r>
    </w:p>
    <w:p>
      <w:r>
        <w:rPr>
          <w:b/>
        </w:rPr>
        <w:t xml:space="preserve">[16:15] </w:t>
      </w:r>
      <w:r>
        <w:t>ight, you are wrong, i am right, you are wrong. yeh jo zehan tha die cartos thinking, is se duniya mein development nahi hua. kyunke development jante hain kis liye hota hai?</w:t>
      </w:r>
    </w:p>
    <w:p>
      <w:pPr>
        <w:jc w:val="right"/>
      </w:pPr>
      <w:r>
        <w:t>ائٹ، یو آر رونگ، آئی ایم رائٹ، یو آر رونگ۔ یہ جو ذہن تھا ڈائی کارٹوس تھنکنگ، اس سے دنیا میں ڈیولپمنٹ نہیں ہوا۔ کیونکہ ڈیولپمنٹ جانتے ہیں کس لیے ہوتا ہے؟</w:t>
      </w:r>
    </w:p>
    <w:p>
      <w:r>
        <w:rPr>
          <w:b/>
        </w:rPr>
        <w:t xml:space="preserve">[16:28] </w:t>
      </w:r>
      <w:r>
        <w:t>ke koi idea ho, is idea ko. soch bichar sadiyon balke hazaron saal tak chalta rahe. is idea par.</w:t>
      </w:r>
    </w:p>
    <w:p>
      <w:pPr>
        <w:jc w:val="right"/>
      </w:pPr>
      <w:r>
        <w:t>کہ کوئی آئیڈیا ہو، اس آئیڈیا کو۔ سوچ بچار صدیوں بلکہ ہزاروں سال تک چلتا رہے۔ اس آئیڈیا پر۔</w:t>
      </w:r>
    </w:p>
    <w:p>
      <w:r>
        <w:rPr>
          <w:b/>
        </w:rPr>
        <w:t xml:space="preserve">[16:40] </w:t>
      </w:r>
      <w:r>
        <w:t>is idea par log chhote hain, chhote hain. ek ek ek, yani pichhli generation agli generation ki add ko add kare kuch.</w:t>
      </w:r>
    </w:p>
    <w:p>
      <w:pPr>
        <w:jc w:val="right"/>
      </w:pPr>
      <w:r>
        <w:t>اس آئیڈیا پر لوگ چھوٹے ہیں، چھوٹے ہیں۔ ایک ایک ایک، یعنی پچھلی جنریشن اگلی جنریشن کی ایڈ کو ایڈ کرے کچھ۔</w:t>
      </w:r>
    </w:p>
    <w:p>
      <w:r>
        <w:rPr>
          <w:b/>
        </w:rPr>
        <w:t xml:space="preserve">[16:50] </w:t>
      </w:r>
      <w:r>
        <w:t>kuch add kare. to</w:t>
      </w:r>
    </w:p>
    <w:p>
      <w:pPr>
        <w:jc w:val="right"/>
      </w:pPr>
      <w:r>
        <w:t>کچھ ایڈ کرے۔ تو</w:t>
      </w:r>
    </w:p>
    <w:p>
      <w:r>
        <w:rPr>
          <w:b/>
        </w:rPr>
        <w:t xml:space="preserve">[16:55] </w:t>
      </w:r>
      <w:r>
        <w:t>kuch add kare. to yeh add karne ke kaam mein is ki zaroori hai ke aap ke andar ghussa na ho, aap ke andar tolerance ho, aap ke andar doosre ko bhi sahi samajhne ka mizaj ho.</w:t>
      </w:r>
    </w:p>
    <w:p>
      <w:pPr>
        <w:jc w:val="right"/>
      </w:pPr>
      <w:r>
        <w:t>کچھ ایڈ کرے۔ تو یہ ایڈ کرنے کے کام میں اس کی ضروری ہے کہ آپ کے اندر غصہ نہ ہو، آپ کے اندر ٹالرنس ہو، آپ کے اندر دوسرے کو بھی صحیح سمجھنے کا مزاج ہو۔</w:t>
      </w:r>
    </w:p>
    <w:p>
      <w:r>
        <w:rPr>
          <w:b/>
        </w:rPr>
        <w:t xml:space="preserve">[17:10] </w:t>
      </w:r>
      <w:r>
        <w:t>yani ya i am, is ko main kahunga ke i am right, you are also right.</w:t>
      </w:r>
    </w:p>
    <w:p>
      <w:pPr>
        <w:jc w:val="right"/>
      </w:pPr>
      <w:r>
        <w:t>یعنی یا آئی ایم، اس کو میں کہوں گا کہ آئی ایم رائٹ، یو آر السو رائٹ۔</w:t>
      </w:r>
    </w:p>
    <w:p>
      <w:r>
        <w:rPr>
          <w:b/>
        </w:rPr>
        <w:t xml:space="preserve">[17:15] </w:t>
      </w:r>
      <w:r>
        <w:t>i am right, you are so right. yeh wahan saikron saal tak chala. tab ja kar ke develop hua yeh sab solar system ka concept, zameen mein gravitation ka concept, aur woh rail rail ki engineering,</w:t>
      </w:r>
    </w:p>
    <w:p>
      <w:pPr>
        <w:jc w:val="right"/>
      </w:pPr>
      <w:r>
        <w:t>آئی ایم رائٹ، یو آر سو رائٹ۔ یہ وہاں سیکڑوں سال تک چلا۔ تب جا کر کے ڈیولپ ہوا یہ سب سولر سسٹم کا کانسیپٹ، زمین میں گریویٹیشن کا کانسیپٹ، اور وہ ریل ریل کی انجینئرنگ،</w:t>
      </w:r>
    </w:p>
    <w:p>
      <w:r>
        <w:rPr>
          <w:b/>
        </w:rPr>
        <w:t xml:space="preserve">[17:35] </w:t>
      </w:r>
      <w:r>
        <w:t>car ki engineering, aur computer ki engineering, yeh sab is ko saikron saal lagay.</w:t>
      </w:r>
    </w:p>
    <w:p>
      <w:pPr>
        <w:jc w:val="right"/>
      </w:pPr>
      <w:r>
        <w:t>کار کی انجینئرنگ، اور کمپیوٹر کی انجینئرنگ، یہ سب اس کو سیکڑوں سال لگے۔</w:t>
      </w:r>
    </w:p>
    <w:p>
      <w:r>
        <w:rPr>
          <w:b/>
        </w:rPr>
        <w:t xml:space="preserve">[17:47] </w:t>
      </w:r>
      <w:r>
        <w:t>non stop discussion hota raha. to is mein zaroori tha ke ke main apne ko agar sahi samajhta hoon to aap ko bhi sahi samhen.</w:t>
      </w:r>
    </w:p>
    <w:p>
      <w:pPr>
        <w:jc w:val="right"/>
      </w:pPr>
      <w:r>
        <w:t>نان اسٹاپ ڈسکشن ہوتا رہا۔ تو اس میں ضروری تھا کہ کہ میں اپنے کو اگر صحیح سمجھتا ہوں تو آپ کو بھی صحیح سمجھیں۔</w:t>
      </w:r>
    </w:p>
    <w:p>
      <w:r>
        <w:rPr>
          <w:b/>
        </w:rPr>
        <w:t xml:space="preserve">[17:58] </w:t>
      </w:r>
      <w:r>
        <w:t>i am right, you are also right</w:t>
      </w:r>
    </w:p>
    <w:p>
      <w:pPr>
        <w:jc w:val="right"/>
      </w:pPr>
      <w:r>
        <w:t>آئی ایم رائٹ، یو آر السو رائٹ</w:t>
      </w:r>
    </w:p>
    <w:p>
      <w:r>
        <w:rPr>
          <w:b/>
        </w:rPr>
        <w:t xml:space="preserve">[18:00] </w:t>
      </w:r>
      <w:r>
        <w:t>. tab woh non stop chalega. yeh mujhe woh bataya is ke ke hum ne ikhtilaf ya difference ka ek neutral term daryaft kiya.</w:t>
      </w:r>
    </w:p>
    <w:p>
      <w:pPr>
        <w:jc w:val="right"/>
      </w:pPr>
      <w:r>
        <w:t>۔ تب وہ نان اسٹاپ چلے گا۔ یہ مجھے وہ بتایا اس کہ کہ ہم نے اختلاف یا ڈفرنس کا ایک نیوٹرل ٹرم دریافت کیا۔</w:t>
      </w:r>
    </w:p>
    <w:p>
      <w:r>
        <w:rPr>
          <w:b/>
        </w:rPr>
        <w:t xml:space="preserve">[18:16] </w:t>
      </w:r>
      <w:r>
        <w:t>woh hai dissent, d i double s e n t. to dissent ek neutral term hai. difference neutral nahi hai.</w:t>
      </w:r>
    </w:p>
    <w:p>
      <w:pPr>
        <w:jc w:val="right"/>
      </w:pPr>
      <w:r>
        <w:t>وہ ہے ڈیسنٹ، ڈی آئی ڈبل ایس ای این ٹی۔ تو ڈیسنٹ ایک نیوٹرل ٹرم ہے۔ ڈفرنس نیوٹرل نہیں ہے۔</w:t>
      </w:r>
    </w:p>
    <w:p>
      <w:r>
        <w:rPr>
          <w:b/>
        </w:rPr>
        <w:t xml:space="preserve">[18:26] </w:t>
      </w:r>
      <w:r>
        <w:t>difference ka matlab hai ke i am right, you are wrong.</w:t>
      </w:r>
    </w:p>
    <w:p>
      <w:pPr>
        <w:jc w:val="right"/>
      </w:pPr>
      <w:r>
        <w:t>ڈفرنس کا مطلب ہے کہ آئی ایم رائٹ، یو آر رونگ۔</w:t>
      </w:r>
    </w:p>
    <w:p>
      <w:r>
        <w:rPr>
          <w:b/>
        </w:rPr>
        <w:t xml:space="preserve">[18:30] </w:t>
      </w:r>
      <w:r>
        <w:t>dissent ka matlab ke i am right, you are also right. to is se normal discussion hota hai. yeh pehli bar mujhe yeh maloom hua to main hairan reh gaya ke ke is is taraqqi ke peeche kitna bada raaz hai.</w:t>
      </w:r>
    </w:p>
    <w:p>
      <w:pPr>
        <w:jc w:val="right"/>
      </w:pPr>
      <w:r>
        <w:t>ڈیسنٹ کا مطلب کہ آئی ایم رائٹ، یو آر السو رائٹ۔ تو اس سے نارمل ڈسکشن ہوتا ہے۔ یہ پہلی بار مجھے یہ معلوم ہوا تو میں حیران رہ گیا کہ کہ اس اس ترقی کے پیچھے کتنا بڑا راز ہے۔</w:t>
      </w:r>
    </w:p>
    <w:p>
      <w:r>
        <w:rPr>
          <w:b/>
        </w:rPr>
        <w:t xml:space="preserve">[18:48] </w:t>
      </w:r>
      <w:r>
        <w:t>ke non stop soch kaise chali hui thi? hamare haan chalti nahi koi non stop soch. thode thode dinon mein break aati hai, thode thode dinon mein break aati hai.</w:t>
      </w:r>
    </w:p>
    <w:p>
      <w:pPr>
        <w:jc w:val="right"/>
      </w:pPr>
      <w:r>
        <w:t>کہ نان اسٹاپ سوچ کیسے چلی ہوئی تھی؟ ہمارے ہاں چلتی نہیں کوئی نان اسٹاپ سوچ۔ تھوڑے تھوڑے دنوں میں بریک آتی ہے، تھوڑے تھوڑے دنوں میں بریک آتی ہے۔</w:t>
      </w:r>
    </w:p>
    <w:p>
      <w:r>
        <w:rPr>
          <w:b/>
        </w:rPr>
        <w:t xml:space="preserve">[19:00] </w:t>
      </w:r>
      <w:r>
        <w:t>woh yahan is liye chalti hai ke woh log, unhon ne difference ke bajaye dissent ko apna culture banaya hai. dissent, yani neutral ikhtilaf.</w:t>
      </w:r>
    </w:p>
    <w:p>
      <w:pPr>
        <w:jc w:val="right"/>
      </w:pPr>
      <w:r>
        <w:t>وہ یہاں اس لیے چلتی ہے کہ وہ لوگ، انہوں نے ڈفرنس کے بجائے ڈیسنٹ کو اپنا کلچر بنایا ہے۔ ڈیسنٹ، یعنی نیوٹرل اختلاف۔</w:t>
      </w:r>
    </w:p>
    <w:p>
      <w:r>
        <w:rPr>
          <w:b/>
        </w:rPr>
        <w:t xml:space="preserve">[19:16] </w:t>
      </w:r>
      <w:r>
        <w:t>to yeh kaise main is phir main kaise entry hua? main kehta tha logon se ke hum ko main stream mein entry lena chahiye.</w:t>
      </w:r>
    </w:p>
    <w:p>
      <w:pPr>
        <w:jc w:val="right"/>
      </w:pPr>
      <w:r>
        <w:t>تو یہ کیسے میں اس پھر میں کیسے انٹر ہوا؟ میں کہتا تھا لوگوں سے کہ ہم کو مین اسٹریم میں انٹری لینا چاہیے۔</w:t>
      </w:r>
    </w:p>
    <w:p>
      <w:r>
        <w:rPr>
          <w:b/>
        </w:rPr>
        <w:t xml:space="preserve">[19:28] </w:t>
      </w:r>
      <w:r>
        <w:t>humein main stream mein entry milni chahiye, main stream mein. to main ne dekha ke musalmanon mein koi ek aadmi nahi hai jo main stream mein shamil hua ho.</w:t>
      </w:r>
    </w:p>
    <w:p>
      <w:pPr>
        <w:jc w:val="right"/>
      </w:pPr>
      <w:r>
        <w:t>ہمیں مین اسٹریم میں انٹری ملنی چاہیے، مین اسٹریم میں۔ تو میں نے دیکھا کہ مسلمانوں میں کوئی ایک آدمی نہیں ہے جو مین اسٹریم میں شامل ہوا ہو۔</w:t>
      </w:r>
    </w:p>
    <w:p>
      <w:r>
        <w:rPr>
          <w:b/>
        </w:rPr>
        <w:t xml:space="preserve">[19:41] </w:t>
      </w:r>
      <w:r>
        <w:t>main stream mein. na hinduon ki main stream, christian ki main stream, isaiyon ki main stream, science danon ki main stream.</w:t>
      </w:r>
    </w:p>
    <w:p>
      <w:pPr>
        <w:jc w:val="right"/>
      </w:pPr>
      <w:r>
        <w:t>مین اسٹریم میں۔ نہ ہندوؤں کی مین اسٹریم، کرسچن کی مین اسٹریم، عیسائیوں کی مین اسٹریم، سائنس دانوں کی مین اسٹریم۔</w:t>
      </w:r>
    </w:p>
    <w:p>
      <w:r>
        <w:rPr>
          <w:b/>
        </w:rPr>
        <w:t xml:space="preserve">[19:52] </w:t>
      </w:r>
      <w:r>
        <w:t>jo main stream hai, us mein koi dakhil nahi ho pata. jaise India misaal ke taur par, times of India, time of India main stream ka percha hai.</w:t>
      </w:r>
    </w:p>
    <w:p>
      <w:pPr>
        <w:jc w:val="right"/>
      </w:pPr>
      <w:r>
        <w:t>جو مین اسٹریم ہے، اس میں کوئی داخلی نہیں ہو پتا۔ جیسے انڈیا مثال کے طور پر، ٹائمز آف انڈیا، ٹائم آف انڈیا مین اسٹریم کا پرچہ ہے۔</w:t>
      </w:r>
    </w:p>
    <w:p>
      <w:r>
        <w:rPr>
          <w:b/>
        </w:rPr>
        <w:t xml:space="preserve">[20:05] </w:t>
      </w:r>
      <w:r>
        <w:t>to koi musalman, ek bhi musalman ko entry nahi mili. to main ne is ko bohat dinon tak study nahi kiya. study.</w:t>
      </w:r>
    </w:p>
    <w:p>
      <w:pPr>
        <w:jc w:val="right"/>
      </w:pPr>
      <w:r>
        <w:t>تو کوئی مسلمان، ایک بھی مسلمان کو انٹری نہیں ملی۔ تو میں نے اس کو بہت دنوں تک اسٹڈی نہیں کیا۔ اسٹڈی۔</w:t>
      </w:r>
    </w:p>
    <w:p>
      <w:r>
        <w:rPr>
          <w:b/>
        </w:rPr>
        <w:t xml:space="preserve">[20:14] </w:t>
      </w:r>
      <w:r>
        <w:t>koi janta bhi nahi kyunke main to khamosh study karta hoon. hamesha main low low, yani low profile mein.</w:t>
      </w:r>
    </w:p>
    <w:p>
      <w:pPr>
        <w:jc w:val="right"/>
      </w:pPr>
      <w:r>
        <w:t>کوئی جانتا بھی نہیں کیونکہ میں تو خاموش اسٹڈی کرتا ہوں۔ ہمیشہ میں لو لو، یعنی لو پروفائل میں۔</w:t>
      </w:r>
    </w:p>
    <w:p>
      <w:r>
        <w:rPr>
          <w:b/>
        </w:rPr>
        <w:t xml:space="preserve">[20:24] </w:t>
      </w:r>
      <w:r>
        <w:t>bachpan se main low profile mein jeeta hoon. to kisi ko pata bhi nahi ke main kya socha main ne, kaise main main stream mein aaya. to main ne bohat dinon tak taqreeban aath perche padhe, angrezi ke aath perche.</w:t>
      </w:r>
    </w:p>
    <w:p>
      <w:pPr>
        <w:jc w:val="right"/>
      </w:pPr>
      <w:r>
        <w:t>بچپن سے میں لو پروفائل میں جیتا ہوں۔ تو کسی کو پتہ بھی نہیں کہ میں کیا سوچا میں نے، کیسے میں مین اسٹریم میں آیا۔ تو میں نے بہت دنوں تک تقریباً آٹھ پرچے پڑھے، انگریزی کے آٹھ پرچے۔</w:t>
      </w:r>
    </w:p>
    <w:p>
      <w:r>
        <w:rPr>
          <w:b/>
        </w:rPr>
        <w:t xml:space="preserve">[20:40] </w:t>
      </w:r>
      <w:r>
        <w:t>rozana subah ko. yeh janne ke liye ke un ka mind set kya hai. un ka apna, un akhbaron ka. kya mind set hai.</w:t>
      </w:r>
    </w:p>
    <w:p>
      <w:pPr>
        <w:jc w:val="right"/>
      </w:pPr>
      <w:r>
        <w:t>روزانہ صبح کو۔ یہ جاننے کے لیے کہ ان کا مائنڈ سیٹ کیا ہے۔ ان کا اپنا، ان اخباروں کا۔ کیا مائنڈ سیٹ ہے۔</w:t>
      </w:r>
    </w:p>
    <w:p>
      <w:r>
        <w:rPr>
          <w:b/>
        </w:rPr>
        <w:t xml:space="preserve">[20:50] </w:t>
      </w:r>
      <w:r>
        <w:t>aur mein kaise apne aap ko is mein jor sakta hoon. to un ka mind set ko janne ke baad maine isi pattern par article likhe.</w:t>
      </w:r>
    </w:p>
    <w:p>
      <w:pPr>
        <w:jc w:val="right"/>
      </w:pPr>
      <w:r>
        <w:t>اور میں کیسے اپنے آپ کو اس میں جوڑ سکتا ہوں۔ تو ان کا مائنڈ سیٹ کو جاننے کے بعد میں نے اسی پیٹرن پر آرٹیکل لکھے۔</w:t>
      </w:r>
    </w:p>
    <w:p>
      <w:r>
        <w:rPr>
          <w:b/>
        </w:rPr>
        <w:t xml:space="preserve">[21:00] </w:t>
      </w:r>
      <w:r>
        <w:t>is mein bhi bohat time laga. sab se pehla jo article chupa tha mera, times of india mein pehla.</w:t>
      </w:r>
    </w:p>
    <w:p>
      <w:pPr>
        <w:jc w:val="right"/>
      </w:pPr>
      <w:r>
        <w:t>اس میں بھی بہت ٹائم لگا۔ سب سے پہلا جو آرٹیکل چھپا تھا میرا، ٹائمز آف انڈیا میں پہلا۔</w:t>
      </w:r>
    </w:p>
    <w:p>
      <w:r>
        <w:rPr>
          <w:b/>
        </w:rPr>
        <w:t xml:space="preserve">[21:09] </w:t>
      </w:r>
      <w:r>
        <w:t>chote chote parchon mein to bohat chupa tha mera, lekin times of india mein chupa tha, not by gravents is alone. 1985.</w:t>
      </w:r>
    </w:p>
    <w:p>
      <w:pPr>
        <w:jc w:val="right"/>
      </w:pPr>
      <w:r>
        <w:t>چھوٹے چھوٹے پرچوں میں تو بہت چھپا تھا میرا، لیکن ٹائمز آف انڈیا میں چھپا تھا، ناٹ بائی گریونٹس از الون۔ 1985۔</w:t>
      </w:r>
    </w:p>
    <w:p>
      <w:r>
        <w:rPr>
          <w:b/>
        </w:rPr>
        <w:t xml:space="preserve">[21:19] </w:t>
      </w:r>
      <w:r>
        <w:t>to chalis saal taqreeban beet gaye mujhe yeh janne mein ke india ki main stream kya hai. main stream parchon mein entry kaise milti hai.</w:t>
      </w:r>
    </w:p>
    <w:p>
      <w:pPr>
        <w:jc w:val="right"/>
      </w:pPr>
      <w:r>
        <w:t>تو چالیس سال تقریباً بیت گئے مجھے یہ جاننے میں کہ انڈیا کی مین اسٹریم کیا ہے۔ مین اسٹریم پرچوں میں انٹری کیسے ملتی ہے۔</w:t>
      </w:r>
    </w:p>
    <w:p>
      <w:r>
        <w:rPr>
          <w:b/>
        </w:rPr>
        <w:t xml:space="preserve">[21:33] </w:t>
      </w:r>
      <w:r>
        <w:t>isi tareeqe se maine europe mein, america mein, har jagah main stream mein dakhil hua mein. kyunke maine woh baat ki, mislan india mein jo jhagda paida hua, is ka woh ram mandir ka.</w:t>
      </w:r>
    </w:p>
    <w:p>
      <w:pPr>
        <w:jc w:val="right"/>
      </w:pPr>
      <w:r>
        <w:t>اسی طریقے سے میں نے یورپ میں، امریکہ میں، ہر جگہ مین اسٹریم میں داخل ہوا میں۔ کیونکہ میں نے وہ بات کی، مثلاً انڈیا میں جو جھگڑا پیدا ہوا، اس کا وہ رام مندر کا۔</w:t>
      </w:r>
    </w:p>
    <w:p>
      <w:r>
        <w:rPr>
          <w:b/>
        </w:rPr>
        <w:t xml:space="preserve">[21:49] </w:t>
      </w:r>
      <w:r>
        <w:t>to maine aisi baat kahi jo hinduo ko bhi suit kare. hinduo ko suit kare. aisi maine bahir ki dunya mein falasteen ke bare mein aisi baat kahi jo un ko bhi suit kare.</w:t>
      </w:r>
    </w:p>
    <w:p>
      <w:pPr>
        <w:jc w:val="right"/>
      </w:pPr>
      <w:r>
        <w:t>تو میں نے ایسی بات کہی جو ہندوؤں کو بھی سوٹ کرے۔ ہندوؤں کو سوٹ کرے۔ ایسی میں نے باہر کی دنیا میں فلسطین کے بارے میں ایسی بات کہی جو ان کو بھی سوٹ کرے۔</w:t>
      </w:r>
    </w:p>
    <w:p>
      <w:r>
        <w:rPr>
          <w:b/>
        </w:rPr>
        <w:t xml:space="preserve">[22:02] </w:t>
      </w:r>
      <w:r>
        <w:t>musalman aisi baat karte hain jo aap un ko apne ko suit kare, doosron ko suit na kare. sare musalman yahi karte hain. pakistan wale, kashmir ke bare mein woh baat karte hain jo un ko suit kare, doosron ko suit na kare.</w:t>
      </w:r>
    </w:p>
    <w:p>
      <w:pPr>
        <w:jc w:val="right"/>
      </w:pPr>
      <w:r>
        <w:t>مسلمان ایسی بات کرتے ہیں جو آپ ان کو اپنے کو سوٹ کرے، دوسروں کو سوٹ نہ کرے۔ سارے مسلمان یہی کرتے ہیں۔ پاکستان والے، کشمیر کے بارے میں وہ بات کرتے ہیں جو ان کو سوٹ کرے، دوسروں کو سوٹ نہ کرے۔</w:t>
      </w:r>
    </w:p>
    <w:p>
      <w:r>
        <w:rPr>
          <w:b/>
        </w:rPr>
        <w:t xml:space="preserve">[22:17] </w:t>
      </w:r>
      <w:r>
        <w:t>to main stream mein nahi aate woh. un ki apni alag stream bani rehti hai. maine woh baat kahi, chahe kashmir ka sawal ho, chahe falasteen ka sawal ho,</w:t>
      </w:r>
    </w:p>
    <w:p>
      <w:pPr>
        <w:jc w:val="right"/>
      </w:pPr>
      <w:r>
        <w:t>تو مین اسٹریم میں نہیں آتے وہ۔ ان کی اپنی الگ اسٹریم بنی رہتی ہے۔ میں نے وہ بات کہی، چاہے کشمیر کا سوال ہو، چاہے فلسطین کا سوال ہو،</w:t>
      </w:r>
    </w:p>
    <w:p>
      <w:r>
        <w:rPr>
          <w:b/>
        </w:rPr>
        <w:t xml:space="preserve">[22:31] </w:t>
      </w:r>
      <w:r>
        <w:t>ya doosre jo question hain. to woh baat kahi jo dono fareeq ko suit kare. tab mujhe main stream mein jagah mili.</w:t>
      </w:r>
    </w:p>
    <w:p>
      <w:pPr>
        <w:jc w:val="right"/>
      </w:pPr>
      <w:r>
        <w:t>یا دوسرے جو کوئسچن ہیں۔ تو وہ بات کہی جو دونوں فریق کو سوٹ کرے۔ تب مجھے مین اسٹریم میں جگہ ملی۔</w:t>
      </w:r>
    </w:p>
    <w:p>
      <w:r>
        <w:rPr>
          <w:b/>
        </w:rPr>
        <w:t xml:space="preserve">[22:42] </w:t>
      </w:r>
      <w:r>
        <w:t>to mein yahin khatam karta hoon, woh yeh bohat lambi baat hai. aap log sochiye ga is ko ke pehle aana parta hai, pehle apne ghusse ko khatam karna parta hai, pehle apne ko maaddal banana parta hai,</w:t>
      </w:r>
    </w:p>
    <w:p>
      <w:pPr>
        <w:jc w:val="right"/>
      </w:pPr>
      <w:r>
        <w:t>تو میں یہیں ختم کرتا ہوں، وہ یہ بہت لمبی بات ہے۔ آپ لوگ سوچیے گا اس کو کہ پہلے آنا پڑتا ہے، پہلے اپنے غصے کو ختم کرنا پڑتا ہے، پہلے اپنے کو معدل بنانا پڑتا ہے،</w:t>
      </w:r>
    </w:p>
    <w:p>
      <w:r>
        <w:rPr>
          <w:b/>
        </w:rPr>
        <w:t xml:space="preserve">[22:55] </w:t>
      </w:r>
      <w:r>
        <w:t>pehla doosre ko accept karne ka maidan banana parta hai. tab aap main stream aate hain. jab main stream aate hain, tab aap un ke discussion mein shareek hote hain.</w:t>
      </w:r>
    </w:p>
    <w:p>
      <w:pPr>
        <w:jc w:val="right"/>
      </w:pPr>
      <w:r>
        <w:t>پہلے دوسرے کو ایکسیپٹ کرنے کا میدان بنانا پڑتا ہے۔ تب آپ مین اسٹریم آتے ہیں۔ جب مین اسٹریم آتے ہیں، تب آپ ان کے ڈسکشن میں شریک ہوتے ہیں۔</w:t>
      </w:r>
    </w:p>
    <w:p>
      <w:r>
        <w:rPr>
          <w:b/>
        </w:rPr>
        <w:t xml:space="preserve">[23:10] </w:t>
      </w:r>
      <w:r>
        <w:t>to yeh sab hua mera india mein, india ke bahir. to ab yeh baat bohat lambi hai.</w:t>
      </w:r>
    </w:p>
    <w:p>
      <w:pPr>
        <w:jc w:val="right"/>
      </w:pPr>
      <w:r>
        <w:t>تو یہ سب ہوا میرا انڈیا میں، انڈیا کے باہر۔ تو اب یہ بات بہت لمبی ہے۔</w:t>
      </w:r>
    </w:p>
    <w:p>
      <w:r>
        <w:rPr>
          <w:b/>
        </w:rPr>
        <w:t xml:space="preserve">[23:18] </w:t>
      </w:r>
      <w:r>
        <w:t>mein aap ko sochne ke liye ek point de diya maine, is ko sochiye. aur inshallah is par aur aur hum discussion karenge aayein aage. jazakumullah.</w:t>
      </w:r>
    </w:p>
    <w:p>
      <w:pPr>
        <w:jc w:val="right"/>
      </w:pPr>
      <w:r>
        <w:t>میں آپ کو سوچنے کے لیے ایک پوائنٹ دے دیا میں نے، اس کو سوچیے۔ اور انشاءاللہ اس پر اور اور ہم ڈسکشن کریں گے آئیں آگے۔ جزاکم اللہ۔</w:t>
      </w:r>
    </w:p>
    <w:p>
      <w:r>
        <w:rPr>
          <w:b/>
        </w:rPr>
        <w:t xml:space="preserve">[23:29] </w:t>
      </w:r>
      <w:r>
        <w:t>dekhein yeh pehli baat yeh hai ke aap log is ko is ki ahmiyat samjhein aap. ke kisi bhi mulk mein hon, pakistan mein hon, india mein hon, europe mein hon, america mein hon.</w:t>
      </w:r>
    </w:p>
    <w:p>
      <w:pPr>
        <w:jc w:val="right"/>
      </w:pPr>
      <w:r>
        <w:t>دیکھیں یہ پہلی بات یہ ہے کہ آپ لوگ اس کو اس کی اہمیت سمجھیں آپ۔ کہ کسی بھی ملک میں ہوں، پاکستان میں ہوں، انڈیا میں ہوں، یورپ میں ہوں، امریکہ میں ہوں۔</w:t>
      </w:r>
    </w:p>
    <w:p>
      <w:r>
        <w:rPr>
          <w:b/>
        </w:rPr>
        <w:t xml:space="preserve">[23:39] </w:t>
      </w:r>
      <w:r>
        <w:t>to log woh baatein kehte hain jo un ko suit kare, doosron ko suit na kare. to aap ko woh discover karna parta hai, aisa aisi baat jo aap ko suit kare, doosron ko bhi suit kare.</w:t>
      </w:r>
    </w:p>
    <w:p>
      <w:pPr>
        <w:jc w:val="right"/>
      </w:pPr>
      <w:r>
        <w:t>تو لوگ وہ باتیں کہتے ہیں جو ان کو سوٹ کرے، دوسروں کو سوٹ نہ کرے۔ تو آپ کو وہ ڈسکور کرنا پڑتا ہے، ایسا ایسی بات جو آپ کو سوٹ کرے، دوسروں کو بھی سوٹ کرے۔</w:t>
      </w:r>
    </w:p>
    <w:p>
      <w:r>
        <w:rPr>
          <w:b/>
        </w:rPr>
        <w:t xml:space="preserve">[23:52] </w:t>
      </w:r>
      <w:r>
        <w:t>tab aap main stream mein alag entry milti hai aap ko. jab main stream milti hai, tab un ke jalson mein jaate hain, un ke seminar mein jaate hain, un ke discussion mein jaate hain.</w:t>
      </w:r>
    </w:p>
    <w:p>
      <w:pPr>
        <w:jc w:val="right"/>
      </w:pPr>
      <w:r>
        <w:t>تب آپ مین اسٹریم میں الگ انٹری ملتی ہے آپ کو۔ جب مین اسٹریم ملتی ہے، تب ان کے جلسوں میں جاتے ہیں، ان کے سیمینار میں جاتے ہیں، ان کے ڈسکشن میں جاتے ہیں۔</w:t>
      </w:r>
    </w:p>
    <w:p>
      <w:r>
        <w:rPr>
          <w:b/>
        </w:rPr>
        <w:t xml:space="preserve">[24:04] </w:t>
      </w:r>
      <w:r>
        <w:t>is tareeqe se ufuq aap ka barhta hai, ufuq barhta hai. tab aap is qabil hote hain ke aap global level ke dawat ka kaam kar saken.</w:t>
      </w:r>
    </w:p>
    <w:p>
      <w:pPr>
        <w:jc w:val="right"/>
      </w:pPr>
      <w:r>
        <w:t>اس طریقے سے افق آپ کا بڑھتا ہے، افق بڑھتا ہے۔ تب آپ اس قابل ہوتے ہیں کہ آپ گلوبل لیول کے دعوت کا کام کر سکیں۔</w:t>
      </w:r>
    </w:p>
    <w:p>
      <w:r>
        <w:rPr>
          <w:b/>
        </w:rPr>
        <w:t xml:space="preserve">[24:17] </w:t>
      </w:r>
      <w:r>
        <w:t>yeh yeh yeh yeh nahi hai, woh yani woh is koi saada baat nahi hai. yeh bohat hi lambi planning ki baat hai.</w:t>
      </w:r>
    </w:p>
    <w:p>
      <w:pPr>
        <w:jc w:val="right"/>
      </w:pPr>
      <w:r>
        <w:t>یہ یہ یہ یہ نہیں ہے، وہ یعنی وہ اس کوئی سادہ بات نہیں ہے۔ یہ بہت ہی لمبی پلاننگ کی بات ہے۔</w:t>
      </w:r>
    </w:p>
    <w:p>
      <w:r>
        <w:rPr>
          <w:b/>
        </w:rPr>
        <w:t xml:space="preserve">[24:41] </w:t>
      </w:r>
      <w:r>
        <w:t>aap koi sahib bataye yeh baat ke mere toast ka kya samjhe woh, meri baat ka toast. maulana yeh bohat hi ah ah nai baat hai aur pehli bar yeh pata chala jo aap ne aaj bataya, about the decent culture and about the fact that ah one needs to ah ah finish ones anger and accept the other person.</w:t>
      </w:r>
    </w:p>
    <w:p>
      <w:pPr>
        <w:jc w:val="right"/>
      </w:pPr>
      <w:r>
        <w:t>آپ کوئی صاحب بتائیں یہ بات کہ میرے ٹوسٹ کا کیا سمجھے وہ، میری بات کا ٹوسٹ۔ مولانا یہ بہت ہی اہ اہ نئی بات ہے اور پہلی بار یہ پتہ چلا جو آپ نے آج بتایا، اباؤٹ دا ڈیسنٹ کلچر اینڈ اباؤٹ دا فیکٹ دیٹ اہ ون نیڈز ٹو اہ اہ فنش ونز اینگر اینڈ ایکسیپٹ دی ادر پرسن۔</w:t>
      </w:r>
    </w:p>
    <w:p>
      <w:r>
        <w:rPr>
          <w:b/>
        </w:rPr>
        <w:t xml:space="preserve">[25:06] </w:t>
      </w:r>
      <w:r>
        <w:t>only then one is able to ah get into the main stream and is able to do dawah work at a global level. to yeh jo baat aap ne batayi ke doosre ke liye acceptable hona cheez, ah is level pe apne aap ko le ke jana, tab ja ke aap ek international level pe you are able to participate in global dawah work.</w:t>
      </w:r>
    </w:p>
    <w:p>
      <w:pPr>
        <w:jc w:val="right"/>
      </w:pPr>
      <w:r>
        <w:t>اونلی دین ون از ایبل ٹو اہ گیٹ انٹو دا مین سٹریم اینڈ از ایبل ٹو ڈو دعوی ورک ایٹ ا گلوبل لیول۔ تو یہ جو بات آپ نے بتائی کہ دوسرے کے لیے ایکسیپٹیبل ہونا چیز، اہ اس لیول پہ اپنے آپ کو لے کے جانا، تب جا کے آپ ایک انٹرنیشنل لیول پہ یو آر ایبل ٹو پارٹیسپیٹ ان گلوبل دعوی ورک۔</w:t>
      </w:r>
    </w:p>
    <w:p>
      <w:r>
        <w:rPr>
          <w:b/>
        </w:rPr>
        <w:t xml:space="preserve">[25:29] </w:t>
      </w:r>
      <w:r>
        <w:t>this is a very new perspective maulana.</w:t>
      </w:r>
    </w:p>
    <w:p>
      <w:pPr>
        <w:jc w:val="right"/>
      </w:pPr>
      <w:r>
        <w:t>دس از ا ویری نیو پرسپیکٹو مولانا۔</w:t>
      </w:r>
    </w:p>
    <w:p>
      <w:r>
        <w:rPr>
          <w:b/>
        </w:rPr>
        <w:t xml:space="preserve">[25:34] </w:t>
      </w:r>
      <w:r>
        <w:t>ah maulana i have one question that ah sahaba ke waqt aur rasool allah ke waqt bohat open discussion hota tha.</w:t>
      </w:r>
    </w:p>
    <w:p>
      <w:pPr>
        <w:jc w:val="right"/>
      </w:pPr>
      <w:r>
        <w:t>اہ مولانا آئی ہیو ون کوئسچن دیٹ اہ صحابہ کے وقت اور رسول اللہ کے وقت بہت اوپن ڈسکشن ہوتا تھا۔</w:t>
      </w:r>
    </w:p>
    <w:p>
      <w:r>
        <w:rPr>
          <w:b/>
        </w:rPr>
        <w:t xml:space="preserve">[25:42] </w:t>
      </w:r>
      <w:r>
        <w:t>jaise bare examples hain, decent culture tab bhi tha. ah to ek model muslims ke liye hai available, lekin west mein zyada decent culture ah aage barha.</w:t>
      </w:r>
    </w:p>
    <w:p>
      <w:pPr>
        <w:jc w:val="right"/>
      </w:pPr>
      <w:r>
        <w:t>جیسے بڑے ایگزیمپلز ہیں، ڈیسنٹ کلچر تب بھی تھا۔ اہ تو ایک ماڈل مسلمز کے لیے ہے اویلیبل، لیکن ویسٹ میں زیادہ ڈیسنٹ کلچر اہ آگے بڑھا۔</w:t>
      </w:r>
    </w:p>
    <w:p>
      <w:r>
        <w:rPr>
          <w:b/>
        </w:rPr>
        <w:t xml:space="preserve">[25:55] </w:t>
      </w:r>
      <w:r>
        <w:t>to what is the source of ah their developing a decent culture jo ke musalmanon ke paas hote hue bhi woh nahi is ko develop kar paye?</w:t>
      </w:r>
    </w:p>
    <w:p>
      <w:pPr>
        <w:jc w:val="right"/>
      </w:pPr>
      <w:r>
        <w:t>تو واٹ از دا سورس اف اہ دیر ڈیویلپنگ ا ڈیسنٹ کلچر جو کہ مسلمانوں کے پاس ہوتے ہوئے بھی وہ نہیں اس کو ڈیویلپ کر پائے؟</w:t>
      </w:r>
    </w:p>
    <w:p>
      <w:r>
        <w:rPr>
          <w:b/>
        </w:rPr>
        <w:t xml:space="preserve">[26:05] </w:t>
      </w:r>
      <w:r>
        <w:t>achha haan yeh bohat achha question hai. is ko aik hadith kai baar hamare darmiyan is ka zikr hua hai ke in Allah Allah</w:t>
      </w:r>
    </w:p>
    <w:p>
      <w:pPr>
        <w:jc w:val="right"/>
      </w:pPr>
      <w:r>
        <w:t>اچھا ہاں یہ بہت اچھا کوئسچن ہے۔ اس کو ایک حدیث کئی بار ہمارے درمیان اس کا ذکر ہوا ہے کہ ان اللہ اللہ</w:t>
      </w:r>
    </w:p>
    <w:p>
      <w:r>
        <w:rPr>
          <w:b/>
        </w:rPr>
        <w:t xml:space="preserve">[26:22] </w:t>
      </w:r>
      <w:r>
        <w:t>is deen ki madad karega fajar insan ke zariye. yani mein is ko fajar ko leta hoon secular ke secular log bhi Islam ki madad karenge.</w:t>
      </w:r>
    </w:p>
    <w:p>
      <w:pPr>
        <w:jc w:val="right"/>
      </w:pPr>
      <w:r>
        <w:t>اس دین کی مدد کرے گا فاجر انسان کے ذریعے۔ یعنی میں اس کو فاجر کو لیتا ہوں سیکولر کہ سیکولر لوگ بھی اسلام کی مدد کریں گے۔</w:t>
      </w:r>
    </w:p>
    <w:p>
      <w:r>
        <w:rPr>
          <w:b/>
        </w:rPr>
        <w:t xml:space="preserve">[26:36] </w:t>
      </w:r>
      <w:r>
        <w:t>yeh bohat anokha concept hai ke jo aadmi Islam ko manta hi nahi, woh kaise madad karega? to yeh bohat maine socha is par.</w:t>
      </w:r>
    </w:p>
    <w:p>
      <w:pPr>
        <w:jc w:val="right"/>
      </w:pPr>
      <w:r>
        <w:t>یہ بہت انوکھا کانسیپٹ ہے کہ جو آدمی اسلام کو مانتا ہی نہیں، وہ کیسے مدد کرے گا؟ تو یہ بہت میں نے سوچا اس پر۔</w:t>
      </w:r>
    </w:p>
    <w:p>
      <w:r>
        <w:rPr>
          <w:b/>
        </w:rPr>
        <w:t xml:space="preserve">[26:47] </w:t>
      </w:r>
      <w:r>
        <w:t>to is se mujhe yeh samajh mein aayi ke fajar ke mani secular hain. yani is ko angrezi mein kehte hain non believer.</w:t>
      </w:r>
    </w:p>
    <w:p>
      <w:pPr>
        <w:jc w:val="right"/>
      </w:pPr>
      <w:r>
        <w:t>تو اس سے مجھے یہ سمجھ میں آئی کہ فاجر کے معنی سیکولر ہیں۔ یعنی اس کو انگریزی میں کہتے ہیں نان بیلیور۔</w:t>
      </w:r>
    </w:p>
    <w:p>
      <w:r>
        <w:rPr>
          <w:b/>
        </w:rPr>
        <w:t xml:space="preserve">[27:00] </w:t>
      </w:r>
      <w:r>
        <w:t>non believer. to hota yeh hai ke jo non believer hai, jo secular hai, woh is ke andar shiddat nahi hoti.</w:t>
      </w:r>
    </w:p>
    <w:p>
      <w:pPr>
        <w:jc w:val="right"/>
      </w:pPr>
      <w:r>
        <w:t>نان بیلیور۔ تو ہوتا یہ ہے کہ جو نان بیلیور ہے، جو سیکولر ہے، وہ اس کے اندر شدت نہیں ہوتی۔</w:t>
      </w:r>
    </w:p>
    <w:p>
      <w:r>
        <w:rPr>
          <w:b/>
        </w:rPr>
        <w:t xml:space="preserve">[27:11] </w:t>
      </w:r>
      <w:r>
        <w:t>tolerance hota hai. kyunke woh samajhta hai ke main bhi sahi hoon, yeh bhi sahi hai. woh sharab bhi pi sakta hai.</w:t>
      </w:r>
    </w:p>
    <w:p>
      <w:pPr>
        <w:jc w:val="right"/>
      </w:pPr>
      <w:r>
        <w:t>ٹالرنس ہوتا ہے۔ کیونکہ وہ سمجھتا ہے کہ میں بھی صحیح ہوں، یہ بھی صحیح ہے۔ وہ شراب بھی پی سکتا ہے۔</w:t>
      </w:r>
    </w:p>
    <w:p>
      <w:r>
        <w:rPr>
          <w:b/>
        </w:rPr>
        <w:t xml:space="preserve">[27:22] </w:t>
      </w:r>
      <w:r>
        <w:t>to woh doosra aadmi jo hai, in cheezon ke muamle mein shiddat is ke andar nahi hoti. Islami sahi hai aur is ka bilkul haram hai, jahannum mein jaoge, yeh is ke andar nahi hota.</w:t>
      </w:r>
    </w:p>
    <w:p>
      <w:pPr>
        <w:jc w:val="right"/>
      </w:pPr>
      <w:r>
        <w:t>تو وہ دوسرا آدمی جو ہے، ان چیزوں کے معاملے میں شدت اس کے اندر نہیں ہوتی۔ اسلامی صحیح ہے اور اس کا بالکل حرام ہے، جہنم میں جاؤ گے، یہ اس کے اندر نہیں ہوتا۔</w:t>
      </w:r>
    </w:p>
    <w:p>
      <w:r>
        <w:rPr>
          <w:b/>
        </w:rPr>
        <w:t xml:space="preserve">[27:38] </w:t>
      </w:r>
      <w:r>
        <w:t>to is ki wajah se kya hota hai ke is tarah ke log jo hote hain, un ke andar jo discussion hota hai, discussion woh non stop chal sakta hai.</w:t>
      </w:r>
    </w:p>
    <w:p>
      <w:pPr>
        <w:jc w:val="right"/>
      </w:pPr>
      <w:r>
        <w:t>تو اس کی وجہ سے کیا ہوتا ہے کہ اس طرح کے لوگ جو ہوتے ہیں، ان کے اندر جو ڈسکشن ہوتا ہے، ڈسکشن وہ نان اسٹاپ چل سکتا ہے۔</w:t>
      </w:r>
    </w:p>
    <w:p>
      <w:r>
        <w:rPr>
          <w:b/>
        </w:rPr>
        <w:t xml:space="preserve">[27:50] </w:t>
      </w:r>
      <w:r>
        <w:t>non stop chal sakta hai. yani jo sharab peene wala hai, jo nahi peeta, jo haram samajhta hai, dono ke darmiyan. jaise mein aik martaba Europe mein tha, aik aik airport par.</w:t>
      </w:r>
    </w:p>
    <w:p>
      <w:pPr>
        <w:jc w:val="right"/>
      </w:pPr>
      <w:r>
        <w:t>نان اسٹاپ چل سکتا ہے۔ یعنی جو شراب پینے والا ہے، جو نہیں پیتا، جو حرام سمجھتا ہے، دونوں کے درمیان۔ جیسے میں ایک مرتبہ یورپ میں تھا، ایک ایک ایئرپورٹ پر۔</w:t>
      </w:r>
    </w:p>
    <w:p>
      <w:r>
        <w:rPr>
          <w:b/>
        </w:rPr>
        <w:t xml:space="preserve">[28:07] </w:t>
      </w:r>
      <w:r>
        <w:t>to mein aik jagah baitha hua tha. aik sahib mere paas aaye. to aa kar phir jaane lage, mil kar phir jaane lage.</w:t>
      </w:r>
    </w:p>
    <w:p>
      <w:pPr>
        <w:jc w:val="right"/>
      </w:pPr>
      <w:r>
        <w:t>تو میں ایک جگہ بیٹھا ہوا تھا۔ ایک صاحب میرے پاس آئے۔ تو آ کر پھر جانے لگے، مل کر پھر جانے لگے۔</w:t>
      </w:r>
    </w:p>
    <w:p>
      <w:r>
        <w:rPr>
          <w:b/>
        </w:rPr>
        <w:t xml:space="preserve">[28:18] </w:t>
      </w:r>
      <w:r>
        <w:t>kyunke mein daadhi wala tha, woh daadhi wale nahi the. to mein ne kaha ke kyun ja rahe hain, baithiye. to unhone dikhaya hai, aik botal dikhaya hai ke mein yeh peeta hoon.</w:t>
      </w:r>
    </w:p>
    <w:p>
      <w:pPr>
        <w:jc w:val="right"/>
      </w:pPr>
      <w:r>
        <w:t>کیونکہ میں داڑھی والا تھا، وہ داڑھی والے نہیں تھے۔ تو میں نے کہا کہ کیوں جا رہے ہیں، بیٹھیے۔ تو انہوں نے دکھایا ہے، ایک بوتل دکھایا ہے کہ میں یہ پیتا ہوں۔</w:t>
      </w:r>
    </w:p>
    <w:p>
      <w:r>
        <w:rPr>
          <w:b/>
        </w:rPr>
        <w:t xml:space="preserve">[28:33] </w:t>
      </w:r>
      <w:r>
        <w:t>kahin pi kar ke dabaunga. to mein ne kaha kuch nahi, aap yahin pe baith ke pi lijiye. haan ab aap piyiye, hum baat bhi karenge. to un ko anokha laga ke aik daadhi wala aadmi is aadmi ke sath normal tarike se baat kar sakta hai.</w:t>
      </w:r>
    </w:p>
    <w:p>
      <w:pPr>
        <w:jc w:val="right"/>
      </w:pPr>
      <w:r>
        <w:t>کہیں پی کر کے دباؤں گا۔ تو میں نے کہا کچھ نہیں، آپ یہیں پہ بیٹھ کے پیجیے۔ ہاں اب آپ پیجیے، ہم بات بھی کریں گے۔ تو ان کو انوکھا لگا کہ ایک داڑھی والا آدمی اس آدمی کے ساتھ نارمل طریقے سے بات کر سکتا ہے۔</w:t>
      </w:r>
    </w:p>
    <w:p>
      <w:r>
        <w:rPr>
          <w:b/>
        </w:rPr>
        <w:t xml:space="preserve">[28:49] </w:t>
      </w:r>
      <w:r>
        <w:t>to yeh jo tha, pehle tha sahaba mein. lekin baad ko musalmanon mein khatam ho gaya. woh woh galat hai, mein sahi hoon.</w:t>
      </w:r>
    </w:p>
    <w:p>
      <w:pPr>
        <w:jc w:val="right"/>
      </w:pPr>
      <w:r>
        <w:t>تو یہ جو تھا، پہلے تھا صحابہ میں۔ لیکن بعد کو مسلمانوں میں ختم ہو گیا۔ وہ وہ غلط ہے، میں صحیح ہوں۔</w:t>
      </w:r>
    </w:p>
    <w:p>
      <w:r>
        <w:rPr>
          <w:b/>
        </w:rPr>
        <w:t xml:space="preserve">[28:59] </w:t>
      </w:r>
      <w:r>
        <w:t>woh haram kaam kar raha hai, mein us se bacha hua hoon. yeh jo zehen tha, jhooti kitab hai Yusuf Qaradawi ki, Al Halal Wal Haram.</w:t>
      </w:r>
    </w:p>
    <w:p>
      <w:pPr>
        <w:jc w:val="right"/>
      </w:pPr>
      <w:r>
        <w:t>وہ حرام کام کر رہا ہے، میں اس سے بچا ہوا ہوں۔ یہ جو ذہن تھا، جھوٹی کتاب ہے یوسف قرضاوی کی، الحلال والحرام۔</w:t>
      </w:r>
    </w:p>
    <w:p>
      <w:r>
        <w:rPr>
          <w:b/>
        </w:rPr>
        <w:t xml:space="preserve">[29:10] </w:t>
      </w:r>
      <w:r>
        <w:t>bas Halal o Haram, Halal o Haram. to Europe ne is ka ilmi version nikala. aur woh tha decent.</w:t>
      </w:r>
    </w:p>
    <w:p>
      <w:pPr>
        <w:jc w:val="right"/>
      </w:pPr>
      <w:r>
        <w:t>بس حلال و حرام، حلال و حرام۔ تو یورپ نے اس کا علمی ورژن نکالا۔ اور وہ تھا ڈیسنٹ۔</w:t>
      </w:r>
    </w:p>
    <w:p>
      <w:r>
        <w:rPr>
          <w:b/>
        </w:rPr>
        <w:t xml:space="preserve">[29:21] </w:t>
      </w:r>
      <w:r>
        <w:t>bhi mere aap ke darmiyan decent hai. decent ka mani difference nahi hai. yeh aik neutral term hai.</w:t>
      </w:r>
    </w:p>
    <w:p>
      <w:pPr>
        <w:jc w:val="right"/>
      </w:pPr>
      <w:r>
        <w:t>بھی میرے آپ کے درمیان ڈیسنٹ ہے۔ ڈیسنٹ کا معنی ڈفرنس نہیں ہے۔ یہ ایک نیوٹرل ٹرم ہے۔</w:t>
      </w:r>
    </w:p>
    <w:p>
      <w:r>
        <w:rPr>
          <w:b/>
        </w:rPr>
        <w:t xml:space="preserve">[29:30] </w:t>
      </w:r>
      <w:r>
        <w:t>neutral term hai. to Europe ne aik neutral term nikala. tab ja kar wahan non stop discussion shuru hua.</w:t>
      </w:r>
    </w:p>
    <w:p>
      <w:pPr>
        <w:jc w:val="right"/>
      </w:pPr>
      <w:r>
        <w:t>نیوٹرل ٹرم ہے۔ تو یورپ نے ایک نیوٹرل ٹرم نکالا۔ تب جا کر وہاں نان اسٹاپ ڈسکشن شروع ہوا۔</w:t>
      </w:r>
    </w:p>
    <w:p>
      <w:r>
        <w:rPr>
          <w:b/>
        </w:rPr>
        <w:t xml:space="preserve">[29:41] </w:t>
      </w:r>
      <w:r>
        <w:t>aur paanch sau saal tak jaari raha. tab taraqqi hui. musalmanon mein hai hi nahi. woh musalman balkay jante bhi nahi ke decent ka concept.</w:t>
      </w:r>
    </w:p>
    <w:p>
      <w:pPr>
        <w:jc w:val="right"/>
      </w:pPr>
      <w:r>
        <w:t>اور پانچ سو سال تک جاری رہا۔ تب ترقی ہوئی۔ مسلمانوں میں ہے ہی نہیں۔ وہ مسلمان بلکہ جانتے بھی نہیں کہ ڈیسنٹ کا کانسیپٹ۔</w:t>
      </w:r>
    </w:p>
    <w:p>
      <w:r>
        <w:rPr>
          <w:b/>
        </w:rPr>
        <w:t xml:space="preserve">[29:52] </w:t>
      </w:r>
      <w:r>
        <w:t>decent ka concept nahi jante. woh to jaldi se ghussa ho jayenge, jaldi se bhadak uthenge. ke jaldi se samjhein ke woh galat hai, mein sahi hoon. ab yeh mein chahta hoon ke hamare mission mein yeh cheez khatam ho.</w:t>
      </w:r>
    </w:p>
    <w:p>
      <w:pPr>
        <w:jc w:val="right"/>
      </w:pPr>
      <w:r>
        <w:t>ڈیسنٹ کا کانسیپٹ نہیں جانتے۔ وہ تو جلدی سے غصہ ہو جائیں گے، جلدی سے بھڑک اٹھیں گے۔ کہ جلدی سے سمجھیں کہ وہ غلط ہے، میں صحیح ہوں۔ اب یہ میں چاہتا ہوں کہ ہمارے مشن میں یہ چیز ختم ہو۔</w:t>
      </w:r>
    </w:p>
    <w:p>
      <w:r>
        <w:rPr>
          <w:b/>
        </w:rPr>
        <w:t xml:space="preserve">[30:04] </w:t>
      </w:r>
      <w:r>
        <w:t>kyunke dekhiye,</w:t>
      </w:r>
    </w:p>
    <w:p>
      <w:pPr>
        <w:jc w:val="right"/>
      </w:pPr>
      <w:r>
        <w:t>کیونکہ دیکھیے،</w:t>
      </w:r>
    </w:p>
    <w:p>
      <w:r>
        <w:rPr>
          <w:b/>
        </w:rPr>
        <w:t xml:space="preserve">[30:08] </w:t>
      </w:r>
      <w:r>
        <w:t>Quran mein woh hadith mein aik khata hai ke aik kuch log uthenge aakhri zamane mein, woh shahadat Adam ka anjam denge.</w:t>
      </w:r>
    </w:p>
    <w:p>
      <w:pPr>
        <w:jc w:val="right"/>
      </w:pPr>
      <w:r>
        <w:t>قرآن میں وہ حدیث میں ایک خطا ہے کہ ایک کچھ لوگ اٹھیں گے آخری زمانے میں، وہ شہادت آدم کا انجام دیں گے۔</w:t>
      </w:r>
    </w:p>
    <w:p>
      <w:r>
        <w:rPr>
          <w:b/>
        </w:rPr>
        <w:t xml:space="preserve">[30:19] </w:t>
      </w:r>
      <w:r>
        <w:t>phir shahadat Adam ka mani bada nahi, global shahadat. chota bada kuch nahi hota. global shahadat.</w:t>
      </w:r>
    </w:p>
    <w:p>
      <w:pPr>
        <w:jc w:val="right"/>
      </w:pPr>
      <w:r>
        <w:t>پھر شہادت آدم کا معنی بڑا نہیں، گلوبل شہادت۔ چھوٹا بڑا کچھ نہیں ہوتا۔ گلوبل شہادت۔</w:t>
      </w:r>
    </w:p>
    <w:p>
      <w:r>
        <w:rPr>
          <w:b/>
        </w:rPr>
        <w:t xml:space="preserve">[30:29] </w:t>
      </w:r>
      <w:r>
        <w:t>to global shahadat kaun ada karega? jis ke andar bohat zyada koi culture ho, decent culture. yani na ghussa na ho, bhadke na, doosre ki ehtiram karna jaane,</w:t>
      </w:r>
    </w:p>
    <w:p>
      <w:pPr>
        <w:jc w:val="right"/>
      </w:pPr>
      <w:r>
        <w:t>تو گلوبل شہادت کون ادا کرے گا؟ جس کے اندر بہت زیادہ کوئی کلچر ہو، ڈیسنٹ کلچر۔ یعنی نہ غصہ نہ ہو، بھڑکے نہ، دوسرے کی احترام کرنا جانے،</w:t>
      </w:r>
    </w:p>
    <w:p>
      <w:r>
        <w:rPr>
          <w:b/>
        </w:rPr>
        <w:t xml:space="preserve">[30:45] </w:t>
      </w:r>
      <w:r>
        <w:t>woh insan kar payega. to dekhiye, hamara jo mission hai, woh abhi aakhri phase mein inshallah jab dakhil hoga to hamara woh decent culture hona chahiye.</w:t>
      </w:r>
    </w:p>
    <w:p>
      <w:pPr>
        <w:jc w:val="right"/>
      </w:pPr>
      <w:r>
        <w:t>وہ انسان کر پائے گا۔ تو دیکھیے، ہمارا جو مشن ہے، وہ ابھی آخری فیز میں انشاءاللہ جب داخل ہوگا تو ہمارا وہ ڈیسنٹ کلچر ہونا چاہیے۔</w:t>
      </w:r>
    </w:p>
    <w:p>
      <w:r>
        <w:rPr>
          <w:b/>
        </w:rPr>
        <w:t xml:space="preserve">[30:59] </w:t>
      </w:r>
      <w:r>
        <w:t>decent. abhi woh culture hamare andar aaya nahi hai. abhi jo hamare haan log different jo hote hain, ghussa hote hain, ladte hain.</w:t>
      </w:r>
    </w:p>
    <w:p>
      <w:pPr>
        <w:jc w:val="right"/>
      </w:pPr>
      <w:r>
        <w:t>ڈیسنٹ۔ ابھی وہ کلچر ہمارے اندر آیا نہیں ہے۔ ابھی جو ہمارے ہاں لوگ ڈفرنٹ جو ہوتے ہیں، غصہ ہوتے ہیں، لڑتے ہیں۔</w:t>
      </w:r>
    </w:p>
    <w:p>
      <w:r>
        <w:rPr>
          <w:b/>
        </w:rPr>
        <w:t xml:space="preserve">[31:10] </w:t>
      </w:r>
      <w:r>
        <w:t>yeh yeh jo hai difference culture ko jante hain, woh decent culture ko nahi jante. Hamare log. Apni team ke bare mein mein keh raha hoon, shayad ke woh difference culture ko jante hain, lekin decent culture hai, shayad woh nahi jante.</w:t>
      </w:r>
    </w:p>
    <w:p>
      <w:pPr>
        <w:jc w:val="right"/>
      </w:pPr>
      <w:r>
        <w:t>یہ یہ جو ہے ڈفرنس کلچر کو جانتے ہیں، وہ ڈیسنٹ کلچر کو نہیں جانتے۔ ہمارے لوگ۔ اپنی ٹیم کے بارے میں میں کہہ رہا ہوں، شاید کہ وہ ڈفرنس کلچر کو جانتے ہیں، لیکن ڈیسنٹ کلچر ہے، شاید وہ نہیں جانتے۔</w:t>
      </w:r>
    </w:p>
    <w:p>
      <w:r>
        <w:rPr>
          <w:b/>
        </w:rPr>
        <w:t xml:space="preserve">[31:29] </w:t>
      </w:r>
      <w:r>
        <w:t>woh pyar mohabbat shayad bana nahi abhi, jo decent culture banta hai. Tab non stop discussion chalta hai.</w:t>
      </w:r>
    </w:p>
    <w:p>
      <w:pPr>
        <w:jc w:val="right"/>
      </w:pPr>
      <w:r>
        <w:t>وہ پیار محبت شاید بنا نہیں ابھی، جو ڈیسنٹ کلچر بنتا ہے۔ تب نان اسٹاپ ڈسکشن چلتا ہے۔</w:t>
      </w:r>
    </w:p>
    <w:p>
      <w:r>
        <w:rPr>
          <w:b/>
        </w:rPr>
        <w:t xml:space="preserve">[31:39] </w:t>
      </w:r>
      <w:r>
        <w:t>non stop. Tab taraqqiyan hoti hain. To mujhe nahi maloom ke mein keh paya ya nahi keh paya apni baat. Aap mein se koi sahib batayein ke mein kidhar keh paya ke nahi keh paya.</w:t>
      </w:r>
    </w:p>
    <w:p>
      <w:pPr>
        <w:jc w:val="right"/>
      </w:pPr>
      <w:r>
        <w:t>نان اسٹاپ۔ تب ترقیاں ہوتی ہیں۔ تو مجھے نہیں معلوم کہ میں کہہ پایا یا نہیں کہہ پایا اپنی بات۔ آپ میں سے کوئی صاحب بتائیں کہ میں کدھر کہہ پایا کہ نہیں کہہ پایا۔</w:t>
      </w:r>
    </w:p>
    <w:p>
      <w:r>
        <w:rPr>
          <w:b/>
        </w:rPr>
        <w:t xml:space="preserve">[31:57] </w:t>
      </w:r>
      <w:r>
        <w:t>aaj ki class mein bohat hi important sabak mila ke kis tarike se daur e awwal mein sahaba jo hain decent ko bardasht karte the, log sakht sakht alfaaz bol dete the, lekin koi bura nahi manta tha.</w:t>
      </w:r>
    </w:p>
    <w:p>
      <w:pPr>
        <w:jc w:val="right"/>
      </w:pPr>
      <w:r>
        <w:t>آج کی کلاس میں بہت ہی امپورٹنٹ سبق ملا کہ کس طریقے سے دور اول میں صحابہ جو ہیں ڈیسنٹ کو برداشت کرتے تھے، لوگ سخت سخت الفاظ بول دیتے تھے، لیکن کوئی برا نہیں مانتا تھا۔</w:t>
      </w:r>
    </w:p>
    <w:p>
      <w:r>
        <w:rPr>
          <w:b/>
        </w:rPr>
        <w:t xml:space="preserve">[32:16] </w:t>
      </w:r>
      <w:r>
        <w:t>to shayad is ki wajah yeh ho sakti hai ke us waqt spirit par sara zor tha. Form par zor nahi tha.</w:t>
      </w:r>
    </w:p>
    <w:p>
      <w:pPr>
        <w:jc w:val="right"/>
      </w:pPr>
      <w:r>
        <w:t>تو شاید اس کی وجہ یہ ہو سکتی ہے کہ اس وقت اسپرٹ پر سارا زور تھا۔ فارم پر زور نہیں تھا۔</w:t>
      </w:r>
    </w:p>
    <w:p>
      <w:r>
        <w:rPr>
          <w:b/>
        </w:rPr>
        <w:t xml:space="preserve">[32:26] </w:t>
      </w:r>
      <w:r>
        <w:t>form to ek expression hai. Spirit hamare andar hai ke nahi. To is ka sirf ek expression hai. Asal cheez spirit hai. Woh log shayad isi wajah se in cheezon se bache hue the ke un ki jo andar ego hota hai, doosron ko kam samajhna, yeh sari jo moral evils hoti hain, woh un ke andar nahi thein.</w:t>
      </w:r>
    </w:p>
    <w:p>
      <w:pPr>
        <w:jc w:val="right"/>
      </w:pPr>
      <w:r>
        <w:t>فارم تو ایک ایکسپریشن ہے۔ اسپرٹ ہمارے اندر ہے کہ نہیں۔ تو اس کا صرف ایک ایکسپریشن ہے۔ اصل چیز اسپرٹ ہے۔ وہ لوگ شاید اسی وجہ سے ان چیزوں سے بچے ہوئے تھے کہ ان کی جو اندر ایگو ہوتا ہے، دوسروں کو کم سمجھنا، یہ ساری جو مورل ایولز ہوتی ہیں، وہ ان کے اندر نہیں تھیں۔</w:t>
      </w:r>
    </w:p>
    <w:p>
      <w:r>
        <w:rPr>
          <w:b/>
        </w:rPr>
        <w:t xml:space="preserve">[32:46] </w:t>
      </w:r>
      <w:r>
        <w:t>baad mein hum dekhte hain sufia ke haan ke sufia bilkul bilkul hi in cheezon se free the. Woh ek dam bardasht karte the.</w:t>
      </w:r>
    </w:p>
    <w:p>
      <w:pPr>
        <w:jc w:val="right"/>
      </w:pPr>
      <w:r>
        <w:t>بعد میں ہم دیکھتے ہیں صوفیا کے ہاں کہ صوفیا بالکل بالکل ہی ان چیزوں سے فری تھے۔ وہ ایک دم برداشت کرتے تھے۔</w:t>
      </w:r>
    </w:p>
    <w:p>
      <w:r>
        <w:rPr>
          <w:b/>
        </w:rPr>
        <w:t xml:space="preserve">[32:56] </w:t>
      </w:r>
      <w:r>
        <w:t>koi kuch bhi, yahan tak ke koi un ko maar bhi dale to bhi kehte, us ko kuch nahi kehte the. Ek ek sufi ko kisi ne bohat zabardast attack kiya aur woh marne wala tha to us ne kaha, jis ne mujhe attack kiya hai, us ko foran ek ghoda aur paisa kuch de do, bhaag jao, us ko yahan se bhaga do, nahi to mere followers jo hain, woh us ko maar dalenge.</w:t>
      </w:r>
    </w:p>
    <w:p>
      <w:pPr>
        <w:jc w:val="right"/>
      </w:pPr>
      <w:r>
        <w:t>کوئی کچھ بھی، یہاں تک کہ کوئی ان کو مار بھی ڈالے تو بھی کہتے، اس کو کچھ نہیں کہتے تھے۔ ایک ایک صوفی کو کسی نے بہت زبردست اٹیک کیا اور وہ مرنے والا تھا تو اس نے کہا، جس نے مجھے اٹیک کیا ہے، اس کو فوراً ایک گھوڑا اور پیسہ کچھ دے دو، بھاگ جاؤ، اس کو یہاں سے بھگا دو، نہیں تو میرے فالوورز جو ہیں، وہ اس کو مار ڈالیں گے۔</w:t>
      </w:r>
    </w:p>
    <w:p>
      <w:r>
        <w:rPr>
          <w:b/>
        </w:rPr>
        <w:t xml:space="preserve">[33:19] </w:t>
      </w:r>
      <w:r>
        <w:t>to un ke haan chuki sara zor jo hai spirit par tha, to un ke haan yeh sab jhagde nahi hue. Baad mein tasawwuf jo hai, woh kamzor pad gaya.</w:t>
      </w:r>
    </w:p>
    <w:p>
      <w:pPr>
        <w:jc w:val="right"/>
      </w:pPr>
      <w:r>
        <w:t>تو ان کے ہاں چونکہ سارا زور جو ہے اسپرٹ پر تھا، تو ان کے ہاں یہ سب جھگڑے نہیں ہوئے۔ بعد میں تصوف جو ہے، وہ کمزور پڑ گیا۔</w:t>
      </w:r>
    </w:p>
    <w:p>
      <w:r>
        <w:rPr>
          <w:b/>
        </w:rPr>
        <w:t xml:space="preserve">[33:30] </w:t>
      </w:r>
      <w:r>
        <w:t>to phir wohi sectarian jhagde aaj bhi jo har jagah paaye jate hain, to wohi hua. To isaiyon mein bhi isi tarike se jhagde the.</w:t>
      </w:r>
    </w:p>
    <w:p>
      <w:pPr>
        <w:jc w:val="right"/>
      </w:pPr>
      <w:r>
        <w:t>تو پھر وہی سیکٹیرین جھگڑے آج بھی جو ہر جگہ پائے جاتے ہیں، تو وہی ہوا۔ تو عیسائیوں میں بھی اسی طریقے سے جھگڑے تھے۔</w:t>
      </w:r>
    </w:p>
    <w:p>
      <w:r>
        <w:rPr>
          <w:b/>
        </w:rPr>
        <w:t xml:space="preserve">[33:40] </w:t>
      </w:r>
      <w:r>
        <w:t>un ke haan bhi jo sects the, aapas mein bohat zyada jhagde the. Yahan tak ke sunte hain ke jo log Europe mein, England mein, jo log ikhtilaf karte the, un ko America bhej diya jata tha, kala pani ki shakal mein.</w:t>
      </w:r>
    </w:p>
    <w:p>
      <w:pPr>
        <w:jc w:val="right"/>
      </w:pPr>
      <w:r>
        <w:t>ان کے ہاں بھی جو سیکٹس تھے، آپس میں بہت زیادہ جھگڑے تھے۔ یہاں تک کہ سنتے ہیں کہ جو لوگ یورپ میں، انگلینڈ میں، جو لوگ اختلاف کرتے تھے، ان کو امریکہ بھیج دیا جاتا تھا، کالا پانی کی شکل میں۔</w:t>
      </w:r>
    </w:p>
    <w:p>
      <w:r>
        <w:rPr>
          <w:b/>
        </w:rPr>
        <w:t xml:space="preserve">[33:55] </w:t>
      </w:r>
      <w:r>
        <w:t>lekin baad mein asal mein mazhab hi ab sahi hai ya galat hai, mazhab se extremes aata hai. Kyun ke ghulu aata hai.</w:t>
      </w:r>
    </w:p>
    <w:p>
      <w:pPr>
        <w:jc w:val="right"/>
      </w:pPr>
      <w:r>
        <w:t>لیکن بعد میں اصل میں مذہب ہی اب صحیح ہے یا غلط ہے، مذہب سے ایکسٹریمز آتا ہے۔ کیونکہ غلو آتا ہے۔</w:t>
      </w:r>
    </w:p>
    <w:p>
      <w:r>
        <w:rPr>
          <w:b/>
        </w:rPr>
        <w:t xml:space="preserve">[34:04] </w:t>
      </w:r>
      <w:r>
        <w:t>log samajhte hain bas hum hi sachai par hain, doosra sachai par nahi hai. To in logon ne, jo isaiyon ne mazhab ko bilkul mazhab se woh door ho gaye aur science ki taleem un ke haan riwaj pai, to science ki wajah se un ke andar yeh decent culture aaya aur ek doosre ko unhone accept kiya, ek doosre se faida uthaya, merit based un ki society bani.</w:t>
      </w:r>
    </w:p>
    <w:p>
      <w:pPr>
        <w:jc w:val="right"/>
      </w:pPr>
      <w:r>
        <w:t>لوگ سمجھتے ہیں بس ہم ہی سچائی پر ہیں، دوسرا سچائی پر نہیں ہے۔ تو ان لوگوں نے، جو عیسائیوں نے مذہب کو بالکل مذہب سے وہ دور ہو گئے اور سائنس کی تعلیم ان کے ہاں رواج پائی، تو سائنس کی وجہ سے ان کے اندر یہ ڈیسنٹ کلچر آیا اور ایک دوسرے کو انہوں نے ایکسیپٹ کیا، ایک دوسرے سے فائدہ اٹھایا، میرٹ بیسڈ ان کی سوسائٹی بنی۔</w:t>
      </w:r>
    </w:p>
    <w:p>
      <w:r>
        <w:rPr>
          <w:b/>
        </w:rPr>
        <w:t xml:space="preserve">[34:29] </w:t>
      </w:r>
      <w:r>
        <w:t>to yeh jo hai, ab yeh unfortunately aisa hai ke woh mazhab se door hone ke baad un ke andar yeh culture farogh paya.</w:t>
      </w:r>
    </w:p>
    <w:p>
      <w:pPr>
        <w:jc w:val="right"/>
      </w:pPr>
      <w:r>
        <w:t>تو یہ جو ہے، اب یہ انفارچونیٹلی ایسا ہے کہ وہ مذہب سے دور ہونے کے بعد ان کے اندر یہ کلچر فروغ پایا۔</w:t>
      </w:r>
    </w:p>
    <w:p>
      <w:r>
        <w:rPr>
          <w:b/>
        </w:rPr>
        <w:t xml:space="preserve">[34:41] </w:t>
      </w:r>
      <w:r>
        <w:t>sahi hai. Sahi hai. Spain ki woh bohat tareefen karte hain musalman. Maine wahan museum, museum dekha Istanbul mein.</w:t>
      </w:r>
    </w:p>
    <w:p>
      <w:pPr>
        <w:jc w:val="right"/>
      </w:pPr>
      <w:r>
        <w:t>صحیح ہے۔ صحیح ہے۔ اسپین کی وہ بہت تعریفیں کرتے ہیں مسلمان۔ میں نے وہاں میوزیم، میوزیم دیکھا استنبول میں۔</w:t>
      </w:r>
    </w:p>
    <w:p>
      <w:r>
        <w:rPr>
          <w:b/>
        </w:rPr>
        <w:t xml:space="preserve">[34:51] </w:t>
      </w:r>
      <w:r>
        <w:t>bohat bara museum hai. Is mein un ki cheezein sab demonstration ki ki gayi hain. Lekin woh kya hai? Woh bilkul hi ibtedai daur ki cheezein hain.</w:t>
      </w:r>
    </w:p>
    <w:p>
      <w:pPr>
        <w:jc w:val="right"/>
      </w:pPr>
      <w:r>
        <w:t>بہت بڑا میوزیم ہے۔ اس میں ان کی چیزیں سب ڈیمونسٹریشن کی کی گئی ہیں۔ لیکن وہ کیا ہے؟ وہ بالکل ہی ابتدائی دور کی چیزیں ہیں۔</w:t>
      </w:r>
    </w:p>
    <w:p>
      <w:r>
        <w:rPr>
          <w:b/>
        </w:rPr>
        <w:t xml:space="preserve">[35:02] </w:t>
      </w:r>
      <w:r>
        <w:t>ibtedai. Maslan wahan raht to hai wahan, lekin jo baat ko tark kiya hue aur bijli ke istemal se pani khencha jaane laga, to woh nahi kar sake woh log.</w:t>
      </w:r>
    </w:p>
    <w:p>
      <w:pPr>
        <w:jc w:val="right"/>
      </w:pPr>
      <w:r>
        <w:t>ابتدائی۔ مثلاً وہاں رہٹ تو ہے وہاں، لیکن جو بات کو ترک کیا ہوئے اور بجلی کے استعمال سے پانی کھینچا جانے لگا، تو وہ نہیں کر سکے وہ لوگ۔</w:t>
      </w:r>
    </w:p>
    <w:p>
      <w:r>
        <w:rPr>
          <w:b/>
        </w:rPr>
        <w:t xml:space="preserve">[35:20] </w:t>
      </w:r>
      <w:r>
        <w:t>to is ki jab maine socha to maine kaha ke non stop development wahan nahi hua. Is Spain mein. Europe ke Christian Europe mein non stop development hua.</w:t>
      </w:r>
    </w:p>
    <w:p>
      <w:pPr>
        <w:jc w:val="right"/>
      </w:pPr>
      <w:r>
        <w:t>تو اس کی جب میں نے سوچا تو میں نے کہا کہ نان اسٹاپ ڈیولپمنٹ وہاں نہیں ہوا۔ اس اسپین میں۔ یورپ کے کرسچن یورپ میں نان اسٹاپ ڈیولپمنٹ ہوا۔</w:t>
      </w:r>
    </w:p>
    <w:p>
      <w:r>
        <w:rPr>
          <w:b/>
        </w:rPr>
        <w:t xml:space="preserve">[35:32] </w:t>
      </w:r>
      <w:r>
        <w:t>development. To chahe Baghdad ho, chahe Spain ho, chahe doosre areas hon jahan musalmanon ka rule tha, wahan non stop development nahi ho saka.</w:t>
      </w:r>
    </w:p>
    <w:p>
      <w:pPr>
        <w:jc w:val="right"/>
      </w:pPr>
      <w:r>
        <w:t>ڈیولپمنٹ۔ تو چاہے بغداد ہو، چاہے اسپین ہو، چاہے دوسرے ایریاز ہوں جہاں مسلمانوں کا رول تھا، وہاں نان اسٹاپ ڈیولپمنٹ نہیں ہو سکا۔</w:t>
      </w:r>
    </w:p>
    <w:p>
      <w:r>
        <w:rPr>
          <w:b/>
        </w:rPr>
        <w:t xml:space="preserve">[35:45] </w:t>
      </w:r>
      <w:r>
        <w:t>kyun ke thode thode dinon ke baad ladai, markaad shuru ho jati thi. Woh tasawwur nahi tha jis ko decent ke naam se Europe mein develop kiya gaya.</w:t>
      </w:r>
    </w:p>
    <w:p>
      <w:pPr>
        <w:jc w:val="right"/>
      </w:pPr>
      <w:r>
        <w:t>کیونکہ تھوڑے تھوڑے دنوں کے بعد لڑائی، مارکارڈ شروع ہو جاتی تھی۔ وہ تصور نہیں تھا جس کو ڈیسنٹ کے نام سے یورپ میں ڈیولپ کیا گیا۔</w:t>
      </w:r>
    </w:p>
    <w:p>
      <w:r>
        <w:rPr>
          <w:b/>
        </w:rPr>
        <w:t xml:space="preserve">[35:57] </w:t>
      </w:r>
      <w:r>
        <w:t>aur is se pehle sahaba ke zamane mein jo tha, woh to araz. Sahaba ke zamane mein jo lafz tha, woh araz tha. Araz ke maani hote hain, yani woh tolerance.</w:t>
      </w:r>
    </w:p>
    <w:p>
      <w:pPr>
        <w:jc w:val="right"/>
      </w:pPr>
      <w:r>
        <w:t>اور اس سے پہلے صحابہ کے زمانے میں جو تھا، وہ تو اعراض۔ صحابہ کے زمانے میں جو لفظ تھا، وہ اعراض تھا۔ اعراض کے معنی ہوتے ہیں، یعنی وہ ٹالرنس۔</w:t>
      </w:r>
    </w:p>
    <w:p>
      <w:r>
        <w:rPr>
          <w:b/>
        </w:rPr>
        <w:t xml:space="preserve">[36:10] </w:t>
      </w:r>
      <w:r>
        <w:t>to sahaba mein tolerance tha aur Europe mein woh cheez decent bani. Result ek hi tha, lekin wahan is ka term use hota tha araz.</w:t>
      </w:r>
    </w:p>
    <w:p>
      <w:pPr>
        <w:jc w:val="right"/>
      </w:pPr>
      <w:r>
        <w:t>تو صحابہ میں ٹالرنس تھا اور یورپ میں وہ چیز ڈیسنٹ بنی۔ رزلٹ ایک ہی تھا، لیکن وہاں اس کا ٹرم یوز ہوتا تھا اعراض۔</w:t>
      </w:r>
    </w:p>
    <w:p>
      <w:r>
        <w:rPr>
          <w:b/>
        </w:rPr>
        <w:t xml:space="preserve">[36:24] </w:t>
      </w:r>
      <w:r>
        <w:t>aur yahan woh use hua decent.</w:t>
      </w:r>
    </w:p>
    <w:p>
      <w:pPr>
        <w:jc w:val="right"/>
      </w:pPr>
      <w:r>
        <w:t>اور یہاں وہ یوز ہوا ڈیسنٹ۔</w:t>
      </w:r>
    </w:p>
    <w:p>
      <w:r>
        <w:rPr>
          <w:b/>
        </w:rPr>
        <w:t xml:space="preserve">[36:32] </w:t>
      </w:r>
      <w:r>
        <w:t>Maulana, today I think you have told us a very deep thing. What I understood is that you realize that you have to run a global dawah</w:t>
      </w:r>
    </w:p>
    <w:p>
      <w:pPr>
        <w:jc w:val="right"/>
      </w:pPr>
      <w:r>
        <w:t>مولانا، ٹوڈے آئی تھنک یو ہیو ٹولڈ اس ا ویری ڈیپ تھنگ۔ واٹ آئی انڈرسٹڈ از دیٹ یو ریلائز دیٹ یو ہیو ٹو رن ا گلوبل دعویٰ</w:t>
      </w:r>
    </w:p>
    <w:p>
      <w:r>
        <w:rPr>
          <w:b/>
        </w:rPr>
        <w:t xml:space="preserve">[36:50] </w:t>
      </w:r>
      <w:r>
        <w:t>mission. You have to head that. With that in mind, you thought of how you can universalize, have a universal outlook, because that was needed to do global dawah work.</w:t>
      </w:r>
    </w:p>
    <w:p>
      <w:pPr>
        <w:jc w:val="right"/>
      </w:pPr>
      <w:r>
        <w:t>مشن۔ یو ہیو ٹو ہیڈ دیٹ۔ ود دیٹ ان مائنڈ، یو تھاٹ اف ہاؤ یو کین یونیورسلائز، ہیو ا یونیورسل آؤٹ لوک، بیکاز دیٹ واز نیڈڈ ٹو ڈو گلوبل دعویٰ ورک۔</w:t>
      </w:r>
    </w:p>
    <w:p>
      <w:r>
        <w:rPr>
          <w:b/>
        </w:rPr>
        <w:t xml:space="preserve">[37:05] </w:t>
      </w:r>
      <w:r>
        <w:t>and i think with this train of thought, you taking the background of muslims and that there is fighting, you analyzed that the problem is that they take differences as differences, that i am right and the other is wrong.</w:t>
      </w:r>
    </w:p>
    <w:p>
      <w:pPr>
        <w:jc w:val="right"/>
      </w:pPr>
      <w:r>
        <w:t>اینڈ آئی تھنک ود دس ٹرین اف تھاٹ، یو ٹیکنگ دا بیک گراؤنڈ اف مسلمز اینڈ دیٹ دیر از فائٹنگ، یو اینالائزڈ دیٹ دا پرابلم از دیٹ دے ٹیک ڈیفرنسز ایز ڈیفرنسز، دیٹ آئی ایم رائٹ اینڈ دی ادر از رونگ۔</w:t>
      </w:r>
    </w:p>
    <w:p>
      <w:r>
        <w:rPr>
          <w:b/>
        </w:rPr>
        <w:t xml:space="preserve">[37:23] </w:t>
      </w:r>
      <w:r>
        <w:t>and then you were able to figure out that in europe, as it was in the time of the sahaba, and later on secular europe or western countries, they were able to neutralize the word instead of differences, they used the word dissent, which you have very rightly said that i am right, and so you are also right.</w:t>
      </w:r>
    </w:p>
    <w:p>
      <w:pPr>
        <w:jc w:val="right"/>
      </w:pPr>
      <w:r>
        <w:t>اینڈ دین یو وار ایبل ٹو فگر آؤٹ دیٹ ان یورپ، ایز اٹ واز ان دا ٹائم اف دا صحابہ، اینڈ لیٹر ان سیکولر یورپ اور ویسٹرن کنٹریز، دے وار ایبل ٹو نیوٹرلائز دا ورڈ انسٹیڈ اف ڈیفرنسز، دے یوز دا ورڈ ڈیسنٹ، وچ یو ہیو ویری رائٹ فلی سیڈ دیٹ آئی ایم رائٹ، اینڈ سو یو آر السو رائٹ۔</w:t>
      </w:r>
    </w:p>
    <w:p>
      <w:r>
        <w:rPr>
          <w:b/>
        </w:rPr>
        <w:t xml:space="preserve">[37:47] </w:t>
      </w:r>
      <w:r>
        <w:t>and then you went further and tried to include yourself in that process, and trained yourself. and this is a very meaningful lesson for us of how, if we want to become part of the global dawah mission, which you are saying shahadat-e-azm, then we have to go through a similar process.</w:t>
      </w:r>
    </w:p>
    <w:p>
      <w:pPr>
        <w:jc w:val="right"/>
      </w:pPr>
      <w:r>
        <w:t>اینڈ دین یو وینٹ فردر اینڈ ٹرائی ٹو انکلوڈ یور سیلف ان دیٹ پروسیس، اینڈ ٹرینڈ یور سیلف۔ اینڈ دس از ا ویری میننگ فل لیسن فار اس اف ہاؤ، اف وی وانٹ ٹو بیکم پارٹ اف دا گلوبل دعویٰ مشن، وچ یو آر سینگ شہادت اعظم، دین وی ہیو ٹو گو تھرو ا سمیلر پروسیس۔</w:t>
      </w:r>
    </w:p>
    <w:p>
      <w:r>
        <w:rPr>
          <w:b/>
        </w:rPr>
        <w:t xml:space="preserve">[38:11] </w:t>
      </w:r>
      <w:r>
        <w:t>so this was very meaningful for me, Maulana.</w:t>
      </w:r>
    </w:p>
    <w:p>
      <w:pPr>
        <w:jc w:val="right"/>
      </w:pPr>
      <w:r>
        <w:t>سو دس واز ویری میننگ فل فار می، مولانا۔</w:t>
      </w:r>
    </w:p>
    <w:p>
      <w:r>
        <w:rPr>
          <w:b/>
        </w:rPr>
        <w:t xml:space="preserve">[38:15] </w:t>
      </w:r>
      <w:r>
        <w:t>i will try to go through this process, inshallah. dekhiye, main ek aur point ko add karta hoon. mera mizaj yahi hai ke har baat ko sochna, sochna, sochna.</w:t>
      </w:r>
    </w:p>
    <w:p>
      <w:pPr>
        <w:jc w:val="right"/>
      </w:pPr>
      <w:r>
        <w:t>آئی ویل ٹرائی ٹو گو تھرو دس پروسیس، انشاءاللہ۔ دیکھیے، میں ایک اور پوائنٹ کو ایڈ کرتا ہوں۔ میرا مزاج یہی ہے کہ ہر بیت کو سوچنا، سوچنا، سوچنا۔</w:t>
      </w:r>
    </w:p>
    <w:p>
      <w:r>
        <w:rPr>
          <w:b/>
        </w:rPr>
        <w:t xml:space="preserve">[38:26] </w:t>
      </w:r>
      <w:r>
        <w:t>yeh jo behaviour ing laga hai mera, yeh jo hai, aaj laga rakha hai maine, to is ne mujhe ek nayi discovery hui.</w:t>
      </w:r>
    </w:p>
    <w:p>
      <w:pPr>
        <w:jc w:val="right"/>
      </w:pPr>
      <w:r>
        <w:t>یہ جو بیہیویئرنگ ایڈ لگا ہے میرا، یہ جو ہے، آج لگا رکھا ہے میں نے، تو اس نے مجھے ایک نئی ڈسکوری ہوئی۔</w:t>
      </w:r>
    </w:p>
    <w:p>
      <w:r>
        <w:rPr>
          <w:b/>
        </w:rPr>
        <w:t xml:space="preserve">[38:37] </w:t>
      </w:r>
      <w:r>
        <w:t>nayi discovery. woh discovery yeh hui ke main jab behaviourd nahin tha</w:t>
      </w:r>
    </w:p>
    <w:p>
      <w:pPr>
        <w:jc w:val="right"/>
      </w:pPr>
      <w:r>
        <w:t>نئی ڈسکوری۔ وہ ڈسکوری یہ ہوئی کہ میں جب بیہیویئرڈ نہیں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