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Kabah October 6, 2019 - Maulana Wahiduddin Khan</w:t>
      </w:r>
    </w:p>
    <w:p>
      <w:r>
        <w:t>https://www.youtube.com/watch?v=pDZ22V5Tk0g</w:t>
      </w:r>
    </w:p>
    <w:p>
      <w:r>
        <w:rPr>
          <w:b/>
        </w:rPr>
        <w:t xml:space="preserve">[00:13] </w:t>
      </w:r>
      <w:r>
        <w:t>bismillah hir rahman nir rahim, wa salallahu ala nabiyyil karim.</w:t>
      </w:r>
    </w:p>
    <w:p>
      <w:pPr>
        <w:jc w:val="right"/>
      </w:pPr>
      <w:r>
        <w:t>بسم اللہ الرحمن الرحیم، وصلی اللہ علی النبی الکریم۔</w:t>
      </w:r>
    </w:p>
    <w:p>
      <w:r>
        <w:rPr>
          <w:b/>
        </w:rPr>
        <w:t xml:space="preserve">[00:22]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[00:36] </w:t>
      </w:r>
      <w:r>
        <w:t>aaj kisi</w:t>
      </w:r>
    </w:p>
    <w:p>
      <w:pPr>
        <w:jc w:val="right"/>
      </w:pPr>
      <w:r>
        <w:t>آج کسی</w:t>
      </w:r>
    </w:p>
    <w:p>
      <w:r>
        <w:rPr>
          <w:b/>
        </w:rPr>
        <w:t xml:space="preserve">[00:41] </w:t>
      </w:r>
      <w:r>
        <w:t>wajah se mujhe apna hajj yaad aaya, hajj. maine 1982 mein hajj kiya tha.</w:t>
      </w:r>
    </w:p>
    <w:p>
      <w:pPr>
        <w:jc w:val="right"/>
      </w:pPr>
      <w:r>
        <w:t>وجہ سے مجھے اپنا حج یاد آیا، حج۔ میں نے 1982 میں حج کیا تھا۔</w:t>
      </w:r>
    </w:p>
    <w:p>
      <w:r>
        <w:rPr>
          <w:b/>
        </w:rPr>
        <w:t xml:space="preserve">[00:55] </w:t>
      </w:r>
      <w:r>
        <w:t>main Dilli se nahin gaya tha wahan, balkeh main Africa se aaya tha hajj ke liye.</w:t>
      </w:r>
    </w:p>
    <w:p>
      <w:pPr>
        <w:jc w:val="right"/>
      </w:pPr>
      <w:r>
        <w:t>میں دلی سے نہیں گیا تھا وہاں، بلکہ میں افریقہ سے آیا تھا حج کے لیے۔</w:t>
      </w:r>
    </w:p>
    <w:p>
      <w:r>
        <w:rPr>
          <w:b/>
        </w:rPr>
        <w:t xml:space="preserve">[01:06] </w:t>
      </w:r>
      <w:r>
        <w:t>mere saath Sheikh Muhammad Suleman Al-Qaid bhi the. to mujhe yaad hai ke wahan badi bheed thi, jaisa hoti hai, aur saare log apne apne, har ek ka apna apna shauq hota tha, apna apna taste interest ke daudte the.</w:t>
      </w:r>
    </w:p>
    <w:p>
      <w:pPr>
        <w:jc w:val="right"/>
      </w:pPr>
      <w:r>
        <w:t>میرے ساتھ شیخ محمد سلیمان القائد بھی تھے۔ تو مجھے یاد ہے کہ وہاں بڑی بھیڑ تھی، جیسا ہوتی ہے، اور سارے لوگ اپنے اپنے، ہر ایک کا اپنا اپنا ذوق ہوتا تھا، اپنا اپنا ٹیسٹ انٹرسٹ کے دوڑتے تھے۔</w:t>
      </w:r>
    </w:p>
    <w:p>
      <w:r>
        <w:rPr>
          <w:b/>
        </w:rPr>
        <w:t xml:space="preserve">[01:27] </w:t>
      </w:r>
      <w:r>
        <w:t>misalan koi wahan shopping karta tha, koi jata tha ziyarat ke maqamat dekhne ke liye, koi nawafil parhne ke liye,</w:t>
      </w:r>
    </w:p>
    <w:p>
      <w:pPr>
        <w:jc w:val="right"/>
      </w:pPr>
      <w:r>
        <w:t>مثلاً کوئی وہاں شاپنگ کرتا تھا، کوئی جاتا تھا زیارت کے مقامات دیکھنے کے لیے، کوئی نوافل پڑھنے کے لیے،</w:t>
      </w:r>
    </w:p>
    <w:p>
      <w:r>
        <w:rPr>
          <w:b/>
        </w:rPr>
        <w:t xml:space="preserve">[01:40] </w:t>
      </w:r>
      <w:r>
        <w:t>apne apne shauq ke lehaz se. mera mamla yeh tha ke main shuru se aakhir tak yeh kiya maine ke Kaaba ka jo sahn hai, jo Kaaba ke paas,</w:t>
      </w:r>
    </w:p>
    <w:p>
      <w:pPr>
        <w:jc w:val="right"/>
      </w:pPr>
      <w:r>
        <w:t>اپنے اپنے ذوق کے لحاظ سے۔ میرا معاملہ یہ تھا کہ میں شروع سے آخر تک یہ کیا میں نے کہ کعبہ کا جو صحن ہے، جو کعبہ کے پاس،</w:t>
      </w:r>
    </w:p>
    <w:p>
      <w:r>
        <w:rPr>
          <w:b/>
        </w:rPr>
        <w:t xml:space="preserve">[01:56] </w:t>
      </w:r>
      <w:r>
        <w:t>main us mein baitha rehta tha aur Kaaba ko dekhta rehta tha, kabhi us ke paas ja kar kabhi bahar se.</w:t>
      </w:r>
    </w:p>
    <w:p>
      <w:pPr>
        <w:jc w:val="right"/>
      </w:pPr>
      <w:r>
        <w:t>میں اس میں بیٹھا رہتا تھا اور کعبہ کو دیکھتا رہتا تھا، کبھی اس کے پاس جا کر کبھی باہر سے۔</w:t>
      </w:r>
    </w:p>
    <w:p>
      <w:r>
        <w:rPr>
          <w:b/>
        </w:rPr>
        <w:t xml:space="preserve">[02:05] </w:t>
      </w:r>
      <w:r>
        <w:t>yani Kaaba ko dekhna yeh mera mamool tha.</w:t>
      </w:r>
    </w:p>
    <w:p>
      <w:pPr>
        <w:jc w:val="right"/>
      </w:pPr>
      <w:r>
        <w:t>یعنی کعبہ کو دیکھنا یہ میرا معمول تھا۔</w:t>
      </w:r>
    </w:p>
    <w:p>
      <w:r>
        <w:rPr>
          <w:b/>
        </w:rPr>
        <w:t xml:space="preserve">[02:13] </w:t>
      </w:r>
      <w:r>
        <w:t>aaj maine socha ke main aisa kyun karta tha main.</w:t>
      </w:r>
    </w:p>
    <w:p>
      <w:pPr>
        <w:jc w:val="right"/>
      </w:pPr>
      <w:r>
        <w:t>آج میں نے سوچا کہ میں ایسا کیوں کرتا تھا میں۔</w:t>
      </w:r>
    </w:p>
    <w:p>
      <w:r>
        <w:rPr>
          <w:b/>
        </w:rPr>
        <w:t xml:space="preserve">[02:18] </w:t>
      </w:r>
      <w:r>
        <w:t>to is ka sabab yeh tha ke Kaaba ek anokhi imarat hai, shayad duniya ki ek hi imarat hogi.</w:t>
      </w:r>
    </w:p>
    <w:p>
      <w:pPr>
        <w:jc w:val="right"/>
      </w:pPr>
      <w:r>
        <w:t>تو اس کا سبب یہ تھا کہ کعبہ ایک انوکھی عمارت ہے، شاید دنیا کی ایک ہی عمارت ہوگی۔</w:t>
      </w:r>
    </w:p>
    <w:p>
      <w:r>
        <w:rPr>
          <w:b/>
        </w:rPr>
        <w:t xml:space="preserve">[02:30] </w:t>
      </w:r>
      <w:r>
        <w:t>woh yeh ke jin logon ne hajj kiya hai, umrah kiya hai, woh jante hain ke Kaaba ke do hisse hain.</w:t>
      </w:r>
    </w:p>
    <w:p>
      <w:pPr>
        <w:jc w:val="right"/>
      </w:pPr>
      <w:r>
        <w:t>وہ یہ کہ جن لوگوں نے حج کیا ہے، عمرہ کیا ہے، وہ جانتے ہیں کہ کعبہ کے دو حصے ہیں۔</w:t>
      </w:r>
    </w:p>
    <w:p>
      <w:r>
        <w:rPr>
          <w:b/>
        </w:rPr>
        <w:t xml:space="preserve">[02:43] </w:t>
      </w:r>
      <w:r>
        <w:t>ek hai unfinished Kaaba, ek hai finished Kaaba. yani Kaaba ka jo naqsha tha Hazrat Ibrahim ka, woh poora ka poora covered nahin tha jis ke pehle tha.</w:t>
      </w:r>
    </w:p>
    <w:p>
      <w:pPr>
        <w:jc w:val="right"/>
      </w:pPr>
      <w:r>
        <w:t>ایک ہے ان فنشڈ کعبہ، ایک ہے فنشڈ کعبہ۔ یعنی کعبہ کا جو نقشہ تھا حضرت ابراہیم کا، وہ پورا کا پورا کورڈ نہیں تھا جس کے پہلے تھا۔</w:t>
      </w:r>
    </w:p>
    <w:p>
      <w:r>
        <w:rPr>
          <w:b/>
        </w:rPr>
        <w:t xml:space="preserve">[03:03] </w:t>
      </w:r>
      <w:r>
        <w:t>ek hissa covered area hai aur ek hissa uncovered area hai. to main usi waqt se ab tak yeh sochta raha ke aakhir is ki koi maslehat to nahin hogi.</w:t>
      </w:r>
    </w:p>
    <w:p>
      <w:pPr>
        <w:jc w:val="right"/>
      </w:pPr>
      <w:r>
        <w:t>ایک حصہ کورڈ ایریا ہے اور ایک حصہ ان کورڈ ایریا ہے۔ تو میں اسی وقت سے اب تک یہ سوچتا رہا کہ آخر اس کی کوئی مصلحت تو نہیں ہوگی۔</w:t>
      </w:r>
    </w:p>
    <w:p>
      <w:r>
        <w:rPr>
          <w:b/>
        </w:rPr>
        <w:t xml:space="preserve">[03:19] </w:t>
      </w:r>
      <w:r>
        <w:t>yahan tak ke Hazrat Aisha ne kaha tha ke aap is ko,</w:t>
      </w:r>
    </w:p>
    <w:p>
      <w:pPr>
        <w:jc w:val="right"/>
      </w:pPr>
      <w:r>
        <w:t>یہاں تک کہ حضرت عائشہ نے کہا تھا کہ آپ اس کو،</w:t>
      </w:r>
    </w:p>
    <w:p>
      <w:r>
        <w:rPr>
          <w:b/>
        </w:rPr>
        <w:t xml:space="preserve">[03:25] </w:t>
      </w:r>
      <w:r>
        <w:t>yani is ke finished, is ke unfinished agenda ko finish kar dijiye, yani dono hisson ko covered area ki tarah bana dijiye.</w:t>
      </w:r>
    </w:p>
    <w:p>
      <w:pPr>
        <w:jc w:val="right"/>
      </w:pPr>
      <w:r>
        <w:t>یعنی اس کے فنشڈ، اس کے ان فنشڈ ایجنڈے کو فنش کر دیجیے، یعنی دونوں حصوں کو کورڈ ایریا کی طرح بنا دیجیے۔</w:t>
      </w:r>
    </w:p>
    <w:p>
      <w:r>
        <w:rPr>
          <w:b/>
        </w:rPr>
        <w:t xml:space="preserve">[03:38] </w:t>
      </w:r>
      <w:r>
        <w:t>lekin Rasool Allah ne phir bhi nahin aisa kiya, aap duniya se chale gaye. to zahir hai ke jab Rasool Allah ne khud aisa nahin kiya to ab kaun banane wala?</w:t>
      </w:r>
    </w:p>
    <w:p>
      <w:pPr>
        <w:jc w:val="right"/>
      </w:pPr>
      <w:r>
        <w:t>لیکن رسول اللہ نے پھر بھی نہیں ایسا کیا، آپ دنیا سے چلے گئے۔ تو ظاہر ہے کہ جب رسول اللہ نے خود ایسا نہیں کیا تو اب کون بنانے والا؟</w:t>
      </w:r>
    </w:p>
    <w:p>
      <w:r>
        <w:rPr>
          <w:b/>
        </w:rPr>
        <w:t xml:space="preserve">[03:49] </w:t>
      </w:r>
      <w:r>
        <w:t>kitni hukoomaten aaeen, kitni bari bari leader paida hue, beshumar maal aaya arabon ke paas, lekin woh waise hi ke waise hi pada raha.</w:t>
      </w:r>
    </w:p>
    <w:p>
      <w:pPr>
        <w:jc w:val="right"/>
      </w:pPr>
      <w:r>
        <w:t>کتنی حکومتیں آئیں، کتنی بڑی بڑی لیڈر پیدا ہوئے، بے شمار مال آیا عربوں کے پاس، لیکن وہ ویسے ہی کے ویسے ہی پڑا ہوا۔</w:t>
      </w:r>
    </w:p>
    <w:p>
      <w:r>
        <w:rPr>
          <w:b/>
        </w:rPr>
        <w:t xml:space="preserve">[04:01] </w:t>
      </w:r>
      <w:r>
        <w:t>bohat ziyada imaraten banin, lekin woh waise hi ke waise hi hain. to is ka jo,</w:t>
      </w:r>
    </w:p>
    <w:p>
      <w:pPr>
        <w:jc w:val="right"/>
      </w:pPr>
      <w:r>
        <w:t>بہت زیادہ عمارتیں بنیں، لیکن وہ ویسے ہی کے ویسے ہی ہیں۔ تو اس کا جو،</w:t>
      </w:r>
    </w:p>
    <w:p>
      <w:r>
        <w:rPr>
          <w:b/>
        </w:rPr>
        <w:t xml:space="preserve">[04:11] </w:t>
      </w:r>
      <w:r>
        <w:t>main sochta hoon ke is ka jo sabab hai,</w:t>
      </w:r>
    </w:p>
    <w:p>
      <w:pPr>
        <w:jc w:val="right"/>
      </w:pPr>
      <w:r>
        <w:t>میں سوچتا ہوں کہ اس کا جو سبب ہے،</w:t>
      </w:r>
    </w:p>
    <w:p>
      <w:r>
        <w:rPr>
          <w:b/>
        </w:rPr>
        <w:t xml:space="preserve">[04:17] </w:t>
      </w:r>
      <w:r>
        <w:t>woh mujhe surah alhakum al-takathur mein milta hai. aap jante hain ke surah alhakum al-takathur, jo aakhri parah ki surah hai,</w:t>
      </w:r>
    </w:p>
    <w:p>
      <w:pPr>
        <w:jc w:val="right"/>
      </w:pPr>
      <w:r>
        <w:t>وہ مجھے سورہ الہکم التکاثر میں ملتا ہے۔ آپ جانتے ہیں کہ سورہ الہکم التکاثر، جو آخری پارہ کی سورہ ہے،</w:t>
      </w:r>
    </w:p>
    <w:p>
      <w:r>
        <w:rPr>
          <w:b/>
        </w:rPr>
        <w:t xml:space="preserve">[04:36] </w:t>
      </w:r>
      <w:r>
        <w:t>is ke alfaaz yeh hain ke alhakum al-takathur wal-ta'athur bil-maqabir.</w:t>
      </w:r>
    </w:p>
    <w:p>
      <w:pPr>
        <w:jc w:val="right"/>
      </w:pPr>
      <w:r>
        <w:t>اس کے الفاظ یہ ہیں کہ الہکم التکاثر والتعذرت بالمقابر۔</w:t>
      </w:r>
    </w:p>
    <w:p>
      <w:r>
        <w:rPr>
          <w:b/>
        </w:rPr>
        <w:t xml:space="preserve">[04:45] </w:t>
      </w:r>
      <w:r>
        <w:t>tum ziyadah ke husool mein pade raho, ghaflat mein pade raho, pade rahe, yahan tak ke tum qabr mein ja pahunche.</w:t>
      </w:r>
    </w:p>
    <w:p>
      <w:pPr>
        <w:jc w:val="right"/>
      </w:pPr>
      <w:r>
        <w:t>تم زیادہ کے حصول میں پڑے رہو، غفلت میں پڑے رہو، پڑے رہے، یہاں تک کہ تم قبر میں جا پہنچے۔</w:t>
      </w:r>
    </w:p>
    <w:p>
      <w:r>
        <w:rPr>
          <w:b/>
        </w:rPr>
        <w:t xml:space="preserve">[04:56] </w:t>
      </w:r>
      <w:r>
        <w:t>yani agar main is term ko istemal karoon jo ka'bah ke baray mein hai ke tum apne in finished agenda ko finished agenda banane mein lage rahe,</w:t>
      </w:r>
    </w:p>
    <w:p>
      <w:pPr>
        <w:jc w:val="right"/>
      </w:pPr>
      <w:r>
        <w:t>یعنی اگر میں اس ٹرم کو استعمال کروں جو کعبہ کے بارے میں ہے کہ تم اپنے ان فنشڈ ایجنڈا کو فنشڈ ایجنڈا بنانے میں لگے رہے،</w:t>
      </w:r>
    </w:p>
    <w:p>
      <w:r>
        <w:rPr>
          <w:b/>
        </w:rPr>
        <w:t xml:space="preserve">[05:11] </w:t>
      </w:r>
      <w:r>
        <w:t>lekin finish kiye baghair tum duniya se chale gaye. yeh main sochta hoon ke saare hi insanon ka yeh qissa hai, saare insaan, chahe paise wale hon ya iqtadar wale hon ya chote hon ya bade hon.</w:t>
      </w:r>
    </w:p>
    <w:p>
      <w:pPr>
        <w:jc w:val="right"/>
      </w:pPr>
      <w:r>
        <w:t>لیکن فنش کیے بغیر تم دنیا سے چلے گئے۔ یہ میں سوچتا ہوں کہ سارے ہی انسانوں کا یہ قصہ ہے، سارے انسان، چاہے پیسے والے ہوں یا اقتدار والے ہوں یا چھوٹے ہوں یا بڑے۔</w:t>
      </w:r>
    </w:p>
    <w:p>
      <w:r>
        <w:rPr>
          <w:b/>
        </w:rPr>
        <w:t xml:space="preserve">[05:33] </w:t>
      </w:r>
      <w:r>
        <w:t>yani har aadmi ki zindagi ka do part hain, jis tarah ka'bah ka do part hain, ek finished, ek unfinished.</w:t>
      </w:r>
    </w:p>
    <w:p>
      <w:pPr>
        <w:jc w:val="right"/>
      </w:pPr>
      <w:r>
        <w:t>یعنی ہر آدمی کی زندگی کا دو پارٹ ہیں، جس طرح کعبہ کا دو پارٹ ہیں، ایک فنشڈ، ایک ان فنشڈ۔</w:t>
      </w:r>
    </w:p>
    <w:p>
      <w:r>
        <w:rPr>
          <w:b/>
        </w:rPr>
        <w:t xml:space="preserve">[05:44] </w:t>
      </w:r>
      <w:r>
        <w:t>to har aadmi is par rehta hai ke apne in unfinished part ko finished part banaye, lekin koi kar nahin pata is ko, mukammal kar nahin pata aur duniya se chala jata hai.</w:t>
      </w:r>
    </w:p>
    <w:p>
      <w:pPr>
        <w:jc w:val="right"/>
      </w:pPr>
      <w:r>
        <w:t>تو ہر آدمی اس پر رہتا ہے کہ اپنے ان فنشڈ پارٹ کو فنشڈ پارٹ بنائے، لیکن کوئی کر نہیں پاتا اس کو، مکمل کر نہیں پاتا اور دنیا سے چلا جاتا ہے۔</w:t>
      </w:r>
    </w:p>
    <w:p>
      <w:r>
        <w:rPr>
          <w:b/>
        </w:rPr>
        <w:t xml:space="preserve">[06:00] </w:t>
      </w:r>
      <w:r>
        <w:t>ab is is is is ki roshni mein mujhe quran ki woh ayat samajh aati hai, jo hai ke surah hajj mein ke hajj ke liye aao, wahan tumhare liye faida hai,</w:t>
      </w:r>
    </w:p>
    <w:p>
      <w:pPr>
        <w:jc w:val="right"/>
      </w:pPr>
      <w:r>
        <w:t>اب اس اس اس اس کی روشنی میں مجھے قرآن کی وہ آیت سمجھ آتی ہے، جو ہے کہ سورہ حج میں کہ حج کے لیے آؤ، وہاں تمہارے لیے فائدہ ہے،</w:t>
      </w:r>
    </w:p>
    <w:p>
      <w:r>
        <w:rPr>
          <w:b/>
        </w:rPr>
        <w:t xml:space="preserve">[06:17] </w:t>
      </w:r>
      <w:r>
        <w:t>faida. kaisi ajeeb baat hai, liyashrahu wa manaf'al lahum, taake log dekhen apne benefit ko.</w:t>
      </w:r>
    </w:p>
    <w:p>
      <w:pPr>
        <w:jc w:val="right"/>
      </w:pPr>
      <w:r>
        <w:t>فائدہ۔ کیسی عجیب بات ہے، لیشرو ونا فعل لہم، تاکہ لوگ دیکھیں اپنے بینیفٹ کو۔</w:t>
      </w:r>
    </w:p>
    <w:p>
      <w:r>
        <w:rPr>
          <w:b/>
        </w:rPr>
        <w:t xml:space="preserve">[06:30] </w:t>
      </w:r>
      <w:r>
        <w:t>to kaun sa benefit hai wahan jis ko log dekhenge? kaun sa?</w:t>
      </w:r>
    </w:p>
    <w:p>
      <w:pPr>
        <w:jc w:val="right"/>
      </w:pPr>
      <w:r>
        <w:t>تو کون سا بینیفٹ ہے وہاں جس کو لوگ دیکھیں گے؟ کون سا؟</w:t>
      </w:r>
    </w:p>
    <w:p>
      <w:r>
        <w:rPr>
          <w:b/>
        </w:rPr>
        <w:t xml:space="preserve">[06:38] </w:t>
      </w:r>
      <w:r>
        <w:t>zahiri hai ke yeh ke unfinished agenda jo hai woh isi ko dekhenge, wahi to un ko dikhai dega.</w:t>
      </w:r>
    </w:p>
    <w:p>
      <w:pPr>
        <w:jc w:val="right"/>
      </w:pPr>
      <w:r>
        <w:t>ظاہر ہے کہ یہ کہ ان فنشڈ ایجنڈا جو ہے وہ اسی کو دیکھیں گے، وہی تو ان کو دکھائی دے گا۔</w:t>
      </w:r>
    </w:p>
    <w:p>
      <w:r>
        <w:rPr>
          <w:b/>
        </w:rPr>
        <w:t xml:space="preserve">[06:48] </w:t>
      </w:r>
      <w:r>
        <w:t>to zindagi ke, zindagi ko</w:t>
      </w:r>
    </w:p>
    <w:p>
      <w:pPr>
        <w:jc w:val="right"/>
      </w:pPr>
      <w:r>
        <w:t>تو زندگی کے، زندگی کو</w:t>
      </w:r>
    </w:p>
    <w:p>
      <w:r>
        <w:rPr>
          <w:b/>
        </w:rPr>
        <w:t xml:space="preserve">[06:56] </w:t>
      </w:r>
      <w:r>
        <w:t>mukammal karne mein laga rehna, yeh is ka sabaq nahin hai. sabaq yeh hai ke namukammal par raazi ho jao,</w:t>
      </w:r>
    </w:p>
    <w:p>
      <w:pPr>
        <w:jc w:val="right"/>
      </w:pPr>
      <w:r>
        <w:t>مکمل کرنے میں لگا رہنا، یہ اس کا سبق نہیں ہے۔ سبق یہ ہے کہ نامکمل پر راضی ہو جاؤ،</w:t>
      </w:r>
    </w:p>
    <w:p>
      <w:r>
        <w:rPr>
          <w:b/>
        </w:rPr>
        <w:t xml:space="preserve">[07:09] </w:t>
      </w:r>
      <w:r>
        <w:t>unfinished agenda par raazi ho jao, kyunke yeh hone wala hai.</w:t>
      </w:r>
    </w:p>
    <w:p>
      <w:pPr>
        <w:jc w:val="right"/>
      </w:pPr>
      <w:r>
        <w:t>ان فنشڈ ایجنڈے پر راضی ہو جاؤ، کیونکہ یہ ہونے والا ہے۔</w:t>
      </w:r>
    </w:p>
    <w:p>
      <w:r>
        <w:rPr>
          <w:b/>
        </w:rPr>
        <w:t xml:space="preserve">[07:18] </w:t>
      </w:r>
      <w:r>
        <w:t>to yeh jo mujhe yaad aaya, to mujhe yaad aaya ke ek ek shakhs jo south ka tha, doctor reddy, uska ek mission tha,</w:t>
      </w:r>
    </w:p>
    <w:p>
      <w:pPr>
        <w:jc w:val="right"/>
      </w:pPr>
      <w:r>
        <w:t>تو یہ جو مجھے یاد آیا، تو مجھے یاد آیا کہ ایک ایک شخص جو ساؤتھ کا تھا، ڈاکٹر ریڈی، اس کا ایک مشن تھا،</w:t>
      </w:r>
    </w:p>
    <w:p>
      <w:r>
        <w:rPr>
          <w:b/>
        </w:rPr>
        <w:t xml:space="preserve">[07:32] </w:t>
      </w:r>
      <w:r>
        <w:t>us mission par zindagi bhar woh kaam karta raha.</w:t>
      </w:r>
    </w:p>
    <w:p>
      <w:pPr>
        <w:jc w:val="right"/>
      </w:pPr>
      <w:r>
        <w:t>اس مشن پر زندگی بھر وہ کام کرتا رہا۔</w:t>
      </w:r>
    </w:p>
    <w:p>
      <w:r>
        <w:rPr>
          <w:b/>
        </w:rPr>
        <w:t xml:space="preserve">[07:37] </w:t>
      </w:r>
      <w:r>
        <w:t>us mein us ne ek kitaab likhi, unfinished agenda, yeh us kitaab ka title hai, jo uska mission tha, ek medical mission tha uska,</w:t>
      </w:r>
    </w:p>
    <w:p>
      <w:pPr>
        <w:jc w:val="right"/>
      </w:pPr>
      <w:r>
        <w:t>اس میں اس نے ایک کتاب لکھی، ان فنشڈ ایجنڈا، یہ اس کتاب کا ٹائٹل ہے، جو اس کا مشن تھا، ایک میڈیکل مشن تھا اس کا،</w:t>
      </w:r>
    </w:p>
    <w:p>
      <w:r>
        <w:rPr>
          <w:b/>
        </w:rPr>
        <w:t xml:space="preserve">[07:52] </w:t>
      </w:r>
      <w:r>
        <w:t>to us ki detail us ne likhi us ne.</w:t>
      </w:r>
    </w:p>
    <w:p>
      <w:pPr>
        <w:jc w:val="right"/>
      </w:pPr>
      <w:r>
        <w:t>تو اس کی ڈیٹیل اس نے لکھی اس نے۔</w:t>
      </w:r>
    </w:p>
    <w:p>
      <w:r>
        <w:rPr>
          <w:b/>
        </w:rPr>
        <w:t xml:space="preserve">[07:57] </w:t>
      </w:r>
      <w:r>
        <w:t>lekin saari umar us ki, us ki, us ki maut ghaleban 72 mein hui, 72 saal mein.</w:t>
      </w:r>
    </w:p>
    <w:p>
      <w:pPr>
        <w:jc w:val="right"/>
      </w:pPr>
      <w:r>
        <w:t>لیکن ساری عمر اس کی، اس کی، اس کی موت غالباً 72 میں ہوئی، 72 سال میں۔</w:t>
      </w:r>
    </w:p>
    <w:p>
      <w:r>
        <w:rPr>
          <w:b/>
        </w:rPr>
        <w:t xml:space="preserve">[08:08] </w:t>
      </w:r>
      <w:r>
        <w:t>to saari umar woh apne us goal ko poora karne mein laga raha, lekin woh poora nahin kar saka.</w:t>
      </w:r>
    </w:p>
    <w:p>
      <w:pPr>
        <w:jc w:val="right"/>
      </w:pPr>
      <w:r>
        <w:t>تو ساری عمر وہ اپنے اس گول کو پورا کرنے میں لگا رہا، لیکن وہ پورا نہیں کر سکا۔</w:t>
      </w:r>
    </w:p>
    <w:p>
      <w:r>
        <w:rPr>
          <w:b/>
        </w:rPr>
        <w:t xml:space="preserve">[08:18] </w:t>
      </w:r>
      <w:r>
        <w:t>chunaanche us ki jo kitaab hai, uska naam yeh title hai, unfinished agenda. to us ki kitaab chhap rahi thi aakhir mein, jab chhap kar aayi woh press se,</w:t>
      </w:r>
    </w:p>
    <w:p>
      <w:pPr>
        <w:jc w:val="right"/>
      </w:pPr>
      <w:r>
        <w:t>چنانچہ اس کی جو کتاب ہے، اس کا نام یہ ٹائٹل ہے، ان فنشڈ ایجنڈا۔ تو اس کی کتاب چھپ رہی تھی آخر میں، جب چھپ کر آئی وہ پریس سے،</w:t>
      </w:r>
    </w:p>
    <w:p>
      <w:r>
        <w:rPr>
          <w:b/>
        </w:rPr>
        <w:t xml:space="preserve">[08:32] </w:t>
      </w:r>
      <w:r>
        <w:t>uska pehla, us ki pehli copy apne haath mein li us ne, aur ajeeb baat hai ke us ke baad us ki maut, maut ho gayi.</w:t>
      </w:r>
    </w:p>
    <w:p>
      <w:pPr>
        <w:jc w:val="right"/>
      </w:pPr>
      <w:r>
        <w:t>اس کا پہلا، اس کی پہلی کاپی اپنے ہاتھ میں لی اس نے، اور عجیب بات ہے کہ اس کے بعد اس کی موت، موت ہو گئی۔</w:t>
      </w:r>
    </w:p>
    <w:p>
      <w:r>
        <w:rPr>
          <w:b/>
        </w:rPr>
        <w:t xml:space="preserve">[08:44] </w:t>
      </w:r>
      <w:r>
        <w:t>yani apni kitab ko hath mein liya us ne aur isi din us ki maut ho gayi. to us ke hath mein kya aaya?</w:t>
      </w:r>
    </w:p>
    <w:p>
      <w:pPr>
        <w:jc w:val="right"/>
      </w:pPr>
      <w:r>
        <w:t>یعنی اپنی کتاب کو ہاتھ میں لیا اس نے اور اسی دن اس کی موت ہو گئی۔ تو اس کے ہاتھ میں کیا آیا؟</w:t>
      </w:r>
    </w:p>
    <w:p>
      <w:r>
        <w:rPr>
          <w:b/>
        </w:rPr>
        <w:t xml:space="preserve">[08:53] </w:t>
      </w:r>
      <w:r>
        <w:t>un finished agenda. sari zindagi koshish karne ke bawajood, bohat paisa kharch kiya us ne is mein, aakhir mein jo us ke hisse mein aaya woh tha un finished agenda.</w:t>
      </w:r>
    </w:p>
    <w:p>
      <w:pPr>
        <w:jc w:val="right"/>
      </w:pPr>
      <w:r>
        <w:t>ان فنشڈ ایجنڈا۔ ساری زندگی کوشش کرنے کے باوجود، بہت پیسہ خرچ کیا اس نے اس میں، آخر میں جو اس کے حصے میں آیا وہ تھا ان فنشڈ ایجنڈا۔</w:t>
      </w:r>
    </w:p>
    <w:p>
      <w:r>
        <w:rPr>
          <w:b/>
        </w:rPr>
        <w:t xml:space="preserve">[09:10] </w:t>
      </w:r>
      <w:r>
        <w:t>to main ne socha ke aakhir kyun main wahan itna zyada dekhta tha, us ka raaz kya tha? to aaj mujhe samajh aaya ke shayad yeh tha us ka raaz,</w:t>
      </w:r>
    </w:p>
    <w:p>
      <w:pPr>
        <w:jc w:val="right"/>
      </w:pPr>
      <w:r>
        <w:t>تو میں نے سوچا کہ آخر کیوں میں وہاں اتنا زیادہ دیکھتا تھا، اس کا راز کیا تھا؟ تو آج مجھے سمجھ آیا کہ شاید یہ تھا اس کا راز،</w:t>
      </w:r>
    </w:p>
    <w:p>
      <w:r>
        <w:rPr>
          <w:b/>
        </w:rPr>
        <w:t xml:space="preserve">[09:25] </w:t>
      </w:r>
      <w:r>
        <w:t>ke Allah taala insan ko dikhana chahte hain ek bohat bari haqeeqat. woh un finished agenda dunya ke bare mein hai,</w:t>
      </w:r>
    </w:p>
    <w:p>
      <w:pPr>
        <w:jc w:val="right"/>
      </w:pPr>
      <w:r>
        <w:t>کہ اللہ تعالیٰ انسان کو دکھانا چاہتے ہیں ایک بہت بڑی حقیقت۔ وہ ان فنشڈ ایجنڈا دنیا کے بارے میں ہے،</w:t>
      </w:r>
    </w:p>
    <w:p>
      <w:r>
        <w:rPr>
          <w:b/>
        </w:rPr>
        <w:t xml:space="preserve">[09:38] </w:t>
      </w:r>
      <w:r>
        <w:t>yani insan ko yeh saud dena matloob hai, us ki kaba, kaba jaisi muqaddas imarat, zahir hai ke is kaba se zyada muqaddas koi cheez ho nahi sakti.</w:t>
      </w:r>
    </w:p>
    <w:p>
      <w:pPr>
        <w:jc w:val="right"/>
      </w:pPr>
      <w:r>
        <w:t>یعنی انسان کو یہ سعود دینا مطلوب ہے، اس کی کعبہ، کعبہ جیسی مقدس عمارت، ظاہر ہے کہ اس کعبہ سے زیادہ مقدس کوئی چیز ہو نہیں سکتی۔</w:t>
      </w:r>
    </w:p>
    <w:p>
      <w:r>
        <w:rPr>
          <w:b/>
        </w:rPr>
        <w:t xml:space="preserve">[09:52] </w:t>
      </w:r>
      <w:r>
        <w:t>sab se muqaddas woh holy kaba hai, us ko un finished chhod diya gaya, yeh sabak dene ke liye ke yeh dunya jo hai,</w:t>
      </w:r>
    </w:p>
    <w:p>
      <w:pPr>
        <w:jc w:val="right"/>
      </w:pPr>
      <w:r>
        <w:t>سب سے مقدس وہ ہولی کعبہ ہے، اس کو ان فنشڈ چھوڑ دیا گیا، یہ سبق دینے کے لیے کہ یہ دنیا جو ہے،</w:t>
      </w:r>
    </w:p>
    <w:p>
      <w:r>
        <w:rPr>
          <w:b/>
        </w:rPr>
        <w:t xml:space="preserve">[10:08] </w:t>
      </w:r>
      <w:r>
        <w:t>yahan tum ko</w:t>
      </w:r>
    </w:p>
    <w:p>
      <w:pPr>
        <w:jc w:val="right"/>
      </w:pPr>
      <w:r>
        <w:t>یہاں تم کو</w:t>
      </w:r>
    </w:p>
    <w:p>
      <w:r>
        <w:rPr>
          <w:b/>
        </w:rPr>
        <w:t xml:space="preserve">[10:12] </w:t>
      </w:r>
      <w:r>
        <w:t>apne mansoobon ko un finished chhodna hai, apni zindagi ko tum mukammal nahi kar paoge aur khatma ho jayega tumhara.</w:t>
      </w:r>
    </w:p>
    <w:p>
      <w:pPr>
        <w:jc w:val="right"/>
      </w:pPr>
      <w:r>
        <w:t>اپنے منصوبوں کو ان فنشڈ چھوڑنا ہے، اپنی زندگی کو تم مکمل نہیں کر پاؤ گے اور خاتمہ ہو جائے گا تمہارا۔</w:t>
      </w:r>
    </w:p>
    <w:p>
      <w:r>
        <w:rPr>
          <w:b/>
        </w:rPr>
        <w:t xml:space="preserve">[10:24] </w:t>
      </w:r>
      <w:r>
        <w:t>to is ka matlab kya hua? ke sari fikr tumhari akhirat ke liye honi chahiye, dunya ke liye nahi. sari fikr.</w:t>
      </w:r>
    </w:p>
    <w:p>
      <w:pPr>
        <w:jc w:val="right"/>
      </w:pPr>
      <w:r>
        <w:t>تو اس کا مطلب کیا ہوا؟ کہ ساری فکر تمہاری آخرت کے لیے ہونی چاہیے، دنیا کے لیے نہیں۔ ساری فکر۔</w:t>
      </w:r>
    </w:p>
    <w:p>
      <w:r>
        <w:rPr>
          <w:b/>
        </w:rPr>
        <w:t xml:space="preserve">[10:37] </w:t>
      </w:r>
      <w:r>
        <w:t>yeh focus dekhiye, insan aisi munawwar is ki hui hai ke Quran mein hai ke Allah ne insan ke sine mein do dil nahi banaye.</w:t>
      </w:r>
    </w:p>
    <w:p>
      <w:pPr>
        <w:jc w:val="right"/>
      </w:pPr>
      <w:r>
        <w:t>یہ فوکس دیکھیے، انسان ایسی منور اس کی ہوئی ہے کہ قرآن میں ہے کہ اللہ نے انسان کے سینے میں دو دل نہیں بنائے۔</w:t>
      </w:r>
    </w:p>
    <w:p>
      <w:r>
        <w:rPr>
          <w:b/>
        </w:rPr>
        <w:t xml:space="preserve">[10:50] </w:t>
      </w:r>
      <w:r>
        <w:t>is ka matlab kya hai? insan ka focus do cheez ban nahi sakti. agar dunya banegi to akhirat chhoot jayegi, akhirat banegi to dunya chhoot jayegi.</w:t>
      </w:r>
    </w:p>
    <w:p>
      <w:pPr>
        <w:jc w:val="right"/>
      </w:pPr>
      <w:r>
        <w:t>اس کا مطلب کیا ہے؟ انسان کا فوکس دو چیز بن نہیں سکتی۔ اگر دنیا بنے گی تو آخرت چھوٹ جائے گی، آخرت بنے گی تو دنیا چھوٹ جائے گی۔</w:t>
      </w:r>
    </w:p>
    <w:p>
      <w:r>
        <w:rPr>
          <w:b/>
        </w:rPr>
        <w:t xml:space="preserve">[11:05] </w:t>
      </w:r>
      <w:r>
        <w:t>to jab insan ki banawat aisi hai ke woh double focus ban kar jee nahi sakta,</w:t>
      </w:r>
    </w:p>
    <w:p>
      <w:pPr>
        <w:jc w:val="right"/>
      </w:pPr>
      <w:r>
        <w:t>تو جب انسان کی بناوٹ ایسی ہے کہ وہ ڈبل فوکس بن کر جی نہیں سکتا،</w:t>
      </w:r>
    </w:p>
    <w:p>
      <w:r>
        <w:rPr>
          <w:b/>
        </w:rPr>
        <w:t xml:space="preserve">[11:17] </w:t>
      </w:r>
      <w:r>
        <w:t>to focus bana hua akhirat ko, jo abadi hai, yeh sabak dena hai wahan. main samajhta hoon ke yeh jo ayat hai, laishru wa na fa'al lahum,</w:t>
      </w:r>
    </w:p>
    <w:p>
      <w:pPr>
        <w:jc w:val="right"/>
      </w:pPr>
      <w:r>
        <w:t>تو فوکس بنا ہوا آخرت کو، جو ابدی ہے، یہ سبق دینا ہے وہاں۔ میں سمجھتا ہوں کہ یہ جو آیت ہے، لیشرو ونا فعل لہم،</w:t>
      </w:r>
    </w:p>
    <w:p>
      <w:r>
        <w:rPr>
          <w:b/>
        </w:rPr>
        <w:t xml:space="preserve">[11:30] </w:t>
      </w:r>
      <w:r>
        <w:t>taake woh dekhoon, woh dekhe kaba ko ke kaba un finished abhi to pada hua hai, un finished.</w:t>
      </w:r>
    </w:p>
    <w:p>
      <w:pPr>
        <w:jc w:val="right"/>
      </w:pPr>
      <w:r>
        <w:t>تاکہ وہ دیکھوں، وہ دیکھے کعبہ کو کہ کعبہ ان فنشڈ ابھی تو پڑا ہوا ہے، ان فنشڈ۔</w:t>
      </w:r>
    </w:p>
    <w:p>
      <w:r>
        <w:rPr>
          <w:b/>
        </w:rPr>
        <w:t xml:space="preserve">[11:42] </w:t>
      </w:r>
      <w:r>
        <w:t>to kyun, kyun Rasool Allah ne is ko aise hi chhod diya? Jibrael ne nahi bataya ke aye Muhammad, is ko mukammal karo apni zindagi mein, un finished agenda bana kar na chhod do.</w:t>
      </w:r>
    </w:p>
    <w:p>
      <w:pPr>
        <w:jc w:val="right"/>
      </w:pPr>
      <w:r>
        <w:t>تو کیوں، کیوں رسول اللہ نے اس کو ایسے ہی چھوڑ دیا؟ جبرائیل نے نہیں بتایا کہ اے محمد، اس کو مکمل کرو اپنی زندگی میں، ان فنشڈ ایجنڈا بنا کر نہ چھوڑو۔</w:t>
      </w:r>
    </w:p>
    <w:p>
      <w:r>
        <w:rPr>
          <w:b/>
        </w:rPr>
        <w:t xml:space="preserve">[11:59] </w:t>
      </w:r>
      <w:r>
        <w:t>to kyun? woh to bohat bara sabak dena tha us ne, bohat bara sabak.</w:t>
      </w:r>
    </w:p>
    <w:p>
      <w:pPr>
        <w:jc w:val="right"/>
      </w:pPr>
      <w:r>
        <w:t>تو کیوں؟ وہ تو بہت بڑا سبق دینا تھا اس نے، بہت بڑا سبق۔</w:t>
      </w:r>
    </w:p>
    <w:p>
      <w:r>
        <w:rPr>
          <w:b/>
        </w:rPr>
        <w:t xml:space="preserve">[12:08] </w:t>
      </w:r>
      <w:r>
        <w:t>to dekhiye, hamare jitne bhi leader hain, jitne bare bare log hain, woh sab isi phanse rahe.</w:t>
      </w:r>
    </w:p>
    <w:p>
      <w:pPr>
        <w:jc w:val="right"/>
      </w:pPr>
      <w:r>
        <w:t>تو دیکھیے، ہمارے جتنے بھی لیڈر ہیں، جتنے بڑے بڑے لوگ ہیں، وہ سب اسی پھنسے رہے۔</w:t>
      </w:r>
    </w:p>
    <w:p>
      <w:r>
        <w:rPr>
          <w:b/>
        </w:rPr>
        <w:t xml:space="preserve">[12:19] </w:t>
      </w:r>
      <w:r>
        <w:t>misalan meri apni zindagi mein kehta hoon, meri zindagi mein kai bohat bare bare waqiat hue, misalan Pakistan ka banna, Falasteen ka taqseem, Kashmir ka muamla, yeh sab meri zindagi ke waqiat hain.</w:t>
      </w:r>
    </w:p>
    <w:p>
      <w:pPr>
        <w:jc w:val="right"/>
      </w:pPr>
      <w:r>
        <w:t>مثلاً میری اپنی زندگی میں کہتا ہوں، میری زندگی میں کئی بہت بڑے بڑے واقعات ہوئے، مثلاً پاکستان کا بننا، فلسطین کا تقسیم، کشمیر کا معاملہ، یہ سب میری زندگی کے واقعات ہیں۔</w:t>
      </w:r>
    </w:p>
    <w:p>
      <w:r>
        <w:rPr>
          <w:b/>
        </w:rPr>
        <w:t xml:space="preserve">[12:42] </w:t>
      </w:r>
      <w:r>
        <w:t>to jo leader is mein mashhoor the, woh sab yahi karte rahe. misalan Pakistan banna to Jinnah sahib ne kaha hum ko trenkated Pakistan mila hai,</w:t>
      </w:r>
    </w:p>
    <w:p>
      <w:pPr>
        <w:jc w:val="right"/>
      </w:pPr>
      <w:r>
        <w:t>تو جو لیڈر اس میں مشہور تھے، وہ سب یہی کرتے رہے۔ مثلاً پاکستان بننا تو جناح صاحب نے کہا ہم کو ٹرینکیٹڈ پاکستان ملا ہے،</w:t>
      </w:r>
    </w:p>
    <w:p>
      <w:r>
        <w:rPr>
          <w:b/>
        </w:rPr>
        <w:t xml:space="preserve">[12:57] </w:t>
      </w:r>
      <w:r>
        <w:t>woh un finished Pakistan, jo us ke bani the, jo Quaid-e-Azam kehelate hain, unhon ne yeh kaha ke Pakistan jo mila hai hum ko, woh to trenkated Pakistan hai,</w:t>
      </w:r>
    </w:p>
    <w:p>
      <w:pPr>
        <w:jc w:val="right"/>
      </w:pPr>
      <w:r>
        <w:t>وہ ان فنشڈ پاکستان، جو اس کے بانی تھے، جو قائداعظم کہلاتے ہیں، انہوں نے یہ کہا کہ پاکستان جو ملا ہے ہم کو، وہ تو ٹرینکیٹڈ پاکستان ہے،</w:t>
      </w:r>
    </w:p>
    <w:p>
      <w:r>
        <w:rPr>
          <w:b/>
        </w:rPr>
        <w:t xml:space="preserve">[13:17] </w:t>
      </w:r>
      <w:r>
        <w:t>yani un finished Pakistan hai. to sari zindagi woh aur un ke followers is mein lage rahe ke Pakistan ke un finished agenda ko mukammal karein, lekin sahib ke sab mar gaye, hua kuch nahi.</w:t>
      </w:r>
    </w:p>
    <w:p>
      <w:pPr>
        <w:jc w:val="right"/>
      </w:pPr>
      <w:r>
        <w:t>یعنی ان فنشڈ پاکستان ہے۔ تو ساری زندگی وہ اور ان کے فالوورز اس میں لگے رہے کہ پاکستان کے ان فنشڈ ایجنڈا کو مکمل کریں، لیکن صاحب کے سب مر گئے، ہوا کچھ نہیں۔</w:t>
      </w:r>
    </w:p>
    <w:p>
      <w:r>
        <w:rPr>
          <w:b/>
        </w:rPr>
        <w:t xml:space="preserve">[13:35] </w:t>
      </w:r>
      <w:r>
        <w:t>is tarike se dekhiye, Falasteen ke jo leader the, aap jante hain ke pehla shakhs jo is ne nara lagaya tha, labbaik ya Falasteen, labbaik ya Falasteen ka matlab kya hai?</w:t>
      </w:r>
    </w:p>
    <w:p>
      <w:pPr>
        <w:jc w:val="right"/>
      </w:pPr>
      <w:r>
        <w:t>اس طریقے سے دیکھیے، فلسطین کے جو لیڈر تھے، آپ جانتے ہیں کہ پہلا شخص جو اس نے نعرہ لگایا تھا، لبیک یا فلسطین، لبیک یا فلسطین کا مطلب کیا ہے؟</w:t>
      </w:r>
    </w:p>
    <w:p>
      <w:r>
        <w:rPr>
          <w:b/>
        </w:rPr>
        <w:t xml:space="preserve">[13:52] </w:t>
      </w:r>
      <w:r>
        <w:t>ke aye Falasteen, hum Falasteen ke un finished agenda ko mukammal karne ke liye wahan hazir hain, wahan juloos nikala unhon ne, ek lakh Misriyon ko le kar.</w:t>
      </w:r>
    </w:p>
    <w:p>
      <w:pPr>
        <w:jc w:val="right"/>
      </w:pPr>
      <w:r>
        <w:t>کہ اے فلسطین، ہم فلسطین کے ان فنشڈ ایجنڈے کو مکمل کرنے کے لیے وہاں حاضر ہیں، وہاں جلوس نکالا انہوں نے، ایک لاکھ مصریوں کو لے کر۔</w:t>
      </w:r>
    </w:p>
    <w:p>
      <w:r>
        <w:rPr>
          <w:b/>
        </w:rPr>
        <w:t xml:space="preserve">[14:06] </w:t>
      </w:r>
      <w:r>
        <w:t>to aap jante hain ke Hazrat Mana mar gaye aur un ke sare followers khatam ho gaye, aur hazaron nahi, lakhon log is mein khatam ho chuke hain,</w:t>
      </w:r>
    </w:p>
    <w:p>
      <w:pPr>
        <w:jc w:val="right"/>
      </w:pPr>
      <w:r>
        <w:t>تو آپ جانتے ہیں کہ حضرت منا مر گئے اور ان کے سارے فالوورز ختم ہو گئے، اور ہزاروں نہیں، لاکھوں لوگ اس میں ختم ہو چکے ہیں،</w:t>
      </w:r>
    </w:p>
    <w:p>
      <w:r>
        <w:rPr>
          <w:b/>
        </w:rPr>
        <w:t xml:space="preserve">[14:22] </w:t>
      </w:r>
      <w:r>
        <w:t>beshumar paisa, beshumar zindagiyaan, lekin abhi bhi un finished hai, abhi bhi Falasteen ka agenda un finished hai.</w:t>
      </w:r>
    </w:p>
    <w:p>
      <w:pPr>
        <w:jc w:val="right"/>
      </w:pPr>
      <w:r>
        <w:t>بے شمار پیسہ، بے شمار زندگیاں، لیکن ابھی بھی ان فنشڈ ہے، ابھی بھی فلسطین کا ایجنڈا ان فنشڈ ہے۔</w:t>
      </w:r>
    </w:p>
    <w:p>
      <w:r>
        <w:rPr>
          <w:b/>
        </w:rPr>
        <w:t xml:space="preserve">[14:31] </w:t>
      </w:r>
      <w:r>
        <w:t>aise hi kashmir ko lijiye, kashmir mein bohat ziyada janen zaya huin, bohat ziyada paisa barbaad hua, lekin jo un ka goal tha, jo jo goal banaya tha ke kashmir ko finished kashmir banane ke liye,</w:t>
      </w:r>
    </w:p>
    <w:p>
      <w:pPr>
        <w:jc w:val="right"/>
      </w:pPr>
      <w:r>
        <w:t>ایسے ہی کشمیر کو لیجیے، کشمیر میں بہت زیادہ جانیں ضائع ہوئیں، بہت زیادہ پیسہ برباد ہوا، لیکن جو ان کا گول تھا، جو جو گول بنایا تھا کہ کشمیر کو فنشڈ کشمیر بنانے کے لیے،</w:t>
      </w:r>
    </w:p>
    <w:p>
      <w:r>
        <w:rPr>
          <w:b/>
        </w:rPr>
        <w:t xml:space="preserve">[14:52] </w:t>
      </w:r>
      <w:r>
        <w:t>wo hua nahi aaj tak, aur abhi tak jang ki baaten ho rahi hain, jo hai wo bhi khatm ho jaye. to ye meri zindagi ke waqiyat hain ke falasteen ka mamla, kashmir ka mamla,</w:t>
      </w:r>
    </w:p>
    <w:p>
      <w:pPr>
        <w:jc w:val="right"/>
      </w:pPr>
      <w:r>
        <w:t>وہ ہوا نہیں آج تک، اور ابھی تک جنگ کی باتیں ہو رہی ہیں، جو ہے وہ بھی ختم ہو جائے۔ تو یہ میری زندگی کے واقعات ہیں کہ فلسطین کا معاملہ، کشمیر کا معاملہ،</w:t>
      </w:r>
    </w:p>
    <w:p>
      <w:r>
        <w:rPr>
          <w:b/>
        </w:rPr>
        <w:t xml:space="preserve">[15:07] </w:t>
      </w:r>
      <w:r>
        <w:t>pakistan ka mamla, bangladesh ka mamla, jo bhi dekhiye, jitne</w:t>
      </w:r>
    </w:p>
    <w:p>
      <w:pPr>
        <w:jc w:val="right"/>
      </w:pPr>
      <w:r>
        <w:t>پاکستان کا معاملہ، بنگلہ دیش کا معاملہ، جو بھی دیکھیے، جتنے</w:t>
      </w:r>
    </w:p>
    <w:p>
      <w:r>
        <w:rPr>
          <w:b/>
        </w:rPr>
        <w:t xml:space="preserve">[15:17] </w:t>
      </w:r>
      <w:r>
        <w:t>main ne nishane banaye hamare leaderon ne, wo sab ke sab isi waqt khatm ho gaye ke un finished agenda ko finish karne mein lage rahe, aur hua kuch nahi.</w:t>
      </w:r>
    </w:p>
    <w:p>
      <w:pPr>
        <w:jc w:val="right"/>
      </w:pPr>
      <w:r>
        <w:t>میں نے نشانے بنائے ہمارے لیڈروں نے، وہ سب کے سب اسی وقت ختم ہو گئے کہ ان فنشڈ ایجنڈے کو فنش کرنے میں لگے رہے، اور ہوا کچھ نہیں۔</w:t>
      </w:r>
    </w:p>
    <w:p>
      <w:r>
        <w:rPr>
          <w:b/>
        </w:rPr>
        <w:t xml:space="preserve">[15:31] </w:t>
      </w:r>
      <w:r>
        <w:t>to log jo jate hain hajj ke liye, umrah ke liye, wahan par ek khara hua hai kaba, jo aaj bhi unfinished agenda hai.</w:t>
      </w:r>
    </w:p>
    <w:p>
      <w:pPr>
        <w:jc w:val="right"/>
      </w:pPr>
      <w:r>
        <w:t>تو لوگ جو جاتے ہیں حج کے لیے، عمرہ کے لیے، وہاں پر ایک کھڑا ہوا ہے کعبہ، جو آج بھی ان فنشڈ ایجنڈا ہے۔</w:t>
      </w:r>
    </w:p>
    <w:p>
      <w:r>
        <w:rPr>
          <w:b/>
        </w:rPr>
        <w:t xml:space="preserve">[15:41] </w:t>
      </w:r>
      <w:r>
        <w:t>kyun? isi liye ke chahe aap ki infiradi zindagi ho, ya chahe aap ki ijtamai zindagi ho, chahe aap ka mission, koi bara political mission ho, ya kuch bhi ho,</w:t>
      </w:r>
    </w:p>
    <w:p>
      <w:pPr>
        <w:jc w:val="right"/>
      </w:pPr>
      <w:r>
        <w:t>کیوں؟ اسی لیے کہ چاہے آپ کی انفرادی زندگی ہو، یا چاہے آپ کی اجتماعی زندگی ہو، چاہے آپ کا مشن، کوئی بڑا پولیٹیکل مشن ہو، یا کچھ بھی ہو،</w:t>
      </w:r>
    </w:p>
    <w:p>
      <w:r>
        <w:rPr>
          <w:b/>
        </w:rPr>
        <w:t xml:space="preserve">[16:00] </w:t>
      </w:r>
      <w:r>
        <w:t>aap is dunya mein kabhi bhi is ko mukammal had tak pohncha nahi sakte, wo namukammal hi rahega aur aap khatm ho jayenge.</w:t>
      </w:r>
    </w:p>
    <w:p>
      <w:pPr>
        <w:jc w:val="right"/>
      </w:pPr>
      <w:r>
        <w:t>آپ اس دنیا میں کبھی بھی اس کو مکمل حد تک پہنچا نہیں سکتے، وہ نامکمل ہی رہے گا اور آپ ختم ہو جائیں گے۔</w:t>
      </w:r>
    </w:p>
    <w:p>
      <w:r>
        <w:rPr>
          <w:b/>
        </w:rPr>
        <w:t xml:space="preserve">[16:17] </w:t>
      </w:r>
      <w:r>
        <w:t>to is se is se kya sabak mila? ke dunya ke mamle mein jitna mumkin hai, bazahir, wo aap ka nishana hona chahiye, aur akhirat ke mamle mein to bilkul apni zindagi isi mein daal dijiye.</w:t>
      </w:r>
    </w:p>
    <w:p>
      <w:pPr>
        <w:jc w:val="right"/>
      </w:pPr>
      <w:r>
        <w:t>تو اس سے اس سے کیا سبق ملا؟ کہ دنیا کے معاملے میں جتنا ممکن ہے، بظاہر، وہ آپ کا نشانہ ہونا چاہیے، اور آخرت کے معاملے میں تو بالکل اپنی زندگی اسی میں ڈال دیجیے۔</w:t>
      </w:r>
    </w:p>
    <w:p>
      <w:r>
        <w:rPr>
          <w:b/>
        </w:rPr>
        <w:t xml:space="preserve">[16:39] </w:t>
      </w:r>
      <w:r>
        <w:t>ab aap ko main misaal deta hoon kuch, maslan dekhiye,</w:t>
      </w:r>
    </w:p>
    <w:p>
      <w:pPr>
        <w:jc w:val="right"/>
      </w:pPr>
      <w:r>
        <w:t>اب آپ کو میں مثال دیتا ہوں کچھ، مثلاً دیکھیے،</w:t>
      </w:r>
    </w:p>
    <w:p>
      <w:r>
        <w:rPr>
          <w:b/>
        </w:rPr>
        <w:t xml:space="preserve">[16:48] </w:t>
      </w:r>
      <w:r>
        <w:t>yani falasteen ko lijiye aap, falasteen mein jo angrezon ke zamane mein, british period mein, jo is ki taqseem hui thi, is taqseem mein</w:t>
      </w:r>
    </w:p>
    <w:p>
      <w:pPr>
        <w:jc w:val="right"/>
      </w:pPr>
      <w:r>
        <w:t>یعنی فلسطین کو لیجیے آپ، فلسطین میں جو انگریزوں کے زمانے میں، برٹش پیریڈ میں، جو اس کی تقسیم ہوئی تھی، اس تقسیم میں</w:t>
      </w:r>
    </w:p>
    <w:p>
      <w:r>
        <w:rPr>
          <w:b/>
        </w:rPr>
        <w:t xml:space="preserve">[17:05] </w:t>
      </w:r>
      <w:r>
        <w:t>taqreeban aadha, aur wo best part jo tha falasteen ka, yani line share, wo diya gaya tha falastiniyon ko, lekin is ko accept nahi kiya, aur sara falasteen hamara hai,</w:t>
      </w:r>
    </w:p>
    <w:p>
      <w:pPr>
        <w:jc w:val="right"/>
      </w:pPr>
      <w:r>
        <w:t>تقریباً آدھا، اور وہ بیسٹ پارٹ جو تھا فلسطین کا، یعنی لائن شیئر، وہ دیا گیا تھا فلسطینیوں کو، لیکن اس کو ایکسیپٹ نہیں کیا، اور سارا فلسطین ہمارا ہے،</w:t>
      </w:r>
    </w:p>
    <w:p>
      <w:r>
        <w:rPr>
          <w:b/>
        </w:rPr>
        <w:t xml:space="preserve">[17:19] </w:t>
      </w:r>
      <w:r>
        <w:t>ye nare lage khare ho gaye. to aaj tak wo sara falasteen ko nahi mila, aur beshumar log mar gaye isi isi unfinished agenda ko finish banane ke liye,</w:t>
      </w:r>
    </w:p>
    <w:p>
      <w:pPr>
        <w:jc w:val="right"/>
      </w:pPr>
      <w:r>
        <w:t>یہ نعرے لگے کھڑے ہو گئے۔ تو آج تک وہ سارا فلسطین کو نہیں ملا، اور بے شمار لوگ مر گئے اسی اسی ان فنشڈ ایجنڈے کو فنش بنانے کے لیے،</w:t>
      </w:r>
    </w:p>
    <w:p>
      <w:r>
        <w:rPr>
          <w:b/>
        </w:rPr>
        <w:t xml:space="preserve">[17:37] </w:t>
      </w:r>
      <w:r>
        <w:t>ye falasteen ki misaal hai. aise hi dekhiye, abhi jo morsi sahab ka umrah hai, morsi sahab ko itna acha mauqa mila ke wo prime minister ban gaye misr ke, lekin kuch cheezen aisi thin jo abhi un ko nahi mili thin,</w:t>
      </w:r>
    </w:p>
    <w:p>
      <w:pPr>
        <w:jc w:val="right"/>
      </w:pPr>
      <w:r>
        <w:t>یہ فلسطین کی مثال ہے۔ ایسے ہی دیکھیے، ابھی جو مرسی صاحب کا عمرہ ہے، مرسی صاحب کو اتنا اچھا موقع ملا کہ وہ پرائم منسٹر بن گئے مصر کے، لیکن کچھ چیزیں ایسی تھیں جو ابھی ان کو نہیں ملی تھیں،</w:t>
      </w:r>
    </w:p>
    <w:p>
      <w:r>
        <w:rPr>
          <w:b/>
        </w:rPr>
        <w:t xml:space="preserve">[17:53] </w:t>
      </w:r>
      <w:r>
        <w:t>to kya un ka agenda unfinished agenda tha? to is ke is mein pad gaye ke jo kuch cheezen abhi bhi faujiyon ke qabze mein thin, use use use chheen, apni apni hukumat ko mukammal karen, lekin aap jante hain ke wo khatm ho gaye, wo bhi un ki jo prime ministeri thi, wo bhi khatm ho gayi, sardari bhi khatm ho gayi,</w:t>
      </w:r>
    </w:p>
    <w:p>
      <w:pPr>
        <w:jc w:val="right"/>
      </w:pPr>
      <w:r>
        <w:t>تو کیا ان کا ایجنڈا ان فنشڈ ایجنڈا تھا؟ تو اس کے اس میں پڑ گئے کہ جو کچھ چیزیں ابھی بھی فوجیوں کے قبضے میں تھیں، اسے اسے اسے چھینیں، اپنی اپنی حکومت کو مکمل کریں، لیکن آپ جانتے ہیں کہ وہ ختم ہو گئے، وہ بھی ان کی جو پرائم منسٹری تھی، وہ بھی ختم ہو گئی، سردارت بھی ختم ہو گئی،</w:t>
      </w:r>
    </w:p>
    <w:p>
      <w:r>
        <w:rPr>
          <w:b/>
        </w:rPr>
        <w:t xml:space="preserve">[18:22] </w:t>
      </w:r>
      <w:r>
        <w:t>yani yani agenda finish nahi hua, aur khud hi un ka khatma ho gaya. aise hi dekhiye, saeed qutb bohat hi mashhoor aadmi hain, wo jamal abdul nasser ke zamane mein un ka un ki tareekh bohat bohat bari tareekh ban gayi thi.</w:t>
      </w:r>
    </w:p>
    <w:p>
      <w:pPr>
        <w:jc w:val="right"/>
      </w:pPr>
      <w:r>
        <w:t>یعنی یعنی ایجنڈا فنش نہیں ہوا، اور خود ہی ان کا خاتمہ ہو گیا۔ ایسے ہی دیکھیے، سعید قطب بہت ہی مشہور آدمی ہیں، وہ جمال عبدالناصر کے زمانے میں ان کا ان کی تاریخ بہت بہت بڑی تاریخ بن گئی تھی۔</w:t>
      </w:r>
    </w:p>
    <w:p>
      <w:r>
        <w:rPr>
          <w:b/>
        </w:rPr>
        <w:t xml:space="preserve">[18:41] </w:t>
      </w:r>
      <w:r>
        <w:t>to jamal abdul nasser ne un ko offer diya tha ke main aap ko misr ki</w:t>
      </w:r>
    </w:p>
    <w:p>
      <w:pPr>
        <w:jc w:val="right"/>
      </w:pPr>
      <w:r>
        <w:t>تو جمال عبدالناصر نے ان کو آفر دیا تھا کہ میں آپ کو مصر کی</w:t>
      </w:r>
    </w:p>
    <w:p>
      <w:r>
        <w:rPr>
          <w:b/>
        </w:rPr>
        <w:t xml:space="preserve">[18:50] </w:t>
      </w:r>
      <w:r>
        <w:t>wazart ki ministry deta hoon, full fridge ministry, aap taleem ki, to misr ki taleem ka jo jo kaam hai, wo aap hath mein le lijiye, misr ki naslon ko apne hath apne lehaz se train kijiye,</w:t>
      </w:r>
    </w:p>
    <w:p>
      <w:pPr>
        <w:jc w:val="right"/>
      </w:pPr>
      <w:r>
        <w:t>وزارت کی منسٹری دیتا ہوں، فل فریج منسٹری، آپ تعلیم کی، تو مصر کی تعلیم کا جو جو کام ہے، وہ آپ ہاتھ میں لے لیجیے، مصر کی نسلوں کو اپنے ہاتھ اپنے لحاظ سے ٹرین کیجیے،</w:t>
      </w:r>
    </w:p>
    <w:p>
      <w:r>
        <w:rPr>
          <w:b/>
        </w:rPr>
        <w:t xml:space="preserve">[19:13] </w:t>
      </w:r>
      <w:r>
        <w:t>lekin un ka nahi, hamein to poori hukumat chahiye. to na kya hua? poori hukumat to mili nahi, aur dunya se chale gaye.</w:t>
      </w:r>
    </w:p>
    <w:p>
      <w:pPr>
        <w:jc w:val="right"/>
      </w:pPr>
      <w:r>
        <w:t>لیکن ان کا نہیں، ہمیں تو پوری حکومت چاہیے۔ تو نہ کیا ہوا؟ پوری حکومت تو ملی نہیں، اور دنیا سے چلے گئے۔</w:t>
      </w:r>
    </w:p>
    <w:p>
      <w:r>
        <w:rPr>
          <w:b/>
        </w:rPr>
        <w:t xml:space="preserve">[19:26] </w:t>
      </w:r>
      <w:r>
        <w:t>to unfinished agenda ke chakkar mein un ki tareekh hi khatm ho gayi, aur wo finish kar nahi paye.</w:t>
      </w:r>
    </w:p>
    <w:p>
      <w:pPr>
        <w:jc w:val="right"/>
      </w:pPr>
      <w:r>
        <w:t>تو ان فنشڈ ایجنڈے کے چکر میں ان کی تاریخ ہی ختم ہو گئی، اور وہ فنش کر نہیں پایے۔</w:t>
      </w:r>
    </w:p>
    <w:p>
      <w:r>
        <w:rPr>
          <w:b/>
        </w:rPr>
        <w:t xml:space="preserve">[19:35] </w:t>
      </w:r>
      <w:r>
        <w:t>aise hi dekhiye, pakistan mein dekhiye aap, abulalah modi ka zamana tha, ayub, sadar ayub ke zamane mein, to ye poore pakistan mein nizam mustafa aur nizam islam qaim karne ka nara tha un ka.</w:t>
      </w:r>
    </w:p>
    <w:p>
      <w:pPr>
        <w:jc w:val="right"/>
      </w:pPr>
      <w:r>
        <w:t>ایسے ہی دیکھیے، پاکستان میں دیکھیے آپ، ابو لہلہ مودی کا زمانہ تھا، ایوب، صدر ایوب کے زمانے میں، تو یہ پورے پاکستان میں نظام مصطفیٰ اور نظام اسلام قائم کرنے کا نعرہ تھا ان کا۔</w:t>
      </w:r>
    </w:p>
    <w:p>
      <w:r>
        <w:rPr>
          <w:b/>
        </w:rPr>
        <w:t xml:space="preserve">[19:54] </w:t>
      </w:r>
      <w:r>
        <w:t>to sadar ayub ne un ko offer diya ke aap ko main ek bohat ek national university, yani pakistan ki sab se bari university bana kar aap ko deta hoon,</w:t>
      </w:r>
    </w:p>
    <w:p>
      <w:pPr>
        <w:jc w:val="right"/>
      </w:pPr>
      <w:r>
        <w:t>تو صدر ایوب نے ان کو آفر دیا کہ آپ کو میں ایک بہت ایک نیشنل یونیورسٹی، یعنی پاکستان کی سب سے بڑی یونیورسٹی بنا کر آپ کو دیتا ہوں،</w:t>
      </w:r>
    </w:p>
    <w:p>
      <w:r>
        <w:rPr>
          <w:b/>
        </w:rPr>
        <w:t xml:space="preserve">[20:09] </w:t>
      </w:r>
      <w:r>
        <w:t>is mein aap taleem ka nizam banaiye, pakistani generation ko khoob padhaiye, likhaiye, to education mein aage badhaiye.</w:t>
      </w:r>
    </w:p>
    <w:p>
      <w:pPr>
        <w:jc w:val="right"/>
      </w:pPr>
      <w:r>
        <w:t>اس میں آپ تعلیم کا نظام بنائیے، پاکستانی جنریشن کو خوب پڑھائیے، لکھائیے، تو ایجوکیشن میں آگے بڑھائیے۔</w:t>
      </w:r>
    </w:p>
    <w:p>
      <w:r>
        <w:rPr>
          <w:b/>
        </w:rPr>
        <w:t xml:space="preserve">[20:22] </w:t>
      </w:r>
      <w:r>
        <w:t>to abulalah modi ne is ko qabool nahi kiya, kyunke un ka ishara tha ke sare pakistan par un ka jhanda. to kya hua?</w:t>
      </w:r>
    </w:p>
    <w:p>
      <w:pPr>
        <w:jc w:val="right"/>
      </w:pPr>
      <w:r>
        <w:t>تو ابو لہلہ مودی نے اس کو قبول نہیں کیا، کیونکہ ان کا اشارہ تھا کہ سارے پاکستان پر ان کا جھنڈا۔ تو کیا ہوا؟</w:t>
      </w:r>
    </w:p>
    <w:p>
      <w:r>
        <w:rPr>
          <w:b/>
        </w:rPr>
        <w:t xml:space="preserve">[20:33] </w:t>
      </w:r>
      <w:r>
        <w:t>khatm ho gaye, aur hua kuch bhi nahi, koi university bhi nahi bani na koi, pakistan mein koi nizam mustafa qaim hua. to jis ko dekhiye, jis ko dekhiye, is zamane mein jo log uthe hain,</w:t>
      </w:r>
    </w:p>
    <w:p>
      <w:pPr>
        <w:jc w:val="right"/>
      </w:pPr>
      <w:r>
        <w:t>ختم ہو گئے، اور ہوا کچھ بھی نہیں، کوئی یونیورسٹی بھی نہیں بنی نہ کوئی، پاکستان میں کوئی نظام مصطفیٰ قائم ہوا۔ تو جس کو دیکھیے، جس کو دیکھیے، اس زمانے میں جو لوگ اٹھے ہیں،</w:t>
      </w:r>
    </w:p>
    <w:p>
      <w:r>
        <w:rPr>
          <w:b/>
        </w:rPr>
        <w:t xml:space="preserve">[20:47] </w:t>
      </w:r>
      <w:r>
        <w:t>wo sab isi chakar mein khatm ho gaye ke in ko mila tha in finished agenda, aur is ko finish karne mein, mukammal karne mein sari taqat laga di, to finish kar nahi paye,</w:t>
      </w:r>
    </w:p>
    <w:p>
      <w:pPr>
        <w:jc w:val="right"/>
      </w:pPr>
      <w:r>
        <w:t>وہ سب اسی چکر میں ختم ہو گئے کہ ان کو ملا تھا ان فنشڈ ایجنڈا، اور اس کو فنش کرنے میں، مکمل کرنے میں ساری طاقت لگا دی، تو فنش کر نہیں پائے،</w:t>
      </w:r>
    </w:p>
    <w:p>
      <w:r>
        <w:rPr>
          <w:b/>
        </w:rPr>
        <w:t xml:space="preserve">[21:03] </w:t>
      </w:r>
      <w:r>
        <w:t>aur khatm ho gaye. to main samajhta hoon ke yeh jo kaba ka naqsha hai, kaba aap jante hain ke hazrat ibrahim ke sath hazrat hajra aur hazrat ismail sab ne mil kar banaya,</w:t>
      </w:r>
    </w:p>
    <w:p>
      <w:pPr>
        <w:jc w:val="right"/>
      </w:pPr>
      <w:r>
        <w:t>اور ختم ہو گئے۔ تو میں سمجھتا ہوں کہ یہ جو کعبہ کا نقشہ ہے، کعبہ آپ جانتے ہیں کہ حضرت ابراہیم کے ساتھ حضرت ہاجرہ اور حضرت اسماعیل سب نے مل کر بنایا،</w:t>
      </w:r>
    </w:p>
    <w:p>
      <w:r>
        <w:rPr>
          <w:b/>
        </w:rPr>
        <w:t xml:space="preserve">[21:21] </w:t>
      </w:r>
      <w:r>
        <w:t>aur woh holy kaba kaha jata hai, muqaddas kaba kaha jata hai, wahan wahi hajj hota hai, umrah hota hai, to sare musalman in ko dekhte hain, to laishru wa na fa'al hum,</w:t>
      </w:r>
    </w:p>
    <w:p>
      <w:pPr>
        <w:jc w:val="right"/>
      </w:pPr>
      <w:r>
        <w:t>اور وہ ہولی کعبہ کہا جاتا ہے، مقدس کعبہ کہا جاتا ہے، وہاں وہی حج ہوتا ہے، عمرہ ہوتا ہے، تو سارے مسلمان ان کو دیکھتے ہیں، تو لیشرو ونا فعل ہم،</w:t>
      </w:r>
    </w:p>
    <w:p>
      <w:r>
        <w:rPr>
          <w:b/>
        </w:rPr>
        <w:t xml:space="preserve">[21:36] </w:t>
      </w:r>
      <w:r>
        <w:t>isko dekh kar jo message hai, woh message koi pakad nahin pata, kyunke isi ko isi ko log dohrate hain.</w:t>
      </w:r>
    </w:p>
    <w:p>
      <w:pPr>
        <w:jc w:val="right"/>
      </w:pPr>
      <w:r>
        <w:t>اس کو دیکھ کر جو میسج ہے، وہ میسج کوئی پکڑ نہیں پاتا، کیونکہ اسی کو اسی کو لوگ دہراتے ہیں۔</w:t>
      </w:r>
    </w:p>
    <w:p>
      <w:r>
        <w:rPr>
          <w:b/>
        </w:rPr>
        <w:t xml:space="preserve">[21:47] </w:t>
      </w:r>
      <w:r>
        <w:t>jitne leader hain, har ek ka apna ek unfinished agenda hai, us ko finish karne mein lage rehte hain, yahan tak ke dunya se chale jate hain. to yeh jo hatim ka jo waqia hai,</w:t>
      </w:r>
    </w:p>
    <w:p>
      <w:pPr>
        <w:jc w:val="right"/>
      </w:pPr>
      <w:r>
        <w:t>جتنے لیڈر ہیں، ہر ایک کا اپنا ایک ان فنشڈ ایجنڈا ہے، اس کو فنش کرنے میں لگے رہتے ہیں، یہاں تک کہ دنیا سے چلے جاتے ہیں۔ تو یہ جو حتیم کا جو واقعہ ہے،</w:t>
      </w:r>
    </w:p>
    <w:p>
      <w:r>
        <w:rPr>
          <w:b/>
        </w:rPr>
        <w:t xml:space="preserve">[22:03] </w:t>
      </w:r>
      <w:r>
        <w:t>kaba ka jo waqia hai, woh ek bahut hi bara sabak hai. zindagi sach poochhiye to isi par tiki hui hai ke dunya ke bare mein unfinished agenda par razi ho jao, razi ho jao, razi ho jao,</w:t>
      </w:r>
    </w:p>
    <w:p>
      <w:pPr>
        <w:jc w:val="right"/>
      </w:pPr>
      <w:r>
        <w:t>کعبہ کا جو واقعہ ہے، وہ ایک بہت ہی بڑا سبق ہے۔ زندگی سچ پوچھیے تو اسی پر ٹکی ہوئی ہے کہ دنیا کے بارے میں ان فنشڈ ایجنڈے پر راضی ہو جاؤ، راضی ہو جاؤ، راضی ہو جاؤ،</w:t>
      </w:r>
    </w:p>
    <w:p>
      <w:r>
        <w:rPr>
          <w:b/>
        </w:rPr>
        <w:t xml:space="preserve">[22:21] </w:t>
      </w:r>
      <w:r>
        <w:t>tahke tum zyada se zyada akhirat ke liye kaam kar sako. to akhirat ka agenda to unfinished rehta hai, aur dunya ka bhi unfinished rehta hai, na idhar ka hua, na idhar ka hua,</w:t>
      </w:r>
    </w:p>
    <w:p>
      <w:pPr>
        <w:jc w:val="right"/>
      </w:pPr>
      <w:r>
        <w:t>تاکہ تم زیادہ سے زیادہ آخرت کے لیے کام کر سکو۔ تو آخرت کا ایجنڈا تو ان فنشڈ رہتا ہے، اور دنیا کا بھی ان فنشڈ رہتا ہے، نہ ادھر کا ہوا، نہ ادھر کا ہوا،</w:t>
      </w:r>
    </w:p>
    <w:p>
      <w:r>
        <w:rPr>
          <w:b/>
        </w:rPr>
        <w:t xml:space="preserve">[22:36] </w:t>
      </w:r>
      <w:r>
        <w:t>sab ka yahi haal hai. log itna dhoom machaye hue hain aaj kal hajj ke liye, umrah ke liye, ziyarat kaba ke liye, lekin is sabak ko koi leta nahin.</w:t>
      </w:r>
    </w:p>
    <w:p>
      <w:pPr>
        <w:jc w:val="right"/>
      </w:pPr>
      <w:r>
        <w:t>سب کا یہی حال ہے۔ لوگ اتنا دھوم مچائے ہوئے ہیں آج کل حج کے لیے، عمرہ کے لیے، زیارت کعبہ کے لیے، لیکن اس سبق کو کوئی لیتا نہیں۔</w:t>
      </w:r>
    </w:p>
    <w:p>
      <w:r>
        <w:rPr>
          <w:b/>
        </w:rPr>
        <w:t xml:space="preserve">[22:52] </w:t>
      </w:r>
      <w:r>
        <w:t>main akela shakhs tha wahan jo main dekha karta tha is kaba ke is naqshe ko,</w:t>
      </w:r>
    </w:p>
    <w:p>
      <w:pPr>
        <w:jc w:val="right"/>
      </w:pPr>
      <w:r>
        <w:t>میں اکیلا شخص تھا وہاں جو میں دیکھا کرتا تھا اس کعبہ کے اس نقشے کو،</w:t>
      </w:r>
    </w:p>
    <w:p>
      <w:r>
        <w:rPr>
          <w:b/>
        </w:rPr>
        <w:t xml:space="preserve">[23:02] </w:t>
      </w:r>
      <w:r>
        <w:t>kaba ke is naqshe ko ke rasool Allah ki wahan hukumat qaim hui, aur us ke baad kitni hukumatain huin, woh barabar sab musalmanon ka iqtadar qaim raha, lekin aaj tak woh waise hi ka waise hi hai.</w:t>
      </w:r>
    </w:p>
    <w:p>
      <w:pPr>
        <w:jc w:val="right"/>
      </w:pPr>
      <w:r>
        <w:t>کعبہ کے اس نقشے کو کہ رسول اللہ کی وہاں حکومت قائم ہوئی، اور اس کے بعد کتنی حکومتیں ہوئیں، وہ برابر سب مسلمانوں کا اقتدار قائم رہا، لیکن آج تک وہ ویسے ہی کا ویسے ہی ہے۔</w:t>
      </w:r>
    </w:p>
    <w:p>
      <w:r>
        <w:rPr>
          <w:b/>
        </w:rPr>
        <w:t xml:space="preserve">[23:20] </w:t>
      </w:r>
      <w:r>
        <w:t>iski is mein yeh sabak hai ke ae logon, yeh dunya mein tumhara agenda kabhi finish nahin hoga, woh unfinished hi rahega, to dunya mein razi ho jao unfinished agenda par,</w:t>
      </w:r>
    </w:p>
    <w:p>
      <w:pPr>
        <w:jc w:val="right"/>
      </w:pPr>
      <w:r>
        <w:t>اس کی اس میں یہ سبق ہے کہ اے لوگوں، یہ دنیا میں تمہارا ایجنڈا کبھی فنش نہیں ہوگا، وہ ان فنشڈ ہی رہے گا، تو دنیا میں راضی ہو جاؤ ان فنشڈ ایجنڈے پر،</w:t>
      </w:r>
    </w:p>
    <w:p>
      <w:r>
        <w:rPr>
          <w:b/>
        </w:rPr>
        <w:t xml:space="preserve">[23:37] </w:t>
      </w:r>
      <w:r>
        <w:t>aur zyada tar tawajjuh do akhirat ke bare mein. main samajhta hoon ke yeh masalan yeh tha message kaba mein, jahan lakhon lakh log, yani kaha jata hai ke aap kisi bhi saal ke kisi bhi zamane mein, kisi bhi din aap wahan jayen to bhiid rehti hai wahan par, sirf hajj ke zamane mein nahin,</w:t>
      </w:r>
    </w:p>
    <w:p>
      <w:pPr>
        <w:jc w:val="right"/>
      </w:pPr>
      <w:r>
        <w:t>اور زیادہ تر توجہ دو آخرت کے بارے میں۔ میں سمجھتا ہوں کہ یہ مثلاً یہ تھا میسج کعبہ میں، جہاں لاکھوں لاکھ لوگ، یعنی کہا جاتا ہے کہ آپ کسی بھی سال کے کسی بھی زمانے میں، کسی بھی دن آپ وہاں جائیں تو بھیڑ رہتی ہے وہاں پر، صرف حج کے زمانے میں نہیں،</w:t>
      </w:r>
    </w:p>
    <w:p>
      <w:r>
        <w:rPr>
          <w:b/>
        </w:rPr>
        <w:t xml:space="preserve">[24:06] </w:t>
      </w:r>
      <w:r>
        <w:t>hajj ke liye, umrah ke liye, sare saal bhiid rehti hai, lekin jo asal cheez hai, asal sabak jo hai, woh liye baghair log wahan se chale aate hain, kyunke un ki tawajjuh kisi aur cheez par rehti hai, is se is sabak par nahin rehti ke dunya mein tumhara agenda unfinished agenda rahega, to akhirat ki fikr ho,</w:t>
      </w:r>
    </w:p>
    <w:p>
      <w:pPr>
        <w:jc w:val="right"/>
      </w:pPr>
      <w:r>
        <w:t>حج کے لیے، عمرہ کے لیے، سارے سال بھیڑ رہتی ہے، لیکن جو اصل چیز ہے، اصل سبق جو ہے، وہ لیے بغیر لوگ وہاں سے چلے آتے ہیں، کیونکہ ان کی توجہ کسی اور چیز پر رہتی ہے، اس سے اس سبق پر نہیں رہتی کہ دنیا میں تمہارا ایجنڈا ان فنشڈ ایجنڈا رہے گا، تو آخرت کی فکر ہو،</w:t>
      </w:r>
    </w:p>
    <w:p>
      <w:r>
        <w:rPr>
          <w:b/>
        </w:rPr>
        <w:t xml:space="preserve">[24:32] </w:t>
      </w:r>
      <w:r>
        <w:t>Allah ka woh taqaza, muqabla. to aaj main subah soch raha tha apne hajj ke bare mein, to yahi baat meri samajh aayi,</w:t>
      </w:r>
    </w:p>
    <w:p>
      <w:pPr>
        <w:jc w:val="right"/>
      </w:pPr>
      <w:r>
        <w:t>اللہ کا وہ تقاضا، مقابلہ۔ تو آج میں صبح سوچ رہا تھا اپنے حج کے بارے میں، تو یہی بات میری سمجھ آئی،</w:t>
      </w:r>
    </w:p>
    <w:p>
      <w:r>
        <w:rPr>
          <w:b/>
        </w:rPr>
        <w:t xml:space="preserve">[24:46] </w:t>
      </w:r>
      <w:r>
        <w:t>jaise yeh jo hai surah hajj mein ke laishadu munafiq lahum, yahan log jo aayen, aap ne un ka jo un ka jo benefit hai, un ka jo faida hai, us ko dekhen, us ko follow karen.</w:t>
      </w:r>
    </w:p>
    <w:p>
      <w:pPr>
        <w:jc w:val="right"/>
      </w:pPr>
      <w:r>
        <w:t>جیسے یہ جو ہے سورہ حج میں کہ لیشدو منافق لہم، یہاں لوگ جو آئیں، آپ نے ان کا جو ان کا جو بینیفٹ ہے، ان کا جو فائدہ ہے، اس کو دیکھیں، اس کو فالو کریں۔</w:t>
      </w:r>
    </w:p>
    <w:p>
      <w:r>
        <w:rPr>
          <w:b/>
        </w:rPr>
        <w:t xml:space="preserve">[25:07] </w:t>
      </w:r>
      <w:r>
        <w:t>to yahi main samajhta hoon ke yeh har aadmi ki zindagi ka mamla hai. ab dekhiye ke aaj kal jis ko bhi dekhiye, woh jeeta hai, tension mein jeeta hai, is zamane mein stress, tension, koi pak is se khali nahin,</w:t>
      </w:r>
    </w:p>
    <w:p>
      <w:pPr>
        <w:jc w:val="right"/>
      </w:pPr>
      <w:r>
        <w:t>تو یہی میں سمجھتا ہوں کہ یہ ہر آدمی کی زندگی کا معاملہ ہے۔ اب دیکھیے کہ آج کل جس کو بھی دیکھیے، وہ جیتا ہے، ٹینشن میں جیتا ہے، اس زمانے میں اسٹریس، ٹینشن، کوئی پاک اس سے خالی نہیں،</w:t>
      </w:r>
    </w:p>
    <w:p>
      <w:r>
        <w:rPr>
          <w:b/>
        </w:rPr>
        <w:t xml:space="preserve">[25:23] </w:t>
      </w:r>
      <w:r>
        <w:t>chahe woh paise wala ho ya ghareeb ho, koi bhi ho, tension se koi khali nahin. agar aap logon ko interview lijiye, aap logon se poochhen ke tumhara kya mamla hai, to koi tension nahin tum ko.</w:t>
      </w:r>
    </w:p>
    <w:p>
      <w:pPr>
        <w:jc w:val="right"/>
      </w:pPr>
      <w:r>
        <w:t>چاہے وہ پیسے والا ہو یا غریب ہو، کوئی بھی ہو، ٹینشن سے کوئی خالی نہیں۔ اگر آپ لوگوں کو انٹرویو لیجیے، آپ لوگوں سے پوچھیں کہ تمہارا کیا معاملہ ہے، تو کوئی ٹینشن نہیں تم کو۔</w:t>
      </w:r>
    </w:p>
    <w:p>
      <w:r>
        <w:rPr>
          <w:b/>
        </w:rPr>
        <w:t xml:space="preserve">[25:38] </w:t>
      </w:r>
      <w:r>
        <w:t>to main samajhta hoon ke invariably yahi jawab milega aap ko ke har ek ka apna ek unfinished agenda hai, aur us ki fikr pada hua hai, woh chahe service karta ho, chahe business karta ho, chahe koi aur kaam karta ho.</w:t>
      </w:r>
    </w:p>
    <w:p>
      <w:pPr>
        <w:jc w:val="right"/>
      </w:pPr>
      <w:r>
        <w:t>تو میں سمجھتا ہوں کہ انوائریبلی یہی جواب ملے گا آپ کو کہ ہر ایک کا اپنا ایک ان فنشڈ ایجنڈا ہے، اور اس کی فکر پڑا ہوا ہے، وہ چاہے سروس کرتا ہو، چاہے بزنس کرتا ہو، چاہے کوئی اور کام کرتا ہو۔</w:t>
      </w:r>
    </w:p>
    <w:p>
      <w:r>
        <w:rPr>
          <w:b/>
        </w:rPr>
        <w:t xml:space="preserve">[25:58] </w:t>
      </w:r>
      <w:r>
        <w:t>to main samajhta hoon ke yeh jo universal message hai, yeh yani sirf musalmanon ke liye nahin hai, sari dunya ke liye, ke unfinished agenda rahega, woh us ko tum mukammal nahin kar sakte.</w:t>
      </w:r>
    </w:p>
    <w:p>
      <w:pPr>
        <w:jc w:val="right"/>
      </w:pPr>
      <w:r>
        <w:t>تو میں سمجھتا ہوں کہ یہ جو یونیورسل میسج ہے، یہ یعنی صرف مسلمانوں کے لیے نہیں ہے، ساری دنیا کے لیے، کہ ان فنشڈ ایجنڈا رہے گا، وہ اس کو تم مکمل نہیں کر سکتے۔</w:t>
      </w:r>
    </w:p>
    <w:p>
      <w:r>
        <w:rPr>
          <w:b/>
        </w:rPr>
        <w:t xml:space="preserve">[26:13] </w:t>
      </w:r>
      <w:r>
        <w:t>yeh dunya ab jaise woh kitab jo chhapi hai, unfinished agenda, us ko le kar sochiye aap, us ki umar taqreeban 72 saal thi,</w:t>
      </w:r>
    </w:p>
    <w:p>
      <w:pPr>
        <w:jc w:val="right"/>
      </w:pPr>
      <w:r>
        <w:t>یہ دنیا اب جیسے وہ کتاب جو چھپی ہے، ان فنشڈ ایجنڈا، اس کو لے کر سوچیے آپ، اس کی عمر تقریباً 72 سال تھی،</w:t>
      </w:r>
    </w:p>
    <w:p>
      <w:r>
        <w:rPr>
          <w:b/>
        </w:rPr>
        <w:t xml:space="preserve">[26:29] </w:t>
      </w:r>
      <w:r>
        <w:t>doctor reddy, to 72 saal mein aap kaise apne agenda ko finish kar sakte hain?</w:t>
      </w:r>
    </w:p>
    <w:p>
      <w:pPr>
        <w:jc w:val="right"/>
      </w:pPr>
      <w:r>
        <w:t>ڈاکٹر ریڈی، تو 72 سال میں آپ کیسے اپنے ایجنڈے کو فنش کر سکتے ہیں؟</w:t>
      </w:r>
    </w:p>
    <w:p>
      <w:r>
        <w:rPr>
          <w:b/>
        </w:rPr>
        <w:t xml:space="preserve">[26:40] </w:t>
      </w:r>
      <w:r>
        <w:t>ek qissa maine padha tha, nahin padha nahin, balkeh tata ke ek ek legal advisor the, jo retired judge the, woh to ek safar mein meri mulaqat ho gayi un ki,</w:t>
      </w:r>
    </w:p>
    <w:p>
      <w:pPr>
        <w:jc w:val="right"/>
      </w:pPr>
      <w:r>
        <w:t>ایک قصہ میں نے پڑھا تھا، نہیں پڑھا نہیں، بلکہ ٹاٹا کے ایک ایک لیگل ایڈوائزر تھے، جو ریٹائرڈ جج تھے، وہ تو ایک سفر میں میری ملاقات ہو گئی ان کی،</w:t>
      </w:r>
    </w:p>
    <w:p>
      <w:r>
        <w:rPr>
          <w:b/>
        </w:rPr>
        <w:t xml:space="preserve">[26:59] </w:t>
      </w:r>
      <w:r>
        <w:t>to unhon ne kaha ke mere pas tata kabhi kabhi aate the kuch qanooni masla poochhne ke liye, jo tata india ka sab se bara businessman bana.</w:t>
      </w:r>
    </w:p>
    <w:p>
      <w:pPr>
        <w:jc w:val="right"/>
      </w:pPr>
      <w:r>
        <w:t>تو انہوں نے کہا کہ میرے پاس ٹاٹا کبھی کبھی آتے تھے کچھ قانونی مسئلہ پوچھنے کے لیے، جو ٹاٹا انڈیا کا سب سے بڑا بزنس مین بنا۔</w:t>
      </w:r>
    </w:p>
    <w:p>
      <w:r>
        <w:rPr>
          <w:b/>
        </w:rPr>
        <w:t xml:space="preserve">[27:16] </w:t>
      </w:r>
      <w:r>
        <w:t>to tata ne kaha tha un se ek bar baat cheet mein ke bol to kha chuka hoon, ab byaj par jee raha hoon.</w:t>
      </w:r>
    </w:p>
    <w:p>
      <w:pPr>
        <w:jc w:val="right"/>
      </w:pPr>
      <w:r>
        <w:t>تو ٹاٹا نے کہا تھا ان سے ایک بار بات چیت میں کہ بول تو کھا چکا ہوں، اب بیاج پر جی رہا ہوں۔</w:t>
      </w:r>
    </w:p>
    <w:p>
      <w:r>
        <w:rPr>
          <w:b/>
        </w:rPr>
        <w:t xml:space="preserve">[27:27] </w:t>
      </w:r>
      <w:r>
        <w:t>is mein woh bhi hasrat thi us ko ke abhi agar bol baki rehta, meri taqat baki rehti, to main aur yeh karta, woh karta, woh karta, woh karta.</w:t>
      </w:r>
    </w:p>
    <w:p>
      <w:pPr>
        <w:jc w:val="right"/>
      </w:pPr>
      <w:r>
        <w:t>اس میں وہ بھی حسرت تھی اس کو کہ ابھی اگر بول باقی رہتا، میری طاقت باقی رہتی، تو میں اور یہ کرتا، وہ کرتا، وہ کرتا، وہ کرتا۔</w:t>
      </w:r>
    </w:p>
    <w:p>
      <w:r>
        <w:rPr>
          <w:b/>
        </w:rPr>
        <w:t xml:space="preserve">[27:37] </w:t>
      </w:r>
      <w:r>
        <w:t>to tata bhi unfinished agenda ke gham mein pada raha aur dunya se chala gaya. har ek ka yahi haal hai, chahe woh fard ho, chahe woh koi group ho, chahe koi</w:t>
      </w:r>
    </w:p>
    <w:p>
      <w:pPr>
        <w:jc w:val="right"/>
      </w:pPr>
      <w:r>
        <w:t>تو ٹاٹا بھی ان فنشڈ ایجنڈا کے غم میں پڑا رہا اور دنیا سے چلا گیا۔ ہر ایک کا یہی حال ہے، چاہے وہ فرد ہو، چاہے وہ کوئی گروپ ہو، چاہے کوئی</w:t>
      </w:r>
    </w:p>
    <w:p>
      <w:r>
        <w:rPr>
          <w:b/>
        </w:rPr>
        <w:t xml:space="preserve">[27:56] </w:t>
      </w:r>
      <w:r>
        <w:t>nation ho, aur yani fard ki satah par isi ki wajah se log tension mein jeete hain, isi ki wajah se laraiyan hoti hain, jo larai ho rahi hai India aur Pakistan darmyan,</w:t>
      </w:r>
    </w:p>
    <w:p>
      <w:pPr>
        <w:jc w:val="right"/>
      </w:pPr>
      <w:r>
        <w:t>نیشن ہو، اور یعنی فرد کی سطح پر اسی کی وجہ سے لوگ ٹینشن میں جیتے ہیں، اسی کی وجہ سے لڑائیاں ہوتی ہیں، جو لڑائی ہو رہی ہے انڈیا اور پاکستان درمیان،</w:t>
      </w:r>
    </w:p>
    <w:p>
      <w:r>
        <w:rPr>
          <w:b/>
        </w:rPr>
        <w:t xml:space="preserve">[28:14] </w:t>
      </w:r>
      <w:r>
        <w:t>yani shuru se ab tak jhagda dono mein chal raha hai, India aur Pakistan darmyan mein. Woh kis liye? Woh kis liye?</w:t>
      </w:r>
    </w:p>
    <w:p>
      <w:pPr>
        <w:jc w:val="right"/>
      </w:pPr>
      <w:r>
        <w:t>یعنی شروع سے اب تک جھگڑا دونوں میں چل رہا ہے، انڈیا اور پاکستان درمیان میں۔ وہ کس لیے؟ وہ کس لیے؟</w:t>
      </w:r>
    </w:p>
    <w:p>
      <w:r>
        <w:rPr>
          <w:b/>
        </w:rPr>
        <w:t xml:space="preserve">[28:23] </w:t>
      </w:r>
      <w:r>
        <w:t>yani Kashmir ka itna bara masla kis liye hai? Sirf is liye ke un finished agenda ko poora karne mein Falasteen ka masla kyun itna bara bana hua hai?</w:t>
      </w:r>
    </w:p>
    <w:p>
      <w:pPr>
        <w:jc w:val="right"/>
      </w:pPr>
      <w:r>
        <w:t>یعنی کشمیر کا اتنا بڑا مسئلہ کس لیے ہے؟ صرف اس لیے کہ ان فنشڈ ایجنڈے کو پورا کرنے میں فلسطین کا مسئلہ کیوں اتنا بڑا بنا ہوا ہے؟</w:t>
      </w:r>
    </w:p>
    <w:p>
      <w:r>
        <w:rPr>
          <w:b/>
        </w:rPr>
        <w:t xml:space="preserve">[28:37] </w:t>
      </w:r>
      <w:r>
        <w:t>un finished agenda ko poora karne ke liye.</w:t>
      </w:r>
    </w:p>
    <w:p>
      <w:pPr>
        <w:jc w:val="right"/>
      </w:pPr>
      <w:r>
        <w:t>ان فنشڈ ایجنڈے کو پورا کرنے کے لیے۔</w:t>
      </w:r>
    </w:p>
    <w:p>
      <w:r>
        <w:rPr>
          <w:b/>
        </w:rPr>
        <w:t xml:space="preserve">[28:42] </w:t>
      </w:r>
      <w:r>
        <w:t>Is liye mera koi un finished agenda nahi hai, jo hai woh mein isi par raazi hoon, mera koi bhi un finished agenda nahi hai, jo hai isi par raazi hoon.</w:t>
      </w:r>
    </w:p>
    <w:p>
      <w:pPr>
        <w:jc w:val="right"/>
      </w:pPr>
      <w:r>
        <w:t>اس لیے میرا کوئی ان فنشڈ ایجنڈا نہیں ہے، جو ہے وہ میں اسی پر راضی ہوں، میرا کوئی بھی ان فنشڈ ایجنڈا نہیں ہے، جو ہے اسی پر راضی ہوں۔</w:t>
      </w:r>
    </w:p>
    <w:p>
      <w:r>
        <w:rPr>
          <w:b/>
        </w:rPr>
        <w:t xml:space="preserve">[28:53] </w:t>
      </w:r>
      <w:r>
        <w:t>Toh mein Allah ke fazl se bilkul tension se nahi rehta hoon, mera koi tension nahi hai. Toh mein samajhta hoon ke is sabak ko hum mein se har shakhs ko pakadna chahiye ke is dunya mein yahi hoga ke aap ka agenda un finished agenda bana rahega,</w:t>
      </w:r>
    </w:p>
    <w:p>
      <w:pPr>
        <w:jc w:val="right"/>
      </w:pPr>
      <w:r>
        <w:t>تو میں اللہ کے فضل سے بالکل ٹینشن سے نہیں رہتا ہوں، میرا کوئی ٹینشن نہیں ہے۔ تو میں سمجھتا ہوں کہ اس سبق کو ہم میں سے ہر شخص کو پکڑنا چاہیے کہ اس دنیا میں یہی ہوگا کہ آپ کا ایجنڈا ان فنشڈ ایجنڈا بنا رہے گا،</w:t>
      </w:r>
    </w:p>
    <w:p>
      <w:r>
        <w:rPr>
          <w:b/>
        </w:rPr>
        <w:t xml:space="preserve">[29:22] </w:t>
      </w:r>
      <w:r>
        <w:t>aur Doctor Reddy ke tareeqe se aap ke hath mein jab press recept ki kitab aayegi toh dobara woh likha hoga us par un finished agenda.</w:t>
      </w:r>
    </w:p>
    <w:p>
      <w:pPr>
        <w:jc w:val="right"/>
      </w:pPr>
      <w:r>
        <w:t>اور ڈاکٹر ریڈی کے طریقے سے آپ کے ہاتھ میں جب پریس ریسپٹ کی کتاب آئے گی تو دوبارہ وہ لکھا ہوگا اس پر ان فنشڈ ایجنڈا۔</w:t>
      </w:r>
    </w:p>
    <w:p>
      <w:r>
        <w:rPr>
          <w:b/>
        </w:rPr>
        <w:t xml:space="preserve">[29:32] </w:t>
      </w:r>
      <w:r>
        <w:t>Us par us waqt us ko is ek reality hai, us ko accept kijiye, yeh ek reality hai, us ko accept kijiye.</w:t>
      </w:r>
    </w:p>
    <w:p>
      <w:pPr>
        <w:jc w:val="right"/>
      </w:pPr>
      <w:r>
        <w:t>اس پر اس وقت اس کو اس ایک ریلیٹی ہے، اس کو ایکسیپٹ کیجیے، یہ ایک ریلیٹی ہے، اس کو ایکسیپٹ کیجیے۔</w:t>
      </w:r>
    </w:p>
    <w:p>
      <w:r>
        <w:rPr>
          <w:b/>
        </w:rPr>
        <w:t xml:space="preserve">[29:45] </w:t>
      </w:r>
      <w:r>
        <w:t>Misal ke taur par aap jante hain ke mera ek hath ka ek angotha kat gaya tha, abhi bhi aap dekh rahe hain ke yeh kata hua hai, toh kuch dinon mein is par pareshan raha, phir maine us ko accept kar liya, aaj yeh reality,</w:t>
      </w:r>
    </w:p>
    <w:p>
      <w:pPr>
        <w:jc w:val="right"/>
      </w:pPr>
      <w:r>
        <w:t>مثلاً آپ جانتے ہیں کہ میرا ایک ہاتھ کا ایک انگوٹھا کٹ گیا تھا، ابھی بھی آپ دیکھ رہے ہیں کہ یہ کٹا ہوا ہے، تو کچھ دنوں میں اس پر پریشان رہا، پھر میں نے اس کو ایکسیپٹ کر لیا، آج یہ ریلیٹی،</w:t>
      </w:r>
    </w:p>
    <w:p>
      <w:r>
        <w:rPr>
          <w:b/>
        </w:rPr>
        <w:t xml:space="preserve">[30:01] </w:t>
      </w:r>
      <w:r>
        <w:t>bohat dinon ki baat hai. Toh mein ab itminan ke sath rehta hoon, koi mujhe is ki fikr nahi, koi gham nahi, kyunke maine accept kar liya.</w:t>
      </w:r>
    </w:p>
    <w:p>
      <w:pPr>
        <w:jc w:val="right"/>
      </w:pPr>
      <w:r>
        <w:t>بہت دنوں کی بات ہے۔ تو میں اب اطمینان کے ساتھ رہتا ہوں، کوئی مجھے اس کی فکر نہیں، کوئی غم نہیں، کیونکہ میں نے ایکسیپٹ کر لیا۔</w:t>
      </w:r>
    </w:p>
    <w:p>
      <w:r>
        <w:rPr>
          <w:b/>
        </w:rPr>
        <w:t xml:space="preserve">[30:12] </w:t>
      </w:r>
      <w:r>
        <w:t>Toh asal cheez hai, you have to accept the reality, you have to accept the reality. Yeh ek reality hai ke aap dunya mein apne agenda ko finish nahi kar payenge,</w:t>
      </w:r>
    </w:p>
    <w:p>
      <w:pPr>
        <w:jc w:val="right"/>
      </w:pPr>
      <w:r>
        <w:t>تو اصل چیز ہے، یو ہیو ٹو ایکسیپٹ دا ریلیٹی، یو ہیو ٹو ایکسیپٹ دا ریلیٹی۔ یہ ایک ریلیٹی ہے کہ آپ دنیا میں اپنے ایجنڈے کو فنش نہیں کر پائیں گے،</w:t>
      </w:r>
    </w:p>
    <w:p>
      <w:r>
        <w:rPr>
          <w:b/>
        </w:rPr>
        <w:t xml:space="preserve">[30:26] </w:t>
      </w:r>
      <w:r>
        <w:t>un finished agenda hi rahega aap ka, jis ko toh accept it as a reality. Us ke baad aap ka tension khatam, stress khatam, sari pareshaniyan khatam.</w:t>
      </w:r>
    </w:p>
    <w:p>
      <w:pPr>
        <w:jc w:val="right"/>
      </w:pPr>
      <w:r>
        <w:t>ان فنشڈ ایجنڈا ہی رہے گا آپ کا، جس کو تو ایکسیپٹ اٹ ایز ا ریلیٹی۔ اس کے بعد آپ کا ٹینشن ختم، اسٹریس ختم، ساری پریشانیاں ختم۔</w:t>
      </w:r>
    </w:p>
    <w:p>
      <w:r>
        <w:rPr>
          <w:b/>
        </w:rPr>
        <w:t xml:space="preserve">[30:43] </w:t>
      </w:r>
      <w:r>
        <w:t>Toh yeh jo muqaddas Kaba hai, jis mein sare hi musalman</w:t>
      </w:r>
    </w:p>
    <w:p>
      <w:pPr>
        <w:jc w:val="right"/>
      </w:pPr>
      <w:r>
        <w:t>تو یہ جو مقدس کعبہ ہے، جس میں سارے ہی مسلمان</w:t>
      </w:r>
    </w:p>
    <w:p>
      <w:r>
        <w:rPr>
          <w:b/>
        </w:rPr>
        <w:t xml:space="preserve">[30:51] </w:t>
      </w:r>
      <w:r>
        <w:t>kabhi kabhi jate hain aur us ko ziyarat karte hain, wahan tawaf karte hain, agar is sabak ko pakad lein, lashadu manafihum, is sabak ko pakad lein ke yeh dunya mein aadmi jeeta hai kab tak?</w:t>
      </w:r>
    </w:p>
    <w:p>
      <w:pPr>
        <w:jc w:val="right"/>
      </w:pPr>
      <w:r>
        <w:t>کبھی کبھی جاتے ہیں اور اس کو زیارت کرتے ہیں، وہاں طواف کرتے ہیں، اگر اس سبق کو پکڑ لیں، لیشدو منافع لہم، اس سبق کو پکڑ لیں کہ یہ دنیا میں آدمی جیتا ہے کب تک؟</w:t>
      </w:r>
    </w:p>
    <w:p>
      <w:r>
        <w:rPr>
          <w:b/>
        </w:rPr>
        <w:t xml:space="preserve">[31:13] </w:t>
      </w:r>
      <w:r>
        <w:t>70 saal, 80 saal, bas us ke baad khatam ho jata hai. Toh aap ka aap ke span zyada nahi hai, 70 saal ka span itna nahi hai ke aap apne agenda ko mukammal kar saken, woh bohat kam hai,</w:t>
      </w:r>
    </w:p>
    <w:p>
      <w:pPr>
        <w:jc w:val="right"/>
      </w:pPr>
      <w:r>
        <w:t>70 سال، 80 سال، بس اس کے بعد ختم ہو جاتا ہے۔ تو آپ کا آپ کے اسپین زیادہ نہیں ہے، 70 سال کا اسپین اتنا نہیں ہے کہ آپ اپنے ایجنڈے کو مکمل کر سکیں، وہ بہت کم ہے،</w:t>
      </w:r>
    </w:p>
    <w:p>
      <w:r>
        <w:rPr>
          <w:b/>
        </w:rPr>
        <w:t xml:space="preserve">[31:30] </w:t>
      </w:r>
      <w:r>
        <w:t>woh har ek ke liye kam hai, Tata aur Birla ke liye kam hai, superpower ke liye bhi kam hai. Toh jo umar aap ko mili hai, 70 saal, 80 saal, woh itna kam hai ke aap apne agenda ko mukammal kar nahi sakte.</w:t>
      </w:r>
    </w:p>
    <w:p>
      <w:pPr>
        <w:jc w:val="right"/>
      </w:pPr>
      <w:r>
        <w:t>وہ ہر ایک کے لیے کم ہے، ٹاٹا اور بیلا کے لیے کم ہے، سپر پاور کے لیے بھی کم ہے۔ تو جو عمر آپ کو ملی ہے، 70 سال، 80 سال، وہ اتنا کم ہے کہ آپ اپنے ایجنڈے کو مکمل کر نہیں سکتے۔</w:t>
      </w:r>
    </w:p>
    <w:p>
      <w:r>
        <w:rPr>
          <w:b/>
        </w:rPr>
        <w:t xml:space="preserve">[31:51] </w:t>
      </w:r>
      <w:r>
        <w:t>Toh Kaba ka yeh naqsha yeh sabak deta hai ke apne un finished agenda par raazi ho jao taake tum dunya mein tension free raho aur akhirat ko apna apna goal banao,</w:t>
      </w:r>
    </w:p>
    <w:p>
      <w:pPr>
        <w:jc w:val="right"/>
      </w:pPr>
      <w:r>
        <w:t>تو کعبہ کا یہ نقشہ یہ سبق دیتا ہے کہ اپنے ان فنشڈ ایجنڈے پر راضی ہو جاؤ تاکہ تم دنیا میں ٹینشن فری رہو اور آخرت کو اپنا اپنا گول بناؤ،</w:t>
      </w:r>
    </w:p>
    <w:p>
      <w:r>
        <w:rPr>
          <w:b/>
        </w:rPr>
        <w:t xml:space="preserve">[32:14] </w:t>
      </w:r>
      <w:r>
        <w:t>jo abadi hai. Assalam o Alaikum wa Rahmatullahi.</w:t>
      </w:r>
    </w:p>
    <w:p>
      <w:pPr>
        <w:jc w:val="right"/>
      </w:pPr>
      <w:r>
        <w:t>جو ابدی ہے۔ السلام علیکم ورحمۃ اللہ۔</w:t>
      </w:r>
    </w:p>
    <w:p>
      <w:r>
        <w:rPr>
          <w:b/>
        </w:rPr>
        <w:t xml:space="preserve">[32:32] </w:t>
      </w:r>
      <w:r>
        <w:t>Okay, ah, before we get into ah the question answer session, ah, you are very happy to share with all of you, ah, two more translations of Maulana work in Hindi and Gujarati language.</w:t>
      </w:r>
    </w:p>
    <w:p>
      <w:pPr>
        <w:jc w:val="right"/>
      </w:pPr>
      <w:r>
        <w:t>اوکے، آہ، بیفور وی گیٹ انٹو آہ دی کوئسچن انسر سیشن، آہ، یو آر ویری ہیپی ٹو شیئر ود آل آف یو، آہ، ٹو مور ٹرانسلیشنز آف مولانا ورک ان ہندی اینڈ گجراتی لینگویج۔</w:t>
      </w:r>
    </w:p>
    <w:p>
      <w:r>
        <w:rPr>
          <w:b/>
        </w:rPr>
        <w:t xml:space="preserve">[32:45] </w:t>
      </w:r>
      <w:r>
        <w:t>So the first translation for which I will request Maulana sahib, ah, to release it, it is titled "Paigham-e-Islam: Ek Adarsh Charitra".</w:t>
      </w:r>
    </w:p>
    <w:p>
      <w:pPr>
        <w:jc w:val="right"/>
      </w:pPr>
      <w:r>
        <w:t>سو دا فرسٹ ٹرانسلیشن فار وچ آئی ویل ریکویسٹ مولانا صاحب، آہ، ٹو ریلیز اٹ، اٹ از ٹائٹلڈ "پیغمبر اسلام: ایک آدرش چرتر"۔</w:t>
      </w:r>
    </w:p>
    <w:p>
      <w:r>
        <w:rPr>
          <w:b/>
        </w:rPr>
        <w:t xml:space="preserve">[32:55] </w:t>
      </w:r>
      <w:r>
        <w:t>This has been edited by Muhammad Arif sahib, and this is now available for ah distribution, ah, for the our related</w:t>
      </w:r>
    </w:p>
    <w:p>
      <w:pPr>
        <w:jc w:val="right"/>
      </w:pPr>
      <w:r>
        <w:t>دس ہیز بین ایڈیٹڈ بائے محمد عارف صاحب، اینڈ دس از ناو اویلیبل فار آہ ڈسٹریبیوشن، آہ، فار داور ریلیٹڈ</w:t>
      </w:r>
    </w:p>
    <w:p>
      <w:r>
        <w:rPr>
          <w:b/>
        </w:rPr>
        <w:t xml:space="preserve">[33:04] </w:t>
      </w:r>
      <w:r>
        <w:t>work. So I will request Maulana sahib to launch this Hindi booklet "Paigham-e-Islam: Ek Adarsh Charitra".</w:t>
      </w:r>
    </w:p>
    <w:p>
      <w:pPr>
        <w:jc w:val="right"/>
      </w:pPr>
      <w:r>
        <w:t>ورک۔ سو آئی ویل ریکویسٹ مولانا صاحب ٹو لانچ دس ہندی بکلیٹ "پیغمبر اسلام: ایک آدرش چرتر"۔</w:t>
      </w:r>
    </w:p>
    <w:p>
      <w:r>
        <w:rPr>
          <w:b/>
        </w:rPr>
        <w:t xml:space="preserve">[33:19] </w:t>
      </w:r>
      <w:r>
        <w:t>Yeh toh bohat bari,</w:t>
      </w:r>
    </w:p>
    <w:p>
      <w:pPr>
        <w:jc w:val="right"/>
      </w:pPr>
      <w:r>
        <w:t>یہ تو بہت بڑی،</w:t>
      </w:r>
    </w:p>
    <w:p>
      <w:r>
        <w:rPr>
          <w:b/>
        </w:rPr>
        <w:t xml:space="preserve">[33:24] </w:t>
      </w:r>
      <w:r>
        <w:t>bohat achi khabar hai ke Rasool Allah Salallahu Alaihi Wasallam ki seerat ka Hindi mein tarjuma tayyar ho gaya hai, Mashallah.</w:t>
      </w:r>
    </w:p>
    <w:p>
      <w:pPr>
        <w:jc w:val="right"/>
      </w:pPr>
      <w:r>
        <w:t>بہت اچھی خبر ہے کہ رسول اللہ صلی اللہ علیہ وسلم کی سیرت کا ہندی میں ترجمہ تیار ہو گیا ہے، ماشاءاللہ۔</w:t>
      </w:r>
    </w:p>
    <w:p>
      <w:r>
        <w:rPr>
          <w:b/>
        </w:rPr>
        <w:t xml:space="preserve">[33:33] </w:t>
      </w:r>
      <w:r>
        <w:t>Mein dua karta hoon ke yeh kitab logon ke liye hidayat ka zariya bane. Okay, as you all are aware, that there is already ah booklet with the title "What is Islam" available, and it is being distributed by all of you world wide.</w:t>
      </w:r>
    </w:p>
    <w:p>
      <w:pPr>
        <w:jc w:val="right"/>
      </w:pPr>
      <w:r>
        <w:t>میں دعا کرتا ہوں کہ یہ کتاب لوگوں کے لیے ہدایت کا ذریعہ بنے۔ اوکے، ایز یو آل آر اویر، دیٹ دیر از الریڈی اہ بکلیٹ ود دی ٹائٹل "واٹ از اسلام" اویلیبل، اینڈ اٹ از بینگ ڈسٹریبیوٹڈ بائے آل آف یو ورلڈ وائیڈ۔</w:t>
      </w:r>
    </w:p>
    <w:p>
      <w:r>
        <w:rPr>
          <w:b/>
        </w:rPr>
        <w:t xml:space="preserve">[33:54] </w:t>
      </w:r>
      <w:r>
        <w:t>so da same book has been translated in gujrati language, and this translation has been done by ah a well known gujrati translator.</w:t>
      </w:r>
    </w:p>
    <w:p>
      <w:pPr>
        <w:jc w:val="right"/>
      </w:pPr>
      <w:r>
        <w:t>سو دا سیم بک ہیز بین ٹرانسلیٹڈ ان گجراتی لینگویج، اینڈ دس ٹرانسلیشن ہیز بین ڈن بائے اہ ا ویل نون گجراتی ٹرانسلیٹر۔</w:t>
      </w:r>
    </w:p>
    <w:p>
      <w:r>
        <w:rPr>
          <w:b/>
        </w:rPr>
        <w:t xml:space="preserve">[34:06] </w:t>
      </w:r>
      <w:r>
        <w:t>his name is mr jamal parti wala, and along with him, he was help by the pune and nagpur team to do this translation, ah mainly by abdulsamad sheikh sahib, akhtar amin sahib, and sajid ahmed khan sahib.</w:t>
      </w:r>
    </w:p>
    <w:p>
      <w:pPr>
        <w:jc w:val="right"/>
      </w:pPr>
      <w:r>
        <w:t>ہز نیم از مسٹر جمال پارٹی والا، اینڈ الونگ ود ہم، ہی واز ہیلپ بائے دی پونے اینڈ ناکپور ٹیم ٹو ڈو دس ٹرانسلیشن، اہ مینلی بائے عبدالصمد شیخ صاحب، اختر امین صاحب، اینڈ ساجد احمد خان صاحب۔</w:t>
      </w:r>
    </w:p>
    <w:p>
      <w:r>
        <w:rPr>
          <w:b/>
        </w:rPr>
        <w:t xml:space="preserve">[34:24] </w:t>
      </w:r>
      <w:r>
        <w:t>the design of this book has been done by dr saniya stein khan sahib, who is also sponsored this project. soi will request maulana sahib to launch this gujrati translation of "what is islam", ah that is titled "islam soch hai".</w:t>
      </w:r>
    </w:p>
    <w:p>
      <w:pPr>
        <w:jc w:val="right"/>
      </w:pPr>
      <w:r>
        <w:t>دا ڈیزائن آف دس بک ہیز بین ڈن بائے ڈاکٹر ثانیہ سٹین خان صاحب، ہو از السو سپانسرڈ دس پراجیکٹ۔ سو آئی ویل ریکویسٹ مولانا صاحب ٹو لانچ دس گجراتی ٹرانسلیشن آف "واٹ از اسلام"، اہ دیٹ از ٹائٹلڈ "اسلام سوچ ہے"۔</w:t>
      </w:r>
    </w:p>
    <w:p>
      <w:r>
        <w:rPr>
          <w:b/>
        </w:rPr>
        <w:t xml:space="preserve">[34:46] </w:t>
      </w:r>
      <w:r>
        <w:t>masha allah, masha allah, yeh kitab bhi bohat hi important hai, aur mujhe umeed hai ke is ke zariye logon ko islam ka jo message hai, woh pohnchega, inshallah.</w:t>
      </w:r>
    </w:p>
    <w:p>
      <w:pPr>
        <w:jc w:val="right"/>
      </w:pPr>
      <w:r>
        <w:t>ماشاءاللہ، ماشاءاللہ، یہ کتاب بھی بہت ہی امپورٹنٹ ہے، اور مجھے امید ہے کہ اس کے ذریعے لوگوں کو اسلام کا جو میسج ہے، وہ پہنچے گا، انشاءاللہ۔</w:t>
      </w:r>
    </w:p>
    <w:p>
      <w:r>
        <w:rPr>
          <w:b/>
        </w:rPr>
        <w:t xml:space="preserve">[35:09] </w:t>
      </w:r>
      <w:r>
        <w:t>okay, i now take the questions and answers. i once again request all the online viewers to please mention their location when they post their comments and questions.</w:t>
      </w:r>
    </w:p>
    <w:p>
      <w:pPr>
        <w:jc w:val="right"/>
      </w:pPr>
      <w:r>
        <w:t>اوکے، آئی ناو ٹیک دی کوئسچنز اینڈ انسرز۔ آئی ونس اگین ریکویسٹ آل دی آن لائن ویوورز ٹو پلیز مینشن دیر لوکیشن وین دے پوسٹ دیر کمنٹس اینڈ کوئسچنز۔</w:t>
      </w:r>
    </w:p>
    <w:p>
      <w:r>
        <w:rPr>
          <w:b/>
        </w:rPr>
        <w:t xml:space="preserve">[35:21] </w:t>
      </w:r>
      <w:r>
        <w:t>maulana, yeh comment bheja hai dr safina tabassum ne saharanpur se. unhon ne likha hai: "maulana sahib, only you have realized the wisdom of states quizm, that is accepting what is available.</w:t>
      </w:r>
    </w:p>
    <w:p>
      <w:pPr>
        <w:jc w:val="right"/>
      </w:pPr>
      <w:r>
        <w:t>مولانا، یہ کمنٹ بھیجا ہے ڈاکٹر صفینہ تبسم نے سہارن پور سے۔ انہوں نے لکھا ہے: "مولانا صاحب، اونلی یو ہیو ریلائز دا وزڈم آف سٹیٹس کوئزم، دیٹ از ایکسیپٹنگ واٹ از اویلیبل۔</w:t>
      </w:r>
    </w:p>
    <w:p>
      <w:r>
        <w:rPr>
          <w:b/>
        </w:rPr>
        <w:t xml:space="preserve">[35:39] </w:t>
      </w:r>
      <w:r>
        <w:t>we are really blessed to have you as our guide." unhon ne ek aur comment bheja hai, maulana, ah kal ki class ko le ke.</w:t>
      </w:r>
    </w:p>
    <w:p>
      <w:pPr>
        <w:jc w:val="right"/>
      </w:pPr>
      <w:r>
        <w:t>وی آر ریلی بلیسڈ ٹو ہیو یو ایز اور گائیڈ۔" انہوں نے ایک اور کمنٹ بھیجا ہے، مولانا، اہ کل کی کلاس کو لے کے۔</w:t>
      </w:r>
    </w:p>
    <w:p>
      <w:r>
        <w:rPr>
          <w:b/>
        </w:rPr>
        <w:t xml:space="preserve">[35:50] </w:t>
      </w:r>
      <w:r>
        <w:t>unhon ne likha hai: "regarding your yesterday lecture, it really awakened my mind. i had to listen to it twice.</w:t>
      </w:r>
    </w:p>
    <w:p>
      <w:pPr>
        <w:jc w:val="right"/>
      </w:pPr>
      <w:r>
        <w:t>انہوں نے لکھا ہے: "ریگارڈنگ یور یسٹرڈے لیکچر، اٹ ریلی اویکنڈ مائی مائنڈ۔ آئی ہیڈ ٹو لسن ٹو اٹ ٹوائس۔</w:t>
      </w:r>
    </w:p>
    <w:p>
      <w:r>
        <w:rPr>
          <w:b/>
        </w:rPr>
        <w:t xml:space="preserve">[36:01] </w:t>
      </w:r>
      <w:r>
        <w:t>i have an observation that muslims have a dichotomous thinking, because they think that they have been asked by god to stop munkir. if they cant, then at least think bad about it." masha allah, rashid ansari sahib ne merit se likha hai: "jazak allah maulana, aaj finished our unfinished ki haqeeqat maloom hui hai."</w:t>
      </w:r>
    </w:p>
    <w:p>
      <w:pPr>
        <w:jc w:val="right"/>
      </w:pPr>
      <w:r>
        <w:t>آئی ہیو این ابزرویشن دیٹ مسلمز ہیو ا ڈائیکاٹمس تھنکنگ، بیکاز دے تھنک دیٹ دے ہیو بین اسکڈ بائے گاڈ ٹو سٹاپ منکر۔ اف دے کانٹ، دین ایٹ لیسٹ تھنک بیڈ اباؤٹ اٹ۔" ماشاءاللہ، راشد انصاری صاحب نے میرٹ سے لکھا ہے: "جزاک اللہ مولانا، آج فنشڈ اور ان فنشڈ کی حقیقت معلوم ہوئی ہے۔"</w:t>
      </w:r>
    </w:p>
    <w:p>
      <w:r>
        <w:rPr>
          <w:b/>
        </w:rPr>
        <w:t xml:space="preserve">[36:28] </w:t>
      </w:r>
      <w:r>
        <w:t>abdul rauf khateeb sahib ne, ah mumbai se likha hai: "maulana sahib, today all the members of cps team mumbai have gathered for monthly dawa meeting.</w:t>
      </w:r>
    </w:p>
    <w:p>
      <w:pPr>
        <w:jc w:val="right"/>
      </w:pPr>
      <w:r>
        <w:t>عبدالرؤف خطیب صاحب نے، اہ ممبئی سے لکھا ہے: "مولانا صاحب، ٹوڈے آل دی ممبرز آف سی پی ایس ٹیم ممبئی ہیو گیدرڈ فار منتھلی داوا میٹنگ۔</w:t>
      </w:r>
    </w:p>
    <w:p>
      <w:r>
        <w:rPr>
          <w:b/>
        </w:rPr>
        <w:t xml:space="preserve">[36:41] </w:t>
      </w:r>
      <w:r>
        <w:t>please make dua for all of us." allah taala qabool farmaye. mujtaba siddiqui sahib ne comment bheja hai, unhon ne location nahi likha hai.</w:t>
      </w:r>
    </w:p>
    <w:p>
      <w:pPr>
        <w:jc w:val="right"/>
      </w:pPr>
      <w:r>
        <w:t>پلیز میک دعا فار آل آف اس۔" اللہ تعالی قبول فرمائے۔ مجتبی صدیقی صاحب نے کمنٹ بھیجا ہے، انہوں نے لوکیشن نہیں لکھا ہے۔</w:t>
      </w:r>
    </w:p>
    <w:p>
      <w:r>
        <w:rPr>
          <w:b/>
        </w:rPr>
        <w:t xml:space="preserve">[36:53] </w:t>
      </w:r>
      <w:r>
        <w:t>un ka comment hai: "accept whatever one has in this world, and better prepare yourself for akhirat. this is a great lesson, masha allah."</w:t>
      </w:r>
    </w:p>
    <w:p>
      <w:pPr>
        <w:jc w:val="right"/>
      </w:pPr>
      <w:r>
        <w:t>ان کا کمنٹ ہے: "ایکسیپٹ واٹ ایور ون ہیز ان دس ورلڈ، اینڈ بیٹر پریپیئر یور سیلف فار آخرت۔ دس از ا گریٹ لیسن، ماشاءاللہ۔"</w:t>
      </w:r>
    </w:p>
    <w:p>
      <w:r>
        <w:rPr>
          <w:b/>
        </w:rPr>
        <w:t xml:space="preserve">[37:07] </w:t>
      </w:r>
      <w:r>
        <w:t>pakistan se akhtar hussain razi sahib ne likha hai: "assalam o alaikum maulana sahib, i attended your first lecture in lahore in 1985 when you visited pakistan, but i was introduced to you through urdu risala magazine in 1979.</w:t>
      </w:r>
    </w:p>
    <w:p>
      <w:pPr>
        <w:jc w:val="right"/>
      </w:pPr>
      <w:r>
        <w:t>پاکستان سے اختر حسین رضی صاحب نے لکھا ہے: "السلام علیکم مولانا صاحب، آئی اٹینڈڈ یور فرسٹ لیکچر ان لاہور ان 1985 وین یو وزٹڈ پاکستان، بٹ آئی واز انٹروڈیوس ٹو یو تھرو اردو الرسالہ میگزین ان 1979۔</w:t>
      </w:r>
    </w:p>
    <w:p>
      <w:r>
        <w:rPr>
          <w:b/>
        </w:rPr>
        <w:t xml:space="preserve">[37:31] </w:t>
      </w:r>
      <w:r>
        <w:t>i was quoting at that time. maulana, your teachings have help me throughout my life."</w:t>
      </w:r>
    </w:p>
    <w:p>
      <w:pPr>
        <w:jc w:val="right"/>
      </w:pPr>
      <w:r>
        <w:t>آئی واز کوائٹینگ ایٹ دیٹ ٹائم۔ مولانا، یور ٹیچنگز ہیو ہیلپ می تھرو آؤٹ مائی لائف۔"</w:t>
      </w:r>
    </w:p>
    <w:p>
      <w:r>
        <w:rPr>
          <w:b/>
        </w:rPr>
        <w:t xml:space="preserve">[37:40] </w:t>
      </w:r>
      <w:r>
        <w:t>masha allah, maulana, sawal lete hain. yeh sawal dubai se bheja hai zubair khan sahib ne.</w:t>
      </w:r>
    </w:p>
    <w:p>
      <w:pPr>
        <w:jc w:val="right"/>
      </w:pPr>
      <w:r>
        <w:t>ماشاءاللہ، مولانا، سوال لیتے ہیں۔ یہ سوال دبئی سے بھیجا ہے زبیر خان صاحب نے۔</w:t>
      </w:r>
    </w:p>
    <w:p>
      <w:r>
        <w:rPr>
          <w:b/>
        </w:rPr>
        <w:t xml:space="preserve">[37:49] </w:t>
      </w:r>
      <w:r>
        <w:t>unhon ne likha hai: "maulana, to agree on unfinished agenda would require a herculean positive and progressive mindset.</w:t>
      </w:r>
    </w:p>
    <w:p>
      <w:pPr>
        <w:jc w:val="right"/>
      </w:pPr>
      <w:r>
        <w:t>انہوں نے لکھا ہے: "مولانا، ٹو ایگری ان ان فنشڈ ایجنڈا وڈ ریکوائر ا ہرکولین پوزیٹیو اینڈ پروگریسو مائنڈ سیٹ۔</w:t>
      </w:r>
    </w:p>
    <w:p>
      <w:r>
        <w:rPr>
          <w:b/>
        </w:rPr>
        <w:t xml:space="preserve">[38:02] </w:t>
      </w:r>
      <w:r>
        <w:t>most of the time, when a person faces such a situation, his mind is engulfed in a turmoil.</w:t>
      </w:r>
    </w:p>
    <w:p>
      <w:pPr>
        <w:jc w:val="right"/>
      </w:pPr>
      <w:r>
        <w:t>موسٹ آف دا ٹائم، وین ا پرسن فیسز سچ ا سچویشن، ہز مائنڈ از اینگلفڈ ان ا ٹرمائل۔</w:t>
      </w:r>
    </w:p>
    <w:p>
      <w:r>
        <w:rPr>
          <w:b/>
        </w:rPr>
        <w:t xml:space="preserve">[38:10] </w:t>
      </w:r>
      <w:r>
        <w:t>my question is: how can one manage his or her mental turmoil at that time?"</w:t>
      </w:r>
    </w:p>
    <w:p>
      <w:pPr>
        <w:jc w:val="right"/>
      </w:pPr>
      <w:r>
        <w:t>مائی کوئسچن از: ہاؤ کین ون مینج ہز اور ہر مینٹل ٹرمائل ایٹ دیٹ ٹائم؟"</w:t>
      </w:r>
    </w:p>
    <w:p>
      <w:r>
        <w:rPr>
          <w:b/>
        </w:rPr>
        <w:t xml:space="preserve">[38:21] </w:t>
      </w:r>
      <w:r>
        <w:t>dekhiye, is ke bare mein is se pehle main arz kar chuka hoon ke insan ke mind jo hai, bohat hi zyada capacity is ki hai.</w:t>
      </w:r>
    </w:p>
    <w:p>
      <w:pPr>
        <w:jc w:val="right"/>
      </w:pPr>
      <w:r>
        <w:t>دیکھیے، اس کے بارے میں اس سے پہلے میں عرض کر چکا ہوں کہ انسان کے مائنڈ جو ہے، بہت ہی زیادہ کیپیسٹی اس کی ہے۔</w:t>
      </w:r>
    </w:p>
    <w:p>
      <w:r>
        <w:rPr>
          <w:b/>
        </w:rPr>
        <w:t xml:space="preserve">[38:34] </w:t>
      </w:r>
      <w:r>
        <w:t>yahan tak ke hadith mein aata hai ke: "khalaq allah o adam ala suratihi." aap ghor kijiye, jab insan ko allah ne banaya hai apni surat par to zahir hai ke number one to insan ka mind aayega.</w:t>
      </w:r>
    </w:p>
    <w:p>
      <w:pPr>
        <w:jc w:val="right"/>
      </w:pPr>
      <w:r>
        <w:t>یہاں تک کہ حدیث میں آتا ہے کہ: "خلق اللہ و آدم علی صورتہ۔" آپ غور کیجئے، جب انسان کو اللہ نے بنایا ہے اپنی صورت پر تو ظاہر ہے کہ نمبر ون تو انسان کا مائنڈ آئے گا۔</w:t>
      </w:r>
    </w:p>
    <w:p>
      <w:r>
        <w:rPr>
          <w:b/>
        </w:rPr>
        <w:t xml:space="preserve">[38:54] </w:t>
      </w:r>
      <w:r>
        <w:t>to insan ke mind ki jis tarah allah taala itni bari universe ko control ki hui hai, us ko manage kar raha hai, to insan ka mind bhi bohat zabardast hai, zabardast hai.</w:t>
      </w:r>
    </w:p>
    <w:p>
      <w:pPr>
        <w:jc w:val="right"/>
      </w:pPr>
      <w:r>
        <w:t>تو انسان کے مائنڈ کی جس طرح اللہ تعالی اتنی بڑی یونیورس کو کنٹرول کی ہوئی ہے، اس کو مینج کر رہا ہے، تو انسان کا مائنڈ بھی بہت زبردست ہے، زبردست ہے۔</w:t>
      </w:r>
    </w:p>
    <w:p>
      <w:r>
        <w:rPr>
          <w:b/>
        </w:rPr>
        <w:t xml:space="preserve">[39:08] </w:t>
      </w:r>
      <w:r>
        <w:t>to is baat ko aik shakhs ne bohat achay alfaaz mein bayan kiya tha.</w:t>
      </w:r>
    </w:p>
    <w:p>
      <w:pPr>
        <w:jc w:val="right"/>
      </w:pPr>
      <w:r>
        <w:t>تو اس بات کو ایک شخص نے بہت اچھے الفاظ میں بیان کیا تھا۔</w:t>
      </w:r>
    </w:p>
    <w:p>
      <w:r>
        <w:rPr>
          <w:b/>
        </w:rPr>
        <w:t xml:space="preserve">[39:13] </w:t>
      </w:r>
      <w:r>
        <w:t>aik aik english philosopher ne</w:t>
      </w:r>
    </w:p>
    <w:p>
      <w:pPr>
        <w:jc w:val="right"/>
      </w:pPr>
      <w:r>
        <w:t>ایک ایک انگلش فلاسفر نے</w:t>
      </w:r>
    </w:p>
    <w:p>
      <w:r>
        <w:rPr>
          <w:b/>
        </w:rPr>
        <w:t xml:space="preserve">[39:18] </w:t>
      </w:r>
      <w:r>
        <w:t>isay kaha tha ke isi baat ko le kar usay kaha tha ke: "i am, i am large</w:t>
      </w:r>
    </w:p>
    <w:p>
      <w:pPr>
        <w:jc w:val="right"/>
      </w:pPr>
      <w:r>
        <w:t>اسے کہا تھا کہ اسی بات کو لے کر اسے کہا تھا کہ: "آئی ایم، آئی ایم لارج</w:t>
      </w:r>
    </w:p>
    <w:p>
      <w:r>
        <w:rPr>
          <w:b/>
        </w:rPr>
        <w:t xml:space="preserve">[39:25] </w:t>
      </w:r>
      <w:r>
        <w:t>enough to contain all these contradictions."</w:t>
      </w:r>
    </w:p>
    <w:p>
      <w:pPr>
        <w:jc w:val="right"/>
      </w:pPr>
      <w:r>
        <w:t>انف ٹو کنٹین ال دیز کنٹریڈکشنز۔"</w:t>
      </w:r>
    </w:p>
    <w:p>
      <w:r>
        <w:rPr>
          <w:b/>
        </w:rPr>
        <w:t xml:space="preserve">[39:31] </w:t>
      </w:r>
      <w:r>
        <w:t>ke itna bara dimagh Allah ne diya hai ke kitne hi questions hon, kitne hi contradictions hon, woh</w:t>
      </w:r>
    </w:p>
    <w:p>
      <w:pPr>
        <w:jc w:val="right"/>
      </w:pPr>
      <w:r>
        <w:t>کہ اتنا بڑا دماغ اللہ نے دیا ہے کہ کتنے ہی کوئسچن ہوں، کتنے ہی کنٹریڈکشنز ہوں، وہ</w:t>
      </w:r>
    </w:p>
    <w:p>
      <w:r>
        <w:rPr>
          <w:b/>
        </w:rPr>
        <w:t xml:space="preserve">[39:38] </w:t>
      </w:r>
      <w:r>
        <w:t>koi manage karne ki capacity rakhta hai.</w:t>
      </w:r>
    </w:p>
    <w:p>
      <w:pPr>
        <w:jc w:val="right"/>
      </w:pPr>
      <w:r>
        <w:t>کوئی مینج کرنے کی کیپیسٹی رکھتا ہے۔</w:t>
      </w:r>
    </w:p>
    <w:p>
      <w:r>
        <w:rPr>
          <w:b/>
        </w:rPr>
        <w:t xml:space="preserve">[39:41] </w:t>
      </w:r>
      <w:r>
        <w:t>to phir shikayat kis liye? phir afsos kis liye? phir mayoosi kis liye?</w:t>
      </w:r>
    </w:p>
    <w:p>
      <w:pPr>
        <w:jc w:val="right"/>
      </w:pPr>
      <w:r>
        <w:t>تو پھر شکایت کس لیے؟ پھر افسوس کس لیے؟ پھر مایوسی کس لیے؟</w:t>
      </w:r>
    </w:p>
    <w:p>
      <w:r>
        <w:rPr>
          <w:b/>
        </w:rPr>
        <w:t xml:space="preserve">[39:53] </w:t>
      </w:r>
      <w:r>
        <w:t>tariq badar sahib ne pakistan se comment bheja hai. unhon ne likha hai: "maulana, i am reading your books since last six years and listening to your lectures since then, but still after so many years, every single word and concept from you is mind boggling, and i am totally mesmerized by your wisdom.</w:t>
      </w:r>
    </w:p>
    <w:p>
      <w:pPr>
        <w:jc w:val="right"/>
      </w:pPr>
      <w:r>
        <w:t>طارق بدر صاحب نے پاکستان سے کمنٹ بھیجا ہے۔ انہوں نے لکھا ہے: "مولانا، آئی ایم ریڈنگ یور بکس سنس لاسٹ سکس ایئرز اینڈ لسننگ ٹو یور لیکچرز سنس دین، بٹ سٹل افٹر سو مینی ایئرز، ایوری سنگل ورڈ اینڈ کانسیپٹ فرام یو از مائنڈ باگلنگ، اینڈ آئی ایم ٹوٹلی مسمرائزڈ بائے یور وزڈم۔</w:t>
      </w:r>
    </w:p>
    <w:p>
      <w:r>
        <w:rPr>
          <w:b/>
        </w:rPr>
        <w:t xml:space="preserve">[40:19] </w:t>
      </w:r>
      <w:r>
        <w:t>you are the blessing in my life. jazak allah." masha allah, irshad ali sahib ne rampur se likha hai: "maulana, aaj ki talk se yeh baat samajh aayi ke agar hum dunya ke agenda ko finish karne mein lagenge to hamari akhirat bhi unfinished reh jayegi."</w:t>
      </w:r>
    </w:p>
    <w:p>
      <w:pPr>
        <w:jc w:val="right"/>
      </w:pPr>
      <w:r>
        <w:t>یو آر دا بلیسنگ ان مائی لائف۔ جزاک اللہ۔" ماشاءاللہ، ارشاد علی صاحب نے رامپور سے لکھا ہے: "مولانا، آج کی ٹاک سے یہ بات سمجھ آئی کہ اگر ہم دنیا کے ایجنڈا کو فنش کرنے میں لگیں گے تو ہماری آخرت بھی ان فنشڈ رہ جائے گی۔</w:t>
      </w:r>
    </w:p>
    <w:p>
      <w:r>
        <w:rPr>
          <w:b/>
        </w:rPr>
        <w:t xml:space="preserve">[40:41] </w:t>
      </w:r>
      <w:r>
        <w:t>jazak allah molana. " masha allah, masha allah.</w:t>
      </w:r>
    </w:p>
    <w:p>
      <w:pPr>
        <w:jc w:val="right"/>
      </w:pPr>
      <w:r>
        <w:t>جزاک اللہ مولانا۔" ماشاءاللہ، ماشاءاللہ۔</w:t>
      </w:r>
    </w:p>
    <w:p>
      <w:r>
        <w:rPr>
          <w:b/>
        </w:rPr>
        <w:t xml:space="preserve">[40:52] </w:t>
      </w:r>
      <w:r>
        <w:t>molana, aik sawal pakistan se aya hai. yeh sawal kya hai fazal babar sahib ne.</w:t>
      </w:r>
    </w:p>
    <w:p>
      <w:pPr>
        <w:jc w:val="right"/>
      </w:pPr>
      <w:r>
        <w:t>مولانا، ایک سوال پاکستان سے آیا ہے۔ یہ سوال کیا ہے فضل بابر صاحب نے۔</w:t>
      </w:r>
    </w:p>
    <w:p>
      <w:r>
        <w:rPr>
          <w:b/>
        </w:rPr>
        <w:t xml:space="preserve">[41:01] </w:t>
      </w:r>
      <w:r>
        <w:t>unhon ne aap se poocha hai ke qismat ka kya role hai? is ke bare mein aap kuch bataein.</w:t>
      </w:r>
    </w:p>
    <w:p>
      <w:pPr>
        <w:jc w:val="right"/>
      </w:pPr>
      <w:r>
        <w:t>انہوں نے آپ سے پوچھا ہے کہ قسمت کا کیا رول ہے؟ اس کے بارے میں آپ کچھ بتائیں۔</w:t>
      </w:r>
    </w:p>
    <w:p>
      <w:r>
        <w:rPr>
          <w:b/>
        </w:rPr>
        <w:t xml:space="preserve">[41:14] </w:t>
      </w:r>
      <w:r>
        <w:t>dekhein, qismat ya taqdeer yeh to aik aisa sawal hai jo hazaron saal se tamam philosophers, mutakallimeen</w:t>
      </w:r>
    </w:p>
    <w:p>
      <w:pPr>
        <w:jc w:val="right"/>
      </w:pPr>
      <w:r>
        <w:t>دیکھیں، قسمت یا تقدیر یہ تو ایک ایسا سوال ہے جو ہزاروں سال سے تمام فلاسفرز، متکلمین</w:t>
      </w:r>
    </w:p>
    <w:p>
      <w:r>
        <w:rPr>
          <w:b/>
        </w:rPr>
        <w:t xml:space="preserve">[41:28] </w:t>
      </w:r>
      <w:r>
        <w:t>aur sabhi parhe likhe log is par sochte rahe hain, lekin aaj tak koi final jawab koi de nahi saka.</w:t>
      </w:r>
    </w:p>
    <w:p>
      <w:pPr>
        <w:jc w:val="right"/>
      </w:pPr>
      <w:r>
        <w:t>اور سبھی پڑھے لکھے لوگ اس پر سوچتے رہے ہیں، لیکن آج تک کوئی فائنل جواب کوئی دے نہیں سکا۔</w:t>
      </w:r>
    </w:p>
    <w:p>
      <w:r>
        <w:rPr>
          <w:b/>
        </w:rPr>
        <w:t xml:space="preserve">[41:39] </w:t>
      </w:r>
      <w:r>
        <w:t>to zahir hai ke hum thori si mulaqat mein kya kar sakte hain? mera formula jo hai, woh yeh hai ke aap ke paas jo energy hai, jo taqat hai, jo waqt hai,</w:t>
      </w:r>
    </w:p>
    <w:p>
      <w:pPr>
        <w:jc w:val="right"/>
      </w:pPr>
      <w:r>
        <w:t>تو ظاہر ہے کہ ہم تھوڑی سی ملاقات میں کیا کر سکتے ہیں؟ میرا فارمولا جو ہے، وہ یہ ہے کہ آپ کے پاس جو انرجی ہے، جو طاقت ہے، جو وقت ہے،</w:t>
      </w:r>
    </w:p>
    <w:p>
      <w:r>
        <w:rPr>
          <w:b/>
        </w:rPr>
        <w:t xml:space="preserve">[41:55] </w:t>
      </w:r>
      <w:r>
        <w:t>isko apni samajh ke mutabiq best option par lagaiye, aur jo aap dekhein ke aap nahi kar kar paye, woh allah se mangiye.</w:t>
      </w:r>
    </w:p>
    <w:p>
      <w:pPr>
        <w:jc w:val="right"/>
      </w:pPr>
      <w:r>
        <w:t>اس کو اپنی سمجھ کے مطابق بیسٹ آپشن پر لگائیے، اور جو آپ دیکھیں کہ آپ نہیں کر کر پائے، وہ اللہ سے مانگیے۔</w:t>
      </w:r>
    </w:p>
    <w:p>
      <w:r>
        <w:rPr>
          <w:b/>
        </w:rPr>
        <w:t xml:space="preserve">[42:12] </w:t>
      </w:r>
      <w:r>
        <w:t>main samajhta hoon ke bukhari ki aik riwayat is mamle mein best hai,</w:t>
      </w:r>
    </w:p>
    <w:p>
      <w:pPr>
        <w:jc w:val="right"/>
      </w:pPr>
      <w:r>
        <w:t>میں سمجھتا ہوں کہ بخاری کی ایک روایت اس معاملے میں بیسٹ ہے،</w:t>
      </w:r>
    </w:p>
    <w:p>
      <w:r>
        <w:rPr>
          <w:b/>
        </w:rPr>
        <w:t xml:space="preserve">[42:20] </w:t>
      </w:r>
      <w:r>
        <w:t>best hai: " addu ilayhim haqqakum wa asri'llaha haqqakum." addu ilayhim haqqakum wa asri'llaha haqqakum yani jo tumhare upar haq aata hai,</w:t>
      </w:r>
    </w:p>
    <w:p>
      <w:pPr>
        <w:jc w:val="right"/>
      </w:pPr>
      <w:r>
        <w:t>بیسٹ ہے: "ادو الیہم حقم وصر اللہ حقم۔" ادو الیہم حقم وصر اللہ حقم یعنی جو تمہارے اوپر حق آتا ہے،</w:t>
      </w:r>
    </w:p>
    <w:p>
      <w:r>
        <w:rPr>
          <w:b/>
        </w:rPr>
        <w:t xml:space="preserve">[42:36] </w:t>
      </w:r>
      <w:r>
        <w:t>us ko apne bas par poora karne ki koshish kijiye, aur jo dekho ke tumhare bas se bahar hai, us ko allah se mango.</w:t>
      </w:r>
    </w:p>
    <w:p>
      <w:pPr>
        <w:jc w:val="right"/>
      </w:pPr>
      <w:r>
        <w:t>اس کو اپنے بس پر پورا کرنے کی کوشش کیجئے، اور جو دیکھو کہ تمہارے بس سے باہر ہے، اس کو اللہ سے مانگو۔</w:t>
      </w:r>
    </w:p>
    <w:p>
      <w:r>
        <w:rPr>
          <w:b/>
        </w:rPr>
        <w:t xml:space="preserve">[42:48] </w:t>
      </w:r>
      <w:r>
        <w:t>yahi main samajhta hoon ke mumkin hai, aur mera formula yahi hai ke main isi par qaim hoon. molana, do sawal milte julte aaye hain, aur hum dono sawal aap ke samne parhna chahte hain.</w:t>
      </w:r>
    </w:p>
    <w:p>
      <w:pPr>
        <w:jc w:val="right"/>
      </w:pPr>
      <w:r>
        <w:t>یہی میں سمجھتا ہوں کہ ممکن ہے، اور میرا فارمولا یہی ہے کہ میں اسی پر قائم ہوں۔ مولانا، دو سوال ملتے جلتے آئے ہیں، اور ہم دونوں سوال آپ کے سامنے پڑھنا چاہتے ہیں۔</w:t>
      </w:r>
    </w:p>
    <w:p>
      <w:r>
        <w:rPr>
          <w:b/>
        </w:rPr>
        <w:t xml:space="preserve">[43:03] </w:t>
      </w:r>
      <w:r>
        <w:t>yeh sawal pehla sawal jo hai, woh shahid azam sahib ne bheja hai dilli se. unhon ne likha hai: "Our main efforts are directed towards balancing between deen and dunya.</w:t>
      </w:r>
    </w:p>
    <w:p>
      <w:pPr>
        <w:jc w:val="right"/>
      </w:pPr>
      <w:r>
        <w:t>یہ سوال پہلا سوال جو ہے، وہ شاہد عازم صاحب نے بھیجا ہے دلی سے۔ انہوں نے لکھا ہے: "اور مین ایفرٹس آر ڈائریکٹڈ ٹورڈز بیلنسنگ بٹوین دین اینڈ دنیا۔</w:t>
      </w:r>
    </w:p>
    <w:p>
      <w:r>
        <w:rPr>
          <w:b/>
        </w:rPr>
        <w:t xml:space="preserve">[43:17] </w:t>
      </w:r>
      <w:r>
        <w:t>is this balance a myth? actually, there is no balance, its only akhirat. please elaborate." isi tarah se molana, milta julta sawal mehboob bhai ne kiya hai mumbai se.</w:t>
      </w:r>
    </w:p>
    <w:p>
      <w:pPr>
        <w:jc w:val="right"/>
      </w:pPr>
      <w:r>
        <w:t>از دس بیلنس ا متھ؟ ایکچولی، دیر از نو بیلنس، اٹس اونلی آخرت۔ پلیز الیبوریٹ۔" اسی طریقے سے مولانا، ملتا جلتا سوال محبوب بھائی نے کیا ہے ممبئی سے۔</w:t>
      </w:r>
    </w:p>
    <w:p>
      <w:r>
        <w:rPr>
          <w:b/>
        </w:rPr>
        <w:t xml:space="preserve">[43:30] </w:t>
      </w:r>
      <w:r>
        <w:t>unhon ne likha hai: "mera sawal hai, jaisa ke aap ne kaha ke dunya focus hogi to akhirat nahi, akhirat focus hogi to dunya nahi.</w:t>
      </w:r>
    </w:p>
    <w:p>
      <w:pPr>
        <w:jc w:val="right"/>
      </w:pPr>
      <w:r>
        <w:t>انہوں نے لکھا ہے: "میرا سوال ہے، جیسا کہ آپ نے کہا کہ دنیا فوکس ہوگی تو آخرت نہیں، آخرت فوکس ہوگی تو دنیا نہیں۔</w:t>
      </w:r>
    </w:p>
    <w:p>
      <w:r>
        <w:rPr>
          <w:b/>
        </w:rPr>
        <w:t xml:space="preserve">[43:40] </w:t>
      </w:r>
      <w:r>
        <w:t>aise mein hum log apne aap ko kis had tak dunya mein involve karein? is ki koi limit hai?" dekhiye, main ne in logon ko bohat zyada parha hai</w:t>
      </w:r>
    </w:p>
    <w:p>
      <w:pPr>
        <w:jc w:val="right"/>
      </w:pPr>
      <w:r>
        <w:t>ایسے میں ہم لوگ اپنے آپ کو کس حد تک دنیا میں انوالو کریں؟ اس کی کوئی لمٹ ہے؟" دیکھیے، میں نے ان لوگوں کو بہت زیادہ پڑھا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