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Problem of Dajjal 29 sept, 2019 - Maulana Wahiduddin Khan</w:t>
      </w:r>
    </w:p>
    <w:p>
      <w:r>
        <w:t>https://www.youtube.com/watch?v=PL-Kv-sE68w</w:t>
      </w:r>
    </w:p>
    <w:p>
      <w:r>
        <w:rPr>
          <w:b/>
        </w:rPr>
        <w:t xml:space="preserve">[00:13] </w:t>
      </w:r>
      <w:r>
        <w:t>bismillah hir rahman nir rahim, wa salallahu ala nabiyyil karim. rab ishrah li sadri, wa yassir li amri, wah lul uqdatan min lisani yafqahu qawli.</w:t>
      </w:r>
    </w:p>
    <w:p>
      <w:pPr>
        <w:jc w:val="right"/>
      </w:pPr>
      <w:r>
        <w:t>بسم اللہ الرحمن الرحیم، وصلی اللہ علی نبی الکریم۔ رب اشرح لی صدری، ویسر لی امری، واحل العقدۃ من لسانی یفقہ قولی۔</w:t>
      </w:r>
    </w:p>
    <w:p>
      <w:r>
        <w:rPr>
          <w:b/>
        </w:rPr>
        <w:t xml:space="preserve">[00:34] </w:t>
      </w:r>
      <w:r>
        <w:t>aik bohat mashhoor hadith hai jis ko hadith dajjal kaha jata hai. hadith dajjal.</w:t>
      </w:r>
    </w:p>
    <w:p>
      <w:pPr>
        <w:jc w:val="right"/>
      </w:pPr>
      <w:r>
        <w:t>ایک بہت مشہور حدیث ہے جس کو حدیث دجال کہا جاتا ہے۔ حدیث دجال۔</w:t>
      </w:r>
    </w:p>
    <w:p>
      <w:r>
        <w:rPr>
          <w:b/>
        </w:rPr>
        <w:t xml:space="preserve">[00:47] </w:t>
      </w:r>
      <w:r>
        <w:t>hadith mein aata hai ke baad ke zamane mein taqreeban 30 dajjal aayenge. kuch mein hai ke 30, kisi mein taqreeban 30.</w:t>
      </w:r>
    </w:p>
    <w:p>
      <w:pPr>
        <w:jc w:val="right"/>
      </w:pPr>
      <w:r>
        <w:t>حدیث میں آتا ہے کہ بعد کے زمانے میں تقریباً 30 دجال آئیں گے۔ کچھ میں ہے کہ 30، کسی میں تقریباً 30۔</w:t>
      </w:r>
    </w:p>
    <w:p>
      <w:r>
        <w:rPr>
          <w:b/>
        </w:rPr>
        <w:t xml:space="preserve">[01:02] </w:t>
      </w:r>
      <w:r>
        <w:t>to yeh shuru se, ya'ni jab se hadithien jama ki gayeen, yeh hadith bahs ka mauzu rahi hai ke kya hai dajjal, kya hai 30 dajjal.</w:t>
      </w:r>
    </w:p>
    <w:p>
      <w:pPr>
        <w:jc w:val="right"/>
      </w:pPr>
      <w:r>
        <w:t>تو یہ شروع سے، یعنی جب سے حدیثیں جمع کی گئیں، یہ حدیث بحث کا موضوع رہی ہے کہ کیا ہے دجال، کیا ہے 30 دجال۔</w:t>
      </w:r>
    </w:p>
    <w:p>
      <w:r>
        <w:rPr>
          <w:b/>
        </w:rPr>
        <w:t xml:space="preserve">[01:16] </w:t>
      </w:r>
      <w:r>
        <w:t>to main abhi bhi is par sochta raha hoon. meri samajh mein aaya ke 30 ginti ke liye nahi hai, daur ke liye hai. ginti kar ke, ginkar ke aik, do, teen, char, paanch, chhe, saat, aisa nahi hai.</w:t>
      </w:r>
    </w:p>
    <w:p>
      <w:pPr>
        <w:jc w:val="right"/>
      </w:pPr>
      <w:r>
        <w:t>تو میں ابھی بھی اس پر سوچتا رہا ہوں۔ میری سمجھ میں آیا کہ 30 گنتی کے لیے نہیں ہے، دور کے لیے ہے۔ گنتی کر کے، گن کر کے ایک، دو، تین، چار، پانچ، چھ، سات، ایسا نہیں ہے۔</w:t>
      </w:r>
    </w:p>
    <w:p>
      <w:r>
        <w:rPr>
          <w:b/>
        </w:rPr>
        <w:t xml:space="preserve">[01:33] </w:t>
      </w:r>
      <w:r>
        <w:t>door. yani aik door aaye ga jab dunya mein dajaliyat ka door hoga. dajali tarz-e-fikr dunya mein raaij ho jaye ga.</w:t>
      </w:r>
    </w:p>
    <w:p>
      <w:pPr>
        <w:jc w:val="right"/>
      </w:pPr>
      <w:r>
        <w:t>دور۔ یعنی ایک دور آئے گا جب دنیا میں دجالیت کا دور ہوگا۔ دجالی طرز فکر دنیا میں رائج ہو جائے گا۔</w:t>
      </w:r>
    </w:p>
    <w:p>
      <w:r>
        <w:rPr>
          <w:b/>
        </w:rPr>
        <w:t xml:space="preserve">[01:46] </w:t>
      </w:r>
      <w:r>
        <w:t>is ko le kar jab mein sochta hoon to phir mein jo paish aaein baatein, khaas tor par unneesween sadi mein, is ko le kar mein sochta hoon.</w:t>
      </w:r>
    </w:p>
    <w:p>
      <w:pPr>
        <w:jc w:val="right"/>
      </w:pPr>
      <w:r>
        <w:t>اس کو لے کر جب میں سوچتا ہوں تو پھر میں جو پیش آئیں باتیں، خاص طور پر انیسویں صدی میں، اس کو لے کر میں سوچتا ہوں۔</w:t>
      </w:r>
    </w:p>
    <w:p>
      <w:r>
        <w:rPr>
          <w:b/>
        </w:rPr>
        <w:t xml:space="preserve">[02:02] </w:t>
      </w:r>
      <w:r>
        <w:t>to mere saamne aata hai ke is se murad hai dajjal nahi, dajaliyat. yani koi fard nahi hai, koi person nahi hai, balkeh dajali way of thinking.</w:t>
      </w:r>
    </w:p>
    <w:p>
      <w:pPr>
        <w:jc w:val="right"/>
      </w:pPr>
      <w:r>
        <w:t>تو میرے سامنے آتا ہے کہ اس سے مراد ہے دجال نہیں، دجالیت۔ یعنی کوئی فرد نہیں ہے، کوئی پرسن نہیں ہے، بلکہ دجالی وے آف تھنکنگ۔</w:t>
      </w:r>
    </w:p>
    <w:p>
      <w:r>
        <w:rPr>
          <w:b/>
        </w:rPr>
        <w:t xml:space="preserve">[02:19] </w:t>
      </w:r>
      <w:r>
        <w:t>to mein is ko samajhta hoon, is ka matlab ke dunya mein aik door aaye ga jab ke dajaliyat dunya mein zahir ho jaye gi.</w:t>
      </w:r>
    </w:p>
    <w:p>
      <w:pPr>
        <w:jc w:val="right"/>
      </w:pPr>
      <w:r>
        <w:t>تو میں اس کو سمجھتا ہوں، اس کا مطلب کہ دنیا میں ایک دور آئے گا جب کہ دجالیت دنیا میں ظاہر ہو جائے گی۔</w:t>
      </w:r>
    </w:p>
    <w:p>
      <w:r>
        <w:rPr>
          <w:b/>
        </w:rPr>
        <w:t xml:space="preserve">[02:32] </w:t>
      </w:r>
      <w:r>
        <w:t>aur bohat se log paida hon ge. phir mein ne socha ke dajaliyat kya matlab hai. dajaliyat se murad wahi cheez hai jis ko hum kehte hain misinterpretation.</w:t>
      </w:r>
    </w:p>
    <w:p>
      <w:pPr>
        <w:jc w:val="right"/>
      </w:pPr>
      <w:r>
        <w:t>اور بہت سے لوگ پیدا ہوں گے۔ پھر میں نے سوچا کہ دجالیت کیا مطلب ہے۔ دجالیت سے مراد وہی چیز ہے جس کو ہم کہتے ہیں مس انٹرپریشن۔</w:t>
      </w:r>
    </w:p>
    <w:p>
      <w:r>
        <w:rPr>
          <w:b/>
        </w:rPr>
        <w:t xml:space="preserve">[02:47] </w:t>
      </w:r>
      <w:r>
        <w:t>deen ka ghalat ta'beer. misinterpretation. to woh door hoga jab ke tareekh ko aur har cheez ko ghalat andaaz mein un ki ta'beer ki jaye gi, ghalat interpretation diya jaye ga.</w:t>
      </w:r>
    </w:p>
    <w:p>
      <w:pPr>
        <w:jc w:val="right"/>
      </w:pPr>
      <w:r>
        <w:t>دین کا غلط تعبیر۔ مس انٹرپریشن۔ تو وہ دور ہوگا جب کہ تاریخ کو اور ہر چیز کو غلط انداز میں ان کی تعبیر کی جائے گی، غلط انٹرپریشن دیا جائے گا۔</w:t>
      </w:r>
    </w:p>
    <w:p>
      <w:r>
        <w:rPr>
          <w:b/>
        </w:rPr>
        <w:t xml:space="preserve">[03:05] </w:t>
      </w:r>
      <w:r>
        <w:t>isi mein se kuch log uthein ge jo Islam ka bhi dajali ta'beer pesh karein ge. yeh matlab hai is ka. to mein samajhta hoon ke yeh zamana tha unneesween sadi ka zamana.</w:t>
      </w:r>
    </w:p>
    <w:p>
      <w:pPr>
        <w:jc w:val="right"/>
      </w:pPr>
      <w:r>
        <w:t>اسی میں سے کچھ لوگ اٹھیں گے جو اسلام کا بھی دجالی تعبیر پیش کریں گے۔ یہ مطلب ہے اس کا۔ تو میں سمجھتا ہوں کہ یہ زمانہ تھا انیسویں صدی کا زمانہ۔</w:t>
      </w:r>
    </w:p>
    <w:p>
      <w:r>
        <w:rPr>
          <w:b/>
        </w:rPr>
        <w:t xml:space="preserve">[03:21] </w:t>
      </w:r>
      <w:r>
        <w:t>aur ghaliban sab se pehla insan jis ne is ka aaghaz kiya woh tha Hegel. Germany ka Hegel.</w:t>
      </w:r>
    </w:p>
    <w:p>
      <w:pPr>
        <w:jc w:val="right"/>
      </w:pPr>
      <w:r>
        <w:t>اور غالباً سب سے پہلا انسان جس نے اس کا آغاز کیا وہ تھا ہیگل۔ جرمنی کا ہیگل۔</w:t>
      </w:r>
    </w:p>
    <w:p>
      <w:r>
        <w:rPr>
          <w:b/>
        </w:rPr>
        <w:t xml:space="preserve">[03:32] </w:t>
      </w:r>
      <w:r>
        <w:t>phir bohat se log paida hue. maslan Freud paida hua, Darwin paida hua, Marx paida hua. mukhtalif log.</w:t>
      </w:r>
    </w:p>
    <w:p>
      <w:pPr>
        <w:jc w:val="right"/>
      </w:pPr>
      <w:r>
        <w:t>پھر بہت سے لوگ پیدا ہوئے۔ مثلاً فرائیڈ پیدا ہوا، ڈارون پیدا ہوا، مارس پیدا ہوا۔ مختلف لوگ۔</w:t>
      </w:r>
    </w:p>
    <w:p>
      <w:r>
        <w:rPr>
          <w:b/>
        </w:rPr>
        <w:t xml:space="preserve">[03:42] </w:t>
      </w:r>
      <w:r>
        <w:t>koi tareekh ka interpretation de raha hai, koi kisi cheez ka, koi kisi cheez ka. to jaisa ke Quran mein aik lafz hai mudhahat, yani doosron ki naqal karna.</w:t>
      </w:r>
    </w:p>
    <w:p>
      <w:pPr>
        <w:jc w:val="right"/>
      </w:pPr>
      <w:r>
        <w:t>کوئی تاریخ کا انٹرپریشن دے رہا ہے، کوئی کسی چیز کا، کوئی کسی چیز کا۔ تو جیسا کہ قرآن میں ایک لفظ ہے مضاحات، یعنی دوسروں کی نقل کرنا۔</w:t>
      </w:r>
    </w:p>
    <w:p>
      <w:r>
        <w:rPr>
          <w:b/>
        </w:rPr>
        <w:t xml:space="preserve">[03:57] </w:t>
      </w:r>
      <w:r>
        <w:t>to jab jo door aaye ga misinterpretation ka, us ki naqali karein ge Musalmanon mein kuch log. woh bhi interpretation dein ge.</w:t>
      </w:r>
    </w:p>
    <w:p>
      <w:pPr>
        <w:jc w:val="right"/>
      </w:pPr>
      <w:r>
        <w:t>تو جب جو دور آئے گا مس انٹرپریشن کا، اس کی نقالی کریں گے مسلمانوں میں کچھ لوگ۔ وہ بھی انٹرپریشن دیں گے۔</w:t>
      </w:r>
    </w:p>
    <w:p>
      <w:r>
        <w:rPr>
          <w:b/>
        </w:rPr>
        <w:t xml:space="preserve">[04:09] </w:t>
      </w:r>
      <w:r>
        <w:t>to mein samajhta hoon ke yeh woh log the jinho ne Islam ko, yani mahaul ke asar se, yeh kiya ke Islam ka bhi unho ne khud sakhta interpretation dene ki koshish ki.</w:t>
      </w:r>
    </w:p>
    <w:p>
      <w:pPr>
        <w:jc w:val="right"/>
      </w:pPr>
      <w:r>
        <w:t>تو میں سمجھتا ہوں کہ یہ وہ لوگ تھے جنہوں نے اسلام کو، یعنی ماحول کے اثر سے، یہ کیا کہ اسلام کا بھی انہوں نے خود ساختہ انٹرپریشن دینے کی کوشش کی۔</w:t>
      </w:r>
    </w:p>
    <w:p>
      <w:r>
        <w:rPr>
          <w:b/>
        </w:rPr>
        <w:t xml:space="preserve">[04:27] </w:t>
      </w:r>
      <w:r>
        <w:t>is par sochte sochte jab mein ne yahan pohancha ke is zamane ka sab se bara masla kya hai, is zamane ka sab se bara masla kya hai, woh yahi hai dajaliyat,</w:t>
      </w:r>
    </w:p>
    <w:p>
      <w:pPr>
        <w:jc w:val="right"/>
      </w:pPr>
      <w:r>
        <w:t>اس پر سوچتے سوچتے جب میں نے یہاں پہنچا کہ اس زمانے کا سب سے بڑا مسئلہ کیا ہے، اس زمانے کا سب سے بڑا مسئلہ کیا ہے، وہ یہی ہے دجالیت،</w:t>
      </w:r>
    </w:p>
    <w:p>
      <w:r>
        <w:rPr>
          <w:b/>
        </w:rPr>
        <w:t xml:space="preserve">[04:42] </w:t>
      </w:r>
      <w:r>
        <w:t>yani misinterpretation of Islam. is mein sab se zyada numayan jo cheez hai woh hai Islam ka political interpretation.</w:t>
      </w:r>
    </w:p>
    <w:p>
      <w:pPr>
        <w:jc w:val="right"/>
      </w:pPr>
      <w:r>
        <w:t>یعنی مس انٹرپریشن آف اسلام۔ اس میں سب سے زیادہ نمایاں جو چیز ہے وہ ہے اسلام کا پولیٹیکل انٹرپریشن۔</w:t>
      </w:r>
    </w:p>
    <w:p>
      <w:r>
        <w:rPr>
          <w:b/>
        </w:rPr>
        <w:t xml:space="preserve">[04:54] </w:t>
      </w:r>
      <w:r>
        <w:t>aur mein apni samajh se jo jana hai, mein ne woh yeh hai ke is zamane mein aik bohat bara masla samajhte hain America wale radicalization.</w:t>
      </w:r>
    </w:p>
    <w:p>
      <w:pPr>
        <w:jc w:val="right"/>
      </w:pPr>
      <w:r>
        <w:t>اور میں اپنی سمجھ سے جو جانا ہے، میں نے وہ یہ ہے کہ اس زمانے میں ایک بہت بڑا مسئلہ سمجھتے ہیں امریکہ والے ریڈیکلائزیشن۔</w:t>
      </w:r>
    </w:p>
    <w:p>
      <w:r>
        <w:rPr>
          <w:b/>
        </w:rPr>
        <w:t xml:space="preserve">[05:06] </w:t>
      </w:r>
      <w:r>
        <w:t>yeh ghalat term hai. yeh koi term nahi hai. sahi term yeh hai ke Islam ko, Islam ko,</w:t>
      </w:r>
    </w:p>
    <w:p>
      <w:pPr>
        <w:jc w:val="right"/>
      </w:pPr>
      <w:r>
        <w:t>یہ غلط ٹرم ہے۔ یہ کوئی ٹرم نہیں ہے۔ صحیح ٹرم یہ ہے کہ اسلام کو، اسلام کو،</w:t>
      </w:r>
    </w:p>
    <w:p>
      <w:r>
        <w:rPr>
          <w:b/>
        </w:rPr>
        <w:t xml:space="preserve">[05:18] </w:t>
      </w:r>
      <w:r>
        <w:t>Islam, Islam ke naam par tashaddud ko Islamize karna, violence ko Islamize karna.</w:t>
      </w:r>
    </w:p>
    <w:p>
      <w:pPr>
        <w:jc w:val="right"/>
      </w:pPr>
      <w:r>
        <w:t>اسلام، اسلام کے نام پر تشدد کو اسلامائز کرنا، وائلنس کو اسلامائز کرنا۔</w:t>
      </w:r>
    </w:p>
    <w:p>
      <w:r>
        <w:rPr>
          <w:b/>
        </w:rPr>
        <w:t xml:space="preserve">[05:28] </w:t>
      </w:r>
      <w:r>
        <w:t>to is door mein Falasteen ka masla, Kashmir ka masla, Pakistan ka masla, is tarah ke jo masle paida hue, un ko le kar ke bohat se log uthe aur apne, apne, apni tehreek mein zor paida karne ke liye unho ne Islam ki taleemat ko ghalat interpretation diya.</w:t>
      </w:r>
    </w:p>
    <w:p>
      <w:pPr>
        <w:jc w:val="right"/>
      </w:pPr>
      <w:r>
        <w:t>تو اس دور میں فلسطین کا مسئلہ، کشمیر کا مسئلہ، پاکستان کا مسئلہ، اس طرح کے جو مسئلے پیدا ہوئے، ان کو لے کر کے بہت سے لوگ اٹھے اور اپنے، اپنے، اپنی تحریک میں زور پیدا کرنے کے لیے انہوں نے اسلام کی تعلیمات کو غلط انٹرپریشن دیا۔</w:t>
      </w:r>
    </w:p>
    <w:p>
      <w:r>
        <w:rPr>
          <w:b/>
        </w:rPr>
        <w:t xml:space="preserve">[05:54] </w:t>
      </w:r>
      <w:r>
        <w:t>to mein samajhta hoon ke meri jo soch hai, is ka khulasa yeh hai ke violence interpretation of Islam jihad ke naam par, jihad ke naam par Islam ka mutasaddidana interpretation hai.</w:t>
      </w:r>
    </w:p>
    <w:p>
      <w:pPr>
        <w:jc w:val="right"/>
      </w:pPr>
      <w:r>
        <w:t>تو میں سمجھتا ہوں کہ میری جو سوچ ہے، اس کا خلاصہ یہ ہے کہ وائلنس انٹرپریشن آف اسلام جہاد کے نام پر، جہاد کے نام پر اسلام کا متصددانہ انٹرپریشن ہے۔</w:t>
      </w:r>
    </w:p>
    <w:p>
      <w:r>
        <w:rPr>
          <w:b/>
        </w:rPr>
        <w:t xml:space="preserve">[06:13] </w:t>
      </w:r>
      <w:r>
        <w:t>yeh hai dajali, dajaliyat. woh kaise hua? kuch logon ne yeh nazariya nikala, Quran o Hadees mein kahin aisa nahi tha ke Islam aik system hai, mukammal system.</w:t>
      </w:r>
    </w:p>
    <w:p>
      <w:pPr>
        <w:jc w:val="right"/>
      </w:pPr>
      <w:r>
        <w:t>یہ ہے دجالی، دجالیت۔ وہ کیسے ہوا؟ کچھ لوگوں نے یہ نظریہ نکالا، قرآن و حدیث میں کہیں ایسا نہیں تھا کہ اسلام ایک سسٹم ہے، مکمل سسٹم۔</w:t>
      </w:r>
    </w:p>
    <w:p>
      <w:r>
        <w:rPr>
          <w:b/>
        </w:rPr>
        <w:t xml:space="preserve">[06:28] </w:t>
      </w:r>
      <w:r>
        <w:t>is system ko humein naafiz karna hai. yeh nazariya. to aap dekhiye ke jab Islam ki ta'beer aap system ki taraf se karein, aik hai ke Islam ko aap kahein ke personal behaviour, mein kya karoon, yeh hai Islam.</w:t>
      </w:r>
    </w:p>
    <w:p>
      <w:pPr>
        <w:jc w:val="right"/>
      </w:pPr>
      <w:r>
        <w:t>اس سسٹم کو ہمیں نافذ کرنا ہے۔ یہ نظریہ۔ تو آپ دیکھیے کہ جب اسلام کی تعبیر آپ سسٹم کی طرف سے کریں، ایک ہے کہ اسلام کو آپ کہیں کہ پرسنل بیہیویئر، میں کیا کروں، یہ ہے اسلام۔</w:t>
      </w:r>
    </w:p>
    <w:p>
      <w:r>
        <w:rPr>
          <w:b/>
        </w:rPr>
        <w:t xml:space="preserve">[06:51] </w:t>
      </w:r>
      <w:r>
        <w:t>lekin jab aap yeh kahein ke Islam aik system hai, mukammal system hai, is ko naafiz karna hai, to foran hi woh mauzu ban jata hai tashaddud ka.</w:t>
      </w:r>
    </w:p>
    <w:p>
      <w:pPr>
        <w:jc w:val="right"/>
      </w:pPr>
      <w:r>
        <w:t>لیکن جب آپ یہ کہیں کہ اسلام ایک سسٹم ہے، مکمل سسٹم ہے، اس کو نافذ کرنا ہے، تو فوراً ہی وہ موضوع بن جاتا ہے تشدد کا۔</w:t>
      </w:r>
    </w:p>
    <w:p>
      <w:r>
        <w:rPr>
          <w:b/>
        </w:rPr>
        <w:t xml:space="preserve">[07:04] </w:t>
      </w:r>
      <w:r>
        <w:t>kyun ke naafiz kaise karein ge aap? aap chahte hain ke Islam ki hukoomat qaim karna. ab wahan to bohat si hukoomatein bani hui hain already. to sab ko ab ladna pare ga.</w:t>
      </w:r>
    </w:p>
    <w:p>
      <w:pPr>
        <w:jc w:val="right"/>
      </w:pPr>
      <w:r>
        <w:t>کیونکہ نافذ کیسے کریں گے آپ؟ آپ چاہتے ہیں کہ اسلام کی حکومت قائم کرنا۔ اب وہاں تو بہت سی حکومتیں بنی ہوئی ہیں الریڈی۔ تو سب کو اب لڑنا پڑے گا۔</w:t>
      </w:r>
    </w:p>
    <w:p>
      <w:r>
        <w:rPr>
          <w:b/>
        </w:rPr>
        <w:t xml:space="preserve">[07:16] </w:t>
      </w:r>
      <w:r>
        <w:t>sab ko raaste se hatana pare ga. tab aap ke mumkin hoga ke aap Islam ki hukoomat qaim karein. to yeh in the big beginning hi mein, shuru hi mein Islam ban jata hai ladne phirne ka mazhab.</w:t>
      </w:r>
    </w:p>
    <w:p>
      <w:pPr>
        <w:jc w:val="right"/>
      </w:pPr>
      <w:r>
        <w:t>سب کو راستے سے ہٹانا پڑے گا۔ تب آپ کے ممکن ہوگا کہ آپ اسلام کی حکومت قائم کریں۔ تو یہ ان دا بگ بگننگ ہی میں، شروع ہی میں اسلام بن جاتا ہے لڑنے پھرنے کا مذہب۔</w:t>
      </w:r>
    </w:p>
    <w:p>
      <w:r>
        <w:rPr>
          <w:b/>
        </w:rPr>
        <w:t xml:space="preserve">[07:34] </w:t>
      </w:r>
      <w:r>
        <w:t>Allah ne kaha tha ke wallah yad'u ilal Islam. Quran mein hai wallah yad'u ilal Islam.</w:t>
      </w:r>
    </w:p>
    <w:p>
      <w:pPr>
        <w:jc w:val="right"/>
      </w:pPr>
      <w:r>
        <w:t>اللہ نے کہا تھا کہ واللہیدعو الی الاسلام۔ قرآن میں ہے واللہیدعو الی الاسلام۔</w:t>
      </w:r>
    </w:p>
    <w:p>
      <w:r>
        <w:rPr>
          <w:b/>
        </w:rPr>
        <w:t xml:space="preserve">[07:43] </w:t>
      </w:r>
      <w:r>
        <w:t>yani Allah pukarta hai salamti ki taraf, peace ki taraf. Lekin jab aap yeh kahein ke mujhe Islam ka nizam qaim karna hai to ladna parega aap ko sari dunya se ke har ek koi na koi system liye baitha hai, koi na koi hukoomat qaim karna hai is ko.</w:t>
      </w:r>
    </w:p>
    <w:p>
      <w:pPr>
        <w:jc w:val="right"/>
      </w:pPr>
      <w:r>
        <w:t>یعنی اللہ پکارتا ہے سلامتی کی طرف، پیس کی طرف۔ لیکن جب آپ یہ کہیں کہ مجھے اسلام کا نظام قائم کرنا ہے تو لڑنا پڑے گا آپ کو ساری دنیا سے کہ ہر ایک کوئی نہ کوئی سسٹم لیے بیٹھا ہے، کوئی نہ کوئی حکومت قائم کرنا ہے اس کو۔</w:t>
      </w:r>
    </w:p>
    <w:p>
      <w:r>
        <w:rPr>
          <w:b/>
        </w:rPr>
        <w:t xml:space="preserve">[08:02] </w:t>
      </w:r>
      <w:r>
        <w:t>To aap is se ladna shuru kar dein ge kyun ke is ko rastay se hatayein aur aur mafrooha tor par be khayal khud aap Islam ki hukoomat qaim karein.</w:t>
      </w:r>
    </w:p>
    <w:p>
      <w:pPr>
        <w:jc w:val="right"/>
      </w:pPr>
      <w:r>
        <w:t>تو آپ اس سے لڑنا شروع کر دیں گے کیونکہ اس کو راستے سے ہٹائیں اور اور مفروضہ طور پر بے خیال خود آپ اسلام کی حکومت قائم کریں۔</w:t>
      </w:r>
    </w:p>
    <w:p>
      <w:r>
        <w:rPr>
          <w:b/>
        </w:rPr>
        <w:t xml:space="preserve">[08:13] </w:t>
      </w:r>
      <w:r>
        <w:t>To yeh hai, yeh hai dajaliyat. Dajaliyat, dajaliyat yeh hai ke Islam to aaya hai ke insan Allah se mohabbat kare, Allah ko apna concern banaye,</w:t>
      </w:r>
    </w:p>
    <w:p>
      <w:pPr>
        <w:jc w:val="right"/>
      </w:pPr>
      <w:r>
        <w:t>تو یہ ہے، یہ ہے دجالیت۔ دجالیت، دجالیت یہ ہے کہ اسلام تو آیا ہے کہ انسان اللہ سے محبت کرے، اللہ کو اپنا کنسرن بنائے،</w:t>
      </w:r>
    </w:p>
    <w:p>
      <w:r>
        <w:rPr>
          <w:b/>
        </w:rPr>
        <w:t xml:space="preserve">[08:30] </w:t>
      </w:r>
      <w:r>
        <w:t>woh Allah se dare, woh jannat ka musafir bane. Is liye Islam aaya hai. Lekin is interpretation ne Islam ko bana liya tashaddud ka mazhab.</w:t>
      </w:r>
    </w:p>
    <w:p>
      <w:pPr>
        <w:jc w:val="right"/>
      </w:pPr>
      <w:r>
        <w:t>وہ اللہ سے ڈرے، وہ جنت کا مسافر بنے۔ اس لیے اسلام آیا ہے۔ لیکن اس انٹرپریشن نے اسلام کو بنا لیا تشدد کا مذہب۔</w:t>
      </w:r>
    </w:p>
    <w:p>
      <w:r>
        <w:rPr>
          <w:b/>
        </w:rPr>
        <w:t xml:space="preserve">[08:44] </w:t>
      </w:r>
      <w:r>
        <w:t>Kyun ke jis ke dil mein aaya ke mujhe is Muslim ban kar dunya mein jeena hai to aap ne is ko bata diya ke jante ho Islam kya hai?</w:t>
      </w:r>
    </w:p>
    <w:p>
      <w:pPr>
        <w:jc w:val="right"/>
      </w:pPr>
      <w:r>
        <w:t>کیونکہ جس کے دل میں آیا کہ مجھے اس مسلم بن کر دنیا میں جینا ہے تو آپ نے اس کو بتا دیا کہ جانتے ہو اسلام کیا ہے؟</w:t>
      </w:r>
    </w:p>
    <w:p>
      <w:r>
        <w:rPr>
          <w:b/>
        </w:rPr>
        <w:t xml:space="preserve">[08:53] </w:t>
      </w:r>
      <w:r>
        <w:t>Islam mukammal Islam hai, mukammal nizam hai, mukammal system hai har cheez ka. To is bechare ko maloom hua ke jab aaya mukammal system hai to hamein mukammal andaaz mein is ko qaim karna parega, nafiz karna parega.</w:t>
      </w:r>
    </w:p>
    <w:p>
      <w:pPr>
        <w:jc w:val="right"/>
      </w:pPr>
      <w:r>
        <w:t>اسلام مکمل اسلام ہے، مکمل نظام ہے، مکمل سسٹم ہے ہر چیز کا۔ تو اس بیچارے کو معلوم ہوا کہ جب آیا مکمل سسٹم ہے تو ہمیں مکمل انداز میں اس کو قائم کرنا پڑے گا، نافذ کرنا پڑے گا۔</w:t>
      </w:r>
    </w:p>
    <w:p>
      <w:r>
        <w:rPr>
          <w:b/>
        </w:rPr>
        <w:t xml:space="preserve">[09:11] </w:t>
      </w:r>
      <w:r>
        <w:t>Itna phailaya is ko, itna phailaya yeh arbon ne, hindustaniyon ne, pakistaniyon ne, sab ne is mein hissa liya.</w:t>
      </w:r>
    </w:p>
    <w:p>
      <w:pPr>
        <w:jc w:val="right"/>
      </w:pPr>
      <w:r>
        <w:t>اتنا پھیلایا اس کو، اتنا پھیلایا یہ عربوں نے، ہندوستانیوں نے، پاکستانیوں نے، سب نے اس میں حصہ لیا۔</w:t>
      </w:r>
    </w:p>
    <w:p>
      <w:r>
        <w:rPr>
          <w:b/>
        </w:rPr>
        <w:t xml:space="preserve">[09:24] </w:t>
      </w:r>
      <w:r>
        <w:t>Aur sab ke khas tor par naujawanon ke zehn mein daal diya ke jab tak mukammal Islam ke liye tum utho ge nahi, jihad nahi karoge, ladoge nahi, tab to tumhara Allah ka qabool hi nahi hoga, to jannat milegi nahi tum ko.</w:t>
      </w:r>
    </w:p>
    <w:p>
      <w:pPr>
        <w:jc w:val="right"/>
      </w:pPr>
      <w:r>
        <w:t>اور سب کے خاص طور پر نوجوانوں کے ذہن میں ڈال دیا کہ جب تک مکمل اسلام کے لیے تم اٹھو گے نہیں، جہاد نہیں کرو گے، لڑو گے نہیں، تب تو تمہارا اللہ کا قبول ہی نہیں ہوگا، تو جنت ملے گی نہیں تم کو۔</w:t>
      </w:r>
    </w:p>
    <w:p>
      <w:r>
        <w:rPr>
          <w:b/>
        </w:rPr>
        <w:t xml:space="preserve">[09:40] </w:t>
      </w:r>
      <w:r>
        <w:t>To pehle din se gaya wo log paida ho gaye jin ko hum kehte hain billah jaisay log.</w:t>
      </w:r>
    </w:p>
    <w:p>
      <w:pPr>
        <w:jc w:val="right"/>
      </w:pPr>
      <w:r>
        <w:t>تو پہلے دن سے گیا وہ لوگ پیدا ہوگئے جن کو ہم کہتے ہیں باللہ جیسے لوگ۔</w:t>
      </w:r>
    </w:p>
    <w:p>
      <w:r>
        <w:rPr>
          <w:b/>
        </w:rPr>
        <w:t xml:space="preserve">[09:49] </w:t>
      </w:r>
      <w:r>
        <w:t>Ab rai ho rahi hai, rai ho rahi hai, rai ho rahi hai. Yani Islam tha peace ke liye, aman ke liye, mohabbat ke liye, khair khwahi ke liye.</w:t>
      </w:r>
    </w:p>
    <w:p>
      <w:pPr>
        <w:jc w:val="right"/>
      </w:pPr>
      <w:r>
        <w:t>اب رائی ہو رہی ہے، رائی ہو رہی ہے، رائی ہو رہی ہے۔ یعنی اسلام تھا پیس کے لیے، امن کے لیے، محبت کے لیے، خیر خواہی کے لیے۔</w:t>
      </w:r>
    </w:p>
    <w:p>
      <w:r>
        <w:rPr>
          <w:b/>
        </w:rPr>
        <w:t xml:space="preserve">[09:58] </w:t>
      </w:r>
      <w:r>
        <w:t>Lekin awwal din hi se ban gaya wo tashaddud ke liye, tashaddud ke liye. Ab dekhiye, yani is sochne ko dekhiye jin logon ne yeh baatein kahein, wo arab bhi thay aur pakistani bhi thay, India ke bhi log thay, sab thay.</w:t>
      </w:r>
    </w:p>
    <w:p>
      <w:pPr>
        <w:jc w:val="right"/>
      </w:pPr>
      <w:r>
        <w:t>لیکن اول دن ہی سے بن گیا وہ تشدد کے لیے، تشدد کے لیے۔ اب دیکھیے، یعنی اس سوچنے کو دیکھیے جن لوگوں نے یہ باتیں کہیں، وہ عرب بھی تھے اور پاکستانی بھی تھے، انڈیا کے بھی لوگ تھے، سب تھے۔</w:t>
      </w:r>
    </w:p>
    <w:p>
      <w:r>
        <w:rPr>
          <w:b/>
        </w:rPr>
        <w:t xml:space="preserve">[10:16] </w:t>
      </w:r>
      <w:r>
        <w:t>Kisi ne yeh socha nahi ke Quran mein kaha hai ke nafiz shariat al Islam, yeh kahan hai?</w:t>
      </w:r>
    </w:p>
    <w:p>
      <w:pPr>
        <w:jc w:val="right"/>
      </w:pPr>
      <w:r>
        <w:t>کسی نے یہ سوچا نہیں کہ قرآن میں کہا ہے کہ نفذ شریعت الاسلام، یہ کہاں ہے؟</w:t>
      </w:r>
    </w:p>
    <w:p>
      <w:r>
        <w:rPr>
          <w:b/>
        </w:rPr>
        <w:t xml:space="preserve">[10:26] </w:t>
      </w:r>
      <w:r>
        <w:t>Yani nafiz karne ka jo concept hai, is ko qaim karne ka jo concept hai, wo kahan hai Quran mein? Quran mein to follow karna hai, follow karna hai, pairvi karo.</w:t>
      </w:r>
    </w:p>
    <w:p>
      <w:pPr>
        <w:jc w:val="right"/>
      </w:pPr>
      <w:r>
        <w:t>یعنی نافذ کرنے کا جو کانسیپٹ ہے، اس کو قائم کرنے کا جو کانسیپٹ ہے، وہ کہاں ہے قرآن میں؟ قرآن میں تو فالو کرنا ہے، فالو کرنا ہے، پیروی کرو۔</w:t>
      </w:r>
    </w:p>
    <w:p>
      <w:r>
        <w:rPr>
          <w:b/>
        </w:rPr>
        <w:t xml:space="preserve">[10:39] </w:t>
      </w:r>
      <w:r>
        <w:t>Aap ne pairvi ko yani nafiz karne ke maani mein le liya, yani lazim ko mutaddi bana diya.</w:t>
      </w:r>
    </w:p>
    <w:p>
      <w:pPr>
        <w:jc w:val="right"/>
      </w:pPr>
      <w:r>
        <w:t>آپ نے پیروی کو یعنی نافذ کرنے کے معنی میں لے لیا، یعنی لازم کو متعدی بنا دیا۔</w:t>
      </w:r>
    </w:p>
    <w:p>
      <w:r>
        <w:rPr>
          <w:b/>
        </w:rPr>
        <w:t xml:space="preserve">[10:51] </w:t>
      </w:r>
      <w:r>
        <w:t>To hona chahiye tha Quran mein koi lafz aisa ke nafiz shariat al Islam, nafiz karo Islam ki shariat ko. Kahan hai yeh?</w:t>
      </w:r>
    </w:p>
    <w:p>
      <w:pPr>
        <w:jc w:val="right"/>
      </w:pPr>
      <w:r>
        <w:t>تو ہونا چاہیے تھا قرآن میں کوئی لفظ ایسا کہ نفذ شریعت الاسلام، نافذ کرو اسلام کی شریعت کو۔ کہاں ہے یہ؟</w:t>
      </w:r>
    </w:p>
    <w:p>
      <w:r>
        <w:rPr>
          <w:b/>
        </w:rPr>
        <w:t xml:space="preserve">[11:00] </w:t>
      </w:r>
      <w:r>
        <w:t>Aqim dawlat al Islam, qaim karo Islam ki hukoomat ko. To yeh kahan hai yeh? Aisi koi ayat aisi ho jis mein nahi hai, nahi hai, nahi hai ke yeh kahe ke aqim dawlat al Islam, nafiz shariat al Islamia, kahin nahi hai.</w:t>
      </w:r>
    </w:p>
    <w:p>
      <w:pPr>
        <w:jc w:val="right"/>
      </w:pPr>
      <w:r>
        <w:t>اقم دولت الاسلام، قائم کرو اسلام کی حکومت کو۔ تو یہ کہاں ہے یہ؟ ایسی کوئی آیت ایسی ہو جس میں نہیں ہے، نہیں ہے، نہیں ہے کہ یہ کہے کہ اقم دولت الاسلام، نفذ شریعت الاسلامیہ، کہیں نہیں ہے۔</w:t>
      </w:r>
    </w:p>
    <w:p>
      <w:r>
        <w:rPr>
          <w:b/>
        </w:rPr>
        <w:t xml:space="preserve">[11:18] </w:t>
      </w:r>
      <w:r>
        <w:t>To yeh apne dimagh se ek model banaya, apne dimagh se, aur is ko itne khoobsurat andaaz mein mein ne jin logon se baatein karein, bohat logon se, to sab ke zehn mein jo model bas gaya hai, wo hai mukammal model Islam ka model, mukammal.</w:t>
      </w:r>
    </w:p>
    <w:p>
      <w:pPr>
        <w:jc w:val="right"/>
      </w:pPr>
      <w:r>
        <w:t>تو یہ اپنے دماغ سے ایک ماڈل بنایا، اپنے دماغ سے، اور اس کو اتنے خوبصورت انداز میں میں نے جن لوگوں سے باتیں کیں، بہت لوگوں سے، تو سب کے ذہن میں جو ماڈل بس گیا ہے، وہ ہے مکمل ماڈل اسلام کا ماڈل، مکمل۔</w:t>
      </w:r>
    </w:p>
    <w:p>
      <w:r>
        <w:rPr>
          <w:b/>
        </w:rPr>
        <w:t xml:space="preserve">[11:39] </w:t>
      </w:r>
      <w:r>
        <w:t>Ab wo samajhte hain ke agar hum ne mukammal Islam ko apna nishana nahi banaya to phir adhura Islam le kar baithe hain. To Allah taala kahe ga ke tum adhura Islam laye ho to kya hoga?</w:t>
      </w:r>
    </w:p>
    <w:p>
      <w:pPr>
        <w:jc w:val="right"/>
      </w:pPr>
      <w:r>
        <w:t>اب وہ سمجھتے ہیں کہ اگر ہم نے مکمل اسلام کو اپنا نشانہ نہیں بنایا تو پھر ادھورا اسلام لے کر بیٹھے ہیں۔ تو اللہ تعالیٰ کہے گا کہ تم ادھورا اسلام لائے ہو تو کیا ہوگا؟</w:t>
      </w:r>
    </w:p>
    <w:p>
      <w:r>
        <w:rPr>
          <w:b/>
        </w:rPr>
        <w:t xml:space="preserve">[11:51] </w:t>
      </w:r>
      <w:r>
        <w:t>Kis kis kaam ka hoga wo? To yani mukammal Islam ka jo doosra model hai, adhura Islam, to unhon ne samjha ke agar mukammal Islam nahi, nahi ka jhanda nahi uthayenge to hamara Islam adhura Islam ban jayega.</w:t>
      </w:r>
    </w:p>
    <w:p>
      <w:pPr>
        <w:jc w:val="right"/>
      </w:pPr>
      <w:r>
        <w:t>کس کس کام کا ہوگا وہ؟ تو یعنی مکمل اسلام کا جو دوسرا ماڈل ہے، ادھورا اسلام، تو انہوں نے سمجھا کہ اگر مکمل اسلام نہیں، نہیں کا جھنڈا نہیں اٹھائیں گے تو ہمارا اسلام ادھورا اسلام بن جائے گا۔</w:t>
      </w:r>
    </w:p>
    <w:p>
      <w:r>
        <w:rPr>
          <w:b/>
        </w:rPr>
        <w:t xml:space="preserve">[12:08] </w:t>
      </w:r>
      <w:r>
        <w:t>To pehle din se Islam larai ka mozu ban gaya aur is ko jihad kaha gaya, yeh kaha gaya, wo kaha gaya. To mein samajhta hoon ke yahi dajali hai.</w:t>
      </w:r>
    </w:p>
    <w:p>
      <w:pPr>
        <w:jc w:val="right"/>
      </w:pPr>
      <w:r>
        <w:t>تو پہلے دن سے اسلام لڑائی کا موضوع بن گیا اور اس کو جہاد کہا گیا، یہ کہا گیا، وہ کہا گیا۔ تو میں سمجھتا ہوں کہ یہی دجالی ہے۔</w:t>
      </w:r>
    </w:p>
    <w:p>
      <w:r>
        <w:rPr>
          <w:b/>
        </w:rPr>
        <w:t xml:space="preserve">[12:20] </w:t>
      </w:r>
      <w:r>
        <w:t>Mein kisi fard ko dajjal nahi kehta. Log log dhoondhte hain ke fard kaun hai? Dajjal bas bas fard kaun hai?</w:t>
      </w:r>
    </w:p>
    <w:p>
      <w:pPr>
        <w:jc w:val="right"/>
      </w:pPr>
      <w:r>
        <w:t>میں کسی فرد کو دجال نہیں کہتا۔ لوگ لوگ ڈھونڈتے ہیں کہ فرد کون ہے؟ دجال بس بس فرد کون ہے؟</w:t>
      </w:r>
    </w:p>
    <w:p>
      <w:r>
        <w:rPr>
          <w:b/>
        </w:rPr>
        <w:t xml:space="preserve">[12:31] </w:t>
      </w:r>
      <w:r>
        <w:t>Mein aisa nahi karta. Mera jo meri jo study rahi hai, study meri mutala, wo raha hai ke dajaliyat kya hai?</w:t>
      </w:r>
    </w:p>
    <w:p>
      <w:pPr>
        <w:jc w:val="right"/>
      </w:pPr>
      <w:r>
        <w:t>میں ایسا نہیں کرتا۔ میرا جو میری جو اسٹڈی رہی ہے، اسٹڈی میری مطالعہ، وہ رہا ہے کہ دجالیت کیا ہے؟</w:t>
      </w:r>
    </w:p>
    <w:p>
      <w:r>
        <w:rPr>
          <w:b/>
        </w:rPr>
        <w:t xml:space="preserve">[12:43] </w:t>
      </w:r>
      <w:r>
        <w:t>Mein dajjal ko leta hoon dajaliyat ke maani mein, fitna ke maani mein. Fitna to dekhiye, pehle zamanay mein, Rasool Allah ke zamanay mein</w:t>
      </w:r>
    </w:p>
    <w:p>
      <w:pPr>
        <w:jc w:val="right"/>
      </w:pPr>
      <w:r>
        <w:t>میں دجال کو لیتا ہوں دجالیت کے معنی میں، فتنہ کے معنی میں۔ فتنہ تو دیکھیے، پہلے زمانے میں، رسول اللہ کے زمانے میں</w:t>
      </w:r>
    </w:p>
    <w:p>
      <w:r>
        <w:rPr>
          <w:b/>
        </w:rPr>
        <w:t xml:space="preserve">[12:59] </w:t>
      </w:r>
      <w:r>
        <w:t>jo Islam ka concept tha, wo tha ke Islam Allah ka deen hai, is ko follow karo, follow karo. To follow karo ke jab lafz ho pairvi karo to apne upar is ka nishana banega ke mujhe follow karna hai, mujhe follow karna hai, mujhe follow karna hai.</w:t>
      </w:r>
    </w:p>
    <w:p>
      <w:pPr>
        <w:jc w:val="right"/>
      </w:pPr>
      <w:r>
        <w:t>جو اسلام کا کانسیپٹ تھا، وہ تھا کہ اسلام اللہ کا دین ہے، اس کو فالو کرو، فالو کرو۔ تو فالو کرو کہ جب لفظ ہو پیروی کرو تو اپنے اوپر اس کا نشانہ بنے گا کہ مجھے فالو کرنا ہے، مجھے فالو کرنا ہے، مجھے فالو کرنا ہے۔</w:t>
      </w:r>
    </w:p>
    <w:p>
      <w:r>
        <w:rPr>
          <w:b/>
        </w:rPr>
        <w:t xml:space="preserve">[13:18] </w:t>
      </w:r>
      <w:r>
        <w:t>Lekin jab aap yeh kiya ke nafiz karo, nafiz karo to doosra nishana ban gaye ke doosron ke upar nafiz karna hai. Phir larai shuru ho gayi.</w:t>
      </w:r>
    </w:p>
    <w:p>
      <w:pPr>
        <w:jc w:val="right"/>
      </w:pPr>
      <w:r>
        <w:t>لیکن جب آپ یہ کیا کہ نافذ کرو، نافذ کرو تو دوسرا نشانہ بن گئے کہ دوسروں کے اوپر نافذ کرنا ہے۔ پھر لڑائی شروع ہوگئی۔</w:t>
      </w:r>
    </w:p>
    <w:p>
      <w:r>
        <w:rPr>
          <w:b/>
        </w:rPr>
        <w:t xml:space="preserve">[13:27] </w:t>
      </w:r>
      <w:r>
        <w:t>isi liye dekhiye, kashmir mein, pakistan mein, falasteen mein, misr mein, har jagah par islam ka naam padhai, islam ka naam padhai.</w:t>
      </w:r>
    </w:p>
    <w:p>
      <w:pPr>
        <w:jc w:val="right"/>
      </w:pPr>
      <w:r>
        <w:t>اسی لیے دیکھیے، کشمیر میں، پاکستان میں، فلسطین میں، مصر میں، ہر جگہ پر اسلام کا نام پڑھائی، اسلام کا نام پڑھائی۔</w:t>
      </w:r>
    </w:p>
    <w:p>
      <w:r>
        <w:rPr>
          <w:b/>
        </w:rPr>
        <w:t xml:space="preserve">[13:37] </w:t>
      </w:r>
      <w:r>
        <w:t>is ki wajah yahi hai ke lazim ko mutaddi kar diya, follow karne ko, is ko nafiz karne ke maani mein le liya.</w:t>
      </w:r>
    </w:p>
    <w:p>
      <w:pPr>
        <w:jc w:val="right"/>
      </w:pPr>
      <w:r>
        <w:t>اس کی وجہ یہی ہے کہ لازم کو متعدی کر دیا، فالو کرنے کو، اس کو نافذ کرنے کے معنی میں لے لیا۔</w:t>
      </w:r>
    </w:p>
    <w:p>
      <w:r>
        <w:rPr>
          <w:b/>
        </w:rPr>
        <w:t xml:space="preserve">[13:47] </w:t>
      </w:r>
      <w:r>
        <w:t>yahi dajali hai. dekhen, dajjal ka matlab kya hai?</w:t>
      </w:r>
    </w:p>
    <w:p>
      <w:pPr>
        <w:jc w:val="right"/>
      </w:pPr>
      <w:r>
        <w:t>یہی دجالی ہے۔ دیکھیں، دجال کا مطلب کیا ہے؟</w:t>
      </w:r>
    </w:p>
    <w:p>
      <w:r>
        <w:rPr>
          <w:b/>
        </w:rPr>
        <w:t xml:space="preserve">[13:54] </w:t>
      </w:r>
      <w:r>
        <w:t>dajjal kehte hain disプター, great disプター, bohat ziyada dhoka dene wala. great disプター lafzi maani.</w:t>
      </w:r>
    </w:p>
    <w:p>
      <w:pPr>
        <w:jc w:val="right"/>
      </w:pPr>
      <w:r>
        <w:t>دجال کہتے ہیں ڈسپٹر، گریٹ ڈسپٹر، بہت زیادہ دھوکہ دینے والا۔ گریٹ ڈسپٹر لفظی معنی۔</w:t>
      </w:r>
    </w:p>
    <w:p>
      <w:r>
        <w:rPr>
          <w:b/>
        </w:rPr>
        <w:t xml:space="preserve">[14:09] </w:t>
      </w:r>
      <w:r>
        <w:t>lekin isi se maana gaya ke jab agar pital ke bartan par ab lohe ka polish kar dein,</w:t>
      </w:r>
    </w:p>
    <w:p>
      <w:pPr>
        <w:jc w:val="right"/>
      </w:pPr>
      <w:r>
        <w:t>لیکن اسی سے مانا گیا کہ جب اگر پیتل کے برتن پر اب لوہے کا پالش کر دیں،</w:t>
      </w:r>
    </w:p>
    <w:p>
      <w:r>
        <w:rPr>
          <w:b/>
        </w:rPr>
        <w:t xml:space="preserve">[14:21] </w:t>
      </w:r>
      <w:r>
        <w:t>peele ke pi pi pippal, pital ke bartan par lohe ki polish kar dein, is ko kehte hain dajjal. is mulamma ko, is polish ko dajjal kehte hain.</w:t>
      </w:r>
    </w:p>
    <w:p>
      <w:pPr>
        <w:jc w:val="right"/>
      </w:pPr>
      <w:r>
        <w:t>پیلے کے پی پی پیپل، پیتل کے برتن پر لوہے کی پالش کر دیں، اس کو کہتے ہیں دجال۔ اس ملمہ کو، اس پالش کو دجال کہتے ہیں۔</w:t>
      </w:r>
    </w:p>
    <w:p>
      <w:r>
        <w:rPr>
          <w:b/>
        </w:rPr>
        <w:t xml:space="preserve">[14:34] </w:t>
      </w:r>
      <w:r>
        <w:t>yaani woh disプター hai, bohat bara dhoka dene wala hai ke dikhata hai ke main sone ki polish hoon, haalanki woh pital ki polish hai.</w:t>
      </w:r>
    </w:p>
    <w:p>
      <w:pPr>
        <w:jc w:val="right"/>
      </w:pPr>
      <w:r>
        <w:t>یعنی وہ ڈسپٹر ہے، بہت بڑا دھوکہ دینے والا ہے کہ دکھاتا ہے کہ میں سونے کی پالش ہوں، حالانکہ وہ پیتل کی پالش ہے۔</w:t>
      </w:r>
    </w:p>
    <w:p>
      <w:r>
        <w:rPr>
          <w:b/>
        </w:rPr>
        <w:t xml:space="preserve">[14:44] </w:t>
      </w:r>
      <w:r>
        <w:t>to koi bohat hi bara dhoke ka amal hai, bohat bara receive karne ka amal, koi ho to is ko kahenge dajaliyat.</w:t>
      </w:r>
    </w:p>
    <w:p>
      <w:pPr>
        <w:jc w:val="right"/>
      </w:pPr>
      <w:r>
        <w:t>تو کوئی بہت ہی بڑا دھوکے کا عمل ہے، بہت بڑا ریسیو کرنے کا عمل، کوئی ہو تو اس کو کہیں گے دجالیت۔</w:t>
      </w:r>
    </w:p>
    <w:p>
      <w:r>
        <w:rPr>
          <w:b/>
        </w:rPr>
        <w:t xml:space="preserve">[14:55] </w:t>
      </w:r>
      <w:r>
        <w:t>to is se bara kya ho sakta hai ke islam jo mazhab hai peace ka, is ko bana diya violence ka.</w:t>
      </w:r>
    </w:p>
    <w:p>
      <w:pPr>
        <w:jc w:val="right"/>
      </w:pPr>
      <w:r>
        <w:t>تو اس سے بڑا کیا ہو سکتا ہے کہ اسلام جو مذہب ہے پیس کا، اس کو بنا دیا وائلنس کا۔</w:t>
      </w:r>
    </w:p>
    <w:p>
      <w:r>
        <w:rPr>
          <w:b/>
        </w:rPr>
        <w:t xml:space="preserve">[15:05] </w:t>
      </w:r>
      <w:r>
        <w:t>islam jo mazhab hai mohabbat ka, is ko bana diya jaye dushmani ka. islam jo hai doosron ki khair khwahi ka, is ko bana diya doosron ko dushman, dushman samajh ke.</w:t>
      </w:r>
    </w:p>
    <w:p>
      <w:pPr>
        <w:jc w:val="right"/>
      </w:pPr>
      <w:r>
        <w:t>اسلام جو مذہب ہے محبت کا، اس کو بنا دیا جائے دشمنی کا۔ اسلام جو ہے دوسروں کی خیر خواہی کا، اس کو بنا دیا دوسروں کو دشمن، دشمن سمجھ کے۔</w:t>
      </w:r>
    </w:p>
    <w:p>
      <w:r>
        <w:rPr>
          <w:b/>
        </w:rPr>
        <w:t xml:space="preserve">[15:18] </w:t>
      </w:r>
      <w:r>
        <w:t>to is se bara dhoka kya ho sakta hai? is se bara dhoka kya ho sakta hai? aur yeh itna phaila hai, itna phaila hai ke tamam arab, tamam non arab sab is mein phans gaye.</w:t>
      </w:r>
    </w:p>
    <w:p>
      <w:pPr>
        <w:jc w:val="right"/>
      </w:pPr>
      <w:r>
        <w:t>تو اس سے بڑا دھوکہ کیا ہو سکتا ہے؟ اس سے بڑا دھوکہ کیا ہو سکتا ہے؟ اور یہ اتنا پھیلا ہے، اتنا پھیلا ہے کہ تمام عرب، تمام نان عرب سب اس میں پھنس گئے۔</w:t>
      </w:r>
    </w:p>
    <w:p>
      <w:r>
        <w:rPr>
          <w:b/>
        </w:rPr>
        <w:t xml:space="preserve">[15:32] </w:t>
      </w:r>
      <w:r>
        <w:t>ek mashhoor, ek bohat hi bare scholar the, lubnani the, woh arab the. un ka naam tha amir shaqib arsalan.</w:t>
      </w:r>
    </w:p>
    <w:p>
      <w:pPr>
        <w:jc w:val="right"/>
      </w:pPr>
      <w:r>
        <w:t>ایک مشہور، ایک بہت ہی بڑے سکالر تھے، لبنانی تھے، وہ عرب تھے۔ ان کا نام تھا امیر شکیب ارسلان۔</w:t>
      </w:r>
    </w:p>
    <w:p>
      <w:r>
        <w:rPr>
          <w:b/>
        </w:rPr>
        <w:t xml:space="preserve">[15:44] </w:t>
      </w:r>
      <w:r>
        <w:t>woh arab the, bohat hi zabardast aadmi the. jab woh pehli baar</w:t>
      </w:r>
    </w:p>
    <w:p>
      <w:pPr>
        <w:jc w:val="right"/>
      </w:pPr>
      <w:r>
        <w:t>وہ عرب تھے، بہت ہی زبردست آدمی تھے۔ جب وہ پہلی بار</w:t>
      </w:r>
    </w:p>
    <w:p>
      <w:r>
        <w:rPr>
          <w:b/>
        </w:rPr>
        <w:t xml:space="preserve">[15:52] </w:t>
      </w:r>
      <w:r>
        <w:t>amir shaqib arsalan pehli baar mile jo mu'azuddin afghani se, to mu'azuddin afghani un ko dekh ke itna ziyada over whelm ho gaye ke unhone kaha: "ana wahduna wahduna al-islam alladhi ummat ka".</w:t>
      </w:r>
    </w:p>
    <w:p>
      <w:pPr>
        <w:jc w:val="right"/>
      </w:pPr>
      <w:r>
        <w:t>امیر شکیب ارسلان پہلی بار ملے جو معاذ الدین افغانی سے، تو معاذ الدین افغانی ان کو دیکھ کے اتنا زیادہ اوور ویلم ہو گئے کہ انہوں نے کہا: "انا وحدنا وحدنا الاسلام الذی امت کا"۔</w:t>
      </w:r>
    </w:p>
    <w:p>
      <w:r>
        <w:rPr>
          <w:b/>
        </w:rPr>
        <w:t xml:space="preserve">[16:11] </w:t>
      </w:r>
      <w:r>
        <w:t>un ki zuban se nikla jo mu'azuddin afghani ki zuban se: "amir shaqib arsalan ke liye ana wahduna wahduna al-islam alladhi ummat ka.</w:t>
      </w:r>
    </w:p>
    <w:p>
      <w:pPr>
        <w:jc w:val="right"/>
      </w:pPr>
      <w:r>
        <w:t>ان کی زبان سے نکلا جو معاذ الدین افغانی کی زبان سے: "امیر شکیب ارسلان کے لیے انا وحدنا وحدنا الاسلام الذی امت کا۔</w:t>
      </w:r>
    </w:p>
    <w:p>
      <w:r>
        <w:rPr>
          <w:b/>
        </w:rPr>
        <w:t xml:space="preserve">[16:21] </w:t>
      </w:r>
      <w:r>
        <w:t>main sarzameen-e-islam ko mubarakbad deta hoon jis ne tumhare saath ehsaan paida kiya". lekin amir shaqib arsalan kya the?</w:t>
      </w:r>
    </w:p>
    <w:p>
      <w:pPr>
        <w:jc w:val="right"/>
      </w:pPr>
      <w:r>
        <w:t>میں سرزمین اسلام کو مبارکباد دیتا ہوں جس نے تمہارے ساتھ احسان پیدا کیا"۔ لیکن امیر شکیب ارسلان کیا تھے؟</w:t>
      </w:r>
    </w:p>
    <w:p>
      <w:r>
        <w:rPr>
          <w:b/>
        </w:rPr>
        <w:t xml:space="preserve">[16:33] </w:t>
      </w:r>
      <w:r>
        <w:t>unhone bhi wahi kitaab, un ki kitaab mein padhi hai, aap hazir al-alamin islami padhiye, aap un ki kitaab hai: "limadha ta'akhara al-musallimun wa taqaddama ghayr al-musallimun?" kyon pachhad gaye aur doosre log koi aage ho gaye?</w:t>
      </w:r>
    </w:p>
    <w:p>
      <w:pPr>
        <w:jc w:val="right"/>
      </w:pPr>
      <w:r>
        <w:t>انہوں نے بھی وہی کتاب، ان کی کتاب میں پڑھی ہے، آپ حاضر العالمین اسلامی پڑھیے، آپ ان کی کتاب ہے: "لماذا تاخر المسلمون وتقدم غیر مسلمان؟" کیوں پچھڑ گئے اور دوسرے لوگ کوئی آگے ہو گئے؟</w:t>
      </w:r>
    </w:p>
    <w:p>
      <w:r>
        <w:rPr>
          <w:b/>
        </w:rPr>
        <w:t xml:space="preserve">[16:49] </w:t>
      </w:r>
      <w:r>
        <w:t>is kitaab ka khulasa hai, is kitaab ka ke musalmanon ne jihad chhod diya, jihad chhod diya.</w:t>
      </w:r>
    </w:p>
    <w:p>
      <w:pPr>
        <w:jc w:val="right"/>
      </w:pPr>
      <w:r>
        <w:t>اس کتاب کا خلاصہ ہے، اس کتاب کا کہ مسلمانوں نے جہاد چھوڑ دیا، جہاد چھوڑ دیا۔</w:t>
      </w:r>
    </w:p>
    <w:p>
      <w:r>
        <w:rPr>
          <w:b/>
        </w:rPr>
        <w:t xml:space="preserve">[16:57] </w:t>
      </w:r>
      <w:r>
        <w:t>yeh to double ghalati hai, yeh to double ghalati hai. is liye ke saare musalman jihadi to kar rahe hain, har jagah lad rahe hain, har jagah lad rahe hain: misr mein, pakistan mein,</w:t>
      </w:r>
    </w:p>
    <w:p>
      <w:pPr>
        <w:jc w:val="right"/>
      </w:pPr>
      <w:r>
        <w:t>یہ تو ڈبل غلطی ہے، یہ تو ڈبل غلطی ہے۔ اس لیے کہ سارے مسلمان جہادی تو کر رہے ہیں، ہر جگہ لڑ رہے ہیں، ہر جگہ لڑ رہے ہیں: مصر میں، پاکستان میں،</w:t>
      </w:r>
    </w:p>
    <w:p>
      <w:r>
        <w:rPr>
          <w:b/>
        </w:rPr>
        <w:t xml:space="preserve">[17:12] </w:t>
      </w:r>
      <w:r>
        <w:t>falasteen mein, afghanistan mein, jahan dekhiye, jahan dekhiye, woh lad rahe hain, bomb maar rahe hain, patthar maar rahe hain. to yahi to kar rahe hain.</w:t>
      </w:r>
    </w:p>
    <w:p>
      <w:pPr>
        <w:jc w:val="right"/>
      </w:pPr>
      <w:r>
        <w:t>فلسطین میں، افغانستان میں، جہاں دیکھیے، جہاں دیکھیے، وہ لڑ رہے ہیں، بم مار رہے ہیں، پتھر مار رہے ہیں۔ تو یہی تو کر رہے ہیں۔</w:t>
      </w:r>
    </w:p>
    <w:p>
      <w:r>
        <w:rPr>
          <w:b/>
        </w:rPr>
        <w:t xml:space="preserve">[17:22] </w:t>
      </w:r>
      <w:r>
        <w:t>yeh itne bare aadmi the, itne bare scholar the, lekin unhone yeh samjha nahi ke jo cheez leak kar rahi hai, woh result hai, jihad nahi hai.</w:t>
      </w:r>
    </w:p>
    <w:p>
      <w:pPr>
        <w:jc w:val="right"/>
      </w:pPr>
      <w:r>
        <w:t>یہ اتنے بڑے آدمی تھے، اتنے بڑے سکالر تھے، لیکن انہوں نے یہ سمجھا نہیں کہ جو چیز لیک کر رہی ہے، وہ رزلٹ ہے، جہاد نہیں ہے۔</w:t>
      </w:r>
    </w:p>
    <w:p>
      <w:r>
        <w:rPr>
          <w:b/>
        </w:rPr>
        <w:t xml:space="preserve">[17:35] </w:t>
      </w:r>
      <w:r>
        <w:t>der jihad, but der no result. itni si baat yeh samjhai hai. woh itne bare aadmi the ke un ki kitaben bohat hi mashhoor hain.</w:t>
      </w:r>
    </w:p>
    <w:p>
      <w:pPr>
        <w:jc w:val="right"/>
      </w:pPr>
      <w:r>
        <w:t>دیر جہاد، بٹ دیر نو رزلٹ۔ اتنی سی بات یہ سمجھائی ہے۔ وہ اتنے بڑے آدمی تھے کہ ان کی کتابیں بہت ہی مشہور ہیں۔</w:t>
      </w:r>
    </w:p>
    <w:p>
      <w:r>
        <w:rPr>
          <w:b/>
        </w:rPr>
        <w:t xml:space="preserve">[17:47] </w:t>
      </w:r>
      <w:r>
        <w:t>yaani kaisi ajeeb baat hai ke masla tha lack of result ka aur samajh kar liya ke lack jihad ka masla hai.</w:t>
      </w:r>
    </w:p>
    <w:p>
      <w:pPr>
        <w:jc w:val="right"/>
      </w:pPr>
      <w:r>
        <w:t>یعنی کیسی عجیب بات ہے کہ مسئلہ تھا لیک آف رزلٹ کا اور سمجھ کر لیا کہ لیک جہاد کا مسئلہ ہے۔</w:t>
      </w:r>
    </w:p>
    <w:p>
      <w:r>
        <w:rPr>
          <w:b/>
        </w:rPr>
        <w:t xml:space="preserve">[17:59] </w:t>
      </w:r>
      <w:r>
        <w:t>obsession, obsession ki wajah se to saare log bas jihad, jihad, jihad, musallah jihad,</w:t>
      </w:r>
    </w:p>
    <w:p>
      <w:pPr>
        <w:jc w:val="right"/>
      </w:pPr>
      <w:r>
        <w:t>آپسیشن، آپسیشن کی وجہ سے تو سارے لوگ بس جہاد، جہاد، جہاد، مسلح جہاد،</w:t>
      </w:r>
    </w:p>
    <w:p>
      <w:r>
        <w:rPr>
          <w:b/>
        </w:rPr>
        <w:t xml:space="preserve">[18:12] </w:t>
      </w:r>
      <w:r>
        <w:t>jise koi ka koi sar par nahi tha, koi ahadees mein is ka koi buniyad nahi thi. lekin yeh jo kaha ke mukammal islam, mukammal islam, to bechare log darne lage ke are ab mukammal islam nahi lenge to ab Allah taala qabool nahi karega hamara islam ke aap namaz padhen, roza na rakhen, roza rakhen, hajj na karen to naamukammal ho gaya.</w:t>
      </w:r>
    </w:p>
    <w:p>
      <w:pPr>
        <w:jc w:val="right"/>
      </w:pPr>
      <w:r>
        <w:t>جسے کوئی کا کوئی سر پر نہیں تھا، کوئی احادیث میں اس کا کوئی بنیاد نہیں تھی۔ لیکن یہ جو کہا کہ مکمل اسلام، مکمل اسلام، تو بیچارے لوگ ڈرنے لگے کہ ارے اب مکمل اسلام نہیں لیں گے تو اب اللہ تعالیٰ قبول نہیں کرے گا ہمارا اسلام کہ آپ نماز پڑھیں، روزہ نہ رکھیں، روزہ رکھیں، حج نہ کریں تو نامکمل ہو گیا۔</w:t>
      </w:r>
    </w:p>
    <w:p>
      <w:r>
        <w:rPr>
          <w:b/>
        </w:rPr>
        <w:t xml:space="preserve">[18:38] </w:t>
      </w:r>
      <w:r>
        <w:t>to aise hi wahan ho jayega. to yeh main samajhta hoon ke sab se bara fareb tha, fareb mukammal islam, mukammal islam nahin.</w:t>
      </w:r>
    </w:p>
    <w:p>
      <w:pPr>
        <w:jc w:val="right"/>
      </w:pPr>
      <w:r>
        <w:t>تو ایسے ہی وہاں ہو جائے گا۔ تو یہ میں سمجھتا ہوں کہ سب سے بڑا فریب تھا، فریب مکمل اسلام، مکمل اسلام نہیں۔</w:t>
      </w:r>
    </w:p>
    <w:p>
      <w:r>
        <w:rPr>
          <w:b/>
        </w:rPr>
        <w:t xml:space="preserve">[18:49] </w:t>
      </w:r>
      <w:r>
        <w:t>aap ke jo halaat hon, is halaat ke lihaz se aap ko jo surat-e-haal pesh aaye, is surat-e-haal mein aap Allah ke bande bane rahen, Allah se darne wale bane rahen, Allah se mohabbat karne wale bane rahen,</w:t>
      </w:r>
    </w:p>
    <w:p>
      <w:pPr>
        <w:jc w:val="right"/>
      </w:pPr>
      <w:r>
        <w:t>آپ کے جو حالات ہوں، اس حالات کے لحاظ سے آپ کو جو صورتحال پیش آئے، اس صورتحال میں آپ اللہ کے بندے بنے رہیں، اللہ سے ڈرنے والے بنے رہیں، اللہ سے محبت کرنے والے بنے رہیں،</w:t>
      </w:r>
    </w:p>
    <w:p>
      <w:r>
        <w:rPr>
          <w:b/>
        </w:rPr>
        <w:t xml:space="preserve">[19:03] </w:t>
      </w:r>
      <w:r>
        <w:t>aakhirat ka nishana pakre rahen. is se nigah hata na paye kyunke dekhiye quran mein hai: "khalaq al-mawt wal-hayat li yubluakum ayyukum ahsan 'amala" aur bohat si cheezen hain.</w:t>
      </w:r>
    </w:p>
    <w:p>
      <w:pPr>
        <w:jc w:val="right"/>
      </w:pPr>
      <w:r>
        <w:t>آخرت کا نشانہ پکڑے رہیں۔ اس سے نگاہ ہٹا نہ پائے کیونکہ دیکھیے قرآن میں ہے: "خلق الموت والحیات لیلکم احسن عمرا" اور بہت سی چیزیں ہیں۔</w:t>
      </w:r>
    </w:p>
    <w:p>
      <w:r>
        <w:rPr>
          <w:b/>
        </w:rPr>
        <w:t xml:space="preserve">[19:22] </w:t>
      </w:r>
      <w:r>
        <w:t>aap quran ko padhen, hadith ko padhen to khulasa kya niklega ke Allah taala ne ek bohat hi bari, bohat hi bari duniya banai, is ko kehte hain paradise, jannat,</w:t>
      </w:r>
    </w:p>
    <w:p>
      <w:pPr>
        <w:jc w:val="right"/>
      </w:pPr>
      <w:r>
        <w:t>آپ قرآن کو پڑھیں، حدیث کو پڑھیں تو خلاصہ کیا نکلے گا کہ اللہ تعالیٰ نے ایک بہت ہی بڑی، بہت ہی بڑی دنیا بنائی، اس کو کہتے ہیں پیراڈائز، جنت،</w:t>
      </w:r>
    </w:p>
    <w:p>
      <w:r>
        <w:rPr>
          <w:b/>
        </w:rPr>
        <w:t xml:space="preserve">[19:39] </w:t>
      </w:r>
      <w:r>
        <w:t>bohat hi haseen, bohat hi yani achhi jagah. aaram ki jagah.</w:t>
      </w:r>
    </w:p>
    <w:p>
      <w:pPr>
        <w:jc w:val="right"/>
      </w:pPr>
      <w:r>
        <w:t>بہت ہی حسین، بہت ہی یعنی اچھی جگہ، آرام کی جگہ۔</w:t>
      </w:r>
    </w:p>
    <w:p>
      <w:r>
        <w:rPr>
          <w:b/>
        </w:rPr>
        <w:t xml:space="preserve">[19:49] </w:t>
      </w:r>
      <w:r>
        <w:t>yeh duniya hamari jo hai, yeh duniya imperfect hai, woh perfect hai. to ab sawal tha ke is perfect duniya mein kis ko basaya jaye?</w:t>
      </w:r>
    </w:p>
    <w:p>
      <w:pPr>
        <w:jc w:val="right"/>
      </w:pPr>
      <w:r>
        <w:t>یہ دنیا ہماری جو ہے، یہ دنیا ام پرفیکٹ ہے، وہ پرفیکٹ ہے۔ تو اب سوال تھا کہ اس پرفیکٹ دنیا میں کس کو بسایا جائے؟</w:t>
      </w:r>
    </w:p>
    <w:p>
      <w:r>
        <w:rPr>
          <w:b/>
        </w:rPr>
        <w:t xml:space="preserve">[20:02] </w:t>
      </w:r>
      <w:r>
        <w:t>yani Allah ne jo perfect duniya banai, wahan basaya kis ko jaye? tab yeh imperfect duniya bani ke yahan par insan ko rakh kar dekha jayega ke kaun hai jo is perfect duniya mein basaye jane ke qabil ho.</w:t>
      </w:r>
    </w:p>
    <w:p>
      <w:pPr>
        <w:jc w:val="right"/>
      </w:pPr>
      <w:r>
        <w:t>یعنی اللہ نے جو پرفیکٹ دنیا بنائی، وہاں بسایا کس کو جائے؟ تب یہ ام پرفیکٹ دنیا بنی کہ یہاں پر انسان کو رکھ کر دیکھا جائے گا کہ کون ہے جو اس پرفیکٹ دنیا میں بسائے جانے کے قابل ہو۔</w:t>
      </w:r>
    </w:p>
    <w:p>
      <w:r>
        <w:rPr>
          <w:b/>
        </w:rPr>
        <w:t xml:space="preserve">[20:23] </w:t>
      </w:r>
      <w:r>
        <w:t>yeh duniya jo hai, is yeh dekhne ke liye ke aakhir amal kaun hai? khalaq al-mawt wal-hayat li yubluakum ayyukum ahsan 'amala yani behtareen deed kis ke andar hai?</w:t>
      </w:r>
    </w:p>
    <w:p>
      <w:pPr>
        <w:jc w:val="right"/>
      </w:pPr>
      <w:r>
        <w:t>یہ دنیا جو ہے، اس یہ دیکھنے کے لیے کہ آخر عمل کون ہے؟ خلق الموت والحیات لیلکم احسن عمرا یعنی بہترین ڈیڈ کس کے اندر ہے؟</w:t>
      </w:r>
    </w:p>
    <w:p>
      <w:r>
        <w:rPr>
          <w:b/>
        </w:rPr>
        <w:t xml:space="preserve">[20:39] </w:t>
      </w:r>
      <w:r>
        <w:t>deed amal kis ke andar hai? to yeh duniya selection ki jagah hai, yahan selection ho raha hai, yeh duniya mein selection ho raha hai.</w:t>
      </w:r>
    </w:p>
    <w:p>
      <w:pPr>
        <w:jc w:val="right"/>
      </w:pPr>
      <w:r>
        <w:t>ڈیڈ عمل کس کے اندر ہے؟ تو یہ دنیا سلیکشن کی جگہ ہے، یہاں سلیکشن ہو رہا ہے، یہ دنیا میں سلیکشن ہو رہا ہے۔</w:t>
      </w:r>
    </w:p>
    <w:p>
      <w:r>
        <w:rPr>
          <w:b/>
        </w:rPr>
        <w:t xml:space="preserve">[20:54] </w:t>
      </w:r>
      <w:r>
        <w:t>ladna kis liye? kis liye ladna? yani aap aap apne irade ko, apne apni zuban ko,</w:t>
      </w:r>
    </w:p>
    <w:p>
      <w:pPr>
        <w:jc w:val="right"/>
      </w:pPr>
      <w:r>
        <w:t>لڑنا کس لیے؟ کس لیے لڑنا؟ یعنی آپ آپ اپنے ارادے کو، اپنے اپنی زبان کو،</w:t>
      </w:r>
    </w:p>
    <w:p>
      <w:r>
        <w:rPr>
          <w:b/>
        </w:rPr>
        <w:t xml:space="preserve">[21:07] </w:t>
      </w:r>
      <w:r>
        <w:t>apni aankh ko, apne hath ko, apne paon ko istemal karen aalat ki surat mein. yani khalaq al-'azeem, innaka la'laqon 'azeem, jo behtareen jo character hai, woh apna andar layen jis ko main kaha karta hoon pre-distribute character apne parosiyon ke liye.</w:t>
      </w:r>
    </w:p>
    <w:p>
      <w:pPr>
        <w:jc w:val="right"/>
      </w:pPr>
      <w:r>
        <w:t>اپنی آنکھ کو، اپنے ہاتھ کو، اپنے پاؤں کو استعمال کریں آلات کی صورت میں۔ یعنی خلق العظیم، انک لا خلق عظیم، جو بہترین جو کریکٹر ہے، وہ اپنا اندر لائیں جس کو میں کہا کرتا ہوں پری ڈسٹریبیوٹ کریکٹر اپنے پڑوسیوں کے لیے۔</w:t>
      </w:r>
    </w:p>
    <w:p>
      <w:r>
        <w:rPr>
          <w:b/>
        </w:rPr>
        <w:t xml:space="preserve">[21:34] </w:t>
      </w:r>
      <w:r>
        <w:t>to phir ladai kis liye? tashaddud kis liye? yani Allah taala dekh rahe hain ke is insan ko agar jannat mein basaya jaye to is ka character kya hoga?</w:t>
      </w:r>
    </w:p>
    <w:p>
      <w:pPr>
        <w:jc w:val="right"/>
      </w:pPr>
      <w:r>
        <w:t>تو پھر لڑائی کس لیے؟ تشدد کس لیے؟ یعنی اللہ تعالیٰ دیکھ رہے ہیں کہ اس انسان کو اگر جنت میں بسایا جائے تو اس کا کریکٹر کیا ہوگا؟</w:t>
      </w:r>
    </w:p>
    <w:p>
      <w:r>
        <w:rPr>
          <w:b/>
        </w:rPr>
        <w:t xml:space="preserve">[21:45] </w:t>
      </w:r>
      <w:r>
        <w:t>isi ko maine kaha ke jis ke andar pre-distribute, pre-distribute character ho, us ko basaya jayega.</w:t>
      </w:r>
    </w:p>
    <w:p>
      <w:pPr>
        <w:jc w:val="right"/>
      </w:pPr>
      <w:r>
        <w:t>اسی کو میں نے کہا کہ جس کے اندر پری ڈسٹریبیوٹ، پری ڈسٹریبیوٹ کریکٹر ہو، اس کو بسایا جائے گا۔</w:t>
      </w:r>
    </w:p>
    <w:p>
      <w:r>
        <w:rPr>
          <w:b/>
        </w:rPr>
        <w:t xml:space="preserve">[21:55] </w:t>
      </w:r>
      <w:r>
        <w:t>to yeh duniya to imperfect duniya hai, is liye bani hai. yahan dekha jayega ke aap shukr karne wale hain ke nafarman karne wale hain, nafrat karne wale hain ke mohabbat karne wale hain,</w:t>
      </w:r>
    </w:p>
    <w:p>
      <w:pPr>
        <w:jc w:val="right"/>
      </w:pPr>
      <w:r>
        <w:t>تو یہ دنیا تو ام پرفیکٹ دنیا ہے، اس لیے بنی ہے۔ یہاں دیکھا جائے کہ آپ شکر کرنے والے ہیں کہ نافرمان کرنے والے ہیں، نفرت کرنے والے ہیں کہ محبت کرنے والے ہیں،</w:t>
      </w:r>
    </w:p>
    <w:p>
      <w:r>
        <w:rPr>
          <w:b/>
        </w:rPr>
        <w:t xml:space="preserve">[22:11] </w:t>
      </w:r>
      <w:r>
        <w:t>ladne wale hain ke peace pe chalne wale hain. isi ko duniya dekhne ke liye to ladna kis liye? yeh to aadmi apne choice ko kahan istemal karta hai?</w:t>
      </w:r>
    </w:p>
    <w:p>
      <w:pPr>
        <w:jc w:val="right"/>
      </w:pPr>
      <w:r>
        <w:t>لڑنے والے ہیں کہ پیس پہ چلنے والے ہیں۔ اسی کو دنیا دیکھنے کے لیے تو لڑنا کس لیے؟ یہ تو آدمی اپنے چوائس کو کہاں استعمال کرتا ہے؟</w:t>
      </w:r>
    </w:p>
    <w:p>
      <w:r>
        <w:rPr>
          <w:b/>
        </w:rPr>
        <w:t xml:space="preserve">[22:24] </w:t>
      </w:r>
      <w:r>
        <w:t>choice ko yeh nahin ke talwar rakh kar ke us ke sar par talwar rakhi jaye, kahe ke kahoge? yeh ek dilchasp lateefa hai play lavane ka.</w:t>
      </w:r>
    </w:p>
    <w:p>
      <w:pPr>
        <w:jc w:val="right"/>
      </w:pPr>
      <w:r>
        <w:t>چوائس کو یہ نہیں کہ تلوار رکھ کر کے اس کے سر پر تلوار رکھی جائے، کہے کہ کہو گے؟ یہ ایک دلچسپ لطیفہ ہے پلے لوانے کا۔</w:t>
      </w:r>
    </w:p>
    <w:p>
      <w:r>
        <w:rPr>
          <w:b/>
        </w:rPr>
        <w:t xml:space="preserve">[22:38] </w:t>
      </w:r>
      <w:r>
        <w:t>jab afghani, afghani log india aaye karte the to ek afghani ko kisi molvi ne keh diya ke ek aadmi ko agar tum ne kalma padhwaya to jannat to kisi ko pa gaya.</w:t>
      </w:r>
    </w:p>
    <w:p>
      <w:pPr>
        <w:jc w:val="right"/>
      </w:pPr>
      <w:r>
        <w:t>جب افغانی، افغانی لوگ انڈیا آئے کرتے تھے تو ایک افغانی کو کسی مولوی نے کہہ دیا کہ ایک آدمی کو اگر تم نے کلمہ پڑھوایا تو جنت تو کسی کو پا گیا۔</w:t>
      </w:r>
    </w:p>
    <w:p>
      <w:r>
        <w:rPr>
          <w:b/>
        </w:rPr>
        <w:t xml:space="preserve">[22:51] </w:t>
      </w:r>
      <w:r>
        <w:t>woh kisi non-muslim ko, use us ko patak ke us ke sar pe chadh gaya, kaha ke parh kalma. ab samajhta tha ke arey kalma parh padhwaya maine is se to meri jannat pakki hai.</w:t>
      </w:r>
    </w:p>
    <w:p>
      <w:pPr>
        <w:jc w:val="right"/>
      </w:pPr>
      <w:r>
        <w:t>وہ کسی نامسلم کو، اسے اس کو پٹک کے اس کے سر پہ چڑھ گیا، کہا کہ پڑھ کلمہ۔ اب سمجھتا تھا کہ ارے کلمہ پڑھ پڑھوا دیا میں نے اس سے تو میری جنت پکی ہے۔</w:t>
      </w:r>
    </w:p>
    <w:p>
      <w:r>
        <w:rPr>
          <w:b/>
        </w:rPr>
        <w:t xml:space="preserve">[23:06] </w:t>
      </w:r>
      <w:r>
        <w:t>woh kisi non-muslim ko, use us ko patak ke us ke sar pe chadh gaya, kaha ke parh kalma. ab samajhta tha ke arey kalma parh padhwaya maine is se to meri jannat pakki hai.</w:t>
      </w:r>
    </w:p>
    <w:p>
      <w:pPr>
        <w:jc w:val="right"/>
      </w:pPr>
      <w:r>
        <w:t>تو اس سینے پہ پٹ گیا، کہا کہ پڑھ کلمہ۔ تو اس بیچارے نے کہا کہ بھئی مجھے تو یاد نہیں، آپ بتا دیجیے، میں پڑھ دوں گا۔ اس نے کہا کہ مجھے تو یاد نہیں ہے، آپ بتا دیجیے تو میں پڑھ دوں گا۔</w:t>
      </w:r>
    </w:p>
    <w:p>
      <w:r>
        <w:rPr>
          <w:b/>
        </w:rPr>
        <w:t xml:space="preserve">[23:19] </w:t>
      </w:r>
      <w:r>
        <w:t>to jante hain kya hua? woh to mujhe bhi nahin yaad. woh afghani kehta hai ke woh to mujhe nahin. aisi ek andha dhund chala duniya mein.</w:t>
      </w:r>
    </w:p>
    <w:p>
      <w:pPr>
        <w:jc w:val="right"/>
      </w:pPr>
      <w:r>
        <w:t>تو جانتے ہیں کیا ہوا؟ وہ تو مجھے بھی نہیں یاد۔ وہ افغانی کہتا ہے کہ وہ تو مجھے نہیں۔ ایسی ایک اندھا دھند چلا دنیا میں۔</w:t>
      </w:r>
    </w:p>
    <w:p>
      <w:r>
        <w:rPr>
          <w:b/>
        </w:rPr>
        <w:t xml:space="preserve">[23:31] </w:t>
      </w:r>
      <w:r>
        <w:t>yeh pura daur to yeh is daur mein hegel pada hua, freud paida hua, aur yeh bohat se log paida hue, aur carl marx paida hua.</w:t>
      </w:r>
    </w:p>
    <w:p>
      <w:pPr>
        <w:jc w:val="right"/>
      </w:pPr>
      <w:r>
        <w:t>یہ پورا دور تو یہ اس دور میں ہیگل پڑا ہوا، فرائیڈ پیدا ہوا، اور یہ بہت سے لوگ پیدا ہوئے، اور کارل مارکس پیدا ہوا۔</w:t>
      </w:r>
    </w:p>
    <w:p>
      <w:r>
        <w:rPr>
          <w:b/>
        </w:rPr>
        <w:t xml:space="preserve">[23:43] </w:t>
      </w:r>
      <w:r>
        <w:t>in logon ne history ko aur insani zindagi ko ek naya interpretation diya. to is daur mein kuch musalman bhi uthe, unhon ne bhi ek interpretation deta tha.</w:t>
      </w:r>
    </w:p>
    <w:p>
      <w:pPr>
        <w:jc w:val="right"/>
      </w:pPr>
      <w:r>
        <w:t>ان لوگوں نے ہسٹری کو اور انسانی زندگی کو ایک نیا انٹرپریٹیشن دیا۔ تو اس دور میں کچھ مسلمان بھی اٹھے، انہوں نے بھی ایک انٹرپریٹیشن دیتا تھا۔</w:t>
      </w:r>
    </w:p>
    <w:p>
      <w:r>
        <w:rPr>
          <w:b/>
        </w:rPr>
        <w:t xml:space="preserve">[23:56] </w:t>
      </w:r>
      <w:r>
        <w:t>yeh nahin socha ke tum jo interpretation de rahe ho, woh is ki, is ka kya quran mein hai, na hadith mein hai. yeh interpretation diya in logon ne, woh yeh tha ke islam ki hukumat qaim karo, sari duniya mein mukammal islam nafiz karo, sari duniya mein islamic hukumat.</w:t>
      </w:r>
    </w:p>
    <w:p>
      <w:pPr>
        <w:jc w:val="right"/>
      </w:pPr>
      <w:r>
        <w:t>یہ نہیں سوچا کہ تم جو انٹرپریٹیشن دے رہے ہو، وہ اس کی، اس کا کیا قرآن میں ہے، نہ حدیث میں ہے۔ یہ انٹرپریٹیشن دیا ان لوگوں نے، وہ یہ تھا کہ اسلام کی حکومت قائم کرو، ساری دنیا میں مکمل اسلام نافذ کرو، ساری دنیا میں اسلامک حکومت۔</w:t>
      </w:r>
    </w:p>
    <w:p>
      <w:r>
        <w:rPr>
          <w:b/>
        </w:rPr>
        <w:t xml:space="preserve">[24:18] </w:t>
      </w:r>
      <w:r>
        <w:t>to sawal yeh hai ke aap ko pehle yeh pesh karna padega ke quran mein ya hadith mein kahan hai? yeh kahan likha hai ke nafus shariat al-islam, hukm dawlat-e-islamiya kahan hai?</w:t>
      </w:r>
    </w:p>
    <w:p>
      <w:pPr>
        <w:jc w:val="right"/>
      </w:pPr>
      <w:r>
        <w:t>تو سوال یہ ہے کہ آپ کو پہلے یہ پیش کرنا پڑے گا کہ قرآن میں یا حدیث میں کہاں ہے؟ یہ کہاں لکھا ہے کہ نفوس شریعت الاسلام، حکم دولت اسلامیہ کہاں ہے؟</w:t>
      </w:r>
    </w:p>
    <w:p>
      <w:r>
        <w:rPr>
          <w:b/>
        </w:rPr>
        <w:t xml:space="preserve">[24:31] </w:t>
      </w:r>
      <w:r>
        <w:t>yeh to galat interpretation, galat hawale de de kar ke logon ko deceive kiya.</w:t>
      </w:r>
    </w:p>
    <w:p>
      <w:pPr>
        <w:jc w:val="right"/>
      </w:pPr>
      <w:r>
        <w:t>یہ تو غلط انٹرپریٹیشن، غلط حوالے دے دے کر کے لوگوں کو ریسیو کیا۔</w:t>
      </w:r>
    </w:p>
    <w:p>
      <w:r>
        <w:rPr>
          <w:b/>
        </w:rPr>
        <w:t xml:space="preserve">[24:41] </w:t>
      </w:r>
      <w:r>
        <w:t>logon ne, kuch logon ne dhoka diya. yeh hai quran mein, dekho yeh dekho. woh to poora ka poora yeh system jo hai, is zamane mein jo qaim hai, nizam par, nizam islami, nizam mukammal, nizam yeh sab is interpretation par qaim hai.</w:t>
      </w:r>
    </w:p>
    <w:p>
      <w:pPr>
        <w:jc w:val="right"/>
      </w:pPr>
      <w:r>
        <w:t>لوگوں نے، کچھ لوگوں نے دھوکہ دیا۔ یہ ہے قرآن میں، دیکھو یہ دیکھو۔ وہ تو پورا کا پورا یہ سسٹم جو ہے، اس زمانے میں جو قائم ہے، نظام پر، نظام اسلامی، نظام مکمل، نظام یہ سب اس انٹرپریٹیشن پر قائم ہے۔</w:t>
      </w:r>
    </w:p>
    <w:p>
      <w:r>
        <w:rPr>
          <w:b/>
        </w:rPr>
        <w:t xml:space="preserve">[25:03] </w:t>
      </w:r>
      <w:r>
        <w:t>yani disruption, discipline par qaim hai. woh alfaaz bolte hain, bade bade logical.</w:t>
      </w:r>
    </w:p>
    <w:p>
      <w:pPr>
        <w:jc w:val="right"/>
      </w:pPr>
      <w:r>
        <w:t>یعنی ڈسپشن، ڈسپلن پر قائم ہے۔ وہ الفاظ بولتے ہیں، بڑے بڑے لاجیکل۔</w:t>
      </w:r>
    </w:p>
    <w:p>
      <w:r>
        <w:rPr>
          <w:b/>
        </w:rPr>
        <w:t xml:space="preserve">[25:14] </w:t>
      </w:r>
      <w:r>
        <w:t>jo logon ne is ke champion champion ban jaate hain, arab mein, non arab mein, mein ne in ko parha hai. meri rai yeh hai ke in logon ko maloom hi nahi tha ke logical thinking kya cheez hai,</w:t>
      </w:r>
    </w:p>
    <w:p>
      <w:pPr>
        <w:jc w:val="right"/>
      </w:pPr>
      <w:r>
        <w:t>جو لوگوں نے اس کے چیمپیئن چیمپیئن بن جاتے ہیں، عرب میں، نان عرب میں، میں نے ان کو پڑھا ہے۔ میری رائے یہ ہے کہ ان لوگوں کو معلوم ہی نہیں تھا کہ لاجیکل تھنکنگ کیا چیز ہے،</w:t>
      </w:r>
    </w:p>
    <w:p>
      <w:r>
        <w:rPr>
          <w:b/>
        </w:rPr>
        <w:t xml:space="preserve">[25:28] </w:t>
      </w:r>
      <w:r>
        <w:t>chahe arab hon, chahe india aur pakistan ke log hon. woh jante hi nahi the ke logical thinking kya hai.</w:t>
      </w:r>
    </w:p>
    <w:p>
      <w:pPr>
        <w:jc w:val="right"/>
      </w:pPr>
      <w:r>
        <w:t>چاہے عرب ہوں، چاہے انڈیا اور پاکستان کے لوگ ہوں۔ وہ جانتے ہی نہیں تھے کہ لاجیکل تھنکنگ کیا ہے۔</w:t>
      </w:r>
    </w:p>
    <w:p>
      <w:r>
        <w:rPr>
          <w:b/>
        </w:rPr>
        <w:t xml:space="preserve">[25:37] </w:t>
      </w:r>
      <w:r>
        <w:t>bas taqreer karna, taqreer karna, nasha pardazi karna, nasha pardazi aur khitabat, yeh in ko hath uthi. lekin logical thinking, scientific analysis, yeh in ko jante hi nahi the.</w:t>
      </w:r>
    </w:p>
    <w:p>
      <w:pPr>
        <w:jc w:val="right"/>
      </w:pPr>
      <w:r>
        <w:t>بس تقریر کرنا، تقریر کرنا، نشہ پردازی کرنا، نشہ پردازی اور خطابت، یہ ان کو ہاتھ اٹھی۔ لیکن لاجیکل تھنکنگ، سائنٹیفک انلسٹس، یہ ان کو جانتے ہی نہیں تھے۔</w:t>
      </w:r>
    </w:p>
    <w:p>
      <w:r>
        <w:rPr>
          <w:b/>
        </w:rPr>
        <w:t xml:space="preserve">[25:50] </w:t>
      </w:r>
      <w:r>
        <w:t>woh to jo unhon ne kaha, woh naujawanon ko appeal kar gaya kyunke naujawan bechare khud bhi nahi jante the ke logical thinking kya hai, scientific thinking kya hai.</w:t>
      </w:r>
    </w:p>
    <w:p>
      <w:pPr>
        <w:jc w:val="right"/>
      </w:pPr>
      <w:r>
        <w:t>وہ تو جو انہوں نے کہا، وہ نوجوانوں کو اپیل کر گیا کیونکہ نوجوان بیچارے خود بھی نہیں جانتے تھے کہ لاجیکل تھنکنگ کیا ہے، سائنٹیفک تھنکنگ کیا ہے۔</w:t>
      </w:r>
    </w:p>
    <w:p>
      <w:r>
        <w:rPr>
          <w:b/>
        </w:rPr>
        <w:t xml:space="preserve">[26:06] </w:t>
      </w:r>
      <w:r>
        <w:t>to ek press ke daur mein, yani 19 hijri mein, yeh cheez phaili aur beesveen sadi mein aur phaili. aur sara wajah yahi thi ke un ke misinterpretation ko analysis nahi kar paye log.</w:t>
      </w:r>
    </w:p>
    <w:p>
      <w:pPr>
        <w:jc w:val="right"/>
      </w:pPr>
      <w:r>
        <w:t>تو ایک پریس کے دور میں، یعنی 19 ہجری میں، یہ چیز پھیلی اور بیسویں صدی میں اور پھیلی۔ اور سارا وجہ یہی تھی کہ ان کے مس انٹرپریٹیشن کو انالیسز نہیں کر پائے لوگ۔</w:t>
      </w:r>
    </w:p>
    <w:p>
      <w:r>
        <w:rPr>
          <w:b/>
        </w:rPr>
        <w:t xml:space="preserve">[26:22] </w:t>
      </w:r>
      <w:r>
        <w:t>mein ne in ko to parha Maulana Asghar Thanvi ke bare mein. Maulana Asghar Thanvi bohat bade aalim the, Deobandi, Deobandi aalim, bohat bade. to un ko kisi ne un ki kitabein dein, is qism ki jo islam ka political interpretation pesh karte hain.</w:t>
      </w:r>
    </w:p>
    <w:p>
      <w:pPr>
        <w:jc w:val="right"/>
      </w:pPr>
      <w:r>
        <w:t>میں نے ان کو تو پڑھا مولانا اصغر تھانی کے بارے میں۔ مولانا اصغر تھانی بہت بڑے عالم تھے، دیوبندی، دیوبندی عالم، بہت بڑے۔ تو ان کو کسی نے ان کی کتابیں دیں، اس قسم کی جو اسلام کا پولیٹیکل انٹرپریٹیشن پیش کرتے ہیں۔</w:t>
      </w:r>
    </w:p>
    <w:p>
      <w:r>
        <w:rPr>
          <w:b/>
        </w:rPr>
        <w:t xml:space="preserve">[26:39] </w:t>
      </w:r>
      <w:r>
        <w:t>to unhon ne parha. to Maulana Asghar Thanvi ne parhne ke baad kaha ke bhai yeh mera dil is ko qabool nahi karta.</w:t>
      </w:r>
    </w:p>
    <w:p>
      <w:pPr>
        <w:jc w:val="right"/>
      </w:pPr>
      <w:r>
        <w:t>تو انہوں نے پڑھا۔ تو مولانا اصغر تھانی نے پڑھنے کے بعد کہا کہ بھئی یہ میرا دل اس کو قبول نہیں کرتا۔</w:t>
      </w:r>
    </w:p>
    <w:p>
      <w:r>
        <w:rPr>
          <w:b/>
        </w:rPr>
        <w:t xml:space="preserve">[26:48] </w:t>
      </w:r>
      <w:r>
        <w:t>lekin yeh bhi sawal banata hai ke ghalati kahan hai? mera dil is ko qabool nahi karta. lekin yeh bhi sawal banata hai ke ghalati kahan hai? kyunke mukammal islam bazoher bara acha lagta hai kehne mein.</w:t>
      </w:r>
    </w:p>
    <w:p>
      <w:pPr>
        <w:jc w:val="right"/>
      </w:pPr>
      <w:r>
        <w:t>لیکن یہ بھی سوال بناتا ہے کہ غلطی کہاں ہے؟ میرا دل اس کو قبول نہیں کرتا۔ لیکن یہ بھی سوال بناتا ہے کہ غلطی کہاں ہے؟ کیونکہ مکمل اسلام بظاہر بڑا اچھا لگتا ہے کہنے میں۔</w:t>
      </w:r>
    </w:p>
    <w:p>
      <w:r>
        <w:rPr>
          <w:b/>
        </w:rPr>
        <w:t xml:space="preserve">[27:01] </w:t>
      </w:r>
      <w:r>
        <w:t>mukammal islam bazoher bara acha lagta hai kehne mein. mukammal islam, mukammal islam. to is mein, is is alfaaz ke frame mein, alfaaz ke frame mein log samajhte hain, samjhein ke bari bari baat hai.</w:t>
      </w:r>
    </w:p>
    <w:p>
      <w:pPr>
        <w:jc w:val="right"/>
      </w:pPr>
      <w:r>
        <w:t>مکمل اسلام بظاہر بڑا اچھا لگتا ہے کہنے میں۔ مکمل اسلام، مکمل اسلام۔ تو اس میں، اس اس الفاظ کے فریم میں، الفاظ کے فریم میں لوگ سمجھتے ہیں، سمجھیں کہ بڑی بڑی بات ہے۔</w:t>
      </w:r>
    </w:p>
    <w:p>
      <w:r>
        <w:rPr>
          <w:b/>
        </w:rPr>
        <w:t xml:space="preserve">[27:17] </w:t>
      </w:r>
      <w:r>
        <w:t>haan, ek bari baat nahi thi, woh to disruption tha, woh to jahiliyat thi.</w:t>
      </w:r>
    </w:p>
    <w:p>
      <w:pPr>
        <w:jc w:val="right"/>
      </w:pPr>
      <w:r>
        <w:t>ہاں، ایک بڑی بات نہیں تھی، وہ تو ڈسپشن تھا، وہ تو جاریت تھی۔</w:t>
      </w:r>
    </w:p>
    <w:p>
      <w:r>
        <w:rPr>
          <w:b/>
        </w:rPr>
        <w:t xml:space="preserve">[27:23] </w:t>
      </w:r>
      <w:r>
        <w:t>to is daur mein dekhiye, sab se bara masla ek ek sahib mere paas aaye the, bohat pehle ki baat hai, woh aalim the, arab the, woh arab.</w:t>
      </w:r>
    </w:p>
    <w:p>
      <w:pPr>
        <w:jc w:val="right"/>
      </w:pPr>
      <w:r>
        <w:t>تو اس دور میں دیکھیے، سب سے بڑا مسئلہ ایک ایک صاحب میرے پاس آئے تھے، بہت پہلے کی بات ہے، وہ عالم تھے، عرب تھے، وہ عرب۔</w:t>
      </w:r>
    </w:p>
    <w:p>
      <w:r>
        <w:rPr>
          <w:b/>
        </w:rPr>
        <w:t xml:space="preserve">[27:36] </w:t>
      </w:r>
      <w:r>
        <w:t>to mein ne ek kitab likhi thi. to unhon ne kaha tha ke are bhai, sab se bara masla to bin laden ka hai. bin laden ke upar kitab likhi aap.</w:t>
      </w:r>
    </w:p>
    <w:p>
      <w:pPr>
        <w:jc w:val="right"/>
      </w:pPr>
      <w:r>
        <w:t>تو میں نے ایک کتاب لکھی تھی۔ تو انہوں نے کہا تھا کہ ارے بھائی، سب سے بڑا مسئلہ تو بن لادن کا ہے۔ بن لادن کے اوپر کتاب لکھی آپ۔</w:t>
      </w:r>
    </w:p>
    <w:p>
      <w:r>
        <w:rPr>
          <w:b/>
        </w:rPr>
        <w:t xml:space="preserve">[27:48] </w:t>
      </w:r>
      <w:r>
        <w:t>to meri kitab ka title unhon ne kaha ke badlo title ko. mera title doosra tha. unhon ne kaha title banao ke "why bin laden was wrong".</w:t>
      </w:r>
    </w:p>
    <w:p>
      <w:pPr>
        <w:jc w:val="right"/>
      </w:pPr>
      <w:r>
        <w:t>تو میری کتاب کا ٹائٹل انہوں نے کہا کہ بدلو ٹائٹل کو۔ میرا ٹائٹل دوسرا تھا۔ انہوں نے کہا ٹائٹل بناؤ کہ "وائی بن لادن واز رونگ"۔</w:t>
      </w:r>
    </w:p>
    <w:p>
      <w:r>
        <w:rPr>
          <w:b/>
        </w:rPr>
        <w:t xml:space="preserve">[28:03] </w:t>
      </w:r>
      <w:r>
        <w:t>"why bin laden was wrong". to yeh bohat din ki baat hai. to bin laden jaisa phenomenon jo paida hua, bin laden jaisa phenomenon, woh kyun paida hua?</w:t>
      </w:r>
    </w:p>
    <w:p>
      <w:pPr>
        <w:jc w:val="right"/>
      </w:pPr>
      <w:r>
        <w:t>"وائی بن لادن واز رونگ"۔ تو یہ بہت دن کی بات ہے۔ تو بن لادن جیسا فیناومینا جو پیدا ہوا، بن لادن جیسا فیناومینا، وہ کیوں پیدا ہوا؟</w:t>
      </w:r>
    </w:p>
    <w:p>
      <w:r>
        <w:rPr>
          <w:b/>
        </w:rPr>
        <w:t xml:space="preserve">[28:18] </w:t>
      </w:r>
      <w:r>
        <w:t>misinterpretation ki wajah se ke islam mukammal system hai, mukammal mazhab hai, mukammal nizam hayat hai.</w:t>
      </w:r>
    </w:p>
    <w:p>
      <w:pPr>
        <w:jc w:val="right"/>
      </w:pPr>
      <w:r>
        <w:t>مس انٹرپریٹ کی وجہ سے کہ اسلام مکمل سسٹم ہے، مکمل مذہب ہے، مکمل نظام حیات ہے۔</w:t>
      </w:r>
    </w:p>
    <w:p>
      <w:r>
        <w:rPr>
          <w:b/>
        </w:rPr>
        <w:t xml:space="preserve">[28:26] </w:t>
      </w:r>
      <w:r>
        <w:t>isi pasay pasay reh gaye log aur bomb marna aur hijack, hijack karna, yeh sab logon ne samjha ke yeh islam hai, yeh jihad hai, is mein jannat mile gi.</w:t>
      </w:r>
    </w:p>
    <w:p>
      <w:pPr>
        <w:jc w:val="right"/>
      </w:pPr>
      <w:r>
        <w:t>اسی پسے پس کے رہ گئے لوگ اور بم مارنا اور ہائیجیک، ہائیجیک کرنا، یہ سب لوگوں نے سمجھا کہ یہ اسلام ہے، یہ جہاد ہے، اس میں جنت ملے گی۔</w:t>
      </w:r>
    </w:p>
    <w:p>
      <w:r>
        <w:rPr>
          <w:b/>
        </w:rPr>
        <w:t xml:space="preserve">[28:43] </w:t>
      </w:r>
      <w:r>
        <w:t>to dajali naam hai, dajjal naam hai dajaliyat ka, aur dajaliyat naam hai misinterpretation ka. dajjal naam hai dajaliyat ka, aur dajaliyat naam hai misinterpretation ka ke islam pairwi ka mazhab hai, is ko bana diya nafiz karne ka mazhab.</w:t>
      </w:r>
    </w:p>
    <w:p>
      <w:pPr>
        <w:jc w:val="right"/>
      </w:pPr>
      <w:r>
        <w:t>تو دجالی نام ہے، دجال نام ہے دجالیت کا، اور دجالیت نام ہے مس انٹرپریٹنٹ کا۔ دجال نام ہے دجالیت کا، اور دجالیت نام ہے مس انٹرپریٹنٹ کا کہ اسلام پیروی کا مذہب ہے، اس کو بنا دیا نافذ کرنے کا مذہب۔</w:t>
      </w:r>
    </w:p>
    <w:p>
      <w:r>
        <w:rPr>
          <w:b/>
        </w:rPr>
        <w:t xml:space="preserve">[29:05] </w:t>
      </w:r>
      <w:r>
        <w:t>to nafiz karne ka mazhab ka matlab kya hua? ke koi hai jis ko aap nafiz karna chahein ge to bas takrao, larai, bullet shot. is liye islam yeh radicalizing ki cheez nahi hai, yeh islam ko violence ka mazhab banane ki cheez hai.</w:t>
      </w:r>
    </w:p>
    <w:p>
      <w:pPr>
        <w:jc w:val="right"/>
      </w:pPr>
      <w:r>
        <w:t>تو نافذ کرنے کا مذہب کا مطلب کیا ہوا؟ کہ کوئی ہے جس کو آپ نافذ کرنا چاہیں گے تو بس ٹکراؤ، لڑائی، بلٹ شٹ۔ اس لیے اسلام یہ ریڈیکلائزنگ کی چیز نہیں ہے، یہ اسلام کو وائیلنس کا مذہب بنانے کی چیز ہے۔</w:t>
      </w:r>
    </w:p>
    <w:p>
      <w:r>
        <w:rPr>
          <w:b/>
        </w:rPr>
        <w:t xml:space="preserve">[29:23] </w:t>
      </w:r>
      <w:r>
        <w:t>awwal din se ladna, jaise hi aap ne islam qabool kiya, bas ladna, ladna, ladna. to hamara jo mission hai, woh is dajaliyat ko khatam karna hai.</w:t>
      </w:r>
    </w:p>
    <w:p>
      <w:pPr>
        <w:jc w:val="right"/>
      </w:pPr>
      <w:r>
        <w:t>اول دن سے لڑنا، جیسے ہی آپ نے اسلام قبول کیا، بس لڑنا، لڑنا، لڑنا۔ تو ہمارا جو مشن ہے، وہ اس دجالیت کو ختم کرنا ہے۔</w:t>
      </w:r>
    </w:p>
    <w:p>
      <w:r>
        <w:rPr>
          <w:b/>
        </w:rPr>
        <w:t xml:space="preserve">[29:38] </w:t>
      </w:r>
      <w:r>
        <w:t>hamara jo mission hai, woh is dajaliyat ko khatam karna hai. hum ko dunya ko batana hai ke islam peace ka mazhab hai, islam mohabbat ka mazhab hai, islam insaniyat ka mazhab hai, islam allah se darne ka mazhab hai, islam jannat ko apna goal banane ka mazhab hai,</w:t>
      </w:r>
    </w:p>
    <w:p>
      <w:pPr>
        <w:jc w:val="right"/>
      </w:pPr>
      <w:r>
        <w:t>ہمارا جو مشن ہے، وہ اس دجالیت کو ختم کرنا ہے۔ ہم کو دنیا کو بتانا ہے کہ اسلام پیس کا مذہب ہے، اسلام محبت کا مذہب ہے، اسلام انسانیت کا مذہب ہے، اسلام اللہ سے ڈرنے کا مذہب ہے، اسلام جنت کو اپنا گول بنانے کا مذہب ہے،</w:t>
      </w:r>
    </w:p>
    <w:p>
      <w:r>
        <w:rPr>
          <w:b/>
        </w:rPr>
        <w:t xml:space="preserve">[29:57] </w:t>
      </w:r>
      <w:r>
        <w:t>islam apne aap ko allah ki rehmat mein dakhil karne ka mazhab hai. is ka jang se, larai se, bullet shot se koi talluq nahi.</w:t>
      </w:r>
    </w:p>
    <w:p>
      <w:pPr>
        <w:jc w:val="right"/>
      </w:pPr>
      <w:r>
        <w:t>اسلام اپنے آپ کو اللہ کی رحمت میں داخل کرنے کا مذہب ہے۔ اس کا جنگ سے، لڑائی سے، بلٹ شٹ سے کوئی تعلق نہیں۔</w:t>
      </w:r>
    </w:p>
    <w:p>
      <w:r>
        <w:rPr>
          <w:b/>
        </w:rPr>
        <w:t xml:space="preserve">[30:06] </w:t>
      </w:r>
      <w:r>
        <w:t>allah taala aap ko khoob khoob adaa farmaye, aur is is mission ke liye apne aap ko laga dijiye. allah ka mission jo misinterpretation ki wajah se logon ki nazar mein ghalat ho gaya hai, koi sahi kijiye,</w:t>
      </w:r>
    </w:p>
    <w:p>
      <w:pPr>
        <w:jc w:val="right"/>
      </w:pPr>
      <w:r>
        <w:t>اللہ تعالیٰ آپ کو خوب خوب عادت فرمائے، اور اس اس مشن کے لیے اپنے آپ کو لگا دیجیے۔ اللہ کا مشن جو مس انٹرپریٹنٹ کی وجہ سے لوگوں کی نظر میں غلط ہو گیا ہے، کوئی صحیح کیجیے،</w:t>
      </w:r>
    </w:p>
    <w:p>
      <w:r>
        <w:rPr>
          <w:b/>
        </w:rPr>
        <w:t xml:space="preserve">[30:24] </w:t>
      </w:r>
      <w:r>
        <w:t>aur is mission mein apne aap ko laga dijiye. khawateen bhi lagayein, mard bhi lagayein. khawateen ko is mein jaise janiye, sab se pehli khawateen awal jo hain, woh jo woh woh hain,</w:t>
      </w:r>
    </w:p>
    <w:p>
      <w:pPr>
        <w:jc w:val="right"/>
      </w:pPr>
      <w:r>
        <w:t>اور اس مشن میں اپنے آپ کو لگا دیجیے۔ خواتین بھی لگائیں، مرد بھی لگائیں۔ خواتین کو اس میں جیسے جانیے، سب سے پہلی خاتون اول جو ہیں، وہ جو وہ وہ ہیں،</w:t>
      </w:r>
    </w:p>
    <w:p>
      <w:r>
        <w:rPr>
          <w:b/>
        </w:rPr>
        <w:t xml:space="preserve">[30:40] </w:t>
      </w:r>
      <w:r>
        <w:t>woh hajra. hajra ne kitna bara kaam kiya.</w:t>
      </w:r>
    </w:p>
    <w:p>
      <w:pPr>
        <w:jc w:val="right"/>
      </w:pPr>
      <w:r>
        <w:t>وہ ہاجرہ۔ ہاجرہ نے کتنا بڑا کام کیا۔</w:t>
      </w:r>
    </w:p>
    <w:p>
      <w:r>
        <w:rPr>
          <w:b/>
        </w:rPr>
        <w:t xml:space="preserve">[30:45] </w:t>
      </w:r>
      <w:r>
        <w:t>aisi tamam bohat si khawateen yahan se wahan tak kaam karti chali gayeen. to khawateen ko bhi kaam karna hai, mardon ko bhi kaam karna hai, sab ko kaam karna hai ke Allah ka deen jo hai,</w:t>
      </w:r>
    </w:p>
    <w:p>
      <w:pPr>
        <w:jc w:val="right"/>
      </w:pPr>
      <w:r>
        <w:t>ایسی تمام بہت سی خواتین یہاں سے وہاں تک کام کرتی چلی گئیں۔ تو خواتین کو بھی کام کرنا ہے، مردوں کو بھی کام کرنا ہے، سب کو کام کرنا ہے کہ اللہ کا دین جو ہے،</w:t>
      </w:r>
    </w:p>
    <w:p>
      <w:r>
        <w:rPr>
          <w:b/>
        </w:rPr>
        <w:t xml:space="preserve">[30:59] </w:t>
      </w:r>
      <w:r>
        <w:t>ghalat interpret, ghalat ta'beer se bache, aur sahi jo is ki shakal hai, woh dunya ke samne aaye. Allah taala aap ki madad farmaye, aur aap ka madadgar ho.</w:t>
      </w:r>
    </w:p>
    <w:p>
      <w:pPr>
        <w:jc w:val="right"/>
      </w:pPr>
      <w:r>
        <w:t>غلط انٹرپریٹ، غلط تعبیر سے بچے، اور صحیح جو اس کی شکل ہے، وہ دنیا کے سامنے آئے۔ اللہ تعالیٰ آپ کی مدد فرمائے، اور آپ کا مددگار ہو۔</w:t>
      </w:r>
    </w:p>
    <w:p>
      <w:r>
        <w:rPr>
          <w:b/>
        </w:rPr>
        <w:t xml:space="preserve">[31:13] </w:t>
      </w:r>
      <w:r>
        <w:t>assalam o alaikum wa rehmatullah.</w:t>
      </w:r>
    </w:p>
    <w:p>
      <w:pPr>
        <w:jc w:val="right"/>
      </w:pPr>
      <w:r>
        <w:t>السلام علیکم ورحمۃ اللہ۔</w:t>
      </w:r>
    </w:p>
    <w:p>
      <w:r>
        <w:rPr>
          <w:b/>
        </w:rPr>
        <w:t xml:space="preserve">[31:29] </w:t>
      </w:r>
      <w:r>
        <w:t>okay, ah, before we get into the ah question answer session, ah, two important launches ah today, ah, i want to share with all of you ah with the launch of a new ah website, a quran website.</w:t>
      </w:r>
    </w:p>
    <w:p>
      <w:pPr>
        <w:jc w:val="right"/>
      </w:pPr>
      <w:r>
        <w:t>اوکے، آہ، بیفور وی گیٹ انٹو دی آہ کوئسچن انسر سیشن، آہ، ٹو امپورٹنٹ لانچز آہ ٹوڈے، آہ، آئی وانٹ ٹو شیئر ود ال اف یو آہ ود دی لانچ اف ا نیو آہ ویب سائٹ، ا قرآن ویب سائٹ۔</w:t>
      </w:r>
    </w:p>
    <w:p>
      <w:r>
        <w:rPr>
          <w:b/>
        </w:rPr>
        <w:t xml:space="preserve">[31:42] </w:t>
      </w:r>
      <w:r>
        <w:t>ah, this work has been done by the CPS member ah Mr Asad Pervez. ah, Mr Asad Pervez was part of the daily ah youth ah field team, but about an year ago he moved to Boston to pursue his higher studies.</w:t>
      </w:r>
    </w:p>
    <w:p>
      <w:pPr>
        <w:jc w:val="right"/>
      </w:pPr>
      <w:r>
        <w:t>آہ، دس ورک ہیز بین ڈن بائے دا سی پی ایس ممبر آہ مسٹر اسد پرویز۔ آہ، مسٹر اسد پرویز واز پارٹ اف دا ڈیلی آہ یوتھ آہ فیلڈ ٹیم، بٹ اباؤٹ این ایئر اگو ہی موو ٹو بوسٹن ٹو پرسیو ہز ہائر سٹڈیز۔</w:t>
      </w:r>
    </w:p>
    <w:p>
      <w:r>
        <w:rPr>
          <w:b/>
        </w:rPr>
        <w:t xml:space="preserve">[31:58] </w:t>
      </w:r>
      <w:r>
        <w:t>but inspiringly, despite his hectic schedule, Asad continues to be engaged in dawah work. he is also touch base with the US team, and he is helping in lot of other works of CPS.</w:t>
      </w:r>
    </w:p>
    <w:p>
      <w:pPr>
        <w:jc w:val="right"/>
      </w:pPr>
      <w:r>
        <w:t>بٹ انسپائرنگلی، ڈسپائٹ ہز ہیکٹک سکیڈیول، اسد کنٹینیوز ٹو بی انگیجڈ ان داوا ورک۔ ہی از السو ٹچ بیس ود دا یو ایس ٹیم، اینڈ ہی از ہیلپنگ ان لاٹ اف ادر ورکس اف سی پی ایس۔</w:t>
      </w:r>
    </w:p>
    <w:p>
      <w:r>
        <w:rPr>
          <w:b/>
        </w:rPr>
        <w:t xml:space="preserve">[32:12] </w:t>
      </w:r>
      <w:r>
        <w:t>he realized that there was also importance of launching a website which is more centric for US, and will help out in reaching out to people in the world to distribute quran.</w:t>
      </w:r>
    </w:p>
    <w:p>
      <w:pPr>
        <w:jc w:val="right"/>
      </w:pPr>
      <w:r>
        <w:t>ہی ریلائز دیٹ دیر واز السو امپورٹنس اف لانچنگ ا ویب سائٹ وچ از مور سینٹرک فار یو ایس، اینڈ ویل ہیلپ اؤٹ ان ریچنگ اؤٹ ٹو پیپل ان دا ورلڈ ٹو ڈسٹریبیوٹ قرآن۔</w:t>
      </w:r>
    </w:p>
    <w:p>
      <w:r>
        <w:rPr>
          <w:b/>
        </w:rPr>
        <w:t xml:space="preserve">[32:24] </w:t>
      </w:r>
      <w:r>
        <w:t>so, he has designed this new website, its called quran online dot org. before i request Maulana sahib to launch this new website, i would like to read the message of Asad Pervez for all of you.</w:t>
      </w:r>
    </w:p>
    <w:p>
      <w:pPr>
        <w:jc w:val="right"/>
      </w:pPr>
      <w:r>
        <w:t>سو، ہی ہیز ڈیزائنڈ دس نیو ویب سائٹ، اٹس کالڈ قرآن ان لائن ڈاٹ او آر جی۔ بیفور ائی ریکویسٹ مولانا صاحب ٹو لانچ دس نیو ویب سائٹ، ائی وڈ لائک ٹو ریڈ دی میسج اف اسد پرویز فار ال اف یو۔</w:t>
      </w:r>
    </w:p>
    <w:p>
      <w:r>
        <w:rPr>
          <w:b/>
        </w:rPr>
        <w:t xml:space="preserve">[32:43] </w:t>
      </w:r>
      <w:r>
        <w:t>Asad Pervez has written:</w:t>
      </w:r>
    </w:p>
    <w:p>
      <w:pPr>
        <w:jc w:val="right"/>
      </w:pPr>
      <w:r>
        <w:t>اسد پرویز ہیز رٹن:</w:t>
      </w:r>
    </w:p>
    <w:p>
      <w:r>
        <w:rPr>
          <w:b/>
        </w:rPr>
        <w:t xml:space="preserve">[32:50] </w:t>
      </w:r>
      <w:r>
        <w:t>"no matter where we are in this world, our greatest responsibility as Muslims remains to take the word of God, the quran, that has reached us to those it hasn't.</w:t>
      </w:r>
    </w:p>
    <w:p>
      <w:pPr>
        <w:jc w:val="right"/>
      </w:pPr>
      <w:r>
        <w:t>"نو میٹر ویر وی ار ان دس ورلڈ، اور گرٹسٹ رسپانسبیلٹی ایز مسلمز ریمینز ٹو ٹیک دا ورڈ اف گاڈ، دی قرآن، دیٹ ہیز ریچڈ اس ٹو دوز اٹ ہیزنٹ۔</w:t>
      </w:r>
    </w:p>
    <w:p>
      <w:r>
        <w:rPr>
          <w:b/>
        </w:rPr>
        <w:t xml:space="preserve">[33:05] </w:t>
      </w:r>
      <w:r>
        <w:t>this is the single biggest truth that i have learned in the company of Maulana Wahiduddin Khan sahib. this has turned my life around and given me a mission to live by.</w:t>
      </w:r>
    </w:p>
    <w:p>
      <w:pPr>
        <w:jc w:val="right"/>
      </w:pPr>
      <w:r>
        <w:t>دس از دا سنگل بگسٹ ٹروتھ دیٹ ائی ہیو لرنڈ ان دی کمپنی اف مولانا وحید الدین خان صاحب۔ دس ہیز ٹرن مائی لائف اراؤنڈ اینڈ گیون می ا مشن ٹو لیو بائی۔</w:t>
      </w:r>
    </w:p>
    <w:p>
      <w:r>
        <w:rPr>
          <w:b/>
        </w:rPr>
        <w:t xml:space="preserve">[33:18] </w:t>
      </w:r>
      <w:r>
        <w:t>in spirit of this mission, quran online dot org was developed to help both madhu and daees have access to quran CPS translations.</w:t>
      </w:r>
    </w:p>
    <w:p>
      <w:pPr>
        <w:jc w:val="right"/>
      </w:pPr>
      <w:r>
        <w:t>ان سپرٹ اف دس مشن، قرآن ان لائن ڈاٹ او آر جی واز ڈیویلپ ٹو ہیلپ بوتھ مدھو اینڈ دائیز ہیو ایکسیس ٹو قرآن سی پی ایس ٹرانسلیشنز۔</w:t>
      </w:r>
    </w:p>
    <w:p>
      <w:r>
        <w:rPr>
          <w:b/>
        </w:rPr>
        <w:t xml:space="preserve">[33:30] </w:t>
      </w:r>
      <w:r>
        <w:t>it also serves as a sophisticated donation platform, where supporters of our work from all around the world can automate periodic donations easily.</w:t>
      </w:r>
    </w:p>
    <w:p>
      <w:pPr>
        <w:jc w:val="right"/>
      </w:pPr>
      <w:r>
        <w:t>اٹ السو سروز ایز ا سوفیسٹیکیٹڈ ڈونیشن پلیٹ فارم، ویئر سپورٹرز اف اور ورک فرام ال اراؤنڈ دا ورلڈ کین اٹومیٹ پیریڈک ڈونیشنز ایزیلی۔</w:t>
      </w:r>
    </w:p>
    <w:p>
      <w:r>
        <w:rPr>
          <w:b/>
        </w:rPr>
        <w:t xml:space="preserve">[33:44] </w:t>
      </w:r>
      <w:r>
        <w:t>all credit goes to God for making the development and launch of this website easy, may turn out to be a successful effort and serve its purpose.</w:t>
      </w:r>
    </w:p>
    <w:p>
      <w:pPr>
        <w:jc w:val="right"/>
      </w:pPr>
      <w:r>
        <w:t>ال کریڈٹ گوز ٹو گاڈ فار میکنگ دا ڈیویلپمنٹ اینڈ لانچ اف دس ویب سائٹ ایزی، می ٹرن اؤٹ ٹو بی ا سکسیس فل ایفرٹ اینڈ سرو اٹس پرپس۔</w:t>
      </w:r>
    </w:p>
    <w:p>
      <w:r>
        <w:rPr>
          <w:b/>
        </w:rPr>
        <w:t xml:space="preserve">[33:55] </w:t>
      </w:r>
      <w:r>
        <w:t>i would also like to thank Khwaja Kaleemuddin sahib from CPS USA for his sponsorship and support of this project." mashallah</w:t>
      </w:r>
    </w:p>
    <w:p>
      <w:pPr>
        <w:jc w:val="right"/>
      </w:pPr>
      <w:r>
        <w:t>ائی وڈ السو لائک ٹو تھینک خواجہ کلیم الدین صاحب فرام سی پی ایس یو ایس اے فار ہز سپانسرشپ اینڈ سپورٹ اف دس پراجیکٹ۔" ماشاءاللہ</w:t>
      </w:r>
    </w:p>
    <w:p>
      <w:r>
        <w:rPr>
          <w:b/>
        </w:rPr>
        <w:t xml:space="preserve">[34:08] </w:t>
      </w:r>
      <w:r>
        <w:t>. so with this i will request Maulana sahib to launch the new website www.quranonline.org.</w:t>
      </w:r>
    </w:p>
    <w:p>
      <w:pPr>
        <w:jc w:val="right"/>
      </w:pPr>
      <w:r>
        <w:t>۔ سو ود دس ائی ویل ریکویسٹ مولانا صاحب ٹو لانچ دا نیو ویب سائٹ www.quranonline.org۔</w:t>
      </w:r>
    </w:p>
    <w:p>
      <w:r>
        <w:rPr>
          <w:b/>
        </w:rPr>
        <w:t xml:space="preserve">[34:17] </w:t>
      </w:r>
      <w:r>
        <w:t>mashallah, mashallah, mashallah, mashallah. Allah taala qabool farmaye, Allah taala qabool farmaye.</w:t>
      </w:r>
    </w:p>
    <w:p>
      <w:pPr>
        <w:jc w:val="right"/>
      </w:pPr>
      <w:r>
        <w:t>ماشاءاللہ، ماشاءاللہ، ماشاءاللہ، ماشاءاللہ۔ اللہ تعالیٰ قبول فرمائے، اللہ تعالیٰ قبول فرمائے۔</w:t>
      </w:r>
    </w:p>
    <w:p>
      <w:r>
        <w:rPr>
          <w:b/>
        </w:rPr>
        <w:t xml:space="preserve">[34:36] </w:t>
      </w:r>
      <w:r>
        <w:t>i will try to show all of you quickly. there will be difficult to do that in a small laptop, but maybe just a glimpse of the website. so this is how it looks.</w:t>
      </w:r>
    </w:p>
    <w:p>
      <w:pPr>
        <w:jc w:val="right"/>
      </w:pPr>
      <w:r>
        <w:t>ائی ویل ٹرائی ٹو شو ال اف یو کوئیکلی۔ دیر ویل بی ڈیفیکلٹ ٹو ڈو دیٹ ان ا سمال لیپ ٹاپ، بٹ می بی جسٹ ا گلپس اف دا ویب سائٹ۔ سو دس از ہاؤ اٹ لوکس۔</w:t>
      </w:r>
    </w:p>
    <w:p>
      <w:r>
        <w:rPr>
          <w:b/>
        </w:rPr>
        <w:t xml:space="preserve">[34:47] </w:t>
      </w:r>
      <w:r>
        <w:t>its very simple and easy to glean. it has all the quran translations uploaded.</w:t>
      </w:r>
    </w:p>
    <w:p>
      <w:pPr>
        <w:jc w:val="right"/>
      </w:pPr>
      <w:r>
        <w:t>اٹس ویری سمپل اینڈ ایزی ٹو گلین۔ اٹ ہیز ال دی قرآن ٹرانسلیشنز اپلوڈڈ۔</w:t>
      </w:r>
    </w:p>
    <w:p>
      <w:r>
        <w:rPr>
          <w:b/>
        </w:rPr>
        <w:t xml:space="preserve">[34:55] </w:t>
      </w:r>
      <w:r>
        <w:t>it has gallery of pictures, quran being distributed by CPS members across the world. so it has pictures from different countries.</w:t>
      </w:r>
    </w:p>
    <w:p>
      <w:pPr>
        <w:jc w:val="right"/>
      </w:pPr>
      <w:r>
        <w:t>اٹ ہیز گیلری اف پکچرز، قرآن بینگ ڈسٹریبیوٹڈ بائے سی پی ایس ممبرز اکراس دا ورلڈ۔ سو اٹ ہیز پکچرز فرام ڈفرنٹ کنٹریز۔</w:t>
      </w:r>
    </w:p>
    <w:p>
      <w:r>
        <w:rPr>
          <w:b/>
        </w:rPr>
        <w:t xml:space="preserve">[35:06] </w:t>
      </w:r>
      <w:r>
        <w:t>and in the bottom most, there are three options: sponsor of free quran. it will take you to the relevant page where you can pick up your choice of sponsoring, lets say quran for fifty families or hundred families, depending on your capacity.</w:t>
      </w:r>
    </w:p>
    <w:p>
      <w:pPr>
        <w:jc w:val="right"/>
      </w:pPr>
      <w:r>
        <w:t>اینڈ ان دا باٹم موسٹ، دیر ار تھری اپشنز: سپانسر اف فری قرآن۔ اٹ ویل ٹیک یو ٹو دا ریلیونٹ پیج ویئر یو کین پک اپ یور چوائس اف سپانسرنگ، لیٹس سے قرآن فار ففٹی فیملیز اور ہنڈرڈ فیملیز، ڈیپینڈنگ ان یور کپیسٹی۔</w:t>
      </w:r>
    </w:p>
    <w:p>
      <w:r>
        <w:rPr>
          <w:b/>
        </w:rPr>
        <w:t xml:space="preserve">[35:23] </w:t>
      </w:r>
      <w:r>
        <w:t>then it has request a free quran and quran distribution option. that takes you to the CPS page where once you fill the details, it gets distributed to the quran distributors, the CPS quran distributors across the world.</w:t>
      </w:r>
    </w:p>
    <w:p>
      <w:pPr>
        <w:jc w:val="right"/>
      </w:pPr>
      <w:r>
        <w:t>دین اٹ ہیز ریکویسٹ ا فری قرآن اینڈ قرآن ڈسٹریبیوشن اپشن۔ دیٹ ٹیکس یو ٹو دی سی پی ایس پیج ویئر ونس یو فل دا ڈیٹیلز، اٹ گیٹس ڈسٹریبیوٹڈ ٹو دا قرآن ڈسٹریبیوٹرز، دا سی پی ایس قرآن ڈسٹریبیوٹرز اکراس دا ورلڈ۔</w:t>
      </w:r>
    </w:p>
    <w:p>
      <w:r>
        <w:rPr>
          <w:b/>
        </w:rPr>
        <w:t xml:space="preserve">[35:40] </w:t>
      </w:r>
      <w:r>
        <w:t>so these request goes to them, and they get in touch with the relevant person. so this is an amazing effort by Asad, ah despite the fact that you know he has a very hectic schedule in his studies.</w:t>
      </w:r>
    </w:p>
    <w:p>
      <w:pPr>
        <w:jc w:val="right"/>
      </w:pPr>
      <w:r>
        <w:t>سو دیز ریکویسٹ گوز ٹو دیم، اینڈ دے گیٹ ان ٹچ ود دی ریلیونٹ پرسن۔ سو دس از ان امیزنگ ایفرٹ بائے اسد، اہ ڈسپائٹ دا فیکٹ دیٹ یو نو ہی ہیز ا ویری ہیکٹک سکیڈیول ان ہز سٹڈیز۔</w:t>
      </w:r>
    </w:p>
    <w:p>
      <w:r>
        <w:rPr>
          <w:b/>
        </w:rPr>
        <w:t xml:space="preserve">[35:52] </w:t>
      </w:r>
      <w:r>
        <w:t>so may God bless Asad Pervez, and we should all do dua for him. inshallah.</w:t>
      </w:r>
    </w:p>
    <w:p>
      <w:pPr>
        <w:jc w:val="right"/>
      </w:pPr>
      <w:r>
        <w:t>سو می گاڈ بلیس اسد پرویز، اینڈ وی شوڈ ال ڈو دعا فار ہم۔ انشاءاللہ۔</w:t>
      </w:r>
    </w:p>
    <w:p>
      <w:r>
        <w:rPr>
          <w:b/>
        </w:rPr>
        <w:t xml:space="preserve">[36:00] </w:t>
      </w:r>
      <w:r>
        <w:t>de ah idar launch is de hindi booklet. ah cps continues to translate as much of work of Maulana Wahiduddin Khan sahib in hindi ah translation, because there is a huge hindi demand, not just in India, but overseas.</w:t>
      </w:r>
    </w:p>
    <w:p>
      <w:pPr>
        <w:jc w:val="right"/>
      </w:pPr>
      <w:r>
        <w:t>دی اہ ادر لانچ از دی ہندی بکلیٹ۔ اہ سی پی ایس کنٹینیوز ٹو ٹرانسلیٹ ایز مچ اف ورک اف مولانا وحید الدین خان صاحب ان ہندی اہ ٹرانسلیشن، بیکاز دیر از ا ہیوج ہندی ڈیمانڈ، ناٹ جسٹ ان انڈیا، بٹ اوورسیز۔</w:t>
      </w:r>
    </w:p>
    <w:p>
      <w:r>
        <w:rPr>
          <w:b/>
        </w:rPr>
        <w:t xml:space="preserve">[36:19] </w:t>
      </w:r>
      <w:r>
        <w:t>interesting ly, dr sanyas naeem khan khan sahib shared that even in blue mosque, where a lot of quran in different languages are being distributed.</w:t>
      </w:r>
    </w:p>
    <w:p>
      <w:pPr>
        <w:jc w:val="right"/>
      </w:pPr>
      <w:r>
        <w:t>انٹرسٹنگلی، ڈاکٹر سانیاس نعیم خان خان صاحب شیئرڈ دیٹ ایون ان بلو مسک، ویئر ا لاٹ اف قرآن ان ڈفرنٹ لینگویجز ار بینگ ڈسٹریبیوٹڈ۔</w:t>
      </w:r>
    </w:p>
    <w:p>
      <w:r>
        <w:rPr>
          <w:b/>
        </w:rPr>
        <w:t xml:space="preserve">[36:29] </w:t>
      </w:r>
      <w:r>
        <w:t>so the imam of blue mosque called him and asked him that can you send me hindi quran. so we were equally surprised that in a blue mosque in turkey, ah request has been made for hindi translation of quran.</w:t>
      </w:r>
    </w:p>
    <w:p>
      <w:pPr>
        <w:jc w:val="right"/>
      </w:pPr>
      <w:r>
        <w:t>سو دی امام اف بلو مسک کالڈ ہم اینڈ اسکڈ ہم دیٹ کین یو سینڈ می ہندی قرآن۔ سو وی وار ایکولی سرپرائز دیٹ ان ا بلو مسک ان ٹرکی، اہ ریکویسٹ ہیز بین میڈ فار ہندی ٹرانسلیشن اف قرآن۔</w:t>
      </w:r>
    </w:p>
    <w:p>
      <w:r>
        <w:rPr>
          <w:b/>
        </w:rPr>
        <w:t xml:space="preserve">[36:45] </w:t>
      </w:r>
      <w:r>
        <w:t>so he is sending a shipment of hindi quran to blue mosque. ah this new launch is a small booklet with the title "hazrat muhammad ka jeevan darshan".</w:t>
      </w:r>
    </w:p>
    <w:p>
      <w:pPr>
        <w:jc w:val="right"/>
      </w:pPr>
      <w:r>
        <w:t>سو ہی از سینڈنگ ا شپمنٹ اف ہندی قرآن ٹو بلو مسک۔ اہ دس نیو لانچ از ا سمال بکلیٹ ود دا ٹائٹل "حضرت محمد کا جیون درشن"۔</w:t>
      </w:r>
    </w:p>
    <w:p>
      <w:r>
        <w:rPr>
          <w:b/>
        </w:rPr>
        <w:t xml:space="preserve">[36:56] </w:t>
      </w:r>
      <w:r>
        <w:t>this is ah the translation of professor farida khanum's booklet "the life of prophet muhammad". and this hindi ah translation has been done by dr muslima siddiqui, and its a dawa booklet which gives a brief account of the important events from the life of prophet muhammad.</w:t>
      </w:r>
    </w:p>
    <w:p>
      <w:pPr>
        <w:jc w:val="right"/>
      </w:pPr>
      <w:r>
        <w:t>دس از اہ دی ٹرانسلیشن اف پروفیسر فریدہ خانمز بکلیٹ "دی لائف اف پرافٹ محمد"۔ اینڈ دس ہندی اہ ٹرانسلیشن ہیز بین ڈن بائے ڈاکٹر مسلمہ صدیقی، اینڈ اٹس ا داوا بکلیٹ وچ گیوز ا بریف اکاؤنٹ اف دی امپورٹنٹ ایونٹس فرام دی لائف اف پرافٹ محمد۔</w:t>
      </w:r>
    </w:p>
    <w:p>
      <w:r>
        <w:rPr>
          <w:b/>
        </w:rPr>
        <w:t xml:space="preserve">[37:17] </w:t>
      </w:r>
      <w:r>
        <w:t>so you can use this liberally to hand it out to people who are interested to know ah about prophet muhammad in a very smaller and a shorter version.</w:t>
      </w:r>
    </w:p>
    <w:p>
      <w:pPr>
        <w:jc w:val="right"/>
      </w:pPr>
      <w:r>
        <w:t>سو یو کین یوز دس لبرلی ٹو ہینڈ اٹ اؤٹ ٹو پیپل ہو ار انٹرسٹڈ ٹو نو اہ اباؤٹ پرافٹ محمد ان ا ویری سمالر اینڈ ا شارٹر ورژن۔</w:t>
      </w:r>
    </w:p>
    <w:p>
      <w:r>
        <w:rPr>
          <w:b/>
        </w:rPr>
        <w:t xml:space="preserve">[37:29] </w:t>
      </w:r>
      <w:r>
        <w:t>its not a thick book, so its a easy read in a bus journey or in a train journey or in a car journey. so i will request Maulana sahib to launch this new hindi booklet "hazrat muhammad ka jeevan darshan".</w:t>
      </w:r>
    </w:p>
    <w:p>
      <w:pPr>
        <w:jc w:val="right"/>
      </w:pPr>
      <w:r>
        <w:t>اٹس ناٹ ا تھک بک، سو اٹس ا ایزی ریڈ ان ا بس جرنی اور ان ا ٹرین جرنی اور ان ا کار جرنی۔ سو ائی ویل ریکویسٹ مولانا صاحب ٹو لانچ دس نیو ہندی بکلیٹ "حضرت محمد کا جیون درشن"۔</w:t>
      </w:r>
    </w:p>
    <w:p>
      <w:r>
        <w:rPr>
          <w:b/>
        </w:rPr>
        <w:t xml:space="preserve">[37:45] </w:t>
      </w:r>
      <w:r>
        <w:t>masha allah,</w:t>
      </w:r>
    </w:p>
    <w:p>
      <w:pPr>
        <w:jc w:val="right"/>
      </w:pPr>
      <w:r>
        <w:t>ماشاءاللہ،</w:t>
      </w:r>
    </w:p>
    <w:p>
      <w:r>
        <w:rPr>
          <w:b/>
        </w:rPr>
        <w:t xml:space="preserve">[37:47] </w:t>
      </w:r>
      <w:r>
        <w:t>allah taala qabool farmaye. beshumar log dunya mein hain jo hindi zaban mein likhte hain, padhte hain, bolte hain. in sab ke liye ek tohfa hai, gift hai, inshallah.</w:t>
      </w:r>
    </w:p>
    <w:p>
      <w:pPr>
        <w:jc w:val="right"/>
      </w:pPr>
      <w:r>
        <w:t>اللہ تعالیٰ قبول فرمائے۔ بے شمار لوگ دنیا میں ہیں جو ہندی زبان میں لکھتے ہیں، پڑھتے ہیں، بولتے ہیں۔ ان سب کے لیے ایک تحفہ ہے، گفٹ ہے، انشاءاللہ۔</w:t>
      </w:r>
    </w:p>
    <w:p>
      <w:r>
        <w:rPr>
          <w:b/>
        </w:rPr>
        <w:t xml:space="preserve">[38:04] </w:t>
      </w:r>
      <w:r>
        <w:t>ok, so i will move on to now the comments section. first, i will read out some of the comments before i take your questions, which you all have sent from different parts of the world.</w:t>
      </w:r>
    </w:p>
    <w:p>
      <w:pPr>
        <w:jc w:val="right"/>
      </w:pPr>
      <w:r>
        <w:t>اوکے، سو ائی ویل موو ان ٹو ناؤ دی کمنٹس سیکشن۔ فرسٹ، ائی ویل ریڈ اؤٹ سم اف دا کمنٹس بیفور ائی ٹیک یور کوئسچنز، وچ یو ال ہیو سینڈ فرام ڈفرنٹ پارٹس اف دا ورلڈ۔</w:t>
      </w:r>
    </w:p>
    <w:p>
      <w:r>
        <w:rPr>
          <w:b/>
        </w:rPr>
        <w:t xml:space="preserve">[38:17] </w:t>
      </w:r>
      <w:r>
        <w:t>Maulana, yeh comment bheja hai gul rehman sahib ne. yeh pakistan ke hain aur is waqt free town sierra leone mein ah ah hain, aur wahin se unhon ne likha hai.</w:t>
      </w:r>
    </w:p>
    <w:p>
      <w:pPr>
        <w:jc w:val="right"/>
      </w:pPr>
      <w:r>
        <w:t>مولانا، یہ کمنٹ بھیجا ہے گل رحمان صاحب نے۔ یہ پاکستان کے ہیں اور اس وقت فری ٹاؤن سیارہ لیون میں آہ آہ ہیں، اور وہیں سے انہوں نے لکھا ہے۔</w:t>
      </w:r>
    </w:p>
    <w:p>
      <w:r>
        <w:rPr>
          <w:b/>
        </w:rPr>
        <w:t xml:space="preserve">[38:31] </w:t>
      </w:r>
      <w:r>
        <w:t>unhon ne likha hai ke "we are in sierra leone, here we are distributing the english quran and spirit of islam magazine.</w:t>
      </w:r>
    </w:p>
    <w:p>
      <w:pPr>
        <w:jc w:val="right"/>
      </w:pPr>
      <w:r>
        <w:t>انہوں نے لکھا ہے کہ "وی ار ان سیارہ لیون، ہیئر وی ار ڈسٹریبیوٹنگ دا انگلش قرآن اینڈ سپرٹ اف اسلام میگزین۔</w:t>
      </w:r>
    </w:p>
    <w:p>
      <w:r>
        <w:rPr>
          <w:b/>
        </w:rPr>
        <w:t xml:space="preserve">[38:42] </w:t>
      </w:r>
      <w:r>
        <w:t>the people are taking very deep interest, particularly in english quran. Maulana, aur salams to you, and we are making hundred and thousands of dua from Maulana sahib and for cps team.</w:t>
      </w:r>
    </w:p>
    <w:p>
      <w:pPr>
        <w:jc w:val="right"/>
      </w:pPr>
      <w:r>
        <w:t>دا پیپل ار ٹیکنگ ویری ڈیپ انٹرسٹ، پرٹیکولرلی ان انگلش قرآن۔ مولانا، اور سلامز ٹو یو، اینڈ وی ار میکنگ ہنڈرڈ اینڈ تھاؤزنڈز اف دعا فرام مولانا صاحب اینڈ فار سی پی ایس ٹیم۔</w:t>
      </w:r>
    </w:p>
    <w:p>
      <w:r>
        <w:rPr>
          <w:b/>
        </w:rPr>
        <w:t xml:space="preserve">[38:56] </w:t>
      </w:r>
      <w:r>
        <w:t>Maulana, i request you to make dua for all of us. may almighty, allah guide us to the straight path. aameen, aameen.</w:t>
      </w:r>
    </w:p>
    <w:p>
      <w:pPr>
        <w:jc w:val="right"/>
      </w:pPr>
      <w:r>
        <w:t>مولانا، ائی ریکویسٹ یو ٹو میک دعا فار ال اف اس۔ می المائٹی، اللہ گائیڈ اس ٹو دا سٹریٹ پاتھ۔ آمین، آمین۔</w:t>
      </w:r>
    </w:p>
    <w:p>
      <w:r>
        <w:rPr>
          <w:b/>
        </w:rPr>
        <w:t xml:space="preserve">[39:09] </w:t>
      </w:r>
      <w:r>
        <w:t>Maulana iqbal umri ne chennai se likha hai: "islam ek system hai, muslim qaum is ko chala sakti hai, aur is ke liye ek alag zameen chahti hai.</w:t>
      </w:r>
    </w:p>
    <w:p>
      <w:pPr>
        <w:jc w:val="right"/>
      </w:pPr>
      <w:r>
        <w:t>مولانا اقبال عمری نے چنئی سے لکھا ہے: "اسلام ایک سسٹم ہے، مسلم قوم اس کو چلا سکتی ہے، اور اس کے لیے ایک الگ زمین چاہتی ہے۔</w:t>
      </w:r>
    </w:p>
    <w:p>
      <w:r>
        <w:rPr>
          <w:b/>
        </w:rPr>
        <w:t xml:space="preserve">[39:21] </w:t>
      </w:r>
      <w:r>
        <w:t>agar aisa na ho to mukammal islam par amal nahi hoga." Maulana, is tarah ke alfaaz itne khoobsurat hain ke har aadmi is ka shikar ho gaya.</w:t>
      </w:r>
    </w:p>
    <w:p>
      <w:pPr>
        <w:jc w:val="right"/>
      </w:pPr>
      <w:r>
        <w:t>اگر ایسا نہ ہو تو مکمل اسلام پر عمل نہیں ہوگا۔" مولانا، اس طرح کے الفاظ اتنے خوبصورت ہیں کہ ہر آدمی اس کا شکار ہو گیا۔</w:t>
      </w:r>
    </w:p>
    <w:p>
      <w:r>
        <w:rPr>
          <w:b/>
        </w:rPr>
        <w:t xml:space="preserve">[39:34] </w:t>
      </w:r>
      <w:r>
        <w:t>sirf al risala mission ne hi is ki burai ko wazeh kiya, warna hum bhi tashaddud ke rastay par hotay.</w:t>
      </w:r>
    </w:p>
    <w:p>
      <w:pPr>
        <w:jc w:val="right"/>
      </w:pPr>
      <w:r>
        <w:t>صرف الرسالہ مشن نے ہی اس کی برائی کو واضح کیا، ورنہ ہم بھی تشدد کے راستے پر ہوتے۔</w:t>
      </w:r>
    </w:p>
    <w:p>
      <w:r>
        <w:rPr>
          <w:b/>
        </w:rPr>
        <w:t xml:space="preserve">[39:43] </w:t>
      </w:r>
      <w:r>
        <w:t>jazak allah Maulana. is liye to is ko dajali kaha gaya. dajaliyat, khoobsurat alfaaz mein, ghalat baat kehna.</w:t>
      </w:r>
    </w:p>
    <w:p>
      <w:pPr>
        <w:jc w:val="right"/>
      </w:pPr>
      <w:r>
        <w:t>جزاک اللہ مولانا۔ اس لیے تو اس کو دجالی کہا گیا۔ دجالیت، خوبصورت الفاظ میں، غلط بات کہنا۔</w:t>
      </w:r>
    </w:p>
    <w:p>
      <w:r>
        <w:rPr>
          <w:b/>
        </w:rPr>
        <w:t xml:space="preserve">[39:57] </w:t>
      </w:r>
      <w:r>
        <w:t>rashid ansari sahib, jo meerut se hain aur is waqt delhi mein hain, unhon ne comment likha hai: "Maulana, is baat se to yeh maloom hota hai ke is sari burai ki jar tahreef deen hui." is mein koi shaq hi nahi hai.</w:t>
      </w:r>
    </w:p>
    <w:p>
      <w:pPr>
        <w:jc w:val="right"/>
      </w:pPr>
      <w:r>
        <w:t>راشد انصاری صاحب، جو میرٹھ سے ہیں اور اس وقت دلی میں ہیں، انہوں نے کمنٹ لکھا ہے: "مولانا، اس بات سے تو یہ معلوم ہوتا ہے کہ اس ساری برائی کی جڑ تحریف دین ہوئی۔" اس میں کوئی شک ہی نہیں ہے۔</w:t>
      </w:r>
    </w:p>
    <w:p>
      <w:r>
        <w:rPr>
          <w:b/>
        </w:rPr>
        <w:t xml:space="preserve">[40:13] </w:t>
      </w:r>
      <w:r>
        <w:t>dajaliyat kya hai? tahreef deen hai. na quran mein koi saboot hai, na hadith mein koi saboot hai. main challenge karta hoon ke kisi ke paas saboot ho, bataye.</w:t>
      </w:r>
    </w:p>
    <w:p>
      <w:pPr>
        <w:jc w:val="right"/>
      </w:pPr>
      <w:r>
        <w:t>دجالیت کیا ہے؟ تحریف دین ہے۔ نہ قرآن میں کوئی ثبوت ہے، نہ حدیث میں کوئی ثبوت ہے۔ میں چیلنج کرتا ہوں کہ کسی کے پاس ثبوت ہو، بتائے۔</w:t>
      </w:r>
    </w:p>
    <w:p>
      <w:r>
        <w:rPr>
          <w:b/>
        </w:rPr>
        <w:t xml:space="preserve">[40:26] </w:t>
      </w:r>
      <w:r>
        <w:t>yeh jo interpretation hai ke islam mukammal mazhab hai, mukammal nizam hai, is ko mukammal taur par nafiz karna hai, hukumat qaim karna hai, yeh kahan hai?</w:t>
      </w:r>
    </w:p>
    <w:p>
      <w:pPr>
        <w:jc w:val="right"/>
      </w:pPr>
      <w:r>
        <w:t>یہ جو انٹرپریشن ہے کہ اسلام مکمل مذہب ہے، مکمل نظام ہے، اس کو مکمل طور پر نافذ کرنا ہے، حکومت قائم کرنا ہے، یہ کہاں ہے؟</w:t>
      </w:r>
    </w:p>
    <w:p>
      <w:r>
        <w:rPr>
          <w:b/>
        </w:rPr>
        <w:t xml:space="preserve">[40:39] </w:t>
      </w:r>
      <w:r>
        <w:t>main ne arz kiya ke kahin yeh nahi hai ke "naffiz shariat al islam, hukoomat dawlat al islam" kahin hai hi nahi. yeh to khud sakhta baatein hain.</w:t>
      </w:r>
    </w:p>
    <w:p>
      <w:pPr>
        <w:jc w:val="right"/>
      </w:pPr>
      <w:r>
        <w:t>میں نے عرض کیا کہ کہیں یہ نہیں ہے کہ "نفش شریعت الاسلام، حکم دولت الاسلام" کہیں ہے ہی نہیں۔ یہ تو خود ساختہ باتیں ہیں۔</w:t>
      </w:r>
    </w:p>
    <w:p>
      <w:r>
        <w:rPr>
          <w:b/>
        </w:rPr>
        <w:t xml:space="preserve">[40:50] </w:t>
      </w:r>
      <w:r>
        <w:t>yeh discipline, sar ta pa discipline hai. discipline hai. jo log is pe kharay hue hain, un sab logon ko ijtamai tauba karna chahiye.</w:t>
      </w:r>
    </w:p>
    <w:p>
      <w:pPr>
        <w:jc w:val="right"/>
      </w:pPr>
      <w:r>
        <w:t>یہ ڈسپلن، سر تا پا ڈسپلن ہے۔ ڈسپلن ہے۔ جو لوگ اس پہ کھڑے ہوئے ہیں، ان سب لوگوں کو اجتماعی توبہ کرنا چاہیے۔</w:t>
      </w:r>
    </w:p>
    <w:p>
      <w:r>
        <w:rPr>
          <w:b/>
        </w:rPr>
        <w:t xml:space="preserve">[41:01] </w:t>
      </w:r>
      <w:r>
        <w:t>jo log is mukammal islam pe kharay hue hain, un ko ijtamai tauba karna chahiye, kyunke woh fast food pe kharay hue hain. koi base hai un ke paas kharay hone ke liye?</w:t>
      </w:r>
    </w:p>
    <w:p>
      <w:pPr>
        <w:jc w:val="right"/>
      </w:pPr>
      <w:r>
        <w:t>جو لوگ اس مکمل اسلام پہ کھڑے ہوئے ہیں، ان کو اجتماعی توبہ کرنا چاہیے، کیونکہ وہ فاسٹ فوڈ پہ کھڑے ہوئے ہیں۔ کوئی بیس ہے ان کے پاس کھڑے ہونے کے لیے؟</w:t>
      </w:r>
    </w:p>
    <w:p>
      <w:r>
        <w:rPr>
          <w:b/>
        </w:rPr>
        <w:t xml:space="preserve">[41:13] </w:t>
      </w:r>
      <w:r>
        <w:t>fast food pe kharay hue hain.</w:t>
      </w:r>
    </w:p>
    <w:p>
      <w:pPr>
        <w:jc w:val="right"/>
      </w:pPr>
      <w:r>
        <w:t>فاسٹ فوڈ پہ کھڑے ہوئے ہیں۔</w:t>
      </w:r>
    </w:p>
    <w:p>
      <w:r>
        <w:rPr>
          <w:b/>
        </w:rPr>
        <w:t xml:space="preserve">[41:19] </w:t>
      </w:r>
      <w:r>
        <w:t>maulana, agla comment bheja hai syed ahmed ali sahib ne dilli se. unhon ne likha hai: "maulana sahib, today you beautifully explain that islam is not a system to be followed rigidly and blindly, but it is a religion of peace, consideration and universal brotherhood.</w:t>
      </w:r>
    </w:p>
    <w:p>
      <w:pPr>
        <w:jc w:val="right"/>
      </w:pPr>
      <w:r>
        <w:t>مولانا، اگلا کمنٹ بھیجا ہے سید احمد علی صاحب نے دلی سے۔ انہوں نے لکھا ہے: "مولانا صاحب، ٹوڈے یو بیوٹیفلی ایکسپلین دیٹ اسلام از ناٹ ا سسٹم ٹو بی فالوڈ ریجڈلی اینڈ بلائنڈلی، بٹ اٹ از ا ریلیجن اف پیس، کنسیڈریشن اینڈ یونیورسل برادرہوڈ۔</w:t>
      </w:r>
    </w:p>
    <w:p>
      <w:r>
        <w:rPr>
          <w:b/>
        </w:rPr>
        <w:t xml:space="preserve">[41:40] </w:t>
      </w:r>
      <w:r>
        <w:t>islam teaches one to establish a positive atmosphere even in unfavorable circumstances. may allah bless you with good health.</w:t>
      </w:r>
    </w:p>
    <w:p>
      <w:pPr>
        <w:jc w:val="right"/>
      </w:pPr>
      <w:r>
        <w:t>اسلام ٹیچز ون ٹو اسٹیبلش ا پوزیٹیو ایٹمسفیئر ایون ان ان فیوریبل سرکمسٹانسز۔ می اللہ بلیس یو ود گڈ ہیلتھ۔</w:t>
      </w:r>
    </w:p>
    <w:p>
      <w:r>
        <w:rPr>
          <w:b/>
        </w:rPr>
        <w:t xml:space="preserve">[41:51] </w:t>
      </w:r>
      <w:r>
        <w:t>jazak allah." doctor naghma siddiqui ne dilli se likha hai: "maulana, today you have clarified to the last extent what a mission is, and exposed dajaliyat as misinterpreted ideology,</w:t>
      </w:r>
    </w:p>
    <w:p>
      <w:pPr>
        <w:jc w:val="right"/>
      </w:pPr>
      <w:r>
        <w:t>جزاک اللہ۔" ڈاکٹر نغمہ صدیقی نے دلی سے لکھا ہے: "مولانا، ٹوڈے یو ہیو کلیریفائیڈ ٹو دا لاسٹ ایکسٹینٹ واٹ ا مشن از، اینڈ ایکسپوز دجالیت ایز مس انٹرپریٹڈ آئیڈیالوجی،</w:t>
      </w:r>
    </w:p>
    <w:p>
      <w:r>
        <w:rPr>
          <w:b/>
        </w:rPr>
        <w:t xml:space="preserve">[42:08] </w:t>
      </w:r>
      <w:r>
        <w:t>be it from the secular world or of islam. i rededicate myself to the mission. may god help us and accept us.</w:t>
      </w:r>
    </w:p>
    <w:p>
      <w:pPr>
        <w:jc w:val="right"/>
      </w:pPr>
      <w:r>
        <w:t>بی اٹ فرام دا سیکولر ورلڈ اور اف اسلام۔ ائی ری ڈیڈیکیٹ مائی سیلف ٹو دا مشن۔ می گاڈ ہیلپ اس اینڈ ایکسیپٹ اس۔</w:t>
      </w:r>
    </w:p>
    <w:p>
      <w:r>
        <w:rPr>
          <w:b/>
        </w:rPr>
        <w:t xml:space="preserve">[42:17] </w:t>
      </w:r>
      <w:r>
        <w:t>inshallah."</w:t>
      </w:r>
    </w:p>
    <w:p>
      <w:pPr>
        <w:jc w:val="right"/>
      </w:pPr>
      <w:r>
        <w:t>انشاءاللہ۔"</w:t>
      </w:r>
    </w:p>
    <w:p>
      <w:r>
        <w:rPr>
          <w:b/>
        </w:rPr>
        <w:t xml:space="preserve">[42:23] </w:t>
      </w:r>
      <w:r>
        <w:t>maulana, agla comment lene se pehle ek sawal lena chahenge. yeh sawal bheja hai lucknow se israr ahmed sahib ne.</w:t>
      </w:r>
    </w:p>
    <w:p>
      <w:pPr>
        <w:jc w:val="right"/>
      </w:pPr>
      <w:r>
        <w:t>مولانا، اگلا کمنٹ لینے سے پہلے ایک سوال لینا چاہیں گے۔ یہ سوال بھیجا ہے لکھنو سے اسرار احمد صاحب نے۔</w:t>
      </w:r>
    </w:p>
    <w:p>
      <w:r>
        <w:rPr>
          <w:b/>
        </w:rPr>
        <w:t xml:space="preserve">[42:35] </w:t>
      </w:r>
      <w:r>
        <w:t>unhon ne likha hai: "maulana sahib, what is wrong with political interpretation? don't you think if islam becomes political goal, then it will be easier to spread and follow quran.</w:t>
      </w:r>
    </w:p>
    <w:p>
      <w:pPr>
        <w:jc w:val="right"/>
      </w:pPr>
      <w:r>
        <w:t>انہوں نے لکھا ہے: "مولانا صاحب، واٹ از رونگ ود پولیٹیکل انٹرپریٹیشن؟ ڈونٹ یو تھنک اف اسلام بیکمز پولیٹیکل گول، دین اٹ ویل بی ایزیر ٹو سپریڈ اینڈ فالو قرآن۔</w:t>
      </w:r>
    </w:p>
    <w:p>
      <w:r>
        <w:rPr>
          <w:b/>
        </w:rPr>
        <w:t xml:space="preserve">[42:49] </w:t>
      </w:r>
      <w:r>
        <w:t>quran spread at the time of prophet muhammad, because in makkah and madinah islam became a system. so we should follow the same." bilkul galat baat hai yeh.</w:t>
      </w:r>
    </w:p>
    <w:p>
      <w:pPr>
        <w:jc w:val="right"/>
      </w:pPr>
      <w:r>
        <w:t>قرآن سپریڈ ایٹ دا ٹائم اف پرافٹ محمد، بیکاز ان مکہ اینڈ مدینہ اسلام بیکم ا سسٹم۔ سو وی شوڈ فالو دا سیم۔" بالکل غلط بات ہے یہ۔</w:t>
      </w:r>
    </w:p>
    <w:p>
      <w:r>
        <w:rPr>
          <w:b/>
        </w:rPr>
        <w:t xml:space="preserve">[43:01] </w:t>
      </w:r>
      <w:r>
        <w:t>koi ayat pesh kijiye, koi hadith pesh kijiye ke islam mukammal nizam hai aur islam ki hukumat qaim karo aur is is is ko nafiz karo.</w:t>
      </w:r>
    </w:p>
    <w:p>
      <w:pPr>
        <w:jc w:val="right"/>
      </w:pPr>
      <w:r>
        <w:t>کوئی آیت پیش کیجئے، کوئی حدیث پیش کیجئے کہ اسلام مکمل نظام ہے اور اسلام کی حکومت قائم کرو اور اس اس اس کو نافذ کرو۔</w:t>
      </w:r>
    </w:p>
    <w:p>
      <w:r>
        <w:rPr>
          <w:b/>
        </w:rPr>
        <w:t xml:space="preserve">[43:10] </w:t>
      </w:r>
      <w:r>
        <w:t>yeh kahan hai bhai? kis ayat mein, kis quran mein hai? yeh to sara false false foot pe khade hue hain yeh log. false foot pe badi badi taqreeren karte hain.</w:t>
      </w:r>
    </w:p>
    <w:p>
      <w:pPr>
        <w:jc w:val="right"/>
      </w:pPr>
      <w:r>
        <w:t>یہ کہاں ہے بھئی؟ کس آیت میں، کس قرآن میں ہے؟ یہ تو سارا فالس فالس فوٹ پہ کھڑے ہوئے ہیں یہ لوگ۔ فالس فوٹ پہ بڑی بڑی تقریریں کرتے ہیں۔</w:t>
      </w:r>
    </w:p>
    <w:p>
      <w:r>
        <w:rPr>
          <w:b/>
        </w:rPr>
        <w:t xml:space="preserve">[43:21] </w:t>
      </w:r>
      <w:r>
        <w:t>haan, padhiye. ah maulana, inka wahi ah phir jo aakhri hissa woh yahi tha ke "what is wrong with this thought and should we not follow this?" wrong yeh hai ke quran mein ya hadith mein koi reference nahi hai.</w:t>
      </w:r>
    </w:p>
    <w:p>
      <w:pPr>
        <w:jc w:val="right"/>
      </w:pPr>
      <w:r>
        <w:t>ہاں، پڑھیے۔ اہ مولانا، ان کا وہی اہ پھر جو آخری حصہ وہ یہی تھا کہ "واٹ از رونگ ود دس تھاٹ اینڈ شوڈ وی ناٹ فالو دس؟" رونگ یہ ہے کہ قرآن میں یا حدیث میں کوئی ریفرنس نہیں ہے۔</w:t>
      </w:r>
    </w:p>
    <w:p>
      <w:r>
        <w:rPr>
          <w:b/>
        </w:rPr>
        <w:t xml:space="preserve">[43:37] </w:t>
      </w:r>
      <w:r>
        <w:t>main ne arz kiya ke kahan hai nafsh shariat al-islam? kahan hai hukm dawlat al-islam? jo ayat hai surah shura ki, us se bhi nahi nikalta.</w:t>
      </w:r>
    </w:p>
    <w:p>
      <w:pPr>
        <w:jc w:val="right"/>
      </w:pPr>
      <w:r>
        <w:t>میں نے عرض کیا کہ کہاں ہے نفش شریعت الاسلام؟ کہاں ہے حکم دولت الاسلام؟ جو آیت ہے سورہ شوری کی، اس سے بھی نہیں نکلتا۔</w:t>
      </w:r>
    </w:p>
    <w:p>
      <w:r>
        <w:rPr>
          <w:b/>
        </w:rPr>
        <w:t xml:space="preserve">[43:48] </w:t>
      </w:r>
      <w:r>
        <w:t>main ne paanch sau safhe kitab padhi hai, likhi hai, woh chhap chuki hai. taabeer ki ghalati us ko padh gaya, koi ek bhi is daleel nahi hai.</w:t>
      </w:r>
    </w:p>
    <w:p>
      <w:pPr>
        <w:jc w:val="right"/>
      </w:pPr>
      <w:r>
        <w:t>میں نے پانچ سو صفحے کتاب پڑھی ہے، لکھی ہے، وہ چھپ چکی ہے۔ تعبیر کی غلطی اس کو پڑھ گیا، کوئی ایک بھی اس دلیل نہیں ہے۔</w:t>
      </w:r>
    </w:p>
    <w:p>
      <w:r>
        <w:rPr>
          <w:b/>
        </w:rPr>
        <w:t xml:space="preserve">[43:59] </w:t>
      </w:r>
      <w:r>
        <w:t>yeh khitabat, insha'bardari, bade bade alfaaz is par qaim hain, is liye is ko dajali kaha gaya hai. ah sajid ahmed khan sahib ne comment bheja hai nagpur se.</w:t>
      </w:r>
    </w:p>
    <w:p>
      <w:pPr>
        <w:jc w:val="right"/>
      </w:pPr>
      <w:r>
        <w:t>یہ خطابت، انشاءبرداری، بڑے بڑے الفاظ اس پر قائم ہیں، اس لیے اس کو دجالی کہا گیا ہے۔ اہ ساجد احمد خان صاحب نے کمنٹ بھیجا ہے ناکپور سے۔</w:t>
      </w:r>
    </w:p>
    <w:p>
      <w:r>
        <w:rPr>
          <w:b/>
        </w:rPr>
        <w:t xml:space="preserve">[44:10] </w:t>
      </w:r>
      <w:r>
        <w:t>unhon ne likha hai: "this is indeed the only solution for a present age muslims to follow the true islam in their own life.</w:t>
      </w:r>
    </w:p>
    <w:p>
      <w:pPr>
        <w:jc w:val="right"/>
      </w:pPr>
      <w:r>
        <w:t>انہوں نے لکھا ہے: "دس از انڈیڈ دا اونلی سولیوشن فار ا پریزنٹ ایج مسلمز ٹو فالو دا ٹرو اسلام ان دیر اون لائف۔</w:t>
      </w:r>
    </w:p>
    <w:p>
      <w:r>
        <w:rPr>
          <w:b/>
        </w:rPr>
        <w:t xml:space="preserve">[44:20] </w:t>
      </w:r>
      <w:r>
        <w:t>all the problems of present muslim world is due to misinterpretation of islam, to which maulana correctly call dajaliyat.</w:t>
      </w:r>
    </w:p>
    <w:p>
      <w:pPr>
        <w:jc w:val="right"/>
      </w:pPr>
      <w:r>
        <w:t>ال دی پرابلمز اف پریزنٹ مسلم ورلڈ از ڈیو ٹو مس انٹرپریٹیشن اف اسلام، ٹو وچ مولانا کریکٹلی کال دجالیت۔</w:t>
      </w:r>
    </w:p>
    <w:p>
      <w:r>
        <w:rPr>
          <w:b/>
        </w:rPr>
        <w:t xml:space="preserve">[44:30] </w:t>
      </w:r>
      <w:r>
        <w:t>may allah guide us all to rethink, replan and reconstruct the true islam in our own life. may allah bless you maulana for simplifying the facts.</w:t>
      </w:r>
    </w:p>
    <w:p>
      <w:pPr>
        <w:jc w:val="right"/>
      </w:pPr>
      <w:r>
        <w:t>می اللہ گائیڈ اس ال ٹو ری تھنک، ری پلان اینڈ ریکنسٹرکٹ دا ٹرو اسلام ان اور اون لائف۔ می اللہ بلیس یو مولانا فار سمپلیفائنگ دا فیکٹس۔</w:t>
      </w:r>
    </w:p>
    <w:p>
      <w:r>
        <w:rPr>
          <w:b/>
        </w:rPr>
        <w:t xml:space="preserve">[44:41] </w:t>
      </w:r>
      <w:r>
        <w:t>jazak allah maulana." dekhiye, jo usool hai, usool daleel istidlal ka, usool istidlal ka, usool woh yeh hai ke sab se pehle aap ko yeh prove karna hoga quran se ya hadith se ke islam ek mukammal nizam hai,</w:t>
      </w:r>
    </w:p>
    <w:p>
      <w:pPr>
        <w:jc w:val="right"/>
      </w:pPr>
      <w:r>
        <w:t>جزاک اللہ مولانا۔" دیکھیے، جو اصول ہے، اصول دلیل استدلال کا، اصول استدلال کا، اصول وہ یہ ہے کہ سب سے پہلے آپ کو یہ پروف کرنا ہوگا قرآن سے یا حدیث سے کہ اسلام ایک مکمل نظام ہے،</w:t>
      </w:r>
    </w:p>
    <w:p>
      <w:r>
        <w:rPr>
          <w:b/>
        </w:rPr>
        <w:t xml:space="preserve">[45:04] </w:t>
      </w:r>
      <w:r>
        <w:t>islam ek mukammal system hai, aur is ko qaim karne ke liye hukumat chahiye. to hukumat, jo log hukumat qaim hain, un se un ki iqtidaar ki kurjiyan chheno,</w:t>
      </w:r>
    </w:p>
    <w:p>
      <w:pPr>
        <w:jc w:val="right"/>
      </w:pPr>
      <w:r>
        <w:t>اسلام ایک مکمل سسٹم ہے، اور اس کو قائم کرنے کے لیے حکومت چاہیے۔ تو حکومت، جو لوگ حکومت قائم ہیں، ان سے ان کی اقتدار کی کرجیاں چھینو،</w:t>
      </w:r>
    </w:p>
    <w:p>
      <w:r>
        <w:rPr>
          <w:b/>
        </w:rPr>
        <w:t xml:space="preserve">[45:18] </w:t>
      </w:r>
      <w:r>
        <w:t>iqtidaar ki kurjiyan chheno, aur iqtidaar qaim karo zameen par taake islam ki hukumat har jagah qaim ho jaye.</w:t>
      </w:r>
    </w:p>
    <w:p>
      <w:pPr>
        <w:jc w:val="right"/>
      </w:pPr>
      <w:r>
        <w:t>اقتدار کی کرجیاں چھینو، اور اقتدار قائم کرو زمین پر تاکہ اسلام کی حکومت ہر جگہ قائم ہو جائے۔</w:t>
      </w:r>
    </w:p>
    <w:p>
      <w:r>
        <w:rPr>
          <w:b/>
        </w:rPr>
        <w:t xml:space="preserve">[45:27] </w:t>
      </w:r>
      <w:r>
        <w:t>yeh kahan hai? kaun si hadith hai? kaun si ayat hai? yeh sab khitabat, insha'bardari, bade bade alfaaz bol kar ke yeh baat kahi jati hai.</w:t>
      </w:r>
    </w:p>
    <w:p>
      <w:pPr>
        <w:jc w:val="right"/>
      </w:pPr>
      <w:r>
        <w:t>یہ کہاں ہے؟ کون سی حدیث ہے؟ کون سی آیت ہے؟ یہ سب خطابت، انشاءبرداری، بڑے بڑے الفاظ بول کر کے یہ بات کہی جاتی ہے۔</w:t>
      </w:r>
    </w:p>
    <w:p>
      <w:r>
        <w:rPr>
          <w:b/>
        </w:rPr>
        <w:t xml:space="preserve">[45:38] </w:t>
      </w:r>
      <w:r>
        <w:t>logical way mein koi bhi daleel is ki nahi hai. main ne paanch sau safhe kitab likhi hai, taabeer ki ghalati us ko padh lijiye aap.</w:t>
      </w:r>
    </w:p>
    <w:p>
      <w:pPr>
        <w:jc w:val="right"/>
      </w:pPr>
      <w:r>
        <w:t>لاجیکل وے میں کوئی بھی دلیل اس کی نہیں ہے۔ میں نے پانچ سو صفحے کتاب لکھی ہے، تعبیر کی غلطی اس کو پڑھ لیجئے آپ۔</w:t>
      </w:r>
    </w:p>
    <w:p>
      <w:r>
        <w:rPr>
          <w:b/>
        </w:rPr>
        <w:t xml:space="preserve">[45:54] </w:t>
      </w:r>
      <w:r>
        <w:t>ah maulana faraz khan sahib ne dilli se likha hai: "maulana, thanks for making us aware about the dajaliyat of today age.</w:t>
      </w:r>
    </w:p>
    <w:p>
      <w:pPr>
        <w:jc w:val="right"/>
      </w:pPr>
      <w:r>
        <w:t>اہ مولانا فراز خان صاحب نے دلی سے لکھا ہے: "مولانا، تھینکس فار میکنگ اس اویئر اباؤٹ دا دجالیت اف ٹوڈے ایج۔</w:t>
      </w:r>
    </w:p>
    <w:p>
      <w:r>
        <w:rPr>
          <w:b/>
        </w:rPr>
        <w:t xml:space="preserve">[46:03] </w:t>
      </w:r>
      <w:r>
        <w:t>it is not radicalization, rather islamization of violence. we need to spread the real message of islam. islam hai allah ki rehmat mein dakhil ho jana, allah se darna.</w:t>
      </w:r>
    </w:p>
    <w:p>
      <w:pPr>
        <w:jc w:val="right"/>
      </w:pPr>
      <w:r>
        <w:t>اٹ از ناٹ ریڈیکلائزیشن، رادر اسلامائزیشن اف وائیلنس۔ وی نیڈ ٹو سپریڈ دا ریئل میسج اف اسلام۔ اسلام ہے اللہ کی رحمت میں داخل ہو جانا، اللہ سے ڈرنا۔</w:t>
      </w:r>
    </w:p>
    <w:p>
      <w:r>
        <w:rPr>
          <w:b/>
        </w:rPr>
        <w:t xml:space="preserve">[46:16] </w:t>
      </w:r>
      <w:r>
        <w:t>islam hai. we have to make this our mission."</w:t>
      </w:r>
    </w:p>
    <w:p>
      <w:pPr>
        <w:jc w:val="right"/>
      </w:pPr>
      <w:r>
        <w:t>اسلام ہے۔ وی ہیو ٹو میک دس اور مشن۔"</w:t>
      </w:r>
    </w:p>
    <w:p>
      <w:r>
        <w:rPr>
          <w:b/>
        </w:rPr>
        <w:t xml:space="preserve">[46:23] </w:t>
      </w:r>
      <w:r>
        <w:t>yeh amreeka wale bohat bolte hain, yeh log radicalization, yeh lafzi galat hai, yeh term bhi galat hai. Kar is mein ke clear nahi hai, is se woh asal baat clear nahi hoti.</w:t>
      </w:r>
    </w:p>
    <w:p>
      <w:pPr>
        <w:jc w:val="right"/>
      </w:pPr>
      <w:r>
        <w:t>یہ امریکہ والے بہت بولتے ہیں، یہ لوگ ریڈیکلائزیشن، یہ لفظی غلط ہے، یہ ٹرم بھی غلط ہے۔ کر اس میں کہ کلیئر نہیں ہے، اس سے وہ اصل بات کلیئر نہیں ہوتی۔</w:t>
      </w:r>
    </w:p>
    <w:p>
      <w:r>
        <w:rPr>
          <w:b/>
        </w:rPr>
        <w:t xml:space="preserve">[46:39] </w:t>
      </w:r>
      <w:r>
        <w:t>saheeh lafz yeh hai ke tasaddud ko islamize karna, islamized of violence, yeh saheeh lafz hai.</w:t>
      </w:r>
    </w:p>
    <w:p>
      <w:pPr>
        <w:jc w:val="right"/>
      </w:pPr>
      <w:r>
        <w:t>صحیح لفظ یہ ہے کہ تسدد کو اسلامائز کرنا، اسلامائزڈ اف وائیلنس، یہ صحیح لفظ ہے۔</w:t>
      </w:r>
    </w:p>
    <w:p>
      <w:r>
        <w:rPr>
          <w:b/>
        </w:rPr>
        <w:t xml:space="preserve">[46:48] </w:t>
      </w:r>
      <w:r>
        <w:t>aur is ki wajah kya hui ke agar aap yeh kahein ke aye logon, namaz parho to is mein koi aap ko ladne ki zaroorat nahi hai, lekin aap yeh kahein ke islam ek mukammal nizam hai,</w:t>
      </w:r>
    </w:p>
    <w:p>
      <w:pPr>
        <w:jc w:val="right"/>
      </w:pPr>
      <w:r>
        <w:t>اور اس کی وجہ کیا ہوئی کہ اگر آپ یہ کہیں کہ اے لوگوں، نماز پڑھو تو اس میں کوئی آپ کو لڑنے کی ضرورت نہیں ہے، لیکن آپ یہ کہیں کہ اسلام ایک مکمل نظام ہے،</w:t>
      </w:r>
    </w:p>
    <w:p>
      <w:r>
        <w:rPr>
          <w:b/>
        </w:rPr>
        <w:t xml:space="preserve">[47:01] </w:t>
      </w:r>
      <w:r>
        <w:t>zindagi ke har shobay mein is ko qaim karna, to bohat se log hain jo apna jhanda gaade hue hain, political jhanda, un se aap ladenge, un ke jhande chhenenge, to from the outset, it becomes violence.</w:t>
      </w:r>
    </w:p>
    <w:p>
      <w:pPr>
        <w:jc w:val="right"/>
      </w:pPr>
      <w:r>
        <w:t>زندگی کے ہر شعبے میں اس کو قائم کرنا، تو بہت سے لوگ ہیں جو اپنا جھنڈا گاڑے ہوئے ہیں، پولیٹیکل جھنڈا، ان سے آپ لڑیں گے، ان کے جھنڈے چھینیں گے، تو فرام دا آؤٹ سیٹ، اٹ بیکم وائیلنس۔</w:t>
      </w:r>
    </w:p>
    <w:p>
      <w:r>
        <w:rPr>
          <w:b/>
        </w:rPr>
        <w:t xml:space="preserve">[47:23] </w:t>
      </w:r>
      <w:r>
        <w:t>maulana, agla comment maulana yaqoob umri ne bheja hai lucknow book fair se, aur woh program dekh rahe hain. Unhone kaha hai ke maulana, many students have been visiting our stall, and they have purchased especially your books, and they are aspiring to meet you in delhi.</w:t>
      </w:r>
    </w:p>
    <w:p>
      <w:pPr>
        <w:jc w:val="right"/>
      </w:pPr>
      <w:r>
        <w:t>مولانا، اگلا کمنٹ مولانا یعقوب عمری نے بھیجا ہے لکھنو بک فیئر سے، اور وہ پروگرام دیکھ رہے ہیں۔ انہوں نے کہا ہے کہ مولانا، مینی سٹوڈنٹس ہیو بین وزٹنگ اور سٹال، اینڈ دے ہیو پرچیز اسپیشلی یور بکس، اینڈ دے آر اسپائرنگ ٹو میٹ یو ان دلی۔</w:t>
      </w:r>
    </w:p>
    <w:p>
      <w:r>
        <w:rPr>
          <w:b/>
        </w:rPr>
        <w:t xml:space="preserve">[47:40] </w:t>
      </w:r>
      <w:r>
        <w:t>some students have asked me to convey their salam to you. Jazakumullah. Maulana, agla sawal lena chahenge.</w:t>
      </w:r>
    </w:p>
    <w:p>
      <w:pPr>
        <w:jc w:val="right"/>
      </w:pPr>
      <w:r>
        <w:t>سم سٹوڈنٹس ہیو اسکڈ می ٹو کنویئر دیر سلام ٹو یو۔ جزاکم اللہ۔ مولانا، اگلا سوال لینا چاہیں گے۔</w:t>
      </w:r>
    </w:p>
    <w:p>
      <w:r>
        <w:rPr>
          <w:b/>
        </w:rPr>
        <w:t xml:space="preserve">[47:49] </w:t>
      </w:r>
      <w:r>
        <w:t>yeh sawal bheja hai hameed ansari sahab ne kanpur se. Unhone likha hai: "maulana, if you talk peace, then people consider you weak, and they try to take advantage of you.</w:t>
      </w:r>
    </w:p>
    <w:p>
      <w:pPr>
        <w:jc w:val="right"/>
      </w:pPr>
      <w:r>
        <w:t>یہ سوال بھیجا ہے حمید انصاری صاحب نے کانپور سے۔ انہوں نے لکھا ہے: "مولانا، اف یو ٹاک پیس، دین پیپل کنسیڈر یو ویک، اینڈ دے ٹرائی ٹو ٹیک ایڈوانٹیج اف یو۔</w:t>
      </w:r>
    </w:p>
    <w:p>
      <w:r>
        <w:rPr>
          <w:b/>
        </w:rPr>
        <w:t xml:space="preserve">[48:04] </w:t>
      </w:r>
      <w:r>
        <w:t>why should we muslims let non muslims take us as weak? We are not weak, and we should give them response aggressively, and i for an i.</w:t>
      </w:r>
    </w:p>
    <w:p>
      <w:pPr>
        <w:jc w:val="right"/>
      </w:pPr>
      <w:r>
        <w:t>وائی شوڈ وی مسلمز لیٹ نان مسلمز ٹیک اس ایز ویک؟ وی آر ناٹ ویک، اینڈ وی شوڈ گیو دیم رسپانس ایگریسولی، اینڈ ائی فار این ائی۔</w:t>
      </w:r>
    </w:p>
    <w:p>
      <w:r>
        <w:rPr>
          <w:b/>
        </w:rPr>
        <w:t xml:space="preserve">[48:15] </w:t>
      </w:r>
      <w:r>
        <w:t>Maulana, you should not talk about peace as time for peace is over."</w:t>
      </w:r>
    </w:p>
    <w:p>
      <w:pPr>
        <w:jc w:val="right"/>
      </w:pPr>
      <w:r>
        <w:t>مولانا، یو شوڈ ناٹ ٹاک اباؤٹ پیس ایز ٹائم فار پیس از اوور۔"</w:t>
      </w:r>
    </w:p>
    <w:p>
      <w:r>
        <w:rPr>
          <w:b/>
        </w:rPr>
        <w:t xml:space="preserve">[48:21] </w:t>
      </w:r>
      <w:r>
        <w:t>bhai, dekhiye, aap jab islam ki</w:t>
      </w:r>
    </w:p>
    <w:p>
      <w:pPr>
        <w:jc w:val="right"/>
      </w:pPr>
      <w:r>
        <w:t>بھائی، دیکھیے، آپ جب اسلام کی</w:t>
      </w:r>
    </w:p>
    <w:p>
      <w:r>
        <w:rPr>
          <w:b/>
        </w:rPr>
        <w:t xml:space="preserve">[48:28] </w:t>
      </w:r>
      <w:r>
        <w:t>boli bolte hain, islam ka ke aap</w:t>
      </w:r>
    </w:p>
    <w:p>
      <w:pPr>
        <w:jc w:val="right"/>
      </w:pPr>
      <w:r>
        <w:t>بولی بولتے ہیں، اسلام کا کہ آپ</w:t>
      </w:r>
    </w:p>
    <w:p>
      <w:r>
        <w:rPr>
          <w:b/>
        </w:rPr>
        <w:t xml:space="preserve">[48:33] </w:t>
      </w:r>
      <w:r>
        <w:t>wakeel banay hue hon, to aap jante hain ke "tak tofeeq amrain" hadith mein aata hai, us ne</w:t>
      </w:r>
    </w:p>
    <w:p>
      <w:pPr>
        <w:jc w:val="right"/>
      </w:pPr>
      <w:r>
        <w:t>وکیل بنے ہوئے ہوں، تو آپ جانتے ہیں کہ "تک توفیق امرین" حدیث میں آتا ہے، اس نے</w:t>
      </w:r>
    </w:p>
    <w:p>
      <w:r>
        <w:rPr>
          <w:b/>
        </w:rPr>
        <w:t xml:space="preserve">[48:41] </w:t>
      </w:r>
      <w:r>
        <w:t>farmaya ke do basic cheezen chori hain, mein ne quran aur sunnat.</w:t>
      </w:r>
    </w:p>
    <w:p>
      <w:pPr>
        <w:jc w:val="right"/>
      </w:pPr>
      <w:r>
        <w:t>فرمایا کہ دو بیسک چیزیں چھوڑی ہیں، میں نے قرآن اور سنت۔</w:t>
      </w:r>
    </w:p>
    <w:p>
      <w:r>
        <w:rPr>
          <w:b/>
        </w:rPr>
        <w:t xml:space="preserve">[48:48] </w:t>
      </w:r>
      <w:r>
        <w:t>to koi bhi baat aap kahein to aap ko pehle sab se yeh karna parega ke quran aur sunnat pe reference batana parega, nahi to aap ki baat invalid ho jayegi.</w:t>
      </w:r>
    </w:p>
    <w:p>
      <w:pPr>
        <w:jc w:val="right"/>
      </w:pPr>
      <w:r>
        <w:t>تو کوئی بھی بات آپ کہیں تو آپ کو پہلے سب سے یہ کرنا پڑے گا کہ قرآن اور سنت پہ ریفرنس بتانا پڑے گا، نہیں تو آپ کی بات ان ویلڈ ہو جائے گی۔</w:t>
      </w:r>
    </w:p>
    <w:p>
      <w:r>
        <w:rPr>
          <w:b/>
        </w:rPr>
        <w:t xml:space="preserve">[49:01] </w:t>
      </w:r>
      <w:r>
        <w:t>aap bahar se jo bol rahe hain, us se koi kuch sabit nahi, us se kuch kuch hota nahi. Aap ko kehna parega ke quran mein dekho, likha hai "nafs shariat al islam, hukm dawlat al islam".</w:t>
      </w:r>
    </w:p>
    <w:p>
      <w:pPr>
        <w:jc w:val="right"/>
      </w:pPr>
      <w:r>
        <w:t>آپ باہر سے جو بول رہے ہیں، اس سے کوئی کچھ ثابت نہیں، اس سے کچھ کچھ ہوتا نہیں۔ آپ کو کہنا پڑے گا کہ قرآن میں دیکھو، لکھا ہے "نفس شریعت الاسلام، حکم دولت الاسلام"۔</w:t>
      </w:r>
    </w:p>
    <w:p>
      <w:r>
        <w:rPr>
          <w:b/>
        </w:rPr>
        <w:t xml:space="preserve">[49:15] </w:t>
      </w:r>
      <w:r>
        <w:t>yeh kahan hai? Woh alfaaz kahan hain jo aap ko aap ke source ko saheeh batate hon?</w:t>
      </w:r>
    </w:p>
    <w:p>
      <w:pPr>
        <w:jc w:val="right"/>
      </w:pPr>
      <w:r>
        <w:t>یہ کہاں ہے؟ وہ الفاظ کہاں ہیں جو آپ کو آپ کے سورس کو صحیح بتاتے ہوں؟</w:t>
      </w:r>
    </w:p>
    <w:p>
      <w:r>
        <w:rPr>
          <w:b/>
        </w:rPr>
        <w:t xml:space="preserve">[49:25] </w:t>
      </w:r>
      <w:r>
        <w:t>kahan hain woh? Woh lafzi nahi, saare quran mein kahin hain. Saare quran mein yeh hai: "aye logon, allah se daro!</w:t>
      </w:r>
    </w:p>
    <w:p>
      <w:pPr>
        <w:jc w:val="right"/>
      </w:pPr>
      <w:r>
        <w:t>کہاں ہیں وہ؟ وہ لفظی نہیں، سارے قرآن میں کہیں ہیں۔ سارے قرآن میں یہ ہے: "اے لوگوں، اللہ سے ڈرو!</w:t>
      </w:r>
    </w:p>
    <w:p>
      <w:r>
        <w:rPr>
          <w:b/>
        </w:rPr>
        <w:t xml:space="preserve">[49:33] </w:t>
      </w:r>
      <w:r>
        <w:t>aye logon, allah se mohabbat karo! Aye logon, allah ke ahkam ko follow karo! Aye logon, allah ke ko apna concern</w:t>
      </w:r>
    </w:p>
    <w:p>
      <w:pPr>
        <w:jc w:val="right"/>
      </w:pPr>
      <w:r>
        <w:t>اے لوگوں، اللہ سے محبت کرو! اے لوگوں، اللہ کے احکام کو فالو کرو! اے لوگوں، اللہ کے کو اپنا کنسرن</w:t>
      </w:r>
    </w:p>
    <w:p>
      <w:r>
        <w:rPr>
          <w:b/>
        </w:rPr>
        <w:t xml:space="preserve">[49:43] </w:t>
      </w:r>
      <w:r>
        <w:t>banao!" Yeh to koi hai hi nahi. Saare quran mein, hadith mein ke logon se political jhande chheno aur un ke takht chheno, iqtadar ki kurjiyan chheno aur hukumat qaim karo.</w:t>
      </w:r>
    </w:p>
    <w:p>
      <w:pPr>
        <w:jc w:val="right"/>
      </w:pPr>
      <w:r>
        <w:t>بناؤ!" یہ تو کوئی ہے ہی نہیں۔ سارے قرآن میں، حدیث میں کہ لوگوں سے سیاسی جھنڈے چھینو اور ان کے تخت چھینو، اقتدار کی کرجیاں چھینو اور حکومت قائم کرو۔</w:t>
      </w:r>
    </w:p>
    <w:p>
      <w:r>
        <w:rPr>
          <w:b/>
        </w:rPr>
        <w:t xml:space="preserve">[49:56] </w:t>
      </w:r>
      <w:r>
        <w:t>yeh kahan hai? Bhai, iqtadar ki kurjiyan chheno, yeh kahan hai? Yeh to kisi writer ki insha bardari mein hai.</w:t>
      </w:r>
    </w:p>
    <w:p>
      <w:pPr>
        <w:jc w:val="right"/>
      </w:pPr>
      <w:r>
        <w:t>یہ کہاں ہے؟ بھئی، اقتدار کی کرجیاں چھینو، یہ کہاں ہے؟ یہ تو کسی رائٹر کی انشاءبرداری میں ہے۔</w:t>
      </w:r>
    </w:p>
    <w:p>
      <w:r>
        <w:rPr>
          <w:b/>
        </w:rPr>
        <w:t xml:space="preserve">[50:09] </w:t>
      </w:r>
      <w:r>
        <w:t>iqtadar ki kurjiyan chheno, yeh writer ki insha bardari hai, yeh quran o hadith mein kahin nahi hai. Maulana, shakeel khan sahab ne gwalior se bheja hai question.</w:t>
      </w:r>
    </w:p>
    <w:p>
      <w:pPr>
        <w:jc w:val="right"/>
      </w:pPr>
      <w:r>
        <w:t>اقتدار کی کرجیاں چھینو، یہ رائٹر کی انشاءبرداری ہے، یہ قرآن و حدیث میں کہیں نہیں ہے۔ مولانا، شکیل خان صاحب نے گوالیہ سے بھیجا ہے کوئسچن۔</w:t>
      </w:r>
    </w:p>
    <w:p>
      <w:r>
        <w:rPr>
          <w:b/>
        </w:rPr>
        <w:t xml:space="preserve">[50:20] </w:t>
      </w:r>
      <w:r>
        <w:t>unhone likha hai: "maulana, i want, i want to say that i was into the same thinking of political interpretation, but after reading your books, i discovered the real islam.</w:t>
      </w:r>
    </w:p>
    <w:p>
      <w:pPr>
        <w:jc w:val="right"/>
      </w:pPr>
      <w:r>
        <w:t>انہوں نے لکھا ہے: "مولانا، آئی وانٹ، آئی وانٹ ٹو سے دیٹ آئی واز انٹو دا سیم تھنکنگ اف پولیٹیکل انٹرپریٹیشن، بٹ افٹر ریڈنگ یور بکس، آئی ڈسکورڈ دا ریئل اسلام۔</w:t>
      </w:r>
    </w:p>
    <w:p>
      <w:r>
        <w:rPr>
          <w:b/>
        </w:rPr>
        <w:t xml:space="preserve">[50:33] </w:t>
      </w:r>
      <w:r>
        <w:t>today, i am against my family and friends who are still living in the political mind set. Maulana, i want to know from you that will the problem of muslims all over the world will end if they give up on political interpretation of islam.</w:t>
      </w:r>
    </w:p>
    <w:p>
      <w:pPr>
        <w:jc w:val="right"/>
      </w:pPr>
      <w:r>
        <w:t>ٹوڈے، آئی ایم اگینسٹ مائی فیملی اینڈ فرینڈز ہو آر سٹل لیونگ ان دی پولیٹیکل مائنڈ سیٹ۔ مولانا، آئی وانٹ ٹو نو فرام یو دیٹ ویل دا پرابلم اف مسلمز ال اوور دا ورلڈ ویل اینڈ اف دے گیو اپ ان پولیٹیکل انٹرپریٹیشن اف اسلام۔</w:t>
      </w:r>
    </w:p>
    <w:p>
      <w:r>
        <w:rPr>
          <w:b/>
        </w:rPr>
        <w:t xml:space="preserve">[50:52] </w:t>
      </w:r>
      <w:r>
        <w:t>is this the final solution to the present state of muslims?" Dekhiye, mein ya quran ya hadith kabhi yeh nahi kehte ke tumhara sara masla hal ho jayega.</w:t>
      </w:r>
    </w:p>
    <w:p>
      <w:pPr>
        <w:jc w:val="right"/>
      </w:pPr>
      <w:r>
        <w:t>از دس دا فائنل سولیوشن ٹو دا پریزنٹ سٹیٹ اف مسلمز؟" دیکھیے، میں یا قرآن یا حدیث کبھی یہ نہیں کہتے کہ تمہارا سارا مسئلہ حل ہو جائے گا۔</w:t>
      </w:r>
    </w:p>
    <w:p>
      <w:r>
        <w:rPr>
          <w:b/>
        </w:rPr>
        <w:t xml:space="preserve">[51:06] </w:t>
      </w:r>
      <w:r>
        <w:t>mein chahta hoon ke yeh jannat milegi, allah razi hoga. Aap sahaba kiram ki jamaat mein shamil honge, rasool allah ke saathi banenge.</w:t>
      </w:r>
    </w:p>
    <w:p>
      <w:pPr>
        <w:jc w:val="right"/>
      </w:pPr>
      <w:r>
        <w:t>میں چاہتا ہوں کہ یہ جنت ملے گی، اللہ راضی ہوگا۔ آپ صحابہ کرام کی جماعت میں شامل ہوں گے، رسول اللہ کے ساتھی بنیں گے۔</w:t>
      </w:r>
    </w:p>
    <w:p>
      <w:r>
        <w:rPr>
          <w:b/>
        </w:rPr>
        <w:t xml:space="preserve">[51:15] </w:t>
      </w:r>
      <w:r>
        <w:t>yeh mein ne kab kaha ke masla hal ho jayega? Masla yaad rakhein, kabhi hal hone wala hi nahi hai. Yeh impossible hai ke dunya masail free ban jaye, woh ho hi nahi sakta,</w:t>
      </w:r>
    </w:p>
    <w:p>
      <w:pPr>
        <w:jc w:val="right"/>
      </w:pPr>
      <w:r>
        <w:t>یہ میں نے کب کہا کہ مسئلہ حل ہو جائے گا؟ مسئلہ یاد رکھیں، کبھی حل ہونے والا ہی نہیں ہے۔ یہ امپاسیبل ہے کہ دنیا مسائل فری بن جائے، وہ ہو ہی نہیں سکتا،</w:t>
      </w:r>
    </w:p>
    <w:p>
      <w:r>
        <w:rPr>
          <w:b/>
        </w:rPr>
        <w:t xml:space="preserve">[51:29] </w:t>
      </w:r>
      <w:r>
        <w:t>kyun ke masail na rahenge to challenge kahan rahega? Challenge to baqi rehna chahiye. To rasool allah ne ya islam ne kabhi yeh nahi kaha ke aye logon, meri baat mano to masail hal ho jayenge.</w:t>
      </w:r>
    </w:p>
    <w:p>
      <w:pPr>
        <w:jc w:val="right"/>
      </w:pPr>
      <w:r>
        <w:t>کیونکہ مسائل نہ رہیں گے تو چیلنج کہاں رہے گا؟ چیلنج تو باقی رہنا چاہیے۔ تو رسول اللہ نے یا اسلام نے کبھی یہ نہیں کہا کہ اے لوگوں، میری بات مانو تو مسائل حل ہو جائیں گے۔</w:t>
      </w:r>
    </w:p>
    <w:p>
      <w:r>
        <w:rPr>
          <w:b/>
        </w:rPr>
        <w:t xml:space="preserve">[51:42] </w:t>
      </w:r>
      <w:r>
        <w:t>yeh kahan hai? Yeh yeh to kisi ke banawati alfaaz hain. Nahi, allah razi hoga, jannat milegi, sahaba ki jamaaton ko hasil hogi, rasool allah ke saathi banoge.</w:t>
      </w:r>
    </w:p>
    <w:p>
      <w:pPr>
        <w:jc w:val="right"/>
      </w:pPr>
      <w:r>
        <w:t>یہ کہاں ہے؟ یہ یہ تو کسی کے بناؤٹی الفاظ ہیں۔ نہیں، اللہ راضی ہوگا، جنت ملے گی، صحابہ کی جماعتوں کو حاصل ہوگی، رسول اللہ کے ساتھی بنو گے۔</w:t>
      </w:r>
    </w:p>
    <w:p>
      <w:r>
        <w:rPr>
          <w:b/>
        </w:rPr>
        <w:t xml:space="preserve">[51:55] </w:t>
      </w:r>
      <w:r>
        <w:t>yeh kaha.</w:t>
      </w:r>
    </w:p>
    <w:p>
      <w:pPr>
        <w:jc w:val="right"/>
      </w:pPr>
      <w:r>
        <w:t>یہ کہا۔</w:t>
      </w:r>
    </w:p>
    <w:p>
      <w:r>
        <w:rPr>
          <w:b/>
        </w:rPr>
        <w:t xml:space="preserve">[52:01] </w:t>
      </w:r>
      <w:r>
        <w:t>ah molana, ek sawal hamare zehn mein bhi aa raha hai, ah aur hum ne yeh khud direct experience bhi kiya hai jab aap ke sath travel kiya hai ya logon se interaction kiya hai ke aap hamesha se political interpretation ko aap demolish karte rahe hain.</w:t>
      </w:r>
    </w:p>
    <w:p>
      <w:pPr>
        <w:jc w:val="right"/>
      </w:pPr>
      <w:r>
        <w:t>اہ مولانا، ایک سوال ہمارے ذہن میں بھی آ رہا ہے، اہ اور ہم نے یہ خود ڈائریکٹ ایکسپیرینس بھی کیا ہے جب آپ کے ساتھ ٹریول کیا ہے یا لوگوں سے انٹریکشن کیا ہے کہ آپ ہمیشہ سے پولیٹیکل انٹرپریٹیشن کو آپ ڈیمولش کرتے رہے ہیں۔</w:t>
      </w:r>
    </w:p>
    <w:p>
      <w:r>
        <w:rPr>
          <w:b/>
        </w:rPr>
        <w:t xml:space="preserve">[52:17] </w:t>
      </w:r>
      <w:r>
        <w:t>lekin aksar jo un ke followers hain, jin logon ne yeh political interpretation diya, un followers ka yeh hamesha accusation raha aap ki taraf ke aap un ke founders pe personal attack karte hain.</w:t>
      </w:r>
    </w:p>
    <w:p>
      <w:pPr>
        <w:jc w:val="right"/>
      </w:pPr>
      <w:r>
        <w:t>لیکن اکثر جو ان کے فالوورز ہیں، جن لوگوں نے یہ پولیٹیکل انٹرپریٹیشن دیا، ان فالوورز کا یہ ہمیشہ اکیوز رہا آپ کی طرف کہ آپ ان کے فاؤنڈرز پہ پرسنل اٹیک کرتے ہیں۔</w:t>
      </w:r>
    </w:p>
    <w:p>
      <w:r>
        <w:rPr>
          <w:b/>
        </w:rPr>
        <w:t xml:space="preserve">[52:30] </w:t>
      </w:r>
      <w:r>
        <w:t>jaise Maulana Abu Al-Ala Maududi ko agar lein to Jamaat-e-Islami ke log aksar yeh samajhte hain ke aap ka attack political interpretation nahi, un par hai.</w:t>
      </w:r>
    </w:p>
    <w:p>
      <w:pPr>
        <w:jc w:val="right"/>
      </w:pPr>
      <w:r>
        <w:t>جیسے مولانا ابو العلی مودودی کو اگر لیں تو جماعت اسلامی کے لوگ اکثر یہ سمجھتے ہیں کہ آپ کا اٹیک پولیٹیکل انٹرپریٹیشن نہیں، ان پر ہے۔</w:t>
      </w:r>
    </w:p>
    <w:p>
      <w:r>
        <w:rPr>
          <w:b/>
        </w:rPr>
        <w:t xml:space="preserve">[52:41] </w:t>
      </w:r>
      <w:r>
        <w:t>to is ko agar aap wazeh karein, Maulana, yeh jhoot hai, jhoot hai, jhoot hai. Meri mizaj mein bohat hi scientist, scientist mizaj ka aadmi hoon.</w:t>
      </w:r>
    </w:p>
    <w:p>
      <w:pPr>
        <w:jc w:val="right"/>
      </w:pPr>
      <w:r>
        <w:t>تو اس کو اگر آپ واضح کریں، مولانا، یہ جھوٹ ہے، جھوٹ ہے، جھوٹ ہے۔ میری مزاج میں بہت ہی سائنٹسٹ، سائنٹسٹ مزاج کا آدمی ہوں۔</w:t>
      </w:r>
    </w:p>
    <w:p>
      <w:r>
        <w:rPr>
          <w:b/>
        </w:rPr>
        <w:t xml:space="preserve">[52:51] </w:t>
      </w:r>
      <w:r>
        <w:t>personal attack mein karta hi nahi, karta hi nahi, karta hi nahi. Aap koi bhi dikha dijiye, koi bhi tehreer, personal attack ka tareeqa hi nahi hai.</w:t>
      </w:r>
    </w:p>
    <w:p>
      <w:pPr>
        <w:jc w:val="right"/>
      </w:pPr>
      <w:r>
        <w:t>پرسنل اٹیک میں کرتا ہی نہیں، کرتا ہی نہیں، کرتا ہی نہیں۔ آپ کوئی بھی دکھا دیجئے، کوئی بھی تحریر، پرسنل اٹیک کا طریقہ ہی نہیں ہے۔</w:t>
      </w:r>
    </w:p>
    <w:p>
      <w:r>
        <w:rPr>
          <w:b/>
        </w:rPr>
        <w:t xml:space="preserve">[53:03] </w:t>
      </w:r>
      <w:r>
        <w:t>mein ek scientist, scientific mind ka aadmi hoon. Yeh jhoot hai. Kon kon pesh kar sakta hai? Koi meri aisi tehreer jis mein personal attack maine kiya ho?</w:t>
      </w:r>
    </w:p>
    <w:p>
      <w:pPr>
        <w:jc w:val="right"/>
      </w:pPr>
      <w:r>
        <w:t>میں ایک سائنٹسٹ، سائنٹفک مائنڈ کا آدمی ہوں۔ یہ جھوٹ ہے۔ کون کون پیش کر سکتا ہے؟ کوئی میری ایسی تحریر جس میں پرسنل اٹیک میں نے کیا ہو؟</w:t>
      </w:r>
    </w:p>
    <w:p>
      <w:r>
        <w:rPr>
          <w:b/>
        </w:rPr>
        <w:t xml:space="preserve">[53:14] </w:t>
      </w:r>
      <w:r>
        <w:t>mein nazariya, nazariye ka jo theory hai, us ka tajziya karta hoon, us ka analysis karta hoon.</w:t>
      </w:r>
    </w:p>
    <w:p>
      <w:pPr>
        <w:jc w:val="right"/>
      </w:pPr>
      <w:r>
        <w:t>میں نظریہ، نظری کا جو تھیوری ہے، اس کا تجزیہ کرتا ہوں، اس کا انالیسز کرتا ہوں۔</w:t>
      </w:r>
    </w:p>
    <w:p>
      <w:r>
        <w:rPr>
          <w:b/>
        </w:rPr>
        <w:t xml:space="preserve">[53:24] </w:t>
      </w:r>
      <w:r>
        <w:t>personal attack karna mere liye bilkul ahmaqana baat hai.</w:t>
      </w:r>
    </w:p>
    <w:p>
      <w:pPr>
        <w:jc w:val="right"/>
      </w:pPr>
      <w:r>
        <w:t>پرسنل اٹیک کرنا میرے لیے بالکل احمقانہ بات ہے۔</w:t>
      </w:r>
    </w:p>
    <w:p>
      <w:r>
        <w:rPr>
          <w:b/>
        </w:rPr>
        <w:t xml:space="preserve">[53:31] </w:t>
      </w:r>
      <w:r>
        <w:t>Maulana, to aap ka kya message rahega in sab logon ke liye, khaas kar Jamaat-e-Islami ke logon ke liye? Yahi message rahega ke tum Quran ka hawala do, hukm-e-doulat-e-Islam kahan hai?</w:t>
      </w:r>
    </w:p>
    <w:p>
      <w:pPr>
        <w:jc w:val="right"/>
      </w:pPr>
      <w:r>
        <w:t>مولانا، تو آپ کا کیا میسج رہے گا ان سب لوگوں کے لیے، خاص کر جماعت اسلامی کے لوگوں کے لیے؟ یہی میسج رہے گا کہ تم قرآن کا حوالہ دو، حکم دولت اسلام کہاں ہے؟</w:t>
      </w:r>
    </w:p>
    <w:p>
      <w:r>
        <w:rPr>
          <w:b/>
        </w:rPr>
        <w:t xml:space="preserve">[53:47] </w:t>
      </w:r>
      <w:r>
        <w:t>hukm-e-doulat-e-Islam kahan hai? Jahan bhi hai ke pervi karo Allah ke ahkam ki, yeh pervi karo, nizam qaim karo, yeh kahin hai hi nahi.</w:t>
      </w:r>
    </w:p>
    <w:p>
      <w:pPr>
        <w:jc w:val="right"/>
      </w:pPr>
      <w:r>
        <w:t>حکم دولت اسلام کہاں ہے؟ جہاں بھی ہے کہ پیروی کرو اللہ کے احکام کی، یہ پیروی کرو، نظام قائم کرو، یہ کہیں ہے ہی نہیں۔</w:t>
      </w:r>
    </w:p>
    <w:p>
      <w:r>
        <w:rPr>
          <w:b/>
        </w:rPr>
        <w:t xml:space="preserve">[54:00] </w:t>
      </w:r>
      <w:r>
        <w:t>yeh jhoot mere upar lagate hain ke mein attack karta hoon, attack maine kabhi kiya hi nahi, mera tareeqa nahi attack karna, personal attack karna.</w:t>
      </w:r>
    </w:p>
    <w:p>
      <w:pPr>
        <w:jc w:val="right"/>
      </w:pPr>
      <w:r>
        <w:t>یہ جھوٹ میرے اوپر لگاتے ہیں کہ میں اٹیک کرتا ہوں، اٹیک میں نے کبھی کیا ہی نہیں، میرا طریقہ نہیں اٹیک کرنا، پرسنل اٹیک کرنا۔</w:t>
      </w:r>
    </w:p>
    <w:p>
      <w:r>
        <w:rPr>
          <w:b/>
        </w:rPr>
        <w:t xml:space="preserve">[54:12] </w:t>
      </w:r>
      <w:r>
        <w:t>Maulana, agla sawal Sajid Anwar Sahab ka hai Delhi se. Unhone aap se poocha hai ke "how to develop rational thinking" is ke bare mein bataein.</w:t>
      </w:r>
    </w:p>
    <w:p>
      <w:pPr>
        <w:jc w:val="right"/>
      </w:pPr>
      <w:r>
        <w:t>مولانا، اگلا سوال ساجد انور صاحب کا ہے دلی سے۔ انہوں نے آپ سے پوچھا ہے کہ "ہاؤ ٹو ڈیویلپ ریشنل تھنکنگ" اس کے بارے میں بتائیں۔</w:t>
      </w:r>
    </w:p>
    <w:p>
      <w:r>
        <w:rPr>
          <w:b/>
        </w:rPr>
        <w:t xml:space="preserve">[54:26] </w:t>
      </w:r>
      <w:r>
        <w:t>bhai, yeh to bohat aasan hai. Aap zyada study kijiye, zyada study se apne aap mein develop hoti hai. Aap zyada study kijiye.</w:t>
      </w:r>
    </w:p>
    <w:p>
      <w:pPr>
        <w:jc w:val="right"/>
      </w:pPr>
      <w:r>
        <w:t>بھئی، یہ تو بہت آسان ہے۔ آپ زیادہ سٹڈی کیجئے، زیادہ اسٹڈی سے اپنے آپ میں ڈیویلپ ہوتی ہے۔ آپ زیادہ اسٹڈی کیجئے۔</w:t>
      </w:r>
    </w:p>
    <w:p>
      <w:r>
        <w:rPr>
          <w:b/>
        </w:rPr>
        <w:t xml:space="preserve">[54:38] </w:t>
      </w:r>
      <w:r>
        <w:t>jo log yeh sab baatein karte hain na, un ki zyada study hoti hi nahi. Aisi taqreer sun liya, kuch hawaai baatein un ke mind mein aa gayi, lage bolne.</w:t>
      </w:r>
    </w:p>
    <w:p>
      <w:pPr>
        <w:jc w:val="right"/>
      </w:pPr>
      <w:r>
        <w:t>جو لوگ یہ سب باتیں کرتے ہیں نا، ان کی زیادہ اسٹڈی ہوتی ہی نہیں۔ ایسی تقریر سن لیا، کچھ ہوائی باتیں ان کے مائنڈ میں آ گئی، لگے بولنے۔</w:t>
      </w:r>
    </w:p>
    <w:p>
      <w:r>
        <w:rPr>
          <w:b/>
        </w:rPr>
        <w:t xml:space="preserve">[54:50] </w:t>
      </w:r>
      <w:r>
        <w:t>yeh yaad rakhiye, poora yeh yeh dajali jo nazariya hai, yeh poora qaim hai khitabat par, nash-o-numa par, yeh logic par, scientific analysis par hai hi nahi.</w:t>
      </w:r>
    </w:p>
    <w:p>
      <w:pPr>
        <w:jc w:val="right"/>
      </w:pPr>
      <w:r>
        <w:t>یہ یاد رکھیے، پورا یہ یہ دجالی جو نظریہ ہے، یہ پورا قائم ہے خطابت پر، نشہ برداری پر، یہ لاجک پر، سائنٹیفک انالیسز پر ہے ہی نہیں۔</w:t>
      </w:r>
    </w:p>
    <w:p>
      <w:r>
        <w:rPr>
          <w:b/>
        </w:rPr>
        <w:t xml:space="preserve">[55:14] </w:t>
      </w:r>
      <w:r>
        <w:t>Maulana, agla comment bheja hai Delhi se Professor Najma Siddiqui ne. Unhone likha hai: "Maulana, today you have very meaningfully explained the process of Dajjalit and why misinterpretation of Islam as a complete religion can be called Dajjalit.</w:t>
      </w:r>
    </w:p>
    <w:p>
      <w:pPr>
        <w:jc w:val="right"/>
      </w:pPr>
      <w:r>
        <w:t>مولانا، اگلا کمنٹ بھیجا ہے دلی سے پروفیسر نجمہ صدیقی نے۔ انہوں نے لکھا ہے: "مولانا، ٹوڈے یو ہیو ویری میننگ فلی ایکسپلین دا پروسیس اف دجالیت اینڈ وائی مس انٹرپریٹیشن اف اسلام ایز ا کمپلیٹ ریلیجن کین بی کالڈ دجالیت۔</w:t>
      </w:r>
    </w:p>
    <w:p>
      <w:r>
        <w:rPr>
          <w:b/>
        </w:rPr>
        <w:t xml:space="preserve">[55:34] </w:t>
      </w:r>
      <w:r>
        <w:t>You stress the objective of a mission. May Allah help us in achieving it in a more focused way." Inshallah.</w:t>
      </w:r>
    </w:p>
    <w:p>
      <w:pPr>
        <w:jc w:val="right"/>
      </w:pPr>
      <w:r>
        <w:t>یو سٹریس دی ابجیکٹو اف ا مشن۔ می اللہ ہیلپ اس ان اچیونگ اٹ ان ا مور فوکسڈ وے۔" انشاءاللہ۔</w:t>
      </w:r>
    </w:p>
    <w:p>
      <w:r>
        <w:rPr>
          <w:b/>
        </w:rPr>
        <w:t xml:space="preserve">[55:46] </w:t>
      </w:r>
      <w:r>
        <w:t>Abdul Salam Sahab ne Hyderabad se likha hai: "Maulana, mujhe Al-Risala mission na mil mila hota to mein bhi tashaddud wale ghalat deen ka shikar ho jata." Bangalore, Bangalore team ne apna message bheja hai jo is waqt sare is program ko dekh rahe hain.</w:t>
      </w:r>
    </w:p>
    <w:p>
      <w:pPr>
        <w:jc w:val="right"/>
      </w:pPr>
      <w:r>
        <w:t>عبدالسلام صاحب نے حیدرآباد سے لکھا ہے: "مولانا، مجھے الرسالہ مشن نہ مل ملا ہوتا تو میں بھی تشدد والے غلط دین کا شکار ہو جاتا۔" بینگلور، بینگلور ٹیم نے اپنا میسج بھیجا ہے جو اس وقت سارے اس پروگرام کو دیکھ رہے ہیں۔</w:t>
      </w:r>
    </w:p>
    <w:p>
      <w:r>
        <w:rPr>
          <w:b/>
        </w:rPr>
        <w:t xml:space="preserve">[56:10] </w:t>
      </w:r>
      <w:r>
        <w:t>Maulana, aaj yeh baat samajh mein aayi ke mukammal Islam ke naam par violence ko Islam, Islamize kar liya gaya.</w:t>
      </w:r>
    </w:p>
    <w:p>
      <w:pPr>
        <w:jc w:val="right"/>
      </w:pPr>
      <w:r>
        <w:t>مولانا، آج یہ بات سمجھ میں آئی کہ مکمل اسلام کے نام پر وائیلنس کو اسلام، اسلامائز کر لیا گیا۔</w:t>
      </w:r>
    </w:p>
    <w:p>
      <w:r>
        <w:rPr>
          <w:b/>
        </w:rPr>
        <w:t xml:space="preserve">[56:18] </w:t>
      </w:r>
      <w:r>
        <w:t>yahi Dajjalit hai, aur jo deen-e-atba ka subject tha, woh nafiz ka subject ban gaya, aur nafiz ke zehan se ummat ko apni hi mad'u ke khilaf hreef bana kar khada kar diya.</w:t>
      </w:r>
    </w:p>
    <w:p>
      <w:pPr>
        <w:jc w:val="right"/>
      </w:pPr>
      <w:r>
        <w:t>یہی دجالیت ہے، اور جو دین اتباع کا سبجیکٹ تھا، وہ نفاذ کا سبجیکٹ بن گیا، اور نفاذ کے ذہن سے امت کو اپنی ہی مدعو کے خلاف حریف بنا کر کھڑا کر دیا۔</w:t>
      </w:r>
    </w:p>
    <w:p>
      <w:r>
        <w:rPr>
          <w:b/>
        </w:rPr>
        <w:t xml:space="preserve">[56:33] </w:t>
      </w:r>
      <w:r>
        <w:t>Jazak Allah Maulana. Mashallah.</w:t>
      </w:r>
    </w:p>
    <w:p>
      <w:pPr>
        <w:jc w:val="right"/>
      </w:pPr>
      <w:r>
        <w:t>جزاک اللہ مولانا۔ ماشاءاللہ۔</w:t>
      </w:r>
    </w:p>
    <w:p>
      <w:r>
        <w:rPr>
          <w:b/>
        </w:rPr>
        <w:t xml:space="preserve">[56:44] </w:t>
      </w:r>
      <w:r>
        <w:t>Muhammad Bilal Shafee Sahab ne Kolkata se comment bheja hai. Unhone likha hai: "Maulana, today you help us understand one of the most common misconceptions that Islam is a complete system and not accepting it meant reducing the importance of Islam.</w:t>
      </w:r>
    </w:p>
    <w:p>
      <w:pPr>
        <w:jc w:val="right"/>
      </w:pPr>
      <w:r>
        <w:t>محمد بلال شفیع صاحب نے کلکتہ سے کمنٹ بھیجا ہے۔ انہوں نے لکھا ہے: "مولانا، ٹوڈے یو ہیلپ ڈز انڈرسٹینڈ ون اف دا موسٹ کامن مس کنسیپشن دیٹ اسلام از ا کمپلیٹ سسٹم اینڈ ناٹ ایکسیپٹنگ اٹ مینٹ ریڈیوسنگ دی امپورٹنس اف اسلام۔</w:t>
      </w:r>
    </w:p>
    <w:p>
      <w:r>
        <w:rPr>
          <w:b/>
        </w:rPr>
        <w:t xml:space="preserve">[57:05] </w:t>
      </w:r>
      <w:r>
        <w:t>I was wrong in today's lecture, open my eyes to this error I was living in. I do tauba, may God forgive us and guide us in this correct path further."</w:t>
      </w:r>
    </w:p>
    <w:p>
      <w:pPr>
        <w:jc w:val="right"/>
      </w:pPr>
      <w:r>
        <w:t>آئی واز رونگ ان ٹوڈے لیکچر، اوپن مائی ائیز ٹو دس ایرر آئی واز لیونگ ان۔ آئی ڈو توبہ، می گاڈ فورگیو اس اینڈ گائیڈ اس ان دس کریکٹ پاتھ فردر۔"</w:t>
      </w:r>
    </w:p>
    <w:p>
      <w:r>
        <w:rPr>
          <w:b/>
        </w:rPr>
        <w:t xml:space="preserve">[57:22] </w:t>
      </w:r>
      <w:r>
        <w:t>ek sahab se baat hui meri isi mauzu par to unhone kaha ke Quran mein hukm-e-deen ke sahab kehte hain to maine kaha hukm-e-deen ke maani hain deen ki pervi karo.</w:t>
      </w:r>
    </w:p>
    <w:p>
      <w:pPr>
        <w:jc w:val="right"/>
      </w:pPr>
      <w:r>
        <w:t>ایک صاحب سے بات ہوئی میری اسی موضوع پر تو انہوں نے کہا کہ قرآن میں حکم الدین کہ صاحب کہتے ہیں تو میں نے کہا حکم الدین کے معنی ہیں دین کی پیروی کرو۔</w:t>
      </w:r>
    </w:p>
    <w:p>
      <w:r>
        <w:rPr>
          <w:b/>
        </w:rPr>
        <w:t xml:space="preserve">[57:35] </w:t>
      </w:r>
      <w:r>
        <w:t>yeh lazim ka saza hai, mutadd ka saza nahi hai.</w:t>
      </w:r>
    </w:p>
    <w:p>
      <w:pPr>
        <w:jc w:val="right"/>
      </w:pPr>
      <w:r>
        <w:t>یہ لازم کا سزا ہے، متعدد کا سزا نہیں ہے۔</w:t>
      </w:r>
    </w:p>
    <w:p>
      <w:r>
        <w:rPr>
          <w:b/>
        </w:rPr>
        <w:t xml:space="preserve">[57:41] </w:t>
      </w:r>
      <w:r>
        <w:t>ajeeb yaani log kam parhe likhe log dorrte hain is ke peeche, jo zyada parh likha hua ho woh kabhi dorrayega nahi, kyunke hukum deen ke maani hain deen ki pairwi karo, deen ko naafiz karo, hukoomat qaim kar ke logon ko dande maaro.</w:t>
      </w:r>
    </w:p>
    <w:p>
      <w:pPr>
        <w:jc w:val="right"/>
      </w:pPr>
      <w:r>
        <w:t>عجیب یعنی لوگ کم پڑھے لکھے لوگ دوڑتے ہیں اس کے پیچھے، جو زیادہ پڑھ لکھا ہوا ہو وہ کبھی دوڑائے گا نہیں، کیونکہ حکم الدین کے معنی ہیں دین کی پیروی کرو، دین کو نافذ کرو، حکومت قائم کر کے لوگوں کو ڈنڈے مارو۔</w:t>
      </w:r>
    </w:p>
    <w:p>
      <w:r>
        <w:rPr>
          <w:b/>
        </w:rPr>
        <w:t xml:space="preserve">[57:58] </w:t>
      </w:r>
      <w:r>
        <w:t>yeh yeh is mein hai hi nahi hai.</w:t>
      </w:r>
    </w:p>
    <w:p>
      <w:pPr>
        <w:jc w:val="right"/>
      </w:pPr>
      <w:r>
        <w:t>یہ یہ اس میں ہے ہی نہیں ہے۔</w:t>
      </w:r>
    </w:p>
    <w:p>
      <w:r>
        <w:rPr>
          <w:b/>
        </w:rPr>
        <w:t xml:space="preserve">[58:02] </w:t>
      </w:r>
      <w:r>
        <w:t>toh deen ki pairwi kijiye, kaun rokta hai aap ko? aap namaz roze ki jiye, haj umra ki jiye, zakat dijiye, lekin doosron ke oopar naafiz karna, implement karna yeh toh hai hi nahi quran mein ke.</w:t>
      </w:r>
    </w:p>
    <w:p>
      <w:pPr>
        <w:jc w:val="right"/>
      </w:pPr>
      <w:r>
        <w:t>تو دین کی پیروی کیجئے، کون روکتا ہے آپ کو؟ آپ نماز روزہ کیجئے، حج عمرہ کیجئے، زکوۃ دیجئے، لیکن دوسروں کے اوپر نافذ کرنا، امپلیمنٹ کرنا یہ تو ہے ہی نہیں قرآن میں کہیں۔</w:t>
      </w:r>
    </w:p>
    <w:p>
      <w:r>
        <w:rPr>
          <w:b/>
        </w:rPr>
        <w:t xml:space="preserve">[58:18] </w:t>
      </w:r>
      <w:r>
        <w:t>is ko mein kahunga grammar ki zabaan mein ke yeh laazim ko mutaddi banana hai.</w:t>
      </w:r>
    </w:p>
    <w:p>
      <w:pPr>
        <w:jc w:val="right"/>
      </w:pPr>
      <w:r>
        <w:t>اس کو میں کہوں گا گرامر کی زبان میں کہ یہ لازم کو متعدی بنانا ہے۔</w:t>
      </w:r>
    </w:p>
    <w:p>
      <w:r>
        <w:rPr>
          <w:b/>
        </w:rPr>
        <w:t xml:space="preserve">[58:32] </w:t>
      </w:r>
      <w:r>
        <w:t>ah abdulrehman sahib ne dilli se bheja hai ah sawal. unhon ne likha hai: "jo islami hukoomatein huin toh kya ghalat thi?</w:t>
      </w:r>
    </w:p>
    <w:p>
      <w:pPr>
        <w:jc w:val="right"/>
      </w:pPr>
      <w:r>
        <w:t>اہ عبدالرحمن صاحب نے دلی سے بھیجا ہے اہ سوال۔ انہوں نے لکھا ہے: "جو اسلامی حکومتیں ہوئیں تو کیا غلط تھی؟</w:t>
      </w:r>
    </w:p>
    <w:p>
      <w:r>
        <w:rPr>
          <w:b/>
        </w:rPr>
        <w:t xml:space="preserve">[58:43] </w:t>
      </w:r>
      <w:r>
        <w:t>kya musalmanon ko hukoomatein qaim nahi karna chahiye tha? kya islam hukoomatein qaim karne ki ijazat nahi deta?</w:t>
      </w:r>
    </w:p>
    <w:p>
      <w:pPr>
        <w:jc w:val="right"/>
      </w:pPr>
      <w:r>
        <w:t>کیا مسلمانوں کو حکومتیں قائم نہیں کرنا چاہیے تھا؟ کیا اسلام حکومتیں قائم کرنے کی اجازت نہیں دیتا؟</w:t>
      </w:r>
    </w:p>
    <w:p>
      <w:r>
        <w:rPr>
          <w:b/>
        </w:rPr>
        <w:t xml:space="preserve">[58:51] </w:t>
      </w:r>
      <w:r>
        <w:t>is ko wazeh karein." arey bhai, yeh toh aap apne mind se bol rahe hain. apne mind se bol rahe hain. mein toh yeh keh raha hoon ke jab aap quran o hadees ke hawale se bolte hain toh aap ko quran o hadees ka reference pesh karna padega.</w:t>
      </w:r>
    </w:p>
    <w:p>
      <w:pPr>
        <w:jc w:val="right"/>
      </w:pPr>
      <w:r>
        <w:t>اس کو واضح کریں۔" ارے بھئی، یہ تو آپ اپنے مائنڈ سے بول رہے ہیں۔ اپنے مائنڈ سے بول رہے ہیں۔ میں تو یہ کہہ رہا ہوں کہ جب آپ قرآن و حدیث کے حوالے سے بولتے ہیں تو آپ کو قرآن و حدیث کا ریفرنس پیش کرنا پڑے گا۔</w:t>
      </w:r>
    </w:p>
    <w:p>
      <w:r>
        <w:rPr>
          <w:b/>
        </w:rPr>
        <w:t xml:space="preserve">[59:05] </w:t>
      </w:r>
      <w:r>
        <w:t>yaani aisi ayat jis mein likha ho ke "nafs shariatul islam, hukum daulatul islam" yeh kahan aaye? ji, aap agar namaz ki baat karein tab bhi aap ko reference dena padega.</w:t>
      </w:r>
    </w:p>
    <w:p>
      <w:pPr>
        <w:jc w:val="right"/>
      </w:pPr>
      <w:r>
        <w:t>یعنی ایسی آیت جس میں لکھا ہو کہ "نفس شریعت الاسلام، حکم دولت الاسلام" یہ کہاں آئے؟ جی، آپ اگر نماز کی بات کریں تب بھی آپ کو ریفرنس دینا پڑے گا۔</w:t>
      </w:r>
    </w:p>
    <w:p>
      <w:r>
        <w:rPr>
          <w:b/>
        </w:rPr>
        <w:t xml:space="preserve">[59:20] </w:t>
      </w:r>
      <w:r>
        <w:t>hukoomat ki baat karein tab bhi reference dena padega, warna yeh tafseer bilray hai. mein toh seedhi seedhi baat karta hoon ke aap sirf quran o hadees ka reference dijiye, kahan likha hua hai yeh hukoomat qaim karo, mukammal islam naafiz karo, kahan hai?</w:t>
      </w:r>
    </w:p>
    <w:p>
      <w:pPr>
        <w:jc w:val="right"/>
      </w:pPr>
      <w:r>
        <w:t>حکومت کی بات کریں تب بھی ریفرنس دینا پڑے گا، ورنہ یہ تفسیر بالرائے ہے۔ میں تو سیدھی سیدھی بات کرتا ہوں کہ آپ صرف قرآن و حدیث کا ریفرنس دیجئے، کہاں لکھا ہوا ہے یہ حکومت قائم کرو، مکمل اسلام نافذ کرو، کہاں ہے؟</w:t>
      </w:r>
    </w:p>
    <w:p>
      <w:r>
        <w:rPr>
          <w:b/>
        </w:rPr>
        <w:t xml:space="preserve">[59:38] </w:t>
      </w:r>
      <w:r>
        <w:t>kis ayat mein, kis hadees mein? aap apne apne apne apne mind se nahi bolte hain aur mein quran ke hawale mangta hoon aap se.</w:t>
      </w:r>
    </w:p>
    <w:p>
      <w:pPr>
        <w:jc w:val="right"/>
      </w:pPr>
      <w:r>
        <w:t>کس آیت میں، کس حدیث میں؟ آپ اپنے اپنے اپنے اپنے مائنڈ سے نہیں بولتے ہیں اور میں قرآن کے حوالے مانگتا ہوں آپ سے۔</w:t>
      </w:r>
    </w:p>
    <w:p>
      <w:r>
        <w:rPr>
          <w:b/>
        </w:rPr>
        <w:t xml:space="preserve">[59:54] </w:t>
      </w:r>
      <w:r>
        <w:t>ah maulana, agla comment ah aur sawal zahoor rehman sahib ne bheja hai auckland new zealand se.</w:t>
      </w:r>
    </w:p>
    <w:p>
      <w:pPr>
        <w:jc w:val="right"/>
      </w:pPr>
      <w:r>
        <w:t>اہ مولانا، اگلا کمنٹ اہ اور سوال ظہور الرحمن صاحب نے بھیجا ہے آکلینڈ نیوزی لینڈ سے۔</w:t>
      </w:r>
    </w:p>
    <w:p>
      <w:r>
        <w:rPr>
          <w:b/>
        </w:rPr>
        <w:t xml:space="preserve">[1:00:03] </w:t>
      </w:r>
      <w:r>
        <w:t>unhon ne likha hai: "jazak allah maulana sahib for explaining the real meanings of dajaliyat. we muslims confuse the whole world by saying different things in one sentence.</w:t>
      </w:r>
    </w:p>
    <w:p>
      <w:pPr>
        <w:jc w:val="right"/>
      </w:pPr>
      <w:r>
        <w:t>انہوں نے لکھا ہے: "جزاک اللہ مولانا صاحب فار ایکسپلیننگ دا ریئل میننگز اف دجالیت۔ وی مسلمز کنفیوز دا ہول ورلڈ بائے سینگ ڈفرنٹ تھنگز ان ون سینٹنس۔</w:t>
      </w:r>
    </w:p>
    <w:p>
      <w:r>
        <w:rPr>
          <w:b/>
        </w:rPr>
        <w:t xml:space="preserve">[1:00:18] </w:t>
      </w:r>
      <w:r>
        <w:t>we tell them that islam is a religion of peace, but we warn them about blood bath. we tell them that world shouldn't be afraid of muslims and due to islamophobia.</w:t>
      </w:r>
    </w:p>
    <w:p>
      <w:pPr>
        <w:jc w:val="right"/>
      </w:pPr>
      <w:r>
        <w:t>وی ٹیل دیم دیٹ اسلام از ا ریلیجن اف پیس، بٹ وی وارن دیم اباؤٹ بلڈ باتھ۔ وی ٹیل دیم دیٹ ورلڈ شوڈنٹ بی افریڈ اف مسلمز اینڈ ڈیو ٹو اسلامو فوبیا۔</w:t>
      </w:r>
    </w:p>
    <w:p>
      <w:r>
        <w:rPr>
          <w:b/>
        </w:rPr>
        <w:t xml:space="preserve">[1:00:31] </w:t>
      </w:r>
      <w:r>
        <w:t>my question is who is to be blamed the islamic scholars who interpret islam as a threat to the world peace or the followers who blindly follow them.</w:t>
      </w:r>
    </w:p>
    <w:p>
      <w:pPr>
        <w:jc w:val="right"/>
      </w:pPr>
      <w:r>
        <w:t>مائی کوئسچن از ہو از ٹو بی بلیمڈ دی اسلامک سکالرز ہو انٹرپریٹ اسلام ایز ا تھریٹ ٹو دا ورلڈ پیس اور دا فالوورز ہو بلائنڈلی فالو دیم۔</w:t>
      </w:r>
    </w:p>
    <w:p>
      <w:r>
        <w:rPr>
          <w:b/>
        </w:rPr>
        <w:t xml:space="preserve">[1:00:44] </w:t>
      </w:r>
      <w:r>
        <w:t>i also want to congratulate the launch of quran online website." ab mein toh samajhta hoon ke dono par badal jata hai.</w:t>
      </w:r>
    </w:p>
    <w:p>
      <w:pPr>
        <w:jc w:val="right"/>
      </w:pPr>
      <w:r>
        <w:t>آئی السو وانٹ ٹو کانگریچولیٹ دی لانچ اف قرآن ان لائن ویب سائٹ۔" اب میں تو سمجھتا ہوں کہ دونوں پر بدل جاتا ہے۔</w:t>
      </w:r>
    </w:p>
    <w:p>
      <w:r>
        <w:rPr>
          <w:b/>
        </w:rPr>
        <w:t xml:space="preserve">[1:00:57] </w:t>
      </w:r>
      <w:r>
        <w:t>jo leader hain un par bhi, jo atba kar rahe hain un ka bhi. leader ka haq nahi tha ke woh quran mein apni rai ko le kar ke interpretation dein aur jo un ke peeche chal rahe hain un ko yeh haq nahi tha ke baghair daleel ke un ke peeche dorrne lagein.</w:t>
      </w:r>
    </w:p>
    <w:p>
      <w:pPr>
        <w:jc w:val="right"/>
      </w:pPr>
      <w:r>
        <w:t>جو لیڈر ہیں ان پر بھی، جو اتباع کر رہے ہیں ان کا بھی۔ لیڈر کا حق نہیں تھا کہ وہ قرآن میں اپنی رائے کو لے کر کے انٹرپریٹیشن دیں اور جو ان کے پیچھے چل رہے ہیں ان کو یہ حق نہیں تھا کہ بغیر دلیل کے ان کے پیچھے دوڑنے لگیں۔</w:t>
      </w:r>
    </w:p>
    <w:p>
      <w:r>
        <w:rPr>
          <w:b/>
        </w:rPr>
        <w:t xml:space="preserve">[1:01:20] </w:t>
      </w:r>
      <w:r>
        <w:t>dono dono mere khayal se pakde jayenge.</w:t>
      </w:r>
    </w:p>
    <w:p>
      <w:pPr>
        <w:jc w:val="right"/>
      </w:pPr>
      <w:r>
        <w:t>دونوں دونوں میرے خیال سے پکڑے جائیں گے۔</w:t>
      </w:r>
    </w:p>
    <w:p>
      <w:r>
        <w:rPr>
          <w:b/>
        </w:rPr>
        <w:t xml:space="preserve">[1:01:34] </w:t>
      </w:r>
      <w:r>
        <w:t>maulana, agla comment bheja hai miss sahar saleem ne dilli se. unhon ne likha hai: "maulana sahib, today i understood the misconception i had regarding the concept of dajjal.</w:t>
      </w:r>
    </w:p>
    <w:p>
      <w:pPr>
        <w:jc w:val="right"/>
      </w:pPr>
      <w:r>
        <w:t>مولانا، اگلا کمنٹ بھیجا ہے مس سحر سلیم نے دلی سے۔ انہوں نے لکھا ہے: "مولانا صاحب، ٹوڈے آئی انڈرسٹڈ دا مس کنسیپشن آئی ہیڈ ریگارڈنگ دا کانسیپٹ اف دجال۔</w:t>
      </w:r>
    </w:p>
    <w:p>
      <w:r>
        <w:rPr>
          <w:b/>
        </w:rPr>
        <w:t xml:space="preserve">[1:01:52] </w:t>
      </w:r>
      <w:r>
        <w:t>thank you maulana sahib for helping understand the real concept. islam came to mankind to assist and to navigate towards final stage without becoming lost.</w:t>
      </w:r>
    </w:p>
    <w:p>
      <w:pPr>
        <w:jc w:val="right"/>
      </w:pPr>
      <w:r>
        <w:t>تھینک یو مولانا صاحب فار ہیلپنگ انڈرسٹینڈ دا ریئل کانسیپٹ۔ اسلام کیم ٹو مین کائنڈ ٹو اسسٹ اینڈ ٹو نیویگیٹ ٹورڈز فائنل سٹیج وداؤٹ بیکمنگ لاسٹ۔</w:t>
      </w:r>
    </w:p>
    <w:p>
      <w:r>
        <w:rPr>
          <w:b/>
        </w:rPr>
        <w:t xml:space="preserve">[1:02:05] </w:t>
      </w:r>
      <w:r>
        <w:t>may allah protect us." miss mehak fiaz khan ne sawal kiya hai dilli se. unhon ne likha hai: "maulana sahib, in a place like kashmir, when one faces odd situations one or the other day,</w:t>
      </w:r>
    </w:p>
    <w:p>
      <w:pPr>
        <w:jc w:val="right"/>
      </w:pPr>
      <w:r>
        <w:t>می اللہ پروٹیکٹ اس۔" مس میہک فیاض خان نے سوال کیا ہے دلی سے۔ انہوں نے لکھا ہے: "مولانا صاحب، ان ا پلیس لائک کشمیر، وین ون فیسز اڈ سچویشنز ون اور دی ادر ڈے،</w:t>
      </w:r>
    </w:p>
    <w:p>
      <w:r>
        <w:rPr>
          <w:b/>
        </w:rPr>
        <w:t xml:space="preserve">[1:02:22] </w:t>
      </w:r>
      <w:r>
        <w:t>widening the ideology of actual peace has become really difficult. everyone has a harsh and oppressive story to tell.</w:t>
      </w:r>
    </w:p>
    <w:p>
      <w:pPr>
        <w:jc w:val="right"/>
      </w:pPr>
      <w:r>
        <w:t>وائیڈننگ دی آئیڈیالوجی اف ایکچول پیس ہیز بیکم ریلی ڈیفیکلٹ۔ ایوری ون ہیز ا ہارش اینڈ اپریس سٹوری ٹو ٹیل۔</w:t>
      </w:r>
    </w:p>
    <w:p>
      <w:r>
        <w:rPr>
          <w:b/>
        </w:rPr>
        <w:t xml:space="preserve">[1:02:32] </w:t>
      </w:r>
      <w:r>
        <w:t>alhamdulillah, i have never witnessed anything bad, but traditional teachings of quran with wrong interpretations is ingrained everywhere, which has made it even more difficult.</w:t>
      </w:r>
    </w:p>
    <w:p>
      <w:pPr>
        <w:jc w:val="right"/>
      </w:pPr>
      <w:r>
        <w:t>الحمدللہ، آئی ہیو نیور وٹنسڈ اینی تھنگ بیڈ، بٹ ٹریڈیشنل ٹیچنگز اف قرآن ود رونگ انٹرپریٹیشنز از انگرینڈ ایوری ویر دیر، وچ ہیز میڈ اٹ ایون مور ڈیفیکلٹ۔</w:t>
      </w:r>
    </w:p>
    <w:p>
      <w:r>
        <w:rPr>
          <w:b/>
        </w:rPr>
        <w:t xml:space="preserve">[1:02:47] </w:t>
      </w:r>
      <w:r>
        <w:t>kindly suggest a basic way to start with." bhai, dekhiye, saaf baat hai ke agar aap apni taraf se kuch kahein, apni taraf se toh jo chahe kahiye.</w:t>
      </w:r>
    </w:p>
    <w:p>
      <w:pPr>
        <w:jc w:val="right"/>
      </w:pPr>
      <w:r>
        <w:t>کائنڈلی سجیسٹ ا بیسک وے ٹو سٹارٹ ود۔" بھئی، دیکھیے، صاف بات ہے کہ اگر آپ اپنی طرف سے کچھ کہیں، اپنی طرف سے تو جو چاہے کہیے۔</w:t>
      </w:r>
    </w:p>
    <w:p>
      <w:r>
        <w:rPr>
          <w:b/>
        </w:rPr>
        <w:t xml:space="preserve">[1:03:03] </w:t>
      </w:r>
      <w:r>
        <w:t>apni taraf se ke mein aisa karunga, mera yeh sochna hai, mera yeh manna hai toh jo chahe kahiye. lekin jab aap naam lein islam ka, quran ka toh aap ko reference dena padega.</w:t>
      </w:r>
    </w:p>
    <w:p>
      <w:pPr>
        <w:jc w:val="right"/>
      </w:pPr>
      <w:r>
        <w:t>اپنی طرف سے کہ میں ایسا کروں گا، میرا یہ سوچنا ہے، میرا یہ ماننا ہے تو جو چاہے کیجئے۔ لیکن جب آپ نام لیں اسلام کا، قرآن کا تو آپ کو ریفرنس دینا پڑے گا۔</w:t>
      </w:r>
    </w:p>
    <w:p>
      <w:r>
        <w:rPr>
          <w:b/>
        </w:rPr>
        <w:t xml:space="preserve">[1:03:18] </w:t>
      </w:r>
      <w:r>
        <w:t>reference dena padega. toh jo log is waqt jhanda uthaye hue hain woh kehte hain ke yeh islam hai.</w:t>
      </w:r>
    </w:p>
    <w:p>
      <w:pPr>
        <w:jc w:val="right"/>
      </w:pPr>
      <w:r>
        <w:t>ریفرنس دینا پڑے گا۔ تو جو لوگ اس وقت جھنڈا اٹھائے ہوئے ہیں وہ کہتے ہیں کہ یہ اسلام ہے۔</w:t>
      </w:r>
    </w:p>
    <w:p>
      <w:r>
        <w:rPr>
          <w:b/>
        </w:rPr>
        <w:t xml:space="preserve">[1:03:27] </w:t>
      </w:r>
      <w:r>
        <w:t>to bhai, jab islam hai to pehle to reference to pesh karo. yeh to aik bilkul logic, logical baat hai ke islam ke naam se aap koi baat kahein to aap ko islam ki reference dena pare ga.</w:t>
      </w:r>
    </w:p>
    <w:p>
      <w:pPr>
        <w:jc w:val="right"/>
      </w:pPr>
      <w:r>
        <w:t>تو بھئی، جب اسلام ہے تو پہلے تو ریفرنس تو پیش کرو۔ یہ تو ایک بالکل لاجک، لاجیکل بات ہے کہ اسلام کے نام سے آپ کوئی بات کہیں تو آپ کو اسلام کی ریفرنس دینا پڑے گا۔</w:t>
      </w:r>
    </w:p>
    <w:p>
      <w:r>
        <w:rPr>
          <w:b/>
        </w:rPr>
        <w:t xml:space="preserve">[1:03:45] </w:t>
      </w:r>
      <w:r>
        <w:t>apni taraf se kijiye, jo chahe kijiye, jo chahe kijiye.</w:t>
      </w:r>
    </w:p>
    <w:p>
      <w:pPr>
        <w:jc w:val="right"/>
      </w:pPr>
      <w:r>
        <w:t>اپنی طرف سے کیجئے، جو چاہے کیجئے، جو چاہے کیجئے۔</w:t>
      </w:r>
    </w:p>
    <w:p>
      <w:r>
        <w:rPr>
          <w:b/>
        </w:rPr>
        <w:t xml:space="preserve">[1:04:00] </w:t>
      </w:r>
      <w:r>
        <w:t>maulana, agla comment bheja hai miss shabina ali ne kolkata se. unho ne likha hai: "maulana, today you gave us the clarity of where the era of the dajaliyat starts and what is its ideology.</w:t>
      </w:r>
    </w:p>
    <w:p>
      <w:pPr>
        <w:jc w:val="right"/>
      </w:pPr>
      <w:r>
        <w:t>مولانا، اگلا کمنٹ بھیجا ہے مس شبینہ علی نے کلکتہ سے۔ انہوں نے لکھا ہے: "مولانا، ٹوڈے یو گیو اس دا کلیرٹی اف ویئر دی ایرا اف دی دجالیت سٹارٹس اینڈ واٹ از اٹس آئیڈیالوجی۔</w:t>
      </w:r>
    </w:p>
    <w:p>
      <w:r>
        <w:rPr>
          <w:b/>
        </w:rPr>
        <w:t xml:space="preserve">[1:04:17] </w:t>
      </w:r>
      <w:r>
        <w:t>from what i have understood from the very inspiring lecture of today, that where there was rise of some fascist group, there was also the rise in dajaliyat, that is islamization of violence.</w:t>
      </w:r>
    </w:p>
    <w:p>
      <w:pPr>
        <w:jc w:val="right"/>
      </w:pPr>
      <w:r>
        <w:t>فرام واٹ آئی ہیو انڈرسٹڈ فرام دا ویری انسپائرنگ لیکچر اف ٹوڈے، دیٹ ویئر دیر واز رائز اف سم فاسسٹ گروپ، دیر واز السو دا رائز ان دجالیت، دیٹ از اسلامائزیشن اف وائیلنس۔</w:t>
      </w:r>
    </w:p>
    <w:p>
      <w:r>
        <w:rPr>
          <w:b/>
        </w:rPr>
        <w:t xml:space="preserve">[1:04:31] </w:t>
      </w:r>
      <w:r>
        <w:t>islam is the religion of peace, love, tolerance, patience and fear of allah. god has made this world full of hardship to see who is a predictable character and who can be placed in the world of paradise.</w:t>
      </w:r>
    </w:p>
    <w:p>
      <w:pPr>
        <w:jc w:val="right"/>
      </w:pPr>
      <w:r>
        <w:t>اسلام از دا ریلیجن اف پیس، لو، ٹولرنس، پیشنس اینڈ فیئر اف اللہ۔ گاڈ ہیز میڈ دس ورلڈ فل اف ہارڈشپ ٹو سی ہو از ا پریڈکٹیبل کریکٹر اینڈ ہو کین بی پلیسڈ ان دی ورلڈ اف پیراڈائز۔</w:t>
      </w:r>
    </w:p>
    <w:p>
      <w:r>
        <w:rPr>
          <w:b/>
        </w:rPr>
        <w:t xml:space="preserve">[1:04:48] </w:t>
      </w:r>
      <w:r>
        <w:t>jazak allah maulana." is mein koi sawal banta hai? in ka comment tha maulana. theek. ah daniyal sahib ne bihar patna se bhi apna comment bheja hai.</w:t>
      </w:r>
    </w:p>
    <w:p>
      <w:pPr>
        <w:jc w:val="right"/>
      </w:pPr>
      <w:r>
        <w:t>جزاک اللہ مولانا۔" اس میں کوئی سوال بنتا ہے؟ ان کا کمنٹ تھا مولانا۔ ٹھیک۔ اہ دانیال صاحب نے بہار پٹنہ سے بھی اپنا کمنٹ بھیجا ہے۔</w:t>
      </w:r>
    </w:p>
    <w:p>
      <w:r>
        <w:rPr>
          <w:b/>
        </w:rPr>
        <w:t xml:space="preserve">[1:05:01] </w:t>
      </w:r>
      <w:r>
        <w:t>unho ne likha hai: "maulana, today lecture seems a final statement for those who believe in the false notion of islam is a system or islam is a complete system." maulana, i ignore.</w:t>
      </w:r>
    </w:p>
    <w:p>
      <w:pPr>
        <w:jc w:val="right"/>
      </w:pPr>
      <w:r>
        <w:t>انہوں نے لکھا ہے: "مولانا، ٹوڈے لیکچر سیمز ا فائنل سٹیٹمنٹ فار دوز ہو بیلیو ان دی فالس نوشن اف اسلام از ا سسٹم اور اسلام از ا کمپلیٹ سسٹم۔" مولانا، آئی اگنور۔</w:t>
      </w:r>
    </w:p>
    <w:p>
      <w:r>
        <w:rPr>
          <w:b/>
        </w:rPr>
        <w:t xml:space="preserve">[1:05:17] </w:t>
      </w:r>
      <w:r>
        <w:t>dekhiye, dekhiye, mere point ko pakriye aap. mere point ko pakriye aap. agar yeh kahein, ab yeh kahein ke aye logon,</w:t>
      </w:r>
    </w:p>
    <w:p>
      <w:pPr>
        <w:jc w:val="right"/>
      </w:pPr>
      <w:r>
        <w:t>دیکھیں، دیکھیے، میرے پوائنٹ کو پکڑیے آپ۔ میرے پوائنٹ کو پکڑیے آپ۔ اگر یہ کہیں، اب یہ کہیں کہ اے لوگوں،</w:t>
      </w:r>
    </w:p>
    <w:p>
      <w:r>
        <w:rPr>
          <w:b/>
        </w:rPr>
        <w:t xml:space="preserve">[1:05:30] </w:t>
      </w:r>
      <w:r>
        <w:t>namaz parho to logon ko yaad aye ga ke mujhe pairvi karne ke liye, follow karne ke liye bata raha hai aadmi ke main kis cheez ko follow karoon, kis cheez ki pairvi karoon.</w:t>
      </w:r>
    </w:p>
    <w:p>
      <w:pPr>
        <w:jc w:val="right"/>
      </w:pPr>
      <w:r>
        <w:t>نماز پڑھو تو لوگوں کو یاد آئے گا کہ مجھے پیروی کرنے کے لیے، فالو کرنے کے لیے بتا رہا ہے آدمی کہ میں کس چیز کو فالو کروں، کس چیز کی پیروی کروں۔</w:t>
      </w:r>
    </w:p>
    <w:p>
      <w:r>
        <w:rPr>
          <w:b/>
        </w:rPr>
        <w:t xml:space="preserve">[1:05:46] </w:t>
      </w:r>
      <w:r>
        <w:t>yani apne aap mein ko kis amal par daaloon. lekin agar aap yeh kahein ke islam aik mukammal system hai, qanoon aur parties aur sara islamize karna hai to foran sawal paida hoga ke dunya mein hukoomatein qaim hain, har jagah, har jagah koi na koi hukoomat hai.</w:t>
      </w:r>
    </w:p>
    <w:p>
      <w:pPr>
        <w:jc w:val="right"/>
      </w:pPr>
      <w:r>
        <w:t>یعنی اپنے آپ میں کو کس عمل پر ڈالوں۔ لیکن اگر آپ یہ کہیں کہ اسلام ایک مکمل سسٹم ہے، قانون اور پارٹیز اور سارا اسلامائز کرنا ہے تو فوراً سوال پیدا ہوگا کہ دنیا میں حکومتیں قائم ہیں، ہر جگہ، ہر جگہ کوئی نہ کوئی حکومت ہے۔</w:t>
      </w:r>
    </w:p>
    <w:p>
      <w:r>
        <w:rPr>
          <w:b/>
        </w:rPr>
        <w:t xml:space="preserve">[1:06:06] </w:t>
      </w:r>
      <w:r>
        <w:t>to pehle is ko hatao, pehle is ko lado is se. tab tab mumkin hoga ke hukoomatein qaim hon gi. to phir kya hoga?</w:t>
      </w:r>
    </w:p>
    <w:p>
      <w:pPr>
        <w:jc w:val="right"/>
      </w:pPr>
      <w:r>
        <w:t>تو پہلے اس کو ہٹاؤ، پہلے اس کو لڑو اس سے۔ تب تب ممکن ہوگا کہ حکومتیں قائم ہوں گی۔ تو پھر کیا ہوگا؟</w:t>
      </w:r>
    </w:p>
    <w:p>
      <w:r>
        <w:rPr>
          <w:b/>
        </w:rPr>
        <w:t xml:space="preserve">[1:06:16] </w:t>
      </w:r>
      <w:r>
        <w:t>wohi hoga ke ikhtedar ki kunjiyaan chheen len ge aap logon se, ikhtedar ki kunjiyaan chheenein ge, un ke jhande uthaein ge, torein ge, aap parliament hath pe qabza karein ge.</w:t>
      </w:r>
    </w:p>
    <w:p>
      <w:pPr>
        <w:jc w:val="right"/>
      </w:pPr>
      <w:r>
        <w:t>وہی ہوگا کہ اقتدار کی کنجیاں چھین لیں گے آپ لوگوں سے، اقتدار کی کنجیاں چھینیں گے، ان کے جھنڈے اٹھائیں گے، توڑیں گے، آپ پارلیمنٹ ہاتھ پہ قبضہ کریں گے۔</w:t>
      </w:r>
    </w:p>
    <w:p>
      <w:r>
        <w:rPr>
          <w:b/>
        </w:rPr>
        <w:t xml:space="preserve">[1:06:29] </w:t>
      </w:r>
      <w:r>
        <w:t>yeh kabhi mumkin nahi hoga ke woh bhi to woh khare ho jayen ge. isi liye sari dunya mein jin jin mulkon mein yeh chala rahe hain, kahin aik aik khatay par bhi yeh mukammal islam ka nizam kaam nahi kaam sakta is ka, kyunke doosre khare ho gaye,</w:t>
      </w:r>
    </w:p>
    <w:p>
      <w:pPr>
        <w:jc w:val="right"/>
      </w:pPr>
      <w:r>
        <w:t>یہ کبھی ممکن نہیں ہوگا کہ وہ بھی تو وہ کھڑے ہو جائیں گے۔ اسی لیے ساری دنیا میں جن جن ملکوں میں یہ چلا رہے ہیں، کہیں ایک ایک خطے پر بھی یہ مکمل اسلام کا نظام کام نہیں کام سکتا اس کا، کیونکہ دوسرے کھڑے ہوگئے،</w:t>
      </w:r>
    </w:p>
    <w:p>
      <w:r>
        <w:rPr>
          <w:b/>
        </w:rPr>
        <w:t xml:space="preserve">[1:06:48] </w:t>
      </w:r>
      <w:r>
        <w:t>yeh apna jhanda le kar, woh jhanda le kar. to to jaise hi aap yeh kehte hain ke islam mukammal nizam hai, hamein naafiz karna hai, to doosre khare hote hain.</w:t>
      </w:r>
    </w:p>
    <w:p>
      <w:pPr>
        <w:jc w:val="right"/>
      </w:pPr>
      <w:r>
        <w:t>یہ اپنا جھنڈا لے کر، وہ جھنڈا لے کر۔ تو تو جیسے ہی آپ یہ کہتے ہیں کہ اسلام مکمل نظام ہے، ہمیں نافذ کرنا ہے، تو دوسرے کھڑے ہوتے ہیں۔</w:t>
      </w:r>
    </w:p>
    <w:p>
      <w:r>
        <w:rPr>
          <w:b/>
        </w:rPr>
        <w:t xml:space="preserve">[1:07:03] </w:t>
      </w:r>
      <w:r>
        <w:t>is ol din hi se larai shuru ho jati hai, ol din se larai, aur kuch milta nahi tabahi ke. jin mulkon mein yeh kaam ho raha hai, misr mein, falasteen mein, kashmir mein, pakistan mein, har jagah aap dekhiye,</w:t>
      </w:r>
    </w:p>
    <w:p>
      <w:pPr>
        <w:jc w:val="right"/>
      </w:pPr>
      <w:r>
        <w:t>اس اول دن ہی سے لڑائی شروع ہو جاتی ہے، اول دن سے لڑائی، اور کچھ ملتا نہیں تباہی کے۔ جن ملکوں میں یہ کام ہو رہا ہے، مصر میں، فلسطین میں، کشمیر میں، پاکستان میں، ہر جگہ آپ دیکھیے،</w:t>
      </w:r>
    </w:p>
    <w:p>
      <w:r>
        <w:rPr>
          <w:b/>
        </w:rPr>
        <w:t xml:space="preserve">[1:07:19] </w:t>
      </w:r>
      <w:r>
        <w:t>adhi sadi se ziyada muddat guzar gayi aur siwaye blood charh ke kuch mila nahi, kyunke doosra aadmi khara hoga. aik aik reaction ka mahaul ban gaya, idhar aap marte hain, idhar woh marte hain.</w:t>
      </w:r>
    </w:p>
    <w:p>
      <w:pPr>
        <w:jc w:val="right"/>
      </w:pPr>
      <w:r>
        <w:t>ادھی صدی سے زیادہ مدت گزر گئی اور سوائے بلڈ چڑھ کے کچھ ملا نہیں، کیونکہ دوسرا آدمی کھڑا ہوگا۔ ایک ایک ری ایکشن کا ماحول بن گیا، ادھر آپ مارتے ہیں، ادھر وہ مارتے ہیں۔</w:t>
      </w:r>
    </w:p>
    <w:p>
      <w:r>
        <w:rPr>
          <w:b/>
        </w:rPr>
        <w:t xml:space="preserve">[1:07:33] </w:t>
      </w:r>
      <w:r>
        <w:t>to kaise taameer kaam kaisa hoga? taameer kaam hota hai peace ke mahaul mein, lekin aap aik apna dushman create karein to yeh yeh jo nazariya hai, yeh nazariya ol din hi se aik dushman bana create karta hai.</w:t>
      </w:r>
    </w:p>
    <w:p>
      <w:pPr>
        <w:jc w:val="right"/>
      </w:pPr>
      <w:r>
        <w:t>تو کیسے تعمیر کام کیسا ہوگا؟ تعمیر کام ہوتا ہے پیس کے ماحول میں، لیکن آپ ایک اپنا دشمن کریٹ کریں تو یہ یہ جو نظریہ ہے، یہ نظریہ اول دن ہی سے ایک دشمن بنا کریٹ کرتا ہے۔</w:t>
      </w:r>
    </w:p>
    <w:p>
      <w:r>
        <w:rPr>
          <w:b/>
        </w:rPr>
        <w:t xml:space="preserve">[1:07:50] </w:t>
      </w:r>
      <w:r>
        <w:t>ol din se to phir larai hai, nafrat hai, tashaddud hai. to mere point ko samjhiye aap ke agar aik aik aik aik person hai, aik shakhs hai, us se aap kahein ke tum aisa karo to aap us ko percent level par aik cheez ko follow karne ke liye keh rahe hain.</w:t>
      </w:r>
    </w:p>
    <w:p>
      <w:pPr>
        <w:jc w:val="right"/>
      </w:pPr>
      <w:r>
        <w:t>اول دن سے تو پھر لڑائی ہے، نفرت ہے، تشدد ہے۔ تو میرے پوائنٹ کو سمجھئے آپ کہ اگر ایک ایک ایک ایک پرسن ہے، ایک شخص ہے، اس سے آپ کہیں کہ تم ایسا کرو تو آپ اس کو پرسنٹ لیول پر ایک چیز کو فالو کرنے کے لیے کہہ رہے ہیں۔</w:t>
      </w:r>
    </w:p>
    <w:p>
      <w:r>
        <w:rPr>
          <w:b/>
        </w:rPr>
        <w:t xml:space="preserve">[1:08:12] </w:t>
      </w:r>
      <w:r>
        <w:t>lekin jab aap kahein ke mulk ka nizam badalna hai, mukammal nizam qaim karna hai to sab se larai ho jati hai aap ki. yani hukoomat se, court se, parliament se, government se, sab se.</w:t>
      </w:r>
    </w:p>
    <w:p>
      <w:pPr>
        <w:jc w:val="right"/>
      </w:pPr>
      <w:r>
        <w:t>لیکن جب آپ کہیں کہ ملک کا نظام بدلنا ہے، مکمل نظام قائم کرنا ہے تو سب سے لڑائی ہو جاتی ہے آپ کی۔ یعنی حکومت سے، کورٹ سے، پارلیمنٹ سے، گورنمنٹ سے، سب سے۔</w:t>
      </w:r>
    </w:p>
    <w:p>
      <w:r>
        <w:rPr>
          <w:b/>
        </w:rPr>
        <w:t xml:space="preserve">[1:08:27] </w:t>
      </w:r>
      <w:r>
        <w:t>to main yeh kehta hoon ke yeh jo nazariya hai, yeh hai asal mein raaz ke musalman kyun har jagah pathar marte hain, bomb marte hain.</w:t>
      </w:r>
    </w:p>
    <w:p>
      <w:pPr>
        <w:jc w:val="right"/>
      </w:pPr>
      <w:r>
        <w:t>تو میں یہ کہتا ہوں کہ یہ جو نظریہ ہے، یہ ہے اصل میں راز کہ مسلمان کیوں ہر جگہ پتھر مارتے ہیں، بم مارتے ہیں۔</w:t>
      </w:r>
    </w:p>
    <w:p>
      <w:r>
        <w:rPr>
          <w:b/>
        </w:rPr>
        <w:t xml:space="preserve">[1:08:36] </w:t>
      </w:r>
      <w:r>
        <w:t>woh jo America wale log kehte hain, "red crisis", woh nothing, woh to lafz hai, sirf kuch poocho nahi. asal yeh hai ke Islam ko, asal yeh hai ke violence ko,</w:t>
      </w:r>
    </w:p>
    <w:p>
      <w:pPr>
        <w:jc w:val="right"/>
      </w:pPr>
      <w:r>
        <w:t>وہ جو امریکہ والے لوگ کہتے ہیں، "ریڈ کرائسز"، وہ نتھنگ، وہ تو لفظ ہے، صرف کچھ پوچھو نہیں۔ اصل یہ ہے کہ اسلام کو، اصل یہ ہے کہ وائیلنس کو،</w:t>
      </w:r>
    </w:p>
    <w:p>
      <w:r>
        <w:rPr>
          <w:b/>
        </w:rPr>
        <w:t xml:space="preserve">[1:08:50] </w:t>
      </w:r>
      <w:r>
        <w:t>yeh yeh nazariya jo hai, violence ko islamize karta hai. yeh nazariya jo hai, mukammal islam ka, yeh violence ko islamize karta hai.</w:t>
      </w:r>
    </w:p>
    <w:p>
      <w:pPr>
        <w:jc w:val="right"/>
      </w:pPr>
      <w:r>
        <w:t>یہ یہ نظریہ جو ہے، وائیلنس کو اسلامائز کرتا ہے۔ یہ نظریہ جو ہے، مکمل اسلام کا، یہ وائیلنس کو اسلامائز کرتا ہے۔</w:t>
      </w:r>
    </w:p>
    <w:p>
      <w:r>
        <w:rPr>
          <w:b/>
        </w:rPr>
        <w:t xml:space="preserve">[1:09:01] </w:t>
      </w:r>
      <w:r>
        <w:t>to violence ko islamize karna yeh masla hai. Red Crisis ka jo log bolte hain, America wale, woh main is pe ittefaq nahi karta.</w:t>
      </w:r>
    </w:p>
    <w:p>
      <w:pPr>
        <w:jc w:val="right"/>
      </w:pPr>
      <w:r>
        <w:t>تو وائیلنس کو اسلامائز کرنا یہ مسئلہ ہے۔ ریڈ کرائسز کا جو لوگ بولتے ہیں، امریکہ والے، وہ میں اس پہ اتفاق نہیں کرتا۔</w:t>
      </w:r>
    </w:p>
    <w:p>
      <w:r>
        <w:rPr>
          <w:b/>
        </w:rPr>
        <w:t xml:space="preserve">[1:09:16] </w:t>
      </w:r>
      <w:r>
        <w:t>maulana, comment parhna chahenge miss shabina ali ka kolkata se. unho ne likha hai: "maulana, today you gave us the clarity of where the era of dajaliyat started and what is its ideology.</w:t>
      </w:r>
    </w:p>
    <w:p>
      <w:pPr>
        <w:jc w:val="right"/>
      </w:pPr>
      <w:r>
        <w:t>مولانا، کمنٹ پڑھنا چاہیں گے مس شبینہ علی کا کلکتہ سے۔ انہوں نے لکھا ہے: "مولانا، ٹوڈے یو گیو اس دا کلیرٹی اف ویئر دی ایرا اف دجالیت سٹارٹڈ اینڈ واٹ از اٹس آئیڈیالوجی۔</w:t>
      </w:r>
    </w:p>
    <w:p>
      <w:r>
        <w:rPr>
          <w:b/>
        </w:rPr>
        <w:t xml:space="preserve">[1:09:32] </w:t>
      </w:r>
      <w:r>
        <w:t>from what I have understood from the beginning of inspiring lecture of today, that there was rise of some fascist group, there was also the rise in dajaliyat, that is Islamization of violence.</w:t>
      </w:r>
    </w:p>
    <w:p>
      <w:pPr>
        <w:jc w:val="right"/>
      </w:pPr>
      <w:r>
        <w:t>فرام واٹ آئی ہیو انڈرسٹڈ فرام دا بگننگ اف انسپائرنگ لیکچر اف ٹوڈے، دیٹ دیر واز رائز اف سم فاسسٹ گروپ، دیر واز السو دا رائز ان دجالیت، دیٹ از اسلامائزیشن اف وائیلنس۔</w:t>
      </w:r>
    </w:p>
    <w:p>
      <w:r>
        <w:rPr>
          <w:b/>
        </w:rPr>
        <w:t xml:space="preserve">[1:09:47] </w:t>
      </w:r>
      <w:r>
        <w:t>Islam is the religion of peace, love, tolerance, patience and fear of Allah. God has made this world full of hardship to see who is a predictable character and who can be placed in the world of paradise.</w:t>
      </w:r>
    </w:p>
    <w:p>
      <w:pPr>
        <w:jc w:val="right"/>
      </w:pPr>
      <w:r>
        <w:t>اسلام از دا ریلیجن اف پیس، لو، ٹولرنس، پیشنس اینڈ فیئر اف اللہ۔ گاڈ ہیز میڈ دس ورلڈ فل اف ہارڈشپ ٹو سی ہو از ا پریڈکٹیبل کریکٹر اینڈ ہو کین بی پلیسڈ ان دا ورلڈ اف پیراڈائز۔</w:t>
      </w:r>
    </w:p>
    <w:p>
      <w:r>
        <w:rPr>
          <w:b/>
        </w:rPr>
        <w:t xml:space="preserve">[1:10:03] </w:t>
      </w:r>
      <w:r>
        <w:t>jazak allah maulana."</w:t>
      </w:r>
    </w:p>
    <w:p>
      <w:pPr>
        <w:jc w:val="right"/>
      </w:pPr>
      <w:r>
        <w:t>جزاک اللہ مولانا۔"</w:t>
      </w:r>
    </w:p>
    <w:p>
      <w:r>
        <w:rPr>
          <w:b/>
        </w:rPr>
        <w:t xml:space="preserve">[1:10:07] </w:t>
      </w:r>
      <w:r>
        <w:t>Maulana, agla sawal Pakistan se bheja hai Miss Shaista Ramzan ne. Unhon ne likha hai: "Maulana sahib, in our syllabus books we read Islamiyat.</w:t>
      </w:r>
    </w:p>
    <w:p>
      <w:pPr>
        <w:jc w:val="right"/>
      </w:pPr>
      <w:r>
        <w:t>مولانا، اگلا سوال پاکستان سے بھیجا ہے مس شائستہ رمضان نے۔ انہوں نے لکھا ہے: "مولانا صاحب، ان اور سلیبس بکس وی ریڈ اسلامیت۔</w:t>
      </w:r>
    </w:p>
    <w:p>
      <w:r>
        <w:rPr>
          <w:b/>
        </w:rPr>
        <w:t xml:space="preserve">[1:10:20] </w:t>
      </w:r>
      <w:r>
        <w:t>in the book we read many times that Islam is a complete way of life. Dr. Israr, who was a famous scholar.</w:t>
      </w:r>
    </w:p>
    <w:p>
      <w:pPr>
        <w:jc w:val="right"/>
      </w:pPr>
      <w:r>
        <w:t>ان دا بک وی ریڈ مینی ٹائمز دیٹ اسلام از ا کمپلیٹ وے اف لائف۔ ڈاکٹر اسرار، ہو واز ا فیمس سکالر۔</w:t>
      </w:r>
    </w:p>
    <w:p>
      <w:r>
        <w:rPr>
          <w:b/>
        </w:rPr>
        <w:t xml:space="preserve">[1:10:29] </w:t>
      </w:r>
      <w:r>
        <w:t>His teachings were also based on the fact that Muslims should emphasize Islamic nizam-e-khilafat. I want to ask whether this concept of Islamic nizam-e-khilafat is also dajaliat." Yaqin, yaqin, yaqin,</w:t>
      </w:r>
    </w:p>
    <w:p>
      <w:pPr>
        <w:jc w:val="right"/>
      </w:pPr>
      <w:r>
        <w:t>ہز ٹیچنگز وار السو بیسڈ ان دا فیکٹ دیٹ مسلم شوڈ ایمفسائز اسلامک نظام خلافت۔ آئی وانٹ ٹو اسک ویدر دس کانسیپٹ اف اسلامک نظام خلافت از السو دجالیت۔" یقینا، یقینا، یقینا،</w:t>
      </w:r>
    </w:p>
    <w:p>
      <w:r>
        <w:rPr>
          <w:b/>
        </w:rPr>
        <w:t xml:space="preserve">[1:10:48] </w:t>
      </w:r>
      <w:r>
        <w:t>ap agar is ko folo karte hain to ye kahiye ke main flan sahib ke nazariye ko manti hun, jaise daktar asrar ke nazariye ko manti hun.</w:t>
      </w:r>
    </w:p>
    <w:p>
      <w:pPr>
        <w:jc w:val="right"/>
      </w:pPr>
      <w:r>
        <w:t>آپ اگر اس کو فالو کرتے ہیں تو یہ کہیے کہ میں فلاں صاحب کے نظریے کو مانتی ہوں، جیسے ڈاکٹر اسرار کے نظریے کو مانتی ہوں۔</w:t>
      </w:r>
    </w:p>
    <w:p>
      <w:r>
        <w:rPr>
          <w:b/>
        </w:rPr>
        <w:t xml:space="preserve">[1:10:58] </w:t>
      </w:r>
      <w:r>
        <w:t>un ka nam lijye, ap quran ka nam kyu lete hain, hadis ke nam kyu lete hain, islam ke nam kyu lete hain? ap to foloar hain ek insan ka, ko folo kar rahi hain jis ka nam hai daktar asrar.</w:t>
      </w:r>
    </w:p>
    <w:p>
      <w:pPr>
        <w:jc w:val="right"/>
      </w:pPr>
      <w:r>
        <w:t>ان کا نام لیجئے، آپ قرآن کا نام کیوں لیتے ہیں، حدیث کے نام کیوں لیتے ہیں، اسلام کے نام کیوں لیتے ہیں؟ آپ تو فالوور ہیں ایک انسان کا، کو فالو کر رہی ہیں جس کا نام ہے ڈاکٹر اسرار۔</w:t>
      </w:r>
    </w:p>
    <w:p>
      <w:r>
        <w:rPr>
          <w:b/>
        </w:rPr>
        <w:t xml:space="preserve">[1:11:13] </w:t>
      </w:r>
      <w:r>
        <w:t>to ap isi ka nam lijye to mujhe koi etraz nahi hoga.</w:t>
      </w:r>
    </w:p>
    <w:p>
      <w:pPr>
        <w:jc w:val="right"/>
      </w:pPr>
      <w:r>
        <w:t>تو آپ اسی کا نام لیجئے تو مجھے کوئی اعتراض نہیں ہوگا۔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