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Wisdom 22 Feb, 2009 - Maulana Wahiduddin Khan</w:t>
      </w:r>
    </w:p>
    <w:p>
      <w:r>
        <w:t>https://www.youtube.com/watch?v=Lmtn_duWJP0</w:t>
      </w:r>
    </w:p>
    <w:p>
      <w:r>
        <w:rPr>
          <w:b/>
        </w:rPr>
        <w:t xml:space="preserve">[00:13] </w:t>
      </w:r>
      <w:r>
        <w:t>rab shrḥ li sadri, yusr li amri, waḥl al-uqdat min lisani, yafqahu qawli.</w:t>
      </w:r>
    </w:p>
    <w:p>
      <w:pPr>
        <w:jc w:val="right"/>
      </w:pPr>
      <w:r>
        <w:t>رب اشرح لی صدری، ویسر لی امری، واحل العقدۃ من لسانی، یفقہ قولی۔</w:t>
      </w:r>
    </w:p>
    <w:p>
      <w:r>
        <w:rPr>
          <w:b/>
        </w:rPr>
        <w:t xml:space="preserve">[00:28] </w:t>
      </w:r>
      <w:r>
        <w:t>aj ke liye jo thim mere zehn mein ai hai wo hai "the importance of wisdom".</w:t>
      </w:r>
    </w:p>
    <w:p>
      <w:pPr>
        <w:jc w:val="right"/>
      </w:pPr>
      <w:r>
        <w:t>آج کے لیے جو تھیم میرے ذہن میں آئی ہے وہ ہے "دا امپورٹنس آف وزڈم"۔</w:t>
      </w:r>
    </w:p>
    <w:p>
      <w:r>
        <w:rPr>
          <w:b/>
        </w:rPr>
        <w:t xml:space="preserve">[00:41] </w:t>
      </w:r>
      <w:r>
        <w:t>wisdom ki ahmiyat,</w:t>
      </w:r>
    </w:p>
    <w:p>
      <w:pPr>
        <w:jc w:val="right"/>
      </w:pPr>
      <w:r>
        <w:t>وزڈم کی اہمیت،</w:t>
      </w:r>
    </w:p>
    <w:p>
      <w:r>
        <w:rPr>
          <w:b/>
        </w:rPr>
        <w:t xml:space="preserve">[00:46] </w:t>
      </w:r>
      <w:r>
        <w:t>samajhdari ki ahmiyat, ya waqt ki aql ki ahmiyat. ye bat mujhe, ye thim is tarah mere zehn mein ai ke aj hi ke paper mein ap ne parha hoga ek khabar.</w:t>
      </w:r>
    </w:p>
    <w:p>
      <w:pPr>
        <w:jc w:val="right"/>
      </w:pPr>
      <w:r>
        <w:t>سمجھداری کی اہمیت، یا وقت کی عقل کی اہمیت۔ یہ بات مجھے، یہ تھیم اس طرح میرے ذہن میں آئی کہ آج ہی کے پیپر میں آپ نے پڑھا ہوگا ایک خبر۔</w:t>
      </w:r>
    </w:p>
    <w:p>
      <w:r>
        <w:rPr>
          <w:b/>
        </w:rPr>
        <w:t xml:space="preserve">[00:59] </w:t>
      </w:r>
      <w:r>
        <w:t>sare paperon mein, urdu, hindi, English, tin paper maine dekhe, to tinon mein maine dekha ke front page par hai ek news, jo ap log parh chuke honge,</w:t>
      </w:r>
    </w:p>
    <w:p>
      <w:pPr>
        <w:jc w:val="right"/>
      </w:pPr>
      <w:r>
        <w:t>سارے پیپروں میں، اردو، ہندی، انگلش، تین پیپر میں نے دیکھے، تو تینوں میں میں نے دیکھا کہ فرنٹ پیج پر ہے ایک نیوز، جو آپ لوگ پڑھ چکے ہوں گے،</w:t>
      </w:r>
    </w:p>
    <w:p>
      <w:r>
        <w:rPr>
          <w:b/>
        </w:rPr>
        <w:t xml:space="preserve">[01:15] </w:t>
      </w:r>
      <w:r>
        <w:t>wo hai gujrat ke bare mein. yani gujrat mein pehli bar ek muslim ko daretar janral af polis banaya gaya hai.</w:t>
      </w:r>
    </w:p>
    <w:p>
      <w:pPr>
        <w:jc w:val="right"/>
      </w:pPr>
      <w:r>
        <w:t>وہ ہے گجرات کے بارے میں۔ یعنی گجرات میں پہلی بار ایک مسلم کو ڈائریکٹر جنرل آف پولیس بنایا گیا ہے۔</w:t>
      </w:r>
    </w:p>
    <w:p>
      <w:r>
        <w:rPr>
          <w:b/>
        </w:rPr>
        <w:t xml:space="preserve">[01:30] </w:t>
      </w:r>
      <w:r>
        <w:t>ap jante hain ke daretar janral af polis jo hai bahut bara ahda hota hai intazamiya mein. to es ech sheikh,</w:t>
      </w:r>
    </w:p>
    <w:p>
      <w:pPr>
        <w:jc w:val="right"/>
      </w:pPr>
      <w:r>
        <w:t>آپ جانتے ہیں کہ ڈائریکٹر جنرل آف پولیس جو ہے بہت بڑا عہدہ ہوتا ہے انتظامیہ میں۔ تو ایس ایچ شیخ،</w:t>
      </w:r>
    </w:p>
    <w:p>
      <w:r>
        <w:rPr>
          <w:b/>
        </w:rPr>
        <w:t xml:space="preserve">[01:44] </w:t>
      </w:r>
      <w:r>
        <w:t>shabih husain sheikh, ko gujrat mein pehli bar</w:t>
      </w:r>
    </w:p>
    <w:p>
      <w:pPr>
        <w:jc w:val="right"/>
      </w:pPr>
      <w:r>
        <w:t>شبیہ حسین شیخ، کو گجرات میں پہلی بار</w:t>
      </w:r>
    </w:p>
    <w:p>
      <w:r>
        <w:rPr>
          <w:b/>
        </w:rPr>
        <w:t xml:space="preserve">[01:52] </w:t>
      </w:r>
      <w:r>
        <w:t>daretar janral af polis banaya gaya hai. to ye sabia akhbaron mein hai. zahir hai ke ek bahut hi importnt nyuz hai ke azadi ke bad pehli bar kisi ko itne bare ahde par faiz kiya jae.</w:t>
      </w:r>
    </w:p>
    <w:p>
      <w:pPr>
        <w:jc w:val="right"/>
      </w:pPr>
      <w:r>
        <w:t>ڈائریکٹر جنرل آف پولیس بنایا گیا ہے۔ تو یہ سبیہ اخباروں میں ہے۔ ظاہر ہے کہ ایک بہت ہی امپورٹنٹ نیوز ہے کہ آزادی کے بعد پہلی بار کسی کو اتنے بڑے عہدے پر فائز کیا جائے۔</w:t>
      </w:r>
    </w:p>
    <w:p>
      <w:r>
        <w:rPr>
          <w:b/>
        </w:rPr>
        <w:t xml:space="preserve">[02:07] </w:t>
      </w:r>
      <w:r>
        <w:t>lekin sabia akhbaron ne is ko nigtiv sens mein liya hai. sab akhbaron ne, urdu ne bhi, inglish ne bhi, hindi ne bhi. khabar ke sath unhon ne ye joda hai ke ye hai "image bilding taktis".</w:t>
      </w:r>
    </w:p>
    <w:p>
      <w:pPr>
        <w:jc w:val="right"/>
      </w:pPr>
      <w:r>
        <w:t>لیکن سبیہ اخباروں نے اس کو نیگیٹیو سینس میں لیا ہے۔ سب اخباروں نے، اردو نے بھی، انگلش نے بھی، ہندی نے بھی۔ خبر کے ساتھ انہوں نے یہ جوڑا ہے کہ یہ ہے "امیج بلڈنگ ٹیکٹکس"۔</w:t>
      </w:r>
    </w:p>
    <w:p>
      <w:r>
        <w:rPr>
          <w:b/>
        </w:rPr>
        <w:t xml:space="preserve">[02:29] </w:t>
      </w:r>
      <w:r>
        <w:t>yani gujrat mein jo rait hue the 2002 mein, to us ke bad modi gavarnmant ki image kharab ho gai thi.</w:t>
      </w:r>
    </w:p>
    <w:p>
      <w:pPr>
        <w:jc w:val="right"/>
      </w:pPr>
      <w:r>
        <w:t>یعنی گجرات میں جو رائٹ ہوئے تھے 2002 میں، تو اس کے بعد مودی گورنمنٹ کی امیج خراب ہو گئی تھی۔</w:t>
      </w:r>
    </w:p>
    <w:p>
      <w:r>
        <w:rPr>
          <w:b/>
        </w:rPr>
        <w:t xml:space="preserve">[02:40] </w:t>
      </w:r>
      <w:r>
        <w:t>ab enti maianoriti gavarnmant ki image bani thi in ki. to is image ko dur karne ke liye aisa kiya gaya hai.</w:t>
      </w:r>
    </w:p>
    <w:p>
      <w:pPr>
        <w:jc w:val="right"/>
      </w:pPr>
      <w:r>
        <w:t>اب اینٹی مائنورٹی گورنمنٹ کی امیج بنی تھی ان کی۔ تو اس امیج کو دور کرنے کے لیے ایسا کیا گیا ہے۔</w:t>
      </w:r>
    </w:p>
    <w:p>
      <w:r>
        <w:rPr>
          <w:b/>
        </w:rPr>
        <w:t xml:space="preserve">[02:50] </w:t>
      </w:r>
      <w:r>
        <w:t>elakshan hone wala hai lok sabha ka, yani parlimant ka. to parlimant ke elakshan se pehle apni tasvir ko acha banane ke liye, jis ko kahte hain image bilding,</w:t>
      </w:r>
    </w:p>
    <w:p>
      <w:pPr>
        <w:jc w:val="right"/>
      </w:pPr>
      <w:r>
        <w:t>الیکشن ہونے والا ہے لوک سبھا کا، یعنی پارلیمنٹ کا۔ تو پارلیمنٹ کے الیکشن سے پہلے اپنی تصویر کو اچھا بنانے کے لیے، جس کو کہتے ہیں امیج بلڈنگ،</w:t>
      </w:r>
    </w:p>
    <w:p>
      <w:r>
        <w:rPr>
          <w:b/>
        </w:rPr>
        <w:t xml:space="preserve">[03:05] </w:t>
      </w:r>
      <w:r>
        <w:t>to is ko image bilding taktis ke taur par liya gaya hai.</w:t>
      </w:r>
    </w:p>
    <w:p>
      <w:pPr>
        <w:jc w:val="right"/>
      </w:pPr>
      <w:r>
        <w:t>تو اس کو امیج بلڈنگ ٹیکٹکس کے طور پر لیا گیا ہے۔</w:t>
      </w:r>
    </w:p>
    <w:p>
      <w:r>
        <w:rPr>
          <w:b/>
        </w:rPr>
        <w:t xml:space="preserve">[03:12] </w:t>
      </w:r>
      <w:r>
        <w:t>ye ajib bat hai ke sari histri mein yahi nadani log karte rahe hain. puri puri histri mein.</w:t>
      </w:r>
    </w:p>
    <w:p>
      <w:pPr>
        <w:jc w:val="right"/>
      </w:pPr>
      <w:r>
        <w:t>یہ عجیب بات ہے کہ ساری ہسٹری میں یہی نادانی لوگ کرتے رہے ہیں۔ پوری پوری ہسٹری میں۔</w:t>
      </w:r>
    </w:p>
    <w:p>
      <w:r>
        <w:rPr>
          <w:b/>
        </w:rPr>
        <w:t xml:space="preserve">[03:21] </w:t>
      </w:r>
      <w:r>
        <w:t>yani is bat ko log samajh nahi pae ke dunya mein hamesha koi situeshan jab paida hoti hai to parshali wo ap ke favor mein hoti hai.</w:t>
      </w:r>
    </w:p>
    <w:p>
      <w:pPr>
        <w:jc w:val="right"/>
      </w:pPr>
      <w:r>
        <w:t>یعنی اس بات کو لوگ سمجھ نہیں پائے کہ دنیا میں ہمیشہ کوئی سچویشن جب پیدا ہوتی ہے تو پارشلی وہ آپ کے فیور میں ہوتی ہے۔</w:t>
      </w:r>
    </w:p>
    <w:p>
      <w:r>
        <w:rPr>
          <w:b/>
        </w:rPr>
        <w:t xml:space="preserve">[03:36] </w:t>
      </w:r>
      <w:r>
        <w:t>aur sare log is ko 100 fisad apne favor mein dekhna chahte hain. to is nigtiv aspaikt ko le kar ke nigtiv ban jate hain.</w:t>
      </w:r>
    </w:p>
    <w:p>
      <w:pPr>
        <w:jc w:val="right"/>
      </w:pPr>
      <w:r>
        <w:t>اور سارے لوگ اس کو 100 فیصد اپنے فیور میں دیکھنا چاہتے ہیں۔ تو اس نیگیٹیو ایسپیکٹ کو لے کر کے نیگیٹیو بن جاتے ہیں۔</w:t>
      </w:r>
    </w:p>
    <w:p>
      <w:r>
        <w:rPr>
          <w:b/>
        </w:rPr>
        <w:t xml:space="preserve">[03:46] </w:t>
      </w:r>
      <w:r>
        <w:t>ajeeb baat hai ke poori history mein log yahi karte rahe hain. rasool Allah sal Allah alaihi wasallam ka ek exception hai is maamle mein.</w:t>
      </w:r>
    </w:p>
    <w:p>
      <w:pPr>
        <w:jc w:val="right"/>
      </w:pPr>
      <w:r>
        <w:t>عجیب بات ہے کہ پوری ہسٹری میں لوگ یہی کرتے رہے ہیں۔ رسول اللہ صلی اللہ علیہ وسلم کا ایک ایکسیپشن ہے اس معاملے میں۔</w:t>
      </w:r>
    </w:p>
    <w:p>
      <w:r>
        <w:rPr>
          <w:b/>
        </w:rPr>
        <w:t xml:space="preserve">[03:57] </w:t>
      </w:r>
      <w:r>
        <w:t>rasool Allah sal Allah alaihi wasallam ne is baat ko jaana ke kabhi bhi aisa nahi ho sakta hai ke situation 100 fisad aap ke favor mein ho.</w:t>
      </w:r>
    </w:p>
    <w:p>
      <w:pPr>
        <w:jc w:val="right"/>
      </w:pPr>
      <w:r>
        <w:t>رسول اللہ صلی اللہ علیہ وسلم نے اس بات کو جانا کہ کبھی بھی ایسا نہیں ہو سکتا ہے کہ سچویشن 100 فیصد آپ کے فیور میں ہو۔</w:t>
      </w:r>
    </w:p>
    <w:p>
      <w:r>
        <w:rPr>
          <w:b/>
        </w:rPr>
        <w:t xml:space="preserve">[04:07] </w:t>
      </w:r>
      <w:r>
        <w:t>partially aap ke favor mein hogi. to you have to prove the master of situation management.</w:t>
      </w:r>
    </w:p>
    <w:p>
      <w:pPr>
        <w:jc w:val="right"/>
      </w:pPr>
      <w:r>
        <w:t>پارشلی آپ کے فیور میں ہوگی۔ تو یو ہیو ٹو پروف دا ماسٹر آف سچویشن مینجمنٹ۔</w:t>
      </w:r>
    </w:p>
    <w:p>
      <w:r>
        <w:rPr>
          <w:b/>
        </w:rPr>
        <w:t xml:space="preserve">[04:17] </w:t>
      </w:r>
      <w:r>
        <w:t>aap ko jo karna hai woh hai ke is situation ko samjhein, is ko avail karen.</w:t>
      </w:r>
    </w:p>
    <w:p>
      <w:pPr>
        <w:jc w:val="right"/>
      </w:pPr>
      <w:r>
        <w:t>آپ کو جو کرنا ہے وہ ہے کہ اس سچویشن کو سمجھیں، اس کو اویل کریں۔</w:t>
      </w:r>
    </w:p>
    <w:p>
      <w:r>
        <w:rPr>
          <w:b/>
        </w:rPr>
        <w:t xml:space="preserve">[04:24] </w:t>
      </w:r>
      <w:r>
        <w:t>is ko aap ne ek bahut zabardast hadith hai surah Bukhari mein, is mein bataya aap ne. in Allah la yado al-deen bil-rajul al-fajir.</w:t>
      </w:r>
    </w:p>
    <w:p>
      <w:pPr>
        <w:jc w:val="right"/>
      </w:pPr>
      <w:r>
        <w:t>اس کو آپ نے ایک بہت زبردست حدیث ہے سورہ بخاری میں، اس میں بتایا آپ نے۔ ان اللہ لیدو الدین بالرجل الفاجر۔</w:t>
      </w:r>
    </w:p>
    <w:p>
      <w:r>
        <w:rPr>
          <w:b/>
        </w:rPr>
        <w:t xml:space="preserve">[04:38] </w:t>
      </w:r>
      <w:r>
        <w:t>yeh itni bari baat hai ke poori history mein koi nahi keh saka is baat ko.</w:t>
      </w:r>
    </w:p>
    <w:p>
      <w:pPr>
        <w:jc w:val="right"/>
      </w:pPr>
      <w:r>
        <w:t>یہ اتنی بڑی بات ہے کہ پوری ہسٹری میں کوئی نہیں کہہ سکا اس بات کو۔</w:t>
      </w:r>
    </w:p>
    <w:p>
      <w:r>
        <w:rPr>
          <w:b/>
        </w:rPr>
        <w:t xml:space="preserve">[04:44] </w:t>
      </w:r>
      <w:r>
        <w:t>yeh sahih al-Bukhari jo kitaab hai, bahut mashhoor, is mein yeh hadith hai ke Allah is deen ki madad karta hai fajar aadmi ke zariye bhi.</w:t>
      </w:r>
    </w:p>
    <w:p>
      <w:pPr>
        <w:jc w:val="right"/>
      </w:pPr>
      <w:r>
        <w:t>یہ صحیح البخاری جو کتاب ہے، بہت مشہور، اس میں یہ حدیث ہے کہ اللہ اس دین کی مدد کرتا ہے فاجر آدمی کے ذریعے بھی۔</w:t>
      </w:r>
    </w:p>
    <w:p>
      <w:r>
        <w:rPr>
          <w:b/>
        </w:rPr>
        <w:t xml:space="preserve">[04:59] </w:t>
      </w:r>
      <w:r>
        <w:t>dekhiye, is hadith ko ya kisi bhi hadith ko agar aap sirf literal taur par lein to aap kuch samjhenge nahi. yaani aap kitni arabi janne wale hon, lekin aap ko sirf is ka translation maloom ho to aap kuch nahi samjhenge is ko.</w:t>
      </w:r>
    </w:p>
    <w:p>
      <w:pPr>
        <w:jc w:val="right"/>
      </w:pPr>
      <w:r>
        <w:t>دیکھیے، اس حدیث کو یا کسی بھی حدیث کو اگر آپ صرف لٹرل طور پر لیں تو آپ کچھ سمجھیں گے نہیں۔ یعنی آپ کتنی عربی جاننے والے ہوں، لیکن آپ کو صرف اس کا ٹرانسلیشن معلوم ہو تو آپ کچھ نہیں سمجھیں گے اس کو۔</w:t>
      </w:r>
    </w:p>
    <w:p>
      <w:r>
        <w:rPr>
          <w:b/>
        </w:rPr>
        <w:t xml:space="preserve">[05:17] </w:t>
      </w:r>
      <w:r>
        <w:t>aur chunancha sharheen ne samjha bhi nahi is hadith ko. aap kisi bhi sharah ko dekh lijiye, is hadith ke andar jo gehri meaning hai, is ko koi samajh nahi paya.</w:t>
      </w:r>
    </w:p>
    <w:p>
      <w:pPr>
        <w:jc w:val="right"/>
      </w:pPr>
      <w:r>
        <w:t>اور چنانچہ شارحین نے سمجھا بھی نہیں اس حدیث کو۔ آپ کسی بھی شرح کو دیکھ لیجیے، اس حدیث کے اندر جو گہری میننگ ہے، اس کو کوئی سمجھ نہیں پایا۔</w:t>
      </w:r>
    </w:p>
    <w:p>
      <w:r>
        <w:rPr>
          <w:b/>
        </w:rPr>
        <w:t xml:space="preserve">[05:30] </w:t>
      </w:r>
      <w:r>
        <w:t>is hadith ke andar jo gehri meaning hai, wahi meaning hai ke ek fajar aadmi ek situation create karta hai. is ka maqsad hota hai apna koi interest.</w:t>
      </w:r>
    </w:p>
    <w:p>
      <w:pPr>
        <w:jc w:val="right"/>
      </w:pPr>
      <w:r>
        <w:t>اس حدیث کے اندر جو گہری میننگ ہے، وہی میننگ ہے کہ ایک فاجر آدمی ایک سچویشن کریٹ کرتا ہے۔ اس کا مقصد ہوتا ہے اپنا کوئی انٹرسٹ۔</w:t>
      </w:r>
    </w:p>
    <w:p>
      <w:r>
        <w:rPr>
          <w:b/>
        </w:rPr>
        <w:t xml:space="preserve">[05:41] </w:t>
      </w:r>
      <w:r>
        <w:t>hum is ko avail kar lete hain. himmat na ho is ka.</w:t>
      </w:r>
    </w:p>
    <w:p>
      <w:pPr>
        <w:jc w:val="right"/>
      </w:pPr>
      <w:r>
        <w:t>ہم اس کو اویل کر لیتے ہیں۔ ہمت نہ ہو اس کا۔</w:t>
      </w:r>
    </w:p>
    <w:p>
      <w:r>
        <w:rPr>
          <w:b/>
        </w:rPr>
        <w:t xml:space="preserve">[05:48] </w:t>
      </w:r>
      <w:r>
        <w:t>in Allah la yado al-deen bil-rajul al-fajir. is mein rule bataya gaya hai ek ek sache momin ka.</w:t>
      </w:r>
    </w:p>
    <w:p>
      <w:pPr>
        <w:jc w:val="right"/>
      </w:pPr>
      <w:r>
        <w:t>ان اللہ لیدو الدین بالرجل الفاجر۔ اس میں رول بتایا گیا ہے ایک ایک سچے مومن کا۔</w:t>
      </w:r>
    </w:p>
    <w:p>
      <w:r>
        <w:rPr>
          <w:b/>
        </w:rPr>
        <w:t xml:space="preserve">[05:58] </w:t>
      </w:r>
      <w:r>
        <w:t>ek sache momin ka role bataya gaya hai. kisi bhi sharah mein aap dekhiye, kuch bhi is ke andar nahi payenge aap. kyunke log alfaaz ko jante hain.</w:t>
      </w:r>
    </w:p>
    <w:p>
      <w:pPr>
        <w:jc w:val="right"/>
      </w:pPr>
      <w:r>
        <w:t>ایک سچے مومن کا رول بتایا گیا ہے۔ کسی بھی شرح میں آپ دیکھیے، کچھ بھی اس کے اندر نہیں پائیں گے آپ۔ کیونکہ لوگ الفاظ کو جانتے ہیں۔</w:t>
      </w:r>
    </w:p>
    <w:p>
      <w:r>
        <w:rPr>
          <w:b/>
        </w:rPr>
        <w:t xml:space="preserve">[06:08] </w:t>
      </w:r>
      <w:r>
        <w:t>cheezon ko face value par lete hain bas. is hadith mein yahi baat batai gayi hai ke is duniya mein ek fajar aadmi bhi aisa karta hai ke woh ek situation create karta hai.</w:t>
      </w:r>
    </w:p>
    <w:p>
      <w:pPr>
        <w:jc w:val="right"/>
      </w:pPr>
      <w:r>
        <w:t>چیزوں کو فیس ویلیو پر لیتے ہیں بس۔ اس حدیث میں یہی بات بتائی گئی ہے کہ اس دنیا میں ایک فاجر آدمی بھی ایسا کرتا ہے کہ وہ ایک سچویشن کریٹ کرتا ہے۔</w:t>
      </w:r>
    </w:p>
    <w:p>
      <w:r>
        <w:rPr>
          <w:b/>
        </w:rPr>
        <w:t xml:space="preserve">[06:24] </w:t>
      </w:r>
      <w:r>
        <w:t>aur is ko avail kar ke momin faida utha leta hai.</w:t>
      </w:r>
    </w:p>
    <w:p>
      <w:pPr>
        <w:jc w:val="right"/>
      </w:pPr>
      <w:r>
        <w:t>اور اس کو اویل کر کے مومن فائدہ اٹھا لیتا ہے۔</w:t>
      </w:r>
    </w:p>
    <w:p>
      <w:r>
        <w:rPr>
          <w:b/>
        </w:rPr>
        <w:t xml:space="preserve">[06:31] </w:t>
      </w:r>
      <w:r>
        <w:t>yeh itni bari baat hai, itni bari baat hai ke ke koi is ko Aristotle aur Plato bhi nahi jaan sake jo rasool Allah ne bataya.</w:t>
      </w:r>
    </w:p>
    <w:p>
      <w:pPr>
        <w:jc w:val="right"/>
      </w:pPr>
      <w:r>
        <w:t>یہ اتنی بڑی بات ہے، اتنی بڑی بات ہے کہ کہ کوئی اس کو ارسٹارٹل اور پلیٹو بھی نہیں جان سکے جو رسول اللہ نے بتایا۔</w:t>
      </w:r>
    </w:p>
    <w:p>
      <w:r>
        <w:rPr>
          <w:b/>
        </w:rPr>
        <w:t xml:space="preserve">[06:41] </w:t>
      </w:r>
      <w:r>
        <w:t>to yeh jo hai,</w:t>
      </w:r>
    </w:p>
    <w:p>
      <w:pPr>
        <w:jc w:val="right"/>
      </w:pPr>
      <w:r>
        <w:t>تو یہ جو ہے،</w:t>
      </w:r>
    </w:p>
    <w:p>
      <w:r>
        <w:rPr>
          <w:b/>
        </w:rPr>
        <w:t xml:space="preserve">[06:45] </w:t>
      </w:r>
      <w:r>
        <w:t>yaani Modi koi angel nahi hai. Modi insaan hai. har insaan ke paas interest hota hai. koi bhi insaan aisa duniya mein nahi hai jis ka koi interest na ho.</w:t>
      </w:r>
    </w:p>
    <w:p>
      <w:pPr>
        <w:jc w:val="right"/>
      </w:pPr>
      <w:r>
        <w:t>یعنی مودی کوئی اینجل نہیں ہے۔ مودی انسان ہے۔ ہر انسان کے پاس انٹرسٹ ہوتا ہے۔ کوئی بھی انسان ایسا دنیا میں نہیں ہے جس کا کوئی انٹرسٹ نہ ہو۔</w:t>
      </w:r>
    </w:p>
    <w:p>
      <w:r>
        <w:rPr>
          <w:b/>
        </w:rPr>
        <w:t xml:space="preserve">[06:59] </w:t>
      </w:r>
      <w:r>
        <w:t>to aaj aadmi apne interest hi ke liye koi kaam karta hai. hamesha without any exception.</w:t>
      </w:r>
    </w:p>
    <w:p>
      <w:pPr>
        <w:jc w:val="right"/>
      </w:pPr>
      <w:r>
        <w:t>تو آج آدمی اپنے انٹرسٹ ہی کے لیے کوئی کام کرتا ہے۔ ہمیشہ ودا آؤٹ اینی ایکسیپشن۔</w:t>
      </w:r>
    </w:p>
    <w:p>
      <w:r>
        <w:rPr>
          <w:b/>
        </w:rPr>
        <w:t xml:space="preserve">[07:09] </w:t>
      </w:r>
      <w:r>
        <w:t>aap ka kaam hai ke is ko aap,</w:t>
      </w:r>
    </w:p>
    <w:p>
      <w:pPr>
        <w:jc w:val="right"/>
      </w:pPr>
      <w:r>
        <w:t>آپ کا کام ہے کہ اس کو آپ،</w:t>
      </w:r>
    </w:p>
    <w:p>
      <w:r>
        <w:rPr>
          <w:b/>
        </w:rPr>
        <w:t xml:space="preserve">[07:14] </w:t>
      </w:r>
      <w:r>
        <w:t>is ke action se jo situation create hui hai, is ko aap apne haq mein istemal kar lein. yaani master of situation ban jayen aap.</w:t>
      </w:r>
    </w:p>
    <w:p>
      <w:pPr>
        <w:jc w:val="right"/>
      </w:pPr>
      <w:r>
        <w:t>اس کے ایکشن سے جو سچویشن کریٹ ہوئی ہے، اس کو آپ اپنے حق میں استعمال کر لیں۔ یعنی ماسٹر آف سچویشن بن جائیں آپ۔</w:t>
      </w:r>
    </w:p>
    <w:p>
      <w:r>
        <w:rPr>
          <w:b/>
        </w:rPr>
        <w:t xml:space="preserve">[07:25] </w:t>
      </w:r>
      <w:r>
        <w:t>master of situation management. sab se bara jo test hai insaan ka, social life mein, political life mein, national life mein,</w:t>
      </w:r>
    </w:p>
    <w:p>
      <w:pPr>
        <w:jc w:val="right"/>
      </w:pPr>
      <w:r>
        <w:t>ماسٹر آف سچویشن مینجمنٹ۔ سب سے بڑا جو ٹیسٹ ہے انسان کا، سوشل لائف میں، پولیٹیکل لائف میں، نیشنل لائف میں،</w:t>
      </w:r>
    </w:p>
    <w:p>
      <w:r>
        <w:rPr>
          <w:b/>
        </w:rPr>
        <w:t xml:space="preserve">[07:39] </w:t>
      </w:r>
      <w:r>
        <w:t>ke aap master of situation management jante hain ke nahi jante. to yeh ek bahut bara waqea hua Gujarat mein ke ek Muslim ko itna bara intezami ohda diya gaya.</w:t>
      </w:r>
    </w:p>
    <w:p>
      <w:pPr>
        <w:jc w:val="right"/>
      </w:pPr>
      <w:r>
        <w:t>کہ آپ ماسٹر آف سچویشن مینجمنٹ جانتے ہیں کہ نہیں جانتے۔ تو یہ ایک بہت بڑا واقعہ ہوا گجرات میں کہ ایک مسلم کو اتنا بڑا انتظامی عہدہ دیا گیا۔</w:t>
      </w:r>
    </w:p>
    <w:p>
      <w:r>
        <w:rPr>
          <w:b/>
        </w:rPr>
        <w:t xml:space="preserve">[07:56] </w:t>
      </w:r>
      <w:r>
        <w:t>to aap full for aap reassess kijiye, revise kijiye, aur ek situation jo create hui hai, us se faida uthaiye. lekin log negative sense mein le rahe hain.</w:t>
      </w:r>
    </w:p>
    <w:p>
      <w:pPr>
        <w:jc w:val="right"/>
      </w:pPr>
      <w:r>
        <w:t>تو آپ فل فور آپ ری اسس کیجیے، ریوائز کیجیے، اور ایک سچویشن جو کریٹ ہوئی ہے، اس سے فائدہ اٹھائیے۔ لیکن لوگ نیگیٹیو سینس میں لے رہے ہیں۔</w:t>
      </w:r>
    </w:p>
    <w:p>
      <w:r>
        <w:rPr>
          <w:b/>
        </w:rPr>
        <w:t xml:space="preserve">[08:09] </w:t>
      </w:r>
      <w:r>
        <w:t>yaani sabhi log, yaani saare Muslim bhi negative sense mein le rahe hain. arey bhai, yeh to apne election ke faide ke liye kiya hai. apne faide hi ke liye karta hai yeh aadmi, yaad rakhiye.</w:t>
      </w:r>
    </w:p>
    <w:p>
      <w:pPr>
        <w:jc w:val="right"/>
      </w:pPr>
      <w:r>
        <w:t>یعنی سبھی لوگ، یعنی سارے مسلم بھی نیگیٹیو سینس میں لے رہے ہیں۔ ارے بھئی، یہ تو اپنے الیکشن کے فائدے کے لیے کیا ہے۔ اپنے فائدے ہی کے لیے کرتا ہے یہ آدمی، یاد رکھیے۔</w:t>
      </w:r>
    </w:p>
    <w:p>
      <w:r>
        <w:rPr>
          <w:b/>
        </w:rPr>
        <w:t xml:space="preserve">[08:23] </w:t>
      </w:r>
      <w:r>
        <w:t>lekin jab apne faide ke liye woh karta hai to aap ke liye ek situation create hoti hai. aap ke liye ek opportunity create hoti hai. is ko aap ko avail karna parta hai.</w:t>
      </w:r>
    </w:p>
    <w:p>
      <w:pPr>
        <w:jc w:val="right"/>
      </w:pPr>
      <w:r>
        <w:t>لیکن جب اپنے فائدے کے لیے وہ کرتا ہے تو آپ کے لیے ایک سچویشن کریٹ ہوتی ہے۔ آپ کے لیے ایک اپرچونیٹی کریٹ ہوتی ہے۔ اس کو آپ کو اویل کرنا پڑتا ہے۔</w:t>
      </w:r>
    </w:p>
    <w:p>
      <w:r>
        <w:rPr>
          <w:b/>
        </w:rPr>
        <w:t xml:space="preserve">[08:35] </w:t>
      </w:r>
      <w:r>
        <w:t>ab mein kuch historical example doon ga aap ko is baat ka. quran mein dekhiye, aap surah yusuf ko parhiye.</w:t>
      </w:r>
    </w:p>
    <w:p>
      <w:pPr>
        <w:jc w:val="right"/>
      </w:pPr>
      <w:r>
        <w:t>اب میں کچھ ہسٹوریکل ایگزیمپل دوں گا آپ کو اس بات کا۔ قرآن میں دیکھیے، آپ سورہ یوسف کو پڑھیے۔</w:t>
      </w:r>
    </w:p>
    <w:p>
      <w:r>
        <w:rPr>
          <w:b/>
        </w:rPr>
        <w:t xml:space="preserve">[08:48] </w:t>
      </w:r>
      <w:r>
        <w:t>quran mein ek hi aisi surah hai jis mein poori poori surah ek hi subject par chalti hai. yaani hazrat yusuf alaihissalam ka, jis ko kaha gaya hai asal al qasas.</w:t>
      </w:r>
    </w:p>
    <w:p>
      <w:pPr>
        <w:jc w:val="right"/>
      </w:pPr>
      <w:r>
        <w:t>قرآن میں ایک ہی ایسی سورہ ہے جس میں پوری پوری سورہ ایک ہی سبجیکٹ پر چلتی ہے۔ یعنی حضرت یوسف علیہ السلام کا، جس کو کہا گیا ہے اصل القصص۔</w:t>
      </w:r>
    </w:p>
    <w:p>
      <w:r>
        <w:rPr>
          <w:b/>
        </w:rPr>
        <w:t xml:space="preserve">[09:01] </w:t>
      </w:r>
      <w:r>
        <w:t>is mein bataya gaya hai ke yeh qissa aap bible mein bhi dekh sakte hain. hazrat yusuf ka qissa jo hai, jin ko joseph kaha jata hai, bible mein bhi hai, quran mein bhi hai.</w:t>
      </w:r>
    </w:p>
    <w:p>
      <w:pPr>
        <w:jc w:val="right"/>
      </w:pPr>
      <w:r>
        <w:t>اس میں بتایا گیا ہے کہ یہ قصہ آپ بائبل میں بھی دیکھ سکتے ہیں۔ حضرت یوسف کا قصہ جو ہے، جن کو جوزف کہا جاتا ہے، بائبل میں بھی ہے، قرآن میں بھی ہے۔</w:t>
      </w:r>
    </w:p>
    <w:p>
      <w:r>
        <w:rPr>
          <w:b/>
        </w:rPr>
        <w:t xml:space="preserve">[09:13] </w:t>
      </w:r>
      <w:r>
        <w:t>to egypt mein thay hazrat yusuf alaihissalam. paida hue thay woh canaan mein. phir woh pohanchay egypt mein, misr mein.</w:t>
      </w:r>
    </w:p>
    <w:p>
      <w:pPr>
        <w:jc w:val="right"/>
      </w:pPr>
      <w:r>
        <w:t>تو ایجپٹ میں تھے حضرت یوسف علیہ السلام۔ پیدا ہوئے تھے وہ کنا میں۔ پھر وہ پہنچے ایجپٹ میں، مصر میں۔</w:t>
      </w:r>
    </w:p>
    <w:p>
      <w:r>
        <w:rPr>
          <w:b/>
        </w:rPr>
        <w:t xml:space="preserve">[09:27] </w:t>
      </w:r>
      <w:r>
        <w:t>is waqt wahan ek dynasty thi, jis ko kaha tha hyksos kings. to is ka jo badshah tha, woh mushrik tha.</w:t>
      </w:r>
    </w:p>
    <w:p>
      <w:pPr>
        <w:jc w:val="right"/>
      </w:pPr>
      <w:r>
        <w:t>اس وقت وہاں ایک ڈائنسٹی تھی، جس کو کہا تھا ہکساس کنگز۔ تو اس کا جو بادشاہ تھا، وہ مشرک تھا۔</w:t>
      </w:r>
    </w:p>
    <w:p>
      <w:r>
        <w:rPr>
          <w:b/>
        </w:rPr>
        <w:t xml:space="preserve">[09:38] </w:t>
      </w:r>
      <w:r>
        <w:t>koi muslim badshah nahi tha.</w:t>
      </w:r>
    </w:p>
    <w:p>
      <w:pPr>
        <w:jc w:val="right"/>
      </w:pPr>
      <w:r>
        <w:t>کوئی مسلم بادشاہ نہیں تھا۔</w:t>
      </w:r>
    </w:p>
    <w:p>
      <w:r>
        <w:rPr>
          <w:b/>
        </w:rPr>
        <w:t xml:space="preserve">[09:43] </w:t>
      </w:r>
      <w:r>
        <w:t>to kya hua? wahan par qahat ki soorat paida hui.</w:t>
      </w:r>
    </w:p>
    <w:p>
      <w:pPr>
        <w:jc w:val="right"/>
      </w:pPr>
      <w:r>
        <w:t>تو کیا ہوا؟ وہاں پر قحط کی صورت پیدا ہوئی۔</w:t>
      </w:r>
    </w:p>
    <w:p>
      <w:r>
        <w:rPr>
          <w:b/>
        </w:rPr>
        <w:t xml:space="preserve">[09:50] </w:t>
      </w:r>
      <w:r>
        <w:t>to</w:t>
      </w:r>
    </w:p>
    <w:p>
      <w:pPr>
        <w:jc w:val="right"/>
      </w:pPr>
      <w:r>
        <w:t>تو</w:t>
      </w:r>
    </w:p>
    <w:p>
      <w:r>
        <w:rPr>
          <w:b/>
        </w:rPr>
        <w:t xml:space="preserve">[09:54] </w:t>
      </w:r>
      <w:r>
        <w:t>saat saal tak wahan qahat lagataar jaari raha. pani nahi barsa aur qahat para. to badshah ne,</w:t>
      </w:r>
    </w:p>
    <w:p>
      <w:pPr>
        <w:jc w:val="right"/>
      </w:pPr>
      <w:r>
        <w:t>سات سال تک وہاں قحط لگاتار جاری رہا۔ پانی نہیں برسا اور قحط پڑا۔ تو بادشاہ نے،</w:t>
      </w:r>
    </w:p>
    <w:p>
      <w:r>
        <w:rPr>
          <w:b/>
        </w:rPr>
        <w:t xml:space="preserve">[10:08] </w:t>
      </w:r>
      <w:r>
        <w:t>yeh kahani aap dekh sakte hain bible mein ya quran mein, is ke mein detail mein nahi ja raha hoon. badshah ne yeh mehsoos kiya ke yusuf jo hain, woh is ko manage kar sakte hain.</w:t>
      </w:r>
    </w:p>
    <w:p>
      <w:pPr>
        <w:jc w:val="right"/>
      </w:pPr>
      <w:r>
        <w:t>یہ کہانی آپ دیکھ سکتے ہیں بائبل میں یا قرآن میں، اس کے میں ڈیٹیل میں نہیں جا رہا ہوں۔ بادشاہ نے یہ محسوس کیا کہ یوسف جو ہیں، وہ اس کو مینج کر سکتے ہیں۔</w:t>
      </w:r>
    </w:p>
    <w:p>
      <w:r>
        <w:rPr>
          <w:b/>
        </w:rPr>
        <w:t xml:space="preserve">[10:20] </w:t>
      </w:r>
      <w:r>
        <w:t>yaani qahat ke problem ko. yaani drought ke problem ko. to unhon ne badshah ne un ko offer diya ke aap, yaani food management ka kaam aap le lijie.</w:t>
      </w:r>
    </w:p>
    <w:p>
      <w:pPr>
        <w:jc w:val="right"/>
      </w:pPr>
      <w:r>
        <w:t>یعنی قحط کے پرابلم کو۔ یعنی ڈراٹ کے پرابلم کو۔ تو انہوں نے بادشاہ نے ان کو آفر دیا کہ آپ، یعنی فوڈ مینجمنٹ کا کام آپ لے لیجیے۔</w:t>
      </w:r>
    </w:p>
    <w:p>
      <w:r>
        <w:rPr>
          <w:b/>
        </w:rPr>
        <w:t xml:space="preserve">[10:36] </w:t>
      </w:r>
      <w:r>
        <w:t>aur logon ko rahat pohanchaiye. to hazrat yusuf alaihissalam ne foran is ko le liya. yaani, yaani unhon ne sawal poocha hai ke pehle tum mushrik ko khatam karo, apna naam badlo, apna mazhab badlo.</w:t>
      </w:r>
    </w:p>
    <w:p>
      <w:pPr>
        <w:jc w:val="right"/>
      </w:pPr>
      <w:r>
        <w:t>اور لوگوں کو راحت پہنچائیے۔ تو حضرت یوسف علیہ السلام نے فوراً اس کو لے لیا۔ یعنی، یعنی انہوں نے سوال پوچھا ہے کہ پہلے تم مشرک کو ختم کرو، اپنا نام بدلو، اپنا مذہب بدلو۔</w:t>
      </w:r>
    </w:p>
    <w:p>
      <w:r>
        <w:rPr>
          <w:b/>
        </w:rPr>
        <w:t xml:space="preserve">[10:52] </w:t>
      </w:r>
      <w:r>
        <w:t>tab mein tumhare tehat. kyunke yeh is ke under mein kaam karna tha. mushrik badshah ke under mein. yeh sab sawal nahi uthaya unhon ne.</w:t>
      </w:r>
    </w:p>
    <w:p>
      <w:pPr>
        <w:jc w:val="right"/>
      </w:pPr>
      <w:r>
        <w:t>تب میں تمہارے تحت۔ کیونکہ یہ اس کے انڈر میں کام کرنا تھا۔ مشرک بادشاہ کے انڈر میں۔ یہ سب سوال نہیں اٹھایا انہوں نے۔</w:t>
      </w:r>
    </w:p>
    <w:p>
      <w:r>
        <w:rPr>
          <w:b/>
        </w:rPr>
        <w:t xml:space="preserve">[11:04] </w:t>
      </w:r>
      <w:r>
        <w:t>ke tum mushrik ho, badlo apna tauheed ka ikhtiyar karo, apna naam badlo. ailaan karo ke ab tak mein galat fehmi par tha.</w:t>
      </w:r>
    </w:p>
    <w:p>
      <w:pPr>
        <w:jc w:val="right"/>
      </w:pPr>
      <w:r>
        <w:t>کہ تم مشرک ہو، بدلو اپنا توحید کا اختیار کرو، اپنا نام بدلو۔ اعلان کرو کہ اب تک میں غلطی پر تھا۔</w:t>
      </w:r>
    </w:p>
    <w:p>
      <w:r>
        <w:rPr>
          <w:b/>
        </w:rPr>
        <w:t xml:space="preserve">[11:14] </w:t>
      </w:r>
      <w:r>
        <w:t>kuch nahi. unhon ne food management ke department ko le liya aur aur wahan par unhon ne bohat acha intezam kiya.</w:t>
      </w:r>
    </w:p>
    <w:p>
      <w:pPr>
        <w:jc w:val="right"/>
      </w:pPr>
      <w:r>
        <w:t>کچھ نہیں۔ انہوں نے فوڈ مینجمنٹ کے ڈیپارٹمنٹ کو لے لیا اور اور وہاں پر انہوں نے بہت اچھا انتظام کیا۔</w:t>
      </w:r>
    </w:p>
    <w:p>
      <w:r>
        <w:rPr>
          <w:b/>
        </w:rPr>
        <w:t xml:space="preserve">[11:25] </w:t>
      </w:r>
      <w:r>
        <w:t>logon ko faida pohancha misr mein bhi, misr ke bahir bhi. yeh kaise hua? ek situation create hui is mushrik badshah ke zariye.</w:t>
      </w:r>
    </w:p>
    <w:p>
      <w:pPr>
        <w:jc w:val="right"/>
      </w:pPr>
      <w:r>
        <w:t>لوگوں کو فائدہ پہنچا مصر میں بھی، مصر کے باہر بھی۔ یہ کیسے ہوا؟ ایک سچویشن کریٹ ہوئی اس مشرک بادشاہ کے ذریعے۔</w:t>
      </w:r>
    </w:p>
    <w:p>
      <w:r>
        <w:rPr>
          <w:b/>
        </w:rPr>
        <w:t xml:space="preserve">[11:36] </w:t>
      </w:r>
      <w:r>
        <w:t>woh is ke apne interest mein thi. woh chahta tha ke mere jo, mere jo subject hain, meri jo riaya hai, woh mujh se badnaam na ho.</w:t>
      </w:r>
    </w:p>
    <w:p>
      <w:pPr>
        <w:jc w:val="right"/>
      </w:pPr>
      <w:r>
        <w:t>وہ اس کے اپنے انٹرسٹ میں تھی۔ وہ چاہتا تھا کہ میرے جو، میرے جو سبجیکٹ ہیں، میری جو رعایہ ہے، وہ مجھ سے بدنام نہ ہو۔</w:t>
      </w:r>
    </w:p>
    <w:p>
      <w:r>
        <w:rPr>
          <w:b/>
        </w:rPr>
        <w:t xml:space="preserve">[11:46] </w:t>
      </w:r>
      <w:r>
        <w:t>yaani bashar-e-badshah ke logon ki nazar mein jo bhi achi image hai, woh bani rahe. woh bigre nahi. to is ne hazrat yusuf ko yeh offer diya tha apne faide ke liye.</w:t>
      </w:r>
    </w:p>
    <w:p>
      <w:pPr>
        <w:jc w:val="right"/>
      </w:pPr>
      <w:r>
        <w:t>یعنی بحیثیت بادشاہ کے لوگوں کی نظر میں جو بھی اچھی امیج ہے، وہ بنی رہے۔ وہ بگڑے نہیں۔ تو اس نے حضرت یوسف کو یہ آفر دیا تھا اپنے فائدے کے لیے۔</w:t>
      </w:r>
    </w:p>
    <w:p>
      <w:r>
        <w:rPr>
          <w:b/>
        </w:rPr>
        <w:t xml:space="preserve">[12:02] </w:t>
      </w:r>
      <w:r>
        <w:t>lekin is se ek situation create hui. hazrat yusuf alaihissalam ne foran is situation ko avail kiya. avail kiya aur is ko uhde ko qabool kiya.</w:t>
      </w:r>
    </w:p>
    <w:p>
      <w:pPr>
        <w:jc w:val="right"/>
      </w:pPr>
      <w:r>
        <w:t>لیکن اس سے ایک سچویشن کریٹ ہوئی۔ حضرت یوسف علیہ السلام نے فوراً اس سچویشن کو اویل کیا۔ اویل کیا اور اس کو عہدے کو قبول کیا۔</w:t>
      </w:r>
    </w:p>
    <w:p>
      <w:r>
        <w:rPr>
          <w:b/>
        </w:rPr>
        <w:t xml:space="preserve">[12:13] </w:t>
      </w:r>
      <w:r>
        <w:t>is ke baad bohat kuch kaam kiye unhon ne egypt mein. yaani hazrat yusuf alaihissalam ne goya jis ko mein keh raha hoon ke master of situation management.</w:t>
      </w:r>
    </w:p>
    <w:p>
      <w:pPr>
        <w:jc w:val="right"/>
      </w:pPr>
      <w:r>
        <w:t>اس کے بعد بہت کچھ کام کیے انہوں نے ایجپٹ میں۔ یعنی حضرت یوسف علیہ السلام نے گویا جس کو میں کہہ رہا ہوں کہ ماسٹر آف سچویشن مینجمنٹ۔</w:t>
      </w:r>
    </w:p>
    <w:p>
      <w:r>
        <w:rPr>
          <w:b/>
        </w:rPr>
        <w:t xml:space="preserve">[12:24] </w:t>
      </w:r>
      <w:r>
        <w:t>master of situation management ki ek bohat bari misaal qaim ki unhon ne.</w:t>
      </w:r>
    </w:p>
    <w:p>
      <w:pPr>
        <w:jc w:val="right"/>
      </w:pPr>
      <w:r>
        <w:t>ماسٹر آف سچویشن مینجمنٹ کی ایک بہت بڑی مثال قائم کی انہوں نے۔</w:t>
      </w:r>
    </w:p>
    <w:p>
      <w:r>
        <w:rPr>
          <w:b/>
        </w:rPr>
        <w:t xml:space="preserve">[12:35] </w:t>
      </w:r>
      <w:r>
        <w:t>is tarah ki misalein aur bohat sari hain. misaal ke taur par dekhiye. rasool Allah sallallahu alaihi wasallam ko madina walon ki taraf se offer mila ke aap makka mein aap ko log satate hain, pareshan karte hain.</w:t>
      </w:r>
    </w:p>
    <w:p>
      <w:pPr>
        <w:jc w:val="right"/>
      </w:pPr>
      <w:r>
        <w:t>اس طرح کی مثالیں اور بہت ساری ہیں۔ مثال کے طور پر دیکھیے۔ رسول اللہ صلی اللہ علیہ وسلم کو مدینہ والوں کی طرف سے آفر ملا کہ آپ مکہ میں آپ کو لوگ ستاتے ہیں، پریشان کرتے ہیں۔</w:t>
      </w:r>
    </w:p>
    <w:p>
      <w:r>
        <w:rPr>
          <w:b/>
        </w:rPr>
        <w:t xml:space="preserve">[12:49] </w:t>
      </w:r>
      <w:r>
        <w:t>aap madina aa jaiye. is ke peechay ek bohat bara background tha. khwah makhwah nahi hua tha yeh. dekhiye jo log mehaz aqeedat mandi ke tehat seerat ko parhte hain.</w:t>
      </w:r>
    </w:p>
    <w:p>
      <w:pPr>
        <w:jc w:val="right"/>
      </w:pPr>
      <w:r>
        <w:t>آپ مدینہ آ جائیے۔ اس کے پیچھے ایک بہت بڑا بیک گراؤنڈ تھا۔ خوامخواہ نہیں ہوا تھا یہ۔ دیکھیے جو لوگ محض عقیدت مندی کے تحت سیرت کو پڑھتے ہیں۔</w:t>
      </w:r>
    </w:p>
    <w:p>
      <w:r>
        <w:rPr>
          <w:b/>
        </w:rPr>
        <w:t xml:space="preserve">[13:03] </w:t>
      </w:r>
      <w:r>
        <w:t>ke bas afzal al anbiya ki seerat parh rahe hain. to aisi kitabein likhte hain jaise mein ne ek kitab parhi is mein rasool Allah ki paidaish ko likha tha aaftab aaftab risalat tulu hua.</w:t>
      </w:r>
    </w:p>
    <w:p>
      <w:pPr>
        <w:jc w:val="right"/>
      </w:pPr>
      <w:r>
        <w:t>کہ بس افضل الانبیاء کی سیرت پڑھ رہے ہیں۔ تو ایسی کتابیں لکھتے ہیں جیسے میں نے ایک کتاب پڑھی اس میں رسول اللہ کی پیدائش کو لکھا تھا آفتاب آفتاب رسالت طلوع ہوا۔</w:t>
      </w:r>
    </w:p>
    <w:p>
      <w:r>
        <w:rPr>
          <w:b/>
        </w:rPr>
        <w:t xml:space="preserve">[13:17] </w:t>
      </w:r>
      <w:r>
        <w:t>yeh nahi likha ke rasool Allah ki pedaish hui. Aftab-e-risalat taloo hua. Aap ki wafat hui to kya likha? Aftab-e-risalat gharoob ho gaya.</w:t>
      </w:r>
    </w:p>
    <w:p>
      <w:pPr>
        <w:jc w:val="right"/>
      </w:pPr>
      <w:r>
        <w:t>یہ نہیں لکھا کہ رسول اللہ کی پیدائش ہوئی۔ آفتاب رسالت طلوع ہوا۔ آپ کی وفات ہوئی تو کیا لکھا؟ آفتاب رسالت غروب ہو گیا۔</w:t>
      </w:r>
    </w:p>
    <w:p>
      <w:r>
        <w:rPr>
          <w:b/>
        </w:rPr>
        <w:t xml:space="preserve">[13:28] </w:t>
      </w:r>
      <w:r>
        <w:t>yeh bilkul hi yani ghair-elmi, ghair-scientific tareeqa hai. To log isi tarah ke jeete hain log. Yani fazaail ki zabaan mein bolte hain, aqeedatmandi ki zabaan bolte hain, karaamat aur moajzaat ki zabaan mein samajhna chahte hain.</w:t>
      </w:r>
    </w:p>
    <w:p>
      <w:pPr>
        <w:jc w:val="right"/>
      </w:pPr>
      <w:r>
        <w:t>یہ بالکل ہی یعنی غیر علمی، غیر سائنٹیفک طریقہ ہے۔ تو لوگ اسی طرح کے جیتے ہیں لوگ۔ یعنی فضائل کی زبان میں بولتے ہیں، عقیدت مندی کی زبان بولتے ہیں، کرامات اور معجزات کی زبان میں سمجھنا چاہتے ہیں۔</w:t>
      </w:r>
    </w:p>
    <w:p>
      <w:r>
        <w:rPr>
          <w:b/>
        </w:rPr>
        <w:t xml:space="preserve">[13:43] </w:t>
      </w:r>
      <w:r>
        <w:t>woh kuch nahi jaante. Scientific study of seerah jo hai yeh bilkul maadoom hai hamari tareekh mein aur aaj bhi. Rasool Allah ki seerah ka scientific mutaala log jaante hi nahi.</w:t>
      </w:r>
    </w:p>
    <w:p>
      <w:pPr>
        <w:jc w:val="right"/>
      </w:pPr>
      <w:r>
        <w:t>وہ کچھ نہیں جانتے۔ سائنٹیفک اسٹڈی آف سیرہ جو ہے یہ بالکل معدوم ہے ہماری تاریخ میں اور آج بھی۔ رسول اللہ کی سیرت کا سائنٹیفک مطالعہ لوگ جانتے ہی نہیں۔</w:t>
      </w:r>
    </w:p>
    <w:p>
      <w:r>
        <w:rPr>
          <w:b/>
        </w:rPr>
        <w:t xml:space="preserve">[14:00] </w:t>
      </w:r>
      <w:r>
        <w:t>bas fazaail mutaala aur karaamati mutaala, moajzaati mutaala jaante hain. Is wajah se jo gehri haqeeqatein hain un se bekhabar rehte hain. To arabon ki taraf jo offer mila tha aap ka us ke peeche bohat bari baat thi.</w:t>
      </w:r>
    </w:p>
    <w:p>
      <w:pPr>
        <w:jc w:val="right"/>
      </w:pPr>
      <w:r>
        <w:t>بس فضائل مطالعہ اور کراماتی مطالعہ، معجزاتی مطالعہ جانتے ہیں۔ اس وجہ سے جو گہری حقیقتیں ہیں ان سے بے خبر رہتے ہیں۔ تو عربوں کی طرف جو آفر ملا تھا آپ کا اس کے پیچھے بہت بڑی بات تھی۔</w:t>
      </w:r>
    </w:p>
    <w:p>
      <w:r>
        <w:rPr>
          <w:b/>
        </w:rPr>
        <w:t xml:space="preserve">[14:15] </w:t>
      </w:r>
      <w:r>
        <w:t>aaj is ka ishaara mila milta hai aap ko Hazrat Yusuf, Hazrat Aisha ke is mein. Hazrat Aisha ne is baat ko, Hazrat Aisha bohat hi zaheen, bohat hi intelligent, intelligent lady theen, bohat hi brilliant lady theen woh.</w:t>
      </w:r>
    </w:p>
    <w:p>
      <w:pPr>
        <w:jc w:val="right"/>
      </w:pPr>
      <w:r>
        <w:t>آج اس کا اشارہ ملا ملتا ہے آپ کو حضرت یوسف، حضرت عائشہ کے اس میں۔ حضرت عائشہ نے اس بات کو، حضرت عائشہ بہت ہی ذہین، بہت ہی انلیجنٹ، انٹیلیجنٹ لیڈی تھیں، بہت ہی بریلینٹ لیڈی تھیں وہ۔</w:t>
      </w:r>
    </w:p>
    <w:p>
      <w:r>
        <w:rPr>
          <w:b/>
        </w:rPr>
        <w:t xml:space="preserve">[14:29] </w:t>
      </w:r>
      <w:r>
        <w:t>unhon ne is baat ki taraf ishaara kiya hai ke kya maamla tha. To madine mein dekhiye do arab qabeelay thay. Aus aur Khazraj.</w:t>
      </w:r>
    </w:p>
    <w:p>
      <w:pPr>
        <w:jc w:val="right"/>
      </w:pPr>
      <w:r>
        <w:t>انہوں نے اس بات کی طرف اشارہ کیا ہے کہ کیا معاملہ تھا۔ تو مدینے میں دیکھیے دو عرب قبیلے تھے۔ اوس اور خزرج۔</w:t>
      </w:r>
    </w:p>
    <w:p>
      <w:r>
        <w:rPr>
          <w:b/>
        </w:rPr>
        <w:t xml:space="preserve">[14:40] </w:t>
      </w:r>
      <w:r>
        <w:t>isi ke saath wahan par kuch Yahoodi aabaad thay. Un ka qabeelay alag thay. To Aus aur Khazraj mein jo ladaai hui dono kamzor ho gaye.</w:t>
      </w:r>
    </w:p>
    <w:p>
      <w:pPr>
        <w:jc w:val="right"/>
      </w:pPr>
      <w:r>
        <w:t>اسی کے ساتھ وہاں پر کچھ یہودی آباد تھے۔ ان کا قبیلے الگ تھے۔ تو اوس اور خزرج میں جو لڑائی ہوئی دونوں کمزور ہو گئے۔</w:t>
      </w:r>
    </w:p>
    <w:p>
      <w:r>
        <w:rPr>
          <w:b/>
        </w:rPr>
        <w:t xml:space="preserve">[14:53] </w:t>
      </w:r>
      <w:r>
        <w:t>yani arabon ki taaqat kamzor ho gayi madine mein. Ab is ka ek wahan par ek leadership mein ek vacuum paida ho gaya. Ab Yahoodi chahte thay is vacuum ko pur karein.</w:t>
      </w:r>
    </w:p>
    <w:p>
      <w:pPr>
        <w:jc w:val="right"/>
      </w:pPr>
      <w:r>
        <w:t>یعنی عربوں کی طاقت کمزور ہو گئی مدینہ میں۔ اب اس کا ایک وہاں پر ایک لیڈرشپ میں ایک ویکیوم پیدا ہو گیا۔ اب یہودی چاہتے تھے اس ویکیوم کو پر کریں۔</w:t>
      </w:r>
    </w:p>
    <w:p>
      <w:r>
        <w:rPr>
          <w:b/>
        </w:rPr>
        <w:t xml:space="preserve">[15:06] </w:t>
      </w:r>
      <w:r>
        <w:t>to jo sa'adat wahan mili hui thi, jo dabdaba mila hua tha arabon ko, wahan ab dabdaba qaaim ho gaya Yahoodiyon ka. Unhon ne Rasool Allah sal-lal-lahu alaihi wasallam ko bulaya, ek arab leader ko.</w:t>
      </w:r>
    </w:p>
    <w:p>
      <w:pPr>
        <w:jc w:val="right"/>
      </w:pPr>
      <w:r>
        <w:t>تو جو سعادت وہاں ملی ہوئی تھی، جو دبدبہ ملا ہوا تھا عربوں کو، وہاں اب دبدبہ قائم ہو گیا یہودیوں کا۔ انہوں نے رسول اللہ صلی اللہ علیہ وسلم کو بلایا، ایک عرب لیڈر کو۔</w:t>
      </w:r>
    </w:p>
    <w:p>
      <w:r>
        <w:rPr>
          <w:b/>
        </w:rPr>
        <w:t xml:space="preserve">[15:19] </w:t>
      </w:r>
      <w:r>
        <w:t>aap ko unhon ne ek arab leader ke taur par invite kiya. Jab aap pahunche wahan par madina to Aus o Khazraj ne aap ka istaqbaal kiya tha yaka kar ke.</w:t>
      </w:r>
    </w:p>
    <w:p>
      <w:pPr>
        <w:jc w:val="right"/>
      </w:pPr>
      <w:r>
        <w:t>آپ کو انہوں نے ایک عرب لیڈر کے طور پر انوائٹ کیا۔ جب آپ پہنچے وہاں پر مدینہ تو اوس و خزرج نے آپ کا استقبال کیا تھا یکا کر کے۔</w:t>
      </w:r>
    </w:p>
    <w:p>
      <w:r>
        <w:rPr>
          <w:b/>
        </w:rPr>
        <w:t xml:space="preserve">[15:29] </w:t>
      </w:r>
      <w:r>
        <w:t>koi aap do aadmi thay, aap thay Hazrat Abu Bakr thay. Aamireen mutayyan ne yeh keh kar un ko welcome kiya tha.</w:t>
      </w:r>
    </w:p>
    <w:p>
      <w:pPr>
        <w:jc w:val="right"/>
      </w:pPr>
      <w:r>
        <w:t>کوئی آپ دو آدمی تھے، آپ تھے حضرت ابوبکر تھے۔ عامرین متعین نے یہ کہہ کر ان کو ویلکم کیا تھا۔</w:t>
      </w:r>
    </w:p>
    <w:p>
      <w:r>
        <w:rPr>
          <w:b/>
        </w:rPr>
        <w:t xml:space="preserve">[15:39] </w:t>
      </w:r>
      <w:r>
        <w:t>aate hi aap ko unhon ne apna sardar bana liya. Yani ek arab leader un ko chahiye tha counter karne ke liye yeh Jewish tribes ko.</w:t>
      </w:r>
    </w:p>
    <w:p>
      <w:pPr>
        <w:jc w:val="right"/>
      </w:pPr>
      <w:r>
        <w:t>آتے ہی آپ کو انہوں نے اپنا سردار بنا لیا۔ یعنی ایک عرب لیڈر ان کو چاہیے تھا کاؤنٹر کرنے کے لیے یہ جوئش ٹرائبس کو۔</w:t>
      </w:r>
    </w:p>
    <w:p>
      <w:r>
        <w:rPr>
          <w:b/>
        </w:rPr>
        <w:t xml:space="preserve">[15:52] </w:t>
      </w:r>
      <w:r>
        <w:t>to kya ke unhon ne apne interest ke liye aisa socha? To Rasool Allah sal-lal-lahu alaihi wasallam ne is par sawaal nahi kiya ke tum to apne interest ke liye soch rahe ho, mujhe aisi offer lena nahi hai.</w:t>
      </w:r>
    </w:p>
    <w:p>
      <w:pPr>
        <w:jc w:val="right"/>
      </w:pPr>
      <w:r>
        <w:t>تو کیا کہ انہوں نے اپنے انٹرسٹ کے لیے ایسا سوچا؟ تو رسول اللہ صلی اللہ علیہ وسلم نے اس پر سوال نہیں کیا کہ تم تو اپنے انٹرسٹ کے لیے سوچ رہے ہو، مجھے ایسی آفر لینا نہیں ہے۔</w:t>
      </w:r>
    </w:p>
    <w:p>
      <w:r>
        <w:rPr>
          <w:b/>
        </w:rPr>
        <w:t xml:space="preserve">[16:07] </w:t>
      </w:r>
      <w:r>
        <w:t>is ko aap ne samjha ke kisi ek situation create hui hai jis ko mujhe avail karna hai. Aur foran aap Makka chhod kar Madina chale gaye aur phir ek nayi history shuru hui Islam ki.</w:t>
      </w:r>
    </w:p>
    <w:p>
      <w:pPr>
        <w:jc w:val="right"/>
      </w:pPr>
      <w:r>
        <w:t>اس کو آپ نے سمجھا کہ کسی ایک سچویشن کریٹ ہوئی ہے جس کو مجھے اویل کرنا ہے۔ اور فوراً آپ مکہ چھوڑ کر مدینہ چلے گئے اور پھر ایک نئی ہسٹری شروع ہوئی اسلام کی۔</w:t>
      </w:r>
    </w:p>
    <w:p>
      <w:r>
        <w:rPr>
          <w:b/>
        </w:rPr>
        <w:t xml:space="preserve">[16:20] </w:t>
      </w:r>
      <w:r>
        <w:t>to situation jab bhi create hoti hai to jo fareeq-e-saani hai, jo other party hai, us mein is ka koi interest involve rehta hai.</w:t>
      </w:r>
    </w:p>
    <w:p>
      <w:pPr>
        <w:jc w:val="right"/>
      </w:pPr>
      <w:r>
        <w:t>تو سچویشن جب بھی کریٹ ہوتی ہے تو جو فریق ثانی ہے، جو ادر پارٹی ہے، اس میں اس کا کوئی انٹرسٹ انوالو رہتا ہے۔</w:t>
      </w:r>
    </w:p>
    <w:p>
      <w:r>
        <w:rPr>
          <w:b/>
        </w:rPr>
        <w:t xml:space="preserve">[16:30] </w:t>
      </w:r>
      <w:r>
        <w:t>yahi yahi nature of nature hai. Yahi hona hai, hona hai is duniya mein. Aap ka jo kamaal yeh hai ke aap is situation ko opportunity ke taur par lein, us ko avail karein.</w:t>
      </w:r>
    </w:p>
    <w:p>
      <w:pPr>
        <w:jc w:val="right"/>
      </w:pPr>
      <w:r>
        <w:t>یہی یہی نیچر آف نیچر ہے۔ یہی ہونا ہے، ہونا ہے اس دنیا میں۔ آپ کا جو کمال یہ ہے کہ آپ اس سچویشن کو اپرچونیٹی کے طور پر لیں، اس کو اویل کریں۔</w:t>
      </w:r>
    </w:p>
    <w:p>
      <w:r>
        <w:rPr>
          <w:b/>
        </w:rPr>
        <w:t xml:space="preserve">[16:49] </w:t>
      </w:r>
      <w:r>
        <w:t>ab dekhiye ke Tatariyon ke qisse ko log bohat padhte hain lekin wahan bhi log samajhte nahi ke baat kya thi. Tatari jo masraf dunya par ghaalib ho gaye thay ba-taur-e-foj ke,</w:t>
      </w:r>
    </w:p>
    <w:p>
      <w:pPr>
        <w:jc w:val="right"/>
      </w:pPr>
      <w:r>
        <w:t>اب دیکھیے کہ تاتاریوں کے قصے کو لوگ بہت پڑھتے ہیں لیکن وہاں بھی لوگ سمجھتے نہیں کہ بات کیا تھی۔ تاتاری جو مصرف دنیا پر غالب ہو گئے تھے بطور فوج کے،</w:t>
      </w:r>
    </w:p>
    <w:p>
      <w:r>
        <w:rPr>
          <w:b/>
        </w:rPr>
        <w:t xml:space="preserve">[17:03] </w:t>
      </w:r>
      <w:r>
        <w:t>yani military action ke taur par, to woh jaante thay ke sirf sirf military ke zariye aap kisi par hukoomat nahi kar sakte.</w:t>
      </w:r>
    </w:p>
    <w:p>
      <w:pPr>
        <w:jc w:val="right"/>
      </w:pPr>
      <w:r>
        <w:t>یعنی ملٹری ایکشن کے طور پر، تو وہ جانتے تھے کہ صرف صرف ملٹری کے ذریعے آپ کسی پر حکومت نہیں کر سکتے۔</w:t>
      </w:r>
    </w:p>
    <w:p>
      <w:r>
        <w:rPr>
          <w:b/>
        </w:rPr>
        <w:t xml:space="preserve">[17:13] </w:t>
      </w:r>
      <w:r>
        <w:t>military power ke zariye. Ab dekhein aap ne super power hai America. Aaj bhi woh Iraq aur Afghanistan par apna dabdaba nahi qaaim kar saka.</w:t>
      </w:r>
    </w:p>
    <w:p>
      <w:pPr>
        <w:jc w:val="right"/>
      </w:pPr>
      <w:r>
        <w:t>ملٹری پاور کے ذریعے۔ اب دیکھیں آپ نے سپر پاور ہے امریکہ۔ آج بھی وہ عراق اور افغانستان پر اپنا دبدبہ نہیں قائم کر سکا۔</w:t>
      </w:r>
    </w:p>
    <w:p>
      <w:r>
        <w:rPr>
          <w:b/>
        </w:rPr>
        <w:t xml:space="preserve">[17:22] </w:t>
      </w:r>
      <w:r>
        <w:t>halan-ke tareekh ka sab se bara military action kiya unhon ne. Itna bara military action kabhi kisi ne organize nahi kiya tha. Lekin abhi bhi aap jaante hain ke wahan par na Afghanistan mein dabdaba hai America ka, na Afghanistan, na Iraq mein dabdaba hai America ka.</w:t>
      </w:r>
    </w:p>
    <w:p>
      <w:pPr>
        <w:jc w:val="right"/>
      </w:pPr>
      <w:r>
        <w:t>حالانکہ تاریخ کا سب سے بڑا ملٹری ایکشن کیا انہوں نے۔ اتنا بڑا ملٹری ایکشن کبھی کسی نے ارگنائز نہیں کیا تھا۔ لیکن ابھی بھی آپ جانتے ہیں کہ وہاں پر نہ افغانستان میں دبدبہ ہے امریکہ کا، نہ افغانستان، نہ عراق میں دبدبہ ہے امریکہ کا۔</w:t>
      </w:r>
    </w:p>
    <w:p>
      <w:r>
        <w:rPr>
          <w:b/>
        </w:rPr>
        <w:t xml:space="preserve">[17:40] </w:t>
      </w:r>
      <w:r>
        <w:t>to military power jo hai us se aap dabdaba nahi qaaim kar sakte. To woh log bohat hi hoshiyaar thay. Unhon ne socha ke humein to ab yeh hukoomat chahiye, mazhab koi bhi ho.</w:t>
      </w:r>
    </w:p>
    <w:p>
      <w:pPr>
        <w:jc w:val="right"/>
      </w:pPr>
      <w:r>
        <w:t>تو ملٹری پاور جو ہے اس سے آپ دبدبہ نہیں قائم کر سکتے۔ تو وہ لوگ بہت ہی ہوشیار تھے۔ انہوں نے سوچا کہ ہمیں تو اب یہ حکومت چاہیے، مذہب کوئی بھی ہو۔</w:t>
      </w:r>
    </w:p>
    <w:p>
      <w:r>
        <w:rPr>
          <w:b/>
        </w:rPr>
        <w:t xml:space="preserve">[17:54] </w:t>
      </w:r>
      <w:r>
        <w:t>un ka apna koi khaas mazhab bhi nahi tha Tatariyon ka. Unhon ne Islam qubool kar liya. Aur sadiyon tak Musalmanon ke upar hukoomat karte rahe woh.</w:t>
      </w:r>
    </w:p>
    <w:p>
      <w:pPr>
        <w:jc w:val="right"/>
      </w:pPr>
      <w:r>
        <w:t>ان کا اپنا کوئی خاص مذہب بھی نہیں تھا تاتاریوں کا۔ انہوں نے اسلام قبول کر لیا۔ اور صدیوں تک مسلمانوں کے اوپر حکومت کرتے رہے وہ۔</w:t>
      </w:r>
    </w:p>
    <w:p>
      <w:r>
        <w:rPr>
          <w:b/>
        </w:rPr>
        <w:t xml:space="preserve">[18:05] </w:t>
      </w:r>
      <w:r>
        <w:t>sadiyon tak. Jin ko Mongol kaha jaata hai tareekh mein. Tatariyon ko aam taur par Mongol kaha jaata hai history mein.</w:t>
      </w:r>
    </w:p>
    <w:p>
      <w:pPr>
        <w:jc w:val="right"/>
      </w:pPr>
      <w:r>
        <w:t>صدیوں تک۔ جن کو منگول کہا جاتا ہے تاریخ میں۔ تاتاریوں کو عام طور پر منگول کہا جاتا ہے ہسٹری میں۔</w:t>
      </w:r>
    </w:p>
    <w:p>
      <w:r>
        <w:rPr>
          <w:b/>
        </w:rPr>
        <w:t xml:space="preserve">[18:15] </w:t>
      </w:r>
      <w:r>
        <w:t>to unhon ne Musalmanon ke mazhab ko ikhtiyaar kar liya. Aur phir un ka dabdaba qaaim ho gaya. Musalman un ko apna samajhne lagay. Abhi tak ghair samajh rahe thay.</w:t>
      </w:r>
    </w:p>
    <w:p>
      <w:pPr>
        <w:jc w:val="right"/>
      </w:pPr>
      <w:r>
        <w:t>تو انہوں نے مسلمانوں کے مذہب کو اختیار کر لیا۔ اور پھر ان کا دبدبہ قائم ہو گیا۔ مسلمان ان کو اپنا سمجھنے لگے۔ ابھی تک غیر سمجھ رہے تھے۔</w:t>
      </w:r>
    </w:p>
    <w:p>
      <w:r>
        <w:rPr>
          <w:b/>
        </w:rPr>
        <w:t xml:space="preserve">[18:26] </w:t>
      </w:r>
      <w:r>
        <w:t>abhi tak ghair samajh rahe thay. Ab apna samajhne lagay. Aur to bas dabdaba qaaim ho gaya. To Adam to doosra party jo hai apne hi interest ke liye ek kaam karega hamesha.</w:t>
      </w:r>
    </w:p>
    <w:p>
      <w:pPr>
        <w:jc w:val="right"/>
      </w:pPr>
      <w:r>
        <w:t>ابھی تک غیر سمجھ رہے تھے۔ اب اپنا سمجھنے لگے۔ اور تو بس دبدبہ قائم ہو گیا۔ تو آدم تو دوسرا پارٹی جو ہے اپنے ہی انٹرسٹ کے لیے ایک کام کرے گا ہمیشہ۔</w:t>
      </w:r>
    </w:p>
    <w:p>
      <w:r>
        <w:rPr>
          <w:b/>
        </w:rPr>
        <w:t xml:space="preserve">[18:42] </w:t>
      </w:r>
      <w:r>
        <w:t>aap ko is ko aweil karna hai. is ko lena hai as an opportunity. agarchay musalman is ko lay nahi sakay ziyada.</w:t>
      </w:r>
    </w:p>
    <w:p>
      <w:pPr>
        <w:jc w:val="right"/>
      </w:pPr>
      <w:r>
        <w:t>آپ کو اس کو اویل کرنا ہے۔ اس کو لینا ہے ایز این اپرچونیٹی۔ اگرچہ مسلمان اس کو لے نہیں سکے زیادہ۔</w:t>
      </w:r>
    </w:p>
    <w:p>
      <w:r>
        <w:rPr>
          <w:b/>
        </w:rPr>
        <w:t xml:space="preserve">[18:52] </w:t>
      </w:r>
      <w:r>
        <w:t>lekan aik aur misaal bhi deta hoon aap ko kis sense ki. roman emperor tha constantine first fourth century mein.</w:t>
      </w:r>
    </w:p>
    <w:p>
      <w:pPr>
        <w:jc w:val="right"/>
      </w:pPr>
      <w:r>
        <w:t>لیکن ایک اور مثال بھی دیتا ہوں آپ کو کس سینس کی۔ رومن ایمپرر تھا کانسٹنٹین فرسٹ فورتھ سینچری میں۔</w:t>
      </w:r>
    </w:p>
    <w:p>
      <w:r>
        <w:rPr>
          <w:b/>
        </w:rPr>
        <w:t xml:space="preserve">[19:06] </w:t>
      </w:r>
      <w:r>
        <w:t>fourth century AD mein. to woh christian tha. to us nay kya kiya kay isaiyat christian nahi tha, woh pehlay roman tha woh.</w:t>
      </w:r>
    </w:p>
    <w:p>
      <w:pPr>
        <w:jc w:val="right"/>
      </w:pPr>
      <w:r>
        <w:t>فورتھ سینچری اے ڈی میں۔ تو وہ کرسچن تھا۔ تو اس نے کیا کیا کہ عیسائیت کرسچن نہیں تھا، وہ پہلے رومن تھا وہ۔</w:t>
      </w:r>
    </w:p>
    <w:p>
      <w:r>
        <w:rPr>
          <w:b/>
        </w:rPr>
        <w:t xml:space="preserve">[19:19] </w:t>
      </w:r>
      <w:r>
        <w:t>isai mazhab ko yani maseehi mazhab ko us nay ikhtiyar kar liya. to achaanak jo hai kya hua? saray christian jo thay us kay us kay saathi ban gay.</w:t>
      </w:r>
    </w:p>
    <w:p>
      <w:pPr>
        <w:jc w:val="right"/>
      </w:pPr>
      <w:r>
        <w:t>عیسائی مذہب کو یعنی مسیحی مذہب کو اس نے اختیار کر لیا۔ تو اچانک جو ہے کیا ہوا؟ سارے کرسچن جو تھے اس کے اس کے ساتھی بن گئے۔</w:t>
      </w:r>
    </w:p>
    <w:p>
      <w:r>
        <w:rPr>
          <w:b/>
        </w:rPr>
        <w:t xml:space="preserve">[19:30] </w:t>
      </w:r>
      <w:r>
        <w:t>christian nay samjha kay yeh to apna king ho gaya. resistance khatam ho gaya. resistance khatam ho gaya. ab christian nay kya kiya kay bohat bara kaam kiya.</w:t>
      </w:r>
    </w:p>
    <w:p>
      <w:pPr>
        <w:jc w:val="right"/>
      </w:pPr>
      <w:r>
        <w:t>کرسچن نے سمجھا کہ یہ تو اپنا کنگ ہو گیا۔ ریزسٹنس ختم ہو گیا۔ ریزسٹنس ختم ہو گیا۔ اب کرسچن نے کیا کیا کہ بہت بڑا کام کیا۔</w:t>
      </w:r>
    </w:p>
    <w:p>
      <w:r>
        <w:rPr>
          <w:b/>
        </w:rPr>
        <w:t xml:space="preserve">[19:41] </w:t>
      </w:r>
      <w:r>
        <w:t>us ko aweil kiya unhonay. aaj jantay hain kay aap dunya mein sab say ziyada well organized community jo hai woh christians ki hai.</w:t>
      </w:r>
    </w:p>
    <w:p>
      <w:pPr>
        <w:jc w:val="right"/>
      </w:pPr>
      <w:r>
        <w:t>اس کو اویل کیا انہوں نے۔ آج جانتے ہیں کہ آپ دنیا میں سب سے زیادہ ویل ارگنائزڈ کمیونٹی جو ہے وہ کرسچنز کی ہے۔</w:t>
      </w:r>
    </w:p>
    <w:p>
      <w:r>
        <w:rPr>
          <w:b/>
        </w:rPr>
        <w:t xml:space="preserve">[19:52] </w:t>
      </w:r>
      <w:r>
        <w:t>health services ko, education ko aur missionary activities ko kitna zabardast organized kiye huay hain is ka woh. sari dunya mein.</w:t>
      </w:r>
    </w:p>
    <w:p>
      <w:pPr>
        <w:jc w:val="right"/>
      </w:pPr>
      <w:r>
        <w:t>ہیلتھ سروسز کو، ایجوکیشن کو اور مشنری ایکٹیویٹیز کو کتنا زبردست ارگنائزڈ کیے ہوئے ہیں اس کا وہ۔ ساری دنیا میں۔</w:t>
      </w:r>
    </w:p>
    <w:p>
      <w:r>
        <w:rPr>
          <w:b/>
        </w:rPr>
        <w:t xml:space="preserve">[20:03] </w:t>
      </w:r>
      <w:r>
        <w:t>jaisay hum log daawa work kartay hain to hamara daawa work itna well organized nahi hai yeh. history mein pehli baar christian nay yeh kiya kay missionary work ko organization mein tabdeel kar diya.</w:t>
      </w:r>
    </w:p>
    <w:p>
      <w:pPr>
        <w:jc w:val="right"/>
      </w:pPr>
      <w:r>
        <w:t>جیسے ہم لوگ دعویٰ ورک کرتے ہیں تو ہمارا دعویٰ ورک اتنا ویل ارگنائزڈ نہیں ہے یہ۔ ہسٹری میں پہلی بار کرسچن نے یہ کیا کہ مشنری ورک کو ارگنائزیشن میں تبدیل کر دیا۔</w:t>
      </w:r>
    </w:p>
    <w:p>
      <w:r>
        <w:rPr>
          <w:b/>
        </w:rPr>
        <w:t xml:space="preserve">[20:17] </w:t>
      </w:r>
      <w:r>
        <w:t>yani organized way mein daawa work kiya cheez hai us ko unhonay kar kay dikhaya. yeh isi zamanay mein isi kay baad hua. kyunkay jab constantine jo tha us nay christianity qabool kar li to aman qaim mil gaya un ko.</w:t>
      </w:r>
    </w:p>
    <w:p>
      <w:pPr>
        <w:jc w:val="right"/>
      </w:pPr>
      <w:r>
        <w:t>یعنی ارگنائزڈ وے میں دعویٰ ورک کیا چیز ہے اس کو انہوں نے کر کے دکھایا۔ یہ اسی زمانے میں اسی کے بعد ہوا۔ کیونکہ جب کانسٹنٹین جو تھا اس نے کرسچینٹی قبول کر لی تو امن قائم مل گیا ان کو۔</w:t>
      </w:r>
    </w:p>
    <w:p>
      <w:r>
        <w:rPr>
          <w:b/>
        </w:rPr>
        <w:t xml:space="preserve">[20:31] </w:t>
      </w:r>
      <w:r>
        <w:t>is say pehlay aap jantay hain kay christians ka bohat persecution hua karta tha. kabhi un ko peace nahi milta tha. to organize bhi nahi kar patay thay woh.</w:t>
      </w:r>
    </w:p>
    <w:p>
      <w:pPr>
        <w:jc w:val="right"/>
      </w:pPr>
      <w:r>
        <w:t>اس سے پہلے آپ جانتے ہیں کہ کرسچنز کا بہت پرسیکیوشن ہوا کرتا تھا۔ کبھی ان کو پیس نہیں ملتا تھا۔ تو ارگنائز بھی نہیں کر پاتے تھے وہ۔</w:t>
      </w:r>
    </w:p>
    <w:p>
      <w:r>
        <w:rPr>
          <w:b/>
        </w:rPr>
        <w:t xml:space="preserve">[20:42] </w:t>
      </w:r>
      <w:r>
        <w:t>ab jo peace mila unhonay yeh nahi socha kay yeh nahi sawal khara kiya kay yeh to apnay maqsad kay liye us nay christianity ko qabool kiya hai.</w:t>
      </w:r>
    </w:p>
    <w:p>
      <w:pPr>
        <w:jc w:val="right"/>
      </w:pPr>
      <w:r>
        <w:t>اب جو پیس ملا انہوں نے یہ نہیں سوچا کہ یہ نہیں سوال کھڑا کیا کہ یہ تو اپنے مقصد کے لیے اس نے کرسچینٹی کو قبول کیا ہے۔</w:t>
      </w:r>
    </w:p>
    <w:p>
      <w:r>
        <w:rPr>
          <w:b/>
        </w:rPr>
        <w:t xml:space="preserve">[20:51] </w:t>
      </w:r>
      <w:r>
        <w:t>us ka apna interest hai. kyunkay us ko woh chahta hai kay apni jo political empire hai us ko consolidate karay.</w:t>
      </w:r>
    </w:p>
    <w:p>
      <w:pPr>
        <w:jc w:val="right"/>
      </w:pPr>
      <w:r>
        <w:t>اس کا اپنا انٹرسٹ ہے۔ کیونکہ اس کو وہ چاہتا ہے کہ اپنی جو پولیٹیکل ایمپائر ہے اس کو کونسلیڈیٹ کرے۔</w:t>
      </w:r>
    </w:p>
    <w:p>
      <w:r>
        <w:rPr>
          <w:b/>
        </w:rPr>
        <w:t xml:space="preserve">[21:03] </w:t>
      </w:r>
      <w:r>
        <w:t>yeh sab kuch nahi socha unhonay. yani constantine first kay christian ban nay say aik situation create hui.</w:t>
      </w:r>
    </w:p>
    <w:p>
      <w:pPr>
        <w:jc w:val="right"/>
      </w:pPr>
      <w:r>
        <w:t>یہ سب کچھ نہیں سوچا انہوں نے۔ یعنی کانسٹنٹین فرسٹ کے کرسچن بننے سے ایک سچویشن کریٹ ہوئی۔</w:t>
      </w:r>
    </w:p>
    <w:p>
      <w:r>
        <w:rPr>
          <w:b/>
        </w:rPr>
        <w:t xml:space="preserve">[21:13] </w:t>
      </w:r>
      <w:r>
        <w:t>aur peace persecution khatam ho gaya. ab bharpoor tor par us ko istemal kiya unhonay apnay missionary activities ko organize karnay mein.</w:t>
      </w:r>
    </w:p>
    <w:p>
      <w:pPr>
        <w:jc w:val="right"/>
      </w:pPr>
      <w:r>
        <w:t>اور پیس پرسیکیوشن ختم ہو گیا۔ اب بھرپور طور پر اس کو استعمال کیا انہوں نے اپنے مشنری ایکٹیویٹیز کو ارگنائز کرنے میں۔</w:t>
      </w:r>
    </w:p>
    <w:p>
      <w:r>
        <w:rPr>
          <w:b/>
        </w:rPr>
        <w:t xml:space="preserve">[21:26] </w:t>
      </w:r>
      <w:r>
        <w:t>yeh hai situation ko aweil karna. to true sense mein woh master of situation banay.</w:t>
      </w:r>
    </w:p>
    <w:p>
      <w:pPr>
        <w:jc w:val="right"/>
      </w:pPr>
      <w:r>
        <w:t>یہ ہے سچویشن کو اویل کرنا۔ تو ٹرو سینس میں وہ ماسٹر آف سچویشن بنے۔</w:t>
      </w:r>
    </w:p>
    <w:p>
      <w:r>
        <w:rPr>
          <w:b/>
        </w:rPr>
        <w:t xml:space="preserve">[21:36] </w:t>
      </w:r>
      <w:r>
        <w:t>yeh musalman jantay hi nahi. jabkay poori history mein pehli baar prophet of Islam nay is raaz ko bataya tha.</w:t>
      </w:r>
    </w:p>
    <w:p>
      <w:pPr>
        <w:jc w:val="right"/>
      </w:pPr>
      <w:r>
        <w:t>یہ مسلمان جانتے ہی نہیں۔ جبکہ پوری ہسٹری میں پہلی بار پرافٹ آف اسلام نے اس راز کو بتایا تھا۔</w:t>
      </w:r>
    </w:p>
    <w:p>
      <w:r>
        <w:rPr>
          <w:b/>
        </w:rPr>
        <w:t xml:space="preserve">[21:45] </w:t>
      </w:r>
      <w:r>
        <w:t>hazrat ayesha nay is raaz ki taraf ishara kiya tha. innalah yudeenul fajir. yani situation create kartay hain doosray log, hum us say faida utha letay hain.</w:t>
      </w:r>
    </w:p>
    <w:p>
      <w:pPr>
        <w:jc w:val="right"/>
      </w:pPr>
      <w:r>
        <w:t>حضرت عائشہ نے اس راز کی طرف اشارہ کیا تھا۔ ان اللہ الدین الفاجر۔ یعنی سچویشن کریٹ کرتے ہیں دوسرے لوگ، ہم اس سے فائدہ اٹھا لیتے ہیں۔</w:t>
      </w:r>
    </w:p>
    <w:p>
      <w:r>
        <w:rPr>
          <w:b/>
        </w:rPr>
        <w:t xml:space="preserve">[21:59] </w:t>
      </w:r>
      <w:r>
        <w:t>aaj jab main nay parha akhbar mein kay kaisay nadan hain woh log. aik situation create hui hai. aur us ko lay rahay hain negative sense mein.</w:t>
      </w:r>
    </w:p>
    <w:p>
      <w:pPr>
        <w:jc w:val="right"/>
      </w:pPr>
      <w:r>
        <w:t>آج جب میں نے پڑھا اخبار میں کہ کیسے نادان ہیں وہ لوگ۔ ایک سچویشن کریٹ ہوئی ہے۔ اور اس کو لے رہے ہیں نیگیٹیو سینس میں۔</w:t>
      </w:r>
    </w:p>
    <w:p>
      <w:r>
        <w:rPr>
          <w:b/>
        </w:rPr>
        <w:t xml:space="preserve">[22:11] </w:t>
      </w:r>
      <w:r>
        <w:t>negative sense mein lay rahay hain. aap parhiye ga aap logon kay bayan jo aaye hain khud muslim sahaba kay bilkul sab negative.</w:t>
      </w:r>
    </w:p>
    <w:p>
      <w:pPr>
        <w:jc w:val="right"/>
      </w:pPr>
      <w:r>
        <w:t>نیگیٹیو سینس میں لے رہے ہیں۔ آپ پڑھیے گا آپ لوگوں کے بیانات جو آئے ہیں خود مسلم صاحبان کے بالکل سب نیگیٹیو۔</w:t>
      </w:r>
    </w:p>
    <w:p>
      <w:r>
        <w:rPr>
          <w:b/>
        </w:rPr>
        <w:t xml:space="preserve">[22:21] </w:t>
      </w:r>
      <w:r>
        <w:t>to is mani kay yeh waqt guzar jaye ga aur musalman is ko aweil nahi kar payen gay.</w:t>
      </w:r>
    </w:p>
    <w:p>
      <w:pPr>
        <w:jc w:val="right"/>
      </w:pPr>
      <w:r>
        <w:t>تو اس معنی کہ یہ وقت گزر جائے گا اور مسلمان اس کو اویل نہیں کر پائیں گے۔</w:t>
      </w:r>
    </w:p>
    <w:p>
      <w:r>
        <w:rPr>
          <w:b/>
        </w:rPr>
        <w:t xml:space="preserve">[22:31] </w:t>
      </w:r>
      <w:r>
        <w:t>jitnay bhi jis cheez kay o chhayray cheez sab musalman complain kartay hain yaad rakhiye. complain muslims jo hain aaj kal kay woh protestant community ban gay hain.</w:t>
      </w:r>
    </w:p>
    <w:p>
      <w:pPr>
        <w:jc w:val="right"/>
      </w:pPr>
      <w:r>
        <w:t>جتنے بھی جس چیز کے او چھاڑے چیز سب مسلمان کمپلین کرتے ہیں یاد رکھیے۔ کمپلین مسلمز جو ہیں آج کل کے وہ پروٹیسٹنٹ کمیونٹی بن گئے ہیں۔</w:t>
      </w:r>
    </w:p>
    <w:p>
      <w:r>
        <w:rPr>
          <w:b/>
        </w:rPr>
        <w:t xml:space="preserve">[22:44] </w:t>
      </w:r>
      <w:r>
        <w:t>complain karna, protest karna. woh kya hai? we are paying the price of our own stability. apni nadani kartay hain hum is ki price humain deni parti hai to kehtay hain kehtay hain kay dekho zulm ho raha hai, dekho yeh ho raha hai, dekho woh ho raha hai.</w:t>
      </w:r>
    </w:p>
    <w:p>
      <w:pPr>
        <w:jc w:val="right"/>
      </w:pPr>
      <w:r>
        <w:t>کمپلینٹ کرنا، پروٹیسٹ کرنا۔ وہ کیا ہے؟ وی آر پینگ دا پرائس آف اور اون سٹیبلٹی۔ اپنی نادانی کرتے ہیں ہم اس کی پرائس ہمیں دینی پڑتی ہے تو کہتے ہیں کہتے ہیں کہ دیکھو ظلم ہو رہا ہے، دیکھو یہ ہو رہا ہے، دیکھو وہ ہو رہا ہے۔</w:t>
      </w:r>
    </w:p>
    <w:p>
      <w:r>
        <w:rPr>
          <w:b/>
        </w:rPr>
        <w:t xml:space="preserve">[23:02] </w:t>
      </w:r>
      <w:r>
        <w:t>main aik aur misaal deta hoon aap ko. kal main aik kitab dekh raha tha. woh jis ko hum kehtay hain qadiani jamaat.</w:t>
      </w:r>
    </w:p>
    <w:p>
      <w:pPr>
        <w:jc w:val="right"/>
      </w:pPr>
      <w:r>
        <w:t>میں ایک اور مثال دیتا ہوں آپ کو۔ کل میں ایک کتاب دیکھ رہا تھا۔ وہ جس کو ہم کہتے ہیں قادیانی جماعت۔</w:t>
      </w:r>
    </w:p>
    <w:p>
      <w:r>
        <w:rPr>
          <w:b/>
        </w:rPr>
        <w:t xml:space="preserve">[23:14] </w:t>
      </w:r>
      <w:r>
        <w:t>khud woh apnay ko ahmadi jamaat kehtay hain. yeh bhi aap dekh lijiyay. kay jab aap nay kabhi bhi aap qadiani log apnay ko qadiani nahi kehtay woh.</w:t>
      </w:r>
    </w:p>
    <w:p>
      <w:pPr>
        <w:jc w:val="right"/>
      </w:pPr>
      <w:r>
        <w:t>خود وہ اپنے کو احمدی جماعت کہتے ہیں۔ یہ بھی آپ دیکھ لیجیے۔ کہ جب آپ نے کبھی بھی آپ قادیانی لوگ اپنے کو قادیانی نہیں کہتے وہ۔</w:t>
      </w:r>
    </w:p>
    <w:p>
      <w:r>
        <w:rPr>
          <w:b/>
        </w:rPr>
        <w:t xml:space="preserve">[23:25] </w:t>
      </w:r>
      <w:r>
        <w:t>woh jamaat ahmadiyya kehtay hain. musalman naam rakh diya unhonay kaha kya? qadiani. yani yani starting hi mein woh negative ban gay.</w:t>
      </w:r>
    </w:p>
    <w:p>
      <w:pPr>
        <w:jc w:val="right"/>
      </w:pPr>
      <w:r>
        <w:t>وہ جماعت احمدیہ کہتے ہیں۔ مسلمان نام رکھ دیا انہوں نے کہا کیا؟ قادیانی۔ یعنی یعنی اسٹارٹنگ ہی میں وہ نیگیٹیو بن گئے۔</w:t>
      </w:r>
    </w:p>
    <w:p>
      <w:r>
        <w:rPr>
          <w:b/>
        </w:rPr>
        <w:t xml:space="preserve">[23:37] </w:t>
      </w:r>
      <w:r>
        <w:t>yani nik neims ko kehte hain angrez nik neim. ya jo kehte hain quran majeed mein mana kiya gaya hai is se. is ko kaha hai tanabad bil tanabad bil alqab.</w:t>
      </w:r>
    </w:p>
    <w:p>
      <w:pPr>
        <w:jc w:val="right"/>
      </w:pPr>
      <w:r>
        <w:t>یعنی نک نیمز کو کہتے ہیں انگریز نک نیم۔ یا جو کہتے ہیں قرآن مجید میں منع کیا گیا ہے اس سے۔ اس کو کہا ہے تنابد بال تنابد بالالقاب۔</w:t>
      </w:r>
    </w:p>
    <w:p>
      <w:r>
        <w:rPr>
          <w:b/>
        </w:rPr>
        <w:t xml:space="preserve">[23:46] </w:t>
      </w:r>
      <w:r>
        <w:t>bola tanabad bil alqab. yeh tanabad bil alqab hai.</w:t>
      </w:r>
    </w:p>
    <w:p>
      <w:pPr>
        <w:jc w:val="right"/>
      </w:pPr>
      <w:r>
        <w:t>بولا تنابد بالالقاب۔ یہ تنابد بالالقاب ہے۔</w:t>
      </w:r>
    </w:p>
    <w:p>
      <w:r>
        <w:rPr>
          <w:b/>
        </w:rPr>
        <w:t xml:space="preserve">[23:53] </w:t>
      </w:r>
      <w:r>
        <w:t>jab aadmi apne ko keh raha hai ahmadi jamaat, jamaat ahmadiyya to aap bhi wohi lafz boliye. aap ise qadiyani jamaat kyun kehte hain?</w:t>
      </w:r>
    </w:p>
    <w:p>
      <w:pPr>
        <w:jc w:val="right"/>
      </w:pPr>
      <w:r>
        <w:t>جب آدمی اپنے کو کہہ رہا ہے احمدی جماعت، جماعت احمدیہ تو آپ بھی وہی لفظ بولیے۔ آپ اسے قادیانی جماعت کیوں کہتے ہیں؟</w:t>
      </w:r>
    </w:p>
    <w:p>
      <w:r>
        <w:rPr>
          <w:b/>
        </w:rPr>
        <w:t xml:space="preserve">[24:04] </w:t>
      </w:r>
      <w:r>
        <w:t>pehlay hi din se aap ka mizaj negative ho jata hai in ke baray mein. main aap se aik arz karunga is par ghor kijiye aap. ke jis cheez jis ko kehte hain qadiyani fitna kehte hain log.</w:t>
      </w:r>
    </w:p>
    <w:p>
      <w:pPr>
        <w:jc w:val="right"/>
      </w:pPr>
      <w:r>
        <w:t>پہلے ہی دن سے آپ کا مزاج نیگیٹیو ہو جاتا ہے ان کے بارے میں۔ میں آپ سے ایک عرض کروں گا اس پر غور کیجیے آپ۔ کہ جس چیز جس کو کہتے ہیں قادیانی فتنہ کہتے ہیں لوگ۔</w:t>
      </w:r>
    </w:p>
    <w:p>
      <w:r>
        <w:rPr>
          <w:b/>
        </w:rPr>
        <w:t xml:space="preserve">[24:17] </w:t>
      </w:r>
      <w:r>
        <w:t>aaj kal india mein jagah jagah tahaffuz khatm-e-nabuwat ke jalsay ho rahe hain. bohat dinon se ho rahe hain aaj se nahin. azadi ke pehlay se ho rahe thay aaj ab bhi ho rahe hain.</w:t>
      </w:r>
    </w:p>
    <w:p>
      <w:pPr>
        <w:jc w:val="right"/>
      </w:pPr>
      <w:r>
        <w:t>آج کل انڈیا میں جگہ جگہ تحفظ ختم نبوت کے جلسے ہو رہے ہیں۔ بہت دنوں سے ہو رہے ہیں آج سے نہیں۔ آزادی کے پہلے سے ہو رہے تھے آج اب بھی ہو رہے ہیں۔</w:t>
      </w:r>
    </w:p>
    <w:p>
      <w:r>
        <w:rPr>
          <w:b/>
        </w:rPr>
        <w:t xml:space="preserve">[24:28] </w:t>
      </w:r>
      <w:r>
        <w:t>tahaffuz khatm-e-nabuwat. yeh sari ghalti hai ulama ki jinhon ne aalami kal aik ghalti bohat bari kar ke yeh is fitnay ko paida kiya.</w:t>
      </w:r>
    </w:p>
    <w:p>
      <w:pPr>
        <w:jc w:val="right"/>
      </w:pPr>
      <w:r>
        <w:t>تحفظ ختم نبوت۔ یہ ساری غلطی ہے علماء کی جنہوں نے عالمی کل ایک غلطی بہت بڑی کر کے یہ اس فتنے کو پیدا کیا۔</w:t>
      </w:r>
    </w:p>
    <w:p>
      <w:r>
        <w:rPr>
          <w:b/>
        </w:rPr>
        <w:t xml:space="preserve">[24:44] </w:t>
      </w:r>
      <w:r>
        <w:t>is par aap ghor farmayiye. aap ko aik nai si baat lagay gi yeh lekin main bohat dinon ke mutalay ke baad yeh baat keh raha hoon. dekhiye yeh qadiyani jamaat paida kaise hui?</w:t>
      </w:r>
    </w:p>
    <w:p>
      <w:pPr>
        <w:jc w:val="right"/>
      </w:pPr>
      <w:r>
        <w:t>اس پر آپ غور فرمائیے۔ آپ کو ایک نئی سی بات لگے گی یہ لیکن میں بہت دنوں کے مطالعے کے بعد یہ بات کہہ رہا ہوں۔ دیکھیے یہ قادیانی جماعت پیدا کیسے ہوئی؟</w:t>
      </w:r>
    </w:p>
    <w:p>
      <w:r>
        <w:rPr>
          <w:b/>
        </w:rPr>
        <w:t xml:space="preserve">[24:55] </w:t>
      </w:r>
      <w:r>
        <w:t>khud musalmanon ki aik bohat bhayanak ghalti ke nateejay mein paida hui. jaisa ke aap jante hain ke hum rasool Allah sal-lal-lahu alaihi wasallam ko aakhri nabi mantay hain.</w:t>
      </w:r>
    </w:p>
    <w:p>
      <w:pPr>
        <w:jc w:val="right"/>
      </w:pPr>
      <w:r>
        <w:t>خود مسلمانوں کی ایک بہت بھیانک غلطی کے نتیجے میں پیدا ہوئی۔ جیسا کہ آپ جانتے ہیں کہ ہم رسول اللہ صلی اللہ علیہ وسلم کو آخری نبی مانتے ہیں۔</w:t>
      </w:r>
    </w:p>
    <w:p>
      <w:r>
        <w:rPr>
          <w:b/>
        </w:rPr>
        <w:t xml:space="preserve">[25:06] </w:t>
      </w:r>
      <w:r>
        <w:t>khatam-un-nabiyyin mantay hain. yeh sahi hai. to yeh sawal tha logon ki taraf se ke bhai rasool Allah khatam kyun hain?</w:t>
      </w:r>
    </w:p>
    <w:p>
      <w:pPr>
        <w:jc w:val="right"/>
      </w:pPr>
      <w:r>
        <w:t>خاتم النبیین مانتے ہیں۔ یہ صحیح ہے۔ تو یہ سوال تھا لوگوں کی طرف سے کہ بھئی رسول اللہ خاتم کیوں ہیں؟</w:t>
      </w:r>
    </w:p>
    <w:p>
      <w:r>
        <w:rPr>
          <w:b/>
        </w:rPr>
        <w:t xml:space="preserve">[25:18] </w:t>
      </w:r>
      <w:r>
        <w:t>khatm-e-nabuwat kyun? nabuwat khatam kyun ho gayi? nabuwat jaisa pehlay thi ab bhi chal rehana chahiye. is sawal ka jawab denay ke liye kya kiya unhon ne?</w:t>
      </w:r>
    </w:p>
    <w:p>
      <w:pPr>
        <w:jc w:val="right"/>
      </w:pPr>
      <w:r>
        <w:t>ختم نبوت کیوں؟ نبوت ختم کیوں ہو گئی؟ نبوت جیسے پہلے تھی اب بھی چل رہنا چاہیے۔ اس سوال کا جواب دینے کے لیے کیا کیا انہوں نے؟</w:t>
      </w:r>
    </w:p>
    <w:p>
      <w:r>
        <w:rPr>
          <w:b/>
        </w:rPr>
        <w:t xml:space="preserve">[25:29] </w:t>
      </w:r>
      <w:r>
        <w:t>taqreeban saaray ulama ne ghalti ki hai. mujhe kisi aalim ka istisni nahin maloom is mamlay mein. unhon ne jawab diya ke yeh diya ke rasool Allah ka jo yani jab dunya mein aap tashreef laye jo zamana tha aap ka woh seven century ka first quarter tha.</w:t>
      </w:r>
    </w:p>
    <w:p>
      <w:pPr>
        <w:jc w:val="right"/>
      </w:pPr>
      <w:r>
        <w:t>تقریباً سارے علماء نے غلطی کی ہے۔ مجھے کسی عالم کا استثنیٰ نہیں معلوم اس معاملے میں۔ انہوں نے جواب دیا کہ یہ دیا کہ رسول اللہ کا جو یعنی جب دنیا میں آپ تشریف لائے جو زمانہ تھا آپ کا وہ سیون سینچری کا فرسٹ کوارٹر تھا۔</w:t>
      </w:r>
    </w:p>
    <w:p>
      <w:r>
        <w:rPr>
          <w:b/>
        </w:rPr>
        <w:t xml:space="preserve">[25:51] </w:t>
      </w:r>
      <w:r>
        <w:t>seven century AD ka first quarter. to yeh kaha gaya hai ke is waqt insaniyat mein buloogh ko puhanch chuki thi. buloogh ka matlab hai maturity.</w:t>
      </w:r>
    </w:p>
    <w:p>
      <w:pPr>
        <w:jc w:val="right"/>
      </w:pPr>
      <w:r>
        <w:t>سیون سینچری اے ڈی کا فرسٹ کوارٹر۔ تو یہ کہا گیا ہے کہ اس وقت انسانیت میں بلوغ کو پہنچ چکی تھی۔ بلوغ کا مطلب ہے میچورٹی۔</w:t>
      </w:r>
    </w:p>
    <w:p>
      <w:r>
        <w:rPr>
          <w:b/>
        </w:rPr>
        <w:t xml:space="preserve">[26:02] </w:t>
      </w:r>
      <w:r>
        <w:t>yani seven century ka first quarter jab ke aap dunya mein bashar-e-nabbi ke tashreef laye. is waqt insaniyat apne buloogh ko puhanch chuki thi.</w:t>
      </w:r>
    </w:p>
    <w:p>
      <w:pPr>
        <w:jc w:val="right"/>
      </w:pPr>
      <w:r>
        <w:t>یعنی سیون سینچری کا فرسٹ کوارٹر جب کہ آپ دنیا میں بحیثیت نبی کے تشریف لائے۔ اس وقت انسانیت اپنے بلوغ کو پہنچ چکی تھی۔</w:t>
      </w:r>
    </w:p>
    <w:p>
      <w:r>
        <w:rPr>
          <w:b/>
        </w:rPr>
        <w:t xml:space="preserve">[26:13] </w:t>
      </w:r>
      <w:r>
        <w:t>to is se pehlay buloogh ko nahin puhanchi thi. immature thi. to pehlay jo nabi aaye is mein kamil deen nahin aaya aaya tha.</w:t>
      </w:r>
    </w:p>
    <w:p>
      <w:pPr>
        <w:jc w:val="right"/>
      </w:pPr>
      <w:r>
        <w:t>تو اس سے پہلے بلوغ کو نہیں پہنچی تھی۔ امیچور تھی۔ تو پہلے جو نبی آئے اس میں کامل دین نہیں آیا آیا تھا۔</w:t>
      </w:r>
    </w:p>
    <w:p>
      <w:r>
        <w:rPr>
          <w:b/>
        </w:rPr>
        <w:t xml:space="preserve">[26:22] </w:t>
      </w:r>
      <w:r>
        <w:t>kamil nabi bhi nahin aaya tha. lekin jab insaniyat jo hai buloogh ko puhanch gayi. maturity tak puhanch gayi. to ab zaroorat thi aik kamil deen aaye.</w:t>
      </w:r>
    </w:p>
    <w:p>
      <w:pPr>
        <w:jc w:val="right"/>
      </w:pPr>
      <w:r>
        <w:t>کامل نبی بھی نہیں آیا تھا۔ لیکن جب انسانیت جو ہے بلوغ کو پہنچ گئی۔ میچورٹی تک پہنچ گئی۔ تو اب ضرورت تھی ایک کامل دین آئے۔</w:t>
      </w:r>
    </w:p>
    <w:p>
      <w:r>
        <w:rPr>
          <w:b/>
        </w:rPr>
        <w:t xml:space="preserve">[26:31] </w:t>
      </w:r>
      <w:r>
        <w:t>kamil nabi aaye. to woh aa gaye. yeh bilkul false agreement hai. false. koi bhi aadmi jo parha likha ho yeh nahin manay ga is ko.</w:t>
      </w:r>
    </w:p>
    <w:p>
      <w:pPr>
        <w:jc w:val="right"/>
      </w:pPr>
      <w:r>
        <w:t>کامل نبی آئے۔ تو وہ آ گئے۔ یہ بالکل فالس ایگریمنٹ ہے۔ فالس۔ کوئی بھی آدمی جو پڑھا لکھا ہو یہ نہیں مانے گا اس کو۔</w:t>
      </w:r>
    </w:p>
    <w:p>
      <w:r>
        <w:rPr>
          <w:b/>
        </w:rPr>
        <w:t xml:space="preserve">[26:41] </w:t>
      </w:r>
      <w:r>
        <w:t>kyun? dekhiye seven century kya thi? that was traditional age. aaj hum jee rahe hain scientific age mein.</w:t>
      </w:r>
    </w:p>
    <w:p>
      <w:pPr>
        <w:jc w:val="right"/>
      </w:pPr>
      <w:r>
        <w:t>کیوں؟ دیکھیے سیون سینچری کیا تھی؟ دیٹ واز ٹریڈیشنل ایج۔ آج ہم جی رہے ہیں سائنٹیفک ایج میں۔</w:t>
      </w:r>
    </w:p>
    <w:p>
      <w:r>
        <w:rPr>
          <w:b/>
        </w:rPr>
        <w:t xml:space="preserve">[26:52] </w:t>
      </w:r>
      <w:r>
        <w:t>seven century mein insaan samajhta tha ke zameen beech mein hai suraj ke gird ghoomta hai. geo centric theory mein believe karta tha.</w:t>
      </w:r>
    </w:p>
    <w:p>
      <w:pPr>
        <w:jc w:val="right"/>
      </w:pPr>
      <w:r>
        <w:t>سیون سینچری میں انسان سمجھتا تھا کہ زمین بیچ میں ہے سورج کے گرد گھومتا ہے۔ جیو سینٹرک تھیوری میں بیلیو کرتا تھا۔</w:t>
      </w:r>
    </w:p>
    <w:p>
      <w:r>
        <w:rPr>
          <w:b/>
        </w:rPr>
        <w:t xml:space="preserve">[27:05] </w:t>
      </w:r>
      <w:r>
        <w:t>saari baatein us waqt tak jo hain theen woh la-maloom theen. to pre civilization age tha woh. ab hum post civilization age mein jee rahe hain.</w:t>
      </w:r>
    </w:p>
    <w:p>
      <w:pPr>
        <w:jc w:val="right"/>
      </w:pPr>
      <w:r>
        <w:t>ساری باتیں اس وقت تک جو ہیں تھیں وہ لامعلوم تھیں۔ تو پری سولائزیشن ایج تھا وہ۔ اب ہم پوسٹ سولائزیشن ایج میں جی رہے ہیں۔</w:t>
      </w:r>
    </w:p>
    <w:p>
      <w:r>
        <w:rPr>
          <w:b/>
        </w:rPr>
        <w:t xml:space="preserve">[27:17] </w:t>
      </w:r>
      <w:r>
        <w:t>to saari taraqqiyan kuch bhi nahin hui theen. na science ko na philosophy ko na technology ko kisi cheez ko bhi nahin. to maturity kahan se aa gayi woh? maturity kahan se aa gayi?</w:t>
      </w:r>
    </w:p>
    <w:p>
      <w:pPr>
        <w:jc w:val="right"/>
      </w:pPr>
      <w:r>
        <w:t>تو ساری ترقیاں کچھ بھی نہیں ہوئی تھیں۔ نہ سائنس کو نہ فلاسفی کو نہ ٹیکنالوجی کو کسی چیز کو بھی نہیں۔ تو میچورٹی کہاں سے آ گئی وہ؟ میچورٹی کہاں سے آ گئی؟</w:t>
      </w:r>
    </w:p>
    <w:p>
      <w:r>
        <w:rPr>
          <w:b/>
        </w:rPr>
        <w:t xml:space="preserve">[27:30] </w:t>
      </w:r>
      <w:r>
        <w:t>yani seven century AD jo tha woh to superstition ka daur tha. insaan superstition mein jeeta tha.</w:t>
      </w:r>
    </w:p>
    <w:p>
      <w:pPr>
        <w:jc w:val="right"/>
      </w:pPr>
      <w:r>
        <w:t>یعنی سیون سینچری اے ڈی جو تھا وہ تو سپر اسٹیشن کا دور تھا۔ انسان سپر اسٹیشن میں جیتا تھا۔</w:t>
      </w:r>
    </w:p>
    <w:p>
      <w:r>
        <w:rPr>
          <w:b/>
        </w:rPr>
        <w:t xml:space="preserve">[27:41] </w:t>
      </w:r>
      <w:r>
        <w:t>yani us waqt chemistry nahin aayi thi. bas alchemy thi us waqt. us waqt astronomy nahin aayi thi. us waqt astrology thi us waqt.</w:t>
      </w:r>
    </w:p>
    <w:p>
      <w:pPr>
        <w:jc w:val="right"/>
      </w:pPr>
      <w:r>
        <w:t>یعنی اس وقت کیمسٹری نہیں آئی تھی۔ بس الکیمی تھی اس وقت۔ اس وقت ایسٹرانومی نہیں آئی تھی۔ اس وقت ایسٹرالوجی تھی اس وقت۔</w:t>
      </w:r>
    </w:p>
    <w:p>
      <w:r>
        <w:rPr>
          <w:b/>
        </w:rPr>
        <w:t xml:space="preserve">[27:51] </w:t>
      </w:r>
      <w:r>
        <w:t>us waqt heliocentric theory nahin aayi thi. us waqt geo centric theory thi us waqt. aap ghor kijiye. woh buloogh aa gaya hai woh. abhi yeh jo brier criterion woh criterion galat tha woh.</w:t>
      </w:r>
    </w:p>
    <w:p>
      <w:pPr>
        <w:jc w:val="right"/>
      </w:pPr>
      <w:r>
        <w:t>اس وقت ہیلو سینٹرک تھیوری نہیں آئی تھی۔ اس وقت جیو سینٹرک تھیوری تھی اس وقت۔ آپ غور کیجیے۔ وہ بلوغ آ گیا ہے وہ۔ ابھی یہ جو برائر کرائٹیرین وہ کرائٹیرین غلط تھا وہ۔</w:t>
      </w:r>
    </w:p>
    <w:p>
      <w:r>
        <w:rPr>
          <w:b/>
        </w:rPr>
        <w:t xml:space="preserve">[28:08] </w:t>
      </w:r>
      <w:r>
        <w:t>woh criterion galat tha. koi bhi aadmi jo parha likha hai woh kahay ga bhai is waqt kahan se buloogh aa jaye ga? maturity kahan se aa jaye gi?</w:t>
      </w:r>
    </w:p>
    <w:p>
      <w:pPr>
        <w:jc w:val="right"/>
      </w:pPr>
      <w:r>
        <w:t>وہ کرائٹیرین غلط تھا۔ کوئی بھی آدمی جو پڑھا لکھا ہے وہ کہے گا بھئی اس وقت کہاں سے بلوغ آ جائے گا؟ میچورٹی کہاں سے آ جائے گی؟</w:t>
      </w:r>
    </w:p>
    <w:p>
      <w:r>
        <w:rPr>
          <w:b/>
        </w:rPr>
        <w:t xml:space="preserve">[28:19] </w:t>
      </w:r>
      <w:r>
        <w:t>woh to superstition tha saari dunya mein. pre scientific age tha woh. ab hum jee rahe hain scientific age mein.</w:t>
      </w:r>
    </w:p>
    <w:p>
      <w:pPr>
        <w:jc w:val="right"/>
      </w:pPr>
      <w:r>
        <w:t>وہ تو سپر اسٹیشن تھا ساری دنیا میں۔ پری سائنٹیفک ایج تھا وہ۔ اب ہم جی رہے ہیں سائنٹیفک ایج میں۔</w:t>
      </w:r>
    </w:p>
    <w:p>
      <w:r>
        <w:rPr>
          <w:b/>
        </w:rPr>
        <w:t xml:space="preserve">[28:28] </w:t>
      </w:r>
      <w:r>
        <w:t>ab har cheez ko taraqqi ho chuki hai. is waqt printing press nahi tha. is waqt communication nahi tha. is waqt city planning city planning nahi thi.</w:t>
      </w:r>
    </w:p>
    <w:p>
      <w:pPr>
        <w:jc w:val="right"/>
      </w:pPr>
      <w:r>
        <w:t>اب ہر چیز کو ترقی ہو چکی ہے۔ اس وقت پرنٹنگ پریس نہیں تھا۔ اس وقت کمیونیکیشن نہیں تھا۔ اس وقت سٹی پلاننگ سٹی پلاننگ نہیں تھی۔</w:t>
      </w:r>
    </w:p>
    <w:p>
      <w:r>
        <w:rPr>
          <w:b/>
        </w:rPr>
        <w:t xml:space="preserve">[28:42] </w:t>
      </w:r>
      <w:r>
        <w:t>hata ke water supply system bhi nahi tha. aaj jo aap tap kholte hain pani dulate hain nikalta hai. is waqt kahan tha yeh? koi janta bhi nahi tha aisa ho sakta hai.</w:t>
      </w:r>
    </w:p>
    <w:p>
      <w:pPr>
        <w:jc w:val="right"/>
      </w:pPr>
      <w:r>
        <w:t>حتیٰ کہ واٹر سپلائی سسٹم بھی نہیں تھا۔ آج جو آپ ٹیپ کھولتے ہیں پانی دھلاتے ہیں نکلتا ہے۔ اس وقت کہاں تھا یہ؟ کوئی جانتا بھی نہیں تھا ایسا ہو سکتا ہے۔</w:t>
      </w:r>
    </w:p>
    <w:p>
      <w:r>
        <w:rPr>
          <w:b/>
        </w:rPr>
        <w:t xml:space="preserve">[28:53] </w:t>
      </w:r>
      <w:r>
        <w:t>aap shower ke neeche nahate hain. idhar kaun jata tha ke shower ke neeche bhi nahana paas bhule? badshah ke bathroom mein shower nahi hua karta tha. aisi hazaron hazaron cheezen.</w:t>
      </w:r>
    </w:p>
    <w:p>
      <w:pPr>
        <w:jc w:val="right"/>
      </w:pPr>
      <w:r>
        <w:t>آپ شاور کے نیچے نہاتے ہیں۔ ادھر کون جاتا تھا کہ شاور کے نیچے بھی نہانا پاس بھولے؟ بادشاہ کے باتھ روم میں شاور نہیں ہوا کرتا تھا۔ ایسی ہزاروں ہزاروں چیزیں۔</w:t>
      </w:r>
    </w:p>
    <w:p>
      <w:r>
        <w:rPr>
          <w:b/>
        </w:rPr>
        <w:t xml:space="preserve">[29:05] </w:t>
      </w:r>
      <w:r>
        <w:t>to yeh bilkul hi illogical hai. ghair scientific hai. yeh kehna ke seven century AD mein insan balogh ke darje ko pahunch chuka tha.</w:t>
      </w:r>
    </w:p>
    <w:p>
      <w:pPr>
        <w:jc w:val="right"/>
      </w:pPr>
      <w:r>
        <w:t>تو یہ بالکل ہی الارجیکل ہے۔ غیر سائنٹیفک ہے۔ یہ کہنا کہ سیون سینچری اے ڈی میں انسان بلوغ کے درجے کو پہنچ چکا تھا۔</w:t>
      </w:r>
    </w:p>
    <w:p>
      <w:r>
        <w:rPr>
          <w:b/>
        </w:rPr>
        <w:t xml:space="preserve">[29:17] </w:t>
      </w:r>
      <w:r>
        <w:t>to criterion galat hai. is se kya hua? ke is zamane mein kuch log paida hue. dekhiye ek baat ko aap ne socha nahi ke jamaat ahmadi mein qadiyani mein top ke log kaise aa gaye?</w:t>
      </w:r>
    </w:p>
    <w:p>
      <w:pPr>
        <w:jc w:val="right"/>
      </w:pPr>
      <w:r>
        <w:t>تو کرائٹیرین غلط ہے۔ اس سے کیا ہوا؟ کہ اس زمانے میں کچھ لوگ پیدا ہوئے۔ دیکھیے ایک بات کو آپ نے سوچا نہیں کہ جماعت احمدی میں قادیانی میں ٹاپ کے لوگ کیسے آ گئے؟</w:t>
      </w:r>
    </w:p>
    <w:p>
      <w:r>
        <w:rPr>
          <w:b/>
        </w:rPr>
        <w:t xml:space="preserve">[29:31] </w:t>
      </w:r>
      <w:r>
        <w:t>sir zafarullah khan, khawaja qamaruddin aur woh muhammad ali yeh top ke brain the.</w:t>
      </w:r>
    </w:p>
    <w:p>
      <w:pPr>
        <w:jc w:val="right"/>
      </w:pPr>
      <w:r>
        <w:t>سر ظفراللہ خان، خواجہ قمر الدین اور وہ محمد علی یہ ٹاپ کے برین تھے۔</w:t>
      </w:r>
    </w:p>
    <w:p>
      <w:r>
        <w:rPr>
          <w:b/>
        </w:rPr>
        <w:t xml:space="preserve">[29:41] </w:t>
      </w:r>
      <w:r>
        <w:t>yeh sab top ke brain the. achha bahut se log kaise is waqt aa gaye? europe mein bahut se top ke logon ko kaise unhon ne islam mein dakhil kar liya?</w:t>
      </w:r>
    </w:p>
    <w:p>
      <w:pPr>
        <w:jc w:val="right"/>
      </w:pPr>
      <w:r>
        <w:t>یہ سب ٹاپ کے برین تھے۔ اچھا بہت سے لوگ کیسے اس وقت آ گئے؟ یورپ میں بہت سے ٹاپ کے لوگوں کو کیسے انہوں نے اسلام میں داخل کر لیا؟</w:t>
      </w:r>
    </w:p>
    <w:p>
      <w:r>
        <w:rPr>
          <w:b/>
        </w:rPr>
        <w:t xml:space="preserve">[29:53] </w:t>
      </w:r>
      <w:r>
        <w:t>yeh socheye. agar woh itna hi aadmi tha established jaisa ke log batate hain un ko to kaise aisa hua? nahi us ne ek aisi baat kahi jo logon ko appeal karne wali thi.</w:t>
      </w:r>
    </w:p>
    <w:p>
      <w:pPr>
        <w:jc w:val="right"/>
      </w:pPr>
      <w:r>
        <w:t>یہ سوچیے۔ اگر وہ اتنا ہی آدمی تھا اسٹیبلڈ جیسا کہ لوگ بتاتے ہیں ان کو تو کیسے ایسا ہوا؟ نہیں اس نے ایک ایسی بات کہی جو لوگوں کو اپیل کرنے والی تھی۔</w:t>
      </w:r>
    </w:p>
    <w:p>
      <w:r>
        <w:rPr>
          <w:b/>
        </w:rPr>
        <w:t xml:space="preserve">[30:06] </w:t>
      </w:r>
      <w:r>
        <w:t>woh kya? ab zamana badal gaya hai. ab hum we are living in the scientific age. ab scientific age hai.</w:t>
      </w:r>
    </w:p>
    <w:p>
      <w:pPr>
        <w:jc w:val="right"/>
      </w:pPr>
      <w:r>
        <w:t>وہ کیا؟ اب زمانہ بدل گیا ہے۔ اب ہم وی آر لیونگ ان دا سائنٹیفک ایج۔ اب سائنٹیفک ایج ہے۔</w:t>
      </w:r>
    </w:p>
    <w:p>
      <w:r>
        <w:rPr>
          <w:b/>
        </w:rPr>
        <w:t xml:space="preserve">[30:15] </w:t>
      </w:r>
      <w:r>
        <w:t>civilization hai. sare development ho chuke hain. insaniyat agle stage pe pahunch chuki hai. to hamein naya nabi chahiye. khud ulma ke apne hi standard ke mutabiq.</w:t>
      </w:r>
    </w:p>
    <w:p>
      <w:pPr>
        <w:jc w:val="right"/>
      </w:pPr>
      <w:r>
        <w:t>سولائزیشن ہے۔ سارے ڈیولپمنٹ ہو چکے ہیں۔ انسانیت اگلے سٹیج پہ پہنچ چکی ہے۔ تو ہمیں نیا نبی چاہیے۔ خود علماء کے اپنے ہی سٹینڈرڈ کے مطابق۔</w:t>
      </w:r>
    </w:p>
    <w:p>
      <w:r>
        <w:rPr>
          <w:b/>
        </w:rPr>
        <w:t xml:space="preserve">[30:27] </w:t>
      </w:r>
      <w:r>
        <w:t>inhi ke set ka hua jo criterion tha us ke mutabiq. hua ke dekho ulma to khud hi keh rahe hain. to balogh is waqt kahan hua?</w:t>
      </w:r>
    </w:p>
    <w:p>
      <w:pPr>
        <w:jc w:val="right"/>
      </w:pPr>
      <w:r>
        <w:t>انہی کے سیٹ کا ہوا جو کرائٹیرین تھا اس کے مطابق۔ ہوا کہ دیکھو علماء تو خود ہی کہہ رہے ہیں۔ تو بلوغ اس وقت کہاں ہوا؟</w:t>
      </w:r>
    </w:p>
    <w:p>
      <w:r>
        <w:rPr>
          <w:b/>
        </w:rPr>
        <w:t xml:space="preserve">[30:35] </w:t>
      </w:r>
      <w:r>
        <w:t>ab balogh hua hai.</w:t>
      </w:r>
    </w:p>
    <w:p>
      <w:pPr>
        <w:jc w:val="right"/>
      </w:pPr>
      <w:r>
        <w:t>اب بلوغ ہوا ہے۔</w:t>
      </w:r>
    </w:p>
    <w:p>
      <w:r>
        <w:rPr>
          <w:b/>
        </w:rPr>
        <w:t xml:space="preserve">[30:39] </w:t>
      </w:r>
      <w:r>
        <w:t>to sab ko samajh mein aa gayi baat. ke ab to hamein naya nabi chahiye. woh nabi jo aaya traditional zamane mein.</w:t>
      </w:r>
    </w:p>
    <w:p>
      <w:pPr>
        <w:jc w:val="right"/>
      </w:pPr>
      <w:r>
        <w:t>تو سب کو سمجھ میں آ گئی بات۔ کہ اب تو ہمیں نیا نبی چاہیے۔ وہ نبی جو آیا ٹریڈیشنل زمانے میں۔</w:t>
      </w:r>
    </w:p>
    <w:p>
      <w:r>
        <w:rPr>
          <w:b/>
        </w:rPr>
        <w:t xml:space="preserve">[30:49] </w:t>
      </w:r>
      <w:r>
        <w:t>woh nabi aaj kaam nahi aayega. jo oont par baithta tha. jo haddi par likhta tha.</w:t>
      </w:r>
    </w:p>
    <w:p>
      <w:pPr>
        <w:jc w:val="right"/>
      </w:pPr>
      <w:r>
        <w:t>وہ نبی آج کام نہیں آئے گا۔ جو اونٹ پر بیٹھتا تھا۔ جو ہڈی پر لکھتا تھا۔</w:t>
      </w:r>
    </w:p>
    <w:p>
      <w:r>
        <w:rPr>
          <w:b/>
        </w:rPr>
        <w:t xml:space="preserve">[30:58] </w:t>
      </w:r>
      <w:r>
        <w:t>yani kisi bhi aitbar se aap compare kijiye. to logon ko laga ke bhai woh woh to tha yani pehle ka zamana.</w:t>
      </w:r>
    </w:p>
    <w:p>
      <w:pPr>
        <w:jc w:val="right"/>
      </w:pPr>
      <w:r>
        <w:t>یعنی کسی بھی اعتبار سے آپ کمپیئر کیجیے۔ تو لوگوں کو لگا کہ بھئی وہ وہ تو تھا یعنی پہلے کا زمانہ۔</w:t>
      </w:r>
    </w:p>
    <w:p>
      <w:r>
        <w:rPr>
          <w:b/>
        </w:rPr>
        <w:t xml:space="preserve">[31:07] </w:t>
      </w:r>
      <w:r>
        <w:t>isko woh nabi is zamane mein ho sakta tha. aaj to hamein naya nabi chahiye. jo scientific age mein hamein guidance de. yeh bahut hi simple logic thi.</w:t>
      </w:r>
    </w:p>
    <w:p>
      <w:pPr>
        <w:jc w:val="right"/>
      </w:pPr>
      <w:r>
        <w:t>اس کو وہ نبی اس زمانے میں ہو سکتا تھا۔ آج تو ہمیں نیا نبی چاہیے۔ جو سائنٹیفک ایج میں ہمیں گائیڈنس دے۔ یہ بہت ہی سمپل لاجک تھی۔</w:t>
      </w:r>
    </w:p>
    <w:p>
      <w:r>
        <w:rPr>
          <w:b/>
        </w:rPr>
        <w:t xml:space="preserve">[31:19] </w:t>
      </w:r>
      <w:r>
        <w:t>aur is ki wajah se qadiyani itna taraqqi kar gayi. ulma ki ghalti yeh thi ke unhon ne galat criterion istemal kiya. khatm e nabuwat ko sabit karne ke liye.</w:t>
      </w:r>
    </w:p>
    <w:p>
      <w:pPr>
        <w:jc w:val="right"/>
      </w:pPr>
      <w:r>
        <w:t>اور اس کی وجہ سے قادیانی اتنا ترقی کر گئی۔ علماء کی غلطی یہ تھی کہ انہوں نے غلط کرائٹیرین استعمال کیا۔ ختم نبوت کو ثابت کرنے کے لیے۔</w:t>
      </w:r>
    </w:p>
    <w:p>
      <w:r>
        <w:rPr>
          <w:b/>
        </w:rPr>
        <w:t xml:space="preserve">[31:29] </w:t>
      </w:r>
      <w:r>
        <w:t>ek false argument diya unhon ne. dekhiye. aap quran ke khilaf bhi hain bilkul yeh.</w:t>
      </w:r>
    </w:p>
    <w:p>
      <w:pPr>
        <w:jc w:val="right"/>
      </w:pPr>
      <w:r>
        <w:t>ایک فالس ارگیومنٹ دیا انہوں نے۔ دیکھیے۔ آپ قرآن کے خلاف بھی ہیں بالکل یہ۔</w:t>
      </w:r>
    </w:p>
    <w:p>
      <w:r>
        <w:rPr>
          <w:b/>
        </w:rPr>
        <w:t xml:space="preserve">[31:43] </w:t>
      </w:r>
      <w:r>
        <w:t>wa ladaina wa nuh hadaina sare nabiyon ko allah taala farmate hain ke in ko hum ne hidayat di. quran mein hai ke fabahda muqtada mukhtalif nabiyon ko zikr karne ke baad farmaya ke fabahda muqtada inhi ki guidance par tum bhi chalo.</w:t>
      </w:r>
    </w:p>
    <w:p>
      <w:pPr>
        <w:jc w:val="right"/>
      </w:pPr>
      <w:r>
        <w:t>وکلا ہدینا ونوح ہدینا سارے نبیوں کو اللہ تعالی فرماتے ہیں کہ ان کو ہم نے ہدایت دی۔ قرآن میں ہے کہ فبہدا مقتد مختلف نبیوں کو ذکر کرنے کے بعد فرمایا کہ فبہدا مقتد انہی کی گائیڈنس پر تم بھی چلو۔</w:t>
      </w:r>
    </w:p>
    <w:p>
      <w:r>
        <w:rPr>
          <w:b/>
        </w:rPr>
        <w:t xml:space="preserve">[32:04] </w:t>
      </w:r>
      <w:r>
        <w:t>ke allah ne in ko guidance di hai. in ko hidayat di hai. tum bhi ise follow karo. yani rasool allah se kaha ja raha hai. is ka naqis yani kamil nabi ko naqis nabi ki pairwi ke liye kaha jayega.</w:t>
      </w:r>
    </w:p>
    <w:p>
      <w:pPr>
        <w:jc w:val="right"/>
      </w:pPr>
      <w:r>
        <w:t>کہ اللہ نے ان کو گائیڈنس دی ہے۔ ان کو ہدایت دی ہے۔ تم بھی اسے فالو کرو۔ یعنی رسول اللہ سے کہا جا رہا ہے۔ اس کا ناقص یعنی کامل نبی کو ناقص نبی کی پیروی کے لیے کہا جائے گا۔</w:t>
      </w:r>
    </w:p>
    <w:p>
      <w:r>
        <w:rPr>
          <w:b/>
        </w:rPr>
        <w:t xml:space="preserve">[32:17] </w:t>
      </w:r>
      <w:r>
        <w:t>aap ghor kijiye. aap kehte hain ke rasool allah kamil nabi the aur pichhle log naqis nabi the. aap ke paas kamil deen aaya un ke paas naqis deen tha.</w:t>
      </w:r>
    </w:p>
    <w:p>
      <w:pPr>
        <w:jc w:val="right"/>
      </w:pPr>
      <w:r>
        <w:t>آپ غور کیجیے۔ آپ کہتے ہیں کہ رسول اللہ کامل نبی تھے اور پچھلے لوگ ناقص نبی تھے۔ آپ کے پاس کامل دین آیا ان کے پاس ناقص دین تھا۔</w:t>
      </w:r>
    </w:p>
    <w:p>
      <w:r>
        <w:rPr>
          <w:b/>
        </w:rPr>
        <w:t xml:space="preserve">[32:29] </w:t>
      </w:r>
      <w:r>
        <w:t>to kya aisa ho sakta hai ke allah taala farmayein is is nabi ko jis ke paas kamil deen tha ke tum pichhle logon ki pairwi karo jis ke paas naqis deen tha?</w:t>
      </w:r>
    </w:p>
    <w:p>
      <w:pPr>
        <w:jc w:val="right"/>
      </w:pPr>
      <w:r>
        <w:t>تو کیا ایسا ہو سکتا ہے کہ اللہ تعالی فرمائیں اس اس نبی کو جس کے پاس کامل دین تھا کہ تم پچھلے لوگوں کی پیروی کرو جس کے پاس ناقص دین تھا؟</w:t>
      </w:r>
    </w:p>
    <w:p>
      <w:r>
        <w:rPr>
          <w:b/>
        </w:rPr>
        <w:t xml:space="preserve">[32:39] </w:t>
      </w:r>
      <w:r>
        <w:t>aisa ho sakta hai?</w:t>
      </w:r>
    </w:p>
    <w:p>
      <w:pPr>
        <w:jc w:val="right"/>
      </w:pPr>
      <w:r>
        <w:t>ایسا ہو سکتا ہے؟</w:t>
      </w:r>
    </w:p>
    <w:p>
      <w:r>
        <w:rPr>
          <w:b/>
        </w:rPr>
        <w:t xml:space="preserve">[32:43] </w:t>
      </w:r>
      <w:r>
        <w:t>yeh ulma ka galat mauqaf tha. jis ki wajah se jis ke jis ke andar se qadiyaniyat nikli. lekin sahi baat kya hai?</w:t>
      </w:r>
    </w:p>
    <w:p>
      <w:pPr>
        <w:jc w:val="right"/>
      </w:pPr>
      <w:r>
        <w:t>یہ علماء کا غلط موقف تھا۔ جس کی وجہ سے جس کے جس کے اندر سے قادیانیت نکلی۔ لیکن صحیح بات کیا ہے؟</w:t>
      </w:r>
    </w:p>
    <w:p>
      <w:r>
        <w:rPr>
          <w:b/>
        </w:rPr>
        <w:t xml:space="preserve">[32:54] </w:t>
      </w:r>
      <w:r>
        <w:t>sahi baat yeh hai ke yeh balogh ka masla hi nahi hai. dekhiye jo study ki gayi hai biological study mein. mein evolution theory ko nahi manta.</w:t>
      </w:r>
    </w:p>
    <w:p>
      <w:pPr>
        <w:jc w:val="right"/>
      </w:pPr>
      <w:r>
        <w:t>صحیح بات یہ ہے کہ یہ بلوغ کا مسئلہ ہی نہیں ہے۔ دیکھیے جو اسٹڈی کی گئی ہے بائیولوجیکل اسٹڈی میں۔ میں ایلوشن تھیوری کو نہیں مانتا۔</w:t>
      </w:r>
    </w:p>
    <w:p>
      <w:r>
        <w:rPr>
          <w:b/>
        </w:rPr>
        <w:t xml:space="preserve">[33:03] </w:t>
      </w:r>
      <w:r>
        <w:t>woh log to saal kai saal tak le aate hain peechay. insaan ko bandar tak le aate hain. woh bilkul galat hai woh baatein. pehla insaan bhi itna hi kaamil tha jitna aaj ka insaan.</w:t>
      </w:r>
    </w:p>
    <w:p>
      <w:pPr>
        <w:jc w:val="right"/>
      </w:pPr>
      <w:r>
        <w:t>وہ لوگ تو سال کئی سال تک لے آتے ہیں پیچھے۔ انسان کو بندر تک لے آتے ہیں۔ وہ بالکل غلط ہے وہ باتیں۔ پہلا انسان بھی اتنا ہی کامل تھا جتنا آج کا انسان۔</w:t>
      </w:r>
    </w:p>
    <w:p>
      <w:r>
        <w:rPr>
          <w:b/>
        </w:rPr>
        <w:t xml:space="preserve">[33:15] </w:t>
      </w:r>
      <w:r>
        <w:t>insaan pehle din se newton aur einstein ka dimagh rakhta tha. yeh bilkul galat hai yeh evolution ki philosophy. hundred percent galat hai woh.</w:t>
      </w:r>
    </w:p>
    <w:p>
      <w:pPr>
        <w:jc w:val="right"/>
      </w:pPr>
      <w:r>
        <w:t>انسان پہلے دن سے نیوٹن اور آئنسٹائن کا دماغ رکھتا تھا۔ یہ بالکل غلط ہے یہ ایلوشن کی فلاسفی۔ ہنڈرڈ پرسنٹ غلط ہے وہ۔</w:t>
      </w:r>
    </w:p>
    <w:p>
      <w:r>
        <w:rPr>
          <w:b/>
        </w:rPr>
        <w:t xml:space="preserve">[33:25] </w:t>
      </w:r>
      <w:r>
        <w:t>mein is ko nahi manta. insaan Allah taala ne jo paida kiya insaan adam. woh itna hi bara mind tha un ka jitna ke newton aur einstein ka mind tha.</w:t>
      </w:r>
    </w:p>
    <w:p>
      <w:pPr>
        <w:jc w:val="right"/>
      </w:pPr>
      <w:r>
        <w:t>میں اس کو نہیں مانتا۔ انسان اللہ تعالی نے جو پیدا کیا انسان آدم۔ وہ اتنا ہی بڑا مائنڈ تھا ان کا جتنا کہ نیوٹن اور آئنسٹائن کا مائنڈ تھا۔</w:t>
      </w:r>
    </w:p>
    <w:p>
      <w:r>
        <w:rPr>
          <w:b/>
        </w:rPr>
        <w:t xml:space="preserve">[33:34] </w:t>
      </w:r>
      <w:r>
        <w:t>koi kami nahi thi.</w:t>
      </w:r>
    </w:p>
    <w:p>
      <w:pPr>
        <w:jc w:val="right"/>
      </w:pPr>
      <w:r>
        <w:t>کوئی کمی نہیں تھی۔</w:t>
      </w:r>
    </w:p>
    <w:p>
      <w:r>
        <w:rPr>
          <w:b/>
        </w:rPr>
        <w:t xml:space="preserve">[33:40] </w:t>
      </w:r>
      <w:r>
        <w:t>toh is liye har nabi ko wohi deen diya gaya jo rasool Allah ko diya gaya. wakal ahdina wa nooh ahdina deen har zamanay mein kaamil tha.</w:t>
      </w:r>
    </w:p>
    <w:p>
      <w:pPr>
        <w:jc w:val="right"/>
      </w:pPr>
      <w:r>
        <w:t>تو اس لیے ہر نبی کو وہی دین دیا گیا جو رسول اللہ کو دیا گیا۔ وکلا ہدینا ونوح ہدینا دین ہر زمانے میں کامل تھا۔</w:t>
      </w:r>
    </w:p>
    <w:p>
      <w:r>
        <w:rPr>
          <w:b/>
        </w:rPr>
        <w:t xml:space="preserve">[33:50] </w:t>
      </w:r>
      <w:r>
        <w:t>har zamanay mein mukammal tha. koi farq nahi raha. nafar bain adam rusli</w:t>
      </w:r>
    </w:p>
    <w:p>
      <w:pPr>
        <w:jc w:val="right"/>
      </w:pPr>
      <w:r>
        <w:t>ہر زمانے میں مکمل تھا۔ کوئی فرق نہیں رہا۔ نفر بین آدم رسلی</w:t>
      </w:r>
    </w:p>
    <w:p>
      <w:r>
        <w:rPr>
          <w:b/>
        </w:rPr>
        <w:t xml:space="preserve">[34:00] </w:t>
      </w:r>
      <w:r>
        <w:t>yeh sikhaya gaya hamein ke hum farq na karein mukhtalif nabiyon mein. toh pehla insaan bhi baaligh tha itna hi jitna ke aaj ka insaan baaligh hai.</w:t>
      </w:r>
    </w:p>
    <w:p>
      <w:pPr>
        <w:jc w:val="right"/>
      </w:pPr>
      <w:r>
        <w:t>یہ سکھایا گیا ہمیں کہ ہم فرق نہ کریں مختلف نبیوں میں۔ تو پہلا انسان بھی بالغ تھا اتنا ہی جتنا کہ آج کا انسان بالغ ہے۔</w:t>
      </w:r>
    </w:p>
    <w:p>
      <w:r>
        <w:rPr>
          <w:b/>
        </w:rPr>
        <w:t xml:space="preserve">[34:12] </w:t>
      </w:r>
      <w:r>
        <w:t>har zamanay ka deen wohi aaya. yeh jo cheez jis ko refer kiya jata hai yeh sab tamaddun ki cheezein hain. culture ki cheezein hain.</w:t>
      </w:r>
    </w:p>
    <w:p>
      <w:pPr>
        <w:jc w:val="right"/>
      </w:pPr>
      <w:r>
        <w:t>ہر زمانے کا دین وہی آیا۔ یہ جو چیز جس کو ریفر کیا جاتا ہے یہ سب تمدن کی چیزیں ہیں۔ کلچر کی چیزیں ہیں۔</w:t>
      </w:r>
    </w:p>
    <w:p>
      <w:r>
        <w:rPr>
          <w:b/>
        </w:rPr>
        <w:t xml:space="preserve">[34:21] </w:t>
      </w:r>
      <w:r>
        <w:t>iska talluq Islam mazhab se nahi hai. aap oont pe baithiye ya hawai jahaz pe chaliye is se koi farq nahi parta. there is other thing aap planet city ke andar rahiye ya pehle zamanay jaisay city ke andar rahiye.</w:t>
      </w:r>
    </w:p>
    <w:p>
      <w:pPr>
        <w:jc w:val="right"/>
      </w:pPr>
      <w:r>
        <w:t>اس کا تعلق اسلام مذہب سے نہیں ہے۔ آپ اونٹ پہ بیٹھیے یا ہوائی جہاز پہ چلیے اس سے کوئی فرق نہیں پڑتا۔ دیر از ادر تھنگ آپ پلانٹ سٹی کے اندر رہیے یا پہلے زمانے جیسے سٹی کے اندر رہیے۔</w:t>
      </w:r>
    </w:p>
    <w:p>
      <w:r>
        <w:rPr>
          <w:b/>
        </w:rPr>
        <w:t xml:space="preserve">[34:37] </w:t>
      </w:r>
      <w:r>
        <w:t>kachi imarat mein rahiye ya pakki imarat mein rahiye. is se koi farq nahi parta. woh religion ka subject hi nahi hai woh. yeh religion ka subject nahi hai yeh.</w:t>
      </w:r>
    </w:p>
    <w:p>
      <w:pPr>
        <w:jc w:val="right"/>
      </w:pPr>
      <w:r>
        <w:t>کچی عمارت میں رہیے یا پکی عمارت میں رہیے۔ اس سے کوئی فرق نہیں پڑتا۔ وہ ریلیجن کا سبجیکٹ ہی نہیں ہے وہ۔ یہ ریلیجن کا سبجیکٹ نہیں ہے یہ۔</w:t>
      </w:r>
    </w:p>
    <w:p>
      <w:r>
        <w:rPr>
          <w:b/>
        </w:rPr>
        <w:t xml:space="preserve">[34:49] </w:t>
      </w:r>
      <w:r>
        <w:t>Allah taala ka jo deen hai is ka subject yeh nahi hai ke aap pakki ghar banayein ya kachay ghar banayein. oont par baithein ya hawai jahaz par baithein.</w:t>
      </w:r>
    </w:p>
    <w:p>
      <w:pPr>
        <w:jc w:val="right"/>
      </w:pPr>
      <w:r>
        <w:t>اللہ تعالی کا جو دین ہے اس کا سبجیکٹ یہ نہیں ہے کہ آپ پکی گھر بنائیں یا کچے گھر بنائیں۔ اونٹ پر بیٹھیں یا ہوائی جہاز پر بیٹھیں۔</w:t>
      </w:r>
    </w:p>
    <w:p>
      <w:r>
        <w:rPr>
          <w:b/>
        </w:rPr>
        <w:t xml:space="preserve">[35:00] </w:t>
      </w:r>
      <w:r>
        <w:t>hoti hai ke aap ko Khuda ki marifat hasil ho. aap apne khalq ko jaanein. jo khalq jo creator hai jo sustainer hai us ko pehchanein.</w:t>
      </w:r>
    </w:p>
    <w:p>
      <w:pPr>
        <w:jc w:val="right"/>
      </w:pPr>
      <w:r>
        <w:t>ہوتی ہے کہ آپ کو خدا کی معرفت حاصل ہو۔ آپ اپنے خالق کو جانیں۔ جو خالق جو کریٹر ہے جو سسٹینر ہے اس کو پہچانیں۔</w:t>
      </w:r>
    </w:p>
    <w:p>
      <w:r>
        <w:rPr>
          <w:b/>
        </w:rPr>
        <w:t xml:space="preserve">[35:09] </w:t>
      </w:r>
      <w:r>
        <w:t>is se aap contact aap ka ho. is ki worship karein aap. is se aap dua karein. apni zindagi mein is ke is ke hukumon ko follow karein.</w:t>
      </w:r>
    </w:p>
    <w:p>
      <w:pPr>
        <w:jc w:val="right"/>
      </w:pPr>
      <w:r>
        <w:t>اس سے آپ کنٹیکٹ آپ کا ہو۔ اس کی ورشپ کریں آپ۔ اس سے آپ دعا کریں۔ اپنی زندگی میں اس کے اس کے حکموں کو فالو کریں۔</w:t>
      </w:r>
    </w:p>
    <w:p>
      <w:r>
        <w:rPr>
          <w:b/>
        </w:rPr>
        <w:t xml:space="preserve">[35:21] </w:t>
      </w:r>
      <w:r>
        <w:t>matlab sach bolein jhoot na bolein. aap honesty ke sath rahein dishonesty ke sath na rahein. dealing mein aap sahi dealing karein fair dealing ho aap ki.</w:t>
      </w:r>
    </w:p>
    <w:p>
      <w:pPr>
        <w:jc w:val="right"/>
      </w:pPr>
      <w:r>
        <w:t>مطلب سچ بولیں جھوٹ نہ بولیں۔ آپ اونسٹی کے ساتھ رہیں ڈس اونسٹی کے ساتھ نہ رہیں۔ ڈیلنگ میں آپ صحیح ڈیلنگ کریں فیئر ڈیلنگ ہو آپ کی۔</w:t>
      </w:r>
    </w:p>
    <w:p>
      <w:r>
        <w:rPr>
          <w:b/>
        </w:rPr>
        <w:t xml:space="preserve">[35:33] </w:t>
      </w:r>
      <w:r>
        <w:t>toh is Khuda ka jo deen aata hai is ka is se koi talluq nahi ke aap aap ka aap ka cultural level kya hai.</w:t>
      </w:r>
    </w:p>
    <w:p>
      <w:pPr>
        <w:jc w:val="right"/>
      </w:pPr>
      <w:r>
        <w:t>تو اس خدا کا جو دین آتا ہے اس کا اس سے کوئی تعلق نہیں کہ آپ آپ کا آپ کا کلچرل لیول کیا ہے۔</w:t>
      </w:r>
    </w:p>
    <w:p>
      <w:r>
        <w:rPr>
          <w:b/>
        </w:rPr>
        <w:t xml:space="preserve">[35:42] </w:t>
      </w:r>
      <w:r>
        <w:t>there is other thing is ko galat tor par buniyad banaya. criterion banaya. ab is se qadiyaniat nikal aayi.</w:t>
      </w:r>
    </w:p>
    <w:p>
      <w:pPr>
        <w:jc w:val="right"/>
      </w:pPr>
      <w:r>
        <w:t>دیر از ادر تھنگ اس کو غلط طور پر بنیاد بنایا۔ کرائٹیرین بنایا۔ اب اسے قادیانیت نکل آئی۔</w:t>
      </w:r>
    </w:p>
    <w:p>
      <w:r>
        <w:rPr>
          <w:b/>
        </w:rPr>
        <w:t xml:space="preserve">[35:56] </w:t>
      </w:r>
      <w:r>
        <w:t>is mein doosri baat yeh hai ke Quran mein hai ke na nazalna zikr wa inna lah hafizoon ke hum ne utara hai apna deen hum is ko mehfooz karne walay hain.</w:t>
      </w:r>
    </w:p>
    <w:p>
      <w:pPr>
        <w:jc w:val="right"/>
      </w:pPr>
      <w:r>
        <w:t>اس میں دوسری بات یہ ہے کہ قرآن میں ہے کہ نہ نزلنا ذکر وانا لہافظون کہ ہم نے اتارا ہے اپنا دین ہم اس کو محفوظ کرنے والے ہیں۔</w:t>
      </w:r>
    </w:p>
    <w:p>
      <w:r>
        <w:rPr>
          <w:b/>
        </w:rPr>
        <w:t xml:space="preserve">[36:09] </w:t>
      </w:r>
      <w:r>
        <w:t>toh deen ki hifazat ki guarantee Khuda ne le rakhi hai. ab kitna ridiculous kaam hai ke aap tahaffuz deen ke naam par conferences karte hain.</w:t>
      </w:r>
    </w:p>
    <w:p>
      <w:pPr>
        <w:jc w:val="right"/>
      </w:pPr>
      <w:r>
        <w:t>تو دین کی حفاظت کی گارنٹی خدا نے لے رکھی ہے۔ اب کتنا ریڈیکولس کام ہے کہ آپ تحفظ دین کے نام پر کانفرنسیں کرتے ہیں۔</w:t>
      </w:r>
    </w:p>
    <w:p>
      <w:r>
        <w:rPr>
          <w:b/>
        </w:rPr>
        <w:t xml:space="preserve">[36:19] </w:t>
      </w:r>
      <w:r>
        <w:t>bilkul ridiculous baat hai ridiculous. jab Khuda ne is ki zimmedari le li hai toh toh mehfooz rahega woh. kaun hai jo is ki hifazat ko khatray mein dalay?</w:t>
      </w:r>
    </w:p>
    <w:p>
      <w:pPr>
        <w:jc w:val="right"/>
      </w:pPr>
      <w:r>
        <w:t>بالکل ریڈیکولس بات ہے ریڈیکولس۔ جب خدا نے اس کی ذمہ داری لے لی ہے تو تو محفوظ رہے گا وہ۔ کون ہے جو اس کی حفاظت کو خطرے میں ڈالے؟</w:t>
      </w:r>
    </w:p>
    <w:p>
      <w:r>
        <w:rPr>
          <w:b/>
        </w:rPr>
        <w:t xml:space="preserve">[36:31] </w:t>
      </w:r>
      <w:r>
        <w:t>kis ke paas itna power hai? yeh sari conferences jo hoti hain tahaffuz deen ke naam par yeh bilkul absurd hai. absurd hai. Khuda ne utara hai yeh deen.</w:t>
      </w:r>
    </w:p>
    <w:p>
      <w:pPr>
        <w:jc w:val="right"/>
      </w:pPr>
      <w:r>
        <w:t>کس کے پاس اتنا پاور ہے؟ یہ ساری کانفرنسیں جو ہوتی ہیں تحفظ دین کے نام پر یہ بالکل ایبسرڈ ہے۔ ایبسرڈ ہے۔ خدا نے اتارا ہے یہ دین۔</w:t>
      </w:r>
    </w:p>
    <w:p>
      <w:r>
        <w:rPr>
          <w:b/>
        </w:rPr>
        <w:t xml:space="preserve">[36:44] </w:t>
      </w:r>
      <w:r>
        <w:t>Khuda hi is ki deen ke hifazat ka zaman hai. aur hifazat ho rahi hai woh is ki. Quran mein aap jante hain ke aik ayat ke barabar bhi koi badlav nahi aaya hai.</w:t>
      </w:r>
    </w:p>
    <w:p>
      <w:pPr>
        <w:jc w:val="right"/>
      </w:pPr>
      <w:r>
        <w:t>خدا ہی اس کی دین کے حفاظت کا ضامن ہے۔ اور حفاظت ہو رہی ہے وہ اس کی۔ قرآن میں آپ جانتے ہیں کہ ایک ایت کے برابر بھی کوئی بدلاؤ نہیں آیا ہے۔</w:t>
      </w:r>
    </w:p>
    <w:p>
      <w:r>
        <w:rPr>
          <w:b/>
        </w:rPr>
        <w:t xml:space="preserve">[36:55] </w:t>
      </w:r>
      <w:r>
        <w:t>toh yeh Khuda ne khud zimmedari le rakhi hai. tahaffuz deen ke dekhiye tahaffuz deen ke naam par conferences nahi honi chahiye.</w:t>
      </w:r>
    </w:p>
    <w:p>
      <w:pPr>
        <w:jc w:val="right"/>
      </w:pPr>
      <w:r>
        <w:t>تو یہ خدا نے خود ذمہ داری لے رکھی ہے۔ تحفظ دین کے دیکھیے تحفظ دین کے نام پر کانفرنسیں نہیں ہونی چاہیے۔</w:t>
      </w:r>
    </w:p>
    <w:p>
      <w:r>
        <w:rPr>
          <w:b/>
        </w:rPr>
        <w:t xml:space="preserve">[37:04] </w:t>
      </w:r>
      <w:r>
        <w:t>dawat deen ke naam par honi chahiye. hamara kaam tahaffuz nahi hamara kaam dawat hai.</w:t>
      </w:r>
    </w:p>
    <w:p>
      <w:pPr>
        <w:jc w:val="right"/>
      </w:pPr>
      <w:r>
        <w:t>دعوت دین کے نام پر ہونی چاہیے۔ ہمارا کام تحفظ نہیں ہمارا کام دعوت ہے۔</w:t>
      </w:r>
    </w:p>
    <w:p>
      <w:r>
        <w:rPr>
          <w:b/>
        </w:rPr>
        <w:t xml:space="preserve">[37:13] </w:t>
      </w:r>
      <w:r>
        <w:t>aisay nadani ki baat hai jaise tahaffuz hayat karein aap kisi ko marne nahi mujhe marne nahi dena hai logon ko hum tahaffuz hayat ke naam par conferences kareinge. bilkul stupid kaam hoga woh.</w:t>
      </w:r>
    </w:p>
    <w:p>
      <w:pPr>
        <w:jc w:val="right"/>
      </w:pPr>
      <w:r>
        <w:t>ایسے نادانی کی بات ہے جیسے تحفظ حیات کریں آپ کسی کو مرنے نہیں مجھے مرنے نہیں دینا ہے لوگوں کو ہم تحفظ حیات کے نام پر کانفرنسیں کریں گے۔ بالکل اسٹیپڈ کام ہوگا وہ۔</w:t>
      </w:r>
    </w:p>
    <w:p>
      <w:r>
        <w:rPr>
          <w:b/>
        </w:rPr>
        <w:t xml:space="preserve">[37:25] </w:t>
      </w:r>
      <w:r>
        <w:t>aap ke bas mein nahi hai ke aap kisi ko marne na dein. toh tahaffuz hayat ke naam par conferences karna jitna ziyada aik ridiculous baat hai utni ridiculous baat yeh baat bhi hai ke tahaffuz deen ke naam par kaam conferences karna.</w:t>
      </w:r>
    </w:p>
    <w:p>
      <w:pPr>
        <w:jc w:val="right"/>
      </w:pPr>
      <w:r>
        <w:t>آپ کے بس میں نہیں ہے کہ آپ کسی کو مرنے نہ دیں۔ تو تحفظ حیات کے نام پر کانفرنسیں کرنا جتنا زیادہ ایک ریڈیکولس بات ہے اتنی ریڈیکولس بات یہ بات بھی ہے کہ تحفظ دین کے نام پر کام کانفرنسیں کرنا۔</w:t>
      </w:r>
    </w:p>
    <w:p>
      <w:r>
        <w:rPr>
          <w:b/>
        </w:rPr>
        <w:t xml:space="preserve">[37:42] </w:t>
      </w:r>
      <w:r>
        <w:t>aap ka kaam hai dawat aap ka kaam hai tablegh aap ka kaam hai khuda ke masjid ko pahunchana. to khud hamare ulma ki badtareen nadani ke nateejay mein qadianiyat paida hui.</w:t>
      </w:r>
    </w:p>
    <w:p>
      <w:pPr>
        <w:jc w:val="right"/>
      </w:pPr>
      <w:r>
        <w:t>آپ کا کام ہے دعوت آپ کا کام ہے تبلیغ آپ کا کام ہے خدا کے مسجد کو پہنچانا۔ تو خود ہمارے علماء کی بدترین نادانی کے نتیجے میں قادیانیت پیدا ہوئی۔</w:t>
      </w:r>
    </w:p>
    <w:p>
      <w:r>
        <w:rPr>
          <w:b/>
        </w:rPr>
        <w:t xml:space="preserve">[37:58] </w:t>
      </w:r>
      <w:r>
        <w:t>aur zimmedar kis ko thahra rahe hain? qadianiyat ko.</w:t>
      </w:r>
    </w:p>
    <w:p>
      <w:pPr>
        <w:jc w:val="right"/>
      </w:pPr>
      <w:r>
        <w:t>اور ذمہ دار کس کو ٹھہرا رہے ہیں؟ قادیانیت کو۔</w:t>
      </w:r>
    </w:p>
    <w:p>
      <w:r>
        <w:rPr>
          <w:b/>
        </w:rPr>
        <w:t xml:space="preserve">[38:07] </w:t>
      </w:r>
      <w:r>
        <w:t>to yeh logon ka pehla kaam hai main kehta hoon ke qadiani ke maamle mein nipatne ka pehla kaam yeh hai ke aap apni ghalti ko maanein ke we were wrong.</w:t>
      </w:r>
    </w:p>
    <w:p>
      <w:pPr>
        <w:jc w:val="right"/>
      </w:pPr>
      <w:r>
        <w:t>تو یہ لوگوں کا پہلا کام ہے میں کہتا ہوں کہ قادیانی کے معاملے میں نپٹنے کا پہلا کام یہ ہے کہ آپ اپنی غلطی کو مانیں کہ وی ویر رونگ۔</w:t>
      </w:r>
    </w:p>
    <w:p>
      <w:r>
        <w:rPr>
          <w:b/>
        </w:rPr>
        <w:t xml:space="preserve">[38:19] </w:t>
      </w:r>
      <w:r>
        <w:t>ke hum ne ghalat criterion istemal kiya is se unhein mauqa mil gaya. yaani goya ke unhone ek situation create ki us ko ovel kiya qadiani logon ne.</w:t>
      </w:r>
    </w:p>
    <w:p>
      <w:pPr>
        <w:jc w:val="right"/>
      </w:pPr>
      <w:r>
        <w:t>کہ ہم نے غلط کرائٹیرین استعمال کیا اس سے انہیں موقع مل گیا۔ یعنی گویا کہ انہوں نے ایک سچوئیشن کریٹ کی اس کو اویل کیا قادیانی لوگوں نے۔</w:t>
      </w:r>
    </w:p>
    <w:p>
      <w:r>
        <w:rPr>
          <w:b/>
        </w:rPr>
        <w:t xml:space="preserve">[38:32] </w:t>
      </w:r>
      <w:r>
        <w:t>yahan ek negative misaal hai is ki ke khud hamare ulma ne aisi ek situation create ki jis ko bohat hoshiyari ke sath qadiani logon ne ovel kiya aur nai nabuwat ka dawa kar diya ke ab ke khwaja ghulam ahmad qadiani jo hain woh nabi hain.</w:t>
      </w:r>
    </w:p>
    <w:p>
      <w:pPr>
        <w:jc w:val="right"/>
      </w:pPr>
      <w:r>
        <w:t>یہاں ایک نیگیٹیو مثال ہے اس کی کہ خود ہمارے علماء نے ایسی ایک سچوئیشن کریٹ کی جس کو بہت ہوشیاری کے ساتھ قادیانی لوگوں نے اویل کیا اور نئی نبوت کا دعوی کر دیا کہ اب کہ خواجہ غلام احمد قادیانی جو ہیں وہ نبی ہیں۔</w:t>
      </w:r>
    </w:p>
    <w:p>
      <w:r>
        <w:rPr>
          <w:b/>
        </w:rPr>
        <w:t xml:space="preserve">[38:56] </w:t>
      </w:r>
      <w:r>
        <w:t>naya nabi bilashuba ab koi aanay wala nahi hai. rasool Allah aakhri nabi hain. final prophet hain. lekin daleel kya hai? daleel yeh nahi hai ke jab maturity pahunch chuki thi insaan mein tabah paaye.</w:t>
      </w:r>
    </w:p>
    <w:p>
      <w:pPr>
        <w:jc w:val="right"/>
      </w:pPr>
      <w:r>
        <w:t>نیا نبی بلاشبہ اب کوئی انے والا نہیں ہے۔ رسول اللہ اخری نبی ہیں۔ فائنل پرافٹ ہیں۔ لیکن دلیل کیا ہے؟ دلیل یہ نہیں ہے کہ جب میچورٹی پہنچ ہو اچکی تھی انسان میں تباہ پائے۔</w:t>
      </w:r>
    </w:p>
    <w:p>
      <w:r>
        <w:rPr>
          <w:b/>
        </w:rPr>
        <w:t xml:space="preserve">[39:11] </w:t>
      </w:r>
      <w:r>
        <w:t>yeh bilkul absurd baat hai. absurd baat hai.</w:t>
      </w:r>
    </w:p>
    <w:p>
      <w:pPr>
        <w:jc w:val="right"/>
      </w:pPr>
      <w:r>
        <w:t>یہ بالکل ایبسرڈ بات ہے۔ ایبسرڈ بات ہے۔</w:t>
      </w:r>
    </w:p>
    <w:p>
      <w:r>
        <w:rPr>
          <w:b/>
        </w:rPr>
        <w:t xml:space="preserve">[39:19] </w:t>
      </w:r>
      <w:r>
        <w:t>dekhiye naya nabi aata hai kyun? is ka sirf ek hi wajah hai ke khuda ka bheja hua jo wahi hai revelation hai jo deen hai woh mehfooz na rahe.</w:t>
      </w:r>
    </w:p>
    <w:p>
      <w:pPr>
        <w:jc w:val="right"/>
      </w:pPr>
      <w:r>
        <w:t>دیکھیے نیا نبی آتا ہے کیوں؟ اس کا صرف ایک ہی وجہ ہے کہ خدا کا بھیجا ہوا جو وحی ہے ریولیشن ہے جو دین ہے وہ محفوظ نہ رہے۔</w:t>
      </w:r>
    </w:p>
    <w:p>
      <w:r>
        <w:rPr>
          <w:b/>
        </w:rPr>
        <w:t xml:space="preserve">[39:32] </w:t>
      </w:r>
      <w:r>
        <w:t>quran jo hai nabi ka numainda hai. quran jo hai ya khuda ki jo kitab hai woh nabi ko represent karti hai. to ya to dunya mein nabi hoga ya is ka represent karne wala kitab hogi.</w:t>
      </w:r>
    </w:p>
    <w:p>
      <w:pPr>
        <w:jc w:val="right"/>
      </w:pPr>
      <w:r>
        <w:t>قرآن جو ہے نبی کا نمائندہ ہے۔ قرآن جو ہے یا خدا کی جو کتاب ہے وہ نبی کو ریپریزنٹ کرتی ہے۔ تو یا تو دنیا میں نبی ہوگا یا اس کا ریپریزنٹ کرنے والا کتاب ہوگی۔</w:t>
      </w:r>
    </w:p>
    <w:p>
      <w:r>
        <w:rPr>
          <w:b/>
        </w:rPr>
        <w:t xml:space="preserve">[39:48] </w:t>
      </w:r>
      <w:r>
        <w:t>do mein se ek cheez hogi. jab yeh nahi hai tab naya nabi aayega. to jab quran mehfooz hai to khuda khuda ka kalam mehfooz hai to goya ke nabi ko represent karne wala jo jo jo jo book hai woh maujood hai.</w:t>
      </w:r>
    </w:p>
    <w:p>
      <w:pPr>
        <w:jc w:val="right"/>
      </w:pPr>
      <w:r>
        <w:t>دو میں سے ایک چیز ہوگی۔ جب یہ نر ہے تب نیا نبی آئے گا۔ تو جب قرآن محفوظ ہے تو خدا خدا کا کلام محفوظ ہے تو گویا کہ نبی کو ریپریزنٹ کرنے والا جو جو جو جو بک ہے وہ موجود ہے۔</w:t>
      </w:r>
    </w:p>
    <w:p>
      <w:r>
        <w:rPr>
          <w:b/>
        </w:rPr>
        <w:t xml:space="preserve">[40:09] </w:t>
      </w:r>
      <w:r>
        <w:t>to phir nabi kis liye aayega?</w:t>
      </w:r>
    </w:p>
    <w:p>
      <w:pPr>
        <w:jc w:val="right"/>
      </w:pPr>
      <w:r>
        <w:t>تو پھر نبی کس لیے آئے گا؟</w:t>
      </w:r>
    </w:p>
    <w:p>
      <w:r>
        <w:rPr>
          <w:b/>
        </w:rPr>
        <w:t xml:space="preserve">[40:13] </w:t>
      </w:r>
      <w:r>
        <w:t>to nai nabuwat ka nai nabuwat ka taluq hifazat quran se hai na ke na ke tamadduni taraqqi se.</w:t>
      </w:r>
    </w:p>
    <w:p>
      <w:pPr>
        <w:jc w:val="right"/>
      </w:pPr>
      <w:r>
        <w:t>تو نئی نبیت کا نئی نبوت کا تعلق حفاظت قرآن سے ہے نہ کہ نہ کہ تمدنی ترقی سے۔</w:t>
      </w:r>
    </w:p>
    <w:p>
      <w:r>
        <w:rPr>
          <w:b/>
        </w:rPr>
        <w:t xml:space="preserve">[40:22] </w:t>
      </w:r>
      <w:r>
        <w:t>tamadduni taraqqi se koi taluq nahi hai.</w:t>
      </w:r>
    </w:p>
    <w:p>
      <w:pPr>
        <w:jc w:val="right"/>
      </w:pPr>
      <w:r>
        <w:t>تمدنی ترقی سے کوئی تعلق نہیں ہے۔</w:t>
      </w:r>
    </w:p>
    <w:p>
      <w:r>
        <w:rPr>
          <w:b/>
        </w:rPr>
        <w:t xml:space="preserve">[40:27] </w:t>
      </w:r>
      <w:r>
        <w:t>to ek philosophy create ki hai evolution walon ne ke pehla insan jo tha bandar tha us se pehle kya tha phir kya tha phir insan bana yeh sab bilkul absurd baatein hain.</w:t>
      </w:r>
    </w:p>
    <w:p>
      <w:pPr>
        <w:jc w:val="right"/>
      </w:pPr>
      <w:r>
        <w:t>تو ایک فلسفے کریٹ کی ہے ایولوشن والوں نے کہ پہلا انسان جو تھا بندر تھا اس سے پہلے کیا تھا پھر کیا تھا پھر انسان بنا یہ سب بالکل ایبسرڈ باتیں ہیں۔</w:t>
      </w:r>
    </w:p>
    <w:p>
      <w:r>
        <w:rPr>
          <w:b/>
        </w:rPr>
        <w:t xml:space="preserve">[40:38] </w:t>
      </w:r>
      <w:r>
        <w:t>pehla insan bhi itna hi zyada waise hi dimagh rakhta tha jaisa ke aaj ka insan dimagh rakhta hai.</w:t>
      </w:r>
    </w:p>
    <w:p>
      <w:pPr>
        <w:jc w:val="right"/>
      </w:pPr>
      <w:r>
        <w:t>پہلا انسان بھی اتنا ہی زیادہ ویسے ہی دماغ رکھتا تھا جیسا کہ آج کا انسان دماغ رکھتا ہے۔</w:t>
      </w:r>
    </w:p>
    <w:p>
      <w:r>
        <w:rPr>
          <w:b/>
        </w:rPr>
        <w:t xml:space="preserve">[40:48] </w:t>
      </w:r>
      <w:r>
        <w:t>is mein koi shaq nahi hai. maine is ko bohat padha hai aur main is ko bilkul absurd samajhta hoon. bahesiyat bahesiyat potential ke koi farq nahi aaj ke insan mein aur pehle insan mein koi farq nahi hai.</w:t>
      </w:r>
    </w:p>
    <w:p>
      <w:pPr>
        <w:jc w:val="right"/>
      </w:pPr>
      <w:r>
        <w:t>اس میں کوئی شک نہیں ہے۔ میں نے اس کو بہت پڑھا ہے اور میں اس کو بالکل ایبسرڈ سمجھتا ہوں۔ بحیثیت بحیثیت پوٹینشل کے کوئی فرق نہیں آج کے انسان میں اور پہلے انسان میں کوئی فرق نہیں ہے۔</w:t>
      </w:r>
    </w:p>
    <w:p>
      <w:r>
        <w:rPr>
          <w:b/>
        </w:rPr>
        <w:t xml:space="preserve">[41:06] </w:t>
      </w:r>
      <w:r>
        <w:t>to goya ke yeh nazariya aur doosri philosophy paida ki hamare ulma ne ke maan liya ke seven century mein buloogh ka darja agaya tha yaani maturity ka darja agaya tha.</w:t>
      </w:r>
    </w:p>
    <w:p>
      <w:pPr>
        <w:jc w:val="right"/>
      </w:pPr>
      <w:r>
        <w:t>تو گویا کہ یہ نظریہ اور دوسری فلسفی پیدا کی ہمارے علماء نے کہ مان لیا کہ سیون سینچری میں بلوغ کا درجہ اگیا تھا یعنی میچورٹی کا درجہ اگیا تھا۔</w:t>
      </w:r>
    </w:p>
    <w:p>
      <w:r>
        <w:rPr>
          <w:b/>
        </w:rPr>
        <w:t xml:space="preserve">[41:18] </w:t>
      </w:r>
      <w:r>
        <w:t>yeh bilkul absurd baat hai. is se nikal aayi qadianiyat. to evolution se nikla tha ilhad ke khuda ki zaroorat hi nahi hai sab kuch ho raha hai apne aap.</w:t>
      </w:r>
    </w:p>
    <w:p>
      <w:pPr>
        <w:jc w:val="right"/>
      </w:pPr>
      <w:r>
        <w:t>یہ بالکل ایبسرڈ بات ہے۔ اس سے نکل آئی قادیانیت۔ تو ایولوشن سے نکلا تھا الحاد کہ خدا کی ضرورت ہی نہیں ہے سب کچھ ہو رہا ہے اپنے آپ۔</w:t>
      </w:r>
    </w:p>
    <w:p>
      <w:r>
        <w:rPr>
          <w:b/>
        </w:rPr>
        <w:t xml:space="preserve">[41:32] </w:t>
      </w:r>
      <w:r>
        <w:t>evolution se nikla tha ilhad aur hamare ulma ne jo jo interpretation diya khatm nabuwat ka us se nikal aayi qadianiyat. yeh sara qissa.</w:t>
      </w:r>
    </w:p>
    <w:p>
      <w:pPr>
        <w:jc w:val="right"/>
      </w:pPr>
      <w:r>
        <w:t>ایولوشن سے نکلا تھا الحاد اور ہمارے علماء نے جو جو انٹرپریٹیشن دیا ختم نبوت کا اس سے نکل آئی قادیانیت۔ یہ سارا قصہ۔</w:t>
      </w:r>
    </w:p>
    <w:p>
      <w:r>
        <w:rPr>
          <w:b/>
        </w:rPr>
        <w:t xml:space="preserve">[41:44] </w:t>
      </w:r>
      <w:r>
        <w:t>to behal is waqt mein jo chahta hoon jis baat ko main fazes de raha hoon woh yeh hai ke aap yeh janiye ke law of nature kya hai? khuda ka nizam kya hai?</w:t>
      </w:r>
    </w:p>
    <w:p>
      <w:pPr>
        <w:jc w:val="right"/>
      </w:pPr>
      <w:r>
        <w:t>تو بہرحال اس وقت میں جو چاہتا ہوں جس بات کو میں فیسز دے رہا ہوں وہ یہ ہے کہ آپ یہ جانیے کہ لاء آف نیچر کیا ہے؟ خدا کا نظام کیا ہے؟</w:t>
      </w:r>
    </w:p>
    <w:p>
      <w:r>
        <w:rPr>
          <w:b/>
        </w:rPr>
        <w:t xml:space="preserve">[41:58] </w:t>
      </w:r>
      <w:r>
        <w:t>history kaise chal rahi hai? khuda ke kis qanoon ke tehat? woh yeh hai ke dunya mein Allah taala ne sab ko mauqa de rakha hai. sab ko freedom hai.</w:t>
      </w:r>
    </w:p>
    <w:p>
      <w:pPr>
        <w:jc w:val="right"/>
      </w:pPr>
      <w:r>
        <w:t>ہسٹری کیسے چل رہی ہے؟ خدا کے کس قانون کے تحت؟ وہ یہ ہے کہ دنیا میں اللہ تعالی نے سب کو موقع دے رکھا ہے۔ سب کو فریڈم ہے۔</w:t>
      </w:r>
    </w:p>
    <w:p>
      <w:r>
        <w:rPr>
          <w:b/>
        </w:rPr>
        <w:t xml:space="preserve">[42:09] </w:t>
      </w:r>
      <w:r>
        <w:t>sab ko freedom hai. itni freedom hai ke ek insan jo hai peghambar ko qatal kar sakta hai. ek insan jo hai khalifa khalifa Islam ko qatal kar sakta hai.</w:t>
      </w:r>
    </w:p>
    <w:p>
      <w:pPr>
        <w:jc w:val="right"/>
      </w:pPr>
      <w:r>
        <w:t>سب کو فریڈم ہے۔ اتنی فریڈم ہے کہ ایک انسان جو ہے پیغمبر کو قتل کر سکتا ہے۔ ایک انسان جو ہے خلیفہ خلیفہ اسلام کو قتل کر سکتا ہے۔</w:t>
      </w:r>
    </w:p>
    <w:p>
      <w:r>
        <w:rPr>
          <w:b/>
        </w:rPr>
        <w:t xml:space="preserve">[42:20] </w:t>
      </w:r>
      <w:r>
        <w:t>ek insan maa baat maa ghazi ko qatal kar sakta hai. yeh hai misuse of freedom ka phenomenon. to har ek ko freedom hai.</w:t>
      </w:r>
    </w:p>
    <w:p>
      <w:pPr>
        <w:jc w:val="right"/>
      </w:pPr>
      <w:r>
        <w:t>ایک انسان ماں بات ماں غازی کو قتل کر سکتا ہے۔ یہ ہے مس یوز آف فریڈم کا فیناومینا۔ تو ہر ایک کو فریڈم ہے۔</w:t>
      </w:r>
    </w:p>
    <w:p>
      <w:r>
        <w:rPr>
          <w:b/>
        </w:rPr>
        <w:t xml:space="preserve">[42:30] </w:t>
      </w:r>
      <w:r>
        <w:t>har ek apni koshish karega. har har ek apni dunya banana chahega. isi darmian mein kuch situation create hoti hai.</w:t>
      </w:r>
    </w:p>
    <w:p>
      <w:pPr>
        <w:jc w:val="right"/>
      </w:pPr>
      <w:r>
        <w:t>ہر ایک اپنی کوشش کرے گا۔ ہر ہر ایک اپنی دنیا بنانا چاہے گا۔ اسی درمیان میں کچھ سچوئیشن کریٹ ہوتی ہے۔</w:t>
      </w:r>
    </w:p>
    <w:p>
      <w:r>
        <w:rPr>
          <w:b/>
        </w:rPr>
        <w:t xml:space="preserve">[42:40] </w:t>
      </w:r>
      <w:r>
        <w:t>kuch opportunities nikalti hain. is ko aap ovel kar saken.</w:t>
      </w:r>
    </w:p>
    <w:p>
      <w:pPr>
        <w:jc w:val="right"/>
      </w:pPr>
      <w:r>
        <w:t>کچھ اپرچونیٹیز نکلتی ہیں۔ اس کو آپ اویل کر سکیں۔</w:t>
      </w:r>
    </w:p>
    <w:p>
      <w:r>
        <w:rPr>
          <w:b/>
        </w:rPr>
        <w:t xml:space="preserve">[42:47] </w:t>
      </w:r>
      <w:r>
        <w:t>jaise mein ek misaal doon aap ko samajhne ke liye ke angrez India mein aaye do sau saal tak unhon ne rule kiya. 200 years tak.</w:t>
      </w:r>
    </w:p>
    <w:p>
      <w:pPr>
        <w:jc w:val="right"/>
      </w:pPr>
      <w:r>
        <w:t>جیسے میں ایک مثال دوں آپ کو سمجھنے کے لیے کہ انگریز انڈیا میں آئے دو سو سال تک انہوں نے رول کیا۔ 200 ایئرز تک۔</w:t>
      </w:r>
    </w:p>
    <w:p>
      <w:r>
        <w:rPr>
          <w:b/>
        </w:rPr>
        <w:t xml:space="preserve">[42:59] </w:t>
      </w:r>
      <w:r>
        <w:t>to lord macaulay ne ek plan banaya ke India mein english phailai jaye. aap jante hain is se pehle aap parshian thi.</w:t>
      </w:r>
    </w:p>
    <w:p>
      <w:pPr>
        <w:jc w:val="right"/>
      </w:pPr>
      <w:r>
        <w:t>تو لارڈ میکالے نے ایک پلان بنایا کہ انڈیا میں انگلش پھیلائی جائے۔ آپ جانتے ہیں اس سے پہلے آپ پرشین تھی۔</w:t>
      </w:r>
    </w:p>
    <w:p>
      <w:r>
        <w:rPr>
          <w:b/>
        </w:rPr>
        <w:t xml:space="preserve">[43:09] </w:t>
      </w:r>
      <w:r>
        <w:t>parshian muslim zamane mein. to lord macaulay ne kaha ke yahan par english education phailai jaye. english zaban phailai jaye.</w:t>
      </w:r>
    </w:p>
    <w:p>
      <w:pPr>
        <w:jc w:val="right"/>
      </w:pPr>
      <w:r>
        <w:t>پرشین مسلم زمانے میں۔ تو لارڈ میکالے نے کہا کہ یہاں پر انگلش ایجوکیشن پھیلائی جائے۔ انگلش زبان پھیلائی جائے۔</w:t>
      </w:r>
    </w:p>
    <w:p>
      <w:r>
        <w:rPr>
          <w:b/>
        </w:rPr>
        <w:t xml:space="preserve">[43:20] </w:t>
      </w:r>
      <w:r>
        <w:t>samajhta tha ke is tarah se hum India ke logon ko british sarkaar ka wafadar bana sakenge. is ka bohat hi mashhoor is ka woh hai is ne kaha tha ke so that a generation may arise.</w:t>
      </w:r>
    </w:p>
    <w:p>
      <w:pPr>
        <w:jc w:val="right"/>
      </w:pPr>
      <w:r>
        <w:t>سمجھتا تھا کہ اس طرح سے ہم انڈیا کے لوگوں کو برٹش سرکار کا وفادار بنا سکیں گے۔ اس کا بہت ہی مشہور اس کا وہ ہے اس نے کہا تھا کہ سو دیٹ ا جنریشن می ارائز۔</w:t>
      </w:r>
    </w:p>
    <w:p>
      <w:r>
        <w:rPr>
          <w:b/>
        </w:rPr>
        <w:t xml:space="preserve">[43:36] </w:t>
      </w:r>
      <w:r>
        <w:t>so that a generation may arise that will be indian in british.</w:t>
      </w:r>
    </w:p>
    <w:p>
      <w:pPr>
        <w:jc w:val="right"/>
      </w:pPr>
      <w:r>
        <w:t>سو دیٹ ا جنریشن می ارائز دیٹ ول بی انڈین ان برٹش۔</w:t>
      </w:r>
    </w:p>
    <w:p>
      <w:r>
        <w:rPr>
          <w:b/>
        </w:rPr>
        <w:t xml:space="preserve">[43:47] </w:t>
      </w:r>
      <w:r>
        <w:t>indian in birth and british in thought. so that a generation may arise which will be indian in birth and british in thought.</w:t>
      </w:r>
    </w:p>
    <w:p>
      <w:pPr>
        <w:jc w:val="right"/>
      </w:pPr>
      <w:r>
        <w:t>انڈین ان برتھ اینڈ برٹش ان تھاٹ۔ سو دیٹ ا جنریشن می ارائز وچ ول بی انڈین ان برتھ اینڈ برٹش ان تھاٹ۔</w:t>
      </w:r>
    </w:p>
    <w:p>
      <w:r>
        <w:rPr>
          <w:b/>
        </w:rPr>
        <w:t xml:space="preserve">[43:57] </w:t>
      </w:r>
      <w:r>
        <w:t>aisa kuch tha alhamdulillah. to apne maqsad ke liye unhon ne angrezi zaban ko chalu kiya rise kiya yahan par apne interest ke liye apne political interest ke liye.</w:t>
      </w:r>
    </w:p>
    <w:p>
      <w:pPr>
        <w:jc w:val="right"/>
      </w:pPr>
      <w:r>
        <w:t>ایسا کچھ تھا الحمدللہ۔ تو اپنے مقصد کے لیے انہوں نے انگریزی زبان کو چالو کیا رائز کیا یہاں پر اپنے انٹرسٹ کے لیے اپنے پولیٹیکل انٹرسٹ کے لیے۔</w:t>
      </w:r>
    </w:p>
    <w:p>
      <w:r>
        <w:rPr>
          <w:b/>
        </w:rPr>
        <w:t xml:space="preserve">[44:09] </w:t>
      </w:r>
      <w:r>
        <w:t>aik aik shakhs musawwar mein nikla sare log us ke negative ho gaye sare ulama one to all</w:t>
      </w:r>
    </w:p>
    <w:p>
      <w:pPr>
        <w:jc w:val="right"/>
      </w:pPr>
      <w:r>
        <w:t>ایک ایک شخص مصور میں نکلا سارے لوگ اس کے نیگیٹیو ہو گئے سارے علماء ون ٹو ال</w:t>
      </w:r>
    </w:p>
    <w:p>
      <w:r>
        <w:rPr>
          <w:b/>
        </w:rPr>
        <w:t xml:space="preserve">[44:16] </w:t>
      </w:r>
      <w:r>
        <w:t>negative ho gaye lekin ek shakhs nikla samajhdar Sir Syed Ahmed Khan is ne is ko avail kiya</w:t>
      </w:r>
    </w:p>
    <w:p>
      <w:pPr>
        <w:jc w:val="right"/>
      </w:pPr>
      <w:r>
        <w:t>نیگیٹیو ہو گئے لیکن ایک شخص نکلا سمجھدار سر سید احمد خان اس نے اس کو اویل کیا</w:t>
      </w:r>
    </w:p>
    <w:p>
      <w:r>
        <w:rPr>
          <w:b/>
        </w:rPr>
        <w:t xml:space="preserve">[44:22] </w:t>
      </w:r>
      <w:r>
        <w:t>is situation ko</w:t>
      </w:r>
    </w:p>
    <w:p>
      <w:pPr>
        <w:jc w:val="right"/>
      </w:pPr>
      <w:r>
        <w:t>اس سچوئیشن کو</w:t>
      </w:r>
    </w:p>
    <w:p>
      <w:r>
        <w:rPr>
          <w:b/>
        </w:rPr>
        <w:t xml:space="preserve">[44:25] </w:t>
      </w:r>
      <w:r>
        <w:t>hinduon mein nikle Madan Mohan Malviya do aadmi paida hue</w:t>
      </w:r>
    </w:p>
    <w:p>
      <w:pPr>
        <w:jc w:val="right"/>
      </w:pPr>
      <w:r>
        <w:t>ہندوؤں میں نکلے مدن موہن مالویہ دو ادمی پیدا ہوئے</w:t>
      </w:r>
    </w:p>
    <w:p>
      <w:r>
        <w:rPr>
          <w:b/>
        </w:rPr>
        <w:t xml:space="preserve">[44:30] </w:t>
      </w:r>
      <w:r>
        <w:t>aur sab negative ho gaye the</w:t>
      </w:r>
    </w:p>
    <w:p>
      <w:pPr>
        <w:jc w:val="right"/>
      </w:pPr>
      <w:r>
        <w:t>اور سب نیگیٹیو ہو گئے تھے</w:t>
      </w:r>
    </w:p>
    <w:p>
      <w:r>
        <w:rPr>
          <w:b/>
        </w:rPr>
        <w:t xml:space="preserve">[44:34] </w:t>
      </w:r>
      <w:r>
        <w:t>yani musalmanon mein sab ke sab ho gaye hinduon mein sab ke sab nahi hue the lekin majority</w:t>
      </w:r>
    </w:p>
    <w:p>
      <w:pPr>
        <w:jc w:val="right"/>
      </w:pPr>
      <w:r>
        <w:t>یعنی مسلمانوں میں سب کے سب ہو گئے ہندوؤں میں سب کے سب نہیں ہوئے تھے لیکن میجورٹی</w:t>
      </w:r>
    </w:p>
    <w:p>
      <w:r>
        <w:rPr>
          <w:b/>
        </w:rPr>
        <w:t xml:space="preserve">[44:40] </w:t>
      </w:r>
      <w:r>
        <w:t>un mein bhi negative ho gayi thi</w:t>
      </w:r>
    </w:p>
    <w:p>
      <w:pPr>
        <w:jc w:val="right"/>
      </w:pPr>
      <w:r>
        <w:t>ان میں بھی نیگیٹیو ہو گئی تھی</w:t>
      </w:r>
    </w:p>
    <w:p>
      <w:r>
        <w:rPr>
          <w:b/>
        </w:rPr>
        <w:t xml:space="preserve">[44:43] </w:t>
      </w:r>
      <w:r>
        <w:t>to is situation ek woh apne favor mein avail kiya Sir Syed ne Muslim University bana kar ke</w:t>
      </w:r>
    </w:p>
    <w:p>
      <w:pPr>
        <w:jc w:val="right"/>
      </w:pPr>
      <w:r>
        <w:t>تو اس سچوئیشن ایک وہ اپنے فیور میں اویل کیا سر سید نے مسلم یونیورسٹی بنا کر کے</w:t>
      </w:r>
    </w:p>
    <w:p>
      <w:r>
        <w:rPr>
          <w:b/>
        </w:rPr>
        <w:t xml:space="preserve">[44:50] </w:t>
      </w:r>
      <w:r>
        <w:t>Madan Mohan Malviya ne is ko avail kiya Hindu University bana kar ke agar</w:t>
      </w:r>
    </w:p>
    <w:p>
      <w:pPr>
        <w:jc w:val="right"/>
      </w:pPr>
      <w:r>
        <w:t>بدن موہن مالویہ نے اس کو اویل کیا ہندو یونیورسٹی بنا کر کے اگر</w:t>
      </w:r>
    </w:p>
    <w:p>
      <w:r>
        <w:rPr>
          <w:b/>
        </w:rPr>
        <w:t xml:space="preserve">[44:55] </w:t>
      </w:r>
      <w:r>
        <w:t>aap ne parhe honge un ki tareekh to aap jante honge ke dono university government of Britannia ke ke bohat zabardast सहयोग se bani thi</w:t>
      </w:r>
    </w:p>
    <w:p>
      <w:pPr>
        <w:jc w:val="right"/>
      </w:pPr>
      <w:r>
        <w:t>آپ نے پڑھے ہوں گے ان کی تاریخ تو آپ جانتے ہوں گے کہ دونوں یونیورسٹی گورنمنٹ اف برطانیہ کے کے بہت زبردست تعاون سے بنی تھی</w:t>
      </w:r>
    </w:p>
    <w:p>
      <w:r>
        <w:rPr>
          <w:b/>
        </w:rPr>
        <w:t xml:space="preserve">[45:06] </w:t>
      </w:r>
      <w:r>
        <w:t>Hindu University bhi zabardast સહયોગ hasil tha British government ka in ka support hasil tha aur Muslim University bhi zabardast support hasil tha British government ka</w:t>
      </w:r>
    </w:p>
    <w:p>
      <w:pPr>
        <w:jc w:val="right"/>
      </w:pPr>
      <w:r>
        <w:t>ہندو یونیورسٹی بھی زبردست تعاون حاصل تھا برٹش گورنمنٹ کا ان کا سپورٹ حاصل تھا اور مسلم یونیورسٹی بھی زبردست سپورٹ حاصل تھا برٹش گورنمنٹ کا</w:t>
      </w:r>
    </w:p>
    <w:p>
      <w:r>
        <w:rPr>
          <w:b/>
        </w:rPr>
        <w:t xml:space="preserve">[45:19] </w:t>
      </w:r>
      <w:r>
        <w:t>to yeh jo support hasil tha to log samajhte the ke yeh yeh log jo hain woh is</w:t>
      </w:r>
    </w:p>
    <w:p>
      <w:pPr>
        <w:jc w:val="right"/>
      </w:pPr>
      <w:r>
        <w:t>تو یہ جو سپورٹ حاصل تھا تو لوگ سمجھتے تھے کہ یہ یہ لوگ جو ہیں وہ اس</w:t>
      </w:r>
    </w:p>
    <w:p>
      <w:r>
        <w:rPr>
          <w:b/>
        </w:rPr>
        <w:t xml:space="preserve">[45:26] </w:t>
      </w:r>
      <w:r>
        <w:t>ke woh hain agent hain sarkaar ke agent hain Madan Mohan Malviya bhi aur Sir Syed Ahmed Khan</w:t>
      </w:r>
    </w:p>
    <w:p>
      <w:pPr>
        <w:jc w:val="right"/>
      </w:pPr>
      <w:r>
        <w:t>کے وہ ہیں ایجنٹ ہیں سرکار کے ایجنٹ ہیں مدن موہن مالویہ بھی اور سر سید احمد خان</w:t>
      </w:r>
    </w:p>
    <w:p>
      <w:r>
        <w:rPr>
          <w:b/>
        </w:rPr>
        <w:t xml:space="preserve">[45:32] </w:t>
      </w:r>
      <w:r>
        <w:t>yeh bilkul absurd baat thi</w:t>
      </w:r>
    </w:p>
    <w:p>
      <w:pPr>
        <w:jc w:val="right"/>
      </w:pPr>
      <w:r>
        <w:t>یہ بالکل ایبسرڈ بات تھی</w:t>
      </w:r>
    </w:p>
    <w:p>
      <w:r>
        <w:rPr>
          <w:b/>
        </w:rPr>
        <w:t xml:space="preserve">[45:35] </w:t>
      </w:r>
      <w:r>
        <w:t>in logon ne yeh paya ke ek situation create hui hai agarche is mein apne interest ke liye</w:t>
      </w:r>
    </w:p>
    <w:p>
      <w:pPr>
        <w:jc w:val="right"/>
      </w:pPr>
      <w:r>
        <w:t>ان لوگوں نے یہ پایا کہ ایک سچوئیشن کریٹ ہوئی ہے اگرچہ اس میں اپنے انٹرسٹ کے لیے</w:t>
      </w:r>
    </w:p>
    <w:p>
      <w:r>
        <w:rPr>
          <w:b/>
        </w:rPr>
        <w:t xml:space="preserve">[45:41] </w:t>
      </w:r>
      <w:r>
        <w:t>kya hai inhon ne lekin is se humein ek opportunity milti hai humein is ko avail karna chahiye</w:t>
      </w:r>
    </w:p>
    <w:p>
      <w:pPr>
        <w:jc w:val="right"/>
      </w:pPr>
      <w:r>
        <w:t>کیا ہے انہوں نے لیکن اس سے ہمیں ایک اپرچونیٹی ملتی ہے ہمیں اس کو اویل کرنا چاہیے</w:t>
      </w:r>
    </w:p>
    <w:p>
      <w:r>
        <w:rPr>
          <w:b/>
        </w:rPr>
        <w:t xml:space="preserve">[45:51] </w:t>
      </w:r>
      <w:r>
        <w:t>yani recent history mein hamare liye ek misaal hai yeh</w:t>
      </w:r>
    </w:p>
    <w:p>
      <w:pPr>
        <w:jc w:val="right"/>
      </w:pPr>
      <w:r>
        <w:t>یعنی ریسنٹ ہسٹری میں ہمارے لیے ایک مثال ہے یہ</w:t>
      </w:r>
    </w:p>
    <w:p>
      <w:r>
        <w:rPr>
          <w:b/>
        </w:rPr>
        <w:t xml:space="preserve">[45:55] </w:t>
      </w:r>
      <w:r>
        <w:t>ke British sarkaar ne jo</w:t>
      </w:r>
    </w:p>
    <w:p>
      <w:pPr>
        <w:jc w:val="right"/>
      </w:pPr>
      <w:r>
        <w:t>کہ برٹش سرکار نے جو</w:t>
      </w:r>
    </w:p>
    <w:p>
      <w:r>
        <w:rPr>
          <w:b/>
        </w:rPr>
        <w:t xml:space="preserve">[45:58] </w:t>
      </w:r>
      <w:r>
        <w:t>plan banaya tha zahir hai ke apne interest mein banaya tha is ne</w:t>
      </w:r>
    </w:p>
    <w:p>
      <w:pPr>
        <w:jc w:val="right"/>
      </w:pPr>
      <w:r>
        <w:t>پلان بنایا تھا ظاہر ہے کہ اپنے انٹرسٹ میں بنایا تھا اس نے</w:t>
      </w:r>
    </w:p>
    <w:p>
      <w:r>
        <w:rPr>
          <w:b/>
        </w:rPr>
        <w:t xml:space="preserve">[46:03] </w:t>
      </w:r>
      <w:r>
        <w:t>lekin is is is is mein ek ek situation bhi create hui</w:t>
      </w:r>
    </w:p>
    <w:p>
      <w:pPr>
        <w:jc w:val="right"/>
      </w:pPr>
      <w:r>
        <w:t>لیکن اس اس اس اس میں ایک ایک سچوئیشن بھی کریٹ ہوئی</w:t>
      </w:r>
    </w:p>
    <w:p>
      <w:r>
        <w:rPr>
          <w:b/>
        </w:rPr>
        <w:t xml:space="preserve">[46:10] </w:t>
      </w:r>
      <w:r>
        <w:t>is ki wajah se ek opportunity mili to Madan Mohan Malviya ne is ko is tarah istemal kiya</w:t>
      </w:r>
    </w:p>
    <w:p>
      <w:pPr>
        <w:jc w:val="right"/>
      </w:pPr>
      <w:r>
        <w:t>اس کی وجہ سے ایک اپرچونیٹی ملی تو بدن موہن مالویہ نے اس کو اس طرح استعمال کیا</w:t>
      </w:r>
    </w:p>
    <w:p>
      <w:r>
        <w:rPr>
          <w:b/>
        </w:rPr>
        <w:t xml:space="preserve">[46:15] </w:t>
      </w:r>
      <w:r>
        <w:t>ke Hindu University bana di aur government ka khoob un ko madad mili Sir Syed ne Muslim University</w:t>
      </w:r>
    </w:p>
    <w:p>
      <w:pPr>
        <w:jc w:val="right"/>
      </w:pPr>
      <w:r>
        <w:t>کہ ہندو یونیورسٹی بنا دی اور گورنمنٹ کا خوب ان کو مدد ملی سر سید نے مسلم یونیورسٹی</w:t>
      </w:r>
    </w:p>
    <w:p>
      <w:r>
        <w:rPr>
          <w:b/>
        </w:rPr>
        <w:t xml:space="preserve">[46:21] </w:t>
      </w:r>
      <w:r>
        <w:t>bana di is mein bhi khoob madad mili in ko angrezon ki angrez to chale gaye aap jante</w:t>
      </w:r>
    </w:p>
    <w:p>
      <w:pPr>
        <w:jc w:val="right"/>
      </w:pPr>
      <w:r>
        <w:t>بنا دی اس میں بھی خوب مدد ملی ان کو انگریزوں کی انگریز تو چلے گئے اپ جانتے</w:t>
      </w:r>
    </w:p>
    <w:p>
      <w:r>
        <w:rPr>
          <w:b/>
        </w:rPr>
        <w:t xml:space="preserve">[46:28] </w:t>
      </w:r>
      <w:r>
        <w:t>hain lekin Hindu University bhi qaim hai aur Muslim University bhi qaim hai is se khoob logon ko</w:t>
      </w:r>
    </w:p>
    <w:p>
      <w:pPr>
        <w:jc w:val="right"/>
      </w:pPr>
      <w:r>
        <w:t>ہیں لیکن ہندو یونیورسٹی بھی قائم ہے اور مسلم یونیورسٹی بھی قائم ہے اس سے خوب لوگوں کو</w:t>
      </w:r>
    </w:p>
    <w:p>
      <w:r>
        <w:rPr>
          <w:b/>
        </w:rPr>
        <w:t xml:space="preserve">[46:33] </w:t>
      </w:r>
      <w:r>
        <w:t>faida mil raha hai</w:t>
      </w:r>
    </w:p>
    <w:p>
      <w:pPr>
        <w:jc w:val="right"/>
      </w:pPr>
      <w:r>
        <w:t>فائدہ مل رہا ہے</w:t>
      </w:r>
    </w:p>
    <w:p>
      <w:r>
        <w:rPr>
          <w:b/>
        </w:rPr>
        <w:t xml:space="preserve">[46:38] </w:t>
      </w:r>
      <w:r>
        <w:t>to woh woh jo interest tha un ka woh temporary tha permanent to yeh ban gaya aap ghor kijiye yeh permanent ban gaya madan mohan malviya wali baat aur sir syed wali baat angrez ki baat to temporary thi woh aaye aur chale gaye yeh hai wisdom zindagi naam hai wisdom ka</w:t>
      </w:r>
    </w:p>
    <w:p>
      <w:pPr>
        <w:jc w:val="right"/>
      </w:pPr>
      <w:r>
        <w:t>تو وہ وہ جو انٹرسٹ تھا ان کا وہ ٹیمپریری تھا پرماننٹ تو یہ بن گیا اپ غور کیجئے یہ پرماننٹ بن گیا مدن موہن مالویہ والی بات اور سر سید والی بات انگریز کی بات تو ٹیمپریری تھی وہ ائے اور چلے گئے یہ ہے وزڈم زندگی نام ہے وزڈم کا</w:t>
      </w:r>
    </w:p>
    <w:p>
      <w:r>
        <w:rPr>
          <w:b/>
        </w:rPr>
        <w:t xml:space="preserve">[47:04] </w:t>
      </w:r>
      <w:r>
        <w:t>aaj meri talk ka jo mozu hai wohi hai the importance of wisdom in life yeh khali chalana nara lagana jalse karna shor machana yeh wisdom nahi yeh to yeh to bandaron wala kaam hai bandar bhi shor karte hain</w:t>
      </w:r>
    </w:p>
    <w:p>
      <w:pPr>
        <w:jc w:val="right"/>
      </w:pPr>
      <w:r>
        <w:t>اج میری ٹاک کا جو موضوع ہے وہی ہے دا امپورٹنس اف وزڈم ان لائف یہ خالی چلانا نعرہ لگانا جلسے کرنا شور مچانا یہ وزڈم نہیں یہ تو یہ تو بندروں والا کام ہے بندر بھی شور کرتے ہیں</w:t>
      </w:r>
    </w:p>
    <w:p>
      <w:r>
        <w:rPr>
          <w:b/>
        </w:rPr>
        <w:t xml:space="preserve">[47:21] </w:t>
      </w:r>
      <w:r>
        <w:t>aaj kal jo kuch ho raha hai shor ghul yeh to bandaron wala kaam hai</w:t>
      </w:r>
    </w:p>
    <w:p>
      <w:pPr>
        <w:jc w:val="right"/>
      </w:pPr>
      <w:r>
        <w:t>اج کل جو کچھ ہو رہا ہے شور غل یہ تو بندروں والا کام ہے</w:t>
      </w:r>
    </w:p>
    <w:p>
      <w:r>
        <w:rPr>
          <w:b/>
        </w:rPr>
        <w:t xml:space="preserve">[47:27] </w:t>
      </w:r>
      <w:r>
        <w:t>dekhiye jo log cheezon ko face value par lete hain woh hamesha yahi kaam karte hain shor ghul</w:t>
      </w:r>
    </w:p>
    <w:p>
      <w:pPr>
        <w:jc w:val="right"/>
      </w:pPr>
      <w:r>
        <w:t>دیکھیے جو لوگ چیزوں کو فیس ویلیو پر لیتے ہیں وہ ہمیشہ یہی کام کرتے ہیں شور غل</w:t>
      </w:r>
    </w:p>
    <w:p>
      <w:r>
        <w:rPr>
          <w:b/>
        </w:rPr>
        <w:t xml:space="preserve">[47:35] </w:t>
      </w:r>
      <w:r>
        <w:t>aur jo log deep mein jaate hain under current kya is ko samajhne ki koshish karte hain woh</w:t>
      </w:r>
    </w:p>
    <w:p>
      <w:pPr>
        <w:jc w:val="right"/>
      </w:pPr>
      <w:r>
        <w:t>اور جو لوگ ڈیپ میں جاتے ہیں انڈر کرنٹ کیا اس کو سمجھنے کی کوشش کرتے ہیں وہ</w:t>
      </w:r>
    </w:p>
    <w:p>
      <w:r>
        <w:rPr>
          <w:b/>
        </w:rPr>
        <w:t xml:space="preserve">[47:40] </w:t>
      </w:r>
      <w:r>
        <w:t>is mein opportunity ko dhoond lete hain</w:t>
      </w:r>
    </w:p>
    <w:p>
      <w:pPr>
        <w:jc w:val="right"/>
      </w:pPr>
      <w:r>
        <w:t>اس میں اپرچونیٹی کو ڈھونڈ لیتے ہیں</w:t>
      </w:r>
    </w:p>
    <w:p>
      <w:r>
        <w:rPr>
          <w:b/>
        </w:rPr>
        <w:t xml:space="preserve">[47:44] </w:t>
      </w:r>
      <w:r>
        <w:t>aur phir wahi kuch</w:t>
      </w:r>
    </w:p>
    <w:p>
      <w:pPr>
        <w:jc w:val="right"/>
      </w:pPr>
      <w:r>
        <w:t>اور پھر وہی کچھ</w:t>
      </w:r>
    </w:p>
    <w:p>
      <w:r>
        <w:rPr>
          <w:b/>
        </w:rPr>
        <w:t xml:space="preserve">[47:46] </w:t>
      </w:r>
      <w:r>
        <w:t>is se faida utha paate hain</w:t>
      </w:r>
    </w:p>
    <w:p>
      <w:pPr>
        <w:jc w:val="right"/>
      </w:pPr>
      <w:r>
        <w:t>اس سے فائدہ اٹھا پاتے ہیں</w:t>
      </w:r>
    </w:p>
    <w:p>
      <w:r>
        <w:rPr>
          <w:b/>
        </w:rPr>
        <w:t xml:space="preserve">[47:50] </w:t>
      </w:r>
      <w:r>
        <w:t>yeh wisdom isi ka naam hai</w:t>
      </w:r>
    </w:p>
    <w:p>
      <w:pPr>
        <w:jc w:val="right"/>
      </w:pPr>
      <w:r>
        <w:t>یہ وزڈم اسی کا نام ہے</w:t>
      </w:r>
    </w:p>
    <w:p>
      <w:r>
        <w:rPr>
          <w:b/>
        </w:rPr>
        <w:t xml:space="preserve">[47:54] </w:t>
      </w:r>
      <w:r>
        <w:t>kisi ne bohat sahi definition di hai wise aadmi ki</w:t>
      </w:r>
    </w:p>
    <w:p>
      <w:pPr>
        <w:jc w:val="right"/>
      </w:pPr>
      <w:r>
        <w:t>کسی نے بہت صحیح ڈیفینیشن دی ہے وائز ادمی کی</w:t>
      </w:r>
    </w:p>
    <w:p>
      <w:r>
        <w:rPr>
          <w:b/>
        </w:rPr>
        <w:t xml:space="preserve">[48:00] </w:t>
      </w:r>
      <w:r>
        <w:t>ke is ne kaha ke</w:t>
      </w:r>
    </w:p>
    <w:p>
      <w:pPr>
        <w:jc w:val="right"/>
      </w:pPr>
      <w:r>
        <w:t>کہ اس نے کہا کہ</w:t>
      </w:r>
    </w:p>
    <w:p>
      <w:r>
        <w:rPr>
          <w:b/>
        </w:rPr>
        <w:t xml:space="preserve">[48:03] </w:t>
      </w:r>
      <w:r>
        <w:t>a wise person is one who knows the reality value of things</w:t>
      </w:r>
    </w:p>
    <w:p>
      <w:pPr>
        <w:jc w:val="right"/>
      </w:pPr>
      <w:r>
        <w:t>ا وائز پرسن از ون ہو نوز دا ریلیٹی ویلیو اف تھنگز</w:t>
      </w:r>
    </w:p>
    <w:p>
      <w:r>
        <w:rPr>
          <w:b/>
        </w:rPr>
        <w:t xml:space="preserve">[48:11] </w:t>
      </w:r>
      <w:r>
        <w:t>a wise man is one who knows the reality value of things log jaan nahi pate is liye sirf negative ban jate hain shor machate hain jalse jaloos ki hangami khadi karte hain aur koi positive planning planning nahi kar pate koi positive cheez doosron ko de nahi pate woh</w:t>
      </w:r>
    </w:p>
    <w:p>
      <w:pPr>
        <w:jc w:val="right"/>
      </w:pPr>
      <w:r>
        <w:t>ا وائز مین از ون ہو نوز دا ریلیٹی ویلیو اف تھنگز لوگ جان نہیں پاتے اس لیے صرف نیگیٹیو بن جاتے ہیں شور مچاتے ہیں جلسے جلوس کی ہنگامی کھڑی کرتے ہیں اور کوئی پازیٹیو پلاننگ پلاننگ نہیں کر پاتے کوئی پازیٹیو چیز دوسروں کو دے نہیں پاتے وہ</w:t>
      </w:r>
    </w:p>
    <w:p>
      <w:r>
        <w:rPr>
          <w:b/>
        </w:rPr>
        <w:t xml:space="preserve">[48:35] </w:t>
      </w:r>
      <w:r>
        <w:t>to is duniya mein hamesha aisa hota hai hamesha aisa hota hai pehle bhi woh aaj bhi ho raha hai ke jin logon ke hath mein paisa hota hai jin ke hath mein hukoomat hoti hai jin ke hath mein taqat hoti hai woh apne interest ke liye ek situation create karte hain apne interest ke liye</w:t>
      </w:r>
    </w:p>
    <w:p>
      <w:pPr>
        <w:jc w:val="right"/>
      </w:pPr>
      <w:r>
        <w:t>تو اس دنیا میں ہمیشہ ایسا ہوتا ہے ہمیشہ ایسا ہوتا ہے پہلے بھی وہ اج بھی ہو رہا ہے کہ جن لوگوں کے ہاتھ میں پیسہ ہوتا ہے جن کے ہاتھ میں حکومت ہوتی ہے جن کے ہاتھ میں طاقت ہوتی ہے وہ اپنے انٹرسٹ کے لیے ایک سچوئیشن کریٹ کرتے ہیں اپنے انٹرسٹ کے لیے</w:t>
      </w:r>
    </w:p>
    <w:p>
      <w:r>
        <w:rPr>
          <w:b/>
        </w:rPr>
        <w:t xml:space="preserve">[48:57] </w:t>
      </w:r>
      <w:r>
        <w:t>kyun ke wohi unhi ke hath mein sab kuch hota hai jin ke paas paisa hai jin ke paas hukoomat hai jin ke paas power hai jin ke paas government hai to saare resources un ke hath mein hote hain</w:t>
      </w:r>
    </w:p>
    <w:p>
      <w:pPr>
        <w:jc w:val="right"/>
      </w:pPr>
      <w:r>
        <w:t>کیونکہ وہی انہی کے ہاتھ میں سب کچھ ہوتا ہے جن کے پاس پیسہ ہے جن کے پاس حکومت ہے جن کے پاس پاور ہے جن کے پاس گورنمنٹ ہے تو سارے ریسورسز ان کے ہاتھ میں ہوتے ہیں</w:t>
      </w:r>
    </w:p>
    <w:p>
      <w:r>
        <w:rPr>
          <w:b/>
        </w:rPr>
        <w:t xml:space="preserve">[49:15] </w:t>
      </w:r>
      <w:r>
        <w:t>unhi ko mauqa hota hai ke woh koi decision le saken doosre logon ko woh position nahi mili hui hoti hai to woh</w:t>
      </w:r>
    </w:p>
    <w:p>
      <w:pPr>
        <w:jc w:val="right"/>
      </w:pPr>
      <w:r>
        <w:t>انہی کو موقع ہوتا ہے کہ وہ کوئی ڈیسیژن لے سکیں دوسرے لوگوں کو وہ پوزیشن نہیں ملی ہوئی ہوتی ہے تو وہ</w:t>
      </w:r>
    </w:p>
    <w:p>
      <w:r>
        <w:rPr>
          <w:b/>
        </w:rPr>
        <w:t xml:space="preserve">[49:28] </w:t>
      </w:r>
      <w:r>
        <w:t>karte hain apne interest ke liye koi cheez doosron ko janna chahiye ke yeh to ek is ko situation ke taur par le is se opportunity dhoondhein aur master of situation management ban jayen</w:t>
      </w:r>
    </w:p>
    <w:p>
      <w:pPr>
        <w:jc w:val="right"/>
      </w:pPr>
      <w:r>
        <w:t>کرتے ہیں اپنے انٹرسٹ کے لیے کوئی چیز دوسروں کو جاننا چاہیے کہ یہ تو ایک اس کو سچوئیشن کے طور پر لے اس سے اپرچونیٹی ڈھونڈیں اور ماسٹر اف سچوئیشن مینجمنٹ بن جائیں</w:t>
      </w:r>
    </w:p>
    <w:p>
      <w:r>
        <w:rPr>
          <w:b/>
        </w:rPr>
        <w:t xml:space="preserve">[49:46] </w:t>
      </w:r>
      <w:r>
        <w:t>yeh aaj sab log yahin fail ho rahe hain is liye sirf shor ghul macha rahe hain har</w:t>
      </w:r>
    </w:p>
    <w:p>
      <w:pPr>
        <w:jc w:val="right"/>
      </w:pPr>
      <w:r>
        <w:t>یہ اج سب لوگ یہیں فیل ہو رہے ہیں اس لیے صرف شور غل مچا رہے ہیں ہر</w:t>
      </w:r>
    </w:p>
    <w:p>
      <w:r>
        <w:rPr>
          <w:b/>
        </w:rPr>
        <w:t xml:space="preserve">[49:51] </w:t>
      </w:r>
      <w:r>
        <w:t>jagah jahan musalmanon mein to aam taur par yeh mein dekhta hoon jahan bhi hai jis jis country</w:t>
      </w:r>
    </w:p>
    <w:p>
      <w:pPr>
        <w:jc w:val="right"/>
      </w:pPr>
      <w:r>
        <w:t>جگہ جہاں مسلمانوں میں تو عام طور پر یہ میں دیکھتا ہوں جہاں بھی ہے جس جس کنٹری</w:t>
      </w:r>
    </w:p>
    <w:p>
      <w:r>
        <w:rPr>
          <w:b/>
        </w:rPr>
        <w:t xml:space="preserve">[49:58] </w:t>
      </w:r>
      <w:r>
        <w:t>mein bhi hai aap dekhiye musalman sirf shor ghul kar rahe hain shikayatein kar rahe hain</w:t>
      </w:r>
    </w:p>
    <w:p>
      <w:pPr>
        <w:jc w:val="right"/>
      </w:pPr>
      <w:r>
        <w:t>میں بھی ہے اپ دیکھیے مسلمان صرف شور غل کر رہے ہیں شکایتیں کر رہے ہیں</w:t>
      </w:r>
    </w:p>
    <w:p>
      <w:r>
        <w:rPr>
          <w:b/>
        </w:rPr>
        <w:t xml:space="preserve">[50:04] </w:t>
      </w:r>
      <w:r>
        <w:t>sirf shikayatein sirf shikayatein sirf complain protest hi musalmanon ka</w:t>
      </w:r>
    </w:p>
    <w:p>
      <w:pPr>
        <w:jc w:val="right"/>
      </w:pPr>
      <w:r>
        <w:t>صرف شکایتیں صرف شکایتیں صرف کمپلین پروٹیسٹ ہی مسلمانوں کا</w:t>
      </w:r>
    </w:p>
    <w:p>
      <w:r>
        <w:rPr>
          <w:b/>
        </w:rPr>
        <w:t xml:space="preserve">[50:10] </w:t>
      </w:r>
      <w:r>
        <w:t>ek ek mein kisi exciter nahi pata kisi ko jitne musalman hain sab isi mein mubtala hain kyun</w:t>
      </w:r>
    </w:p>
    <w:p>
      <w:pPr>
        <w:jc w:val="right"/>
      </w:pPr>
      <w:r>
        <w:t>ایک ایک میں کسی ایکسیسٹر نہیں پاتا کسی کو جتنے مسلمان ہیں سب اسی میں مبتلا ہیں کیوں</w:t>
      </w:r>
    </w:p>
    <w:p>
      <w:r>
        <w:rPr>
          <w:b/>
        </w:rPr>
        <w:t xml:space="preserve">[50:18] </w:t>
      </w:r>
      <w:r>
        <w:t>wisdom nahi hai</w:t>
      </w:r>
    </w:p>
    <w:p>
      <w:pPr>
        <w:jc w:val="right"/>
      </w:pPr>
      <w:r>
        <w:t>وزڈم نہیں ہے</w:t>
      </w:r>
    </w:p>
    <w:p>
      <w:r>
        <w:rPr>
          <w:b/>
        </w:rPr>
        <w:t xml:space="preserve">[50:20] </w:t>
      </w:r>
      <w:r>
        <w:t>wisdom nahi hai</w:t>
      </w:r>
    </w:p>
    <w:p>
      <w:pPr>
        <w:jc w:val="right"/>
      </w:pPr>
      <w:r>
        <w:t>وزڈم نہیں ہے</w:t>
      </w:r>
    </w:p>
    <w:p>
      <w:r>
        <w:rPr>
          <w:b/>
        </w:rPr>
        <w:t xml:space="preserve">[50:23] </w:t>
      </w:r>
      <w:r>
        <w:t>mein ne ek qissa padha tha yahudiyon ki riwayat mein</w:t>
      </w:r>
    </w:p>
    <w:p>
      <w:pPr>
        <w:jc w:val="right"/>
      </w:pPr>
      <w:r>
        <w:t>میں نے ایک قصہ پڑھا تھا یہودیوں کی روایات میں</w:t>
      </w:r>
    </w:p>
    <w:p>
      <w:r>
        <w:rPr>
          <w:b/>
        </w:rPr>
        <w:t xml:space="preserve">[50:29] </w:t>
      </w:r>
      <w:r>
        <w:t>ke Hazrat Musa علیہ السلام ne Allah</w:t>
      </w:r>
    </w:p>
    <w:p>
      <w:pPr>
        <w:jc w:val="right"/>
      </w:pPr>
      <w:r>
        <w:t>کہ حضرت موسی علیہ السلام نے اللہ</w:t>
      </w:r>
    </w:p>
    <w:p>
      <w:r>
        <w:rPr>
          <w:b/>
        </w:rPr>
        <w:t xml:space="preserve">[50:31] </w:t>
      </w:r>
      <w:r>
        <w:t>taala se kaha ke a a a khuda</w:t>
      </w:r>
    </w:p>
    <w:p>
      <w:pPr>
        <w:jc w:val="right"/>
      </w:pPr>
      <w:r>
        <w:t>تعالی سے کہا کہ اے اے اے خدا</w:t>
      </w:r>
    </w:p>
    <w:p>
      <w:r>
        <w:rPr>
          <w:b/>
        </w:rPr>
        <w:t xml:space="preserve">[50:34] </w:t>
      </w:r>
      <w:r>
        <w:t>to meri qom se yani bani israel se to meri qom se sab kuch chheen na magar aql mat chheen na yani wisdom mat chheen na</w:t>
      </w:r>
    </w:p>
    <w:p>
      <w:pPr>
        <w:jc w:val="right"/>
      </w:pPr>
      <w:r>
        <w:t>تو میری قوم سے یعنی بنی اسرائیل سے تو میری قوم سے سب کچھ چھیننا مگر عقل مت چھیننا یعنی وزڈم مت چھیننا</w:t>
      </w:r>
    </w:p>
    <w:p>
      <w:r>
        <w:rPr>
          <w:b/>
        </w:rPr>
        <w:t xml:space="preserve">[50:47] </w:t>
      </w:r>
      <w:r>
        <w:t>to Allah taala ne kaha ke jab kisi se chheen ne wale hote hain to sab se pehle aqli to chheen te hain wohin se shuru hoti hai chheen ne ka amal</w:t>
      </w:r>
    </w:p>
    <w:p>
      <w:pPr>
        <w:jc w:val="right"/>
      </w:pPr>
      <w:r>
        <w:t>تو اللہ تعالی نے کہا کہ جب کسی سے چھیننے والے ہوتے ہیں تو سب سے پہلے عقلی تو چھینتے ہیں وہیں سے شروع ہوتی ہے چھیننے کا عمل</w:t>
      </w:r>
    </w:p>
    <w:p>
      <w:r>
        <w:rPr>
          <w:b/>
        </w:rPr>
        <w:t xml:space="preserve">[50:58] </w:t>
      </w:r>
      <w:r>
        <w:t>to hamari qom se aql chhan gayi hai mujhe mujhe hota hai aisa lagta hai har bab mein hum nadani ka kaam karte hain nadani</w:t>
      </w:r>
    </w:p>
    <w:p>
      <w:pPr>
        <w:jc w:val="right"/>
      </w:pPr>
      <w:r>
        <w:t>تو ہماری قوم سے عقل چھن گئی ہے مجھے مجھے ہوتا ہے ایسا لگتا ہے ہر باب میں ہم نادانی کا کام کرتے ہیں نادانی</w:t>
      </w:r>
    </w:p>
    <w:p>
      <w:r>
        <w:rPr>
          <w:b/>
        </w:rPr>
        <w:t xml:space="preserve">[51:08] </w:t>
      </w:r>
      <w:r>
        <w:t>yani is is in haqiqaton ko nahi samajhte ke zindagi kis cheez ka naam hai law of nature</w:t>
      </w:r>
    </w:p>
    <w:p>
      <w:pPr>
        <w:jc w:val="right"/>
      </w:pPr>
      <w:r>
        <w:t>یعنی اس اس ان حقیقتوں کو نہیں سمجھتے کہ زندگی کس چیز کا نام ہے لاء اف نیچر</w:t>
      </w:r>
    </w:p>
    <w:p>
      <w:r>
        <w:rPr>
          <w:b/>
        </w:rPr>
        <w:t xml:space="preserve">[51:13] </w:t>
      </w:r>
      <w:r>
        <w:t>kya hai Allah taala ka plan kya hai</w:t>
      </w:r>
    </w:p>
    <w:p>
      <w:pPr>
        <w:jc w:val="right"/>
      </w:pPr>
      <w:r>
        <w:t>کیا ہے اللہ تعالی کا پلان کیا ہے</w:t>
      </w:r>
    </w:p>
    <w:p>
      <w:r>
        <w:rPr>
          <w:b/>
        </w:rPr>
        <w:t xml:space="preserve">[51:16] </w:t>
      </w:r>
      <w:r>
        <w:t>creation plan of God kya hai</w:t>
      </w:r>
    </w:p>
    <w:p>
      <w:pPr>
        <w:jc w:val="right"/>
      </w:pPr>
      <w:r>
        <w:t>کرشن پلان اف گاڈ کیا ہے</w:t>
      </w:r>
    </w:p>
    <w:p>
      <w:r>
        <w:rPr>
          <w:b/>
        </w:rPr>
        <w:t xml:space="preserve">[51:19] </w:t>
      </w:r>
      <w:r>
        <w:t>bas khali react karna jante hain reaction reaction reaction har situation mein bas re</w:t>
      </w:r>
    </w:p>
    <w:p>
      <w:pPr>
        <w:jc w:val="right"/>
      </w:pPr>
      <w:r>
        <w:t>بس خالی ری ایکٹ کرنا جانتے ہیں ری ایکشن ری ایکشن ری ایکشن ہر سچوئیشن میں بس ری</w:t>
      </w:r>
    </w:p>
    <w:p>
      <w:r>
        <w:rPr>
          <w:b/>
        </w:rPr>
        <w:t xml:space="preserve">[51:24] </w:t>
      </w:r>
      <w:r>
        <w:t>act karna jalsa juloos dara jhanda yeh sab karte rehte hain</w:t>
      </w:r>
    </w:p>
    <w:p>
      <w:pPr>
        <w:jc w:val="right"/>
      </w:pPr>
      <w:r>
        <w:t>ایکٹ کرنا جلسہ جلوس دارا جھنڈا یہ سب کرتے رہتے ہیں</w:t>
      </w:r>
    </w:p>
    <w:p>
      <w:r>
        <w:rPr>
          <w:b/>
        </w:rPr>
        <w:t xml:space="preserve">[51:31] </w:t>
      </w:r>
      <w:r>
        <w:t>isi tarah aap dekhiye ke har muhaaz par sirf hum ko defeat ho rahi hai har muhaaz par</w:t>
      </w:r>
    </w:p>
    <w:p>
      <w:pPr>
        <w:jc w:val="right"/>
      </w:pPr>
      <w:r>
        <w:t>اسی طرح اپ دیکھیے کہ ہر محاذ پر صرف ہم کو ڈیفیٹ ہو رہی ہے ہر محاذ پر</w:t>
      </w:r>
    </w:p>
    <w:p>
      <w:r>
        <w:rPr>
          <w:b/>
        </w:rPr>
        <w:t xml:space="preserve">[51:36] </w:t>
      </w:r>
      <w:r>
        <w:t>shikast ho rahi hai</w:t>
      </w:r>
    </w:p>
    <w:p>
      <w:pPr>
        <w:jc w:val="right"/>
      </w:pPr>
      <w:r>
        <w:t>شکست ہو رہی ہے</w:t>
      </w:r>
    </w:p>
    <w:p>
      <w:r>
        <w:rPr>
          <w:b/>
        </w:rPr>
        <w:t xml:space="preserve">[51:38] </w:t>
      </w:r>
      <w:r>
        <w:t>har muhaaz par shikast ho rahi hai</w:t>
      </w:r>
    </w:p>
    <w:p>
      <w:pPr>
        <w:jc w:val="right"/>
      </w:pPr>
      <w:r>
        <w:t>ہر محاذ پر شکست ہو رہی ہے</w:t>
      </w:r>
    </w:p>
    <w:p>
      <w:r>
        <w:rPr>
          <w:b/>
        </w:rPr>
        <w:t xml:space="preserve">[51:45] </w:t>
      </w:r>
      <w:r>
        <w:t>abhi kashmir ke kuch log aaye the mere paas to shikayatein kar</w:t>
      </w:r>
    </w:p>
    <w:p>
      <w:pPr>
        <w:jc w:val="right"/>
      </w:pPr>
      <w:r>
        <w:t>ابھی کشمیر کے کچھ لوگ ائے تھے میرے پاس تو شکایتیں کر</w:t>
      </w:r>
    </w:p>
    <w:p>
      <w:r>
        <w:rPr>
          <w:b/>
        </w:rPr>
        <w:t xml:space="preserve">[51:51] </w:t>
      </w:r>
      <w:r>
        <w:t>rahe the ke sahib hum kya karein hum to bahut zyada hamare haan bahut hi sare mamlaat bigad gaye hain yani economy bhi education bhi medical services bhi sab mamla bigda hua hai kya karein hum log maine kaha aap apni apni apni nadani ki price de rahe hain aur kya kijiye maniye ke hum ne nadani ki dekhiye government of india ne jitna paisa pump kiya hai</w:t>
      </w:r>
    </w:p>
    <w:p>
      <w:pPr>
        <w:jc w:val="right"/>
      </w:pPr>
      <w:r>
        <w:t>رہے تھے کہ صاحب ہم کیا کریں ہم تو بہت زیادہ ہمارے ہاں بہت ہی سارے معاملات بگڑ گئے ہیں یعنی اکانومی بھی ایجوکیشن بھی میڈیکل سروسز بھی سب معاملہ بگڑا ہوا ہے کیا کریں ہم لوگ میں نے کہا اپ اپنی اپنی اپنی نادانی کی پرائس دے رہے ہیں اور کیا کیجئے مانیے کہ ہم نے نادانی کی دیکھیے گورنمنٹ اف انڈیا نے جتنا پیسہ پمپ کیا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