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Help 28 Sept, 2019 - Maulana Wahiduddin Khan</w:t>
      </w:r>
    </w:p>
    <w:p>
      <w:r>
        <w:t>https://www.youtube.com/watch?v=djYNA8XBXwM</w:t>
      </w:r>
    </w:p>
    <w:p>
      <w:r>
        <w:rPr>
          <w:b/>
        </w:rPr>
        <w:t xml:space="preserve">[00:14] </w:t>
      </w:r>
      <w:r>
        <w:t>bismillah rahman rahim, wasallallahu ala nabiyil karim. 28 september 2019.</w:t>
      </w:r>
    </w:p>
    <w:p>
      <w:pPr>
        <w:jc w:val="right"/>
      </w:pPr>
      <w:r>
        <w:t>بسم اللہ الرحمن الرحیم، وصلی اللہ علی نبی الکریم۔ 28 ستمبر 2019۔</w:t>
      </w:r>
    </w:p>
    <w:p>
      <w:r>
        <w:rPr>
          <w:b/>
        </w:rPr>
        <w:t xml:space="preserve">[00:31] </w:t>
      </w:r>
      <w:r>
        <w:t>aaj ek ajeeb waqia hua.</w:t>
      </w:r>
    </w:p>
    <w:p>
      <w:pPr>
        <w:jc w:val="right"/>
      </w:pPr>
      <w:r>
        <w:t>آج ایک عجیب واقعہ ہوا۔</w:t>
      </w:r>
    </w:p>
    <w:p>
      <w:r>
        <w:rPr>
          <w:b/>
        </w:rPr>
        <w:t xml:space="preserve">[00:37] </w:t>
      </w:r>
      <w:r>
        <w:t>hamare bumbai ke kuch saathi dili aaye hue the, main apne office mein un ke saath baitha hua baat kar raha tha.</w:t>
      </w:r>
    </w:p>
    <w:p>
      <w:pPr>
        <w:jc w:val="right"/>
      </w:pPr>
      <w:r>
        <w:t>ہمارے ببئی کے کچھ ساتھی دلی آئے ہوئے تھے، میں اپنے آفس میں ان کے ساتھ بیٹھا ہوا بات کر رہا تھا۔</w:t>
      </w:r>
    </w:p>
    <w:p>
      <w:r>
        <w:rPr>
          <w:b/>
        </w:rPr>
        <w:t xml:space="preserve">[00:51] </w:t>
      </w:r>
      <w:r>
        <w:t>phir mujhe laga ke main andar se kuch, yaani kuch problem feel kar raha hoon.</w:t>
      </w:r>
    </w:p>
    <w:p>
      <w:pPr>
        <w:jc w:val="right"/>
      </w:pPr>
      <w:r>
        <w:t>پھر مجھے لگا کہ میں اندر سے کچھ، یعنی کچھ پرابلم فیل کر رہا ہوں۔</w:t>
      </w:r>
    </w:p>
    <w:p>
      <w:r>
        <w:rPr>
          <w:b/>
        </w:rPr>
        <w:t xml:space="preserve">[01:00] </w:t>
      </w:r>
      <w:r>
        <w:t>to maine un logon se kaha ke aap, aap jaiye, mulaqaat hogi aapse program mein. to bombai ke log chale gaye.</w:t>
      </w:r>
    </w:p>
    <w:p>
      <w:pPr>
        <w:jc w:val="right"/>
      </w:pPr>
      <w:r>
        <w:t>تو میں نے ان لوگوں سے کہا کہ آپ، آپ جائیے، ملاقات ہوگی آپ سے پروگرام میں۔ تو بمبئی کے لوگ چلے گئے۔</w:t>
      </w:r>
    </w:p>
    <w:p>
      <w:r>
        <w:rPr>
          <w:b/>
        </w:rPr>
        <w:t xml:space="preserve">[01:12] </w:t>
      </w:r>
      <w:r>
        <w:t>phir main apne office mein, apne bed par so gaya. aur bohat achhi neend aayi, bilkul sound sleep aayi.</w:t>
      </w:r>
    </w:p>
    <w:p>
      <w:pPr>
        <w:jc w:val="right"/>
      </w:pPr>
      <w:r>
        <w:t>پھر میں اپنے آفس میں، اپنے بیڈ پر سو گیا۔ اور بہت اچھی نیند آئی، بالکل ساؤنڈ سلیپ آئی۔</w:t>
      </w:r>
    </w:p>
    <w:p>
      <w:r>
        <w:rPr>
          <w:b/>
        </w:rPr>
        <w:t xml:space="preserve">[01:25] </w:t>
      </w:r>
      <w:r>
        <w:t>phir main sone ke baad utha to main kuch khaya maine. khate hi meri tabiyat theek ho gayi.</w:t>
      </w:r>
    </w:p>
    <w:p>
      <w:pPr>
        <w:jc w:val="right"/>
      </w:pPr>
      <w:r>
        <w:t>پھر میں سونے کے بعد اٹھا تو میں کچھ کھایا میں نے۔ کھاتے ہی میری طبیعت ٹھیک ہو گئی۔</w:t>
      </w:r>
    </w:p>
    <w:p>
      <w:r>
        <w:rPr>
          <w:b/>
        </w:rPr>
        <w:t xml:space="preserve">[01:36] </w:t>
      </w:r>
      <w:r>
        <w:t>to maloom hua ke asal mein woh maamla bhook ka maamla tha. bhook jab chali gayi to woh kefiyat bhi chali gayi.</w:t>
      </w:r>
    </w:p>
    <w:p>
      <w:pPr>
        <w:jc w:val="right"/>
      </w:pPr>
      <w:r>
        <w:t>تو معلوم ہوا کہ اصل میں وہ معاملہ بھوک کا معاملہ تھا۔ بھوک جب چلی گئی تو وہ کیفیت بھی چلی گئی۔</w:t>
      </w:r>
    </w:p>
    <w:p>
      <w:r>
        <w:rPr>
          <w:b/>
        </w:rPr>
        <w:t xml:space="preserve">[01:49] </w:t>
      </w:r>
      <w:r>
        <w:t>ab jab main soya, bohat hi achhi neend, to maine ek khwab dekha. abhi, aaj hi, apne office mein.</w:t>
      </w:r>
    </w:p>
    <w:p>
      <w:pPr>
        <w:jc w:val="right"/>
      </w:pPr>
      <w:r>
        <w:t>اب جب میں سویا، بہت ہی اچھی نیند، تو میں نے ایک خواب دیکھا۔ ابھی، آج ہی، اپنے آفس میں۔</w:t>
      </w:r>
    </w:p>
    <w:p>
      <w:r>
        <w:rPr>
          <w:b/>
        </w:rPr>
        <w:t xml:space="preserve">[02:01] </w:t>
      </w:r>
      <w:r>
        <w:t>ek khwab dekha. woh khwab bohat hi zyada saaf aur clear tha. to kya hua ke jab main so gaya to maine ek bohat acha, saaf ek khwab dekha.</w:t>
      </w:r>
    </w:p>
    <w:p>
      <w:pPr>
        <w:jc w:val="right"/>
      </w:pPr>
      <w:r>
        <w:t>ایک خواب دیکھا۔ وہ خواب بہت ہی زیادہ صاف اور کلیئر تھا۔ تو کیا ہوا کہ جب میں سو گیا تو میں نے ایک بہت اچھا، صاف ایک خواب دیکھا۔</w:t>
      </w:r>
    </w:p>
    <w:p>
      <w:r>
        <w:rPr>
          <w:b/>
        </w:rPr>
        <w:t xml:space="preserve">[02:21] </w:t>
      </w:r>
      <w:r>
        <w:t>dream.</w:t>
      </w:r>
    </w:p>
    <w:p>
      <w:pPr>
        <w:jc w:val="right"/>
      </w:pPr>
      <w:r>
        <w:t>ڈریم۔</w:t>
      </w:r>
    </w:p>
    <w:p>
      <w:r>
        <w:rPr>
          <w:b/>
        </w:rPr>
        <w:t xml:space="preserve">[02:24] </w:t>
      </w:r>
      <w:r>
        <w:t>bohat hi zyada saaf dream tha woh, aur bara khwab tha. maine dekha ke main ek bohat bare kamre mein hoon, hall jaisa kamra.</w:t>
      </w:r>
    </w:p>
    <w:p>
      <w:pPr>
        <w:jc w:val="right"/>
      </w:pPr>
      <w:r>
        <w:t>بہت ہی زیادہ صاف ڈریم تھا وہ، اور بڑا خواب تھا۔ میں نے دیکھا کہ میں ایک بہت بڑے کمرے میں ہوں، ہال جیسا کمرہ۔</w:t>
      </w:r>
    </w:p>
    <w:p>
      <w:r>
        <w:rPr>
          <w:b/>
        </w:rPr>
        <w:t xml:space="preserve">[02:39] </w:t>
      </w:r>
      <w:r>
        <w:t>to is kamre mein chaaron taraf seatein hain, kursiyan. log kursiyon par baithe hue hain.</w:t>
      </w:r>
    </w:p>
    <w:p>
      <w:pPr>
        <w:jc w:val="right"/>
      </w:pPr>
      <w:r>
        <w:t>تو اس کمرے میں چاروں طرف سیٹیں ہیں، کرسیاں۔ لوگ کرسیوں پر بیٹھے ہوئے ہیں۔</w:t>
      </w:r>
    </w:p>
    <w:p>
      <w:r>
        <w:rPr>
          <w:b/>
        </w:rPr>
        <w:t xml:space="preserve">[02:48] </w:t>
      </w:r>
      <w:r>
        <w:t>tamam kursiyan bhari hui hain. bhari hui hain. aur bohat hi khushi ka mahaul hai. woh sab ke sab log hamari team ke log hain.</w:t>
      </w:r>
    </w:p>
    <w:p>
      <w:pPr>
        <w:jc w:val="right"/>
      </w:pPr>
      <w:r>
        <w:t>تمام کرسیاں بھری ہوئی ہیں۔ بھری ہوئی ہیں۔ اور بہت ہی خوشی کا ماحول ہے۔ وہ سب کے سب لوگ ہماری ٹیم کے لوگ ہیں۔</w:t>
      </w:r>
    </w:p>
    <w:p>
      <w:r>
        <w:rPr>
          <w:b/>
        </w:rPr>
        <w:t xml:space="preserve">[03:03] </w:t>
      </w:r>
      <w:r>
        <w:t>hamari team ke log kahin se aaye hain. kahin se aaye hain, phir wahan par woh meeting kar rahe hain. to main thodi der ke baad wahan aata hoon, is hall mein.</w:t>
      </w:r>
    </w:p>
    <w:p>
      <w:pPr>
        <w:jc w:val="right"/>
      </w:pPr>
      <w:r>
        <w:t>ہماری ٹیم کے لوگ کہیں سے آئے ہیں۔ کہیں سے آئے ہیں، پھر وہاں پر وہ میٹنگ کر رہے ہیں۔ تو میں تھوڑی دیر کے بعد وہاں آتا ہوں، اس ہال میں۔</w:t>
      </w:r>
    </w:p>
    <w:p>
      <w:r>
        <w:rPr>
          <w:b/>
        </w:rPr>
        <w:t xml:space="preserve">[03:16] </w:t>
      </w:r>
      <w:r>
        <w:t>jab main aata hoon to bohat khushi ka mahaul wahan dekhta hoon.</w:t>
      </w:r>
    </w:p>
    <w:p>
      <w:pPr>
        <w:jc w:val="right"/>
      </w:pPr>
      <w:r>
        <w:t>جب میں آتا ہوں تو بہت خوشی کا ماحول وہاں دیکھتا ہوں۔</w:t>
      </w:r>
    </w:p>
    <w:p>
      <w:r>
        <w:rPr>
          <w:b/>
        </w:rPr>
        <w:t xml:space="preserve">[03:23] </w:t>
      </w:r>
      <w:r>
        <w:t>to main ek sawal karta hoon ke aap mein head kaun hai? yeh ek ajeeb sa sawal tha. aap mein head kaun hai?</w:t>
      </w:r>
    </w:p>
    <w:p>
      <w:pPr>
        <w:jc w:val="right"/>
      </w:pPr>
      <w:r>
        <w:t>تو میں ایک سوال کرتا ہوں کہ آپ میں ہیڈ کون ہے؟ یہ ایک عجیب سا سوال تھا۔ آپ میں ہیڈ کون ہے؟</w:t>
      </w:r>
    </w:p>
    <w:p>
      <w:r>
        <w:rPr>
          <w:b/>
        </w:rPr>
        <w:t xml:space="preserve">[03:35] </w:t>
      </w:r>
      <w:r>
        <w:t>mujhe is se haath milana hai. to log kehte hain ke head to sadia khan hain.</w:t>
      </w:r>
    </w:p>
    <w:p>
      <w:pPr>
        <w:jc w:val="right"/>
      </w:pPr>
      <w:r>
        <w:t>مجھے اس سے ہاتھ ملانا ہے۔ تو لوگ کہتے ہیں کہ ہیڈ تو سعدیہ خان ہیں۔</w:t>
      </w:r>
    </w:p>
    <w:p>
      <w:r>
        <w:rPr>
          <w:b/>
        </w:rPr>
        <w:t xml:space="preserve">[03:46] </w:t>
      </w:r>
      <w:r>
        <w:t>yaani is meeting ki head sadia khan hain.</w:t>
      </w:r>
    </w:p>
    <w:p>
      <w:pPr>
        <w:jc w:val="right"/>
      </w:pPr>
      <w:r>
        <w:t>یعنی اس میٹنگ کی ہیڈ سعدیہ خان ہیں۔</w:t>
      </w:r>
    </w:p>
    <w:p>
      <w:r>
        <w:rPr>
          <w:b/>
        </w:rPr>
        <w:t xml:space="preserve">[03:52] </w:t>
      </w:r>
      <w:r>
        <w:t>to is waqt main kehta hoon ke theek hai, boodha aadmi haath nahi milata. boodha aadmi sar par haath rakhta hai.</w:t>
      </w:r>
    </w:p>
    <w:p>
      <w:pPr>
        <w:jc w:val="right"/>
      </w:pPr>
      <w:r>
        <w:t>تو اس وقت میں کہتا ہوں کہ ٹھیک ہے، بوڑھا آدمی ہاتھ نہیں ملاتا۔ بوڑھا آدمی سر پر ہاتھ رکھتا ہے۔</w:t>
      </w:r>
    </w:p>
    <w:p>
      <w:r>
        <w:rPr>
          <w:b/>
        </w:rPr>
        <w:t xml:space="preserve">[04:06] </w:t>
      </w:r>
      <w:r>
        <w:t>pehlay maine kaha tha ke mujhe haath milana hai. lekin jab unhon ne yeh kaha ke is meeting ki head sadia khan hain, tab maine kaha ke boodha aadmi haath nahi milata, boodha aadmi sar par haath rakhta hai.</w:t>
      </w:r>
    </w:p>
    <w:p>
      <w:pPr>
        <w:jc w:val="right"/>
      </w:pPr>
      <w:r>
        <w:t>پہلے میں نے کہا تھا کہ مجھے ہاتھ ملانا ہے۔ لیکن جب انہوں نے یہ کہا کہ اس میٹنگ کی ہیڈ سعدیہ خان ہیں، تب میں نے کہا کہ بوڑھا آدمی ہاتھ نہیں ملاتا، بوڑھا آدمی سر پر ہاتھ رکھتا ہے۔</w:t>
      </w:r>
    </w:p>
    <w:p>
      <w:r>
        <w:rPr>
          <w:b/>
        </w:rPr>
        <w:t xml:space="preserve">[04:27] </w:t>
      </w:r>
      <w:r>
        <w:t>yahan par khwab khatam hota hai.</w:t>
      </w:r>
    </w:p>
    <w:p>
      <w:pPr>
        <w:jc w:val="right"/>
      </w:pPr>
      <w:r>
        <w:t>یہاں پر خواب ختم ہوتا ہے۔</w:t>
      </w:r>
    </w:p>
    <w:p>
      <w:r>
        <w:rPr>
          <w:b/>
        </w:rPr>
        <w:t xml:space="preserve">[04:32] </w:t>
      </w:r>
      <w:r>
        <w:t>lekin jab main utha to main bilkul fresh tha. ek dam fresh tha. yaani sone se pehlay to main fresh nahi hota tha.</w:t>
      </w:r>
    </w:p>
    <w:p>
      <w:pPr>
        <w:jc w:val="right"/>
      </w:pPr>
      <w:r>
        <w:t>لیکن جب میں اٹھا تو میں بالکل فریش تھا۔ ایک دم فریش تھا۔ یعنی سونے سے پہلے تو میں فریش نہیں ہوتا تھا۔</w:t>
      </w:r>
    </w:p>
    <w:p>
      <w:r>
        <w:rPr>
          <w:b/>
        </w:rPr>
        <w:t xml:space="preserve">[04:44] </w:t>
      </w:r>
      <w:r>
        <w:t>lekin sone ke baad aur is khwab ke baad main ek dam fresh ho gaya. phir mujhe ek aur khwab yaad aaya. ek aur khwab.</w:t>
      </w:r>
    </w:p>
    <w:p>
      <w:pPr>
        <w:jc w:val="right"/>
      </w:pPr>
      <w:r>
        <w:t>لیکن سونے کے بعد اور اس خواب کے بعد میں ایک دم فریش ہو گیا۔ پھر مجھے ایک اور خواب یاد آیا۔ ایک اور خواب۔</w:t>
      </w:r>
    </w:p>
    <w:p>
      <w:r>
        <w:rPr>
          <w:b/>
        </w:rPr>
        <w:t xml:space="preserve">[04:56] </w:t>
      </w:r>
      <w:r>
        <w:t>isi dili mein bohat pehlay ek khwab maine dekha tha, woh diary mein kahin exact head date ke saath likha hoga.</w:t>
      </w:r>
    </w:p>
    <w:p>
      <w:pPr>
        <w:jc w:val="right"/>
      </w:pPr>
      <w:r>
        <w:t>اسی دلی میں بہت پہلے ایک خواب میں نے دیکھا تھا، وہ ڈائری میں کہیں ایگزیکٹ ہیڈ ڈیٹ کے ساتھ لکھا ہوگا۔</w:t>
      </w:r>
    </w:p>
    <w:p>
      <w:r>
        <w:rPr>
          <w:b/>
        </w:rPr>
        <w:t xml:space="preserve">[05:10] </w:t>
      </w:r>
      <w:r>
        <w:t>woh khwab bhi bohat hi ajeeb tha. yaani kuch halaat the, kuch koi crisis tha. is crisis mein woh khwab dekha tha maine.</w:t>
      </w:r>
    </w:p>
    <w:p>
      <w:pPr>
        <w:jc w:val="right"/>
      </w:pPr>
      <w:r>
        <w:t>وہ خواب بھی بہت ہی عجیب تھا۔ یعنی کچھ حالات تھے، کچھ کوئی کرائسز تھا۔ اس کرائسز میں وہ خواب دیکھا تھا میں نے۔</w:t>
      </w:r>
    </w:p>
    <w:p>
      <w:r>
        <w:rPr>
          <w:b/>
        </w:rPr>
        <w:t xml:space="preserve">[05:21] </w:t>
      </w:r>
      <w:r>
        <w:t>woh khwab yeh tha ke</w:t>
      </w:r>
    </w:p>
    <w:p>
      <w:pPr>
        <w:jc w:val="right"/>
      </w:pPr>
      <w:r>
        <w:t>وہ خواب یہ تھا کہ</w:t>
      </w:r>
    </w:p>
    <w:p>
      <w:r>
        <w:rPr>
          <w:b/>
        </w:rPr>
        <w:t xml:space="preserve">[05:27] </w:t>
      </w:r>
      <w:r>
        <w:t>jo nasrat banda karta hai, woh nasrat banda kar ke rahe ga. jo nasrat banda karta hai, woh nasrat banda kar ke rahe ga.</w:t>
      </w:r>
    </w:p>
    <w:p>
      <w:pPr>
        <w:jc w:val="right"/>
      </w:pPr>
      <w:r>
        <w:t>جو نصرت بندہ کرتا ہے، وہ نصرت بندہ کر کے رہے گا۔ جو نصرت بندہ کرتا ہے، وہ نصرت بندہ کر کے رہے گا۔</w:t>
      </w:r>
    </w:p>
    <w:p>
      <w:r>
        <w:rPr>
          <w:b/>
        </w:rPr>
        <w:t xml:space="preserve">[05:42] </w:t>
      </w:r>
      <w:r>
        <w:t>do baar mein ne kaha khwab mein. yeh usool hai ke agar khwab ka alfaaz kuch different type kahoon to us se acha khwab hota hai na.</w:t>
      </w:r>
    </w:p>
    <w:p>
      <w:pPr>
        <w:jc w:val="right"/>
      </w:pPr>
      <w:r>
        <w:t>دو بار میں نے کہا خواب میں۔ یہ اصول ہے کہ اگر خواب کا الفاظ کچھ ڈفرنٹ ٹائپ کہوں تو اس سے اچھا خواب ہوتا ہے نا۔</w:t>
      </w:r>
    </w:p>
    <w:p>
      <w:r>
        <w:rPr>
          <w:b/>
        </w:rPr>
        <w:t xml:space="preserve">[05:54] </w:t>
      </w:r>
      <w:r>
        <w:t>to yeh, yeh jo alfaaz hain, yeh koi normal awaz nahi thay. normal alfaaz nahi thay.</w:t>
      </w:r>
    </w:p>
    <w:p>
      <w:pPr>
        <w:jc w:val="right"/>
      </w:pPr>
      <w:r>
        <w:t>تو یہ، یہ جو الفاظ ہیں، یہ کوئی نارمل آواز نہیں تھے۔ نارمل الفاظ نہیں تھے۔</w:t>
      </w:r>
    </w:p>
    <w:p>
      <w:r>
        <w:rPr>
          <w:b/>
        </w:rPr>
        <w:t xml:space="preserve">[06:03] </w:t>
      </w:r>
      <w:r>
        <w:t>mein, mein bolta hoon ya likhta hoon to yeh alfaaz nahi likhta. jo nasrat banda karta hai, woh nasrat banda kar ke rahe ga.</w:t>
      </w:r>
    </w:p>
    <w:p>
      <w:pPr>
        <w:jc w:val="right"/>
      </w:pPr>
      <w:r>
        <w:t>میں، میں بولتا ہوں یا لکھتا ہوں تو یہ الفاظ نہیں لکھتا۔ جو نصرت بندہ کرتا ہے، وہ نصرت بندہ کر کے رہے گا۔</w:t>
      </w:r>
    </w:p>
    <w:p>
      <w:r>
        <w:rPr>
          <w:b/>
        </w:rPr>
        <w:t xml:space="preserve">[06:13] </w:t>
      </w:r>
      <w:r>
        <w:t>yeh abnormal alfaaz thay. to mein ne yeh samjha ke yeh, yeh farishton ki awaz hai.</w:t>
      </w:r>
    </w:p>
    <w:p>
      <w:pPr>
        <w:jc w:val="right"/>
      </w:pPr>
      <w:r>
        <w:t>یہ ایب نارمل الفاظ تھے۔ تو میں نے یہ سمجھا کہ یہ، یہ فرشتوں کی آواز ہے۔</w:t>
      </w:r>
    </w:p>
    <w:p>
      <w:r>
        <w:rPr>
          <w:b/>
        </w:rPr>
        <w:t xml:space="preserve">[06:25] </w:t>
      </w:r>
      <w:r>
        <w:t>insan ki awaz nahi hai yeh. is par mein, yeh kai saal pehle ka khwab hai yeh. to is par mein sochta tha, sochta tha, sochta tha.</w:t>
      </w:r>
    </w:p>
    <w:p>
      <w:pPr>
        <w:jc w:val="right"/>
      </w:pPr>
      <w:r>
        <w:t>انسان کی آواز نہیں ہے یہ۔ اس پر میں، یہ کئی سال پہلے کا خواب ہے یہ۔ تو اس پر میں سوچتا تھا، سوچتا تھا، سوچتا تھا۔</w:t>
      </w:r>
    </w:p>
    <w:p>
      <w:r>
        <w:rPr>
          <w:b/>
        </w:rPr>
        <w:t xml:space="preserve">[06:37] </w:t>
      </w:r>
      <w:r>
        <w:t>barabar. to phir meri samajh aya ke yeh bohat hi important khwab hai. aur woh aik, aik hadith ko, yeh rasool Allah ki zabani ke aik waqeay ko bata raha hai, apply kar raha hai, applied way bata raha hai.</w:t>
      </w:r>
    </w:p>
    <w:p>
      <w:pPr>
        <w:jc w:val="right"/>
      </w:pPr>
      <w:r>
        <w:t>برابر۔ تو پھر میری سمجھ آیا کہ یہ بہت ہی امپورٹنٹ خواب ہے۔ اور وہ ایک، ایک حدیث کو، یہ رسول اللہ کی زبانی کے ایک واقعے کو بتا رہا ہے، اپلائی کر رہا ہے، اپلائیڈ وے بتا رہا ہے۔</w:t>
      </w:r>
    </w:p>
    <w:p>
      <w:r>
        <w:rPr>
          <w:b/>
        </w:rPr>
        <w:t xml:space="preserve">[06:58] </w:t>
      </w:r>
      <w:r>
        <w:t>woh kya hai? woh hai hijrat ke teesre saal. aap jante hain ke hijrat ke teesre saal uhud ki rai hui.</w:t>
      </w:r>
    </w:p>
    <w:p>
      <w:pPr>
        <w:jc w:val="right"/>
      </w:pPr>
      <w:r>
        <w:t>وہ کیا ہے؟ وہ ہے ہجرت کے تیسرے سال۔ آپ جانتے ہیں کہ ہجرت کے تیسرے سال احد کی رائی ہوئی۔</w:t>
      </w:r>
    </w:p>
    <w:p>
      <w:r>
        <w:rPr>
          <w:b/>
        </w:rPr>
        <w:t xml:space="preserve">[07:12] </w:t>
      </w:r>
      <w:r>
        <w:t>hijrat ke teesre saal uhud ki rai hui. uhud aik chota pahar tha, jis ko hum kehte hain pahari. jo madina se taqreeban teen mil ke faslay par tha.</w:t>
      </w:r>
    </w:p>
    <w:p>
      <w:pPr>
        <w:jc w:val="right"/>
      </w:pPr>
      <w:r>
        <w:t>ہجرت کے تیسرے سال احد کی رائی ہوئی۔ احد ایک چھوٹا پہاڑ تھا، جس کو ہم کہتے ہیں پہاڑی۔ جو مدینہ سے تقریباً تین میل کے فاصلے پر تھا۔</w:t>
      </w:r>
    </w:p>
    <w:p>
      <w:r>
        <w:rPr>
          <w:b/>
        </w:rPr>
        <w:t xml:space="preserve">[07:26] </w:t>
      </w:r>
      <w:r>
        <w:t>to makkah ke jo mukhalifeen thay, unho ne attack kiya. woh makkah se aaye madina aur yahan par unho ne attack kiya.</w:t>
      </w:r>
    </w:p>
    <w:p>
      <w:pPr>
        <w:jc w:val="right"/>
      </w:pPr>
      <w:r>
        <w:t>تو مکہ کے جو مخالفین تھے، انہوں نے اٹیک کیا۔ وہ مکہ سے آئے مدینہ اور یہاں پر انہوں نے اٹیک کیا۔</w:t>
      </w:r>
    </w:p>
    <w:p>
      <w:r>
        <w:rPr>
          <w:b/>
        </w:rPr>
        <w:t xml:space="preserve">[07:38] </w:t>
      </w:r>
      <w:r>
        <w:t>to yeh jo ladaai hui thi, woh uhud ke paas hui thi. uhud pahar ke paas. isi liye woh ghazwa uhud ke naam se mashhoor hai.</w:t>
      </w:r>
    </w:p>
    <w:p>
      <w:pPr>
        <w:jc w:val="right"/>
      </w:pPr>
      <w:r>
        <w:t>تو یہ جو لڑائی ہوئی تھی، وہ احد کے پاس ہوئی تھی۔ احد پہاڑ کے پاس۔ اسی لیے وہ غزوہ احد کے نام سے مشہور ہے۔</w:t>
      </w:r>
    </w:p>
    <w:p>
      <w:r>
        <w:rPr>
          <w:b/>
        </w:rPr>
        <w:t xml:space="preserve">[07:50] </w:t>
      </w:r>
      <w:r>
        <w:t>to kya hua ke is mein kisi wajah se rasool Allah ke sahaba ko shikast hui.</w:t>
      </w:r>
    </w:p>
    <w:p>
      <w:pPr>
        <w:jc w:val="right"/>
      </w:pPr>
      <w:r>
        <w:t>تو کیا ہوا کہ اس میں کسی وجہ سے رسول اللہ کے صحابہ کو شکست ہوئی۔</w:t>
      </w:r>
    </w:p>
    <w:p>
      <w:r>
        <w:rPr>
          <w:b/>
        </w:rPr>
        <w:t xml:space="preserve">[08:05] </w:t>
      </w:r>
      <w:r>
        <w:t>kaha jata hai ke taqreeban satar aadmi maare gaye. yeh madina se</w:t>
      </w:r>
    </w:p>
    <w:p>
      <w:pPr>
        <w:jc w:val="right"/>
      </w:pPr>
      <w:r>
        <w:t>کہا جاتا ہے کہ تقریباً ستر آدمی مارے گئے۔ یہ مدینہ سے</w:t>
      </w:r>
    </w:p>
    <w:p>
      <w:r>
        <w:rPr>
          <w:b/>
        </w:rPr>
        <w:t xml:space="preserve">[08:18] </w:t>
      </w:r>
      <w:r>
        <w:t>qareeb tha woh uhud pahar, wahan ja kar qissa hua. to taqreeban satar aadmi maare gaye. aur aik ajeeb, yaani total shikast ka mahaul tha woh.</w:t>
      </w:r>
    </w:p>
    <w:p>
      <w:pPr>
        <w:jc w:val="right"/>
      </w:pPr>
      <w:r>
        <w:t>قریب تھا وہ احد پہاڑ، وہاں جا کر قصہ ہوا۔ تو تقریباً ستر آدمی مارے گئے۔ اور ایک عجیب، یعنی ٹوٹل شکست کا ماحول تھا وہ۔</w:t>
      </w:r>
    </w:p>
    <w:p>
      <w:r>
        <w:rPr>
          <w:b/>
        </w:rPr>
        <w:t xml:space="preserve">[08:33] </w:t>
      </w:r>
      <w:r>
        <w:t>to us waqt jo hai, jo makkah ke jo sardar thay, jo wahan se fouj laye thay hamla karne ke liye, to woh sardar jo thay,</w:t>
      </w:r>
    </w:p>
    <w:p>
      <w:pPr>
        <w:jc w:val="right"/>
      </w:pPr>
      <w:r>
        <w:t>تو اس وقت جو ہے، جو مکہ کے جو سردار تھے، جو وہاں سے فوج لائے تھے حملہ کرنے کے لیے، تو وہ سردار جو تھے،</w:t>
      </w:r>
    </w:p>
    <w:p>
      <w:r>
        <w:rPr>
          <w:b/>
        </w:rPr>
        <w:t xml:space="preserve">[08:47] </w:t>
      </w:r>
      <w:r>
        <w:t>woh charh gaye uhud pahari par. uhud pahari jo tha us pe charh gaye thay. aur jo pahari par charh kar gaye, zor se awaz di.</w:t>
      </w:r>
    </w:p>
    <w:p>
      <w:pPr>
        <w:jc w:val="right"/>
      </w:pPr>
      <w:r>
        <w:t>وہ چڑھ گئے احد پہاڑی پر۔ احد پہاڑی جو تھا اس پہ چڑھ گئے تھے۔ اور جو پہاڑی پر چڑھ کر گئے، زور سے آواز دی۔</w:t>
      </w:r>
    </w:p>
    <w:p>
      <w:r>
        <w:rPr>
          <w:b/>
        </w:rPr>
        <w:t xml:space="preserve">[08:58] </w:t>
      </w:r>
      <w:r>
        <w:t>yaani fateh ki, yaani fateh ka naarah keh lijiye us ko. fateh ka naarah. to unho ne kaha tha ke lana uzalukum wa lana uzalukum.</w:t>
      </w:r>
    </w:p>
    <w:p>
      <w:pPr>
        <w:jc w:val="right"/>
      </w:pPr>
      <w:r>
        <w:t>یعنی فتح کی، یعنی فتح کا نعرہ کہہ لیجیے اس کو۔ فتح کا نعرہ۔ تو انہوں نے کہا تھا کہ لنا عزالک ونا عزالکم۔</w:t>
      </w:r>
    </w:p>
    <w:p>
      <w:r>
        <w:rPr>
          <w:b/>
        </w:rPr>
        <w:t xml:space="preserve">[09:12] </w:t>
      </w:r>
      <w:r>
        <w:t>uzah un ke haan aik but hota tha, but. but. yaani idol. to us but ko uzah kehte thay, yaani izzat wala.</w:t>
      </w:r>
    </w:p>
    <w:p>
      <w:pPr>
        <w:jc w:val="right"/>
      </w:pPr>
      <w:r>
        <w:t>عزہ ان کے ہاں ایک بت ہوتا تھا، بت۔ بت۔ یعنی آئیڈل۔ تو اس بت کو عزہ کہتے تھے، یعنی عزت والا۔</w:t>
      </w:r>
    </w:p>
    <w:p>
      <w:r>
        <w:rPr>
          <w:b/>
        </w:rPr>
        <w:t xml:space="preserve">[09:24] </w:t>
      </w:r>
      <w:r>
        <w:t>woh but jis ko chahe izzat de, jis ko chahe zaleel kare. to lana uzah wa lana uzalukum. yeh hamare saath uzah hai, is liye hum ko fateh hui hai.</w:t>
      </w:r>
    </w:p>
    <w:p>
      <w:pPr>
        <w:jc w:val="right"/>
      </w:pPr>
      <w:r>
        <w:t>وہ بت جس کو چاہے عزت دے، جس کو چاہے ذلیل کرے۔ تو لنا عزہ ونا عزالکم۔ یہ ہمارے ساتھ عزہ ہے، اس لیے ہم کو فتح ہوئی ہے۔</w:t>
      </w:r>
    </w:p>
    <w:p>
      <w:r>
        <w:rPr>
          <w:b/>
        </w:rPr>
        <w:t xml:space="preserve">[09:35] </w:t>
      </w:r>
      <w:r>
        <w:t>tumhare saath uzah nahi hai, is liye tum ko haar ho gayi. yeh matlab tha is ka. to yeh bohat hi, us waqt bohat ziyada, aap sab samajh sakte hain ke wahan kya mahaul raha hoga.</w:t>
      </w:r>
    </w:p>
    <w:p>
      <w:pPr>
        <w:jc w:val="right"/>
      </w:pPr>
      <w:r>
        <w:t>تمہارے ساتھ عزہ نہیں ہے، اس لیے تم کو ہار ہو گئی۔ یہ مطلب تھا اس کا۔ تو یہ بہت ہی، اس وقت بہت زیادہ، آپ سب سمجھ سکتے ہیں کہ وہاں کیا ماحول رہا ہوگا۔</w:t>
      </w:r>
    </w:p>
    <w:p>
      <w:r>
        <w:rPr>
          <w:b/>
        </w:rPr>
        <w:t xml:space="preserve">[09:50] </w:t>
      </w:r>
      <w:r>
        <w:t>jahan taqreeban satar aadmi shaheed ho gaye hon. to sahaba ki samajh mein nahi aya ke kya jawab dein. kya jawab dein.</w:t>
      </w:r>
    </w:p>
    <w:p>
      <w:pPr>
        <w:jc w:val="right"/>
      </w:pPr>
      <w:r>
        <w:t>جہاں تقریباً ستر آدمی شہید ہو گئے ہوں۔ تو صحابہ کی سمجھ میں نہیں آیا کہ کیا جواب دیں۔ کیا جواب دیں۔</w:t>
      </w:r>
    </w:p>
    <w:p>
      <w:r>
        <w:rPr>
          <w:b/>
        </w:rPr>
        <w:t xml:space="preserve">[09:58] </w:t>
      </w:r>
      <w:r>
        <w:t>idhar se awaz ayi ke idhar se koi jawab nahi. to rasool Allah ne farmaya ke kyun nahi jawab dete tum log? to unho ne kaha aap kya jawab dein?</w:t>
      </w:r>
    </w:p>
    <w:p>
      <w:pPr>
        <w:jc w:val="right"/>
      </w:pPr>
      <w:r>
        <w:t>ادھر سے آواز آئی کہ ادھر سے کوئی جواب نہیں۔ تو رسول اللہ نے فرمایا کہ کیوں نہیں جواب دیتے تم لوگ؟ تو انہوں نے کہا آپ کیا جواب دیں؟</w:t>
      </w:r>
    </w:p>
    <w:p>
      <w:r>
        <w:rPr>
          <w:b/>
        </w:rPr>
        <w:t xml:space="preserve">[10:13] </w:t>
      </w:r>
      <w:r>
        <w:t>kya jawab dein? to rasool Allah ne kaha ke kaho Allah</w:t>
      </w:r>
    </w:p>
    <w:p>
      <w:pPr>
        <w:jc w:val="right"/>
      </w:pPr>
      <w:r>
        <w:t>کیا جواب دیں؟ تو رسول اللہ نے کہا کہو اللہ</w:t>
      </w:r>
    </w:p>
    <w:p>
      <w:r>
        <w:rPr>
          <w:b/>
        </w:rPr>
        <w:t xml:space="preserve">[10:20] </w:t>
      </w:r>
      <w:r>
        <w:t>maulana wali maula lakum.</w:t>
      </w:r>
    </w:p>
    <w:p>
      <w:pPr>
        <w:jc w:val="right"/>
      </w:pPr>
      <w:r>
        <w:t>مولانا ولی مولا لکم۔</w:t>
      </w:r>
    </w:p>
    <w:p>
      <w:r>
        <w:rPr>
          <w:b/>
        </w:rPr>
        <w:t xml:space="preserve">[10:25] </w:t>
      </w:r>
      <w:r>
        <w:t>allah molana wali molla lakum. allah hamara molla hai. aur tum logon ke liye koi allah nahin.</w:t>
      </w:r>
    </w:p>
    <w:p>
      <w:pPr>
        <w:jc w:val="right"/>
      </w:pPr>
      <w:r>
        <w:t>اللہ مولانا ولی مولا لکم۔ اللہ ہمارا مولا ہے۔ اور تم لوگوں کے لیے کوئی اللہ نہیں۔</w:t>
      </w:r>
    </w:p>
    <w:p>
      <w:r>
        <w:rPr>
          <w:b/>
        </w:rPr>
        <w:t xml:space="preserve">[10:36] </w:t>
      </w:r>
      <w:r>
        <w:t>tum allah ke baghair ho. azzah to pathar ka but hota hai. hamare paas zinda khuda jo hai woh hamare sath hai.</w:t>
      </w:r>
    </w:p>
    <w:p>
      <w:pPr>
        <w:jc w:val="right"/>
      </w:pPr>
      <w:r>
        <w:t>تم اللہ کے بغیر ہو۔ عزہ تو پتھر کا بت ہوتا ہے۔ ہمارے پاس زندہ خدا جو ہے وہ ہمارے ساتھ ہے۔</w:t>
      </w:r>
    </w:p>
    <w:p>
      <w:r>
        <w:rPr>
          <w:b/>
        </w:rPr>
        <w:t xml:space="preserve">[10:47] </w:t>
      </w:r>
      <w:r>
        <w:t>to aaj main jab khwab dekh ke utha, aaj, to mera mind trigger hua is ko soch kar ke.</w:t>
      </w:r>
    </w:p>
    <w:p>
      <w:pPr>
        <w:jc w:val="right"/>
      </w:pPr>
      <w:r>
        <w:t>تو آج میں جب خواب دیکھ کے اٹھا، آج، تو میرا مائنڈ ٹریگر ہوا اس کو سوچ کر کے۔</w:t>
      </w:r>
    </w:p>
    <w:p>
      <w:r>
        <w:rPr>
          <w:b/>
        </w:rPr>
        <w:t xml:space="preserve">[10:57] </w:t>
      </w:r>
      <w:r>
        <w:t>to main ne socha ke yeh to, yeh to ek abadi awaz thi. ahad ki awaz abadi awaz thi. yani pure dour ke liye yeh jo ummat mohammadi ka jo dour hai, is pure dour par chhai hui thi.</w:t>
      </w:r>
    </w:p>
    <w:p>
      <w:pPr>
        <w:jc w:val="right"/>
      </w:pPr>
      <w:r>
        <w:t>تو میں نے سوچا کہ یہ تو، یہ تو ایک ابدی آواز تھی۔ احد کی آواز ابدی آواز تھی۔ یعنی پورے دور کے لیے یہ جو امت محمدی کا جو دور ہے، اس پورے دور پر چھائی ہوئی تھی۔</w:t>
      </w:r>
    </w:p>
    <w:p>
      <w:r>
        <w:rPr>
          <w:b/>
        </w:rPr>
        <w:t xml:space="preserve">[11:14] </w:t>
      </w:r>
      <w:r>
        <w:t>yani rasool allah ne sahaba se jab kaha ke kaho allah molana wali molla lakum. yeh to pure dour ki qayamat tak ke liye awaz thi yeh.</w:t>
      </w:r>
    </w:p>
    <w:p>
      <w:pPr>
        <w:jc w:val="right"/>
      </w:pPr>
      <w:r>
        <w:t>یعنی رسول اللہ نے صحابہ سے جب کہا کہ کہو اللہ مولانا ولی مولا لکم۔ یہ تو پورے دور کی قیامت تک کے لیے آواز تھی یہ۔</w:t>
      </w:r>
    </w:p>
    <w:p>
      <w:r>
        <w:rPr>
          <w:b/>
        </w:rPr>
        <w:t xml:space="preserve">[11:25] </w:t>
      </w:r>
      <w:r>
        <w:t>ke hamesha ke liye allah hamare sath hai. aur hamesha ke liye allah hamara molla hai. ab aap dekhiye kaisi ajib baat hai ke puri tareekh is ki confirm kar rahi hai is ko.</w:t>
      </w:r>
    </w:p>
    <w:p>
      <w:pPr>
        <w:jc w:val="right"/>
      </w:pPr>
      <w:r>
        <w:t>کہ ہمیشہ کے لیے اللہ ہمارے ساتھ ہے۔ اور ہمیشہ کے لیے اللہ ہمارا مولا ہے۔ اب آپ دیکھیے کیسی عجیب بات ہے کہ پوری تاریخ اس کی کنفرم کر رہی ہے اس کو۔</w:t>
      </w:r>
    </w:p>
    <w:p>
      <w:r>
        <w:rPr>
          <w:b/>
        </w:rPr>
        <w:t xml:space="preserve">[11:41] </w:t>
      </w:r>
      <w:r>
        <w:t>puri tareekh is ko confirm kar rahi hai. mislan dekhiye rasool allah ke baad jab khilafat ka zamana aya.</w:t>
      </w:r>
    </w:p>
    <w:p>
      <w:pPr>
        <w:jc w:val="right"/>
      </w:pPr>
      <w:r>
        <w:t>پوری تاریخ اس کو کنفرم کر رہی ہے۔ مثلاً دیکھیے رسول اللہ کے بعد جب خلافت کا زمانہ آیا۔</w:t>
      </w:r>
    </w:p>
    <w:p>
      <w:r>
        <w:rPr>
          <w:b/>
        </w:rPr>
        <w:t xml:space="preserve">[11:49] </w:t>
      </w:r>
      <w:r>
        <w:t>jab mere, jab woh dour aya jab rasool allah dunya mein nahin rahe aur khilafat ka zamana aa gaya. to jante hain kya hua?</w:t>
      </w:r>
    </w:p>
    <w:p>
      <w:pPr>
        <w:jc w:val="right"/>
      </w:pPr>
      <w:r>
        <w:t>جب میرے، جب وہ دور آیا جب رسول اللہ دنیا میں نہیں رہے اور خلافت کا زمانہ آ گیا۔ تو جانتے ہیں کیا ہوا؟</w:t>
      </w:r>
    </w:p>
    <w:p>
      <w:r>
        <w:rPr>
          <w:b/>
        </w:rPr>
        <w:t xml:space="preserve">[12:00] </w:t>
      </w:r>
      <w:r>
        <w:t>do saltanaten mere se mohammadi ki dushman ban gaeen. do saltanen. yani ek, ek thi bait deeni saltanat aur doosri thi woh sasani saltanat.</w:t>
      </w:r>
    </w:p>
    <w:p>
      <w:pPr>
        <w:jc w:val="right"/>
      </w:pPr>
      <w:r>
        <w:t>دو سلطنتیں میرے سے محمدی کی دشمن بن گئیں۔ دو سلطنتیں۔ یعنی ایک، ایک تھی بیت دینی سلطنت اور دوسری تھی وہ ساسانی سلطنت۔</w:t>
      </w:r>
    </w:p>
    <w:p>
      <w:r>
        <w:rPr>
          <w:b/>
        </w:rPr>
        <w:t xml:space="preserve">[12:19] </w:t>
      </w:r>
      <w:r>
        <w:t>bohat zabardast taqat thi in logon ki. lekin hazrat umar ke zamane mein yeh dono ke dono khatam ho gae. hamesha ke liye khatam ho gae.</w:t>
      </w:r>
    </w:p>
    <w:p>
      <w:pPr>
        <w:jc w:val="right"/>
      </w:pPr>
      <w:r>
        <w:t>بہت زبردست طاقت تھی ان لوگوں کی۔ لیکن حضرت عمر کے زمانے میں یہ دونوں کے دونوں ختم ہو گئے۔ ہمیشہ کے لیے ختم ہو گئے۔</w:t>
      </w:r>
    </w:p>
    <w:p>
      <w:r>
        <w:rPr>
          <w:b/>
        </w:rPr>
        <w:t xml:space="preserve">[12:31] </w:t>
      </w:r>
      <w:r>
        <w:t>hamesha ke liye khatam ho gae. to hazrat umar ke sath sahaba the. sahaba ne allah ki madad mangi. allah ki madad se aage badhe woh.</w:t>
      </w:r>
    </w:p>
    <w:p>
      <w:pPr>
        <w:jc w:val="right"/>
      </w:pPr>
      <w:r>
        <w:t>ہمیشہ کے لیے ختم ہو گئے۔ تو حضرت عمر کے ساتھ صحابہ تھے۔ صحابہ نے اللہ کی مدد مانگی۔ اللہ کی مدد سے آگے بڑھے وہ۔</w:t>
      </w:r>
    </w:p>
    <w:p>
      <w:r>
        <w:rPr>
          <w:b/>
        </w:rPr>
        <w:t xml:space="preserve">[12:40] </w:t>
      </w:r>
      <w:r>
        <w:t>to in ka khataama ho gaya. yani hamesha ke liye khatam ho gaya. bait deeni saltanat bhi aur sasani saltanat bhi.</w:t>
      </w:r>
    </w:p>
    <w:p>
      <w:pPr>
        <w:jc w:val="right"/>
      </w:pPr>
      <w:r>
        <w:t>تو ان کا خاتمہ ہو گیا۔ یعنی ہمیشہ کے لیے ختم ہو گیا۔ بیت دینی سلطنت بھی اور ساسانی سلطنت بھی۔</w:t>
      </w:r>
    </w:p>
    <w:p>
      <w:r>
        <w:rPr>
          <w:b/>
        </w:rPr>
        <w:t xml:space="preserve">[12:50] </w:t>
      </w:r>
      <w:r>
        <w:t>phir is ke baad dekhiye tatari muslim dunya mein aae. tatari. aur</w:t>
      </w:r>
    </w:p>
    <w:p>
      <w:pPr>
        <w:jc w:val="right"/>
      </w:pPr>
      <w:r>
        <w:t>پھر اس کے بعد دیکھیے تاتاری مسلم دنیا میں آئے۔ تاتاری۔ اور</w:t>
      </w:r>
    </w:p>
    <w:p>
      <w:r>
        <w:rPr>
          <w:b/>
        </w:rPr>
        <w:t xml:space="preserve">[13:06] </w:t>
      </w:r>
      <w:r>
        <w:t>is zamane mein yeh itna dobara aisa mahol bana. dobara aisa mahol bana ke kehne walon ne yeh kaha ke</w:t>
      </w:r>
    </w:p>
    <w:p>
      <w:pPr>
        <w:jc w:val="right"/>
      </w:pPr>
      <w:r>
        <w:t>اس زمانے میں یہ اتنا دوبارہ ایسا ماحول بنا۔ دوبارہ ایسا ماحول بنا کہ کہنے والوں نے یہ کہا کہ</w:t>
      </w:r>
    </w:p>
    <w:p>
      <w:r>
        <w:rPr>
          <w:b/>
        </w:rPr>
        <w:t xml:space="preserve">[13:24] </w:t>
      </w:r>
      <w:r>
        <w:t>kehne walon ne yeh kaha ke agar yeh kaha jaye ke tatari haar gae to manna mat kyunke woh to baraye bedarmaan hain.</w:t>
      </w:r>
    </w:p>
    <w:p>
      <w:pPr>
        <w:jc w:val="right"/>
      </w:pPr>
      <w:r>
        <w:t>کہنے والوں نے یہ کہا کہ اگر یہ کہا جائے کہ تاتاری ہار گئے تو ماننا مت کیونکہ وہ تو برائے بے درماں ہیں۔</w:t>
      </w:r>
    </w:p>
    <w:p>
      <w:r>
        <w:rPr>
          <w:b/>
        </w:rPr>
        <w:t xml:space="preserve">[13:34] </w:t>
      </w:r>
      <w:r>
        <w:t>woh haarne wale nahin hain. lekin aap ko maloom hai ke tatariyon ko is tarah shikast hui ke un ki majority jo hai majority islam mein dakhil ho gayi.</w:t>
      </w:r>
    </w:p>
    <w:p>
      <w:pPr>
        <w:jc w:val="right"/>
      </w:pPr>
      <w:r>
        <w:t>وہ ہارنے والے نہیں ہیں۔ لیکن آپ کو معلوم ہے کہ تاتاریوں کو اس طرح شکست ہوئی کہ ان کی میجورٹی جو ہے میجورٹی اسلام میں داخل ہو گئی۔</w:t>
      </w:r>
    </w:p>
    <w:p>
      <w:r>
        <w:rPr>
          <w:b/>
        </w:rPr>
        <w:t xml:space="preserve">[13:45] </w:t>
      </w:r>
      <w:r>
        <w:t>aur unhein, unhon ne mil kar ke dobara nai hukumat lai jis ko hum kehte hain mughal dour aur</w:t>
      </w:r>
    </w:p>
    <w:p>
      <w:pPr>
        <w:jc w:val="right"/>
      </w:pPr>
      <w:r>
        <w:t>اور انہیں، انہوں نے مل کر کے دوبارہ نئی حکومت لائی جس کو ہم کہتے ہیں مغل دور اور</w:t>
      </w:r>
    </w:p>
    <w:p>
      <w:r>
        <w:rPr>
          <w:b/>
        </w:rPr>
        <w:t xml:space="preserve">[13:55] </w:t>
      </w:r>
      <w:r>
        <w:t>woh dour yani turkash dour. yani woh khadim ban gae. woh islam ke khadim ban gae.</w:t>
      </w:r>
    </w:p>
    <w:p>
      <w:pPr>
        <w:jc w:val="right"/>
      </w:pPr>
      <w:r>
        <w:t>وہ دور یعنی ترکش دور۔ یعنی وہ خادم بن گئے۔ وہ اسلام کے خادم بن گئے۔</w:t>
      </w:r>
    </w:p>
    <w:p>
      <w:r>
        <w:rPr>
          <w:b/>
        </w:rPr>
        <w:t xml:space="preserve">[14:05] </w:t>
      </w:r>
      <w:r>
        <w:t>phir dekhiye woh crusades ka zamana aya. crusades mein sare europe ne muslim dunya par hamla kar diya.</w:t>
      </w:r>
    </w:p>
    <w:p>
      <w:pPr>
        <w:jc w:val="right"/>
      </w:pPr>
      <w:r>
        <w:t>پھر دیکھیے وہ کروسیٹس کا زمانہ آیا۔ کروسیٹس میں سارے یورپ نے مسلم دنیا پر حملہ کر دیا۔</w:t>
      </w:r>
    </w:p>
    <w:p>
      <w:r>
        <w:rPr>
          <w:b/>
        </w:rPr>
        <w:t xml:space="preserve">[14:13] </w:t>
      </w:r>
      <w:r>
        <w:t>sare europe ne. is waqt kis se zair the europe mein? lekin aap ko maloom hai ke puri yani yeh muarikhin ne likha hai ke ke in logon ko yani jo attackers the un logon ko humiliating defeat hui.</w:t>
      </w:r>
    </w:p>
    <w:p>
      <w:pPr>
        <w:jc w:val="right"/>
      </w:pPr>
      <w:r>
        <w:t>سارے یورپ نے۔ اس وقت کس سے زائر تھے یورپ میں؟ لیکن آپ کو معلوم ہے کہ پوری یعنی یہ مؤرخین نے لکھا ہے کہ کہ ان لوگوں کو یعنی جو اٹیکرز تھے ان لوگوں کو ہیبیلیٹنگ ڈیفیٹ ہوئی۔</w:t>
      </w:r>
    </w:p>
    <w:p>
      <w:r>
        <w:rPr>
          <w:b/>
        </w:rPr>
        <w:t xml:space="preserve">[14:35] </w:t>
      </w:r>
      <w:r>
        <w:t>humiliating defeat.</w:t>
      </w:r>
    </w:p>
    <w:p>
      <w:pPr>
        <w:jc w:val="right"/>
      </w:pPr>
      <w:r>
        <w:t>ہیبیلیٹنگ ڈیفیٹ۔</w:t>
      </w:r>
    </w:p>
    <w:p>
      <w:r>
        <w:rPr>
          <w:b/>
        </w:rPr>
        <w:t xml:space="preserve">[14:39] </w:t>
      </w:r>
      <w:r>
        <w:t>isi puri tareekh mein aise ho raha hai. to yaad rakhiye rasool allah ki sunnat ab waqti sunnat nahin thi.</w:t>
      </w:r>
    </w:p>
    <w:p>
      <w:pPr>
        <w:jc w:val="right"/>
      </w:pPr>
      <w:r>
        <w:t>اسی پوری تاریخ میں ایسے ہو رہا ہے۔ تو یاد رکھیے رسول اللہ کی سنت اب وقتی سنت نہیں تھی۔</w:t>
      </w:r>
    </w:p>
    <w:p>
      <w:r>
        <w:rPr>
          <w:b/>
        </w:rPr>
        <w:t xml:space="preserve">[14:49] </w:t>
      </w:r>
      <w:r>
        <w:t>abadi sunnat thi. abadi sunnat thi. abadi sunnat thi. to rasool allah ne sikhaya tha sahaba ko ke kaho allah molana wali molla lakum.</w:t>
      </w:r>
    </w:p>
    <w:p>
      <w:pPr>
        <w:jc w:val="right"/>
      </w:pPr>
      <w:r>
        <w:t>ابدی سنت تھی۔ ابدی سنت تھی۔ ابدی سنت تھی۔ تو رسول اللہ نے سکھایا تھا صحابہ کو کہ کہو اللہ مولانا ولی مولا لکم۔</w:t>
      </w:r>
    </w:p>
    <w:p>
      <w:r>
        <w:rPr>
          <w:b/>
        </w:rPr>
        <w:t xml:space="preserve">[14:58] </w:t>
      </w:r>
      <w:r>
        <w:t>yeh eternal awaz thi. yani aaj se le kar qayamat tak yahi hota rahega. hota rahega. hota rahega.</w:t>
      </w:r>
    </w:p>
    <w:p>
      <w:pPr>
        <w:jc w:val="right"/>
      </w:pPr>
      <w:r>
        <w:t>یہ ایٹینڈل آواز تھی۔ یعنی آج سے لے کر قیامت تک یہی ہوتا رہے گا۔ ہوتا رہے گا۔ ہوتا رہے گا۔</w:t>
      </w:r>
    </w:p>
    <w:p>
      <w:r>
        <w:rPr>
          <w:b/>
        </w:rPr>
        <w:t xml:space="preserve">[15:09] </w:t>
      </w:r>
      <w:r>
        <w:t>to ab main yeh kahunga ke yeh jo sunnat hai yeh jo rasool allah ki awaz hai yeh jo tareekh ka tajurba hai yeh kya sabak batata hai aap ko?</w:t>
      </w:r>
    </w:p>
    <w:p>
      <w:pPr>
        <w:jc w:val="right"/>
      </w:pPr>
      <w:r>
        <w:t>تو اب میں یہ کہوں گا کہ یہ جو سنت ہے یہ جو رسول اللہ کی آواز ہے یہ جو تاریخ کا تجربہ ہے یہ کیا سبق بتاتا ہے آپ کو؟</w:t>
      </w:r>
    </w:p>
    <w:p>
      <w:r>
        <w:rPr>
          <w:b/>
        </w:rPr>
        <w:t xml:space="preserve">[15:23] </w:t>
      </w:r>
      <w:r>
        <w:t>keh jab bhi koi khara hai kehho yeh kaheh keh lana uzza wali uzza lakum to aap kahiye dobara lana Maulana wali Mola lakum.</w:t>
      </w:r>
    </w:p>
    <w:p>
      <w:pPr>
        <w:jc w:val="right"/>
      </w:pPr>
      <w:r>
        <w:t>کہ جب بھی کوئی کھڑا ہے کہو یہ کہے کہ لنا عزہ ولی عزہ لکم تو آپ کہیے دوبارہ لنا مولانا ولی مولا لکم۔</w:t>
      </w:r>
    </w:p>
    <w:p>
      <w:r>
        <w:rPr>
          <w:b/>
        </w:rPr>
        <w:t xml:space="preserve">[15:33] </w:t>
      </w:r>
      <w:r>
        <w:t>is ko repeat kijiye. is ko dohraiye. is ko yaqeen ke saath boliye. kyunkeh waheen farishtay khare honge aap ke saath jahan aisa hoga keh dobara dobara dobara farishtay khare honge aap ke saath.</w:t>
      </w:r>
    </w:p>
    <w:p>
      <w:pPr>
        <w:jc w:val="right"/>
      </w:pPr>
      <w:r>
        <w:t>اس کو ریپیٹ کیجیے۔ اس کو دہرائیے۔ اس کو یقین کے ساتھ بولیے۔ کیونکہ وہیں فرشتے کھڑے ہوں گے آپ کے ساتھ جہاں ایسا ہوگا کہ دوبارہ دوبارہ دوبارہ فرشتے کھڑے ہوں گے آپ کے ساتھ۔</w:t>
      </w:r>
    </w:p>
    <w:p>
      <w:r>
        <w:rPr>
          <w:b/>
        </w:rPr>
        <w:t xml:space="preserve">[15:51] </w:t>
      </w:r>
      <w:r>
        <w:t>yeh main ne aaj samjha. aur aaj aik aik ajeeb bohat ajeeb tajurba hua.</w:t>
      </w:r>
    </w:p>
    <w:p>
      <w:pPr>
        <w:jc w:val="right"/>
      </w:pPr>
      <w:r>
        <w:t>یہ میں نے آج سمجھا۔ اور آج ایک ایک عجیب بہت عجیب تجربہ ہوا۔</w:t>
      </w:r>
    </w:p>
    <w:p>
      <w:r>
        <w:rPr>
          <w:b/>
        </w:rPr>
        <w:t xml:space="preserve">[16:04] </w:t>
      </w:r>
      <w:r>
        <w:t>woh bhi ajeeb hua. aaj Mr Khurram jo pilot hain woh aaye mere paas.</w:t>
      </w:r>
    </w:p>
    <w:p>
      <w:pPr>
        <w:jc w:val="right"/>
      </w:pPr>
      <w:r>
        <w:t>وہ بھی عجیب ہوا۔ آج مسٹر خرم جو پائلٹ ہیں وہ آئے میرے پاس۔</w:t>
      </w:r>
    </w:p>
    <w:p>
      <w:r>
        <w:rPr>
          <w:b/>
        </w:rPr>
        <w:t xml:space="preserve">[16:12] </w:t>
      </w:r>
      <w:r>
        <w:t>to abhi seedhe woh airport se aaye thay woh. woh koi flight le gaye thay Europe aur wahan se seedhe mere paas aaye thay.</w:t>
      </w:r>
    </w:p>
    <w:p>
      <w:pPr>
        <w:jc w:val="right"/>
      </w:pPr>
      <w:r>
        <w:t>تو ابھی سیدھے وہ ایئرپورٹ سے آئے تھے وہ۔ وہ کوئی فلائٹ لے گئے تھے یورپ اور وہاں سے سیدھے میرے پاس آئے تھے۔</w:t>
      </w:r>
    </w:p>
    <w:p>
      <w:r>
        <w:rPr>
          <w:b/>
        </w:rPr>
        <w:t xml:space="preserve">[16:23] </w:t>
      </w:r>
      <w:r>
        <w:t>to dekhiye har waqea aap ke mind ko agar agar aap ka mind aik hiar prepared ban rahe hain to trigger hoga.</w:t>
      </w:r>
    </w:p>
    <w:p>
      <w:pPr>
        <w:jc w:val="right"/>
      </w:pPr>
      <w:r>
        <w:t>تو دیکھیے ہر واقعہ آپ کے مائنڈ کو اگر اگر آپ کا مائنڈ ایک ہیئر پریپیئرڈ بن رہے ہیں تو ٹریگر ہوگا۔</w:t>
      </w:r>
    </w:p>
    <w:p>
      <w:r>
        <w:rPr>
          <w:b/>
        </w:rPr>
        <w:t xml:space="preserve">[16:32] </w:t>
      </w:r>
      <w:r>
        <w:t>to Mr Khurram jab aaye to mera mind trigger ho gaya. trigger ho gaya. trigger. yaani main ne socha keh dekhiye yeh jo yeh jo mission hamara hai jis ko hum CPS kehte hain Quran ka mission kehte hain.</w:t>
      </w:r>
    </w:p>
    <w:p>
      <w:pPr>
        <w:jc w:val="right"/>
      </w:pPr>
      <w:r>
        <w:t>تو مسٹر خرم جب آئے تو میرا مائنڈ ٹریگر ہو گیا۔ ٹریگر ہو گیا۔ ٹریگر۔ یعنی میں نے سوچا کہ دیکھیے یہ جو یہ جو مشن ہمارا ہے جس کو ہم سی پی ایس کہتے ہیں قرآن کا مشن کہتے ہیں۔</w:t>
      </w:r>
    </w:p>
    <w:p>
      <w:r>
        <w:rPr>
          <w:b/>
        </w:rPr>
        <w:t xml:space="preserve">[16:46] </w:t>
      </w:r>
      <w:r>
        <w:t>yeh jo Quran ka mission hai yeh is ki outsourcing kitni bari hui hai. yeh outsourcing ka waqea yeh hai.</w:t>
      </w:r>
    </w:p>
    <w:p>
      <w:pPr>
        <w:jc w:val="right"/>
      </w:pPr>
      <w:r>
        <w:t>یہ جو قرآن کا مشن ہے یہ اس کی آؤٹ سورسنگ کتنی بڑی ہوئی ہے۔ یہ آؤٹ سورسنگ کا واقعہ یہ ہے۔</w:t>
      </w:r>
    </w:p>
    <w:p>
      <w:r>
        <w:rPr>
          <w:b/>
        </w:rPr>
        <w:t xml:space="preserve">[16:56] </w:t>
      </w:r>
      <w:r>
        <w:t>companies jo hain jo outsourcing karti hain to woh to bohat hi mamooli hai. mamooli. lekin yeh hai outsourcing. yeh Bombay ke log aaye hain.</w:t>
      </w:r>
    </w:p>
    <w:p>
      <w:pPr>
        <w:jc w:val="right"/>
      </w:pPr>
      <w:r>
        <w:t>کمپنیاں جو ہیں جو آؤٹ سورسنگ کرتی ہیں تو وہ تو بہت ہی معمولی ہے۔ معمولی۔ لیکن یہ ہے آؤٹ سورسنگ۔ یہ بمبئی کے لوگ آئے ہیں۔</w:t>
      </w:r>
    </w:p>
    <w:p>
      <w:r>
        <w:rPr>
          <w:b/>
        </w:rPr>
        <w:t xml:space="preserve">[17:06] </w:t>
      </w:r>
      <w:r>
        <w:t>woh babbri companiyon mein kaam karte hain. Mr Khurram aaye woh hawa jahaz chalate hain. koi kuch kar raha hai.</w:t>
      </w:r>
    </w:p>
    <w:p>
      <w:pPr>
        <w:jc w:val="right"/>
      </w:pPr>
      <w:r>
        <w:t>وہ ببری کمپنیوں میں کام کرتے ہیں۔ مسٹر خرم آئے وہ ہوا جہاز چلاتے ہیں۔ کوئی کچھ کر رہا ہے۔</w:t>
      </w:r>
    </w:p>
    <w:p>
      <w:r>
        <w:rPr>
          <w:b/>
        </w:rPr>
        <w:t xml:space="preserve">[17:15] </w:t>
      </w:r>
      <w:r>
        <w:t>koi kuch kar raha hai. to is mein is mein apne kaam karte hue bhi woh hamara kaam kar raha hai.</w:t>
      </w:r>
    </w:p>
    <w:p>
      <w:pPr>
        <w:jc w:val="right"/>
      </w:pPr>
      <w:r>
        <w:t>کوئی کچھ کر رہا ہے۔ تو اس میں اس میں اپنے کام کرتے ہوئے بھی وہ ہمارا کام کر رہا ہے۔</w:t>
      </w:r>
    </w:p>
    <w:p>
      <w:r>
        <w:rPr>
          <w:b/>
        </w:rPr>
        <w:t xml:space="preserve">[17:26] </w:t>
      </w:r>
      <w:r>
        <w:t>chahe koi kahiye. koi kahiye. koi kahiye. ab aik nai shakal mein Allah Maulana wali Mola lakum ho raha hai. is ko is ko samjhiye keh yeh aik poora global jo infrastructure hai.</w:t>
      </w:r>
    </w:p>
    <w:p>
      <w:pPr>
        <w:jc w:val="right"/>
      </w:pPr>
      <w:r>
        <w:t>چاہے کوئی کہیے۔ کوئی کہیے۔ کوئی کہیے۔ اب ایک نئی شکل میں اللہ مولانا ولی مولا لکم ہو رہا ہے۔ اس کو اس کو سمجھئے کہ یہ ایک پورا گلوبل جو انفراسٹرکچر ہے۔</w:t>
      </w:r>
    </w:p>
    <w:p>
      <w:r>
        <w:rPr>
          <w:b/>
        </w:rPr>
        <w:t xml:space="preserve">[17:43] </w:t>
      </w:r>
      <w:r>
        <w:t>global infrastructure ab aap ki madad mein aa gaya hai. jaisa keh Bukhari mein riwayat hai keh aik waqt aaye ga jab Allah fajar logon se bhi fajar logon ko bhi Allah ki madad par kha Islam ki madad par kha kar dega.</w:t>
      </w:r>
    </w:p>
    <w:p>
      <w:pPr>
        <w:jc w:val="right"/>
      </w:pPr>
      <w:r>
        <w:t>گلوبل انفراسٹرکچر اب آپ کی مدد میں آ گیا ہے۔ جیسا کہ بخاری میں روایت ہے کہ ایک وقت آئے گا جب اللہ فاجر لوگوں سے بھی فاجر لوگوں کو بھی اللہ کی مدد پر کھا اسلام کی مدد پر کھا کر دے گا۔</w:t>
      </w:r>
    </w:p>
    <w:p>
      <w:r>
        <w:rPr>
          <w:b/>
        </w:rPr>
        <w:t xml:space="preserve">[18:06] </w:t>
      </w:r>
      <w:r>
        <w:t>yeh Bukhari mein riwayat hai keh aik waqt aaye ga yahan dekhiye fajar ke mani secular. fajar ke mani secular.</w:t>
      </w:r>
    </w:p>
    <w:p>
      <w:pPr>
        <w:jc w:val="right"/>
      </w:pPr>
      <w:r>
        <w:t>یہ بخاری میں روایت ہے کہ ایک وقت آئے گا یہاں دیکھیں فاجر کے معنی سیکولر۔ فاجر کے معنی سیکولر۔</w:t>
      </w:r>
    </w:p>
    <w:p>
      <w:r>
        <w:rPr>
          <w:b/>
        </w:rPr>
        <w:t xml:space="preserve">[18:14] </w:t>
      </w:r>
      <w:r>
        <w:t>secular ke mani kya hain? yaani doosron ki companiyan, doosron ke idare, doosron ki taraqqiyan, hatta keh poori civilization.</w:t>
      </w:r>
    </w:p>
    <w:p>
      <w:pPr>
        <w:jc w:val="right"/>
      </w:pPr>
      <w:r>
        <w:t>سیکولر کے معنی کیا ہیں؟ یعنی دوسروں کی کمپنیاں، دوسروں کے ادارے، دوسروں کی ترقیاں، حتیٰ کہ پوری سولائزیشن۔</w:t>
      </w:r>
    </w:p>
    <w:p>
      <w:r>
        <w:rPr>
          <w:b/>
        </w:rPr>
        <w:t xml:space="preserve">[18:25] </w:t>
      </w:r>
      <w:r>
        <w:t>poori civilization jo secular logon ne khari ki hai. to yeh sara infrastructure jo hai global infrastructure woh mere Muhammadi ke madad par aa jayega.</w:t>
      </w:r>
    </w:p>
    <w:p>
      <w:pPr>
        <w:jc w:val="right"/>
      </w:pPr>
      <w:r>
        <w:t>پوری سولائزیشن جو سیکولر لوگوں نے کھڑی کی ہے۔ تو یہ سارا انفراسٹرکچر جو ہے گلوبل انفراسٹرکچر وہ میرے محمدی کے مدد پر آ جائے گا۔</w:t>
      </w:r>
    </w:p>
    <w:p>
      <w:r>
        <w:rPr>
          <w:b/>
        </w:rPr>
        <w:t xml:space="preserve">[18:39] </w:t>
      </w:r>
      <w:r>
        <w:t>aur dobara aap ko yeh kehne ka moqa milega keh Allah Maulana wali Mola lakum. yaani jis ke haath mein poori kainat ki ko control kar raha hai jo zameen o aasman ko control kar raha hai.</w:t>
      </w:r>
    </w:p>
    <w:p>
      <w:pPr>
        <w:jc w:val="right"/>
      </w:pPr>
      <w:r>
        <w:t>اور دوبارہ آپ کو یہ کہنے کا موقع ملے گا کہ اللہ مولانا ولی مولا لکم۔ یعنی جس کے ہاتھ میں پوری کائنات کی کو کنٹرول کر رہا ہے جو زمین و آسمان کو کنٹرول کر رہا ہے۔</w:t>
      </w:r>
    </w:p>
    <w:p>
      <w:r>
        <w:rPr>
          <w:b/>
        </w:rPr>
        <w:t xml:space="preserve">[18:52] </w:t>
      </w:r>
      <w:r>
        <w:t>jo suraj aur chand ko control kar raha hai. woh hasti is ki is ki madad par aa jayegi. tum tum phanse hue ho lat uzza mein ya to khud kainat ka jo creator hai woh hamari pusht aa jayega.</w:t>
      </w:r>
    </w:p>
    <w:p>
      <w:pPr>
        <w:jc w:val="right"/>
      </w:pPr>
      <w:r>
        <w:t>جو سورج اور چاند کو کنٹرول کر رہا ہے۔ وہ ہستی اس کی اس کی مدد پر آ جائے گی۔ تم تم پھنسے ہوئے ہو لات عزہ میں یا تو خود کائنات کا جو کریٹر ہے وہ ہماری پشت آ جائے گا۔</w:t>
      </w:r>
    </w:p>
    <w:p>
      <w:r>
        <w:rPr>
          <w:b/>
        </w:rPr>
        <w:t xml:space="preserve">[19:13] </w:t>
      </w:r>
      <w:r>
        <w:t>to ab main aap jante hain keh meri umar bohat ho chuki hai. main ne bohat se inqalabat dekhe hain. kai baar main ne apni aankhon se dekha hai keh koi political leader jeet gaya election mein.</w:t>
      </w:r>
    </w:p>
    <w:p>
      <w:pPr>
        <w:jc w:val="right"/>
      </w:pPr>
      <w:r>
        <w:t>تو اب میں آپ جانتے ہیں کہ میری عمر بہت ہو چکی ہے۔ میں نے بہت سے انقلابات دیکھے ہیں۔ کئی بار میں نے اپنی آنکھوں سے دیکھا ہے کہ کوئی پولیٹیکل لیڈر جیت گیا الیکشن میں۔</w:t>
      </w:r>
    </w:p>
    <w:p>
      <w:r>
        <w:rPr>
          <w:b/>
        </w:rPr>
        <w:t xml:space="preserve">[19:27] </w:t>
      </w:r>
      <w:r>
        <w:t>koi political leader election mein jeet jeet gaya to Musalman kehne lage haaye aap ka hoga haaye aap ka hoga. yeh jhooti baatein hain.</w:t>
      </w:r>
    </w:p>
    <w:p>
      <w:pPr>
        <w:jc w:val="right"/>
      </w:pPr>
      <w:r>
        <w:t>کوئی پولیٹیکل لیڈر الیکشن میں جیت جیت گیا تو مسلمان کہنے لگے ہائے آپ کا ہوگا ہائے آپ کا ہوگا۔ یہ جھوٹی باتیں ہیں۔</w:t>
      </w:r>
    </w:p>
    <w:p>
      <w:r>
        <w:rPr>
          <w:b/>
        </w:rPr>
        <w:t xml:space="preserve">[19:36] </w:t>
      </w:r>
      <w:r>
        <w:t>yeh false. yaani yeh beganah dar hai. kisi se darne ki zaroorat nahi hai. aap ko sirf yeh dekhna hai keh Rasool Allah ki sunnat kya thi?</w:t>
      </w:r>
    </w:p>
    <w:p>
      <w:pPr>
        <w:jc w:val="right"/>
      </w:pPr>
      <w:r>
        <w:t>یہ فالس۔ یعنی یہ بے گناہ ڈر ہے۔ کسی سے ڈرنے کی ضرورت نہیں ہے۔ آپ کو صرف یہ دیکھنا ہے کہ رسول اللہ کی سنت کیا تھی؟</w:t>
      </w:r>
    </w:p>
    <w:p>
      <w:r>
        <w:rPr>
          <w:b/>
        </w:rPr>
        <w:t xml:space="preserve">[19:49] </w:t>
      </w:r>
      <w:r>
        <w:t>Quran kya batata hai? Sahaba ne kya kiya? yeh sab yeh sab sochiye. dar ko nikal dijiye. tension ko nikal dijiye.</w:t>
      </w:r>
    </w:p>
    <w:p>
      <w:pPr>
        <w:jc w:val="right"/>
      </w:pPr>
      <w:r>
        <w:t>قرآن کیا بتاتا ہے؟ صحابہ نے کیا کیا؟ یہ سب یہ سب سوچیے۔ ڈر کو نکال دیجیے۔ ٹینشن کو نکال دیجیے۔</w:t>
      </w:r>
    </w:p>
    <w:p>
      <w:r>
        <w:rPr>
          <w:b/>
        </w:rPr>
        <w:t xml:space="preserve">[19:58] </w:t>
      </w:r>
      <w:r>
        <w:t>jab bhi koi leader election mein jeete keh jeetne dijiye. koi government banaye to banane dijiye.</w:t>
      </w:r>
    </w:p>
    <w:p>
      <w:pPr>
        <w:jc w:val="right"/>
      </w:pPr>
      <w:r>
        <w:t>جب بھی کوئی لیڈر الیکشن میں جیتے کہ جیتنے دیجیے۔ کوئی گورنمنٹ بنائے تو بنانے دیجیے۔</w:t>
      </w:r>
    </w:p>
    <w:p>
      <w:r>
        <w:rPr>
          <w:b/>
        </w:rPr>
        <w:t xml:space="preserve">[20:08] </w:t>
      </w:r>
      <w:r>
        <w:t>aap to yeh sochiye keh is moqay par Sahaba ne ko Rasool Allah ne kya kaha tha? Sahaba ne jo kaha tha woh tha keh un ke election hain to hamari Allah ki phir ki help hai.</w:t>
      </w:r>
    </w:p>
    <w:p>
      <w:pPr>
        <w:jc w:val="right"/>
      </w:pPr>
      <w:r>
        <w:t>آپ تو یہ سوچیے کہ اس موقع پر صحابہ نے کو رسول اللہ نے کیا کہا تھا؟ صحابہ نے جو کہا تھا وہ تھا کہ ان کے الیکشن ہیں تو ہماری اللہ کی پھر کی ہیلپ ہے۔</w:t>
      </w:r>
    </w:p>
    <w:p>
      <w:r>
        <w:rPr>
          <w:b/>
        </w:rPr>
        <w:t xml:space="preserve">[20:25] </w:t>
      </w:r>
      <w:r>
        <w:t>koi election jeet ta jeetne dijiye. koi hukoomat banata hai to banane dijiye. aap ke liye to hakim jo suraj kainat ka jo hakim hai us ki madad hasil hai aap ko.</w:t>
      </w:r>
    </w:p>
    <w:p>
      <w:pPr>
        <w:jc w:val="right"/>
      </w:pPr>
      <w:r>
        <w:t>کوئی الیکشن جیتتا جیتنے دیجیے۔ کوئی حکومت بناتا ہے تو بنانے دیجیے۔ آپ کے لیے تو حاکم جو سورج کائنات کا جو حاکم ہے اس کی مدد حاصل ہے آپ کو۔</w:t>
      </w:r>
    </w:p>
    <w:p>
      <w:r>
        <w:rPr>
          <w:b/>
        </w:rPr>
        <w:t xml:space="preserve">[20:41] </w:t>
      </w:r>
      <w:r>
        <w:t>to yeh sunnat rasool jo hai jo uhud mein bani sunnat rasool jo uhud ki tareekh se bani woh abadi hai.</w:t>
      </w:r>
    </w:p>
    <w:p>
      <w:pPr>
        <w:jc w:val="right"/>
      </w:pPr>
      <w:r>
        <w:t>تو یہ سنت رسول جو ہے جو احد میں بنی سنت رسول جو احد کی تاریخ سے بنی وہ ابدی ہے۔</w:t>
      </w:r>
    </w:p>
    <w:p>
      <w:r>
        <w:rPr>
          <w:b/>
        </w:rPr>
        <w:t xml:space="preserve">[20:53] </w:t>
      </w:r>
      <w:r>
        <w:t>abadi hai. abadi hai. abadi hai. allah maulana wali maula lakum. har mauqe pe kehna seekhiye. chahe woh tatariyon ka waqea ho.</w:t>
      </w:r>
    </w:p>
    <w:p>
      <w:pPr>
        <w:jc w:val="right"/>
      </w:pPr>
      <w:r>
        <w:t>ابدی ہے۔ ابدی ہے۔ ابدی ہے۔ اللہ مولانا ولی مولا لکم۔ ہر موقع پہ کہنا سیکھیے۔ چاہے وہ تاتاریوں کا واقعہ ہو۔</w:t>
      </w:r>
    </w:p>
    <w:p>
      <w:r>
        <w:rPr>
          <w:b/>
        </w:rPr>
        <w:t xml:space="preserve">[21:03] </w:t>
      </w:r>
      <w:r>
        <w:t>chahe crusades ka waqea ho. chahe woh yani material civilization ka waqea ho.</w:t>
      </w:r>
    </w:p>
    <w:p>
      <w:pPr>
        <w:jc w:val="right"/>
      </w:pPr>
      <w:r>
        <w:t>چاہے کروسیٹس کا واقعہ ہو۔ چاہے وہ یعنی مٹیریل سولائزیشن کا واقعہ ہو۔</w:t>
      </w:r>
    </w:p>
    <w:p>
      <w:r>
        <w:rPr>
          <w:b/>
        </w:rPr>
        <w:t xml:space="preserve">[21:13] </w:t>
      </w:r>
      <w:r>
        <w:t>ya kisi bhi election ka waqea ho. koi bhi duniya mein har taraf se koi duniya mein yani jo bazahir anti muslim waqeat paish aein woh yahi kehna seekhiye.</w:t>
      </w:r>
    </w:p>
    <w:p>
      <w:pPr>
        <w:jc w:val="right"/>
      </w:pPr>
      <w:r>
        <w:t>یا کسی بھی الیکشن کا واقعہ ہو۔ کوئی بھی دنیا میں ہر طرف سے کوئی دنیا میں یعنی جو بظاہر اینٹی مسلم واقعات پیش آئیں وہ یہی کہنا سیکھیے۔</w:t>
      </w:r>
    </w:p>
    <w:p>
      <w:r>
        <w:rPr>
          <w:b/>
        </w:rPr>
        <w:t xml:space="preserve">[21:36] </w:t>
      </w:r>
      <w:r>
        <w:t>yahi kehna seekhiye allah maulana wali maula lakum. yeh yeh sabak hai uhud ka. uhud ka yeh sabak hai.</w:t>
      </w:r>
    </w:p>
    <w:p>
      <w:pPr>
        <w:jc w:val="right"/>
      </w:pPr>
      <w:r>
        <w:t>یہی کہنا سیکھیے اللہ مولانا ولی مولا لکم۔ یہ یہ سبق ہے احد کا۔ احد کا یہ سبق ہے۔</w:t>
      </w:r>
    </w:p>
    <w:p>
      <w:r>
        <w:rPr>
          <w:b/>
        </w:rPr>
        <w:t xml:space="preserve">[21:46] </w:t>
      </w:r>
      <w:r>
        <w:t>uhud ka yeh sabak hai. uhud ka jo uhud mein jo tareekh bani thi us tareekh ka yeh sabak hai.</w:t>
      </w:r>
    </w:p>
    <w:p>
      <w:pPr>
        <w:jc w:val="right"/>
      </w:pPr>
      <w:r>
        <w:t>احد کا یہ سبق ہے۔ احد کا جو احد میں جو تاریخ بنی تھی اس تاریخ کا یہ سبق ہے۔</w:t>
      </w:r>
    </w:p>
    <w:p>
      <w:r>
        <w:rPr>
          <w:b/>
        </w:rPr>
        <w:t xml:space="preserve">[21:57] </w:t>
      </w:r>
      <w:r>
        <w:t>to is ka matlab kya hua? ke koi bhi situation paish aaye chahe bazahir bazahir woh kitne hi zyada anti islam nazar aaye.</w:t>
      </w:r>
    </w:p>
    <w:p>
      <w:pPr>
        <w:jc w:val="right"/>
      </w:pPr>
      <w:r>
        <w:t>تو اس کا مطلب کیا ہوا؟ کہ کوئی بھی سچوئیشن پیش آئے چاہے بظاہر بظاہر وہ کتنے ہی زیادہ اینٹی اسلام نظر آئے۔</w:t>
      </w:r>
    </w:p>
    <w:p>
      <w:r>
        <w:rPr>
          <w:b/>
        </w:rPr>
        <w:t xml:space="preserve">[22:08] </w:t>
      </w:r>
      <w:r>
        <w:t>anti quran nazar aaye. aap is ko samjhiye ke woh is liye hui hai ke koi positive aap ko yani koi positive aap ko sabak de.</w:t>
      </w:r>
    </w:p>
    <w:p>
      <w:pPr>
        <w:jc w:val="right"/>
      </w:pPr>
      <w:r>
        <w:t>اینٹی قرآن نظر آئے۔ آپ اس کو سمجھیے کہ وہ اس لیے ہوئی ہے کہ کوئی پازیٹیو آپ کو یعنی کوئی پازیٹیو آپ کو سبق دے۔</w:t>
      </w:r>
    </w:p>
    <w:p>
      <w:r>
        <w:rPr>
          <w:b/>
        </w:rPr>
        <w:t xml:space="preserve">[22:25] </w:t>
      </w:r>
      <w:r>
        <w:t>aap dekhiye ke islam ki tareekh mein ek waqea woh ho jis ko hum kehte hain hudaybiyah. aap padhiye is ke halaat.</w:t>
      </w:r>
    </w:p>
    <w:p>
      <w:pPr>
        <w:jc w:val="right"/>
      </w:pPr>
      <w:r>
        <w:t>آپ دیکھیے کہ اسلام کی تاریخ میں ایک واقعہ وہ ہو جس کو ہم کہتے ہیں حدیبیہ۔ آپ پڑھیے اس کے حالات۔</w:t>
      </w:r>
    </w:p>
    <w:p>
      <w:r>
        <w:rPr>
          <w:b/>
        </w:rPr>
        <w:t xml:space="preserve">[22:35] </w:t>
      </w:r>
      <w:r>
        <w:t>jab hudaybiyah ki sulah hui jo yak tarfa thi. yak tarfa thi yani khuli musalmanon ki haar thi aur doosri fareeq ki jeet thi.</w:t>
      </w:r>
    </w:p>
    <w:p>
      <w:pPr>
        <w:jc w:val="right"/>
      </w:pPr>
      <w:r>
        <w:t>جب حدیبیہ کی صلح ہوئی جو یکطرفہ تھی۔ یکطرفہ تھی یعنی کھلی مسلمانوں کی ہار تھی اور دوسری فریق کی جیت تھی۔</w:t>
      </w:r>
    </w:p>
    <w:p>
      <w:r>
        <w:rPr>
          <w:b/>
        </w:rPr>
        <w:t xml:space="preserve">[22:48] </w:t>
      </w:r>
      <w:r>
        <w:t>khuli hui. yeh aap padh lijiye halaat. har kitab mein milenge aap ko. to jab hudaybiyah ke maqam par yani apni shikast par dast sign kar ke rasool allah aur sahaba lote yani hudaybiyah mein jo waqea hua tha woh to apni shikast par sign karna tha.</w:t>
      </w:r>
    </w:p>
    <w:p>
      <w:pPr>
        <w:jc w:val="right"/>
      </w:pPr>
      <w:r>
        <w:t>کھلی ہوئی۔ یہ آپ پڑھ لیجئے حالات۔ ہر کتاب میں ملیں گے آپ کو۔ تو جب حدیبیہ کے مقام پر یعنی اپنی شکست پر دست سائن کر کے رسول اللہ اور صحابہ لوٹے یعنی حدیبیہ میں جو واقعہ ہوا تھا وہ تو اپنی شکست پر سائن کرنا تھا۔</w:t>
      </w:r>
    </w:p>
    <w:p>
      <w:r>
        <w:rPr>
          <w:b/>
        </w:rPr>
        <w:t xml:space="preserve">[23:15] </w:t>
      </w:r>
      <w:r>
        <w:t>kyunke is mein lafz rasool mita diya gaya tha. itna un ka pressure tha. itna pressure tha thori kisani ka ke rasool allah ko apne hath se lafz rasool ko mitana pada.</w:t>
      </w:r>
    </w:p>
    <w:p>
      <w:pPr>
        <w:jc w:val="right"/>
      </w:pPr>
      <w:r>
        <w:t>کیونکہ اس میں لفظ رسول مٹا دیا گیا تھا۔ اتنا ان کا پریشر تھا۔ اتنا پریشر تھا تھوری کسانی کا کہ رسول اللہ کو اپنے ہاتھ سے لفظ رسول اللہ کو مٹانا پڑا۔</w:t>
      </w:r>
    </w:p>
    <w:p>
      <w:r>
        <w:rPr>
          <w:b/>
        </w:rPr>
        <w:t xml:space="preserve">[23:31] </w:t>
      </w:r>
      <w:r>
        <w:t>aap sochiye kitna bada pressure hoga. yeh jibril jab aaye the hira ke ghar hira mein to jibril ne khud barah-e-rast kaha tha ant nabiyyal ummah.</w:t>
      </w:r>
    </w:p>
    <w:p>
      <w:pPr>
        <w:jc w:val="right"/>
      </w:pPr>
      <w:r>
        <w:t>آپ سوچیے کتنا بڑا پریشر ہوگا۔ یہ جبرائیل جب آئے تھے حیرہ کے غار حرا میں تو جبرائیل نے خود براہ راست کہا تھا انت نبی الامہ۔</w:t>
      </w:r>
    </w:p>
    <w:p>
      <w:r>
        <w:rPr>
          <w:b/>
        </w:rPr>
        <w:t xml:space="preserve">[23:48] </w:t>
      </w:r>
      <w:r>
        <w:t>yani jibril jo sab se bade farishte hain allah taala ke woh ghar hira mein aaye the aur gaur kijiye ke jibril ne barah-e-rast rasool allah se muhammad bin abdullah se kaha tha ke ya muhammad ant nabiyyal ummah.</w:t>
      </w:r>
    </w:p>
    <w:p>
      <w:pPr>
        <w:jc w:val="right"/>
      </w:pPr>
      <w:r>
        <w:t>یعنی جبرائیل جو سب سے بڑے فرشتے ہیں اللہ تعالی کے وہ غار حرا میں آئے تھے اور غور کیجئے کہ جبرائیل نے براہ راست رسول اللہ سے محمد بن عبداللہ سے کہا تھا کہ یا محمد انت نبی الامہ۔</w:t>
      </w:r>
    </w:p>
    <w:p>
      <w:r>
        <w:rPr>
          <w:b/>
        </w:rPr>
        <w:t xml:space="preserve">[24:10] </w:t>
      </w:r>
      <w:r>
        <w:t>barah-e-rast kaha tha ant nabiyyal ummah. lekin itna bada pressure tha hudaybiyah ke mauqe par ke rasool allah ko apne hath se yeh mitana pada.</w:t>
      </w:r>
    </w:p>
    <w:p>
      <w:pPr>
        <w:jc w:val="right"/>
      </w:pPr>
      <w:r>
        <w:t>براہ راست کہا تھا انت نبی الامہ لیکن اتنا بڑا پریشر تھا حدیبیہ کے موقع پر کہ رسول اللہ کو اپنے ہاتھ سے یہ مٹانا پڑا۔</w:t>
      </w:r>
    </w:p>
    <w:p>
      <w:r>
        <w:rPr>
          <w:b/>
        </w:rPr>
        <w:t xml:space="preserve">[24:23] </w:t>
      </w:r>
      <w:r>
        <w:t>mitana pada. to rasool allah ke lafz mita kar lote the woh log madine ki taraf. lekin is ke baad kya hua?</w:t>
      </w:r>
    </w:p>
    <w:p>
      <w:pPr>
        <w:jc w:val="right"/>
      </w:pPr>
      <w:r>
        <w:t>مٹانا پڑا۔ تو رسول اللہ کے لفظ مٹا کر لوٹے تھے وہ لوگ مدینے کی طرف۔ لیکن اس کے بعد کیا ہوا؟</w:t>
      </w:r>
    </w:p>
    <w:p>
      <w:r>
        <w:rPr>
          <w:b/>
        </w:rPr>
        <w:t xml:space="preserve">[24:33] </w:t>
      </w:r>
      <w:r>
        <w:t>abhi aap adhe raaste mein the yani hudaybiyah aur madine ke darmiyan mein the. us waqt ayat utri. surah fath utri.</w:t>
      </w:r>
    </w:p>
    <w:p>
      <w:pPr>
        <w:jc w:val="right"/>
      </w:pPr>
      <w:r>
        <w:t>ابھی آپ ادھے راستے میں تھے یعنی حدیبیہ اور مدینہ کے درمیان میں تھے۔ اس وقت آیت اتری۔ سورہ فتح اتری۔</w:t>
      </w:r>
    </w:p>
    <w:p>
      <w:r>
        <w:rPr>
          <w:b/>
        </w:rPr>
        <w:t xml:space="preserve">[24:44] </w:t>
      </w:r>
      <w:r>
        <w:t>is mein kaha gaya elaan kiya gaya inna fatahna laka fatham mubeena. inna fatahna laka fatham mubeena. yani allah ki taraf se awaaz aayi aasman se awaaz aayi</w:t>
      </w:r>
    </w:p>
    <w:p>
      <w:pPr>
        <w:jc w:val="right"/>
      </w:pPr>
      <w:r>
        <w:t>اس میں کہا گیا اعلان کیا گیا انا فتحنا لک فتح مبینا انا فتحنا لک فتح مبینا یعنی اللہ کی طرف سے آواز آئی آسمان سے آواز آئی</w:t>
      </w:r>
    </w:p>
    <w:p>
      <w:r>
        <w:rPr>
          <w:b/>
        </w:rPr>
        <w:t xml:space="preserve">[25:00] </w:t>
      </w:r>
      <w:r>
        <w:t>ke aye muhammad</w:t>
      </w:r>
    </w:p>
    <w:p>
      <w:pPr>
        <w:jc w:val="right"/>
      </w:pPr>
      <w:r>
        <w:t>کہ اے محمد</w:t>
      </w:r>
    </w:p>
    <w:p>
      <w:r>
        <w:rPr>
          <w:b/>
        </w:rPr>
        <w:t xml:space="preserve">[25:02] </w:t>
      </w:r>
      <w:r>
        <w:t>. to woh de di gayi fath mubeen. clear clear fath. ek aur kaisi baat hai. kaisi baat hai. yani bazahir agar aisa ho. bazahir aap USI. bazahir agar ho ke aap dekhein ke rasool ki rasool allah sallallahu alaihi wasallam ke deen ko shikast ho gayi. ummat mohammadi ko shikast</w:t>
      </w:r>
    </w:p>
    <w:p>
      <w:pPr>
        <w:jc w:val="right"/>
      </w:pPr>
      <w:r>
        <w:t>۔ تو وہ دے دی گئی فتح مبین کلیئر کلیئر فتح ایک اور کیسی بات ہے کیسی بات ہے یعنی بظاہر اگر ایسا ہو بظاہر آپ یو ایس ای بظاہر اگر ہو کہ آپ دیکھیں کہ رسول کی رسول اللہ صلی اللہ علیہ وسلم کے دین کو شکست ہو گئی امت محمدی کو شک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